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309 questions · category Society &amp; Dawah · full transcripts with timestamps · exported 2026-09-21</w:t>
      </w:r>
    </w:p>
    <w:p>
      <w:pPr>
        <w:pStyle w:val="Heading2"/>
      </w:pPr>
      <w:r>
        <w:t>Accusations of Working with RSS</w:t>
      </w:r>
    </w:p>
    <w:p>
      <w:r>
        <w:rPr>
          <w:color w:val="666666"/>
          <w:sz w:val="18"/>
        </w:rPr>
        <w:t>Society &amp; Dawah · Revival and Revivalist June 7, 2015 · 2m 29s · at 50:02 · https://youtu.be/MCY8AJ87BXc?t=3002</w:t>
      </w:r>
    </w:p>
    <w:p>
      <w:r>
        <w:rPr>
          <w:i/>
        </w:rPr>
        <w:t>“Maulana, I gave your book 'Shatm-e-Rasool Ka Mas'ala' to a person. Later he praised the book but said that Maulana works for Azrael and RSS and gets money from them. I said this is all propaganda, but he got angry and said he is a journalist, has interviewed you many times, knows you well, and that you always blame Muslims.”</w:t>
      </w:r>
    </w:p>
    <w:p>
      <w:r>
        <w:rPr>
          <w:sz w:val="20"/>
        </w:rPr>
        <w:t>50:02  Maulana, yeh agla sawal aaya hai Mr Raj Malik ka Delhi se. Maulana, ek sahib ko maine aap ki kitab Shatm Rasool ka masla diya.</w:t>
      </w:r>
      <w:r>
        <w:br/>
      </w:r>
      <w:r>
        <w:rPr>
          <w:sz w:val="20"/>
        </w:rPr>
        <w:t>50:14  baad mein is sahib ne kitab ki tareef ki, lekin yeh kaha ke Maulana Azrael aur RSS ke liye kaam karte hain, wahan se unko paisa milta hai.</w:t>
      </w:r>
      <w:r>
        <w:br/>
      </w:r>
      <w:r>
        <w:rPr>
          <w:sz w:val="20"/>
        </w:rPr>
        <w:t>50:26  Maulana, maine kaha ke yeh sab propaganda hai, to woh ghussa ho gaye aur kaha ke main journalist hoon, kai baar Maulana ka interview liya hai, main unko achi tarah jaanta hoon, woh sara blame Musalmanon ko dete hain.</w:t>
      </w:r>
      <w:r>
        <w:br/>
      </w:r>
      <w:r>
        <w:rPr>
          <w:sz w:val="20"/>
        </w:rPr>
        <w:t>50:45  dekhiye, masla yeh nahi hai ke kis ko blame diya jata hai.</w:t>
      </w:r>
      <w:r>
        <w:br/>
      </w:r>
      <w:r>
        <w:rPr>
          <w:sz w:val="20"/>
        </w:rPr>
        <w:t>50:52  masla yeh hai ke daleel kya hai? woh jo baat woh keh rahe hain, uski unke paas koi daleel honi chahiye. yaani kis daleel se woh kehte hain ke hum, yaani Israel ka kaam kar rahe hain ya BJP ka kaam kar rahe hain?</w:t>
      </w:r>
      <w:r>
        <w:br/>
      </w:r>
      <w:r>
        <w:rPr>
          <w:sz w:val="20"/>
        </w:rPr>
        <w:t>51:08  ko</w:t>
      </w:r>
      <w:r>
        <w:br/>
      </w:r>
      <w:r>
        <w:rPr>
          <w:sz w:val="20"/>
        </w:rPr>
        <w:t>51:09  i daleel chahiye? to daleel daleel kya hai? ke jo baat humne kahi hai, woh Quran ke mutabiq hai, Quran ke mutabiq nahi hai. misaal ke taur par dekhiye, Shat Rasool ka masla lijiye.</w:t>
      </w:r>
      <w:r>
        <w:br/>
      </w:r>
      <w:r>
        <w:rPr>
          <w:sz w:val="20"/>
        </w:rPr>
        <w:t>51:22  Quran mein kahin bhi yeh nahi ke jo shat kahe, usko maar dalo. jo Musalman kar rahe hain, already Quran mein iska ulta hai. Quran mein hai ke doosron ko tum shat na karo, warna woh retaliate karenge.</w:t>
      </w:r>
      <w:r>
        <w:br/>
      </w:r>
      <w:r>
        <w:rPr>
          <w:sz w:val="20"/>
        </w:rPr>
        <w:t>51:40  Musalmanon ko is se mana kiya gaya hai ke doosron ko bhadak aisi baat kaha jis se bhadak uthe hain aur woh reaction mein kuch karne lage hain.</w:t>
      </w:r>
      <w:r>
        <w:br/>
      </w:r>
      <w:r>
        <w:rPr>
          <w:sz w:val="20"/>
        </w:rPr>
        <w:t>51:49  to Musalmanon se kaha, Musalmanon se kaha gaya, doosron ko nahi.</w:t>
      </w:r>
      <w:r>
        <w:br/>
      </w:r>
      <w:r>
        <w:rPr>
          <w:sz w:val="20"/>
        </w:rPr>
        <w:t>51:56  to hum jo baat karte hain, Quran o Hadees ke hawale se kehte hain, kisi ko hamare upar ek criticism karne ka haq hai, lekin daleel shayad karna chahiye.</w:t>
      </w:r>
      <w:r>
        <w:br/>
      </w:r>
      <w:r>
        <w:rPr>
          <w:sz w:val="20"/>
        </w:rPr>
        <w:t>52:07  yeh to ilzaam ki boli hai, allegation ki boli hai. to allegation to kis ke upar laga dijiye? Shaitan ne naoozubillah Allah mere upar laga diya allegation ke tum ne Khudaaya to ne discrimination se kaam liya.</w:t>
      </w:r>
      <w:r>
        <w:br/>
      </w:r>
      <w:r>
        <w:rPr>
          <w:sz w:val="20"/>
        </w:rPr>
        <w:t>52:24  to allegation se kuch nahi hota, aap ko daleel deni padegi.</w:t>
      </w:r>
    </w:p>
    <w:p>
      <w:pPr>
        <w:pStyle w:val="Heading2"/>
      </w:pPr>
      <w:r>
        <w:t>Acknowledging reality for Muslim success</w:t>
      </w:r>
    </w:p>
    <w:p>
      <w:r>
        <w:rPr>
          <w:color w:val="666666"/>
          <w:sz w:val="18"/>
        </w:rPr>
        <w:t>Society &amp; Dawah · Age of Democracy May 25, 2014 · 2m 19s · at 1:17:15 · https://youtu.be/pyZy1-EhW1Q?t=4635</w:t>
      </w:r>
    </w:p>
    <w:p>
      <w:r>
        <w:rPr>
          <w:i/>
        </w:rPr>
        <w:t>“Over two hundred years of failure of Muslim can be easily changed to success if they acknowledge the reality. If anyone with objective mind considers today lecture, it is very easy to see that what you presented is the reality.”</w:t>
      </w:r>
    </w:p>
    <w:p>
      <w:r>
        <w:rPr>
          <w:sz w:val="20"/>
        </w:rPr>
        <w:t>1:17:15  maulana, agla sawal raipur se kiya hai Idris sahib ne</w:t>
      </w:r>
      <w:r>
        <w:br/>
      </w:r>
      <w:r>
        <w:rPr>
          <w:sz w:val="20"/>
        </w:rPr>
        <w:t>1:17:19  . unhone likha hai: "over to hundred years of failure of muslims can be easily changed to success if they acknowledge the reality.</w:t>
      </w:r>
      <w:r>
        <w:br/>
      </w:r>
      <w:r>
        <w:rPr>
          <w:sz w:val="20"/>
        </w:rPr>
        <w:t>1:17:30  if anyone with objective mind considers today's lecture, it is very easy to say, it is very easy to see that what you presented is the reality.</w:t>
      </w:r>
      <w:r>
        <w:br/>
      </w:r>
      <w:r>
        <w:rPr>
          <w:sz w:val="20"/>
        </w:rPr>
        <w:t>1:17:43  but whenever reality about religion is presented, people fail to consider it objectively and disregard it.</w:t>
      </w:r>
      <w:r>
        <w:br/>
      </w:r>
      <w:r>
        <w:rPr>
          <w:sz w:val="20"/>
        </w:rPr>
        <w:t>1:17:52  however, the same people adopt objective approach for their personal and economical issues. Maulana, why is there this difference?</w:t>
      </w:r>
      <w:r>
        <w:br/>
      </w:r>
      <w:r>
        <w:rPr>
          <w:sz w:val="20"/>
        </w:rPr>
        <w:t>1:18:03  is liye ke ek compulsion hai, doosri compulsion nahi hai.</w:t>
      </w:r>
      <w:r>
        <w:br/>
      </w:r>
      <w:r>
        <w:rPr>
          <w:sz w:val="20"/>
        </w:rPr>
        <w:t>1:18:09  yani job ke maamle mein agar woh aisa na kare to wahan woh job khatam ho jaye gi. business ka na kare to business khatam ho jaye ga.</w:t>
      </w:r>
      <w:r>
        <w:br/>
      </w:r>
      <w:r>
        <w:rPr>
          <w:sz w:val="20"/>
        </w:rPr>
        <w:t>1:18:18  is compulsion ki wajah se wahan par theek thaak rehte hain woh. lekin sachai ko mannay na mannay mein compulsion nahi hai. is wajah se woh itna sincere nahi hote is ke maamle mein.</w:t>
      </w:r>
      <w:r>
        <w:br/>
      </w:r>
      <w:r>
        <w:rPr>
          <w:sz w:val="20"/>
        </w:rPr>
        <w:t>1:18:31  saada si baat mere nazdeek hai ji ke jahan compulsion hai, wahan to foran maan lete hain woh.</w:t>
      </w:r>
      <w:r>
        <w:br/>
      </w:r>
      <w:r>
        <w:rPr>
          <w:sz w:val="20"/>
        </w:rPr>
        <w:t>1:18:36  jahan compulsion nahi hai to</w:t>
      </w:r>
      <w:r>
        <w:br/>
      </w:r>
      <w:r>
        <w:rPr>
          <w:sz w:val="20"/>
        </w:rPr>
        <w:t>1:18:42  jahan yeh hai ke soch kar ke aur apni azadi ke tehat is ko ikhtiyar karna, jahan yeh baat hoti hai to wahan par is ko brush aside kar dete hain.</w:t>
      </w:r>
      <w:r>
        <w:br/>
      </w:r>
      <w:r>
        <w:rPr>
          <w:sz w:val="20"/>
        </w:rPr>
        <w:t>1:18:53  to main sochta hoon ke yeh aisa hona bilkul fitri hai kyunke Allah taala compulsion ke tehat ikhtiyar ki hui sachai ka koi aitbaar nahi hai Allah ke haan.</w:t>
      </w:r>
      <w:r>
        <w:br/>
      </w:r>
      <w:r>
        <w:rPr>
          <w:sz w:val="20"/>
        </w:rPr>
        <w:t>1:19:03  agar Allah taala compulsion daal dein sachai ke maamle mein bhi to is is ko mannay ka koi aitbaar nahi hoga. sachai ko manna is waqt qabil aitbaar hai jab ke aap ko freedom ho aur aap ko koi compulsion na ho, phir bhi aap is ko manen.</w:t>
      </w:r>
      <w:r>
        <w:br/>
      </w:r>
      <w:r>
        <w:rPr>
          <w:sz w:val="20"/>
        </w:rPr>
        <w:t>1:19:24  yeh to creation plan of God ko bata to khair hai, is ko kharab nahi ho sakta.</w:t>
      </w:r>
    </w:p>
    <w:p>
      <w:pPr>
        <w:pStyle w:val="Heading2"/>
      </w:pPr>
      <w:r>
        <w:t>Addressing Accusations of Being Traitors</w:t>
      </w:r>
    </w:p>
    <w:p>
      <w:r>
        <w:rPr>
          <w:color w:val="666666"/>
          <w:sz w:val="18"/>
        </w:rPr>
        <w:t>Society &amp; Dawah · The Prophet An Example of Modesty August 27, 2017 · 2m 43s · at 50:00 · https://youtu.be/aR3V4c8fQC4?t=3000</w:t>
      </w:r>
    </w:p>
    <w:p>
      <w:r>
        <w:rPr>
          <w:i/>
        </w:rPr>
        <w:t>“Even though I am an Indian and a proud one, still it pains me when our non-Muslim brothers mistrust us and call us traitors. How should people like me address such accusations?”</w:t>
      </w:r>
    </w:p>
    <w:p>
      <w:r>
        <w:rPr>
          <w:sz w:val="20"/>
        </w:rPr>
        <w:t>50:00  jazak Allah. Maulana, agla sawal bheja hai gufran sahab ne kanpur se, unhone likha hai, "Maulana sahab, even though I am an Indian and a proud one,</w:t>
      </w:r>
      <w:r>
        <w:br/>
      </w:r>
      <w:r>
        <w:rPr>
          <w:sz w:val="20"/>
        </w:rPr>
        <w:t>50:15  still it pains me when our non-Muslim brothers mistrust us aur call us traitors. How should people like me address such accusations?" Dekhiye,</w:t>
      </w:r>
      <w:r>
        <w:br/>
      </w:r>
      <w:r>
        <w:rPr>
          <w:sz w:val="20"/>
        </w:rPr>
        <w:t>50:31  is sawal ka jawab sirf ek hai.</w:t>
      </w:r>
      <w:r>
        <w:br/>
      </w:r>
      <w:r>
        <w:rPr>
          <w:sz w:val="20"/>
        </w:rPr>
        <w:t>50:37  Aap yeh mat dekhiye ke doosre aap ko kya kehte hain. Zindagi bhar maine yahi kiya hai, mere bahut zyada critique hai, bahut zyada.</w:t>
      </w:r>
      <w:r>
        <w:br/>
      </w:r>
      <w:r>
        <w:rPr>
          <w:sz w:val="20"/>
        </w:rPr>
        <w:t>50:50  Maine kabhi yeh nahin socha ke doosre mujhe kya kehte hain. Maine sirf apne dil mein jhaanka ke main khud kya hoon.</w:t>
      </w:r>
      <w:r>
        <w:br/>
      </w:r>
      <w:r>
        <w:rPr>
          <w:sz w:val="20"/>
        </w:rPr>
        <w:t>51:00  Agar maine paaya ke main woh nahin hoon jo log kehte hain to bas that was enough for me. Yeh maine sari zindagi kiya hai.</w:t>
      </w:r>
      <w:r>
        <w:br/>
      </w:r>
      <w:r>
        <w:rPr>
          <w:sz w:val="20"/>
        </w:rPr>
        <w:t>51:11  Aap ko pata hai ke maine poori history mein shayad itna zyada critique jitna mujh par kiya hai ke kisi aur par nahin hua.</w:t>
      </w:r>
      <w:r>
        <w:br/>
      </w:r>
      <w:r>
        <w:rPr>
          <w:sz w:val="20"/>
        </w:rPr>
        <w:t>51:23  Jaise kal ek sahab ne bataya ke aap to bahut hi zyada galat aadmi hain, aap rasool Allah ko mukammal usmani nahin mante.</w:t>
      </w:r>
      <w:r>
        <w:br/>
      </w:r>
      <w:r>
        <w:rPr>
          <w:sz w:val="20"/>
        </w:rPr>
        <w:t>51:37  Abhi kal ki baat hai ke ek sahab ne kaha ke aap bahut hi zyada galat aadmi hain kyunke aap rasool Allah ko mukammal usmani nahin mante.</w:t>
      </w:r>
      <w:r>
        <w:br/>
      </w:r>
      <w:r>
        <w:rPr>
          <w:sz w:val="20"/>
        </w:rPr>
        <w:t>51:47  To aap yaqeen kijiye ke maine un se koi behas nahin ki, apne dil mein dekha ke kya waqai mein rasool Allah ko mukammal usmani nahin manta. Mere dil ne kaha ke main mukammal se bhi zyada mukammal manta hoon,</w:t>
      </w:r>
      <w:r>
        <w:br/>
      </w:r>
      <w:r>
        <w:rPr>
          <w:sz w:val="20"/>
        </w:rPr>
        <w:t>52:03  mukammal se bhi zyada mukammal. To bas that was enough for me. Phir main un se kuch na mere dil mein koi ghussa hai na kuch nahin, koi shikayat hai na koi koi jawab diya maine un ko.</w:t>
      </w:r>
      <w:r>
        <w:br/>
      </w:r>
      <w:r>
        <w:rPr>
          <w:sz w:val="20"/>
        </w:rPr>
        <w:t>52:17  To sab se acha jawab jo main apne tajrube se hai woh yahi hai ke doosre kya kehte hain is ko mat dekhiye, aap apne dil mein jhaankiye ke aap khud kya hain, aap ke conscience ke mutabiq.</w:t>
      </w:r>
      <w:r>
        <w:br/>
      </w:r>
      <w:r>
        <w:rPr>
          <w:sz w:val="20"/>
        </w:rPr>
        <w:t>52:32  agar aap ke conscience ka hai ke aap right track par hain to bas mutmaen ho jaiye.</w:t>
      </w:r>
    </w:p>
    <w:p>
      <w:pPr>
        <w:pStyle w:val="Heading2"/>
      </w:pPr>
      <w:r>
        <w:t>Advice for Muslims living in fear</w:t>
      </w:r>
    </w:p>
    <w:p>
      <w:r>
        <w:rPr>
          <w:color w:val="666666"/>
          <w:sz w:val="18"/>
        </w:rPr>
        <w:t>Society &amp; Dawah · The Age of Giving Global Thanks Dec 15. 2019—Maulana Wahiduddin Khan · 2m 57s · at 45:50 · https://youtu.be/254Pgn6Ldts?t=2750</w:t>
      </w:r>
    </w:p>
    <w:p>
      <w:r>
        <w:rPr>
          <w:i/>
        </w:rPr>
        <w:t>“Muslims are living in fear today that they are being targeted in some or the other way. What is your advice to all those who are so afraid?”</w:t>
      </w:r>
    </w:p>
    <w:p>
      <w:r>
        <w:rPr>
          <w:sz w:val="20"/>
        </w:rPr>
        <w:t>45:50  maulana, ab sawal lena chahenge. yeh sawal bheja hai gwalior se miss zubair khan ne.</w:t>
      </w:r>
      <w:r>
        <w:br/>
      </w:r>
      <w:r>
        <w:rPr>
          <w:sz w:val="20"/>
        </w:rPr>
        <w:t>46:01  mister zubair khan ne. unhon ne likha hai: "maulana, muslims are living in fear today that they are being targeted in some or the other way.</w:t>
      </w:r>
      <w:r>
        <w:br/>
      </w:r>
      <w:r>
        <w:rPr>
          <w:sz w:val="20"/>
        </w:rPr>
        <w:t>46:11  what is your advice to all those who are so afraid?</w:t>
      </w:r>
      <w:r>
        <w:br/>
      </w:r>
      <w:r>
        <w:rPr>
          <w:sz w:val="20"/>
        </w:rPr>
        <w:t>46:16  " dekhiye, yeh dar jo hai, dar is ka Islam se koi talluq nahi hai.</w:t>
      </w:r>
      <w:r>
        <w:br/>
      </w:r>
      <w:r>
        <w:rPr>
          <w:sz w:val="20"/>
        </w:rPr>
        <w:t>46:23  yeh shaitan jaanta hai.</w:t>
      </w:r>
      <w:r>
        <w:br/>
      </w:r>
      <w:r>
        <w:rPr>
          <w:sz w:val="20"/>
        </w:rPr>
        <w:t>46:26  is ka saboot yeh hai</w:t>
      </w:r>
      <w:r>
        <w:br/>
      </w:r>
      <w:r>
        <w:rPr>
          <w:sz w:val="20"/>
        </w:rPr>
        <w:t>46:29  keh rasool Allah sal Allah aleh wasalam ne jab hijrat kiya tha aur ghar e hira, nahi nahi, ghar</w:t>
      </w:r>
      <w:r>
        <w:br/>
      </w:r>
      <w:r>
        <w:rPr>
          <w:sz w:val="20"/>
        </w:rPr>
        <w:t>46:35  e sor mein aap ne</w:t>
      </w:r>
      <w:r>
        <w:br/>
      </w:r>
      <w:r>
        <w:rPr>
          <w:sz w:val="20"/>
        </w:rPr>
        <w:t>46:39  pehanchay thay to wahan aap ke jo us zamanay mein jo dushman aap ke thay, wo wahan pe</w:t>
      </w:r>
      <w:r>
        <w:br/>
      </w:r>
      <w:r>
        <w:rPr>
          <w:sz w:val="20"/>
        </w:rPr>
        <w:t>46:45  pehanch gaye talwar liye hue.</w:t>
      </w:r>
      <w:r>
        <w:br/>
      </w:r>
      <w:r>
        <w:rPr>
          <w:sz w:val="20"/>
        </w:rPr>
        <w:t>46:47  to aap ke saathi thay hazrat abubakar r.a. unhon ne kaha ke yeh to yahan bhi aa gaye, yani hum makka chhod kar yahan aaye, pohanchay, woh yahan bhi aa gaye.</w:t>
      </w:r>
      <w:r>
        <w:br/>
      </w:r>
      <w:r>
        <w:rPr>
          <w:sz w:val="20"/>
        </w:rPr>
        <w:t>47:00  to sardar ne kaha: "la takhaf, inna allaha ma'ana. mat daro, khauf mat karo, allah hamaray sath hai." yeh hai rasool allah sallallahu alaihi wasallam ka uswa aur yeh hai hamara islam ka taleem.</w:t>
      </w:r>
      <w:r>
        <w:br/>
      </w:r>
      <w:r>
        <w:rPr>
          <w:sz w:val="20"/>
        </w:rPr>
        <w:t>47:21  is ko apna apnaiey, is ko aur khauf ko apni dictionary se nikal dijiye. khauf ka lafz, fear ka lafz, apni dictionary se nikal dijiye.</w:t>
      </w:r>
      <w:r>
        <w:br/>
      </w:r>
      <w:r>
        <w:rPr>
          <w:sz w:val="20"/>
        </w:rPr>
        <w:t>47:40  molana, agla comment parhna chahenge. yeh comment bheja hai muhammad ammar sahib ne dilli se. unhon ne likha hai: "verily molana, there are so many reasons to be grateful for.</w:t>
      </w:r>
      <w:r>
        <w:br/>
      </w:r>
      <w:r>
        <w:rPr>
          <w:sz w:val="20"/>
        </w:rPr>
        <w:t>47:55  that is why allah has said in the chapter al imran. so which of the favors of your lord would you deny</w:t>
      </w:r>
      <w:r>
        <w:br/>
      </w:r>
      <w:r>
        <w:rPr>
          <w:sz w:val="20"/>
        </w:rPr>
        <w:t>48:03  ?" molana, agla comment bheja hai aa srinagar se miss sahar saleem ne.</w:t>
      </w:r>
      <w:r>
        <w:br/>
      </w:r>
      <w:r>
        <w:rPr>
          <w:sz w:val="20"/>
        </w:rPr>
        <w:t>48:11  unhon ne likha hai: "da'wah opportunities are everywhere. one has to just look for them. the emphasis should always be on the transmission of message and not conversion.</w:t>
      </w:r>
      <w:r>
        <w:br/>
      </w:r>
      <w:r>
        <w:rPr>
          <w:sz w:val="20"/>
        </w:rPr>
        <w:t>48:25  da'wah has become the universal need in the present world.</w:t>
      </w:r>
      <w:r>
        <w:br/>
      </w:r>
      <w:r>
        <w:rPr>
          <w:sz w:val="20"/>
        </w:rPr>
        <w:t>48:30  may allah give us courage to present islam to the world. may allah open our hearts and minds to work together for his deen.</w:t>
      </w:r>
      <w:r>
        <w:br/>
      </w:r>
      <w:r>
        <w:rPr>
          <w:sz w:val="20"/>
        </w:rPr>
        <w:t>48:39  thank you molana sahib for reminding us again and again the responsibilities we have towards allah and his religion.</w:t>
      </w:r>
    </w:p>
    <w:p>
      <w:pPr>
        <w:pStyle w:val="Heading2"/>
      </w:pPr>
      <w:r>
        <w:t>Ahl-e-Iman as brilliant personality</w:t>
      </w:r>
    </w:p>
    <w:p>
      <w:r>
        <w:rPr>
          <w:color w:val="666666"/>
          <w:sz w:val="18"/>
        </w:rPr>
        <w:t>Society &amp; Dawah · Brilliant Personality November 27, 2016 · 2m 04s · at 58:32 · https://youtu.be/268O3sgnjC0?t=3512</w:t>
      </w:r>
    </w:p>
    <w:p>
      <w:r>
        <w:rPr>
          <w:i/>
        </w:rPr>
        <w:t>“According to you, Ahl-e-Iman is a brilliant personality, but nowadays I see that Ahl-e-Iman is the opposite of brilliant personality in the field of Islam. Why is that?”</w:t>
      </w:r>
    </w:p>
    <w:p>
      <w:r>
        <w:rPr>
          <w:sz w:val="20"/>
        </w:rPr>
        <w:t>58:32  Maulana, agla sawal Delhi se kya hai Maulana Farhad Umri ne aur unhon ne likha hai: "According to</w:t>
      </w:r>
      <w:r>
        <w:br/>
      </w:r>
      <w:r>
        <w:rPr>
          <w:sz w:val="20"/>
        </w:rPr>
        <w:t>58:39  you, Ahl-e-Iman is a brilliant personality, but nowadays I see that Ahl-e-Iman is the opposite of brilliant personality</w:t>
      </w:r>
      <w:r>
        <w:br/>
      </w:r>
      <w:r>
        <w:rPr>
          <w:sz w:val="20"/>
        </w:rPr>
        <w:t>58:46  in the field of Islam.</w:t>
      </w:r>
      <w:r>
        <w:br/>
      </w:r>
      <w:r>
        <w:rPr>
          <w:sz w:val="20"/>
        </w:rPr>
        <w:t>58:53  Maulana sahib, what is the reason behind this?</w:t>
      </w:r>
      <w:r>
        <w:br/>
      </w:r>
      <w:r>
        <w:rPr>
          <w:sz w:val="20"/>
        </w:rPr>
        <w:t>58:59  Kindly comment." Dekhein, brilliant personality ka lafz maine aakhirat ke saath istemal kiya hai, duniya ke saath nahin.</w:t>
      </w:r>
      <w:r>
        <w:br/>
      </w:r>
      <w:r>
        <w:rPr>
          <w:sz w:val="20"/>
        </w:rPr>
        <w:t>59:05  woh jo quran mein aaya hai ke woh dunya mein jab akhirat mein aayenge to un ke</w:t>
      </w:r>
      <w:r>
        <w:br/>
      </w:r>
      <w:r>
        <w:rPr>
          <w:sz w:val="20"/>
        </w:rPr>
        <w:t>59:11  saath noor hoga, us ko mein ne explain kiya hai.</w:t>
      </w:r>
      <w:r>
        <w:br/>
      </w:r>
      <w:r>
        <w:rPr>
          <w:sz w:val="20"/>
        </w:rPr>
        <w:t>59:17  yani akhirat mein woh parnoor shakhsiyat ke taur par numayan honge to us ka matlab kya hai?</w:t>
      </w:r>
      <w:r>
        <w:br/>
      </w:r>
      <w:r>
        <w:rPr>
          <w:sz w:val="20"/>
        </w:rPr>
        <w:t>59:23  to isi ko mein ne kaha ke brilliant personality.</w:t>
      </w:r>
      <w:r>
        <w:br/>
      </w:r>
      <w:r>
        <w:rPr>
          <w:sz w:val="20"/>
        </w:rPr>
        <w:t>59:29  to yeh jaisa ke mein ne arz kiya ke yeh jo brilliant personality hai momin ki, dunya mein</w:t>
      </w:r>
      <w:r>
        <w:br/>
      </w:r>
      <w:r>
        <w:rPr>
          <w:sz w:val="20"/>
        </w:rPr>
        <w:t>59:35  is ka glimpse to aap dekh sakte hain, us ki poori personality ko nahi dekh sakte.</w:t>
      </w:r>
      <w:r>
        <w:br/>
      </w:r>
      <w:r>
        <w:rPr>
          <w:sz w:val="20"/>
        </w:rPr>
        <w:t>59:41  baqi yeh jo musalman hain, ek bheed hai, woh to muslim nahi hain, woh to degenerated community hai.</w:t>
      </w:r>
      <w:r>
        <w:br/>
      </w:r>
      <w:r>
        <w:rPr>
          <w:sz w:val="20"/>
        </w:rPr>
        <w:t>59:48  degenerated community jis ko babal mein kaha gaya al-fardata al-fardata al-marfuda radiated silver.</w:t>
      </w:r>
      <w:r>
        <w:br/>
      </w:r>
      <w:r>
        <w:rPr>
          <w:sz w:val="20"/>
        </w:rPr>
        <w:t>59:54  to in ka maamla ek alag maamla hai, yani in ke andar humein in ke imaan ko revive</w:t>
      </w:r>
      <w:r>
        <w:br/>
      </w:r>
      <w:r>
        <w:rPr>
          <w:sz w:val="20"/>
        </w:rPr>
        <w:t>1:00:00  karna hai, in ke liye imaan o islam ko rediscovery banana hai.</w:t>
      </w:r>
      <w:r>
        <w:br/>
      </w:r>
      <w:r>
        <w:rPr>
          <w:sz w:val="20"/>
        </w:rPr>
        <w:t>1:00:06  baqi jo baat mein ne kahi, woh is ayat ki sharah mein hai ke akhirat mein woh jab</w:t>
      </w:r>
      <w:r>
        <w:br/>
      </w:r>
      <w:r>
        <w:rPr>
          <w:sz w:val="20"/>
        </w:rPr>
        <w:t>1:00:12  aayenge to woh ek bohat aala darje ki parnoor shakhsiyat un ki hogi.</w:t>
      </w:r>
      <w:r>
        <w:br/>
      </w:r>
      <w:r>
        <w:rPr>
          <w:sz w:val="20"/>
        </w:rPr>
        <w:t>1:00:18  isi ko mein ne kaha ke brilliant personality.</w:t>
      </w:r>
      <w:r>
        <w:br/>
      </w:r>
      <w:r>
        <w:rPr>
          <w:sz w:val="20"/>
        </w:rPr>
        <w:t>1:00:24  ab woh akhirat ke aitbar se hai, agarchay dunya mein is ka glimpse dekh sakte hain, lekin apni</w:t>
      </w:r>
      <w:r>
        <w:br/>
      </w:r>
      <w:r>
        <w:rPr>
          <w:sz w:val="20"/>
        </w:rPr>
        <w:t>1:00:30  bharpoor shakal mein woh zahir hogi akhirat mein.</w:t>
      </w:r>
    </w:p>
    <w:p>
      <w:pPr>
        <w:pStyle w:val="Heading2"/>
      </w:pPr>
      <w:r>
        <w:t>Alternative for da'wah when busy</w:t>
      </w:r>
    </w:p>
    <w:p>
      <w:r>
        <w:rPr>
          <w:color w:val="666666"/>
          <w:sz w:val="18"/>
        </w:rPr>
        <w:t>Society &amp; Dawah · Dars-e-Quran, Chapter 2, Verse 35 | December 17, 2017 · 3m 13s · at 1:17:49 · https://youtu.be/Cd8MlWM7B9w?t=4669</w:t>
      </w:r>
    </w:p>
    <w:p>
      <w:r>
        <w:rPr>
          <w:i/>
        </w:rPr>
        <w:t>“If I am engaged with my job and family and don't have time to do da'wah work directly, then what is the second option for me so that I can still contribute?”</w:t>
      </w:r>
    </w:p>
    <w:p>
      <w:r>
        <w:rPr>
          <w:sz w:val="20"/>
        </w:rPr>
        <w:t>1:17:49  maulana, kolkatta se faraz khan sahib ne sawal bheja hai.</w:t>
      </w:r>
      <w:r>
        <w:br/>
      </w:r>
      <w:r>
        <w:rPr>
          <w:sz w:val="20"/>
        </w:rPr>
        <w:t>1:17:55  unho ne likha hai, aah, maulana sahib, afaiem engaged with my job and family and don't</w:t>
      </w:r>
      <w:r>
        <w:br/>
      </w:r>
      <w:r>
        <w:rPr>
          <w:sz w:val="20"/>
        </w:rPr>
        <w:t>1:18:01  have time to do dawah work directly, then what is the second option for me so that i</w:t>
      </w:r>
      <w:r>
        <w:br/>
      </w:r>
      <w:r>
        <w:rPr>
          <w:sz w:val="20"/>
        </w:rPr>
        <w:t>1:18:07  can do dawah work? what is your advice to me? dekhiye, is zamane mein</w:t>
      </w:r>
      <w:r>
        <w:br/>
      </w:r>
      <w:r>
        <w:rPr>
          <w:sz w:val="20"/>
        </w:rPr>
        <w:t>1:18:13  yeh printing press ka zamana hai.</w:t>
      </w:r>
      <w:r>
        <w:br/>
      </w:r>
      <w:r>
        <w:rPr>
          <w:sz w:val="20"/>
        </w:rPr>
        <w:t>1:18:17  is mein dawah work duniya ka sab se zyada aasan kaam hai.</w:t>
      </w:r>
      <w:r>
        <w:br/>
      </w:r>
      <w:r>
        <w:rPr>
          <w:sz w:val="20"/>
        </w:rPr>
        <w:t>1:18:22  sab se aasan.</w:t>
      </w:r>
      <w:r>
        <w:br/>
      </w:r>
      <w:r>
        <w:rPr>
          <w:sz w:val="20"/>
        </w:rPr>
        <w:t>1:18:26  aap pe packet, aap apni jeb mein, apne thele mein, apne bag mein, islami kitabein rakh dijiye.</w:t>
      </w:r>
      <w:r>
        <w:br/>
      </w:r>
      <w:r>
        <w:rPr>
          <w:sz w:val="20"/>
        </w:rPr>
        <w:t>1:18:30  choti choti kitabein.</w:t>
      </w:r>
      <w:r>
        <w:br/>
      </w:r>
      <w:r>
        <w:rPr>
          <w:sz w:val="20"/>
        </w:rPr>
        <w:t>1:18:35  hum ne senkaron kitabein chhapi hain har zaban mein.</w:t>
      </w:r>
      <w:r>
        <w:br/>
      </w:r>
      <w:r>
        <w:rPr>
          <w:sz w:val="20"/>
        </w:rPr>
        <w:t>1:18:39  aap ne rakh</w:t>
      </w:r>
      <w:r>
        <w:br/>
      </w:r>
      <w:r>
        <w:rPr>
          <w:sz w:val="20"/>
        </w:rPr>
        <w:t>1:18:43  li apne sath. aur jo milta hai aap ko us ko dete rahiye. agar kuch kehna aata hai aap ko to kahiye. nahi to yeh to keh sakte hain aap ke yeh aap ko spiritual gift hai. yeh kaam mushkil kaam kiya hai? is zamanay mein jo aik aaye ke dawat ka kaam mushkil hai to woh to jante hi nahi zamanay ko. Allah taala ne printing pre</w:t>
      </w:r>
      <w:r>
        <w:br/>
      </w:r>
      <w:r>
        <w:rPr>
          <w:sz w:val="20"/>
        </w:rPr>
        <w:t>1:19:13  is ko paida kar ke itna aasan kar diya dawah ke kaam ko.</w:t>
      </w:r>
      <w:r>
        <w:br/>
      </w:r>
      <w:r>
        <w:rPr>
          <w:sz w:val="20"/>
        </w:rPr>
        <w:t>1:19:18  is se zyada aasan koi kaam hi nahin.</w:t>
      </w:r>
      <w:r>
        <w:br/>
      </w:r>
      <w:r>
        <w:rPr>
          <w:sz w:val="20"/>
        </w:rPr>
        <w:t>1:19:23  aap bas apne sath rakhiye aur logon ko dete rahiye.</w:t>
      </w:r>
      <w:r>
        <w:br/>
      </w:r>
      <w:r>
        <w:rPr>
          <w:sz w:val="20"/>
        </w:rPr>
        <w:t>1:19:28  bas dawah ka kaam jari hoga.</w:t>
      </w:r>
      <w:r>
        <w:br/>
      </w:r>
      <w:r>
        <w:rPr>
          <w:sz w:val="20"/>
        </w:rPr>
        <w:t>1:19:33  aah, maulana, hum yahan par yeh bhi kehna chahenge ke kai log aksar aah is baat ko</w:t>
      </w:r>
      <w:r>
        <w:br/>
      </w:r>
      <w:r>
        <w:rPr>
          <w:sz w:val="20"/>
        </w:rPr>
        <w:t>1:19:38  لے کر آتے ہیں کیونکہ ان کا کام اس طریقے سے ہوتا ہے کہ وہ بہت</w:t>
      </w:r>
      <w:r>
        <w:br/>
      </w:r>
      <w:r>
        <w:rPr>
          <w:sz w:val="20"/>
        </w:rPr>
        <w:t>1:19:43  vil karte hain.</w:t>
      </w:r>
      <w:r>
        <w:br/>
      </w:r>
      <w:r>
        <w:rPr>
          <w:sz w:val="20"/>
        </w:rPr>
        <w:t>1:19:49  to is ka ek yeh bhi tareeqa hai ke jaise aah quran drives hoti hain, quran distribution hota hai.</w:t>
      </w:r>
      <w:r>
        <w:br/>
      </w:r>
      <w:r>
        <w:rPr>
          <w:sz w:val="20"/>
        </w:rPr>
        <w:t>1:19:55  to if they can not aah participate directly, then they can sponsor those quran distribution exercises.</w:t>
      </w:r>
      <w:r>
        <w:br/>
      </w:r>
      <w:r>
        <w:rPr>
          <w:sz w:val="20"/>
        </w:rPr>
        <w:t>1:20:01  to kya woh theek aah aah ho sakta hai maulana ke agar woh waqt nahin de sakte to</w:t>
      </w:r>
      <w:r>
        <w:br/>
      </w:r>
      <w:r>
        <w:rPr>
          <w:sz w:val="20"/>
        </w:rPr>
        <w:t>1:20:07  jo quran distribution drives hain is mein woh aah sponsor kar sakte hain, paise de sakte hain? haan, paisa dein.</w:t>
      </w:r>
      <w:r>
        <w:br/>
      </w:r>
      <w:r>
        <w:rPr>
          <w:sz w:val="20"/>
        </w:rPr>
        <w:t>1:20:13  kis ko? kis ke liye mumkin nahi hai? har aadmi ke paas kuch na kuch paisa dene ki position mein hota hai. har aadmi. yeh nahi ke ho ho sakta hai ke kisi ke paas paise hi na hon. quran mein hai ke lantuhuboon paisa kharch karo deen karam mein. yeh quran mein yeh ayat hai: lantuhuboon. to aap time na de sakt</w:t>
      </w:r>
      <w:r>
        <w:br/>
      </w:r>
      <w:r>
        <w:rPr>
          <w:sz w:val="20"/>
        </w:rPr>
        <w:t>1:20:43  e to paisa dijiye.</w:t>
      </w:r>
      <w:r>
        <w:br/>
      </w:r>
      <w:r>
        <w:rPr>
          <w:sz w:val="20"/>
        </w:rPr>
        <w:t>1:20:47  asal mein kuch dena chahte nahin log, na paisa, na time.</w:t>
      </w:r>
      <w:r>
        <w:br/>
      </w:r>
      <w:r>
        <w:rPr>
          <w:sz w:val="20"/>
        </w:rPr>
        <w:t>1:20:51  to yeh sab wada bolte hain.</w:t>
      </w:r>
      <w:r>
        <w:br/>
      </w:r>
      <w:r>
        <w:rPr>
          <w:sz w:val="20"/>
        </w:rPr>
        <w:t>1:20:55  mein to samajhta hoon ke yeh sab excuses hain.</w:t>
      </w:r>
      <w:r>
        <w:br/>
      </w:r>
      <w:r>
        <w:rPr>
          <w:sz w:val="20"/>
        </w:rPr>
        <w:t>1:20:58  yeh sab koi aur koi gehri reason is ki nahin hai.</w:t>
      </w:r>
    </w:p>
    <w:p>
      <w:pPr>
        <w:pStyle w:val="Heading2"/>
      </w:pPr>
      <w:r>
        <w:t>Answering professionals' questions about their professions</w:t>
      </w:r>
    </w:p>
    <w:p>
      <w:r>
        <w:rPr>
          <w:color w:val="666666"/>
          <w:sz w:val="18"/>
        </w:rPr>
        <w:t>Society &amp; Dawah · Realization of God March 16, 2014 Maulana Wahiduddin Khan · 2m 49s · at 53:21 · https://youtu.be/OA8Apjhruag?t=3201</w:t>
      </w:r>
    </w:p>
    <w:p>
      <w:r>
        <w:rPr>
          <w:i/>
        </w:rPr>
        <w:t>“During my dawah work, I have encountered this problem more often when I meet professionals like bankers, engineers, and lawyers. They usually, after reading your books, ask specific questions about their profession and want to know if you have said something about the profession of law or banking system. I am usually lost at that time. What should I answer them at that time?”</w:t>
      </w:r>
    </w:p>
    <w:p>
      <w:r>
        <w:rPr>
          <w:sz w:val="20"/>
        </w:rPr>
        <w:t>53:21  maulana, agla sawal bhi pakistan se aya hai. sister salma ne kiya hai. unhon ne likha hai: "maulana sahib, during my dawa work, i have encountered this problem more often when i meet professionals like bankers, engineers, and lawyers.</w:t>
      </w:r>
      <w:r>
        <w:br/>
      </w:r>
      <w:r>
        <w:rPr>
          <w:sz w:val="20"/>
        </w:rPr>
        <w:t>53:40  they usually, after reading your books, ask specific questions about their profession and want to know that if you have said something about the profession of law or banking system.</w:t>
      </w:r>
      <w:r>
        <w:br/>
      </w:r>
      <w:r>
        <w:rPr>
          <w:sz w:val="20"/>
        </w:rPr>
        <w:t>53:53  i am usually lost at that time. what should i answer them at that time?</w:t>
      </w:r>
      <w:r>
        <w:br/>
      </w:r>
      <w:r>
        <w:rPr>
          <w:sz w:val="20"/>
        </w:rPr>
        <w:t>53:59  please advise me." dekhiye, yeh job jo hota hai, job ek profession hai.</w:t>
      </w:r>
      <w:r>
        <w:br/>
      </w:r>
      <w:r>
        <w:rPr>
          <w:sz w:val="20"/>
        </w:rPr>
        <w:t>54:08  professional course karne wale jo hain, un ko job mil jata hai. is mani mein quran mein kuch hit ho sakti hai, lekin quran is ki kitab nahi hai.</w:t>
      </w:r>
      <w:r>
        <w:br/>
      </w:r>
      <w:r>
        <w:rPr>
          <w:sz w:val="20"/>
        </w:rPr>
        <w:t>54:19  koi professional book nahi hai. quran majeed, quran majeed to hidayat ki kitab hai. insan dunya mein kaise rahe aur akhirat mein us ko jannat kaise mile, yeh batane ke liye, creation plan of god batane ke liye.</w:t>
      </w:r>
      <w:r>
        <w:br/>
      </w:r>
      <w:r>
        <w:rPr>
          <w:sz w:val="20"/>
        </w:rPr>
        <w:t>54:34  to use kahe ke aap un se bohat kitaben hain, wahan parhiye. quran is ke liye nahi hai. quran to divine guide book hai aur dunya mein kaise aap rahen,</w:t>
      </w:r>
      <w:r>
        <w:br/>
      </w:r>
      <w:r>
        <w:rPr>
          <w:sz w:val="20"/>
        </w:rPr>
        <w:t>54:49  sirat-e-mustaqeem par aur akhirat mein jannat kaise mile, is ko batane ke liye. baqi aap janna chahte hain to phir aap doosri kitaben un ko parhiye. yani direct taur par nahi hai, lekin indirect taur par bohat kuch mil jayega.</w:t>
      </w:r>
      <w:r>
        <w:br/>
      </w:r>
      <w:r>
        <w:rPr>
          <w:sz w:val="20"/>
        </w:rPr>
        <w:t>55:04  hamari koi kitaben hain, char kitaben, woh yeh hi to hai. woh indirect taur par is mein quran hi ki baat kahi gayi hai, jis ka naam hai raja hayat, tabe hayat,</w:t>
      </w:r>
      <w:r>
        <w:br/>
      </w:r>
      <w:r>
        <w:rPr>
          <w:sz w:val="20"/>
        </w:rPr>
        <w:t>55:18  rehnama hayat, kitab-e-zindagi. yeh char kitaben hain, woh woh sab ke sab quran ke talimat ka application hai hamari rozmarra ki zindagi mein.</w:t>
      </w:r>
      <w:r>
        <w:br/>
      </w:r>
      <w:r>
        <w:rPr>
          <w:sz w:val="20"/>
        </w:rPr>
        <w:t>55:34  to un ko dijiye, woh parhen. is ko agar woh english wale log hain to un ko aap hamara vision dijiye. urdu wale log hain to yeh sari kitaben dijiye un ko.</w:t>
      </w:r>
      <w:r>
        <w:br/>
      </w:r>
      <w:r>
        <w:rPr>
          <w:sz w:val="20"/>
        </w:rPr>
        <w:t>55:43  un ka jawab ho jayega. raja hayat, tabe hayat, rehnama hayat, kitab-e-zindagi, aise logon ke liye kitaben best hain.</w:t>
      </w:r>
      <w:r>
        <w:br/>
      </w:r>
      <w:r>
        <w:rPr>
          <w:sz w:val="20"/>
        </w:rPr>
        <w:t>55:52  woh kitabon mein jo baat kahi gayi hai, woh quran hadith hi ke lekar kahi gayi hai. unhi ke isharon ki tafsir ki gayi hai. is mein quran hadith ke jo isharay hain, unhi ki tafsir ki gayi hai.</w:t>
      </w:r>
      <w:r>
        <w:br/>
      </w:r>
      <w:r>
        <w:rPr>
          <w:sz w:val="20"/>
        </w:rPr>
        <w:t>56:05  aisay logon ko aap yeh kitabein dijiye.</w:t>
      </w:r>
    </w:p>
    <w:p>
      <w:pPr>
        <w:pStyle w:val="Heading2"/>
      </w:pPr>
      <w:r>
        <w:t>Applying Vatican Principle in Social Life</w:t>
      </w:r>
    </w:p>
    <w:p>
      <w:r>
        <w:rPr>
          <w:color w:val="666666"/>
          <w:sz w:val="18"/>
        </w:rPr>
        <w:t>Society &amp; Dawah · Formula of Human Life | March 13, 2016 · 2m 41s · at 1:07:36 · https://youtu.be/Et_ZQTYZzjU?t=4056</w:t>
      </w:r>
    </w:p>
    <w:p>
      <w:r>
        <w:rPr>
          <w:i/>
        </w:rPr>
        <w:t>“Can the Vatican principle be applied in one's social life by limiting oneself to the possible? Please advise.”</w:t>
      </w:r>
    </w:p>
    <w:p>
      <w:r>
        <w:rPr>
          <w:sz w:val="20"/>
        </w:rPr>
        <w:t>1:07:36  maulana, agla sawal miss</w:t>
      </w:r>
      <w:r>
        <w:br/>
      </w:r>
      <w:r>
        <w:rPr>
          <w:sz w:val="20"/>
        </w:rPr>
        <w:t>1:07:42  naghma siddiqui ne kiya hai dilli se, aur unhon ne aap se poocha hai ke: "can the vatican</w:t>
      </w:r>
      <w:r>
        <w:br/>
      </w:r>
      <w:r>
        <w:rPr>
          <w:sz w:val="20"/>
        </w:rPr>
        <w:t>1:07:48  principle be applied in ones social life by limiting our self to the possible?" please advice.</w:t>
      </w:r>
      <w:r>
        <w:br/>
      </w:r>
      <w:r>
        <w:rPr>
          <w:sz w:val="20"/>
        </w:rPr>
        <w:t>1:07:54  bilkul, hum to apne ghar mein hi vatican principle ko apply karte hain.</w:t>
      </w:r>
      <w:r>
        <w:br/>
      </w:r>
      <w:r>
        <w:rPr>
          <w:sz w:val="20"/>
        </w:rPr>
        <w:t>1:08:00  aap yaqeen kijiye, mein aap ko batata hoon bohat hi interesting story.</w:t>
      </w:r>
      <w:r>
        <w:br/>
      </w:r>
      <w:r>
        <w:rPr>
          <w:sz w:val="20"/>
        </w:rPr>
        <w:t>1:08:07  mere ghar mein yeh jo c 2</w:t>
      </w:r>
      <w:r>
        <w:br/>
      </w:r>
      <w:r>
        <w:rPr>
          <w:sz w:val="20"/>
        </w:rPr>
        <w:t>1:08:13  9 jo hai, wahan aik corner hai, is ko mein kehta hoon yaani garden ki taraf face karta hai.</w:t>
      </w:r>
      <w:r>
        <w:br/>
      </w:r>
      <w:r>
        <w:rPr>
          <w:sz w:val="20"/>
        </w:rPr>
        <w:t>1:08:20  woh to mein is ko kehta hoon spiritual corner.</w:t>
      </w:r>
      <w:r>
        <w:br/>
      </w:r>
      <w:r>
        <w:rPr>
          <w:sz w:val="20"/>
        </w:rPr>
        <w:t>1:08:28  wahan aik aik ceiling fan hai, us ceiling fan ke neeche mein baithta tha to kya hua ke</w:t>
      </w:r>
      <w:r>
        <w:br/>
      </w:r>
      <w:r>
        <w:rPr>
          <w:sz w:val="20"/>
        </w:rPr>
        <w:t>1:08:36  wahan par yeh pigeon jo hoti hai na, pigeon jis ko hum faakhta kehte hain, woh wahan par</w:t>
      </w:r>
      <w:r>
        <w:br/>
      </w:r>
      <w:r>
        <w:rPr>
          <w:sz w:val="20"/>
        </w:rPr>
        <w:t>1:08:43  bohat aanay lagi.</w:t>
      </w:r>
      <w:r>
        <w:br/>
      </w:r>
      <w:r>
        <w:rPr>
          <w:sz w:val="20"/>
        </w:rPr>
        <w:t>1:08:48  to aik din aisa hua ke aik faakhta, aik pigeon, is ke is se takra gayi.</w:t>
      </w:r>
      <w:r>
        <w:br/>
      </w:r>
      <w:r>
        <w:rPr>
          <w:sz w:val="20"/>
        </w:rPr>
        <w:t>1:08:52  fan chal raha tha to usi waqt giri aur mar gayi.</w:t>
      </w:r>
      <w:r>
        <w:br/>
      </w:r>
      <w:r>
        <w:rPr>
          <w:sz w:val="20"/>
        </w:rPr>
        <w:t>1:08:56  woh khoon nikalne laga to mein ne samjha ke yeh shayad by chance hua.</w:t>
      </w:r>
      <w:r>
        <w:br/>
      </w:r>
      <w:r>
        <w:rPr>
          <w:sz w:val="20"/>
        </w:rPr>
        <w:t>1:09:01  ab mein phir bhi chalata raha, phir aik do din ke baad phir yahi hua.</w:t>
      </w:r>
      <w:r>
        <w:br/>
      </w:r>
      <w:r>
        <w:rPr>
          <w:sz w:val="20"/>
        </w:rPr>
        <w:t>1:09:05  us din se aaj tak mein chalata hi nahin.</w:t>
      </w:r>
      <w:r>
        <w:br/>
      </w:r>
      <w:r>
        <w:rPr>
          <w:sz w:val="20"/>
        </w:rPr>
        <w:t>1:09:09  mein ne apne hi ghar mein aik vatican bana rakha hai, bana rakha hai,</w:t>
      </w:r>
      <w:r>
        <w:br/>
      </w:r>
      <w:r>
        <w:rPr>
          <w:sz w:val="20"/>
        </w:rPr>
        <w:t>1:09:13  is ko de diya faakhta ko ke uro jo chahe karo.</w:t>
      </w:r>
      <w:r>
        <w:br/>
      </w:r>
      <w:r>
        <w:rPr>
          <w:sz w:val="20"/>
        </w:rPr>
        <w:t>1:09:19  mein mein itne mein rahoon ga.</w:t>
      </w:r>
      <w:r>
        <w:br/>
      </w:r>
      <w:r>
        <w:rPr>
          <w:sz w:val="20"/>
        </w:rPr>
        <w:t>1:09:24  This is also applying the Vatican principle.</w:t>
      </w:r>
      <w:r>
        <w:br/>
      </w:r>
      <w:r>
        <w:rPr>
          <w:sz w:val="20"/>
        </w:rPr>
        <w:t>1:09:29  yeh to nature hai, aap ko shaq ho jaye to mere ghar mein dekh lijye ke mein apne</w:t>
      </w:r>
      <w:r>
        <w:br/>
      </w:r>
      <w:r>
        <w:rPr>
          <w:sz w:val="20"/>
        </w:rPr>
        <w:t>1:09:34  is jo mera apna corner tha, jahan mein rozana baithta tha, wahan mein apne aap ko mein ne</w:t>
      </w:r>
      <w:r>
        <w:br/>
      </w:r>
      <w:r>
        <w:rPr>
          <w:sz w:val="20"/>
        </w:rPr>
        <w:t>1:09:39  sameit liya aur sara de diya fakhta ko,</w:t>
      </w:r>
      <w:r>
        <w:br/>
      </w:r>
      <w:r>
        <w:rPr>
          <w:sz w:val="20"/>
        </w:rPr>
        <w:t>1:09:44  pigeon ko.</w:t>
      </w:r>
      <w:r>
        <w:br/>
      </w:r>
      <w:r>
        <w:rPr>
          <w:sz w:val="20"/>
        </w:rPr>
        <w:t>1:09:50  This is also Vatican principle, yani Pope ne yeh kiya tha ke Europe ko de diya, doosron ko</w:t>
      </w:r>
      <w:r>
        <w:br/>
      </w:r>
      <w:r>
        <w:rPr>
          <w:sz w:val="20"/>
        </w:rPr>
        <w:t>1:09:55  khud vatican ke aik chote area mein apna seater bana liya.</w:t>
      </w:r>
      <w:r>
        <w:br/>
      </w:r>
      <w:r>
        <w:rPr>
          <w:sz w:val="20"/>
        </w:rPr>
        <w:t>1:10:01  wohi mein ne kiya hai, already apne ghar mein.</w:t>
      </w:r>
      <w:r>
        <w:br/>
      </w:r>
      <w:r>
        <w:rPr>
          <w:sz w:val="20"/>
        </w:rPr>
        <w:t>1:10:07  yeh toh best yani principal hai aur yeh law of nature pe base karta hai.</w:t>
      </w:r>
      <w:r>
        <w:br/>
      </w:r>
      <w:r>
        <w:rPr>
          <w:sz w:val="20"/>
        </w:rPr>
        <w:t>1:10:12  kisi ko shaq ho toh mere ghar mein aa ke dekh sakta hai. woh</w:t>
      </w:r>
    </w:p>
    <w:p>
      <w:pPr>
        <w:pStyle w:val="Heading2"/>
      </w:pPr>
      <w:r>
        <w:t>Applying war versus ideology wisdom</w:t>
      </w:r>
    </w:p>
    <w:p>
      <w:r>
        <w:rPr>
          <w:color w:val="666666"/>
          <w:sz w:val="18"/>
        </w:rPr>
        <w:t>Society &amp; Dawah · The Creation Plan December 09, 2018 · 2m 05s · at 53:45 · https://youtu.be/y8tS4vW9lFI?t=3225</w:t>
      </w:r>
    </w:p>
    <w:p>
      <w:r>
        <w:rPr>
          <w:i/>
        </w:rPr>
        <w:t>“You talked about war versus ideology in today's talk. This is very powerful wisdom in the present time for the ummah. My question is: How can we apply this today?”</w:t>
      </w:r>
    </w:p>
    <w:p>
      <w:r>
        <w:rPr>
          <w:sz w:val="20"/>
        </w:rPr>
        <w:t>53:45  For such personalities, God has created paradise. May God give us strength to actualize our personality." Maulana, agla sawal lete hain.</w:t>
      </w:r>
      <w:r>
        <w:br/>
      </w:r>
      <w:r>
        <w:rPr>
          <w:sz w:val="20"/>
        </w:rPr>
        <w:t>53:57  Ye sawal bheja hai Chennai se Maulana Iqbal Umri ne. Unho ne likha hai: "Maulana, you talked about war versus ideology in today's talk.</w:t>
      </w:r>
      <w:r>
        <w:br/>
      </w:r>
      <w:r>
        <w:rPr>
          <w:sz w:val="20"/>
        </w:rPr>
        <w:t>54:09  This is very powerful wisdom in the present time for the Ummah. My question is: How can we apply this today?</w:t>
      </w:r>
      <w:r>
        <w:br/>
      </w:r>
      <w:r>
        <w:rPr>
          <w:sz w:val="20"/>
        </w:rPr>
        <w:t>54:19  Kindly explain this to all of us." Bhai, waise hi jaise Rasool Allah ne kiya.</w:t>
      </w:r>
      <w:r>
        <w:br/>
      </w:r>
      <w:r>
        <w:rPr>
          <w:sz w:val="20"/>
        </w:rPr>
        <w:t>54:29  Yaani dekhiye, war se peace ki taraf aana ye opposite party kam nahi, kaam nahi hai.</w:t>
      </w:r>
      <w:r>
        <w:br/>
      </w:r>
      <w:r>
        <w:rPr>
          <w:sz w:val="20"/>
        </w:rPr>
        <w:t>54:45  Maidan maidan ko war se hata kar ke peace mein lana, ye wo opposite party kabhi bhi nahi kare gi.</w:t>
      </w:r>
      <w:r>
        <w:br/>
      </w:r>
      <w:r>
        <w:rPr>
          <w:sz w:val="20"/>
        </w:rPr>
        <w:t>54:55  yeh aap ko khud karna parta hai, chahe lafz rasool Allah kaghaz pe bithana parae.</w:t>
      </w:r>
      <w:r>
        <w:br/>
      </w:r>
      <w:r>
        <w:rPr>
          <w:sz w:val="20"/>
        </w:rPr>
        <w:t>55:03  to hut dhali ko khatam karein, akarr ko khatam karein, ana ko khatam karein. hamari ummat mein jo log rehnuma ban gaye, unhone is se mutalba se sikhaya hai, wo doosre se mango, doosre se mango,</w:t>
      </w:r>
      <w:r>
        <w:br/>
      </w:r>
      <w:r>
        <w:rPr>
          <w:sz w:val="20"/>
        </w:rPr>
        <w:t>55:19  tum karo. rasool Allah ne kaha ke mein karunga.</w:t>
      </w:r>
      <w:r>
        <w:br/>
      </w:r>
      <w:r>
        <w:rPr>
          <w:sz w:val="20"/>
        </w:rPr>
        <w:t>55:27  yeh kehti hai bari sunnat rasool hai yeh ke aaj ke musalman doosre se mang karte hain ke tum karo, aur rasool Allah ne yeh kiya ke mein karunga, i will do it.</w:t>
      </w:r>
      <w:r>
        <w:br/>
      </w:r>
      <w:r>
        <w:rPr>
          <w:sz w:val="20"/>
        </w:rPr>
        <w:t>55:41  to bas isi sunnat ko le lene aur is ka dunya mein peace aa jayega.</w:t>
      </w:r>
    </w:p>
    <w:p>
      <w:pPr>
        <w:pStyle w:val="Heading2"/>
      </w:pPr>
      <w:r>
        <w:t>Arab Scholar Blames Muslims' Failure on Jihad</w:t>
      </w:r>
    </w:p>
    <w:p>
      <w:r>
        <w:rPr>
          <w:color w:val="666666"/>
          <w:sz w:val="18"/>
        </w:rPr>
        <w:t>Society &amp; Dawah · The Secret of Divine Wisdom September 2, 2012 · 3m 53s · at 1:15:21 · https://youtu.be/ZXQlrW7PqAE?t=4521</w:t>
      </w:r>
    </w:p>
    <w:p>
      <w:r>
        <w:rPr>
          <w:i/>
        </w:rPr>
        <w:t>“An Arab scholar has written in his book that Muslims are failing because they are not waging jihad and because 52 Muslim countries did not support Palestine in its jihad. What do you say about this?”</w:t>
      </w:r>
    </w:p>
    <w:p>
      <w:r>
        <w:rPr>
          <w:sz w:val="20"/>
        </w:rPr>
        <w:t>1:15:21  maulana agla sawal tamil nadu se hai maulana asrar umri sahib ka unhon ne likha hai maulana arab ke aik aalim ne apni kitab mein musalmanon ki nakami ka sabab jihad ka na hona aur 52 muslim countries ka falasteen ke jihad mein sath na dena bataya hai is ke baray mein aap kya kahen ge yeh to yani akhri had tak baseless baat hai</w:t>
      </w:r>
      <w:r>
        <w:br/>
      </w:r>
      <w:r>
        <w:rPr>
          <w:sz w:val="20"/>
        </w:rPr>
        <w:t>1:15:50  yani behal un ki jihad to ho raha hai beshumar log mare gaye hain beshumar aisa</w:t>
      </w:r>
      <w:r>
        <w:br/>
      </w:r>
      <w:r>
        <w:rPr>
          <w:sz w:val="20"/>
        </w:rPr>
        <w:t>1:15:56  barbad kiya aaj bhi jihad jari hai</w:t>
      </w:r>
      <w:r>
        <w:br/>
      </w:r>
      <w:r>
        <w:rPr>
          <w:sz w:val="20"/>
        </w:rPr>
        <w:t>1:15:59  yani yani jihad to itna zyada ho raha hai ke aur jihad ho gaya aur jihad</w:t>
      </w:r>
      <w:r>
        <w:br/>
      </w:r>
      <w:r>
        <w:rPr>
          <w:sz w:val="20"/>
        </w:rPr>
        <w:t>1:16:05  asal cheez kya hai yeh log jo hain</w:t>
      </w:r>
      <w:r>
        <w:br/>
      </w:r>
      <w:r>
        <w:rPr>
          <w:sz w:val="20"/>
        </w:rPr>
        <w:t>1:16:09  in logon ka muamla yeh hai ke woh do cheezon farq farq nahi kar paate</w:t>
      </w:r>
      <w:r>
        <w:br/>
      </w:r>
      <w:r>
        <w:rPr>
          <w:sz w:val="20"/>
        </w:rPr>
        <w:t>1:16:15  ek hai lack of jihad ek hai lack of result of jihad</w:t>
      </w:r>
      <w:r>
        <w:br/>
      </w:r>
      <w:r>
        <w:rPr>
          <w:sz w:val="20"/>
        </w:rPr>
        <w:t>1:16:23  lack of jihad lack of result of jihad kyunke dekhiye 1948 mein inhi arbon ne narah lagaya tha ke hum israel ko yani samandar mein dhakel den ge in ko in ko khatam kar den ge hum in ko jihad ke zariye mita den ge</w:t>
      </w:r>
      <w:r>
        <w:br/>
      </w:r>
      <w:r>
        <w:rPr>
          <w:sz w:val="20"/>
        </w:rPr>
        <w:t>1:16:45  acha jihad shuru 1948 se jihad shuru hua hai to jis jo jis ailan ke sath kiya tha unhon ne kaha hamara jihad yeh in ko mita de ga to mita nahi paye to ab woh unhein sochna chahiye ke jo cheez mafqood hai woh jihad nahi hai jo cheez mafqood hai woh woh nateeja jihad hai</w:t>
      </w:r>
      <w:r>
        <w:br/>
      </w:r>
      <w:r>
        <w:rPr>
          <w:sz w:val="20"/>
        </w:rPr>
        <w:t>1:17:11  to yeh log jante nahi difference ko</w:t>
      </w:r>
      <w:r>
        <w:br/>
      </w:r>
      <w:r>
        <w:rPr>
          <w:sz w:val="20"/>
        </w:rPr>
        <w:t>1:17:14  dekhen principle of differentiation jo hai bohat hi rare log jaan pate hain to yeh chunchke yani result nahi nikal raha hai to samajhte hain ke jihad bhi nahi ho raha hai hain aik subah sham rozana jihad ho raha hai beshumar log mare gaye aur rozana mar ja rahe hain</w:t>
      </w:r>
      <w:r>
        <w:br/>
      </w:r>
      <w:r>
        <w:rPr>
          <w:sz w:val="20"/>
        </w:rPr>
        <w:t>1:17:37  jihad ke liye in falastiniyon ne surangen khod din misr se aur us ke gaza ke darmiyan</w:t>
      </w:r>
      <w:r>
        <w:br/>
      </w:r>
      <w:r>
        <w:rPr>
          <w:sz w:val="20"/>
        </w:rPr>
        <w:t>1:17:47  yani yani jihad ke liye bachta hoon ke poori tareekh mein musalmanon ne jitna jihad kiya utna jihad akele falasteen ke naam par kiya gaya hai</w:t>
      </w:r>
      <w:r>
        <w:br/>
      </w:r>
      <w:r>
        <w:rPr>
          <w:sz w:val="20"/>
        </w:rPr>
        <w:t>1:17:58  65 saalon ke darmiyan aur sari dunya ke musalman is ko yeh duaen karte hain is ke liye paise dete hain is ke liye mazameen chhapte hain is ki kitaben chhapte hain</w:t>
      </w:r>
      <w:r>
        <w:br/>
      </w:r>
      <w:r>
        <w:rPr>
          <w:sz w:val="20"/>
        </w:rPr>
        <w:t>1:18:11  yani sari dunya ke musalman ya to amlan ya fikran is mein involve hain woh</w:t>
      </w:r>
      <w:r>
        <w:br/>
      </w:r>
      <w:r>
        <w:rPr>
          <w:sz w:val="20"/>
        </w:rPr>
        <w:t>1:18:17  to yeh yeh yeh to bilkul be asal baat hai ke jihad nahi ho raha hai asal baat yeh hai ke yeh log yeh nahi samajh pate ke ke lack of jihad aur lack of result of jihad mein kya farq hai is liye aisi kitaben likhte hain woh</w:t>
      </w:r>
      <w:r>
        <w:br/>
      </w:r>
      <w:r>
        <w:rPr>
          <w:sz w:val="20"/>
        </w:rPr>
        <w:t>1:18:37  to nateeja jihad mafqood hai na ke jihad ab to jihad ko yani yeh ailan karna chahiye ke jihad band karo ke jihad se koi nateeja nahi nikla yani yeh ulta ailan kar rahe hain ke jihad nahi ho raha hai ab to kehna chahiye ke jihad bohat kiya bohat kiya hum ne kai kai kai generation tak jihad jari raha ab beshumar log mare gaye</w:t>
      </w:r>
      <w:r>
        <w:br/>
      </w:r>
      <w:r>
        <w:rPr>
          <w:sz w:val="20"/>
        </w:rPr>
        <w:t>1:19:06  ab to band karo jihad ko ab koi doosra tareeqa nikalo is masle ke liye</w:t>
      </w:r>
    </w:p>
    <w:p>
      <w:pPr>
        <w:pStyle w:val="Heading2"/>
      </w:pPr>
      <w:r>
        <w:t>Are Shias True Muslims? How to Explain?</w:t>
      </w:r>
    </w:p>
    <w:p>
      <w:r>
        <w:rPr>
          <w:color w:val="666666"/>
          <w:sz w:val="18"/>
        </w:rPr>
        <w:t>Society &amp; Dawah · Age of Peace November 18, 2012 · 2m 30s · at 1:29:39 · https://youtu.be/Y9nkQnBqbrs?t=5379</w:t>
      </w:r>
    </w:p>
    <w:p>
      <w:r>
        <w:rPr>
          <w:i/>
        </w:rPr>
        <w:t>“I was discussing with a Muslim that the Quran must be conveyed to people. He said that Shias also read the Quran and understand it more than us. Are they true Muslims? How should I explain to such people?”</w:t>
      </w:r>
    </w:p>
    <w:p>
      <w:r>
        <w:rPr>
          <w:sz w:val="20"/>
        </w:rPr>
        <w:t>1:29:39  molana, yeh sawal dilli se hai muhammad ans sahib ka. unhone likha hai: "molana, main ek musalman sahib se dawat ke bare mein baat kar raha tha ke quran ko logon tak pahunchana zaroori hai.</w:t>
      </w:r>
      <w:r>
        <w:br/>
      </w:r>
      <w:r>
        <w:rPr>
          <w:sz w:val="20"/>
        </w:rPr>
        <w:t>1:29:52  to unhone kaha ke quran to shia hazrat bhi parhte hain aur hum logon se zyada wahi log samajh kar parhte hain. unhone kaha ke to kya woh log sahi musalman ban gaye?</w:t>
      </w:r>
      <w:r>
        <w:br/>
      </w:r>
      <w:r>
        <w:rPr>
          <w:sz w:val="20"/>
        </w:rPr>
        <w:t>1:30:05  molana, is ke bare mein batayein ke aise logon ko kya aur kis tarah samjhana chahiye? dekhiye, yeh sab apne dimagh se sochna hai.</w:t>
      </w:r>
      <w:r>
        <w:br/>
      </w:r>
      <w:r>
        <w:rPr>
          <w:sz w:val="20"/>
        </w:rPr>
        <w:t>1:30:14  apne dimagh se sochna kufar hai, kufar ya shaitani</w:t>
      </w:r>
      <w:r>
        <w:br/>
      </w:r>
      <w:r>
        <w:rPr>
          <w:sz w:val="20"/>
        </w:rPr>
        <w:t>1:30:19  pan hai. yeh shaitan ne apne dimagh socha to Allah ke mukhalif ban gaya. woh nahi, quran ke dimagh socheye. aap apne dimagh sochna shaitani soch hai.</w:t>
      </w:r>
      <w:r>
        <w:br/>
      </w:r>
      <w:r>
        <w:rPr>
          <w:sz w:val="20"/>
        </w:rPr>
        <w:t>1:30:30  yeh quran se socheye to kya likha hai quran mein? fadhakkar innama anta mudhakkir. lasta alaihim bimusaitir. illaa man tawalla wa kafara fayu'adhdhibuhullahu al-adhab al-akbar. innana ilayna iyabahum thumma inna alayna hisabahum</w:t>
      </w:r>
      <w:r>
        <w:br/>
      </w:r>
      <w:r>
        <w:rPr>
          <w:sz w:val="20"/>
        </w:rPr>
        <w:t>1:30:49  is ka matlab hai ke Allah taala ne farmaya rasool Allah salallaho alaihi wasallam se ke tum logon ko baat pahunchate raho, yaad dehani karte raho.</w:t>
      </w:r>
      <w:r>
        <w:br/>
      </w:r>
      <w:r>
        <w:rPr>
          <w:sz w:val="20"/>
        </w:rPr>
        <w:t>1:30:58  tum logon ke upar darogha nahi ho, matlab tum koi power nahi, koi badal dalo, un ko is ki fikr mat karo. tum pahuncha do, baqi mamla Allah taala ka hai, woh akhirat mein is ka hisab le ga.</w:t>
      </w:r>
      <w:r>
        <w:br/>
      </w:r>
      <w:r>
        <w:rPr>
          <w:sz w:val="20"/>
        </w:rPr>
        <w:t>1:31:12  to yeh yeh sab jhooti soch hai. hamara kaam hai pahunchana, pahunchana, peh</w:t>
      </w:r>
      <w:r>
        <w:br/>
      </w:r>
      <w:r>
        <w:rPr>
          <w:sz w:val="20"/>
        </w:rPr>
        <w:t>1:31:17  chana. baqi amal Allah taala ka hai. agar hum ne pahuncha diya to is ke baad jo doosra kaam hai, woh Allah taala ka kaam hai. that is yaani that is demand of, that is domain of god.</w:t>
      </w:r>
      <w:r>
        <w:br/>
      </w:r>
      <w:r>
        <w:rPr>
          <w:sz w:val="20"/>
        </w:rPr>
        <w:t>1:31:29  sare musalmanon ka mamla hai ke Khuda ke domain mein ja kar sochna chahte hain aur apna jo kaam hai, us ko bhule hue hain.</w:t>
      </w:r>
      <w:r>
        <w:br/>
      </w:r>
      <w:r>
        <w:rPr>
          <w:sz w:val="20"/>
        </w:rPr>
        <w:t>1:31:39  baharhal, yeh bilkul galat soch hai.</w:t>
      </w:r>
      <w:r>
        <w:br/>
      </w:r>
      <w:r>
        <w:rPr>
          <w:sz w:val="20"/>
        </w:rPr>
        <w:t>1:31:42  yeh shia ki baat hai, na sunni ki baat hai, na hindu ki baat hai, na muslim ki baat hai. asal baat yeh hai ke jis ko yeh ehsas ho ke quran Allah ka kalam hai aur woh hai li'l 'alamina nazeera. matloob hai yaani har har ek ko pahunchana to humein pahunchana hai, pahunchana hai, pahunchana hai aur dua karna hai.</w:t>
      </w:r>
      <w:r>
        <w:br/>
      </w:r>
      <w:r>
        <w:rPr>
          <w:sz w:val="20"/>
        </w:rPr>
        <w:t>1:32:02  pahunchane ke baad jo kaam aap ka hai, woh dua karna hai. yeh sab sochna nahi hai.</w:t>
      </w:r>
    </w:p>
    <w:p>
      <w:pPr>
        <w:pStyle w:val="Heading2"/>
      </w:pPr>
      <w:r>
        <w:t>Arrest of innocent Muslim youth in India</w:t>
      </w:r>
    </w:p>
    <w:p>
      <w:r>
        <w:rPr>
          <w:color w:val="666666"/>
          <w:sz w:val="18"/>
        </w:rPr>
        <w:t>Society &amp; Dawah · Divine Law of Success 14th October 2012 Slow · 4m 19s · at 1:26:57 · https://youtu.be/2zXfZhIf1jA?t=5217</w:t>
      </w:r>
    </w:p>
    <w:p>
      <w:r>
        <w:rPr>
          <w:i/>
        </w:rPr>
        <w:t>“Nowadays in India, innocent Muslim youth are being arrested from Azamgarh, Darbhanga, and many other places. What is your response to this?”</w:t>
      </w:r>
    </w:p>
    <w:p>
      <w:r>
        <w:rPr>
          <w:sz w:val="20"/>
        </w:rPr>
        <w:t>1:26:57  jazakmullah khair." maulana, agla sawal aya hai shah imran sahib ka dilli se.</w:t>
      </w:r>
      <w:r>
        <w:br/>
      </w:r>
      <w:r>
        <w:rPr>
          <w:sz w:val="20"/>
        </w:rPr>
        <w:t>1:27:02  unhon ne likha hai: "aaj kal india mein be-qusoor muslim naujawanon ko giraftar kiya ja raha hai.</w:t>
      </w:r>
      <w:r>
        <w:br/>
      </w:r>
      <w:r>
        <w:rPr>
          <w:sz w:val="20"/>
        </w:rPr>
        <w:t>1:27:07  azamgarh, darbhanga aur na jaane bharat ke kis kis hisse se muslim naujawanon ko pakda gaya.</w:t>
      </w:r>
      <w:r>
        <w:br/>
      </w:r>
      <w:r>
        <w:rPr>
          <w:sz w:val="20"/>
        </w:rPr>
        <w:t>1:27:12  akhbar mein is ki reporting aati rehti hai.</w:t>
      </w:r>
      <w:r>
        <w:br/>
      </w:r>
      <w:r>
        <w:rPr>
          <w:sz w:val="20"/>
        </w:rPr>
        <w:t>1:27:17  is ke bare mein aap bhartiya musalmanon ko kiya sandesh dena chahenge?" yeh be-qusoor ka jo</w:t>
      </w:r>
      <w:r>
        <w:br/>
      </w:r>
      <w:r>
        <w:rPr>
          <w:sz w:val="20"/>
        </w:rPr>
        <w:t>1:27:22  lafz hai, yeh bilkul hi mujhe bohat ajeeb lagta hai.</w:t>
      </w:r>
      <w:r>
        <w:br/>
      </w:r>
      <w:r>
        <w:rPr>
          <w:sz w:val="20"/>
        </w:rPr>
        <w:t>1:27:27  aaj hi subah mein baat kar raha tha kisi se ke chahe hindu ho ya musalman, sab ka</w:t>
      </w:r>
      <w:r>
        <w:br/>
      </w:r>
      <w:r>
        <w:rPr>
          <w:sz w:val="20"/>
        </w:rPr>
        <w:t>1:27:33  mamla yeh hai ke india mein rozana chhapte hain.</w:t>
      </w:r>
      <w:r>
        <w:br/>
      </w:r>
      <w:r>
        <w:rPr>
          <w:sz w:val="20"/>
        </w:rPr>
        <w:t>1:27:38  yeh scheme, woh scandal, yeh jurm.</w:t>
      </w:r>
      <w:r>
        <w:br/>
      </w:r>
      <w:r>
        <w:rPr>
          <w:sz w:val="20"/>
        </w:rPr>
        <w:t>1:27:43  lekin jab kisi ko pakda jata hai to pakda jata hai to adalat chhoot jata hai.</w:t>
      </w:r>
      <w:r>
        <w:br/>
      </w:r>
      <w:r>
        <w:rPr>
          <w:sz w:val="20"/>
        </w:rPr>
        <w:t>1:27:48  woh kehta hai ke main be-qusoor hoon.</w:t>
      </w:r>
      <w:r>
        <w:br/>
      </w:r>
      <w:r>
        <w:rPr>
          <w:sz w:val="20"/>
        </w:rPr>
        <w:t>1:27:53  to main keh raha tha kisi se ke kaise ajeeb hai yeh country jahan crime to khoob ho</w:t>
      </w:r>
      <w:r>
        <w:br/>
      </w:r>
      <w:r>
        <w:rPr>
          <w:sz w:val="20"/>
        </w:rPr>
        <w:t>1:27:58  rahe hain aur criminal koi bhi nahi.</w:t>
      </w:r>
      <w:r>
        <w:br/>
      </w:r>
      <w:r>
        <w:rPr>
          <w:sz w:val="20"/>
        </w:rPr>
        <w:t>1:28:03  bohat ajeeb baat hai na musalmanon mein na hinduo mein.</w:t>
      </w:r>
      <w:r>
        <w:br/>
      </w:r>
      <w:r>
        <w:rPr>
          <w:sz w:val="20"/>
        </w:rPr>
        <w:t>1:28:08  yaani crime ka jangla uga hua hai hamare mulk mein.</w:t>
      </w:r>
      <w:r>
        <w:br/>
      </w:r>
      <w:r>
        <w:rPr>
          <w:sz w:val="20"/>
        </w:rPr>
        <w:t>1:28:13  aap akhbaron mein padhiye, media mein dekhiye.</w:t>
      </w:r>
      <w:r>
        <w:br/>
      </w:r>
      <w:r>
        <w:rPr>
          <w:sz w:val="20"/>
        </w:rPr>
        <w:t>1:28:18  yaani if there are crimes then where are the criminals to sab apne ko be-qusoori kehte hain.</w:t>
      </w:r>
      <w:r>
        <w:br/>
      </w:r>
      <w:r>
        <w:rPr>
          <w:sz w:val="20"/>
        </w:rPr>
        <w:t>1:28:23  musalmanon ki baat nahi hai.</w:t>
      </w:r>
      <w:r>
        <w:br/>
      </w:r>
      <w:r>
        <w:rPr>
          <w:sz w:val="20"/>
        </w:rPr>
        <w:t>1:28:28  jitne politicians hain, jitne log hain jo scandal karte hain, big big hazaron karoron rupay ke un ke</w:t>
      </w:r>
      <w:r>
        <w:br/>
      </w:r>
      <w:r>
        <w:rPr>
          <w:sz w:val="20"/>
        </w:rPr>
        <w:t>1:28:33  upar ilzaam aata hai.</w:t>
      </w:r>
      <w:r>
        <w:br/>
      </w:r>
      <w:r>
        <w:rPr>
          <w:sz w:val="20"/>
        </w:rPr>
        <w:t>1:28:39  kehte hain ke main to be qusoor hoon, mujhe bila wajah pakda ja raha hai.</w:t>
      </w:r>
      <w:r>
        <w:br/>
      </w:r>
      <w:r>
        <w:rPr>
          <w:sz w:val="20"/>
        </w:rPr>
        <w:t>1:28:44  aur jaate hain adalat mein, kya hota hai? Ek hoshiyar wakeel ko paisa dete hain, woh ek ne</w:t>
      </w:r>
      <w:r>
        <w:br/>
      </w:r>
      <w:r>
        <w:rPr>
          <w:sz w:val="20"/>
        </w:rPr>
        <w:t>1:28:49  ek ne ek technical ground nikaal kar ke usay chura leta hai.</w:t>
      </w:r>
      <w:r>
        <w:br/>
      </w:r>
      <w:r>
        <w:rPr>
          <w:sz w:val="20"/>
        </w:rPr>
        <w:t>1:28:54  to main ne ek mazmoon likha tha jo times of india mein chhapa tha ke purana masla hai</w:t>
      </w:r>
      <w:r>
        <w:br/>
      </w:r>
      <w:r>
        <w:rPr>
          <w:sz w:val="20"/>
        </w:rPr>
        <w:t>1:28:59  ke man proposal, god disposal.</w:t>
      </w:r>
      <w:r>
        <w:br/>
      </w:r>
      <w:r>
        <w:rPr>
          <w:sz w:val="20"/>
        </w:rPr>
        <w:t>1:29:04  ab india mein yeh ho raha hai ke parliament proposals, lawyer disposals.</w:t>
      </w:r>
      <w:r>
        <w:br/>
      </w:r>
      <w:r>
        <w:rPr>
          <w:sz w:val="20"/>
        </w:rPr>
        <w:t>1:29:09  yeh musalmanon ki baat nahi, sab ki baat hi hai.</w:t>
      </w:r>
      <w:r>
        <w:br/>
      </w:r>
      <w:r>
        <w:rPr>
          <w:sz w:val="20"/>
        </w:rPr>
        <w:t>1:29:14  sab be qusoor, be qusoor, be qusoor kar rahe hain.</w:t>
      </w:r>
      <w:r>
        <w:br/>
      </w:r>
      <w:r>
        <w:rPr>
          <w:sz w:val="20"/>
        </w:rPr>
        <w:t>1:29:19  to yeh yeh ek waqia hai ke india mein crime ka jangla uga hua hai, lekin criminal ek bhi nahi.</w:t>
      </w:r>
      <w:r>
        <w:br/>
      </w:r>
      <w:r>
        <w:rPr>
          <w:sz w:val="20"/>
        </w:rPr>
        <w:t>1:29:24  kisi ko punishment nahi, kisi ko saza nahi.</w:t>
      </w:r>
      <w:r>
        <w:br/>
      </w:r>
      <w:r>
        <w:rPr>
          <w:sz w:val="20"/>
        </w:rPr>
        <w:t>1:29:29  yeh sab pani se kaam nahi chalega, yeh sab pani se kaam nahi chalega.</w:t>
      </w:r>
      <w:r>
        <w:br/>
      </w:r>
      <w:r>
        <w:rPr>
          <w:sz w:val="20"/>
        </w:rPr>
        <w:t>1:29:34  jab crime hai to kuch criminal bhi to honge is ke andar.</w:t>
      </w:r>
      <w:r>
        <w:br/>
      </w:r>
      <w:r>
        <w:rPr>
          <w:sz w:val="20"/>
        </w:rPr>
        <w:t>1:29:40  apni ghaltiyon ko maanna parega aap ko.</w:t>
      </w:r>
      <w:r>
        <w:br/>
      </w:r>
      <w:r>
        <w:rPr>
          <w:sz w:val="20"/>
        </w:rPr>
        <w:t>1:29:45  aur doosri baat hai ke jab crimeon ka jangla uga hua ho to aisi pakad thakkar hogi.</w:t>
      </w:r>
      <w:r>
        <w:br/>
      </w:r>
      <w:r>
        <w:rPr>
          <w:sz w:val="20"/>
        </w:rPr>
        <w:t>1:29:50  kisi ko ghalati se pakad le jayenge.</w:t>
      </w:r>
      <w:r>
        <w:br/>
      </w:r>
      <w:r>
        <w:rPr>
          <w:sz w:val="20"/>
        </w:rPr>
        <w:t>1:29:55  khud mere bete ko pakad le gaye isi delhi mein, ja ke thanay mein bitha diya.</w:t>
      </w:r>
      <w:r>
        <w:br/>
      </w:r>
      <w:r>
        <w:rPr>
          <w:sz w:val="20"/>
        </w:rPr>
        <w:t>1:30:00  to main ne cheekha chillaya, main ek aadmi ko bheja ja ke baat kijiye, kya maamla hai? Ja</w:t>
      </w:r>
      <w:r>
        <w:br/>
      </w:r>
      <w:r>
        <w:rPr>
          <w:sz w:val="20"/>
        </w:rPr>
        <w:t>1:30:05  ke baat kiya, safai wazahat ki to unhon ne chhod diya.</w:t>
      </w:r>
      <w:r>
        <w:br/>
      </w:r>
      <w:r>
        <w:rPr>
          <w:sz w:val="20"/>
        </w:rPr>
        <w:t>1:30:10  yeh to ho gayi.</w:t>
      </w:r>
      <w:r>
        <w:br/>
      </w:r>
      <w:r>
        <w:rPr>
          <w:sz w:val="20"/>
        </w:rPr>
        <w:t>1:30:15  jab bhi kisi samaj mein crime ho gaye to aisa ho gayi.</w:t>
      </w:r>
      <w:r>
        <w:br/>
      </w:r>
      <w:r>
        <w:rPr>
          <w:sz w:val="20"/>
        </w:rPr>
        <w:t>1:30:20  koi qusoorwar pakda gaya, koi be qusoor pakda jayega.</w:t>
      </w:r>
      <w:r>
        <w:br/>
      </w:r>
      <w:r>
        <w:rPr>
          <w:sz w:val="20"/>
        </w:rPr>
        <w:t>1:30:25  aisa ho gayi.</w:t>
      </w:r>
      <w:r>
        <w:br/>
      </w:r>
      <w:r>
        <w:rPr>
          <w:sz w:val="20"/>
        </w:rPr>
        <w:t>1:30:30  is ke liye shor karna bilkul bekar hai.</w:t>
      </w:r>
      <w:r>
        <w:br/>
      </w:r>
      <w:r>
        <w:rPr>
          <w:sz w:val="20"/>
        </w:rPr>
        <w:t>1:30:35  yeh yeh bilkul bekar hai.</w:t>
      </w:r>
      <w:r>
        <w:br/>
      </w:r>
      <w:r>
        <w:rPr>
          <w:sz w:val="20"/>
        </w:rPr>
        <w:t>1:30:41  woh hadith se sabit hai kaisa hoga.</w:t>
      </w:r>
      <w:r>
        <w:br/>
      </w:r>
      <w:r>
        <w:rPr>
          <w:sz w:val="20"/>
        </w:rPr>
        <w:t>1:30:46  ek hadith isi silsile mein ek hadith hai.</w:t>
      </w:r>
      <w:r>
        <w:br/>
      </w:r>
      <w:r>
        <w:rPr>
          <w:sz w:val="20"/>
        </w:rPr>
        <w:t>1:30:51  aur hamein bajaye yeh shor o gul karne ke, apne aamal ko durust karna chahiye, apni image ko</w:t>
      </w:r>
      <w:r>
        <w:br/>
      </w:r>
      <w:r>
        <w:rPr>
          <w:sz w:val="20"/>
        </w:rPr>
        <w:t>1:30:56  durust karna chahiye.</w:t>
      </w:r>
      <w:r>
        <w:br/>
      </w:r>
      <w:r>
        <w:rPr>
          <w:sz w:val="20"/>
        </w:rPr>
        <w:t>1:31:01  is waqt masla hai ke musalman ki image bigri hui hai.</w:t>
      </w:r>
      <w:r>
        <w:br/>
      </w:r>
      <w:r>
        <w:rPr>
          <w:sz w:val="20"/>
        </w:rPr>
        <w:t>1:31:06  apni image ko durust karo.</w:t>
      </w:r>
      <w:r>
        <w:br/>
      </w:r>
      <w:r>
        <w:rPr>
          <w:sz w:val="20"/>
        </w:rPr>
        <w:t>1:31:11  jab tak image durust nahi ki jayegi, tab tak yeh sab hota rahega.</w:t>
      </w:r>
    </w:p>
    <w:p>
      <w:pPr>
        <w:pStyle w:val="Heading2"/>
      </w:pPr>
      <w:r>
        <w:t>Balancing home with dual working professionals</w:t>
      </w:r>
    </w:p>
    <w:p>
      <w:r>
        <w:rPr>
          <w:color w:val="666666"/>
          <w:sz w:val="18"/>
        </w:rPr>
        <w:t>Society &amp; Dawah · The Role of a Woman March 8, 2020 Maulana Wahiduddin Khan · 3m 01s · at 20:45 · https://youtu.be/aBPy_KTsk1A?t=1245</w:t>
      </w:r>
    </w:p>
    <w:p>
      <w:r>
        <w:rPr>
          <w:i/>
        </w:rPr>
        <w:t>“Maulana, in today's competitive world, both men and women are working professionals. My question is: how a balance can be created at home as today both have egos due to financial independence? What is your advice?”</w:t>
      </w:r>
    </w:p>
    <w:p>
      <w:r>
        <w:rPr>
          <w:sz w:val="20"/>
        </w:rPr>
        <w:t>20:45  Agar aurat ho to mission kamyab. Jazak Allah Maulana." Maulana, agla sawal bheja hai Zubair Khan ne Ahmedabad se.</w:t>
      </w:r>
      <w:r>
        <w:br/>
      </w:r>
      <w:r>
        <w:rPr>
          <w:sz w:val="20"/>
        </w:rPr>
        <w:t>20:58  Unhon ne likha hai: "Maulana, in today's competitive world, both men and women are working professionals. My question is: how a balance can be created at home as today both have egos due to financial independence?</w:t>
      </w:r>
      <w:r>
        <w:br/>
      </w:r>
      <w:r>
        <w:rPr>
          <w:sz w:val="20"/>
        </w:rPr>
        <w:t>21:17  What is your advice?"</w:t>
      </w:r>
      <w:r>
        <w:br/>
      </w:r>
      <w:r>
        <w:rPr>
          <w:sz w:val="20"/>
        </w:rPr>
        <w:t>21:22  Aap ne yeh bohat acha add kiya aur mein is ko miss kiya tha mein ne. aik hadith hai, aik hadith hai,</w:t>
      </w:r>
      <w:r>
        <w:br/>
      </w:r>
      <w:r>
        <w:rPr>
          <w:sz w:val="20"/>
        </w:rPr>
        <w:t>21:36  is mein yeh alfaaz hain</w:t>
      </w:r>
      <w:r>
        <w:br/>
      </w:r>
      <w:r>
        <w:rPr>
          <w:sz w:val="20"/>
        </w:rPr>
        <w:t>21:38  ke un nisa shaqaiq al rajul yani aurtain mard ka aadha hain, nisf hain.</w:t>
      </w:r>
      <w:r>
        <w:br/>
      </w:r>
      <w:r>
        <w:rPr>
          <w:sz w:val="20"/>
        </w:rPr>
        <w:t>21:52  Yeh bohat hi sahi expression hai yeh. yani is ka matlab yeh hai ke Man and woman are two equal halves of a single unity.</w:t>
      </w:r>
      <w:r>
        <w:br/>
      </w:r>
      <w:r>
        <w:rPr>
          <w:sz w:val="20"/>
        </w:rPr>
        <w:t>22:08  Man and woman are two equal halves</w:t>
      </w:r>
      <w:r>
        <w:br/>
      </w:r>
      <w:r>
        <w:rPr>
          <w:sz w:val="20"/>
        </w:rPr>
        <w:t>22:12  of a single unity.</w:t>
      </w:r>
      <w:r>
        <w:br/>
      </w:r>
      <w:r>
        <w:rPr>
          <w:sz w:val="20"/>
        </w:rPr>
        <w:t>22:17  Bohat sahi ta'beer hai yeh. aur yeh hadith Nasai mein aayi hai.</w:t>
      </w:r>
      <w:r>
        <w:br/>
      </w:r>
      <w:r>
        <w:rPr>
          <w:sz w:val="20"/>
        </w:rPr>
        <w:t>22:32  Abu Dawood. acha, Abu Dawood mein. yeh hadith Abu Dawood mein hai. yani sahih Sitta mein se hadith yeh hai. Abu Dawood Sahih Sitta mein maani jati hai.</w:t>
      </w:r>
      <w:r>
        <w:br/>
      </w:r>
      <w:r>
        <w:rPr>
          <w:sz w:val="20"/>
        </w:rPr>
        <w:t>22:46  Riyaz Bhatt sahib ne Bangalore se likha hai "On Women's Day explaining of Hajirah model</w:t>
      </w:r>
      <w:r>
        <w:br/>
      </w:r>
      <w:r>
        <w:rPr>
          <w:sz w:val="20"/>
        </w:rPr>
        <w:t>22:52  for women of twenty-first century gives us a way to visualize a generation of intellectually evolved individuals.</w:t>
      </w:r>
      <w:r>
        <w:br/>
      </w:r>
      <w:r>
        <w:rPr>
          <w:sz w:val="20"/>
        </w:rPr>
        <w:t>23:02  Here I feel that the Meccan period is evidence to fact how Quraish tried to distract the Prophet from the mission of Dawah.</w:t>
      </w:r>
      <w:r>
        <w:br/>
      </w:r>
      <w:r>
        <w:rPr>
          <w:sz w:val="20"/>
        </w:rPr>
        <w:t>23:13  Prophet firmly avoided to be drawn in this battlefield. We have to follow this Sunnah firmly." Miss Toti Malhotra ne Dilli se likha hai "Thank you, Maulana, for helping women understand their potential.</w:t>
      </w:r>
      <w:r>
        <w:br/>
      </w:r>
      <w:r>
        <w:rPr>
          <w:sz w:val="20"/>
        </w:rPr>
        <w:t>23:30  Without your encouragement, I would have never unfolded my potential, and it is due to your continuous inspiration that I am able to discover myself on a daily basis."</w:t>
      </w:r>
    </w:p>
    <w:p>
      <w:pPr>
        <w:pStyle w:val="Heading2"/>
      </w:pPr>
      <w:r>
        <w:t>Benefits and harms of tajdeed</w:t>
      </w:r>
    </w:p>
    <w:p>
      <w:r>
        <w:rPr>
          <w:color w:val="666666"/>
          <w:sz w:val="18"/>
        </w:rPr>
        <w:t>Society &amp; Dawah · Mission of Tajdeed (Revival of Islam) September 15, 2019 Maulana Wahiduddin Khan · 2m 20s · at 33:01 · https://youtu.be/jGfoAffJ4-8?t=1981</w:t>
      </w:r>
    </w:p>
    <w:p>
      <w:r>
        <w:rPr>
          <w:i/>
        </w:rPr>
        <w:t>“Renewal (tajdeed) means understanding derailment and guiding the Ummah, and providing guidance suitable for the era. What is the benefit of tajdeed, and what harm will be caused if it is not understood? Please explain.”</w:t>
      </w:r>
    </w:p>
    <w:p>
      <w:r>
        <w:rPr>
          <w:sz w:val="20"/>
        </w:rPr>
        <w:t>33:01  Maulana, agla sawal bheja hai Maulana Iqbal Umri sahib ne. Unhon ne apna comment aur question kiya hai.</w:t>
      </w:r>
      <w:r>
        <w:br/>
      </w:r>
      <w:r>
        <w:rPr>
          <w:sz w:val="20"/>
        </w:rPr>
        <w:t>33:12  Unhon ne likha hai: "Tajdeed ka matlab derailment ko jaan kar ummat ki rehnumai karna aur isi tarah daur ke laiq rehnumai karna.</w:t>
      </w:r>
      <w:r>
        <w:br/>
      </w:r>
      <w:r>
        <w:rPr>
          <w:sz w:val="20"/>
        </w:rPr>
        <w:t>33:26  Maulana, tajdeed ka faida kya hai aur is ko na samjhe to nuqsan kya hoga? Is ke bare mein bataein." Ek faida to main ne arz kar diya ke derailment mein jo Musalmanon ki gaadi parties hat gayi hain, us ko phir lana par rahi hai.</w:t>
      </w:r>
      <w:r>
        <w:br/>
      </w:r>
      <w:r>
        <w:rPr>
          <w:sz w:val="20"/>
        </w:rPr>
        <w:t>33:47  misal ke taur par jang ko Islam samajh liya, us ko lana ke Islam to peacefull da'wah ka naam hai. Ya ahl-e-maghrib ko kaha ke yeh Islamophobia mein mubtala hai, us ko phir se batana ke yeh to khidmat-e-Islam hai.</w:t>
      </w:r>
      <w:r>
        <w:br/>
      </w:r>
      <w:r>
        <w:rPr>
          <w:sz w:val="20"/>
        </w:rPr>
        <w:t>34:07  to jo derailment hua hai, us ko khatam karna aur party ko dobara sahi par gaadi ko sahi dobara sahi party par lana, yahi hai tajdeed.</w:t>
      </w:r>
      <w:r>
        <w:br/>
      </w:r>
      <w:r>
        <w:rPr>
          <w:sz w:val="20"/>
        </w:rPr>
        <w:t>34:27  Miss Ayesha Sajid Anwar ne Delhi se likha hai: "Maulana, from today's lecture, I finally have the answer to the question that my fellow mates keep asking me:</w:t>
      </w:r>
      <w:r>
        <w:br/>
      </w:r>
      <w:r>
        <w:rPr>
          <w:sz w:val="20"/>
        </w:rPr>
        <w:t>34:42  What is wrong with Islam</w:t>
      </w:r>
      <w:r>
        <w:br/>
      </w:r>
      <w:r>
        <w:rPr>
          <w:sz w:val="20"/>
        </w:rPr>
        <w:t>34:44  or what is wrong with people who follow Islam? The phenomenon of derailment answers these questions. I have gained a new dimension for da'wah work." Miss mein mashallah, mashallah.</w:t>
      </w:r>
      <w:r>
        <w:br/>
      </w:r>
      <w:r>
        <w:rPr>
          <w:sz w:val="20"/>
        </w:rPr>
        <w:t>35:00  Miss Meh Jafiaaz ne Delhi se likha hai: "My understanding from today's lecture is that due to unawareness among various Muslim scholars,</w:t>
      </w:r>
      <w:r>
        <w:br/>
      </w:r>
      <w:r>
        <w:rPr>
          <w:sz w:val="20"/>
        </w:rPr>
        <w:t>35:14  Islam couldn't get the right shape. The wrong interpretations defamed Islam</w:t>
      </w:r>
    </w:p>
    <w:p>
      <w:pPr>
        <w:pStyle w:val="Heading2"/>
      </w:pPr>
      <w:r>
        <w:t>Book recommendation and blasphemy law in Islamic state</w:t>
      </w:r>
    </w:p>
    <w:p>
      <w:r>
        <w:rPr>
          <w:color w:val="666666"/>
          <w:sz w:val="18"/>
        </w:rPr>
        <w:t>Society &amp; Dawah · God Oriented Life (In Conversation with Maulana) 23 10 11 · 4m 13s · at 19:32 · https://youtu.be/E_LWwsWww2U?t=1172</w:t>
      </w:r>
    </w:p>
    <w:p>
      <w:r>
        <w:rPr>
          <w:i/>
        </w:rPr>
        <w:t>“Today's discussion on freedom of thought was very enlightening. Could you please suggest me any of your books devoted to this topic to further my knowledge? Also, if a man living in an Islamic state uses abusive language about the Prophet of Islam, then how should that Islamic administration deal with him?”</w:t>
      </w:r>
    </w:p>
    <w:p>
      <w:r>
        <w:rPr>
          <w:sz w:val="20"/>
        </w:rPr>
        <w:t>19:32  maulana agla sawal mister zeeshan yusuf ka hai hyderabad se unhone likha hai maulana today discussion on freedom of thought was very enlightening could you please suggest me any of your books devoted to this topic to further my knowledge</w:t>
      </w:r>
      <w:r>
        <w:br/>
      </w:r>
      <w:r>
        <w:rPr>
          <w:sz w:val="20"/>
        </w:rPr>
        <w:t>19:53  ek kitab hai deen insaniyat is mein kai chapter hain ek chapter fifty pages ka hai huryat e fikr yani fikr ki azadi is ko aap padh sakte hain kitab ka naam hai deen insaniyat is chapter ka naam hai huryat e fikr jo pachas pages ka hai</w:t>
      </w:r>
      <w:r>
        <w:br/>
      </w:r>
      <w:r>
        <w:rPr>
          <w:sz w:val="20"/>
        </w:rPr>
        <w:t>20:17  maulana unhone ek apna doubt bhi likha hai jo woh chahte hain ke aap clear karein unhone likha hai ke if a man who living in an islamic state use abusive language about prophet of islam then how should that very islamic administration deal with that man the question i guess could be asked to me while i am doing my da'wah work please suggest me your valuable</w:t>
      </w:r>
      <w:r>
        <w:br/>
      </w:r>
      <w:r>
        <w:rPr>
          <w:sz w:val="20"/>
        </w:rPr>
        <w:t>20:43  answer dekhiye yeh masla lan artic hai nahi</w:t>
      </w:r>
      <w:r>
        <w:br/>
      </w:r>
      <w:r>
        <w:rPr>
          <w:sz w:val="20"/>
        </w:rPr>
        <w:t>20:49  admission ka hai nahi yeh masla yeh masla dawat o tabligh ka hai yani aap is ko ja</w:t>
      </w:r>
      <w:r>
        <w:br/>
      </w:r>
      <w:r>
        <w:rPr>
          <w:sz w:val="20"/>
        </w:rPr>
        <w:t>20:55  ke miliye is se baat kijiye agar us ne kitab likhi hai to aap bhi ek kitab likhiye</w:t>
      </w:r>
      <w:r>
        <w:br/>
      </w:r>
      <w:r>
        <w:rPr>
          <w:sz w:val="20"/>
        </w:rPr>
        <w:t>21:00  aap bhi kijiye</w:t>
      </w:r>
      <w:r>
        <w:br/>
      </w:r>
      <w:r>
        <w:rPr>
          <w:sz w:val="20"/>
        </w:rPr>
        <w:t>21:02  yeh lan artic masla hi nahi hai lan artic ka masla jab hoga jab ke wo koi social</w:t>
      </w:r>
      <w:r>
        <w:br/>
      </w:r>
      <w:r>
        <w:rPr>
          <w:sz w:val="20"/>
        </w:rPr>
        <w:t>21:07  crime kare kisi ko physical injury pahunchaye kisi ka maal chheen le kisi ka hath paon tode wo</w:t>
      </w:r>
      <w:r>
        <w:br/>
      </w:r>
      <w:r>
        <w:rPr>
          <w:sz w:val="20"/>
        </w:rPr>
        <w:t>21:15  sirf agar zaban se ek baat bolta hai</w:t>
      </w:r>
      <w:r>
        <w:br/>
      </w:r>
      <w:r>
        <w:rPr>
          <w:sz w:val="20"/>
        </w:rPr>
        <w:t>21:19  wo koi mazmoon chhapta hai to wo hargiz hargiz admission ka masla nahi hai wo wo masla hai</w:t>
      </w:r>
      <w:r>
        <w:br/>
      </w:r>
      <w:r>
        <w:rPr>
          <w:sz w:val="20"/>
        </w:rPr>
        <w:t>21:27  daii o molakh ka yani</w:t>
      </w:r>
      <w:r>
        <w:br/>
      </w:r>
      <w:r>
        <w:rPr>
          <w:sz w:val="20"/>
        </w:rPr>
        <w:t>21:28  daii o molakh is se mil kar ke is ke doubt clear karen</w:t>
      </w:r>
      <w:r>
        <w:br/>
      </w:r>
      <w:r>
        <w:rPr>
          <w:sz w:val="20"/>
        </w:rPr>
        <w:t>21:34  is par khud bhi mazmoon likhen kitab likhen yahi karen is ki misal yeh hai dekhiye</w:t>
      </w:r>
      <w:r>
        <w:br/>
      </w:r>
      <w:r>
        <w:rPr>
          <w:sz w:val="20"/>
        </w:rPr>
        <w:t>21:40  ke madine mein rasool Allah sallallahu alaihi wasallam ke zamane mein state qaim ho chuka tha</w:t>
      </w:r>
      <w:r>
        <w:br/>
      </w:r>
      <w:r>
        <w:rPr>
          <w:sz w:val="20"/>
        </w:rPr>
        <w:t>21:47  yani admission qaim ho chuka tha wahan par madine mein</w:t>
      </w:r>
      <w:r>
        <w:br/>
      </w:r>
      <w:r>
        <w:rPr>
          <w:sz w:val="20"/>
        </w:rPr>
        <w:t>21:51  to us zamane mein wahan par aisa tha ke kuch log</w:t>
      </w:r>
      <w:r>
        <w:br/>
      </w:r>
      <w:r>
        <w:rPr>
          <w:sz w:val="20"/>
        </w:rPr>
        <w:t>21:56  rasool Allah ke khilaf ya Islam ke khilaf bolte the</w:t>
      </w:r>
      <w:r>
        <w:br/>
      </w:r>
      <w:r>
        <w:rPr>
          <w:sz w:val="20"/>
        </w:rPr>
        <w:t>22:00  to ek sahabi the un ka naam tha hasan bin sabit woh shair the</w:t>
      </w:r>
      <w:r>
        <w:br/>
      </w:r>
      <w:r>
        <w:rPr>
          <w:sz w:val="20"/>
        </w:rPr>
        <w:t>22:07  is zamane mein dekhen jab printing press nahi tha to sher o shairi yeh</w:t>
      </w:r>
      <w:r>
        <w:br/>
      </w:r>
      <w:r>
        <w:rPr>
          <w:sz w:val="20"/>
        </w:rPr>
        <w:t>22:13  shairi jo thi woh aaj kal ke tareeqe se samjhen ke woh journalism thi is zamane ki sahafat</w:t>
      </w:r>
      <w:r>
        <w:br/>
      </w:r>
      <w:r>
        <w:rPr>
          <w:sz w:val="20"/>
        </w:rPr>
        <w:t>22:19  journalism kyunke chhap chhap kar ke phaila nahi sakte the aap kisi cheez ko kyunke naqab tanffus tha</w:t>
      </w:r>
      <w:r>
        <w:br/>
      </w:r>
      <w:r>
        <w:rPr>
          <w:sz w:val="20"/>
        </w:rPr>
        <w:t>22:26  to aap sher ke roop mein jab aap karte the to to bohat jald logon ko yaad hota</w:t>
      </w:r>
      <w:r>
        <w:br/>
      </w:r>
      <w:r>
        <w:rPr>
          <w:sz w:val="20"/>
        </w:rPr>
        <w:t>22:30  hota tha woh phailate the is ko</w:t>
      </w:r>
      <w:r>
        <w:br/>
      </w:r>
      <w:r>
        <w:rPr>
          <w:sz w:val="20"/>
        </w:rPr>
        <w:t>22:33  to aap ne</w:t>
      </w:r>
      <w:r>
        <w:br/>
      </w:r>
      <w:r>
        <w:rPr>
          <w:sz w:val="20"/>
        </w:rPr>
        <w:t>22:35  hasan bin sabit se kaha ke tum is ka jawab do yeh jo log Islam ke khilaf ya</w:t>
      </w:r>
      <w:r>
        <w:br/>
      </w:r>
      <w:r>
        <w:rPr>
          <w:sz w:val="20"/>
        </w:rPr>
        <w:t>22:43  Quran ke khilaf baaten karte hain to aata hai ek kitab um mein ke hasan bin sabit ke</w:t>
      </w:r>
      <w:r>
        <w:br/>
      </w:r>
      <w:r>
        <w:rPr>
          <w:sz w:val="20"/>
        </w:rPr>
        <w:t>22:48  liye mimbar rakha gaya masjid Nabwi mein yani Madine ki masjid Nabwi mein un ke liye mimbar rakha</w:t>
      </w:r>
      <w:r>
        <w:br/>
      </w:r>
      <w:r>
        <w:rPr>
          <w:sz w:val="20"/>
        </w:rPr>
        <w:t>22:55  gaya is par baithe aur baith kar unhon ne ash'ar kahe un</w:t>
      </w:r>
      <w:r>
        <w:br/>
      </w:r>
      <w:r>
        <w:rPr>
          <w:sz w:val="20"/>
        </w:rPr>
        <w:t>22:59  ke khilaf woh ash'ar jaise akhbar phailte hain use woh phailaya gaya woh yeh jawab to ek tareeqa</w:t>
      </w:r>
      <w:r>
        <w:br/>
      </w:r>
      <w:r>
        <w:rPr>
          <w:sz w:val="20"/>
        </w:rPr>
        <w:t>23:05  hai yeh to main saaf arz karta hoon ke agar koi rasool ke khilaf Khuda ke khilaf Quran</w:t>
      </w:r>
      <w:r>
        <w:br/>
      </w:r>
      <w:r>
        <w:rPr>
          <w:sz w:val="20"/>
        </w:rPr>
        <w:t>23:13  ke khilaf Islam ke khilaf bolta hai to woh hargiz hargiz intezamiya ka masla nahi hai woh law</w:t>
      </w:r>
      <w:r>
        <w:br/>
      </w:r>
      <w:r>
        <w:rPr>
          <w:sz w:val="20"/>
        </w:rPr>
        <w:t>23:20  order ka masla nahi hai woh police ka masla nahi hai woh masla hai</w:t>
      </w:r>
      <w:r>
        <w:br/>
      </w:r>
      <w:r>
        <w:rPr>
          <w:sz w:val="20"/>
        </w:rPr>
        <w:t>23:26  is baat ka ke aap is ko samjhaen is ke khilaf is ke is ke is par kitab</w:t>
      </w:r>
      <w:r>
        <w:br/>
      </w:r>
      <w:r>
        <w:rPr>
          <w:sz w:val="20"/>
        </w:rPr>
        <w:t>23:31  likhen is par mazmoon likhen is par yeh karen yani kitab ke jawab mein kitab qalam ke jawab</w:t>
      </w:r>
      <w:r>
        <w:br/>
      </w:r>
      <w:r>
        <w:rPr>
          <w:sz w:val="20"/>
        </w:rPr>
        <w:t>23:38  mein qalam taqreer ke jawab mein taqreer yeh hai Islam ka tareeqa</w:t>
      </w:r>
    </w:p>
    <w:p>
      <w:pPr>
        <w:pStyle w:val="Heading2"/>
      </w:pPr>
      <w:r>
        <w:t>Books for rational and historical presentation of Islam</w:t>
      </w:r>
    </w:p>
    <w:p>
      <w:r>
        <w:rPr>
          <w:color w:val="666666"/>
          <w:sz w:val="18"/>
        </w:rPr>
        <w:t>Society &amp; Dawah · Divine Help February 09, 2014 Maulana Wahiduddin Khan · 4m 29s · at 1:03:20 · https://youtu.be/eJBjiYGZcKY?t=3800</w:t>
      </w:r>
    </w:p>
    <w:p>
      <w:r>
        <w:rPr>
          <w:i/>
        </w:rPr>
        <w:t>“Which books should be used to present Islam in a rational and historical manner?”</w:t>
      </w:r>
    </w:p>
    <w:p>
      <w:r>
        <w:rPr>
          <w:sz w:val="20"/>
        </w:rPr>
        <w:t>1:03:20  Maulana agla sawal Hyderabad se hai.</w:t>
      </w:r>
      <w:r>
        <w:br/>
      </w:r>
      <w:r>
        <w:rPr>
          <w:sz w:val="20"/>
        </w:rPr>
        <w:t>1:03:25  Maulana Sanaullah Khan sahib ka.</w:t>
      </w:r>
      <w:r>
        <w:br/>
      </w:r>
      <w:r>
        <w:rPr>
          <w:sz w:val="20"/>
        </w:rPr>
        <w:t>1:03:30  Unhon ne likha hai: Islam ko rational aur historical andaaz mein pesh karne ke liye kin kitabon ka</w:t>
      </w:r>
      <w:r>
        <w:br/>
      </w:r>
      <w:r>
        <w:rPr>
          <w:sz w:val="20"/>
        </w:rPr>
        <w:t>1:03:34  mutala karna chahiye? Is ke bare mein bataein.</w:t>
      </w:r>
      <w:r>
        <w:br/>
      </w:r>
      <w:r>
        <w:rPr>
          <w:sz w:val="20"/>
        </w:rPr>
        <w:t>1:03:39  Dekhiye main kisi ek kitab ka hawala nahi de sakta.</w:t>
      </w:r>
      <w:r>
        <w:br/>
      </w:r>
      <w:r>
        <w:rPr>
          <w:sz w:val="20"/>
        </w:rPr>
        <w:t>1:03:43  Kitaben to bohat si parhni parti hain.</w:t>
      </w:r>
      <w:r>
        <w:br/>
      </w:r>
      <w:r>
        <w:rPr>
          <w:sz w:val="20"/>
        </w:rPr>
        <w:t>1:03:48  Sirf main yeh keh sakta hoon ke maine khud jo zindagi mein parha hai is pehlu se</w:t>
      </w:r>
      <w:r>
        <w:br/>
      </w:r>
      <w:r>
        <w:rPr>
          <w:sz w:val="20"/>
        </w:rPr>
        <w:t>1:03:52  to is ko main ne chand kitabon mein likha hai.</w:t>
      </w:r>
      <w:r>
        <w:br/>
      </w:r>
      <w:r>
        <w:rPr>
          <w:sz w:val="20"/>
        </w:rPr>
        <w:t>1:03:57  Is mein se taza kitab jo chhap rahi hai is ka naam hai Izhaar-e-Deen.</w:t>
      </w:r>
      <w:r>
        <w:br/>
      </w:r>
      <w:r>
        <w:rPr>
          <w:sz w:val="20"/>
        </w:rPr>
        <w:t>1:04:02  Izhaar-e-Deen ki jo kitab hai jo saat sau pages se zyada ki hai is ka mozu yahi hai.</w:t>
      </w:r>
      <w:r>
        <w:br/>
      </w:r>
      <w:r>
        <w:rPr>
          <w:sz w:val="20"/>
        </w:rPr>
        <w:t>1:04:06  Yaani Islam ko Islam ko yaani reason ki language mein, language of reason mein pesh karna.</w:t>
      </w:r>
      <w:r>
        <w:br/>
      </w:r>
      <w:r>
        <w:rPr>
          <w:sz w:val="20"/>
        </w:rPr>
        <w:t>1:04:11  To main ne jo mutala kiya hai is ka ek nateeja tehqeeq is mein aap dekh sakte hain.</w:t>
      </w:r>
      <w:r>
        <w:br/>
      </w:r>
      <w:r>
        <w:rPr>
          <w:sz w:val="20"/>
        </w:rPr>
        <w:t>1:04:15  Baqi mutale ke liye yaad rakhiye jo do shakalain hoti hain.</w:t>
      </w:r>
      <w:r>
        <w:br/>
      </w:r>
      <w:r>
        <w:rPr>
          <w:sz w:val="20"/>
        </w:rPr>
        <w:t>1:04:20  Ya to aap kisi par aitmad karein aur is ke zariye se aap jo kuch mil raha ho</w:t>
      </w:r>
      <w:r>
        <w:br/>
      </w:r>
      <w:r>
        <w:rPr>
          <w:sz w:val="20"/>
        </w:rPr>
        <w:t>1:04:24  wo wo le kar ke aur is se apna apne kaam ko aage barhaein.</w:t>
      </w:r>
      <w:r>
        <w:br/>
      </w:r>
      <w:r>
        <w:rPr>
          <w:sz w:val="20"/>
        </w:rPr>
        <w:t>1:04:29  Dosra yeh ke khud aadmi discover karna chahe.</w:t>
      </w:r>
      <w:r>
        <w:br/>
      </w:r>
      <w:r>
        <w:rPr>
          <w:sz w:val="20"/>
        </w:rPr>
        <w:t>1:04:33  To is ke liye to poora kutubkhana parhna parta hai.</w:t>
      </w:r>
      <w:r>
        <w:br/>
      </w:r>
      <w:r>
        <w:rPr>
          <w:sz w:val="20"/>
        </w:rPr>
        <w:t>1:04:38  Jis ke paas waqt ho wo poora kutubkhana parhe.</w:t>
      </w:r>
      <w:r>
        <w:br/>
      </w:r>
      <w:r>
        <w:rPr>
          <w:sz w:val="20"/>
        </w:rPr>
        <w:t>1:04:43  To waqt ka masla hai.</w:t>
      </w:r>
      <w:r>
        <w:br/>
      </w:r>
      <w:r>
        <w:rPr>
          <w:sz w:val="20"/>
        </w:rPr>
        <w:t>1:04:47  Kis ke paas waqt hai, kis ke paas waqt nahi hai.</w:t>
      </w:r>
      <w:r>
        <w:br/>
      </w:r>
      <w:r>
        <w:rPr>
          <w:sz w:val="20"/>
        </w:rPr>
        <w:t>1:04:52  Main to Allah ke fazl se koi kaam hi duniya mein nahi kiya.</w:t>
      </w:r>
      <w:r>
        <w:br/>
      </w:r>
      <w:r>
        <w:rPr>
          <w:sz w:val="20"/>
        </w:rPr>
        <w:t>1:04:56  Mujhe na station se bhi, na paise se, na building se, kisi cheez se nahi.</w:t>
      </w:r>
      <w:r>
        <w:br/>
      </w:r>
      <w:r>
        <w:rPr>
          <w:sz w:val="20"/>
        </w:rPr>
        <w:t>1:05:01  Na bheed se.</w:t>
      </w:r>
      <w:r>
        <w:br/>
      </w:r>
      <w:r>
        <w:rPr>
          <w:sz w:val="20"/>
        </w:rPr>
        <w:t>1:05:05  To sirf parha, parha, parha, parha.</w:t>
      </w:r>
      <w:r>
        <w:br/>
      </w:r>
      <w:r>
        <w:rPr>
          <w:sz w:val="20"/>
        </w:rPr>
        <w:t>1:05:10  To main samajhta hoon ke self discovery ki price yeh hai ke aadmi kisi aur cheez ka shauq</w:t>
      </w:r>
      <w:r>
        <w:br/>
      </w:r>
      <w:r>
        <w:rPr>
          <w:sz w:val="20"/>
        </w:rPr>
        <w:t>1:05:15  to mein samajhta hoon ke self discovery ki price yeh hai ke aadmi kisi aur cheez ka shauq</w:t>
      </w:r>
      <w:r>
        <w:br/>
      </w:r>
      <w:r>
        <w:rPr>
          <w:sz w:val="20"/>
        </w:rPr>
        <w:t>1:05:19  is ke andar na ho.</w:t>
      </w:r>
      <w:r>
        <w:br/>
      </w:r>
      <w:r>
        <w:rPr>
          <w:sz w:val="20"/>
        </w:rPr>
        <w:t>1:05:24  mere andar khane aur parhne ka bhi shauq nahi hai.</w:t>
      </w:r>
      <w:r>
        <w:br/>
      </w:r>
      <w:r>
        <w:rPr>
          <w:sz w:val="20"/>
        </w:rPr>
        <w:t>1:05:28  sab cheez mujhe lagti hai ek sa.</w:t>
      </w:r>
      <w:r>
        <w:br/>
      </w:r>
      <w:r>
        <w:rPr>
          <w:sz w:val="20"/>
        </w:rPr>
        <w:t>1:05:33  to dekhiye do aadmi ke samne choice hai.</w:t>
      </w:r>
      <w:r>
        <w:br/>
      </w:r>
      <w:r>
        <w:rPr>
          <w:sz w:val="20"/>
        </w:rPr>
        <w:t>1:05:37  ya to kisi par aitmad kar ke us ke zariye jo mil raha ho us par apna zehn banao.</w:t>
      </w:r>
      <w:r>
        <w:br/>
      </w:r>
      <w:r>
        <w:rPr>
          <w:sz w:val="20"/>
        </w:rPr>
        <w:t>1:05:42  aur agar woh self discovery chahta hai to phir us ko ek har shauq ko chhodna padega.</w:t>
      </w:r>
      <w:r>
        <w:br/>
      </w:r>
      <w:r>
        <w:rPr>
          <w:sz w:val="20"/>
        </w:rPr>
        <w:t>1:05:46  har habit ko chhodna padega.</w:t>
      </w:r>
      <w:r>
        <w:br/>
      </w:r>
      <w:r>
        <w:rPr>
          <w:sz w:val="20"/>
        </w:rPr>
        <w:t>1:05:51  apne ko dedicate karna padega.</w:t>
      </w:r>
      <w:r>
        <w:br/>
      </w:r>
      <w:r>
        <w:rPr>
          <w:sz w:val="20"/>
        </w:rPr>
        <w:t>1:05:56  mutale ke liye sab se pehle.</w:t>
      </w:r>
      <w:r>
        <w:br/>
      </w:r>
      <w:r>
        <w:rPr>
          <w:sz w:val="20"/>
        </w:rPr>
        <w:t>1:06:00  chaalis pachas saal tak us ko parhna padega.</w:t>
      </w:r>
      <w:r>
        <w:br/>
      </w:r>
      <w:r>
        <w:rPr>
          <w:sz w:val="20"/>
        </w:rPr>
        <w:t>1:06:05  jaise ek qissa maine parha.</w:t>
      </w:r>
      <w:r>
        <w:br/>
      </w:r>
      <w:r>
        <w:rPr>
          <w:sz w:val="20"/>
        </w:rPr>
        <w:t>1:06:09  Maulana ameen hasan islahi sahab se mile.</w:t>
      </w:r>
      <w:r>
        <w:br/>
      </w:r>
      <w:r>
        <w:rPr>
          <w:sz w:val="20"/>
        </w:rPr>
        <w:t>1:06:14  ek hain Maulana javed ghamdi.</w:t>
      </w:r>
      <w:r>
        <w:br/>
      </w:r>
      <w:r>
        <w:rPr>
          <w:sz w:val="20"/>
        </w:rPr>
        <w:t>1:06:18  aaj kal malaysia mein rehte hain woh.</w:t>
      </w:r>
      <w:r>
        <w:br/>
      </w:r>
      <w:r>
        <w:rPr>
          <w:sz w:val="20"/>
        </w:rPr>
        <w:t>1:06:23  un se unhon ne yeh sawal kiya.</w:t>
      </w:r>
      <w:r>
        <w:br/>
      </w:r>
      <w:r>
        <w:rPr>
          <w:sz w:val="20"/>
        </w:rPr>
        <w:t>1:06:28  unhon ne kaha ke chaalis saal parho.</w:t>
      </w:r>
      <w:r>
        <w:br/>
      </w:r>
      <w:r>
        <w:rPr>
          <w:sz w:val="20"/>
        </w:rPr>
        <w:t>1:06:32  sab kaam band kar ke.</w:t>
      </w:r>
      <w:r>
        <w:br/>
      </w:r>
      <w:r>
        <w:rPr>
          <w:sz w:val="20"/>
        </w:rPr>
        <w:t>1:06:37  chaalis saal tak koi kaam nahi.</w:t>
      </w:r>
      <w:r>
        <w:br/>
      </w:r>
      <w:r>
        <w:rPr>
          <w:sz w:val="20"/>
        </w:rPr>
        <w:t>1:06:41  parhte raho, parhte raho, parhte raho chaalis saal tak.</w:t>
      </w:r>
      <w:r>
        <w:br/>
      </w:r>
      <w:r>
        <w:rPr>
          <w:sz w:val="20"/>
        </w:rPr>
        <w:t>1:06:46  to tum pahunch jaoge.</w:t>
      </w:r>
      <w:r>
        <w:br/>
      </w:r>
      <w:r>
        <w:rPr>
          <w:sz w:val="20"/>
        </w:rPr>
        <w:t>1:06:50  to ya to aadmi khud chaalis saal tak parhe lekin har shauq ko chhodna padega us ko.</w:t>
      </w:r>
      <w:r>
        <w:br/>
      </w:r>
      <w:r>
        <w:rPr>
          <w:sz w:val="20"/>
        </w:rPr>
        <w:t>1:06:55  yeh nahi ke aap us doosre shauq mein jaari rahen.</w:t>
      </w:r>
      <w:r>
        <w:br/>
      </w:r>
      <w:r>
        <w:rPr>
          <w:sz w:val="20"/>
        </w:rPr>
        <w:t>1:07:00  aur yeh bhi jaari rahe to nahi ho sakta.</w:t>
      </w:r>
      <w:r>
        <w:br/>
      </w:r>
      <w:r>
        <w:rPr>
          <w:sz w:val="20"/>
        </w:rPr>
        <w:t>1:07:04  to ya to aap har shauq ko chhod kar ke sirf parhen, sirf parhen, sirf parhen.</w:t>
      </w:r>
      <w:r>
        <w:br/>
      </w:r>
      <w:r>
        <w:rPr>
          <w:sz w:val="20"/>
        </w:rPr>
        <w:t>1:07:09  agar aap ke paas waqt nahi hai to phir kisi par bharosa kijiye.</w:t>
      </w:r>
      <w:r>
        <w:br/>
      </w:r>
      <w:r>
        <w:rPr>
          <w:sz w:val="20"/>
        </w:rPr>
        <w:t>1:07:13  kisi par aitmad kijiye.</w:t>
      </w:r>
      <w:r>
        <w:br/>
      </w:r>
      <w:r>
        <w:rPr>
          <w:sz w:val="20"/>
        </w:rPr>
        <w:t>1:07:18  aur to koi shakal nahi hai mere khayal se.</w:t>
      </w:r>
      <w:r>
        <w:br/>
      </w:r>
      <w:r>
        <w:rPr>
          <w:sz w:val="20"/>
        </w:rPr>
        <w:t>1:07:22  jahan tak mera talluq hai maine allah ke fazl se yahi kiya. padha.</w:t>
      </w:r>
      <w:r>
        <w:br/>
      </w:r>
      <w:r>
        <w:rPr>
          <w:sz w:val="20"/>
        </w:rPr>
        <w:t>1:07:27  sari zindagi padhta raha, padhta raha, padhta.</w:t>
      </w:r>
      <w:r>
        <w:br/>
      </w:r>
      <w:r>
        <w:rPr>
          <w:sz w:val="20"/>
        </w:rPr>
        <w:t>1:07:31  to bohat si kitabein meri hain jo aap dekh sakte hain.</w:t>
      </w:r>
      <w:r>
        <w:br/>
      </w:r>
      <w:r>
        <w:rPr>
          <w:sz w:val="20"/>
        </w:rPr>
        <w:t>1:07:36  taza kitab jo chhap chhap rahi hai wahi hai izhar deen.</w:t>
      </w:r>
      <w:r>
        <w:br/>
      </w:r>
      <w:r>
        <w:rPr>
          <w:sz w:val="20"/>
        </w:rPr>
        <w:t>1:07:41  is ka khaas mozu yahi hai.</w:t>
      </w:r>
      <w:r>
        <w:br/>
      </w:r>
      <w:r>
        <w:rPr>
          <w:sz w:val="20"/>
        </w:rPr>
        <w:t>1:07:45  islam ko rational usool mein pesh karna.</w:t>
      </w:r>
    </w:p>
    <w:p>
      <w:pPr>
        <w:pStyle w:val="Heading2"/>
      </w:pPr>
      <w:r>
        <w:t>Bringing Back Ijtihad in Islam</w:t>
      </w:r>
    </w:p>
    <w:p>
      <w:r>
        <w:rPr>
          <w:color w:val="666666"/>
          <w:sz w:val="18"/>
        </w:rPr>
        <w:t>Society &amp; Dawah · The Importance of Ijtihad August 1, 2010 · 2m 36s · at 1:06:32 · https://youtu.be/3q98aQ-j2ks?t=3992</w:t>
      </w:r>
    </w:p>
    <w:p>
      <w:r>
        <w:rPr>
          <w:i/>
        </w:rPr>
        <w:t>“What can we do to bring back ijtihad in Islam?”</w:t>
      </w:r>
    </w:p>
    <w:p>
      <w:r>
        <w:rPr>
          <w:sz w:val="20"/>
        </w:rPr>
        <w:t>1:06:32  Maulana, agla sawal kya hai? Ms. Sati Mitra ne Delhi se, unhone poocha hai ke What can we do to bring back Ijtihad in Islam?</w:t>
      </w:r>
      <w:r>
        <w:br/>
      </w:r>
      <w:r>
        <w:rPr>
          <w:sz w:val="20"/>
        </w:rPr>
        <w:t>1:06:49  yeh to bahut hi mushkil kaam hai, kyunke sab se bada masla hai is ka is conditioning ko todna, is obsession ko khatam karna.</w:t>
      </w:r>
      <w:r>
        <w:br/>
      </w:r>
      <w:r>
        <w:rPr>
          <w:sz w:val="20"/>
        </w:rPr>
        <w:t>1:06:59  kyunke hazaar saala conditioning hai, yeh</w:t>
      </w:r>
      <w:r>
        <w:br/>
      </w:r>
      <w:r>
        <w:rPr>
          <w:sz w:val="20"/>
        </w:rPr>
        <w:t>1:07:05  hazaar saala conditioning hai. hazaar saal se yeh sikhaya gaya hai logon ko ke ijtihad-e-mutlaq ab mumkin nahi hai. ab to yeh ke sirf yaani muqayyad ijtihad jaiz hai.</w:t>
      </w:r>
      <w:r>
        <w:br/>
      </w:r>
      <w:r>
        <w:rPr>
          <w:sz w:val="20"/>
        </w:rPr>
        <w:t>1:07:19  to jo woh keh gaye hain, woh woh jo hamare fuqaha the, jo mujtahid-e-mutlaq ka darja un ko diya gaya hai, jin ko unhi ka koi juz'iya talash karo, koi unhi ki koi precedence, koi nazeer talash karo, aur phir us ko le kar hi koi baat kaho.</w:t>
      </w:r>
      <w:r>
        <w:br/>
      </w:r>
      <w:r>
        <w:rPr>
          <w:sz w:val="20"/>
        </w:rPr>
        <w:t>1:07:43  ab jaise ke yeh moza hai, yeh jo mill mein banta hai, to us ko aap jaiz kehne ke liye aap ko yeh kehna padega ke jo chamre ke moze bante the, chunke woh jaiz the, is liye yeh bhi jaiz hai.</w:t>
      </w:r>
      <w:r>
        <w:br/>
      </w:r>
      <w:r>
        <w:rPr>
          <w:sz w:val="20"/>
        </w:rPr>
        <w:t>1:07:56  matlab is ke hawale se is ke jawaz ko aap talash karenge, aur jahan koi hawala na ho to woh hai ijtihad-e-mutlaq. bila hawala sochna, yeh democracy pehle kabhi nahi thi, freedom of expression, freedom of expression kabhi pehle tha nahi,</w:t>
      </w:r>
      <w:r>
        <w:br/>
      </w:r>
      <w:r>
        <w:rPr>
          <w:sz w:val="20"/>
        </w:rPr>
        <w:t>1:08:14  secularism pehle kabhi tha nahi. ek cheez jo nayi thi, us ke bare mein ijtihad karne ke liye wahan se kahan se aap juz'iya kahan se layenge? phir precedence kahan se layenge?</w:t>
      </w:r>
      <w:r>
        <w:br/>
      </w:r>
      <w:r>
        <w:rPr>
          <w:sz w:val="20"/>
        </w:rPr>
        <w:t>1:08:25  is ke liye to ijtihad e mutlaq hi karna pare ga. to wo darwaza hi band hai. yeh to is ko torna pare ga, is conditioning ko, is option ko khatam karna pare ga.</w:t>
      </w:r>
      <w:r>
        <w:br/>
      </w:r>
      <w:r>
        <w:rPr>
          <w:sz w:val="20"/>
        </w:rPr>
        <w:t>1:08:34  aik liye aik lambi struggle chahiye is ke liye.</w:t>
      </w:r>
      <w:r>
        <w:br/>
      </w:r>
      <w:r>
        <w:rPr>
          <w:sz w:val="20"/>
        </w:rPr>
        <w:t>1:08:42  lambi struggle ke baad wo daur aye ga, jab ke yani general acceptance hasil ho is fikr ko hasil ho. kuch log abhi paida ho gaye, hum is pe koshish kar rahe hain 50, 60 saal isi ke liye.</w:t>
      </w:r>
      <w:r>
        <w:br/>
      </w:r>
      <w:r>
        <w:rPr>
          <w:sz w:val="20"/>
        </w:rPr>
        <w:t>1:08:53  to aik group paida hua hai, behrhal, lekin general acceptance lane ke liye abhi aur bohat mehnat karni hai, bohat mehnat karni hai, bohat mehnat karni hai. tab ja kar wo khoobsurat haal samne aye ga.</w:t>
      </w:r>
    </w:p>
    <w:p>
      <w:pPr>
        <w:pStyle w:val="Heading2"/>
      </w:pPr>
      <w:r>
        <w:t>Can Muslims not buy five acres for mosque?</w:t>
      </w:r>
    </w:p>
    <w:p>
      <w:r>
        <w:rPr>
          <w:color w:val="666666"/>
          <w:sz w:val="18"/>
        </w:rPr>
        <w:t>Society &amp; Dawah · The Age of Giving Global Thanks Dec 15. 2019—Maulana Wahiduddin Khan · 2m 56s · at 32:38 · https://youtu.be/254Pgn6Ldts?t=1958</w:t>
      </w:r>
    </w:p>
    <w:p>
      <w:r>
        <w:rPr>
          <w:i/>
        </w:rPr>
        <w:t>“Have Muslims become so degraded that they cannot buy five acres of land? The issue is not the piece of land; the issue is the mosque that Hindus demolished. What would you say about this?”</w:t>
      </w:r>
    </w:p>
    <w:p>
      <w:r>
        <w:rPr>
          <w:sz w:val="20"/>
        </w:rPr>
        <w:t>32:38  maulana, yeh sawal aah lahore se aya hai, syed numan safdar sahab ne bheja hai. unhon ne yeh likha hai ke kya muslims itne gaye guzre hain ke panch ekad zameen nahi khareed sakte?</w:t>
      </w:r>
      <w:r>
        <w:br/>
      </w:r>
      <w:r>
        <w:rPr>
          <w:sz w:val="20"/>
        </w:rPr>
        <w:t>32:52  masla zameen ke tukre ka nahi hai, masla masjid ka hai jis ko hinduon ne shaheed kiya. is ke bare mein aap kya kahenge?</w:t>
      </w:r>
      <w:r>
        <w:br/>
      </w:r>
      <w:r>
        <w:rPr>
          <w:sz w:val="20"/>
        </w:rPr>
        <w:t>33:03  yeh bohat ajeeb baat hai ke shukr ke mauqe par aap nashukr kalma bol rahe hain. yeh koi islam nahi hai.</w:t>
      </w:r>
      <w:r>
        <w:br/>
      </w:r>
      <w:r>
        <w:rPr>
          <w:sz w:val="20"/>
        </w:rPr>
        <w:t>33:14  aap shukr ki baatein kyun nahi bolte? nashukr ke pehlu agar hain, ultay taraf andaz kijiye. shukr ke pehlu ko highlight kijiye.</w:t>
      </w:r>
      <w:r>
        <w:br/>
      </w:r>
      <w:r>
        <w:rPr>
          <w:sz w:val="20"/>
        </w:rPr>
        <w:t>33:27  yeh sahi quran ki, sahi islam ki is mein nahi hai. aaj, aaj subah mein soch raha tha ke kya ho jaye ke quran ka pehla jo kalma hai,</w:t>
      </w:r>
      <w:r>
        <w:br/>
      </w:r>
      <w:r>
        <w:rPr>
          <w:sz w:val="20"/>
        </w:rPr>
        <w:t>33:41  alhamdulillah, pehla kalma behrhaal hamd ka matlab shukr hai.</w:t>
      </w:r>
      <w:r>
        <w:br/>
      </w:r>
      <w:r>
        <w:rPr>
          <w:sz w:val="20"/>
        </w:rPr>
        <w:t>33:53  shukr hai allah rabbul alameen ka. is matlab ke har cheez mein, har cheez mein, har cheez mein, uthne baithne mein, khane peene mein, har khabar mein aap shukr ka pul nikaliye aur allah rabbul alameen ko yaad kijiye.</w:t>
      </w:r>
      <w:r>
        <w:br/>
      </w:r>
      <w:r>
        <w:rPr>
          <w:sz w:val="20"/>
        </w:rPr>
        <w:t>34:11  yeh andaz mujhe islami andaz nahi nazar aata.</w:t>
      </w:r>
      <w:r>
        <w:br/>
      </w:r>
      <w:r>
        <w:rPr>
          <w:sz w:val="20"/>
        </w:rPr>
        <w:t>34:20  mile par shukr karna ka naam shukr hai, na mile hue par shukr karna yeh islam nahi hai. phir sun lijiye, mile hue par shukr wali training karna yeh islam hai.</w:t>
      </w:r>
      <w:r>
        <w:br/>
      </w:r>
      <w:r>
        <w:rPr>
          <w:sz w:val="20"/>
        </w:rPr>
        <w:t>34:36  na mile ko nikal kar, dhoond dhoond kar nikalein aap aur us par shukriya ka izhar karein, yeh islam nahi hai.</w:t>
      </w:r>
      <w:r>
        <w:br/>
      </w:r>
      <w:r>
        <w:rPr>
          <w:sz w:val="20"/>
        </w:rPr>
        <w:t>34:49  maulana, aik comment aya hai dilli se, maulana farhad umri ne bheja hai. unhon ne likha hai: "maulana, you are right when you said that the hadith of masjid is not only for the prophet, it is for all the muslims.</w:t>
      </w:r>
      <w:r>
        <w:br/>
      </w:r>
      <w:r>
        <w:rPr>
          <w:sz w:val="20"/>
        </w:rPr>
        <w:t>35:05  there is a hadith in which it clearly mentions the word 'my ummah'. the wording of the hadith is as follows: 'the whole earth has been made for me and for my ummah, a masjid and a means of purification.' this is being reported in musnad ahmad, hadith number aah 22137</w:t>
      </w:r>
      <w:r>
        <w:br/>
      </w:r>
      <w:r>
        <w:rPr>
          <w:sz w:val="20"/>
        </w:rPr>
        <w:t>35:27  . so, it is a blessing of god for all the muslims."</w:t>
      </w:r>
    </w:p>
    <w:p>
      <w:pPr>
        <w:pStyle w:val="Heading2"/>
      </w:pPr>
      <w:r>
        <w:t>Can divine gender roles change with time</w:t>
      </w:r>
    </w:p>
    <w:p>
      <w:r>
        <w:rPr>
          <w:color w:val="666666"/>
          <w:sz w:val="18"/>
        </w:rPr>
        <w:t>Society &amp; Dawah · Freedom of Thought in Islam 23 October, 2011 · 4m 17s · at 1:21:44 · https://youtu.be/aGbxRNNOKzo?t=4904</w:t>
      </w:r>
    </w:p>
    <w:p>
      <w:r>
        <w:rPr>
          <w:i/>
        </w:rPr>
        <w:t>“I have some issues with the divine ordaining of division of labor between men and women, as you have indicated. That is the man to work outside and woman to home. Is this divine ordaining subject to change with demands of changing life?”</w:t>
      </w:r>
    </w:p>
    <w:p>
      <w:r>
        <w:rPr>
          <w:sz w:val="20"/>
        </w:rPr>
        <w:t>1:21:44  Maulana, agla sawal aaya hai Mr. Kailash Nath ka, Kingston, USA se. unhon</w:t>
      </w:r>
      <w:r>
        <w:br/>
      </w:r>
      <w:r>
        <w:rPr>
          <w:sz w:val="20"/>
        </w:rPr>
        <w:t>1:21:50  ne likha hai: "Maulana, I have some issues with a divine ordaining of division of labor between men and women, as you have indicated.</w:t>
      </w:r>
      <w:r>
        <w:br/>
      </w:r>
      <w:r>
        <w:rPr>
          <w:sz w:val="20"/>
        </w:rPr>
        <w:t>1:22:00  date is the main to work outside and women to home. Is this divine ordering subject to change with the demands of changing life?</w:t>
      </w:r>
      <w:r>
        <w:br/>
      </w:r>
      <w:r>
        <w:rPr>
          <w:sz w:val="20"/>
        </w:rPr>
        <w:t>1:22:11  If women not only do so much outside these days, they even are recruited to the defense and assigned to frontline and field action, where they are vulnerable targets for abuse.</w:t>
      </w:r>
      <w:r>
        <w:br/>
      </w:r>
      <w:r>
        <w:rPr>
          <w:sz w:val="20"/>
        </w:rPr>
        <w:t>1:22:25  I realize the physical and psychological differences in the makeup and constitution between men and women,</w:t>
      </w:r>
      <w:r>
        <w:br/>
      </w:r>
      <w:r>
        <w:rPr>
          <w:sz w:val="20"/>
        </w:rPr>
        <w:t>1:22:32  but isnt it that men can do a lot to share and be a helping hand for women at home, and women can do the same with men out side?</w:t>
      </w:r>
      <w:r>
        <w:br/>
      </w:r>
      <w:r>
        <w:rPr>
          <w:sz w:val="20"/>
        </w:rPr>
        <w:t>1:22:43  wouldn't this divine order of division of labor you are talking about are so much at odds with the realities of the world we live in?</w:t>
      </w:r>
      <w:r>
        <w:br/>
      </w:r>
      <w:r>
        <w:rPr>
          <w:sz w:val="20"/>
        </w:rPr>
        <w:t>1:22:52  your comments in this regard will help, and may god give you, keep you going in continuing to guide and bless us towards our efforts to make good sense out of this complex world." dekhiye, main ne aisa yeh likha hai, aap is ko phir se parhiye meri tehreer ko ke aurat sirf ghar kaam kare aur bohat se bahir kaam kare, aisa main ne likha hai.</w:t>
      </w:r>
      <w:r>
        <w:br/>
      </w:r>
      <w:r>
        <w:rPr>
          <w:sz w:val="20"/>
        </w:rPr>
        <w:t>1:23:15  main ne kaha ke basically aisa hona chahiye, basically. wahan lafz parhiye aap</w:t>
      </w:r>
      <w:r>
        <w:br/>
      </w:r>
      <w:r>
        <w:rPr>
          <w:sz w:val="20"/>
        </w:rPr>
        <w:t>1:23:19  mera. hmm, aisa nahi likha, likha main ne kabhi bhi nahi likha hai. yani aik general division yeh hai, general, aam halat mein ke aisa aurat kare, aisa mard kare.</w:t>
      </w:r>
      <w:r>
        <w:br/>
      </w:r>
      <w:r>
        <w:rPr>
          <w:sz w:val="20"/>
        </w:rPr>
        <w:t>1:23:33  lekin agar aap zaroorat samajhte hain to mard bahir ja kar kaam kar sakti hai aur is mein koi islam mein koi harj nahi hai.</w:t>
      </w:r>
      <w:r>
        <w:br/>
      </w:r>
      <w:r>
        <w:rPr>
          <w:sz w:val="20"/>
        </w:rPr>
        <w:t>1:23:45  harj, asal cheez jo hai, dekhiye, yeh nahi ke aurat ghar mein confine rahe, yeh matlab nahi asal mein. asal cheez jo islam mein hai woh hai nudity, yani free society aur yeh sab jo hota hai,</w:t>
      </w:r>
      <w:r>
        <w:br/>
      </w:r>
      <w:r>
        <w:rPr>
          <w:sz w:val="20"/>
        </w:rPr>
        <w:t>1:23:59  yani mard o aurat bilkul machliyon ki tarah rehte hain, yeh sab galat hai islam mein. aisa nahi ke aurat bahir kaam nahi kar sakti.</w:t>
      </w:r>
      <w:r>
        <w:br/>
      </w:r>
      <w:r>
        <w:rPr>
          <w:sz w:val="20"/>
        </w:rPr>
        <w:t>1:24:09  aisa hargiz nahi hai. lekin aam halaat mein, main ne kaha hai ke aam halaat mein agar yeh arrangement hota hai ke aurat ghar ka sambhalti hai, mard bahir ka sambhalta hai to yeh aik natural division hoga.</w:t>
      </w:r>
      <w:r>
        <w:br/>
      </w:r>
      <w:r>
        <w:rPr>
          <w:sz w:val="20"/>
        </w:rPr>
        <w:t>1:24:25  aap Europe, America ka zikr farma rahe hain, main bar bar wahan gaya hoon. wahan par choonke is ko nahi mante log to is se bohat nuqsan hua hai.</w:t>
      </w:r>
      <w:r>
        <w:br/>
      </w:r>
      <w:r>
        <w:rPr>
          <w:sz w:val="20"/>
        </w:rPr>
        <w:t>1:24:34  wahan</w:t>
      </w:r>
      <w:r>
        <w:br/>
      </w:r>
      <w:r>
        <w:rPr>
          <w:sz w:val="20"/>
        </w:rPr>
        <w:t>1:24:35  jis ko kehte hain broken homes. broken homes ka jo masla paida hua hai woh har wahan ka super masla hai. broken homes, yani maan alag, bachay alag aur shohar alag.</w:t>
      </w:r>
      <w:r>
        <w:br/>
      </w:r>
      <w:r>
        <w:rPr>
          <w:sz w:val="20"/>
        </w:rPr>
        <w:t>1:24:49  to bachay bilkul, yani koi un ki training nahi hoti, bilkul animal ki tarah jeete hain woh. to broken homes ka jo jo phenomena wahan hai woh woh to super evil hai.</w:t>
      </w:r>
      <w:r>
        <w:br/>
      </w:r>
      <w:r>
        <w:rPr>
          <w:sz w:val="20"/>
        </w:rPr>
        <w:t>1:25:04  wahan ki society bilkul, yani tabaah ho gayi is ki bana par. to natural taqseem mein yeh hai, main ne kaha hai ke dono shobay hain, yani ghar sambhalna, bachon ko sambhalna aur bahir ka sambhalna bhi.</w:t>
      </w:r>
      <w:r>
        <w:br/>
      </w:r>
      <w:r>
        <w:rPr>
          <w:sz w:val="20"/>
        </w:rPr>
        <w:t>1:25:19  lekin yeh koi aisa nahi ke aise hi lazman har jagah hona chah</w:t>
      </w:r>
      <w:r>
        <w:br/>
      </w:r>
      <w:r>
        <w:rPr>
          <w:sz w:val="20"/>
        </w:rPr>
        <w:t>1:25:23  iye. main ne yeh bhi kaha hai, aap parhein is ko ke yeh jo generation ko jo tayyar karna hai ke through education, is ke liye best teacher auratain hoti hain.</w:t>
      </w:r>
      <w:r>
        <w:br/>
      </w:r>
      <w:r>
        <w:rPr>
          <w:sz w:val="20"/>
        </w:rPr>
        <w:t>1:25:38  yani education ka jo department hai woh auraton ko sambhalna chahiye kyunke auratain bohat acha teaching ka job kar sakti hain, yeh bhi main ne likha hai.</w:t>
      </w:r>
      <w:r>
        <w:br/>
      </w:r>
      <w:r>
        <w:rPr>
          <w:sz w:val="20"/>
        </w:rPr>
        <w:t>1:25:48  to aap phir se parhiye is ko, main ne is ko aisa nahi likha hai ke sirf yeh aur sirf woh.</w:t>
      </w:r>
    </w:p>
    <w:p>
      <w:pPr>
        <w:pStyle w:val="Heading2"/>
      </w:pPr>
      <w:r>
        <w:t>Can obsessed Muslims establish Khilafat in modern age?</w:t>
      </w:r>
    </w:p>
    <w:p>
      <w:r>
        <w:rPr>
          <w:color w:val="666666"/>
          <w:sz w:val="18"/>
        </w:rPr>
        <w:t>Society &amp; Dawah · The Problem of Intellectual Stagnation May 13, 2012 · 2m 36s · at 1:09:41 · https://youtu.be/Qi5BZlv-Vog?t=4181</w:t>
      </w:r>
    </w:p>
    <w:p>
      <w:r>
        <w:rPr>
          <w:i/>
        </w:rPr>
        <w:t>“Muslims are still in the obsession of establishing Khilafat. In an age of nationalism and spirit of freedom, is it possible for these obsessed Muslims to translate their dreams into reality?”</w:t>
      </w:r>
    </w:p>
    <w:p>
      <w:r>
        <w:rPr>
          <w:sz w:val="20"/>
        </w:rPr>
        <w:t>1:09:41  maulana, agla sawal dilli se hai mr khalid ansari sahab ka. unhon ne likha hai ke "muslims are still in the obsession of establishing khilafat."</w:t>
      </w:r>
      <w:r>
        <w:br/>
      </w:r>
      <w:r>
        <w:rPr>
          <w:sz w:val="20"/>
        </w:rPr>
        <w:t>1:09:53  Maulana, in an age of nationalism and spirit of freedom, is it possible for these obsessed Muslims to translate their dreams into reality?</w:t>
      </w:r>
      <w:r>
        <w:br/>
      </w:r>
      <w:r>
        <w:rPr>
          <w:sz w:val="20"/>
        </w:rPr>
        <w:t>1:10:04  bilkul hi impossible hai, aakhirat tak impossible hai. dekhen, masla yeh hai ke musalmanon ka mazhab jo hai, it is derived from history and not from the quran.</w:t>
      </w:r>
      <w:r>
        <w:br/>
      </w:r>
      <w:r>
        <w:rPr>
          <w:sz w:val="20"/>
        </w:rPr>
        <w:t>1:10:16  ab jo musalmanon ka mazhab hai, woh tareekh se liya hua hai.</w:t>
      </w:r>
      <w:r>
        <w:br/>
      </w:r>
      <w:r>
        <w:rPr>
          <w:sz w:val="20"/>
        </w:rPr>
        <w:t>1:10:21  ab musalmanon ke aur islam ke beech mein history hai. quran ka jo daur hai, quran hadith ka jo daur hai, us ke baad tareekh ka zamana aya.</w:t>
      </w:r>
      <w:r>
        <w:br/>
      </w:r>
      <w:r>
        <w:rPr>
          <w:sz w:val="20"/>
        </w:rPr>
        <w:t>1:10:32  to aaj ke musalmanon mein aur quran ke daur mein beech mein history haail hai. to woh history tak pahunch paate hain, us se aage unhein kuch pata nahin.</w:t>
      </w:r>
      <w:r>
        <w:br/>
      </w:r>
      <w:r>
        <w:rPr>
          <w:sz w:val="20"/>
        </w:rPr>
        <w:t>1:10:42  bade bade in ke jo log hain, bade bade top ke log bhi, woh bhi wohi islam jante hain jo history se unhon ne derive kiya hai.</w:t>
      </w:r>
      <w:r>
        <w:br/>
      </w:r>
      <w:r>
        <w:rPr>
          <w:sz w:val="20"/>
        </w:rPr>
        <w:t>1:10:51  yeh ab musalmanon ka problem hai. baqi yeh ke is zamane mein khilafat qaim karna, khilafat ka matlab hai ke muslim empire, yeh namumkin nahin, balke yeh to badness hai.</w:t>
      </w:r>
      <w:r>
        <w:br/>
      </w:r>
      <w:r>
        <w:rPr>
          <w:sz w:val="20"/>
        </w:rPr>
        <w:t>1:11:04  badness se kam nahin hai. yeh bilkul hi main hairaan hoon ke kaise aisi baatein log bolte hain aur aql se, aql se, reason se, soch se koi talluq nahin hai.</w:t>
      </w:r>
      <w:r>
        <w:br/>
      </w:r>
      <w:r>
        <w:rPr>
          <w:sz w:val="20"/>
        </w:rPr>
        <w:t>1:11:17  bilashuba, yeh badness hai, badness.</w:t>
      </w:r>
    </w:p>
    <w:p>
      <w:pPr>
        <w:pStyle w:val="Heading2"/>
      </w:pPr>
      <w:r>
        <w:t>Can the state have a religion?</w:t>
      </w:r>
    </w:p>
    <w:p>
      <w:r>
        <w:rPr>
          <w:color w:val="666666"/>
          <w:sz w:val="18"/>
        </w:rPr>
        <w:t>Society &amp; Dawah · Q&amp;A 13 Nov 2011 · 2m 33s · at 51:45 · https://youtu.be/oOZ9h37_pL8?t=3105</w:t>
      </w:r>
    </w:p>
    <w:p>
      <w:r>
        <w:rPr>
          <w:i/>
        </w:rPr>
        <w:t>“Can the state have a religion? Please comment.”</w:t>
      </w:r>
    </w:p>
    <w:p>
      <w:r>
        <w:rPr>
          <w:sz w:val="20"/>
        </w:rPr>
        <w:t>51:45  maulana agla sawal hai mister yusuf khan ka ghaziabad se. unhon ne likha hai ke can the state have a religion? please comment.</w:t>
      </w:r>
      <w:r>
        <w:br/>
      </w:r>
      <w:r>
        <w:rPr>
          <w:sz w:val="20"/>
        </w:rPr>
        <w:t>51:56  hmm can the state have a religion? is ke bare mein woh aap ka chahte hain comment</w:t>
      </w:r>
      <w:r>
        <w:br/>
      </w:r>
      <w:r>
        <w:rPr>
          <w:sz w:val="20"/>
        </w:rPr>
        <w:t>52:01  . state ka religion? ji. is zamane ka yeh ek bidat hai main samajhta hoon. state ka religion banna. yeh to is zamane ki bidat hai. jo do jagah sab se bari israel mein aur pakistan mein.</w:t>
      </w:r>
      <w:r>
        <w:br/>
      </w:r>
      <w:r>
        <w:rPr>
          <w:sz w:val="20"/>
        </w:rPr>
        <w:t>52:16  islam mein aisa koi nahi hai.</w:t>
      </w:r>
      <w:r>
        <w:br/>
      </w:r>
      <w:r>
        <w:rPr>
          <w:sz w:val="20"/>
        </w:rPr>
        <w:t>52:18  yeh islam ka tasawwur hi hai bidat hai bidat. to aur bhi baaz mulk hain is zamane mein jinhon ne yeh ailaan kiya ke hamara hamare state ka religion hai woh islam hai.</w:t>
      </w:r>
      <w:r>
        <w:br/>
      </w:r>
      <w:r>
        <w:rPr>
          <w:sz w:val="20"/>
        </w:rPr>
        <w:t>52:30  yeh in ka apna banaya hua hai. rasool allah sallallahu alaihi wasallam ne madine mein jab is jo state state banai thi to unhon ne apne ailaan nahi kiya ke hamare state ka religion mazhab islam hoga.</w:t>
      </w:r>
      <w:r>
        <w:br/>
      </w:r>
      <w:r>
        <w:rPr>
          <w:sz w:val="20"/>
        </w:rPr>
        <w:t>52:42  aap ne farmaya kama takoonoon kazalik yuwalla alaikum. jaise tum hoge wahi tumhari hukoomat hogi. matlab ek is jo samaj hai is samaj mein election hoga.</w:t>
      </w:r>
      <w:r>
        <w:br/>
      </w:r>
      <w:r>
        <w:rPr>
          <w:sz w:val="20"/>
        </w:rPr>
        <w:t>52:55  fair and free election. jaise logon ko bataya woh waise logon ko rule karenge wahi.</w:t>
      </w:r>
      <w:r>
        <w:br/>
      </w:r>
      <w:r>
        <w:rPr>
          <w:sz w:val="20"/>
        </w:rPr>
        <w:t>53:00  state ka koi aqeeda nahi hota. yeh is zamane ki bidat hai jo kuch mulkon ne nikali hai. state ka ek religion. state sirf administration ke liye hoti hai.</w:t>
      </w:r>
      <w:r>
        <w:br/>
      </w:r>
      <w:r>
        <w:rPr>
          <w:sz w:val="20"/>
        </w:rPr>
        <w:t>53:12  state sirf administration ke liye hoti hai yaad rakhiye aap. is state ka maqsad hai administration. intezam duniya. mazhab aap ka fard ka hota hai.</w:t>
      </w:r>
      <w:r>
        <w:br/>
      </w:r>
      <w:r>
        <w:rPr>
          <w:sz w:val="20"/>
        </w:rPr>
        <w:t>53:22  mazhab fard ka hota hai state ka fard state ka nahi hota. jaise pakistan mein jo so called islamist the unhon ne kaha ke state ne kalma padh liya.</w:t>
      </w:r>
      <w:r>
        <w:br/>
      </w:r>
      <w:r>
        <w:rPr>
          <w:sz w:val="20"/>
        </w:rPr>
        <w:t>53:32  yeh bilkul ridiculous baat hai ridiculous ke state ne kalma padh liya. wahan ek chala tha agar aap log jante hon tareekh wahan ki ek muhim chali thi.</w:t>
      </w:r>
      <w:r>
        <w:br/>
      </w:r>
      <w:r>
        <w:rPr>
          <w:sz w:val="20"/>
        </w:rPr>
        <w:t>53:43  woh is ka qaaida tha</w:t>
      </w:r>
      <w:r>
        <w:br/>
      </w:r>
      <w:r>
        <w:rPr>
          <w:sz w:val="20"/>
        </w:rPr>
        <w:t>53:46  objective resolution qarardad maqasid to pakistan ki assembly ne is ko manzoor kar liya tha. to wahan unhon ne kaha ke khushiyan manayein fateh ki ke state ne kalma padh liya.</w:t>
      </w:r>
      <w:r>
        <w:br/>
      </w:r>
      <w:r>
        <w:rPr>
          <w:sz w:val="20"/>
        </w:rPr>
        <w:t>53:58  yeh bilkul ridiculous baat hai. kalma ek fard padhta hai ek insaan padhta hai state nahi padhti.</w:t>
      </w:r>
      <w:r>
        <w:br/>
      </w:r>
      <w:r>
        <w:rPr>
          <w:sz w:val="20"/>
        </w:rPr>
        <w:t>54:05  state jo hai islam mein woh sirf administration hai bas is se zyada kuch nahi hai. baqi samaj mein aap kaam kijiye afraad ko badlie.</w:t>
      </w:r>
      <w:r>
        <w:br/>
      </w:r>
      <w:r>
        <w:rPr>
          <w:sz w:val="20"/>
        </w:rPr>
        <w:t>54:14  jaise afraad honge waise hi hukoomat banegi.</w:t>
      </w:r>
    </w:p>
    <w:p>
      <w:pPr>
        <w:pStyle w:val="Heading2"/>
      </w:pPr>
      <w:r>
        <w:t>Cause of intellectual dwarfism among Muslims</w:t>
      </w:r>
    </w:p>
    <w:p>
      <w:r>
        <w:rPr>
          <w:color w:val="666666"/>
          <w:sz w:val="18"/>
        </w:rPr>
        <w:t>Society &amp; Dawah · Divine Plan | March 12, 2017 · 2m 47s · at 53:25 · https://youtu.be/dqB4muqGG4I?t=3205</w:t>
      </w:r>
    </w:p>
    <w:p>
      <w:r>
        <w:rPr>
          <w:i/>
        </w:rPr>
        <w:t>“What is the cause of intellectual dwarfism that is prevalent among current age Muslims?”</w:t>
      </w:r>
    </w:p>
    <w:p>
      <w:r>
        <w:rPr>
          <w:sz w:val="20"/>
        </w:rPr>
        <w:t>53:25  paigham pohanchati hai logon ko aisi tamam jitni bhi cheezein hain nature ki woh sab yahi kar rahi hain sirf sunne ki zaroorat hai bas Maulana Delhi se sawal kiya hai Zubair Ahmed Shah sahib ne unhone aapse poocha hai ke what is the cause of intellectual dwarfism that is prevalent among current age Muslims is ki wajah hai ke log ek yeh baat logon ko concern nahi hai ke intellectual development kari</w:t>
      </w:r>
      <w:r>
        <w:br/>
      </w:r>
      <w:r>
        <w:rPr>
          <w:sz w:val="20"/>
        </w:rPr>
        <w:t>53:55  n to dawar ban rahay hain jab aap develop nahi karengay apni aqal ko to dawar ban</w:t>
      </w:r>
      <w:r>
        <w:br/>
      </w:r>
      <w:r>
        <w:rPr>
          <w:sz w:val="20"/>
        </w:rPr>
        <w:t>54:03  jayengay to yeh yeh yeh yeh concept hi nahi hai aap jaiye masjidon mein jaiye madarson</w:t>
      </w:r>
      <w:r>
        <w:br/>
      </w:r>
      <w:r>
        <w:rPr>
          <w:sz w:val="20"/>
        </w:rPr>
        <w:t>54:11  mein jaiye jalson mein jaiye kahin yeh baat kahi nahi jati musalmanon ke madarse musalmanon ki masjidain musalmanon</w:t>
      </w:r>
      <w:r>
        <w:br/>
      </w:r>
      <w:r>
        <w:rPr>
          <w:sz w:val="20"/>
        </w:rPr>
        <w:t>54:19  ke jalsay yeh baat kahin kahi nahi ja rahi ke apnay ko develop karo</w:t>
      </w:r>
      <w:r>
        <w:br/>
      </w:r>
      <w:r>
        <w:rPr>
          <w:sz w:val="20"/>
        </w:rPr>
        <w:t>54:27  personally development intellectual development spiritual development yeh baat kahin kahi nahi ja rahi to logon ko is ka</w:t>
      </w:r>
      <w:r>
        <w:br/>
      </w:r>
      <w:r>
        <w:rPr>
          <w:sz w:val="20"/>
        </w:rPr>
        <w:t>54:34  shauq bhi nahi to to dawars to banengay ji Maulana kuch comments parhna chahengay jo abhi</w:t>
      </w:r>
      <w:r>
        <w:br/>
      </w:r>
      <w:r>
        <w:rPr>
          <w:sz w:val="20"/>
        </w:rPr>
        <w:t>54:42  abhi aaye hain pehla comment aaya hai miss karotlin kaash srinagar se unhon ne likha hai in</w:t>
      </w:r>
      <w:r>
        <w:br/>
      </w:r>
      <w:r>
        <w:rPr>
          <w:sz w:val="20"/>
        </w:rPr>
        <w:t>54:50  today's lecture you have deliberated on a number of vital issues</w:t>
      </w:r>
      <w:r>
        <w:br/>
      </w:r>
      <w:r>
        <w:rPr>
          <w:sz w:val="20"/>
        </w:rPr>
        <w:t>54:58  the most important ones are unawareness of muslims about the creation plan of the creator and another that</w:t>
      </w:r>
      <w:r>
        <w:br/>
      </w:r>
      <w:r>
        <w:rPr>
          <w:sz w:val="20"/>
        </w:rPr>
        <w:t>55:05  of revering quran in letter not in spirit your assertion that it's obligatory for muslims to distribute quran</w:t>
      </w:r>
      <w:r>
        <w:br/>
      </w:r>
      <w:r>
        <w:rPr>
          <w:sz w:val="20"/>
        </w:rPr>
        <w:t>55:13  in all languages wherever and whenever they can is a message muslims can't afford to ignore the fact</w:t>
      </w:r>
      <w:r>
        <w:br/>
      </w:r>
      <w:r>
        <w:rPr>
          <w:sz w:val="20"/>
        </w:rPr>
        <w:t>55:20  that there is a sea of facilities that makes our j</w:t>
      </w:r>
      <w:r>
        <w:br/>
      </w:r>
      <w:r>
        <w:rPr>
          <w:sz w:val="20"/>
        </w:rPr>
        <w:t>55:28  ob very easy is beyond doubt i think you to be the only scholar who make make us</w:t>
      </w:r>
      <w:r>
        <w:br/>
      </w:r>
      <w:r>
        <w:rPr>
          <w:sz w:val="20"/>
        </w:rPr>
        <w:t>55:35  aware of our duties and we have to be extremely grateful to you for this we will be</w:t>
      </w:r>
      <w:r>
        <w:br/>
      </w:r>
      <w:r>
        <w:rPr>
          <w:sz w:val="20"/>
        </w:rPr>
        <w:t>55:43  doing a great disservice to the mission of dawah if we fail to follow the message thank you</w:t>
      </w:r>
      <w:r>
        <w:br/>
      </w:r>
      <w:r>
        <w:rPr>
          <w:sz w:val="20"/>
        </w:rPr>
        <w:t>55:50  very much for such an enlightening lecture musa musallama siddiqui ne dili se likha hai</w:t>
      </w:r>
      <w:r>
        <w:br/>
      </w:r>
      <w:r>
        <w:rPr>
          <w:sz w:val="20"/>
        </w:rPr>
        <w:t>55:58  aaj realize hua ke allah ne itne mauqe khol diye hain aur use bhi hum istemal na karein</w:t>
      </w:r>
      <w:r>
        <w:br/>
      </w:r>
      <w:r>
        <w:rPr>
          <w:sz w:val="20"/>
        </w:rPr>
        <w:t>56:06  to allah ki kitni badi rehmat se mehroom reh sakte hain riyaz bhatt sahib ne maulana apna comment</w:t>
      </w:r>
    </w:p>
    <w:p>
      <w:pPr>
        <w:pStyle w:val="Heading2"/>
      </w:pPr>
      <w:r>
        <w:t>Christians' missionary vs Muslims' dawah</w:t>
      </w:r>
    </w:p>
    <w:p>
      <w:r>
        <w:rPr>
          <w:color w:val="666666"/>
          <w:sz w:val="18"/>
        </w:rPr>
        <w:t>Society &amp; Dawah · Eid-al-Azha I October 13, 2013 · 3m 12s · at 50:42 · https://youtu.be/oy7zn-uODcU?t=3042</w:t>
      </w:r>
    </w:p>
    <w:p>
      <w:r>
        <w:rPr>
          <w:i/>
        </w:rPr>
        <w:t>“Why is it that only Christians were able to organize missionary activities on a large scale? Muslims have failed to engage in dawah work in an organized manner in the past as well.”</w:t>
      </w:r>
    </w:p>
    <w:p>
      <w:r>
        <w:rPr>
          <w:sz w:val="20"/>
        </w:rPr>
        <w:t>50:42  sawal karna chahiye mission se related sawal maulana agla sawal dilli se hai doctor farida khanoom ka unhon</w:t>
      </w:r>
      <w:r>
        <w:br/>
      </w:r>
      <w:r>
        <w:rPr>
          <w:sz w:val="20"/>
        </w:rPr>
        <w:t>50:50  نے لکھا ہے, "Why is it that only Christians were able to organize missionary activities on a large</w:t>
      </w:r>
      <w:r>
        <w:br/>
      </w:r>
      <w:r>
        <w:rPr>
          <w:sz w:val="20"/>
        </w:rPr>
        <w:t>50:58  scale muslims have failed to engage in da'wah work in an organized manner in the past as well</w:t>
      </w:r>
      <w:r>
        <w:br/>
      </w:r>
      <w:r>
        <w:rPr>
          <w:sz w:val="20"/>
        </w:rPr>
        <w:t>51:06  as in the present what is your comment on this mein ne is pe bohat socha hai mujhe</w:t>
      </w:r>
      <w:r>
        <w:br/>
      </w:r>
      <w:r>
        <w:rPr>
          <w:sz w:val="20"/>
        </w:rPr>
        <w:t>51:13  samajh mein aata hai ke ke musalmanon ke jo paighambar the woh jab dunya se gaye to woh</w:t>
      </w:r>
      <w:r>
        <w:br/>
      </w:r>
      <w:r>
        <w:rPr>
          <w:sz w:val="20"/>
        </w:rPr>
        <w:t>51:21  ek hukoomat qaim ho chuki thi phir woh hukoomat empire ban gayi yani jis ko musalmanon ne phir</w:t>
      </w:r>
      <w:r>
        <w:br/>
      </w:r>
      <w:r>
        <w:rPr>
          <w:sz w:val="20"/>
        </w:rPr>
        <w:t>51:29  islami hukoomat ka naam diya islami hukoomat ka lafz rasoolullah ne nahi diya tha sahaba ne nahi</w:t>
      </w:r>
      <w:r>
        <w:br/>
      </w:r>
      <w:r>
        <w:rPr>
          <w:sz w:val="20"/>
        </w:rPr>
        <w:t>51:36  diya tha islami hukoomat lekin haqeeqatan woh muslim hukoomat thi lekin is ko islami hukoomat ka naam diya</w:t>
      </w:r>
      <w:r>
        <w:br/>
      </w:r>
      <w:r>
        <w:rPr>
          <w:sz w:val="20"/>
        </w:rPr>
        <w:t>51:44  unhon ne to ek lambi muddat tak muslim nuqta nazar se islam ka empire qaim raha acha christianity</w:t>
      </w:r>
      <w:r>
        <w:br/>
      </w:r>
      <w:r>
        <w:rPr>
          <w:sz w:val="20"/>
        </w:rPr>
        <w:t>51:52  mein aisa nahi hua hazrat masih chale gaye dunya se to chand aadmiyon ke saathi chhod kar gaye</w:t>
      </w:r>
      <w:r>
        <w:br/>
      </w:r>
      <w:r>
        <w:rPr>
          <w:sz w:val="20"/>
        </w:rPr>
        <w:t>52:00  koi hukoomat nahi thi baad ko abhi koi hukoomat nahi bani to christian ko yeh mauqa nahi mila</w:t>
      </w:r>
      <w:r>
        <w:br/>
      </w:r>
      <w:r>
        <w:rPr>
          <w:sz w:val="20"/>
        </w:rPr>
        <w:t>52:07  ke woh kisi empire ko christian empire kahein musalmanon ko mauqa mila ke woh kisi hukoomat ko islami</w:t>
      </w:r>
      <w:r>
        <w:br/>
      </w:r>
      <w:r>
        <w:rPr>
          <w:sz w:val="20"/>
        </w:rPr>
        <w:t>52:15  empire kahein agarche islami empire ka lafz rasoolullah ne nahi diya tha lekin musalmanon ne de diya</w:t>
      </w:r>
      <w:r>
        <w:br/>
      </w:r>
      <w:r>
        <w:rPr>
          <w:sz w:val="20"/>
        </w:rPr>
        <w:t>52:23  aur yeh hazaar saal tak yeh chalta raha aur aaj bhi hamari literature mein bhara hua hai yeh</w:t>
      </w:r>
      <w:r>
        <w:br/>
      </w:r>
      <w:r>
        <w:rPr>
          <w:sz w:val="20"/>
        </w:rPr>
        <w:t>52:30  to christians ki tareekh mein yeh lafz hadaf hai christian empire christian empire aur musalmanon ki tareekh mein</w:t>
      </w:r>
      <w:r>
        <w:br/>
      </w:r>
      <w:r>
        <w:rPr>
          <w:sz w:val="20"/>
        </w:rPr>
        <w:t>52:38  to yahi lafz sab se bada lafz hai islami empire islami empire is se dono ka alag alag</w:t>
      </w:r>
      <w:r>
        <w:br/>
      </w:r>
      <w:r>
        <w:rPr>
          <w:sz w:val="20"/>
        </w:rPr>
        <w:t>52:46  mind mind set bana hai christian ka mind set jo bana hai woh peace par base karta hai</w:t>
      </w:r>
      <w:r>
        <w:br/>
      </w:r>
      <w:r>
        <w:rPr>
          <w:sz w:val="20"/>
        </w:rPr>
        <w:t>52:54  aur musalmanon ka jo mind set bana hai woh politics par base karta hai aur saari ghalati hai</w:t>
      </w:r>
      <w:r>
        <w:br/>
      </w:r>
      <w:r>
        <w:rPr>
          <w:sz w:val="20"/>
        </w:rPr>
        <w:t>53:01  literature ki yeh saari ghalati literature ki hai mein mere nazdeek ki jitni hukoomatein thi musalmanon ki woh</w:t>
      </w:r>
      <w:r>
        <w:br/>
      </w:r>
      <w:r>
        <w:rPr>
          <w:sz w:val="20"/>
        </w:rPr>
        <w:t>53:09  to dynasty thi dynasty lekin aap tareekh parhiye musalmanon ki kisi bhi is mein yeh parhenge ke</w:t>
      </w:r>
      <w:r>
        <w:br/>
      </w:r>
      <w:r>
        <w:rPr>
          <w:sz w:val="20"/>
        </w:rPr>
        <w:t>53:17  yeh dynasty thi is ko islami hukoomat kahenge to haqeeqatan woh yani banu ummayah ke zamanay se</w:t>
      </w:r>
      <w:r>
        <w:br/>
      </w:r>
      <w:r>
        <w:rPr>
          <w:sz w:val="20"/>
        </w:rPr>
        <w:t>53:24  mughal hukoomat tak aur turkish yani khilafat tak sab dynasty thi khandani hukoomat lekin is ko naam dete</w:t>
      </w:r>
      <w:r>
        <w:br/>
      </w:r>
      <w:r>
        <w:rPr>
          <w:sz w:val="20"/>
        </w:rPr>
        <w:t>53:32  rahe kya islami hukoomat to christian christians ki history mein christian empire ka word hi maujood nahi hai</w:t>
      </w:r>
      <w:r>
        <w:br/>
      </w:r>
      <w:r>
        <w:rPr>
          <w:sz w:val="20"/>
        </w:rPr>
        <w:t>53:40  unki dictionary mein maujood nahi hai christian empire ka lafz jabke musalmanon ki dictionary mein bhara hua</w:t>
      </w:r>
      <w:r>
        <w:br/>
      </w:r>
      <w:r>
        <w:rPr>
          <w:sz w:val="20"/>
        </w:rPr>
        <w:t>53:48  hai islami empire is se mindset alag alag bana ab is ko hum correction karna chahte hain</w:t>
      </w:r>
    </w:p>
    <w:p>
      <w:pPr>
        <w:pStyle w:val="Heading2"/>
      </w:pPr>
      <w:r>
        <w:t>Clarification on power as goal or need</w:t>
      </w:r>
    </w:p>
    <w:p>
      <w:r>
        <w:rPr>
          <w:color w:val="666666"/>
          <w:sz w:val="18"/>
        </w:rPr>
        <w:t>Society &amp; Dawah · Revival of Islam March 23, 2014 · 2m 19s · at 1:13:19 · https://youtu.be/Wc4Vsc4u1JI?t=4399</w:t>
      </w:r>
    </w:p>
    <w:p>
      <w:r>
        <w:rPr>
          <w:i/>
        </w:rPr>
        <w:t>“A person said that power is not our goal, it is a need. Please clarify the confusion in this. The confusion is that it is in the Quran and Hadith. If you speak from your mind, it becomes a forbidden act. For example, if you say that prayer is for exercise of the body, then what?”</w:t>
      </w:r>
    </w:p>
    <w:p>
      <w:r>
        <w:rPr>
          <w:sz w:val="20"/>
        </w:rPr>
        <w:t>1:13:19  maulana, ye sawal aaya hai muhammad ilyas sahab ka chennai se. unhone likha hai: "Maulana, ek sahab ne kaha ke iqtadar hamara maqsad nahi, zarurat hai." Maulana, is mein jo mughalta hai, us ko wazeh karein.</w:t>
      </w:r>
      <w:r>
        <w:br/>
      </w:r>
      <w:r>
        <w:rPr>
          <w:sz w:val="20"/>
        </w:rPr>
        <w:t>1:13:36  mughalta ye hai ke quran mein hai na, hadith mein hai. yahi mughalta hai.</w:t>
      </w:r>
      <w:r>
        <w:br/>
      </w:r>
      <w:r>
        <w:rPr>
          <w:sz w:val="20"/>
        </w:rPr>
        <w:t>1:13:43  ye to mughalta hai. saaf hai. aap apne dimagh se bolein to ye to ek feal haram hua. aap kahein ke namaz is liye hai ke is mein body ko exercise milti hai, to batao.</w:t>
      </w:r>
      <w:r>
        <w:br/>
      </w:r>
      <w:r>
        <w:rPr>
          <w:sz w:val="20"/>
        </w:rPr>
        <w:t>1:13:58  namaz is liye hoti hai ke is se sehat banti hai, to quran mein kahan likha hua hai? kahan likha hua hai quran? batao. to kahan likha hua hai ke hukumat tumhari zarurat hai, hukumat qaim karo?</w:t>
      </w:r>
      <w:r>
        <w:br/>
      </w:r>
      <w:r>
        <w:rPr>
          <w:sz w:val="20"/>
        </w:rPr>
        <w:t>1:14:10  kahan likha hua hai?</w:t>
      </w:r>
      <w:r>
        <w:br/>
      </w:r>
      <w:r>
        <w:rPr>
          <w:sz w:val="20"/>
        </w:rPr>
        <w:t>1:14:12  yeh to gunah se bari cheez hai yeh ke aap aisi baat kahein jo quran mein nahi hai. yeh gunah se, yeh crime hai, crime. koi aisi ayat nahi hai quran majeed mein jo yeh kehti ho ke aye musalmano,</w:t>
      </w:r>
      <w:r>
        <w:br/>
      </w:r>
      <w:r>
        <w:rPr>
          <w:sz w:val="20"/>
        </w:rPr>
        <w:t>1:14:27  hukumat tumhari zaroorat hai, is liye hukumat qaim karo. jo log hukumat muqabil hain, un ko larr kar ke khatam hatao, un ko. aur tum apni hukumat qaim karo.</w:t>
      </w:r>
      <w:r>
        <w:br/>
      </w:r>
      <w:r>
        <w:rPr>
          <w:sz w:val="20"/>
        </w:rPr>
        <w:t>1:14:36  kahan likha hua hai?</w:t>
      </w:r>
      <w:r>
        <w:br/>
      </w:r>
      <w:r>
        <w:rPr>
          <w:sz w:val="20"/>
        </w:rPr>
        <w:t>1:14:38  jo log aap se kehte hain ke woh to allah taala ke haan un ki flagging hogi. ke tum ne woh kaam baat kaise kahi jo quran mein likhi hui nahi thi? apne dimagh se.</w:t>
      </w:r>
    </w:p>
    <w:p>
      <w:pPr>
        <w:pStyle w:val="Heading2"/>
      </w:pPr>
      <w:r>
        <w:t>Clarity on idol-breaking and Babri Masjid</w:t>
      </w:r>
    </w:p>
    <w:p>
      <w:r>
        <w:rPr>
          <w:color w:val="666666"/>
          <w:sz w:val="18"/>
        </w:rPr>
        <w:t>Society &amp; Dawah · Understanding the Quran April 7, 2019 · 2m 49s · at 51:57 · https://youtu.be/m_Om5MtQJz4?t=3117</w:t>
      </w:r>
    </w:p>
    <w:p>
      <w:r>
        <w:rPr>
          <w:i/>
        </w:rPr>
        <w:t>“The Prophet broke all idols, while Mahmud Ghazni broke idols for wealth. How can this be used to justify the Babri Masjid demolition, given that Mughal rulers granted lands for temples? Please provide clarity.”</w:t>
      </w:r>
    </w:p>
    <w:p>
      <w:r>
        <w:rPr>
          <w:sz w:val="20"/>
        </w:rPr>
        <w:t>51:57  molana, agla sawal lete hain. yeh Mumbai se bheja hai Razzaq Memon sahib ne. unhon ne likha hai: "Nabi sallallahu alaihi wasallam ne tamam buton ko tod diya tha.</w:t>
      </w:r>
      <w:r>
        <w:br/>
      </w:r>
      <w:r>
        <w:rPr>
          <w:sz w:val="20"/>
        </w:rPr>
        <w:t>52:11  Mahmood Ghaznavi ne daulat hasil karne ke liye but tode honge. is ko Babri Masjid girane ki wajah nahin bataya ja sakta.</w:t>
      </w:r>
      <w:r>
        <w:br/>
      </w:r>
      <w:r>
        <w:rPr>
          <w:sz w:val="20"/>
        </w:rPr>
        <w:t>52:20  Mughal hukmaran ne mandir ke liye jaageerein ataa ki theen. molana, is pe clarity dein." theek kaha aap ne.</w:t>
      </w:r>
      <w:r>
        <w:br/>
      </w:r>
      <w:r>
        <w:rPr>
          <w:sz w:val="20"/>
        </w:rPr>
        <w:t>52:29  is mein clarity to hai hi. aap hi ke batane mein phir clear ho jata hai.</w:t>
      </w:r>
      <w:r>
        <w:br/>
      </w:r>
      <w:r>
        <w:rPr>
          <w:sz w:val="20"/>
        </w:rPr>
        <w:t>52:37  sahi kaha aap ne.</w:t>
      </w:r>
      <w:r>
        <w:br/>
      </w:r>
      <w:r>
        <w:rPr>
          <w:sz w:val="20"/>
        </w:rPr>
        <w:t>52:44  Professor Najma Siddiqui ne dilli se comment bheja hai. unhon ne likha hai: "Molana, today you have given an important meaning to disjointed letters of the Quran and helped us to learn to apply Quran in new situations and make it a living Quran.</w:t>
      </w:r>
      <w:r>
        <w:br/>
      </w:r>
      <w:r>
        <w:rPr>
          <w:sz w:val="20"/>
        </w:rPr>
        <w:t>53:02  Jazak Allah." Mashallah. Faraz Khan sahib ne dilli se likha hai: "Molana, today I learned that theright due of Quran is not to cram it, but to extract the wisdom out of</w:t>
      </w:r>
      <w:r>
        <w:br/>
      </w:r>
      <w:r>
        <w:rPr>
          <w:sz w:val="20"/>
        </w:rPr>
        <w:t>53:15  it. To read it through an ijtihadi angle. The disjointed words of Quran represent this revolutionary spirit of Quran.</w:t>
      </w:r>
      <w:r>
        <w:br/>
      </w:r>
      <w:r>
        <w:rPr>
          <w:sz w:val="20"/>
        </w:rPr>
        <w:t>53:26  We have to reapply, reinterpret Quran.</w:t>
      </w:r>
      <w:r>
        <w:br/>
      </w:r>
      <w:r>
        <w:rPr>
          <w:sz w:val="20"/>
        </w:rPr>
        <w:t>53:30  Prophet Muhammad's method of using idols in Kaaba as assets as compared to Prophet Ibrahim, who destroyed them, is a direct example of reinterpretation of God's message."</w:t>
      </w:r>
      <w:r>
        <w:br/>
      </w:r>
      <w:r>
        <w:rPr>
          <w:sz w:val="20"/>
        </w:rPr>
        <w:t>53:46  Sehi hai. Okay, so we will end this session now. Thank you.</w:t>
      </w:r>
    </w:p>
    <w:p>
      <w:pPr>
        <w:pStyle w:val="Heading2"/>
      </w:pPr>
      <w:r>
        <w:t>Committee savings for da'ee</w:t>
      </w:r>
    </w:p>
    <w:p>
      <w:r>
        <w:rPr>
          <w:color w:val="666666"/>
          <w:sz w:val="18"/>
        </w:rPr>
        <w:t>Society &amp; Dawah · God and Man February 19, 2012 · 2m 27s · at 1:06:57 · https://youtu.be/rL4g0LOU3wo?t=4017</w:t>
      </w:r>
    </w:p>
    <w:p>
      <w:r>
        <w:rPr>
          <w:i/>
        </w:rPr>
        <w:t>“Parents, considering the future needs of their children, take out some money each month and put it into a committee. Can a da'ee (caller to Islam) do such a practice?”</w:t>
      </w:r>
    </w:p>
    <w:p>
      <w:r>
        <w:rPr>
          <w:sz w:val="20"/>
        </w:rPr>
        <w:t>1:06:57  Isi yaqeen ke sath hamein dawat ka kaam karna hai. Maulana, agla sawal aaya hai Karachi Pakistan se Mr Abdul Latif ka.</w:t>
      </w:r>
      <w:r>
        <w:br/>
      </w:r>
      <w:r>
        <w:rPr>
          <w:sz w:val="20"/>
        </w:rPr>
        <w:t>1:07:06  Unhon ne poocha hai: "Waldein apne bachchon ke mustaqbil ki zaroorat ko maddenazar rakhte hue apni raqam mein se kuch raqam har mahine nikal kar committee daalte hain.</w:t>
      </w:r>
      <w:r>
        <w:br/>
      </w:r>
      <w:r>
        <w:rPr>
          <w:sz w:val="20"/>
        </w:rPr>
        <w:t>1:07:21  Kya is tarah ka amal ek daai kar sakta hai?"</w:t>
      </w:r>
      <w:r>
        <w:br/>
      </w:r>
      <w:r>
        <w:rPr>
          <w:sz w:val="20"/>
        </w:rPr>
        <w:t>1:07:28  Dekhiye, jo maa baap hain, aam taur par maine dekha hai ke un ke dunya ke mustaqbil ke liye to bohat woh sochte hain.</w:t>
      </w:r>
      <w:r>
        <w:br/>
      </w:r>
      <w:r>
        <w:rPr>
          <w:sz w:val="20"/>
        </w:rPr>
        <w:t>1:07:39  Asal mein sirf to aakhirat ka mustaqbil hai. Is ke liye sochna chahiye. Bohat ajeeb baat hai ke Quran majeed mein hai do aayatein, main aap ke samne pesh karta hoon.</w:t>
      </w:r>
      <w:r>
        <w:br/>
      </w:r>
      <w:r>
        <w:rPr>
          <w:sz w:val="20"/>
        </w:rPr>
        <w:t>1:07:53  Wa ma min da'watin fil ardi illa ala Allahi rizquha yeh dunya ke bare mein hai ke is dunya mein har aadmi ka rizq Allah ki taraf se muqarrar hai.</w:t>
      </w:r>
      <w:r>
        <w:br/>
      </w:r>
      <w:r>
        <w:rPr>
          <w:sz w:val="20"/>
        </w:rPr>
        <w:t>1:08:04  Woh mil kar rahega is ko. Dunya ke rizq ke bare mein Allah taala ne yeh zimma le liya hai ke woh zaroor woh har har ek ko rizq pahunchayega is ko.</w:t>
      </w:r>
      <w:r>
        <w:br/>
      </w:r>
      <w:r>
        <w:rPr>
          <w:sz w:val="20"/>
        </w:rPr>
        <w:t>1:08:17  Achha, aakhirat ke bare mein kya hai? Aakhirat ke bare mein yeh hai ke laysa lil insani illa ma saaba</w:t>
      </w:r>
      <w:r>
        <w:br/>
      </w:r>
      <w:r>
        <w:rPr>
          <w:sz w:val="20"/>
        </w:rPr>
        <w:t>1:08:24  Wahan aakhirat mein insaan ko sirf wohi milega jis ke liye khud us ne koshish ki ho. Yani Allah ki taraf se kuch nahi diya jayega is ko. Siwaye koshish ka anjaam, koshish ka badla.</w:t>
      </w:r>
      <w:r>
        <w:br/>
      </w:r>
      <w:r>
        <w:rPr>
          <w:sz w:val="20"/>
        </w:rPr>
        <w:t>1:08:37  Yani yeh ghor kijiye ke dunya mein insaan ke liye Khuda ne zimma le rakha hai ke us ko zaroor us ka rizq pahunchaya jayega. Aur aakhirat ke bare mein farma raha hai Allah taala ke wahan tum apne hi amal ko bhugtana padega tum ko.</w:t>
      </w:r>
      <w:r>
        <w:br/>
      </w:r>
      <w:r>
        <w:rPr>
          <w:sz w:val="20"/>
        </w:rPr>
        <w:t>1:08:51  To kaise ajeeb log hain ke apne liye, bachchon ke liye, un ko hona chahiye fikrmand aakhirat ke liye. Aur fikrmand hote hain dunya ke liye.</w:t>
      </w:r>
      <w:r>
        <w:br/>
      </w:r>
      <w:r>
        <w:rPr>
          <w:sz w:val="20"/>
        </w:rPr>
        <w:t>1:09:01  Bohat ajeeb baat hai yeh. Main is masle ko yani fiqhi aitbaar se kuch jawab nahi doonga main. Fiqhi aitbaar se kya hai, kya nahi hai, woh main is par k</w:t>
      </w:r>
      <w:r>
        <w:br/>
      </w:r>
      <w:r>
        <w:rPr>
          <w:sz w:val="20"/>
        </w:rPr>
        <w:t>1:09:11  ch nahi bolunga. Main is is is is soch par koi taajjub karta hoon ke dunya ke mustaqbil ki fikr aur aakhirat ke mustaqbil ke liye koi fikr nahi.</w:t>
      </w:r>
    </w:p>
    <w:p>
      <w:pPr>
        <w:pStyle w:val="Heading2"/>
      </w:pPr>
      <w:r>
        <w:t>Community work versus dawah work emphasis</w:t>
      </w:r>
    </w:p>
    <w:p>
      <w:r>
        <w:rPr>
          <w:color w:val="666666"/>
          <w:sz w:val="18"/>
        </w:rPr>
        <w:t>Society &amp; Dawah · The Early Life of Prophet Muhammad November 28, 2021 Dr. Saniyasnain Khan · 4m 55s · at 48:07 · https://youtu.be/xjZAqfhmg1Y?t=2887</w:t>
      </w:r>
    </w:p>
    <w:p>
      <w:r>
        <w:rPr>
          <w:i/>
        </w:rPr>
        <w:t>“Today many people emphasize more on community work as compared to dawah work. Can you tell something more about this?”</w:t>
      </w:r>
    </w:p>
    <w:p>
      <w:r>
        <w:rPr>
          <w:sz w:val="20"/>
        </w:rPr>
        <w:t>48:07  the events, even apparently negative events, are actually the opportunities to avail its nectar. ah doctor doctor sahab, yeh agla sawal Lucknow se hai, Feroz Khan sahab ne bheja hai.</w:t>
      </w:r>
      <w:r>
        <w:br/>
      </w:r>
      <w:r>
        <w:rPr>
          <w:sz w:val="20"/>
        </w:rPr>
        <w:t>48:22  ah aap ne zikr bhi kiya tha is ka, ah community work aur dawah work. to un ka sawal yahi hai ke ah aaj bohat sare log community work pe zyada emphasize karte hain, ah as compared to dawah work.</w:t>
      </w:r>
      <w:r>
        <w:br/>
      </w:r>
      <w:r>
        <w:rPr>
          <w:sz w:val="20"/>
        </w:rPr>
        <w:t>48:37  to is ke bare mein kuch aur agar aap bata sakein. haan, yeh baat sahi hai. aaj kahin bhi aap chale jaiye, khas taur se west mein agar aap jayen, America ko agar aap misaal len to bare bare idare hain wahan,</w:t>
      </w:r>
      <w:r>
        <w:br/>
      </w:r>
      <w:r>
        <w:rPr>
          <w:sz w:val="20"/>
        </w:rPr>
        <w:t>48:56  bare bare Muslim institutions hain jo ke bohat hi bada community work ka kaam karte hain aur isi ko samajhte hain ke yeh Islami kaam hai.</w:t>
      </w:r>
      <w:r>
        <w:br/>
      </w:r>
      <w:r>
        <w:rPr>
          <w:sz w:val="20"/>
        </w:rPr>
        <w:t>49:10  yeh bohat bari ghalat fehmi hai. jaise maine bataya tha ke ek momin ka pehla mission hai dawah, aur dawah ka matlab hai inzar o tabshir, yani insanon ko akhirat ke bare mein ba khabar karna.</w:t>
      </w:r>
      <w:r>
        <w:br/>
      </w:r>
      <w:r>
        <w:rPr>
          <w:sz w:val="20"/>
        </w:rPr>
        <w:t>49:33  lekin chunke dawah ka kaam ah aisa hota hai ke is mein koi recognition nahi hota, duniyavi recognition.</w:t>
      </w:r>
      <w:r>
        <w:br/>
      </w:r>
      <w:r>
        <w:rPr>
          <w:sz w:val="20"/>
        </w:rPr>
        <w:t>49:43  aap agar kahein ke main dawah ka kaam karta hoon to koi mutasir nahi hoga, balkeh agar aap kahein</w:t>
      </w:r>
      <w:r>
        <w:br/>
      </w:r>
      <w:r>
        <w:rPr>
          <w:sz w:val="20"/>
        </w:rPr>
        <w:t>49:49  ke main ah muslim empowerment ka kaam kar raha hoon ya main orphanage chala raha hoon ya main</w:t>
      </w:r>
      <w:r>
        <w:br/>
      </w:r>
      <w:r>
        <w:rPr>
          <w:sz w:val="20"/>
        </w:rPr>
        <w:t>49:58  ah ah ghareeb bachon ka kaam kar raha hoon, yeh sab kaam bhi bohat ahem hain aur rewardable</w:t>
      </w:r>
      <w:r>
        <w:br/>
      </w:r>
      <w:r>
        <w:rPr>
          <w:sz w:val="20"/>
        </w:rPr>
        <w:t>50:03  hain, lekin yeh prime mission nahi ho sakta ek momin ka, ek ek is shakhs ka jo Quran</w:t>
      </w:r>
      <w:r>
        <w:br/>
      </w:r>
      <w:r>
        <w:rPr>
          <w:sz w:val="20"/>
        </w:rPr>
        <w:t>50:12  peh aur Allah pe yaqeen rakhta ho.</w:t>
      </w:r>
      <w:r>
        <w:br/>
      </w:r>
      <w:r>
        <w:rPr>
          <w:sz w:val="20"/>
        </w:rPr>
        <w:t>50:15  to is liye chunke yeh ah dawah ka kaam ek bohat hi mamooli kaam nazar aata hai logon ko, aur doosri baat yeh bhi hai ke dawah ka mizaj nahi bana.</w:t>
      </w:r>
      <w:r>
        <w:br/>
      </w:r>
      <w:r>
        <w:rPr>
          <w:sz w:val="20"/>
        </w:rPr>
        <w:t>50:26  log sare kamon ko, jo bhi kaam hai, jo bhi ah social work hai aur community work hai aur charitable kaam jo karte hain, sab ko log dawah mein jod jod dete hain ke yeh bhi dawah hai, woh bhi dawah hai, halanke aisa nahi hai.</w:t>
      </w:r>
      <w:r>
        <w:br/>
      </w:r>
      <w:r>
        <w:rPr>
          <w:sz w:val="20"/>
        </w:rPr>
        <w:t>50:40  dawah to bohat hi specific kaam hai jo paighambaron ne kiya, aur woh yeh tha ke insanon ko Allah ke bare mein ba khabar kiya jaye aur Allah ke takhleeqi mansoobe ke bare mein, creation plan ke bare mein ba khabar kiya jaye.</w:t>
      </w:r>
      <w:r>
        <w:br/>
      </w:r>
      <w:r>
        <w:rPr>
          <w:sz w:val="20"/>
        </w:rPr>
        <w:t>50:56  to yahi hai woh kaam jo hamein karna hai aur hamein karna chahiye. isi se akhirat mein inshallah nijat hogi hum logon ki. ji, ah aik do quran ki ayat aur hadith mein parhna chahunga.</w:t>
      </w:r>
      <w:r>
        <w:br/>
      </w:r>
      <w:r>
        <w:rPr>
          <w:sz w:val="20"/>
        </w:rPr>
        <w:t>51:09  ji, ah rasool Allah sal Allah alaihi wasallam ke bare mein quran mein do jagah aya hai: "shahid o mubashir o nadhira" ke Allah taala ko ne rasool Allah sal Allah alaihi wasallam ko bheja shahadat dene wala,</w:t>
      </w:r>
      <w:r>
        <w:br/>
      </w:r>
      <w:r>
        <w:rPr>
          <w:sz w:val="20"/>
        </w:rPr>
        <w:t>51:22  basharat dene wala aur aagah karne wala bana kar. yeh surah al ahzab mein bhi hai aur surah al fath mein bhi hai. surah al fath mein is ke aage hai: "li tu'minu billahi wa rasulihi" taakeh aey logon,</w:t>
      </w:r>
      <w:r>
        <w:br/>
      </w:r>
      <w:r>
        <w:rPr>
          <w:sz w:val="20"/>
        </w:rPr>
        <w:t>51:35  tum Allah aur us ke rasool par iman lao. to yeh hai, isi ko aik hadith mein misaal ke andaaz mein bataya gaya tha.</w:t>
      </w:r>
      <w:r>
        <w:br/>
      </w:r>
      <w:r>
        <w:rPr>
          <w:sz w:val="20"/>
        </w:rPr>
        <w:t>51:43  rasool Allah sal Allah alaihi wasallam kehte hain: "main ne khwab dekha ke farishte aaye, kayi farishte thay, is mein aik farishte ne yeh kaha ke is shakhs ki misaal bayan karo, yeh jo so raha hai, is ki misaal bayan karo." to us ne kaha ke is ki misaal aik aadmi ki hai ke kisi ne aik ghar banaya aur us mein dastar khwan bichaya khane ka,</w:t>
      </w:r>
      <w:r>
        <w:br/>
      </w:r>
      <w:r>
        <w:rPr>
          <w:sz w:val="20"/>
        </w:rPr>
        <w:t>52:02  aur aik dawat dene wale ko bheja.</w:t>
      </w:r>
    </w:p>
    <w:p>
      <w:pPr>
        <w:pStyle w:val="Heading2"/>
      </w:pPr>
      <w:r>
        <w:t>Comparison of divorce in Hinduism and Islam</w:t>
      </w:r>
    </w:p>
    <w:p>
      <w:r>
        <w:rPr>
          <w:color w:val="666666"/>
          <w:sz w:val="18"/>
        </w:rPr>
        <w:t>Society &amp; Dawah · Three levels of Realization July 4, 2010 · 4m 03s · at 1:31:19 · https://youtu.be/NtCTVVov3Nw?t=5479</w:t>
      </w:r>
    </w:p>
    <w:p>
      <w:r>
        <w:rPr>
          <w:i/>
        </w:rPr>
        <w:t>“In Hinduism, there is no divorce. Is that good or bad? In Islam, divorce is also not good, but it is allowed. But if you end it suddenly, problems persist. Because divorce comes under necessity.”</w:t>
      </w:r>
    </w:p>
    <w:p>
      <w:r>
        <w:rPr>
          <w:sz w:val="20"/>
        </w:rPr>
        <w:t>1:31:19  jab jab us ko is se separation lena ho to keh sakti hai ke aaj se mein ne tum se separation le li to teen cheezein hain aik aam talaq aik hai talaq rajai ka usool aur doosra hai nikah tafweez maulana un ka aik aur sawal hai unhon ne poocha hai ke hindu dharm mein talaq nahi hai yeh achi baat hai ya buri</w:t>
      </w:r>
      <w:r>
        <w:br/>
      </w:r>
      <w:r>
        <w:rPr>
          <w:sz w:val="20"/>
        </w:rPr>
        <w:t>1:31:46  islam mein bhi talaq nahi hai</w:t>
      </w:r>
      <w:r>
        <w:br/>
      </w:r>
      <w:r>
        <w:rPr>
          <w:sz w:val="20"/>
        </w:rPr>
        <w:t>1:31:50  yeh achi hi hai yeh lekin aik dam aap khatm kar dein tab bhi mushkil hoti rehti hai agar aik dam khatm kar dein kyunke talaq jo hai yeh law of necessity ke tehat aata hai quran hadith mein aata hai ke sab se zyada yani sab se zyada unwanted cheez jo islam mein jaiz ki gayi woh talaq hai</w:t>
      </w:r>
      <w:r>
        <w:br/>
      </w:r>
      <w:r>
        <w:rPr>
          <w:sz w:val="20"/>
        </w:rPr>
        <w:t>1:32:15  to to talaq koi wanted cheez nahi hai</w:t>
      </w:r>
      <w:r>
        <w:br/>
      </w:r>
      <w:r>
        <w:rPr>
          <w:sz w:val="20"/>
        </w:rPr>
        <w:t>1:32:17  aaj kal jo log talaq talaq karte rehte hain woh to islam mein jaiz hi nahi hai woh to gunah karte hain woh yani aisi situation kabhi aa jati hai ke baghair talaq ke koi chara nahi hota jaise misaal ka bataunga aap ko mein egypt gaya to egypt mein aik sahab the bohat hi pareshan rehte the inhan ko paisa tha makan tha sab kuch tha</w:t>
      </w:r>
      <w:r>
        <w:br/>
      </w:r>
      <w:r>
        <w:rPr>
          <w:sz w:val="20"/>
        </w:rPr>
        <w:t>1:32:39  pata yeh chala ke unhon ne jab shadi ki to shadi ke baad kuch dino ke baad doctor ne yeh keh diya ke aap is se woh nahi kar sakte yani sexual relationship nahi kar sakte warna yeh pata nahi kya bohat bara koi masla paida ho jayega koi aisa uska physical uska kuch mamla tha aisa to wahan par talaq nahi de sake kyunke talaq dena egypt ne bohat hi mushkil kaam hai</w:t>
      </w:r>
      <w:r>
        <w:br/>
      </w:r>
      <w:r>
        <w:rPr>
          <w:sz w:val="20"/>
        </w:rPr>
        <w:t>1:33:07  talaq agar dein to aurat sari aap ki jaidad property sab utha li jayegi yani ghar aur bank bane sab kuch utha li jayegi ab woh bajaye bed ridden ho gaye hain isi tension mein jeete jeete ab bed ridden ho gaya ho gaya hai aur halanke mujh se kam umar in ke hain to baaz muslim countries mein aisa hai jaise egypt mein ke talaq dene ko bohat hi unhon ne difficult bana diya hai</w:t>
      </w:r>
      <w:r>
        <w:br/>
      </w:r>
      <w:r>
        <w:rPr>
          <w:sz w:val="20"/>
        </w:rPr>
        <w:t>1:33:34  to ab talaq do to sab kuch ghar aur bank par sab kuch dena pare ga to itna tension itna tension raha in ko ke wo beemar ho gaye jis mein bed written hai aur aurat ne aurat ne ijazat de di aurat ijazat de de to kar sakte hain ijazat de to na kar sakte hain to dekhen is mein hinduit islam mein koi farq nahi bara farq nahi hai ab to hinduo mein sansartan ho gaya hindu is mein yani marriage act mein</w:t>
      </w:r>
      <w:r>
        <w:br/>
      </w:r>
      <w:r>
        <w:rPr>
          <w:sz w:val="20"/>
        </w:rPr>
        <w:t>1:34:04  ab aap jante hain pehle wala nahi hai ab ab jo hai dosra hai yani talaq ko bohat hi exception mein jaiz qarar de diya gaya hai to islam bhi exception hi mein jaiz hai wo aisa nahi ke jaise aaj kal karte hain log talaq talaq wo to islam mein jaiz hi nahi hai wo to gunah ka kaam hai</w:t>
      </w:r>
      <w:r>
        <w:br/>
      </w:r>
      <w:r>
        <w:rPr>
          <w:sz w:val="20"/>
        </w:rPr>
        <w:t>1:34:25  bohat hi koi exceptional situation ho</w:t>
      </w:r>
      <w:r>
        <w:br/>
      </w:r>
      <w:r>
        <w:rPr>
          <w:sz w:val="20"/>
        </w:rPr>
        <w:t>1:34:29  jis mein koi doosra option na ho aap ke liye koi option na ho doosra</w:t>
      </w:r>
      <w:r>
        <w:br/>
      </w:r>
      <w:r>
        <w:rPr>
          <w:sz w:val="20"/>
        </w:rPr>
        <w:t>1:34:35  tab talaq hai</w:t>
      </w:r>
      <w:r>
        <w:br/>
      </w:r>
      <w:r>
        <w:rPr>
          <w:sz w:val="20"/>
        </w:rPr>
        <w:t>1:34:38  bare talaq nahi hai</w:t>
      </w:r>
      <w:r>
        <w:br/>
      </w:r>
      <w:r>
        <w:rPr>
          <w:sz w:val="20"/>
        </w:rPr>
        <w:t>1:34:41  aur Islam mein polygamy bhi nahi hai</w:t>
      </w:r>
      <w:r>
        <w:br/>
      </w:r>
      <w:r>
        <w:rPr>
          <w:sz w:val="20"/>
        </w:rPr>
        <w:t>1:34:44  Islam mein asal jo hai monogamy hai polygamy bhi law of necessity ke tehat aati hai jaise ladai hui</w:t>
      </w:r>
      <w:r>
        <w:br/>
      </w:r>
      <w:r>
        <w:rPr>
          <w:sz w:val="20"/>
        </w:rPr>
        <w:t>1:34:52  mard mare gaye aurtein ziyada ho gayin</w:t>
      </w:r>
      <w:r>
        <w:br/>
      </w:r>
      <w:r>
        <w:rPr>
          <w:sz w:val="20"/>
        </w:rPr>
        <w:t>1:34:55  to ab society mein aurtein zyada ho gayin to kya kiya jaye yani surplus ho gayin surplus to surplus ko manage karne ke liye polygamy hai aisi talaq ke liye bhi ye islam ijazat hai to kabhi aisi situation paida ho jati hai jabke bohat hi zyada yani grave situation hai to polygamy bhi aur aur talaq dono law of necessity ke tehat hai ye general law nahi hai ye</w:t>
      </w:r>
    </w:p>
    <w:p>
      <w:pPr>
        <w:pStyle w:val="Heading2"/>
      </w:pPr>
      <w:r>
        <w:t>Compromising attitude for team unity in spreading ideology</w:t>
      </w:r>
    </w:p>
    <w:p>
      <w:r>
        <w:rPr>
          <w:color w:val="666666"/>
          <w:sz w:val="18"/>
        </w:rPr>
        <w:t>Society &amp; Dawah · The Importance of Team Work February 5, 2012 · 2m 26s · at 1:00:07 · https://youtu.be/qBbwznqIqVw?t=3607</w:t>
      </w:r>
    </w:p>
    <w:p>
      <w:r>
        <w:rPr>
          <w:i/>
        </w:rPr>
        <w:t>“Moulana, today's talk is thought-provoking for teamwork. Is it necessary for team unity that we maintain a compromising attitude while spreading ideology? Some people say we should not be sticklers. Please clarify.”</w:t>
      </w:r>
    </w:p>
    <w:p>
      <w:r>
        <w:rPr>
          <w:sz w:val="20"/>
        </w:rPr>
        <w:t>1:00:07  maulana, yeh maulana sahab, yeh sawal aaya hai patna se daniyal sahab ka. unhon ne likha hai: "maulana, aaj ka khitab team work ke liye thought provoking hai.</w:t>
      </w:r>
      <w:r>
        <w:br/>
      </w:r>
      <w:r>
        <w:rPr>
          <w:sz w:val="20"/>
        </w:rPr>
        <w:t>1:00:19  maulana, kya team unity ke liye zaroori hai ke hum ideology ko spread karte waqt compromising attitude mein rahein?</w:t>
      </w:r>
      <w:r>
        <w:br/>
      </w:r>
      <w:r>
        <w:rPr>
          <w:sz w:val="20"/>
        </w:rPr>
        <w:t>1:00:28  kuch log kehte hain hum lakeer ke faqeer nahi hona chahiye. maulana, barah e karam is ko wazeh kijiye."</w:t>
      </w:r>
      <w:r>
        <w:br/>
      </w:r>
      <w:r>
        <w:rPr>
          <w:sz w:val="20"/>
        </w:rPr>
        <w:t>1:00:38  lakeer ke faqeer koi na quran hai, na hadith hai, na quran ki ayat hai, na koi hadith hai. yeh to khud sakhta aqwal hain.</w:t>
      </w:r>
      <w:r>
        <w:br/>
      </w:r>
      <w:r>
        <w:rPr>
          <w:sz w:val="20"/>
        </w:rPr>
        <w:t>1:00:50  jis ko aitraz karna hai, woh quran o hadith se aitraz kare, warna Allah taala ka jhoota qarar payega. koday mare jayenge is ko. saada baat nahi hai.</w:t>
      </w:r>
      <w:r>
        <w:br/>
      </w:r>
      <w:r>
        <w:rPr>
          <w:sz w:val="20"/>
        </w:rPr>
        <w:t>1:01:02  deen ke maamle mein aap apni aql se nahi bol sakte.</w:t>
      </w:r>
      <w:r>
        <w:br/>
      </w:r>
      <w:r>
        <w:rPr>
          <w:sz w:val="20"/>
        </w:rPr>
        <w:t>1:01:06  lakeer ke faqeer kaun si ayat hai? yeh kaun si hadith mein hai? kis sahabi ka qol hai? yani maamla deen ka hai, dawat Allah ka hai, aur aap awami maqbola pesh kar rahe hain.</w:t>
      </w:r>
      <w:r>
        <w:br/>
      </w:r>
      <w:r>
        <w:rPr>
          <w:sz w:val="20"/>
        </w:rPr>
        <w:t>1:01:21  yeh hai insincerity, yeh hai bekhaufi, yeh hai Allah se na darna.</w:t>
      </w:r>
      <w:r>
        <w:br/>
      </w:r>
      <w:r>
        <w:rPr>
          <w:sz w:val="20"/>
        </w:rPr>
        <w:t>1:01:33  aise logon ko bohat zyada risk le rahe hain, bohat bara risk le rahe hain ke Allah ka un ki flagging ki jaye. flagging</w:t>
      </w:r>
      <w:r>
        <w:br/>
      </w:r>
      <w:r>
        <w:rPr>
          <w:sz w:val="20"/>
        </w:rPr>
        <w:t>1:01:42  dekhiye, jab muamla deen ka ho,</w:t>
      </w:r>
      <w:r>
        <w:br/>
      </w:r>
      <w:r>
        <w:rPr>
          <w:sz w:val="20"/>
        </w:rPr>
        <w:t>1:01:47  ek aadmi deeni mission chala raha hai to aap ko sirf Quran o Hadees se bolne ka haq hai, kisi aur reference pe bolne ka haq hi nahi hai aap ko.</w:t>
      </w:r>
      <w:r>
        <w:br/>
      </w:r>
      <w:r>
        <w:rPr>
          <w:sz w:val="20"/>
        </w:rPr>
        <w:t>1:02:00  aise log jo hain, main yahi kahunga ke woh bohat bara risk le rahe hain ke Allah ke haan un ko poocha jaye ke tum kahan se bolay thay?</w:t>
      </w:r>
      <w:r>
        <w:br/>
      </w:r>
      <w:r>
        <w:rPr>
          <w:sz w:val="20"/>
        </w:rPr>
        <w:t>1:02:10  kis ayat mein aur kis hadees mein yeh baat thi? aur jab woh jawab na de payein to un ko koday maray jayen. main bohat shadeed is muamle mein hoon ke Khuda ke deen ke muamle mein koi Quran o Hadees ke bahar ka ek ek ek reasoning pesh kare,</w:t>
      </w:r>
      <w:r>
        <w:br/>
      </w:r>
      <w:r>
        <w:rPr>
          <w:sz w:val="20"/>
        </w:rPr>
        <w:t>1:02:28  khud sakhta reasoning.</w:t>
      </w:r>
    </w:p>
    <w:p>
      <w:pPr>
        <w:pStyle w:val="Heading2"/>
      </w:pPr>
      <w:r>
        <w:t>Concept of Joint Family in Islam</w:t>
      </w:r>
    </w:p>
    <w:p>
      <w:r>
        <w:rPr>
          <w:color w:val="666666"/>
          <w:sz w:val="18"/>
        </w:rPr>
        <w:t>Society &amp; Dawah · Man and the Laws of Nature April 1, 2012 · 2m 31s · at 1:34:22 · https://youtu.be/coIrwYQgb6Y?t=5662</w:t>
      </w:r>
    </w:p>
    <w:p>
      <w:r>
        <w:rPr>
          <w:i/>
        </w:rPr>
        <w:t>“What is the concept of joint family in Islam?”</w:t>
      </w:r>
    </w:p>
    <w:p>
      <w:r>
        <w:rPr>
          <w:sz w:val="20"/>
        </w:rPr>
        <w:t>1:34:22  maulana, agla sawal dilli se hai. miss ayesha ka</w:t>
      </w:r>
      <w:r>
        <w:br/>
      </w:r>
      <w:r>
        <w:rPr>
          <w:sz w:val="20"/>
        </w:rPr>
        <w:t>1:34:25  . unhon ne aap se poocha hai: "what is the concept of joint family in Islam?" dekhen, joint family jo hai, wo Islam ka masla nahi hai.</w:t>
      </w:r>
      <w:r>
        <w:br/>
      </w:r>
      <w:r>
        <w:rPr>
          <w:sz w:val="20"/>
        </w:rPr>
        <w:t>1:34:35  wo ek practical masla hai. yeh koi sharai masla nahi hai. aap akele rahen, chahe mil kar rahen, yeh aap ke upar hai.</w:t>
      </w:r>
      <w:r>
        <w:br/>
      </w:r>
      <w:r>
        <w:rPr>
          <w:sz w:val="20"/>
        </w:rPr>
        <w:t>1:34:47  yeh aap ka apna choice hai. hisab yeh nahi kehta ke tum joint family banao ya nahi kehta.</w:t>
      </w:r>
      <w:r>
        <w:br/>
      </w:r>
      <w:r>
        <w:rPr>
          <w:sz w:val="20"/>
        </w:rPr>
        <w:t>1:34:54  lekin main sirf yeh keh sakta hoon ke ke sirf yeh keh sakta hoon ke yani married life hai, married life mein hamesha problem rehta hai.</w:t>
      </w:r>
      <w:r>
        <w:br/>
      </w:r>
      <w:r>
        <w:rPr>
          <w:sz w:val="20"/>
        </w:rPr>
        <w:t>1:35:07  yani ek ek jora akele rahe, sirf husband aur wife, tab bhi problem hai. family ke sath mil kar rahe, tab bhi problem hai.</w:t>
      </w:r>
      <w:r>
        <w:br/>
      </w:r>
      <w:r>
        <w:rPr>
          <w:sz w:val="20"/>
        </w:rPr>
        <w:t>1:35:18  yahan tak ke shadi na karen, tab bhi problem hai.</w:t>
      </w:r>
      <w:r>
        <w:br/>
      </w:r>
      <w:r>
        <w:rPr>
          <w:sz w:val="20"/>
        </w:rPr>
        <w:t>1:35:21  to har soorat mein problem baqi rehta hai. sirf is ka nature badalta rehta hai. nature akele hain, tab bhi problem.</w:t>
      </w:r>
      <w:r>
        <w:br/>
      </w:r>
      <w:r>
        <w:rPr>
          <w:sz w:val="20"/>
        </w:rPr>
        <w:t>1:35:30  do hain, tab bhi problem. family mein, tab bhi problem. to hota yeh hai ke aadmi jis situation mein hai, wahan jo problem face kar raha hai, to us us waqt tak bas yahan yeh problem hai.</w:t>
      </w:r>
      <w:r>
        <w:br/>
      </w:r>
      <w:r>
        <w:rPr>
          <w:sz w:val="20"/>
        </w:rPr>
        <w:t>1:35:43  agar main is se alag tareeqa ikhtiyar karoon to wahan problem nahi rahega. aam taur par yeh log khayal hain.</w:t>
      </w:r>
      <w:r>
        <w:br/>
      </w:r>
      <w:r>
        <w:rPr>
          <w:sz w:val="20"/>
        </w:rPr>
        <w:t>1:35:51  to beharhal main yeh kahunga ke married life itself is a problem hai. balkeh life itself is a problem. life khud problem hai.</w:t>
      </w:r>
      <w:r>
        <w:br/>
      </w:r>
      <w:r>
        <w:rPr>
          <w:sz w:val="20"/>
        </w:rPr>
        <w:t>1:36:00  quran mein hai ke: "laqad khalaqal insana fi kabad". insaan ko hum ne paida kiya hai. problem hai. to problem to part of life hai. kese aap problem free life bana banayenge?</w:t>
      </w:r>
      <w:r>
        <w:br/>
      </w:r>
      <w:r>
        <w:rPr>
          <w:sz w:val="20"/>
        </w:rPr>
        <w:t>1:36:12  akele rahiye, shadi kar ke rahiye, joint family mein rahiye, kahin bhi rahiye,</w:t>
      </w:r>
      <w:r>
        <w:br/>
      </w:r>
      <w:r>
        <w:rPr>
          <w:sz w:val="20"/>
        </w:rPr>
        <w:t>1:36:20  har jagah problem</w:t>
      </w:r>
      <w:r>
        <w:br/>
      </w:r>
      <w:r>
        <w:rPr>
          <w:sz w:val="20"/>
        </w:rPr>
        <w:t>1:36:21  hai. to asal cheez hai ke: "you have no, you have to know the art, art of problem management". asal cheez yeh hai. joint family theek hai aur aur alag alag rehna theek hai.</w:t>
      </w:r>
      <w:r>
        <w:br/>
      </w:r>
      <w:r>
        <w:rPr>
          <w:sz w:val="20"/>
        </w:rPr>
        <w:t>1:36:33  donon theek hain. is mein koi sharai masla nahi hai. asal masla yeh hai ke aap jannay ke problem ko mujhe manage karna hai. problem se takrana nahi hai.</w:t>
      </w:r>
      <w:r>
        <w:br/>
      </w:r>
      <w:r>
        <w:rPr>
          <w:sz w:val="20"/>
        </w:rPr>
        <w:t>1:36:43  bas is is is is cheez ko log nahi jante. log yeh art of problem management nahi jante. is liye pareshan rehte hain.</w:t>
      </w:r>
    </w:p>
    <w:p>
      <w:pPr>
        <w:pStyle w:val="Heading2"/>
      </w:pPr>
      <w:r>
        <w:t>Concept of kafir in Islam</w:t>
      </w:r>
    </w:p>
    <w:p>
      <w:r>
        <w:rPr>
          <w:color w:val="666666"/>
          <w:sz w:val="18"/>
        </w:rPr>
        <w:t>Society &amp; Dawah · Example of the Prophet March 20, 2016 · 2m 15s · at 54:24 · https://youtu.be/79HmhzXU41w?t=3264</w:t>
      </w:r>
    </w:p>
    <w:p>
      <w:r>
        <w:rPr>
          <w:i/>
        </w:rPr>
        <w:t>“What is the concept of kafir in Islam? Nowadays many Muslims declare kafir to one another and also to non-Muslims. What is your comment on this?”</w:t>
      </w:r>
    </w:p>
    <w:p>
      <w:r>
        <w:rPr>
          <w:sz w:val="20"/>
        </w:rPr>
        <w:t>54:24  Maulana, agla sawal bhi mianwali pakistan se hai, zulfiqar khan sahab ka, aur unhone likha hai: What</w:t>
      </w:r>
      <w:r>
        <w:br/>
      </w:r>
      <w:r>
        <w:rPr>
          <w:sz w:val="20"/>
        </w:rPr>
        <w:t>54:32  is the concept of kafir in Islam</w:t>
      </w:r>
      <w:r>
        <w:br/>
      </w:r>
      <w:r>
        <w:rPr>
          <w:sz w:val="20"/>
        </w:rPr>
        <w:t>54:36  Because nowadays many Muslims declare کافر to one another and also to non-Muslims. What is your comment on this?</w:t>
      </w:r>
      <w:r>
        <w:br/>
      </w:r>
      <w:r>
        <w:rPr>
          <w:sz w:val="20"/>
        </w:rPr>
        <w:t>54:47  dekhein, kafir ka lafzi maani hai munkir.</w:t>
      </w:r>
      <w:r>
        <w:br/>
      </w:r>
      <w:r>
        <w:rPr>
          <w:sz w:val="20"/>
        </w:rPr>
        <w:t>54:51  kafir koi qaum nahi hai, kafir koi community nahi hai.</w:t>
      </w:r>
      <w:r>
        <w:br/>
      </w:r>
      <w:r>
        <w:rPr>
          <w:sz w:val="20"/>
        </w:rPr>
        <w:t>54:55  aaj kal jo istemal karte hain woh bilkul galat hai, iska islam se koi talluq nahi.</w:t>
      </w:r>
      <w:r>
        <w:br/>
      </w:r>
      <w:r>
        <w:rPr>
          <w:sz w:val="20"/>
        </w:rPr>
        <w:t>55:02  kafir ek saada lafz hai munkir ke maani mein.</w:t>
      </w:r>
      <w:r>
        <w:br/>
      </w:r>
      <w:r>
        <w:rPr>
          <w:sz w:val="20"/>
        </w:rPr>
        <w:t>55:07  aisa kuch nahi ke yeh muslim community hai, woh kafir community hai.</w:t>
      </w:r>
      <w:r>
        <w:br/>
      </w:r>
      <w:r>
        <w:rPr>
          <w:sz w:val="20"/>
        </w:rPr>
        <w:t>55:10  yeh bilkul galat hai, bilkul galat hai, bilkul galat hai.</w:t>
      </w:r>
      <w:r>
        <w:br/>
      </w:r>
      <w:r>
        <w:rPr>
          <w:sz w:val="20"/>
        </w:rPr>
        <w:t>55:16  quran mein kafir ka lafz community ke maani mein nahi aaya, inkaar karne wale ke maani mein aaya.</w:t>
      </w:r>
      <w:r>
        <w:br/>
      </w:r>
      <w:r>
        <w:rPr>
          <w:sz w:val="20"/>
        </w:rPr>
        <w:t>55:21  to koi aadmi agar inkaar kare to aap kahenge ke inkaar kar raha hai.</w:t>
      </w:r>
      <w:r>
        <w:br/>
      </w:r>
      <w:r>
        <w:rPr>
          <w:sz w:val="20"/>
        </w:rPr>
        <w:t>55:26  ek saada baat hogi woh.</w:t>
      </w:r>
      <w:r>
        <w:br/>
      </w:r>
      <w:r>
        <w:rPr>
          <w:sz w:val="20"/>
        </w:rPr>
        <w:t>55:29  abhi kafir ka lafz derogatory sense mein ban gaya hai.</w:t>
      </w:r>
      <w:r>
        <w:br/>
      </w:r>
      <w:r>
        <w:rPr>
          <w:sz w:val="20"/>
        </w:rPr>
        <w:t>55:34  kafir ka lafz hai derogatory sense mein ban gaya hai.</w:t>
      </w:r>
      <w:r>
        <w:br/>
      </w:r>
      <w:r>
        <w:rPr>
          <w:sz w:val="20"/>
        </w:rPr>
        <w:t>55:38  yeh bilkul hi ghair islami hai.</w:t>
      </w:r>
      <w:r>
        <w:br/>
      </w:r>
      <w:r>
        <w:rPr>
          <w:sz w:val="20"/>
        </w:rPr>
        <w:t>55:43  islam mein yeh hai ke aap apni baat kahiye,</w:t>
      </w:r>
      <w:r>
        <w:br/>
      </w:r>
      <w:r>
        <w:rPr>
          <w:sz w:val="20"/>
        </w:rPr>
        <w:t>55:47  koi maane to maane, na maane to na maane, na maane to phir dua kijiye.</w:t>
      </w:r>
      <w:r>
        <w:br/>
      </w:r>
      <w:r>
        <w:rPr>
          <w:sz w:val="20"/>
        </w:rPr>
        <w:t>55:52  yani takfeer islam mein hai hi nahi hai.</w:t>
      </w:r>
      <w:r>
        <w:br/>
      </w:r>
      <w:r>
        <w:rPr>
          <w:sz w:val="20"/>
        </w:rPr>
        <w:t>55:56  yeh to takfeer ka riwaj pada hua hai, yeh bilkul hi islam ke khilaf hai.</w:t>
      </w:r>
      <w:r>
        <w:br/>
      </w:r>
      <w:r>
        <w:rPr>
          <w:sz w:val="20"/>
        </w:rPr>
        <w:t>56:00  kabhi takfeer nahi ki, takfeer ki thi islam mein pehli baar khawarij ne.</w:t>
      </w:r>
      <w:r>
        <w:br/>
      </w:r>
      <w:r>
        <w:rPr>
          <w:sz w:val="20"/>
        </w:rPr>
        <w:t>56:06  islam ki tareekh mein pehli baar takfeer kiya khawarij ne jin ko ulma khud kafir kehte hain, un</w:t>
      </w:r>
      <w:r>
        <w:br/>
      </w:r>
      <w:r>
        <w:rPr>
          <w:sz w:val="20"/>
        </w:rPr>
        <w:t>56:11  ko to takfeer ka tareeqa islam mein hargiz nahi hai.</w:t>
      </w:r>
      <w:r>
        <w:br/>
      </w:r>
      <w:r>
        <w:rPr>
          <w:sz w:val="20"/>
        </w:rPr>
        <w:t>56:17  islam mein tablegh hai, dawat hai, bas.</w:t>
      </w:r>
      <w:r>
        <w:br/>
      </w:r>
      <w:r>
        <w:rPr>
          <w:sz w:val="20"/>
        </w:rPr>
        <w:t>56:20  wo agar manta hai to uska feal hai, na maane to uska feal hai.</w:t>
      </w:r>
      <w:r>
        <w:br/>
      </w:r>
      <w:r>
        <w:rPr>
          <w:sz w:val="20"/>
        </w:rPr>
        <w:t>56:26  faman shaa falyoumin, faman shaa falyukfir yeh allah ka muamla hai.</w:t>
      </w:r>
      <w:r>
        <w:br/>
      </w:r>
      <w:r>
        <w:rPr>
          <w:sz w:val="20"/>
        </w:rPr>
        <w:t>56:31  yeh sara jo culture musalmanon mein chala hua hai ke kafir kehna, takfeer karna, yeh sab culture islam</w:t>
      </w:r>
      <w:r>
        <w:br/>
      </w:r>
      <w:r>
        <w:rPr>
          <w:sz w:val="20"/>
        </w:rPr>
        <w:t>56:37  ke khilaf hai.</w:t>
      </w:r>
    </w:p>
    <w:p>
      <w:pPr>
        <w:pStyle w:val="Heading2"/>
      </w:pPr>
      <w:r>
        <w:t>Conveying spirituality to materialistic women</w:t>
      </w:r>
    </w:p>
    <w:p>
      <w:r>
        <w:rPr>
          <w:color w:val="666666"/>
          <w:sz w:val="18"/>
        </w:rPr>
        <w:t>Society &amp; Dawah · Religion and Democracy December 25, 2011 · 2m 50s · at 1:17:13 · https://youtu.be/8Mf_yvDA8ik?t=4633</w:t>
      </w:r>
    </w:p>
    <w:p>
      <w:r>
        <w:rPr>
          <w:i/>
        </w:rPr>
        <w:t>“My question is that today's women spend most of their time and ability only for their material comforts. In such a situation, how can the message of spirituality be conveyed to them?”</w:t>
      </w:r>
    </w:p>
    <w:p>
      <w:r>
        <w:rPr>
          <w:sz w:val="20"/>
        </w:rPr>
        <w:t>1:17:13  maulana, agla sawal karachi se aya hai miss saira latif ka. unhon ne likha hai: "mera sawal yeh hai ke aaj ki khawateen apna zyada tar waqt aur salahiyat sirf apni madi sahulaton ki nazar kiye hue hain.</w:t>
      </w:r>
      <w:r>
        <w:br/>
      </w:r>
      <w:r>
        <w:rPr>
          <w:sz w:val="20"/>
        </w:rPr>
        <w:t>1:17:30  aisi halat mein un ko rohaniyat ka paigham kis tarah pohanchaya jaye?"</w:t>
      </w:r>
      <w:r>
        <w:br/>
      </w:r>
      <w:r>
        <w:rPr>
          <w:sz w:val="20"/>
        </w:rPr>
        <w:t>1:17:38  asal mein baat yeh hai ke log material cheezon ki value jante hain aur spiritual wali baatein jo hain, is ki value nahi sochte.</w:t>
      </w:r>
      <w:r>
        <w:br/>
      </w:r>
      <w:r>
        <w:rPr>
          <w:sz w:val="20"/>
        </w:rPr>
        <w:t>1:17:48  woh asal baat yeh hai ke agar un ko bataya jaye ke material cheezon ke mein ka plus point aur minus point kya hai,</w:t>
      </w:r>
      <w:r>
        <w:br/>
      </w:r>
      <w:r>
        <w:rPr>
          <w:sz w:val="20"/>
        </w:rPr>
        <w:t>1:18:03  yeh un ko khabar is ki nahi hai, kyunke material cheezon ke peeche daurne mein kya hota hai? yeh to hota hai tension, stress, taluqat mein yani khinchao, tarah tarah ke problem jo ate hain, isi liye ate hain ke hum material cheezon ko apna goal banaye hue hain.</w:t>
      </w:r>
      <w:r>
        <w:br/>
      </w:r>
      <w:r>
        <w:rPr>
          <w:sz w:val="20"/>
        </w:rPr>
        <w:t>1:18:23  to spiritual jo goal hai, is ko hum agar samne rakhen to achaanak hum ko ek bilkul hi peaceful life mil jati hai, bohat peaceful life.</w:t>
      </w:r>
      <w:r>
        <w:br/>
      </w:r>
      <w:r>
        <w:rPr>
          <w:sz w:val="20"/>
        </w:rPr>
        <w:t>1:18:36  aur phir peaceful life ka faida yeh hota hai ke hum jo asal jo asal jo kaam hai, woh kar paate hain. yani intellectual development sab se bari cheez dunya mein jo hai, woh hai intellectual development.</w:t>
      </w:r>
      <w:r>
        <w:br/>
      </w:r>
      <w:r>
        <w:rPr>
          <w:sz w:val="20"/>
        </w:rPr>
        <w:t>1:18:48  isi ko quran mein kaha gaya hai: "tazkiya". tazkiya kya hai?</w:t>
      </w:r>
      <w:r>
        <w:br/>
      </w:r>
      <w:r>
        <w:rPr>
          <w:sz w:val="20"/>
        </w:rPr>
        <w:t>1:18:53  intellectual development ka naam hai tazkiya. to asal kaam jo hai, wahi nahi kar pata aadmi material cheezon mein phansne ki wajah se. main to allah ke fazl se material cheezon se bilkul hi apne ko banaya hai,</w:t>
      </w:r>
      <w:r>
        <w:br/>
      </w:r>
      <w:r>
        <w:rPr>
          <w:sz w:val="20"/>
        </w:rPr>
        <w:t>1:19:07  itna door kar liya hai ke koi meri need hi nahi, koi zaroorat hi meri nahi hai. jo jo logon ne jo jo jo mujhe de diya gaya pehanne ke liye, woh maine pehan liya.</w:t>
      </w:r>
      <w:r>
        <w:br/>
      </w:r>
      <w:r>
        <w:rPr>
          <w:sz w:val="20"/>
        </w:rPr>
        <w:t>1:19:19  jo khane ke liye de diya gaya, woh kha liya. bas</w:t>
      </w:r>
      <w:r>
        <w:br/>
      </w:r>
      <w:r>
        <w:rPr>
          <w:sz w:val="20"/>
        </w:rPr>
        <w:t>1:19:23  to mujhe peace hi peace hai. to mujhe mauqa hai ke main raat din apne aap ko intellectual development mein masroof rakhun. mera jo intellectual process jo hai, woh chalta rehta hai barabar, kyunke doosri cheezon mein apne ko distract nahi kiya hua hai.</w:t>
      </w:r>
      <w:r>
        <w:br/>
      </w:r>
      <w:r>
        <w:rPr>
          <w:sz w:val="20"/>
        </w:rPr>
        <w:t>1:19:39  to is raat ko samajhte hain yeh log ke kitna bada nuqsan kar rahe hain, yaani apne is, yaani apne is lifestyle ki wajah se.</w:t>
      </w:r>
      <w:r>
        <w:br/>
      </w:r>
      <w:r>
        <w:rPr>
          <w:sz w:val="20"/>
        </w:rPr>
        <w:t>1:19:51  to inko yeh yeh baat khul jaye, agar ke yeh lifestyle jo hai, aap ke liye bohat hi, yaani disastrous hai. to inshallah aap yeh islaah kar lenge.</w:t>
      </w:r>
    </w:p>
    <w:p>
      <w:pPr>
        <w:pStyle w:val="Heading2"/>
      </w:pPr>
      <w:r>
        <w:t>Correctness of thought about dawah duty</w:t>
      </w:r>
    </w:p>
    <w:p>
      <w:r>
        <w:rPr>
          <w:color w:val="666666"/>
          <w:sz w:val="18"/>
        </w:rPr>
        <w:t>Society &amp; Dawah · God and Man February 19, 2012 · 2m 17s · at 1:26:10 · https://youtu.be/rL4g0LOU3wo?t=5170</w:t>
      </w:r>
    </w:p>
    <w:p>
      <w:r>
        <w:rPr>
          <w:i/>
        </w:rPr>
        <w:t>“Molana, whenever I have a hesitation to avail a dawah opportunity, a second thought comes to my mind. That is, if I do not do this dawah work, then nobody else on earth is going to do that. Then I get engaged in dawah activity. Molana, is such a thought correct?”</w:t>
      </w:r>
    </w:p>
    <w:p>
      <w:r>
        <w:rPr>
          <w:sz w:val="20"/>
        </w:rPr>
        <w:t>1:26:10  Maulana, agla sawal hai Mr. Sajid Anwar ka Roorkee se. unhon ne likha hai: "Molana, whenever I have a hesitation to avail a dawah opportunity, a second thought comes to my mind</w:t>
      </w:r>
      <w:r>
        <w:br/>
      </w:r>
      <w:r>
        <w:rPr>
          <w:sz w:val="20"/>
        </w:rPr>
        <w:t>1:26:25  . That is, if I do not do this dawah work, then nobody else on earth is going to do that. Then I get engaged in dawah activity.</w:t>
      </w:r>
      <w:r>
        <w:br/>
      </w:r>
      <w:r>
        <w:rPr>
          <w:sz w:val="20"/>
        </w:rPr>
        <w:t>1:26:36  Molana, is such a thought correct?" bohat correct hai. More than correct hai. More than correct hai.</w:t>
      </w:r>
      <w:r>
        <w:br/>
      </w:r>
      <w:r>
        <w:rPr>
          <w:sz w:val="20"/>
        </w:rPr>
        <w:t>1:26:47  yeh har da'i ke andar yeh jazba hona chahiye. ke maine kiya to koi doosra karne wala nahin.</w:t>
      </w:r>
      <w:r>
        <w:br/>
      </w:r>
      <w:r>
        <w:rPr>
          <w:sz w:val="20"/>
        </w:rPr>
        <w:t>1:26:54  jaise Rasool Allah sal'lallahu alaihi wasallam ne Badr ke mauqe par dekhe, ek hazar bohat se مسلح log aaye the hamla karne ke liye.</w:t>
      </w:r>
      <w:r>
        <w:br/>
      </w:r>
      <w:r>
        <w:rPr>
          <w:sz w:val="20"/>
        </w:rPr>
        <w:t>1:27:04  Rasool Allah ke paas us waqt sirf teen sau tera aadmi the bas. idhar ek hazar bohat مسلح, yahan teen sau tera. un ke paas samaan bohat hi kam samaan.</w:t>
      </w:r>
      <w:r>
        <w:br/>
      </w:r>
      <w:r>
        <w:rPr>
          <w:sz w:val="20"/>
        </w:rPr>
        <w:t>1:27:15  to woh yaani jab maidan mein utre muqable ke liye, to Rasool Allah sal'lallahu alaihi wasallam sajde mein gir pade.</w:t>
      </w:r>
      <w:r>
        <w:br/>
      </w:r>
      <w:r>
        <w:rPr>
          <w:sz w:val="20"/>
        </w:rPr>
        <w:t>1:27:27  maidan jang ke bahar aap ke liye ek ek chhappar type ka hota tha, us ko areesh kehte the. areesh. areesh ke ma'ni samajh len aaj kal ke zuban mein chhappar.</w:t>
      </w:r>
      <w:r>
        <w:br/>
      </w:r>
      <w:r>
        <w:rPr>
          <w:sz w:val="20"/>
        </w:rPr>
        <w:t>1:27:36  is mein aap the. aap sajde mein gir pade. aap ne kaha: ALLAHUMMA IN TUSLIK HAAZIHI 'ISABATUN LA TU'BADU BA'DAHA FI AL-ARDI</w:t>
      </w:r>
      <w:r>
        <w:br/>
      </w:r>
      <w:r>
        <w:rPr>
          <w:sz w:val="20"/>
        </w:rPr>
        <w:t>1:27:46  khudaya agar yeh chand log halak ho gaye to teri ibadat ka numaya nahin hoga. to yeh is se aap samajhte hain ke spirit kya hoti hai aadmi ki.</w:t>
      </w:r>
      <w:r>
        <w:br/>
      </w:r>
      <w:r>
        <w:rPr>
          <w:sz w:val="20"/>
        </w:rPr>
        <w:t>1:27:59  ke maine kiya to hoga kaam nahin to kaam hi nahin hoga. yeh is se aap ko yaani aap ke andar bohat bohat motivation aata hai.</w:t>
      </w:r>
      <w:r>
        <w:br/>
      </w:r>
      <w:r>
        <w:rPr>
          <w:sz w:val="20"/>
        </w:rPr>
        <w:t>1:28:10  bohat bohat incentive aata hai. bohat bohat muharrik aata hai.</w:t>
      </w:r>
      <w:r>
        <w:br/>
      </w:r>
      <w:r>
        <w:rPr>
          <w:sz w:val="20"/>
        </w:rPr>
        <w:t>1:28:16  kya to maine kiya to kaam hoga. maine nahin kiya to kaam hi nahin hoga. is hadith ka matlab yeh hai. to yeh to bohat acha jazba hai.</w:t>
      </w:r>
    </w:p>
    <w:p>
      <w:pPr>
        <w:pStyle w:val="Heading2"/>
      </w:pPr>
      <w:r>
        <w:t>Creation of Pakistan as settled decision</w:t>
      </w:r>
    </w:p>
    <w:p>
      <w:r>
        <w:rPr>
          <w:color w:val="666666"/>
          <w:sz w:val="18"/>
        </w:rPr>
        <w:t>Society &amp; Dawah · The Concept of Divine Help June 16, 2013 · 3m 16s · at 45:41 · https://youtu.be/b0QaxGSnAOI?t=2741</w:t>
      </w:r>
    </w:p>
    <w:p>
      <w:r>
        <w:rPr>
          <w:i/>
        </w:rPr>
        <w:t>“Maulana, I am from Lahore, Pakistan. I fully agree and appreciate your mission of dawah activism with peace. I agree with your point of view on the Kashmir issue that its political decision was settled in 1948. Can we take the creation of Pakistan in the same way that it was decided practically on August 14, 1947?”</w:t>
      </w:r>
    </w:p>
    <w:p>
      <w:r>
        <w:rPr>
          <w:sz w:val="20"/>
        </w:rPr>
        <w:t>45:41  molana, yeh sawal abhi aaya hai lahore pakistan se muhammad sajjad nawaz sahab ka. unhon ne likha hai: "molana sahab, i am from lahore pakistan</w:t>
      </w:r>
      <w:r>
        <w:br/>
      </w:r>
      <w:r>
        <w:rPr>
          <w:sz w:val="20"/>
        </w:rPr>
        <w:t>45:54  . i fully agree and appreciate your mission of dawah activism with peace. i agree with your point of view on kashmir issue that its political decision has been settled in 1948.</w:t>
      </w:r>
      <w:r>
        <w:br/>
      </w:r>
      <w:r>
        <w:rPr>
          <w:sz w:val="20"/>
        </w:rPr>
        <w:t>46:09  can we take the creation of pakistan in the same way that it was decided practically august 14, 1947?</w:t>
      </w:r>
      <w:r>
        <w:br/>
      </w:r>
      <w:r>
        <w:rPr>
          <w:sz w:val="20"/>
        </w:rPr>
        <w:t>46:19  now, our task is to explore opportunities for dawah work and utilize them in a positive way. we are a small team in pakistan and work with quran and your literature.</w:t>
      </w:r>
      <w:r>
        <w:br/>
      </w:r>
      <w:r>
        <w:rPr>
          <w:sz w:val="20"/>
        </w:rPr>
        <w:t>46:34  sometimes your views about pakistan cause big hurdles for us in doing dawah work in pakistan."</w:t>
      </w:r>
      <w:r>
        <w:br/>
      </w:r>
      <w:r>
        <w:rPr>
          <w:sz w:val="20"/>
        </w:rPr>
        <w:t>46:44  bohat sahi aap ne kaha, aur main dua karta hoon ke allah taala aap ko himmat de. aur dekhiye, dawat ke rastay mein agar hurdles aate hain to aap ke reward ko barhate hain.</w:t>
      </w:r>
      <w:r>
        <w:br/>
      </w:r>
      <w:r>
        <w:rPr>
          <w:sz w:val="20"/>
        </w:rPr>
        <w:t>46:59  wo agar bilkul sab kuch saboot ho, aur aap bohat hi air conditioned kamray mein aur air conditioned car mein baith kar safar kar rahe hain, har taraf taaliyan baj rahi hain aap ke liye, to koi aap ko inaam nahi mile ga.</w:t>
      </w:r>
      <w:r>
        <w:br/>
      </w:r>
      <w:r>
        <w:rPr>
          <w:sz w:val="20"/>
        </w:rPr>
        <w:t>47:15  jo hurdles hain, jo rukawatein hain, wo to booster hain aap ke liye. booster! to aap yahi kaam karte rahiye, aur kisi ki parwah mat kijiye.</w:t>
      </w:r>
      <w:r>
        <w:br/>
      </w:r>
      <w:r>
        <w:rPr>
          <w:sz w:val="20"/>
        </w:rPr>
        <w:t>47:27  sirf kal jo maine taqreer ki thi, mujh se poocha gaya to maine kaha ke dawat ka mission jo hai, sirf do formulay se chalta hai: dua aur dawat.</w:t>
      </w:r>
      <w:r>
        <w:br/>
      </w:r>
      <w:r>
        <w:rPr>
          <w:sz w:val="20"/>
        </w:rPr>
        <w:t>47:39  dua aur dawat! to aap dawat dijiye aur dua kijiye. dawat dijiye aur dua kijiye.</w:t>
      </w:r>
      <w:r>
        <w:br/>
      </w:r>
      <w:r>
        <w:rPr>
          <w:sz w:val="20"/>
        </w:rPr>
        <w:t>47:46  aur allah ka wada hai ke jo dawat ka kaam kare ga, us ki madad zaroor kare ga allah taala. koi aap ko kuch bigar nahi sakta, bashart e keh aap peaceful rahen, logon ke khair khwah rahen,</w:t>
      </w:r>
      <w:r>
        <w:br/>
      </w:r>
      <w:r>
        <w:rPr>
          <w:sz w:val="20"/>
        </w:rPr>
        <w:t>47:59  reaction ka tareeqa ikhtiyar na karen, negative thought ka shikar na hon. to zaroor hai ke allah ke farishtay aap ke paas aayen ge, aap ki madad hasil hogi.</w:t>
      </w:r>
      <w:r>
        <w:br/>
      </w:r>
      <w:r>
        <w:rPr>
          <w:sz w:val="20"/>
        </w:rPr>
        <w:t>48:13  apni taraf se logon ko har giz mauqa mat dijiye. agar aap ghussa ho jayen, aap react karen, aap negative thinking aap ke andar aa jaye, aap tashaddud karen,</w:t>
      </w:r>
      <w:r>
        <w:br/>
      </w:r>
      <w:r>
        <w:rPr>
          <w:sz w:val="20"/>
        </w:rPr>
        <w:t>48:28  to aap logon ko mauqa de den ge. agar aap aisa na karen to bilashuba allah ki madad aayegi, farishtay aayen ge, aur har mauqa par aap ko kamyabi hasil hogi.</w:t>
      </w:r>
      <w:r>
        <w:br/>
      </w:r>
      <w:r>
        <w:rPr>
          <w:sz w:val="20"/>
        </w:rPr>
        <w:t>48:40  purely dawah work, baghair kisi tashaddud ke, baghair kisi nafrat ke, baghair kisi, yani kisi ke khilaaf bad dua nahi karna hai.</w:t>
      </w:r>
      <w:r>
        <w:br/>
      </w:r>
      <w:r>
        <w:rPr>
          <w:sz w:val="20"/>
        </w:rPr>
        <w:t>48:52  sirf dua hi karna hai, sirf dua karna hai. yahi karte rahiye.</w:t>
      </w:r>
    </w:p>
    <w:p>
      <w:pPr>
        <w:pStyle w:val="Heading2"/>
      </w:pPr>
      <w:r>
        <w:t>Da'wah in Militant Affected States like Kashmir</w:t>
      </w:r>
    </w:p>
    <w:p>
      <w:r>
        <w:rPr>
          <w:color w:val="666666"/>
          <w:sz w:val="18"/>
        </w:rPr>
        <w:t>Society &amp; Dawah · Reason and Faith July 10, 2016 · 3m 09s · at 41:49 · https://youtu.be/axR4I5yv29E?t=2509</w:t>
      </w:r>
    </w:p>
    <w:p>
      <w:r>
        <w:rPr>
          <w:i/>
        </w:rPr>
        <w:t>“How can a da'ee perform da'wah work in militantly affected states like Kashmir where activities are carried over in the name of Jihad? What is your guidance to all of us?”</w:t>
      </w:r>
    </w:p>
    <w:p>
      <w:r>
        <w:rPr>
          <w:sz w:val="20"/>
        </w:rPr>
        <w:t>41:49  Maulana, yeh sawal Kashmir se aaya hai aur Haji Ismail sahib ne bheja hai. Unhon ne aap se poocha hai ke Maulana sahib how can a daai perform daawa work in militantly affected states like Kashmir where activities are carried over in the name of Jihad? What is your guidance to all of us?</w:t>
      </w:r>
      <w:r>
        <w:br/>
      </w:r>
      <w:r>
        <w:rPr>
          <w:sz w:val="20"/>
        </w:rPr>
        <w:t>42:15  dekhiye, yeh sawal jo hai, yeh maine bhi socha hai is par.</w:t>
      </w:r>
      <w:r>
        <w:br/>
      </w:r>
      <w:r>
        <w:rPr>
          <w:sz w:val="20"/>
        </w:rPr>
        <w:t>42:20  to Rasool Allah ke bare mein jo baatein Quran mein aayi hain, woh Rasool Allah hi ke bare</w:t>
      </w:r>
      <w:r>
        <w:br/>
      </w:r>
      <w:r>
        <w:rPr>
          <w:sz w:val="20"/>
        </w:rPr>
        <w:t>42:26  mein nahi hain, woh Rasool Allah ke waste se khud hamare bare mein bhi hain, yani ummat ke</w:t>
      </w:r>
      <w:r>
        <w:br/>
      </w:r>
      <w:r>
        <w:rPr>
          <w:sz w:val="20"/>
        </w:rPr>
        <w:t>42:32  bare mein bhi hain.</w:t>
      </w:r>
      <w:r>
        <w:br/>
      </w:r>
      <w:r>
        <w:rPr>
          <w:sz w:val="20"/>
        </w:rPr>
        <w:t>42:38  to jis cheez ko aap kehte hain aaj militantly, yeh wahan qadeem Makka mein bhi thi, qadeem Makka</w:t>
      </w:r>
      <w:r>
        <w:br/>
      </w:r>
      <w:r>
        <w:rPr>
          <w:sz w:val="20"/>
        </w:rPr>
        <w:t>42:44  mein bhi thi, qadeem Arab mein bhi thi.</w:t>
      </w:r>
      <w:r>
        <w:br/>
      </w:r>
      <w:r>
        <w:rPr>
          <w:sz w:val="20"/>
        </w:rPr>
        <w:t>42:50  to us waqt Sahaba sochte the kya kiya jaye.</w:t>
      </w:r>
      <w:r>
        <w:br/>
      </w:r>
      <w:r>
        <w:rPr>
          <w:sz w:val="20"/>
        </w:rPr>
        <w:t>42:56  to riwayat mein aata hai ke Sahaba talwar le kar Rasool Allah ke raat ke waqt, yani bute</w:t>
      </w:r>
      <w:r>
        <w:br/>
      </w:r>
      <w:r>
        <w:rPr>
          <w:sz w:val="20"/>
        </w:rPr>
        <w:t>43:02  security ke wahan ghoomne lage, aap ke ghar ke charon taraf.</w:t>
      </w:r>
      <w:r>
        <w:br/>
      </w:r>
      <w:r>
        <w:rPr>
          <w:sz w:val="20"/>
        </w:rPr>
        <w:t>43:08  ek din Rasool Allah ne raat ko apna chehra bahar nikala aur bola ke logon, gharon ko wapas</w:t>
      </w:r>
      <w:r>
        <w:br/>
      </w:r>
      <w:r>
        <w:rPr>
          <w:sz w:val="20"/>
        </w:rPr>
        <w:t>43:14  jao, Allah ne hamari hifazat ka zimma le liya hai.</w:t>
      </w:r>
      <w:r>
        <w:br/>
      </w:r>
      <w:r>
        <w:rPr>
          <w:sz w:val="20"/>
        </w:rPr>
        <w:t>43:20  yeh ayat utri thi us waqt.</w:t>
      </w:r>
      <w:r>
        <w:br/>
      </w:r>
      <w:r>
        <w:rPr>
          <w:sz w:val="20"/>
        </w:rPr>
        <w:t>43:26  YA AYUHAL RASOOL.</w:t>
      </w:r>
      <w:r>
        <w:br/>
      </w:r>
      <w:r>
        <w:rPr>
          <w:sz w:val="20"/>
        </w:rPr>
        <w:t>43:32  ballegh ma'awwidhan alaika min rabbika wa in lam taf'al famalam tuballigh risalatak wallahu ya'simuka minan naas yeh ayat Surah</w:t>
      </w:r>
      <w:r>
        <w:br/>
      </w:r>
      <w:r>
        <w:rPr>
          <w:sz w:val="20"/>
        </w:rPr>
        <w:t>43:39  Al Maidah mein hai.</w:t>
      </w:r>
      <w:r>
        <w:br/>
      </w:r>
      <w:r>
        <w:rPr>
          <w:sz w:val="20"/>
        </w:rPr>
        <w:t>43:46  Surah Al Maidah ke tehat aap yeh riwayat dekh sakte hain.</w:t>
      </w:r>
      <w:r>
        <w:br/>
      </w:r>
      <w:r>
        <w:rPr>
          <w:sz w:val="20"/>
        </w:rPr>
        <w:t>43:53  is ayat mein yeh kaha gaya ke aye Rasool, tum apni duty karte raho dawat ki, تبلیغ معوذ</w:t>
      </w:r>
      <w:r>
        <w:br/>
      </w:r>
      <w:r>
        <w:rPr>
          <w:sz w:val="20"/>
        </w:rPr>
        <w:t>44:00  Allah ka kaam karte raho, baqi tumhari hifazat ka zimma hum ne le liya hai.</w:t>
      </w:r>
      <w:r>
        <w:br/>
      </w:r>
      <w:r>
        <w:rPr>
          <w:sz w:val="20"/>
        </w:rPr>
        <w:t>44:08  wallahu ya'simuka minan naas is se yeh usool nikalta hai ke ismat minan naas ka raaz تبلیغ معوذ</w:t>
      </w:r>
      <w:r>
        <w:br/>
      </w:r>
      <w:r>
        <w:rPr>
          <w:sz w:val="20"/>
        </w:rPr>
        <w:t>44:15  Allah mein chupa hua hai.</w:t>
      </w:r>
      <w:r>
        <w:br/>
      </w:r>
      <w:r>
        <w:rPr>
          <w:sz w:val="20"/>
        </w:rPr>
        <w:t>44:22  is se yeh usool nikalta hai ke ismat min naas ka raaz tabligh maoozullah mein chupa hua hai.</w:t>
      </w:r>
      <w:r>
        <w:br/>
      </w:r>
      <w:r>
        <w:rPr>
          <w:sz w:val="20"/>
        </w:rPr>
        <w:t>44:29  aap dil se tabligh kijiye, logon se mohabbat kijiye, shikayat ki boli mat boliye, ghar mein bhi nahin.</w:t>
      </w:r>
      <w:r>
        <w:br/>
      </w:r>
      <w:r>
        <w:rPr>
          <w:sz w:val="20"/>
        </w:rPr>
        <w:t>44:37  to aap dawat ko is ki sharton ke sath jab aap anjam denge to Allah ki taraf</w:t>
      </w:r>
      <w:r>
        <w:br/>
      </w:r>
      <w:r>
        <w:rPr>
          <w:sz w:val="20"/>
        </w:rPr>
        <w:t>44:44  se aap ki guarantee ki wada hai, hifazat ka wada hai.</w:t>
      </w:r>
      <w:r>
        <w:br/>
      </w:r>
      <w:r>
        <w:rPr>
          <w:sz w:val="20"/>
        </w:rPr>
        <w:t>44:51  yahi mera jawab hai.</w:t>
      </w:r>
    </w:p>
    <w:p>
      <w:pPr>
        <w:pStyle w:val="Heading2"/>
      </w:pPr>
      <w:r>
        <w:t>Dawah dificulties in consumerist culture</w:t>
      </w:r>
    </w:p>
    <w:p>
      <w:r>
        <w:rPr>
          <w:color w:val="666666"/>
          <w:sz w:val="18"/>
        </w:rPr>
        <w:t>Society &amp; Dawah · Question &amp; Answer Jan 6th 2013 - Maulana Wahiduddin Kahn · 2m 54s · at 6:29 · https://youtu.be/1FAK1QuHEpw?t=389</w:t>
      </w:r>
    </w:p>
    <w:p>
      <w:r>
        <w:rPr>
          <w:i/>
        </w:rPr>
        <w:t>“Since four days I have been in Delhi. I am very sad to see the Delhiites. They are totally trapped in consumer and entertaining culture. They sleep late and they get up late at twelve in the morning. I try to do Dawa work but nobody is ready to listen.”</w:t>
      </w:r>
    </w:p>
    <w:p>
      <w:r>
        <w:rPr>
          <w:sz w:val="20"/>
        </w:rPr>
        <w:t>6:29  maulana, agla sawal saharanpur se hai, syed mohsin bilal sahib ka. Unhon ne likha hai: "Since four days I have been in Delhi.</w:t>
      </w:r>
      <w:r>
        <w:br/>
      </w:r>
      <w:r>
        <w:rPr>
          <w:sz w:val="20"/>
        </w:rPr>
        <w:t>6:40  I am very sad to see the Delhiites. They are totally trapped in consumer and entertaining culture.</w:t>
      </w:r>
      <w:r>
        <w:br/>
      </w:r>
      <w:r>
        <w:rPr>
          <w:sz w:val="20"/>
        </w:rPr>
        <w:t>6:47  They sleep late and they get up late at twelve in the morning. I try to do Dawa work but nobody is ready to listen.</w:t>
      </w:r>
      <w:r>
        <w:br/>
      </w:r>
      <w:r>
        <w:rPr>
          <w:sz w:val="20"/>
        </w:rPr>
        <w:t>6:57  They think they are intelligent. So how to give message to these kind of intelligent people?"</w:t>
      </w:r>
      <w:r>
        <w:br/>
      </w:r>
      <w:r>
        <w:rPr>
          <w:sz w:val="20"/>
        </w:rPr>
        <w:t>7:05  dekhiye, aisa hundred percent nahi hai. Aap seeker ko talash kijiye. Seeker. Isi mein ek shakhs seeker hoga.</w:t>
      </w:r>
      <w:r>
        <w:br/>
      </w:r>
      <w:r>
        <w:rPr>
          <w:sz w:val="20"/>
        </w:rPr>
        <w:t>7:15  misalan mein bata doon aap ko aaj hi ka experience, aaj ka.</w:t>
      </w:r>
      <w:r>
        <w:br/>
      </w:r>
      <w:r>
        <w:rPr>
          <w:sz w:val="20"/>
        </w:rPr>
        <w:t>7:21  hamare paas ek sahab aaye jo senior professor, woh ab retire ho gaye hain. Un ke, yaani, woh eighties ke late eighties mein hain woh us waqt.</w:t>
      </w:r>
      <w:r>
        <w:br/>
      </w:r>
      <w:r>
        <w:rPr>
          <w:sz w:val="20"/>
        </w:rPr>
        <w:t>7:38  toh woh khud bhi English mein kitabein likhi hain unhone. Toh hamare paas aaye, ab taqreeban der tak rahe woh, hamare kai saathi bhi wahan maujood the.</w:t>
      </w:r>
      <w:r>
        <w:br/>
      </w:r>
      <w:r>
        <w:rPr>
          <w:sz w:val="20"/>
        </w:rPr>
        <w:t>7:53  toh hamare haan kitabein un ko di gayeen aur baatein huin. Ab aaj hi in ka message aaya, aaj hi. Bahut ajeeb o ghareeb message, aap bataiye kya message hai?</w:t>
      </w:r>
      <w:r>
        <w:br/>
      </w:r>
      <w:r>
        <w:rPr>
          <w:sz w:val="20"/>
        </w:rPr>
        <w:t>8:04  Well, he gave a call in the morning and he said that I have been going through Maulana's literature and I must say that it's very rich and very comprehensive and daily I am getting, you know, something out of the literature.</w:t>
      </w:r>
      <w:r>
        <w:br/>
      </w:r>
      <w:r>
        <w:rPr>
          <w:sz w:val="20"/>
        </w:rPr>
        <w:t>8:18  In fact, he finished one book yesterday itself and he was saying that I will continue my study and when I reach back home because he is on this travel I am going to write a letter to Maulana sahib and one additional thing he said, what he said that I want to congratulate Maulana sahib because there are a lot of youngsters involved in this mission.</w:t>
      </w:r>
      <w:r>
        <w:br/>
      </w:r>
      <w:r>
        <w:rPr>
          <w:sz w:val="20"/>
        </w:rPr>
        <w:t>8:40  So he was very happy and very moved by Maulana sahib's literature.</w:t>
      </w:r>
      <w:r>
        <w:br/>
      </w:r>
      <w:r>
        <w:rPr>
          <w:sz w:val="20"/>
        </w:rPr>
        <w:t>8:45  dekhiye, asal baat kya hai? Aap bheed ko kyun dekhte hain? Yaani sab ko le kar kyun sochte hain? Aap individual ko le kar sochiye, individual.</w:t>
      </w:r>
      <w:r>
        <w:br/>
      </w:r>
      <w:r>
        <w:rPr>
          <w:sz w:val="20"/>
        </w:rPr>
        <w:t>8:55  Isi ko mein seeker keh raha hoon. Agar aap bheed ko le kar sochenge toh hamesha aap ko mayusi milegi, frustration.</w:t>
      </w:r>
      <w:r>
        <w:br/>
      </w:r>
      <w:r>
        <w:rPr>
          <w:sz w:val="20"/>
        </w:rPr>
        <w:t>9:05  Lekin individual toh hamesha maujood hote hain. Un se kabhi duniya khaali nahi hoti hai. Toh aap ka target individual hona chahiye na ke bheed.</w:t>
      </w:r>
      <w:r>
        <w:br/>
      </w:r>
      <w:r>
        <w:rPr>
          <w:sz w:val="20"/>
        </w:rPr>
        <w:t>9:16  tab aap aisi baat nahi farmayenge.</w:t>
      </w:r>
    </w:p>
    <w:p>
      <w:pPr>
        <w:pStyle w:val="Heading2"/>
      </w:pPr>
      <w:r>
        <w:t>Dawah responsibility: individual or group?</w:t>
      </w:r>
    </w:p>
    <w:p>
      <w:r>
        <w:rPr>
          <w:color w:val="666666"/>
          <w:sz w:val="18"/>
        </w:rPr>
        <w:t>Society &amp; Dawah · Revival and Revivalist | June 7, 2015 · 3m 00s · at 1:06:25 · https://youtu.be/tJqheiPlZ94?t=3985</w:t>
      </w:r>
    </w:p>
    <w:p>
      <w:r>
        <w:rPr>
          <w:i/>
        </w:rPr>
        <w:t>“Is dawah work the responsibility of every Muslim or only a group? And is it fardh 'ayn or fardh kifayah?”</w:t>
      </w:r>
    </w:p>
    <w:p>
      <w:r>
        <w:rPr>
          <w:sz w:val="20"/>
        </w:rPr>
        <w:t>1:06:25  tance of yani yeh jo comprehension ki importance jo hai challenge ki importance hai musalman ko jante hi nahi sab se bara masla musalmanon ko yahi hai ke woh favor ko jante hain aur challenge ko nahi jante Maulana yeh agla sawal aya hai doctor musalma siddiqui ka delhi se az dawa work responsibility of every muslim or it is the responsibility of only</w:t>
      </w:r>
      <w:r>
        <w:br/>
      </w:r>
      <w:r>
        <w:rPr>
          <w:sz w:val="20"/>
        </w:rPr>
        <w:t>1:06:55  a group nahi nahi yeh yeh purana masla hai ke farz ain hai ya farz kifaya hai main</w:t>
      </w:r>
      <w:r>
        <w:br/>
      </w:r>
      <w:r>
        <w:rPr>
          <w:sz w:val="20"/>
        </w:rPr>
        <w:t>1:07:01  kehta hoon ke yeh farz ain hai yani har musalman jahan kisi se mile to us ko pata</w:t>
      </w:r>
      <w:r>
        <w:br/>
      </w:r>
      <w:r>
        <w:rPr>
          <w:sz w:val="20"/>
        </w:rPr>
        <w:t>1:07:07  hai woh ke Allah ne kya hukum bheja hai yeh nahi ke koi doosra kar de to mujh</w:t>
      </w:r>
      <w:r>
        <w:br/>
      </w:r>
      <w:r>
        <w:rPr>
          <w:sz w:val="20"/>
        </w:rPr>
        <w:t>1:07:14  se saakit ho gaya yeh galat tasawwur yeh tasawwur galat hai to farz al-kifaya nahin hai yeh farz</w:t>
      </w:r>
      <w:r>
        <w:br/>
      </w:r>
      <w:r>
        <w:rPr>
          <w:sz w:val="20"/>
        </w:rPr>
        <w:t>1:07:20  ain hai har musalman ko jis tarah namaz farz hai use dawat farz hai</w:t>
      </w:r>
      <w:r>
        <w:br/>
      </w:r>
      <w:r>
        <w:rPr>
          <w:sz w:val="20"/>
        </w:rPr>
        <w:t>1:07:26  jo nahin karega pakda jayega maulana yeh agla question aya hai mister danish fazal ka lucknow</w:t>
      </w:r>
      <w:r>
        <w:br/>
      </w:r>
      <w:r>
        <w:rPr>
          <w:sz w:val="20"/>
        </w:rPr>
        <w:t>1:07:33  سے while listening your lecture in class or online we have no negativity but when we are</w:t>
      </w:r>
      <w:r>
        <w:br/>
      </w:r>
      <w:r>
        <w:rPr>
          <w:sz w:val="20"/>
        </w:rPr>
        <w:t>1:07:41  not in your lecture then negativity comes in our mind how to eliminate this dekhiye main jahan tak</w:t>
      </w:r>
      <w:r>
        <w:br/>
      </w:r>
      <w:r>
        <w:rPr>
          <w:sz w:val="20"/>
        </w:rPr>
        <w:t>1:07:48  samajhta hoon iski wajah yeh hai ke log ek</w:t>
      </w:r>
      <w:r>
        <w:br/>
      </w:r>
      <w:r>
        <w:rPr>
          <w:sz w:val="20"/>
        </w:rPr>
        <w:t>1:07:56  bar sun lete hain ek bar sunne se yahi hoga aap ko bar bar sunna chahiye aur kitabein</w:t>
      </w:r>
      <w:r>
        <w:br/>
      </w:r>
      <w:r>
        <w:rPr>
          <w:sz w:val="20"/>
        </w:rPr>
        <w:t>1:08:03  bhi padhna chahiye supported literature ko main kehta hoon lecture ko bar bar suniye aur sath sath support</w:t>
      </w:r>
      <w:r>
        <w:br/>
      </w:r>
      <w:r>
        <w:rPr>
          <w:sz w:val="20"/>
        </w:rPr>
        <w:t>1:08:11  jo supportive literature usko bhi padhiye warna iske baad jab aap jaate ho society mein society</w:t>
      </w:r>
      <w:r>
        <w:br/>
      </w:r>
      <w:r>
        <w:rPr>
          <w:sz w:val="20"/>
        </w:rPr>
        <w:t>1:08:18  wahi hai to iska asar pahunch pahunchega aap ko lekin agar aap lecture ko repeat karein aur kitab</w:t>
      </w:r>
      <w:r>
        <w:br/>
      </w:r>
      <w:r>
        <w:rPr>
          <w:sz w:val="20"/>
        </w:rPr>
        <w:t>1:08:26  ein parhen to inshallah is se aap mukammal tor par bach jayenge okay we will end the session now.</w:t>
      </w:r>
    </w:p>
    <w:p>
      <w:pPr>
        <w:pStyle w:val="Heading2"/>
      </w:pPr>
      <w:r>
        <w:t>Dawah work in rural areas</w:t>
      </w:r>
    </w:p>
    <w:p>
      <w:r>
        <w:rPr>
          <w:color w:val="666666"/>
          <w:sz w:val="18"/>
        </w:rPr>
        <w:t>Society &amp; Dawah · Replanning | February 26, 2017 · 2m 15s · at 1:11:33 · https://youtu.be/E120hwMH9x8?t=4293</w:t>
      </w:r>
    </w:p>
    <w:p>
      <w:r>
        <w:rPr>
          <w:i/>
        </w:rPr>
        <w:t>“No doubt the dawah work CPS is doing is commendable, but I see this organization working globally and on higher sector. What about the work on ground level, meaning rural setups, since majority of India lives in rural setup? Please advise what we should do.”</w:t>
      </w:r>
    </w:p>
    <w:p>
      <w:r>
        <w:rPr>
          <w:sz w:val="20"/>
        </w:rPr>
        <w:t>1:11:33  se fayyaz sahib ne ek sawal bheja hai unhone likha hai maulana sahib no doubt the daawa</w:t>
      </w:r>
      <w:r>
        <w:br/>
      </w:r>
      <w:r>
        <w:rPr>
          <w:sz w:val="20"/>
        </w:rPr>
        <w:t>1:11:41  work CPS is doing is commendable</w:t>
      </w:r>
      <w:r>
        <w:br/>
      </w:r>
      <w:r>
        <w:rPr>
          <w:sz w:val="20"/>
        </w:rPr>
        <w:t>1:11:49  but I have this one thing to say I see this organization working globally and on higher sector but what about the work on ground level by ground level I mean rural setups since majority of India lives in rural setup please advise what should we do dekhiye yeh aap ki jo soch hai yeh communist soch hai communist soch</w:t>
      </w:r>
      <w:r>
        <w:br/>
      </w:r>
      <w:r>
        <w:rPr>
          <w:sz w:val="20"/>
        </w:rPr>
        <w:t>1:12:19  yeh islami soch nahi hai yeh socialiston ne yeh yeh term use ijad kiya hai ground level par</w:t>
      </w:r>
      <w:r>
        <w:br/>
      </w:r>
      <w:r>
        <w:rPr>
          <w:sz w:val="20"/>
        </w:rPr>
        <w:t>1:12:29  kaam karna warna dekhiye quran mein bataye anbiya ne jo kaam kiya tha to qal marr al-ladheena kafaroo</w:t>
      </w:r>
      <w:r>
        <w:br/>
      </w:r>
      <w:r>
        <w:rPr>
          <w:sz w:val="20"/>
        </w:rPr>
        <w:t>1:12:39  min al-qawm yani qom ke jo mulk the woh unhone koi response diya yeh dekhiye aap is paighamoon</w:t>
      </w:r>
      <w:r>
        <w:br/>
      </w:r>
      <w:r>
        <w:rPr>
          <w:sz w:val="20"/>
        </w:rPr>
        <w:t>1:12:49  ka khitab awalan mulk se hua karta tha yani us waqt ke jo intellectuals the yeh yeh soch bilkul galat hai yeh yeh communist soch hai yeh Islam ki soch nahi hai yeh okay so we will end this session today we will be back next Sunday same time thank you.</w:t>
      </w:r>
    </w:p>
    <w:p>
      <w:pPr>
        <w:pStyle w:val="Heading2"/>
      </w:pPr>
      <w:r>
        <w:t>Dawah: Individual or Collective Duty</w:t>
      </w:r>
    </w:p>
    <w:p>
      <w:r>
        <w:rPr>
          <w:color w:val="666666"/>
          <w:sz w:val="18"/>
        </w:rPr>
        <w:t>Society &amp; Dawah · Revival and Revivalist June 7, 2015 · 2m 32s · at 1:06:25 · https://youtu.be/MCY8AJ87BXc?t=3985</w:t>
      </w:r>
    </w:p>
    <w:p>
      <w:r>
        <w:rPr>
          <w:i/>
        </w:rPr>
        <w:t>“Is the responsibility of Dawah work every Muslim's individual duty (Fardh 'Ayn) or only a collective duty (Fardh Kifayah)? I say it is Fardh 'Ayn, meaning every Muslim, wherever they meet someone, should know what command Allah has sent.”</w:t>
      </w:r>
    </w:p>
    <w:p>
      <w:r>
        <w:rPr>
          <w:sz w:val="20"/>
        </w:rPr>
        <w:t>1:06:25  Maulana, yeh agla sawal aya hai Dr. Saleha Siddiqui ka Delhi se.</w:t>
      </w:r>
      <w:r>
        <w:br/>
      </w:r>
      <w:r>
        <w:rPr>
          <w:sz w:val="20"/>
        </w:rPr>
        <w:t>1:06:30  az dawa work responsibility of every muslim or it is the responsibility of only a group?</w:t>
      </w:r>
      <w:r>
        <w:br/>
      </w:r>
      <w:r>
        <w:rPr>
          <w:sz w:val="20"/>
        </w:rPr>
        <w:t>1:06:39  nahi, nahi, yeh yeh purana masla hai ke farz ain hai ya farz kifaya hai. main kehta hoon ke yeh farz ain hai. yani har musalman jahan kisi se mile to us ko pata hai woh ke Allah ne kya hukum bheja hai.</w:t>
      </w:r>
      <w:r>
        <w:br/>
      </w:r>
      <w:r>
        <w:rPr>
          <w:sz w:val="20"/>
        </w:rPr>
        <w:t>1:06:55  yeh nahi ke koi doosra kar de to mujh se saqat ho gaya. yeh galat tasawwur, yeh tasawwur galat hai.</w:t>
      </w:r>
      <w:r>
        <w:br/>
      </w:r>
      <w:r>
        <w:rPr>
          <w:sz w:val="20"/>
        </w:rPr>
        <w:t>1:07:00  to farz alal kifaya nahi hai, yeh farz ain hai. har musalman ko jis tarah namaz farz hai, is tarah dawat farz hai. jo nahi karega, pakra jayega.</w:t>
      </w:r>
      <w:r>
        <w:br/>
      </w:r>
      <w:r>
        <w:rPr>
          <w:sz w:val="20"/>
        </w:rPr>
        <w:t>1:07:14  Maulana, yeh agla question aaya hai Mr. Danish Fazil ka Lucknow se. While listening your lecture on class or online, we have no negativity, but we when we are not in your lecture, then negativity comes in our mind.</w:t>
      </w:r>
      <w:r>
        <w:br/>
      </w:r>
      <w:r>
        <w:rPr>
          <w:sz w:val="20"/>
        </w:rPr>
        <w:t>1:07:30  how to eliminate this?</w:t>
      </w:r>
      <w:r>
        <w:br/>
      </w:r>
      <w:r>
        <w:rPr>
          <w:sz w:val="20"/>
        </w:rPr>
        <w:t>1:07:35  dekhiye, main jahan tak samajhta hoon, is ki wajah yeh hai ke log aik bar sun lete hain. aik bar sunne se yahi hoga. aap ko bar bar sunna chahiye aur kitabein bhi padhni chahiye.</w:t>
      </w:r>
      <w:r>
        <w:br/>
      </w:r>
      <w:r>
        <w:rPr>
          <w:sz w:val="20"/>
        </w:rPr>
        <w:t>1:07:45  supportive literature ko main kehta hoon, lecture ko bar bar suniye aur sath sath report jo supportive literature hai, us ko bhi padhiye.</w:t>
      </w:r>
      <w:r>
        <w:br/>
      </w:r>
      <w:r>
        <w:rPr>
          <w:sz w:val="20"/>
        </w:rPr>
        <w:t>1:07:57  warna is ke baad aap jate hain society mein. society wahi hai to is ka asar pahunchega aap ko. lekin agar aap lecture ko repeat karein aur kitabein padhein to inshallah is se aap mukammal taur par bach jayenge.</w:t>
      </w:r>
    </w:p>
    <w:p>
      <w:pPr>
        <w:pStyle w:val="Heading2"/>
      </w:pPr>
      <w:r>
        <w:t>Dealing With a Reader Who Would Have Argued</w:t>
      </w:r>
    </w:p>
    <w:p>
      <w:r>
        <w:rPr>
          <w:color w:val="666666"/>
          <w:sz w:val="18"/>
        </w:rPr>
        <w:t>Society &amp; Dawah · Living in Falsehood December 15, 2013 · 3m 17s · at 58:39 · https://youtu.be/UvboK59uF6s?t=3519</w:t>
      </w:r>
    </w:p>
    <w:p>
      <w:r>
        <w:rPr>
          <w:i/>
        </w:rPr>
        <w:t>“During a tour, I met a person to whom I had given The Prophet of Peace a few years back. He told me that he had read the book and two more of his family members also read the book. Then he mentioned to me that if instead of the book the author himself had talked to me on this topic, I would have argued with him.”</w:t>
      </w:r>
    </w:p>
    <w:p>
      <w:r>
        <w:rPr>
          <w:sz w:val="20"/>
        </w:rPr>
        <w:t>58:39  maulana, agla sawal lete hain jo roorkee se hai. sajid anwar sahab ne kiya hai. unhone likha hai: "During a tour, I met one person to whom I had given the Prophet of Peace a few years back.</w:t>
      </w:r>
      <w:r>
        <w:br/>
      </w:r>
      <w:r>
        <w:rPr>
          <w:sz w:val="20"/>
        </w:rPr>
        <w:t>58:56  When I met him, he told me that he had read the book and two more of his family members also read the book.</w:t>
      </w:r>
      <w:r>
        <w:br/>
      </w:r>
      <w:r>
        <w:rPr>
          <w:sz w:val="20"/>
        </w:rPr>
        <w:t>59:04  Then he mentioned to me that if instead of the book, if the author himself had talked to me on this topic, then I would have argued with him.</w:t>
      </w:r>
      <w:r>
        <w:br/>
      </w:r>
      <w:r>
        <w:rPr>
          <w:sz w:val="20"/>
        </w:rPr>
        <w:t>59:15  But while reading, I had no option but to read the book, and thus the author was successful in communicating what he wanted to say.</w:t>
      </w:r>
      <w:r>
        <w:br/>
      </w:r>
      <w:r>
        <w:rPr>
          <w:sz w:val="20"/>
        </w:rPr>
        <w:t>59:27  From this incident, I could discover the role of spreading literature in our mission, as it has not only the multiplying effect but also the power of successfully communicating the ideology.</w:t>
      </w:r>
      <w:r>
        <w:br/>
      </w:r>
      <w:r>
        <w:rPr>
          <w:sz w:val="20"/>
        </w:rPr>
        <w:t>59:42  Maulana, is my understanding correct? Dekhiye baat sahi hai.</w:t>
      </w:r>
      <w:r>
        <w:br/>
      </w:r>
      <w:r>
        <w:rPr>
          <w:sz w:val="20"/>
        </w:rPr>
        <w:t>59:47  Hota yeh hai ke agar aap kisi se baat karein aur uski jo soch hai uske against mein koi baat aap karein to foran ego clash ho jata hai.</w:t>
      </w:r>
      <w:r>
        <w:br/>
      </w:r>
      <w:r>
        <w:rPr>
          <w:sz w:val="20"/>
        </w:rPr>
        <w:t>59:58  Woh defensive psychology aa jati hai uske andar. Defensive psychology. Ke ek aadmi negative soch wala hai, ladai bhadai mein involve hai, aap bolein uske khilaf to foran woh defensive ban jayega.</w:t>
      </w:r>
      <w:r>
        <w:br/>
      </w:r>
      <w:r>
        <w:rPr>
          <w:sz w:val="20"/>
        </w:rPr>
        <w:t>1:00:15  Defensive psychology develop karegi. Aur phir ego clash ho jayega. Lekin jab aap usko kitaab dete hain, woh ja kar apne kamre mein padhta hai jahan woh akela hai to wahan koi doosra nahi hota jisse uska koi ego clash ho.</w:t>
      </w:r>
      <w:r>
        <w:br/>
      </w:r>
      <w:r>
        <w:rPr>
          <w:sz w:val="20"/>
        </w:rPr>
        <w:t>1:00:30  To zyada behtar taur par kitaab ke andar jo likha hua hai usko samajh pata hai.</w:t>
      </w:r>
      <w:r>
        <w:br/>
      </w:r>
      <w:r>
        <w:rPr>
          <w:sz w:val="20"/>
        </w:rPr>
        <w:t>1:00:37  To main samajhta hoon ke literature ko phailana yeh bahut hi basic kaam hai. Aur woh bhi ek kaam hai ke aap is cheez dein, aap logon se baat cheet karein, woh bhi ek kaam hai.</w:t>
      </w:r>
      <w:r>
        <w:br/>
      </w:r>
      <w:r>
        <w:rPr>
          <w:sz w:val="20"/>
        </w:rPr>
        <w:t>1:00:48  Beshak woh bhi karna hi karna hai. Lekin main ek farq bata raha hoon. Ke koi tanqeed agar aap karein kisi aadmi se jab ke woh us mein involve hai to foran woh defensive mein taraf chala jayega.</w:t>
      </w:r>
      <w:r>
        <w:br/>
      </w:r>
      <w:r>
        <w:rPr>
          <w:sz w:val="20"/>
        </w:rPr>
        <w:t>1:01:02  Foran apna difaa karne lagega woh. Lekin kitaab mein kya difaa karega</w:t>
      </w:r>
      <w:r>
        <w:br/>
      </w:r>
      <w:r>
        <w:rPr>
          <w:sz w:val="20"/>
        </w:rPr>
        <w:t>1:01:07  ? Kitaab mein to saamne koi hai hi nahi jisse difaa kare woh. To Quran ka distribution aur yeh jo literature jisko main kehta hoon supporting literature, uska distribution bahut hi important hai.</w:t>
      </w:r>
      <w:r>
        <w:br/>
      </w:r>
      <w:r>
        <w:rPr>
          <w:sz w:val="20"/>
        </w:rPr>
        <w:t>1:01:19  Bahut zyada important hai. Isko filter karne ki zaroorat hai.</w:t>
      </w:r>
      <w:r>
        <w:br/>
      </w:r>
      <w:r>
        <w:rPr>
          <w:sz w:val="20"/>
        </w:rPr>
        <w:t>1:01:23  Jo maine pichli baar 28 November ko Hyderabad mein ek call di thi. Yani operation filter. To woh bahut soch samajh kar woh call di thi maine ke Quran ko aur supporting literature ko filter kar dijiye.</w:t>
      </w:r>
      <w:r>
        <w:br/>
      </w:r>
      <w:r>
        <w:rPr>
          <w:sz w:val="20"/>
        </w:rPr>
        <w:t>1:01:37  Saari duniya mein. Mukhtalif language mein tayyar kar ke. Saari duniya mein filter kar dijiye. Quran ko aur supporting literature ko.</w:t>
      </w:r>
      <w:r>
        <w:br/>
      </w:r>
      <w:r>
        <w:rPr>
          <w:sz w:val="20"/>
        </w:rPr>
        <w:t>1:01:47  Yeh bahut hi powerful tareeqa hai yani da'wah work ka.</w:t>
      </w:r>
    </w:p>
    <w:p>
      <w:pPr>
        <w:pStyle w:val="Heading2"/>
      </w:pPr>
      <w:r>
        <w:t>Dealing with Muslim apathy towards dawah</w:t>
      </w:r>
    </w:p>
    <w:p>
      <w:r>
        <w:rPr>
          <w:color w:val="666666"/>
          <w:sz w:val="18"/>
        </w:rPr>
        <w:t>Society &amp; Dawah · Revival of Abrahamic Mission October 28, 2012 · 3m 23s · at 1:04:04 · https://youtu.be/9mV72V5gsqM?t=3844</w:t>
      </w:r>
    </w:p>
    <w:p>
      <w:r>
        <w:rPr>
          <w:i/>
        </w:rPr>
        <w:t>“When we explain to Muslims that dawah (calling to God) is a responsibility, it does not get any positive response. They say yes, it is good, but continue to do either their social or national work. When the task is so big and Muslims are not giving a positive response, what should we do?”</w:t>
      </w:r>
    </w:p>
    <w:p>
      <w:r>
        <w:rPr>
          <w:sz w:val="20"/>
        </w:rPr>
        <w:t>1:04:04  maulana, agla sawal dilli se hai miss naghma siddiqui</w:t>
      </w:r>
      <w:r>
        <w:br/>
      </w:r>
      <w:r>
        <w:rPr>
          <w:sz w:val="20"/>
        </w:rPr>
        <w:t>1:04:07  ka. unhon ne likha hai: "When we explain to Muslims that دعویٰ الا اللہ is the responsibility, it does not get any positive response.</w:t>
      </w:r>
      <w:r>
        <w:br/>
      </w:r>
      <w:r>
        <w:rPr>
          <w:sz w:val="20"/>
        </w:rPr>
        <w:t>1:04:18  They say yes, it is good, but continue to do either their social or milli work. Maulana, when the task is so big and Muslims are not giving a positive response, what should we do?"</w:t>
      </w:r>
      <w:r>
        <w:br/>
      </w:r>
      <w:r>
        <w:rPr>
          <w:sz w:val="20"/>
        </w:rPr>
        <w:t>1:04:33  dekhiye, social work, milli work, yeh to koi kaam nahi hai mere nazdeek, na islami aitbar se aur na aqal ke aitbar se.</w:t>
      </w:r>
      <w:r>
        <w:br/>
      </w:r>
      <w:r>
        <w:rPr>
          <w:sz w:val="20"/>
        </w:rPr>
        <w:t>1:04:47  is liye hamara islami aitbar se yeh hai ke rasool Allah ki zindagi mein hamein koi aisa namona nahi milta ke aap ne social work ya milli work kiya ho, aap ne sirf dawah work kiya.</w:t>
      </w:r>
      <w:r>
        <w:br/>
      </w:r>
      <w:r>
        <w:rPr>
          <w:sz w:val="20"/>
        </w:rPr>
        <w:t>1:05:02  is ke bare mein mein likh chuka hoon tafseel se, aap parh sakte hain ke rasool Allah ne kabhi bhi yeh kaam nahi kiya. Hatta ke aap ko yeh kaam karne ke liye kaha gaya, is tarah ka kaam, to aap ne kaha ke: "ma lahza boiz to aalaykum,</w:t>
      </w:r>
      <w:r>
        <w:br/>
      </w:r>
      <w:r>
        <w:rPr>
          <w:sz w:val="20"/>
        </w:rPr>
        <w:t>1:05:20  mein is ke liye nahi bheja gaya hoon. Yeh yeh mera kaam to dawat al Allah hai." Aql ka mamla yeh hai ke mein aqli tor par bhi is ko absurd samajhta hoon.</w:t>
      </w:r>
      <w:r>
        <w:br/>
      </w:r>
      <w:r>
        <w:rPr>
          <w:sz w:val="20"/>
        </w:rPr>
        <w:t>1:05:31  is</w:t>
      </w:r>
      <w:r>
        <w:br/>
      </w:r>
      <w:r>
        <w:rPr>
          <w:sz w:val="20"/>
        </w:rPr>
        <w:t>1:05:32  liye ke sab se bari cheez dekhiye, yeh nahi ke aap un ki help karein, sab se bari cheez aap ko incentive dein, challenge ko face karne ki taqat paida karein.</w:t>
      </w:r>
      <w:r>
        <w:br/>
      </w:r>
      <w:r>
        <w:rPr>
          <w:sz w:val="20"/>
        </w:rPr>
        <w:t>1:05:42  un ke andar aaj kal jo chala hua hai, muslim empowerment aur community empowerment, falan empowerment, yeh sab bilkul absurd mein samajhta hoon.</w:t>
      </w:r>
      <w:r>
        <w:br/>
      </w:r>
      <w:r>
        <w:rPr>
          <w:sz w:val="20"/>
        </w:rPr>
        <w:t>1:05:53  is ko</w:t>
      </w:r>
      <w:r>
        <w:br/>
      </w:r>
      <w:r>
        <w:rPr>
          <w:sz w:val="20"/>
        </w:rPr>
        <w:t>1:05:56  woh saare log jin ko kaha jata hai ke: "he was born with a silver spoon in his mouth", mere nazdeek woh sab se ziyada fail thay zindagi mein kyunke unhone challenge ko face nahi kiya.</w:t>
      </w:r>
      <w:r>
        <w:br/>
      </w:r>
      <w:r>
        <w:rPr>
          <w:sz w:val="20"/>
        </w:rPr>
        <w:t>1:06:09  un ka idhar personality nahi bani, un ka idhar incentive nahi ubhra. To mein is ko koi kaam nahi samajhta. Jo kaam ko aik hi kaam ko mein kaam samajhta hoon ke education, intehai aala mayar ki education,</w:t>
      </w:r>
      <w:r>
        <w:br/>
      </w:r>
      <w:r>
        <w:rPr>
          <w:sz w:val="20"/>
        </w:rPr>
        <w:t>1:06:24  abhi bhi hamare mulk mein aala mayar ki education nahi hai. Haalanke beshumar log social work kar rahe hain, milli work kar rahe hain, is mein arbon kharbon rupay kharch kar rahe hain.</w:t>
      </w:r>
      <w:r>
        <w:br/>
      </w:r>
      <w:r>
        <w:rPr>
          <w:sz w:val="20"/>
        </w:rPr>
        <w:t>1:06:33  yeh sab mere nazdeek bilkul bekar kaam hai. Islami aitbar se bhi, aqli aitbar se bhi, bohat aala darje ka school kholein, lakhon ki tadad mein saare mulk mein, sara paisa is mein laga dein,</w:t>
      </w:r>
      <w:r>
        <w:br/>
      </w:r>
      <w:r>
        <w:rPr>
          <w:sz w:val="20"/>
        </w:rPr>
        <w:t>1:06:48  yeh hai kaam.</w:t>
      </w:r>
      <w:r>
        <w:br/>
      </w:r>
      <w:r>
        <w:rPr>
          <w:sz w:val="20"/>
        </w:rPr>
        <w:t>1:06:50  abhi bhi aala darje ke school hamare mulk mein mojood nahi hain aur social work ki dhoom hai, milli work ki dhoom hai. To mein is mamle mein bohat hi sakht rai rakhta hoon.</w:t>
      </w:r>
      <w:r>
        <w:br/>
      </w:r>
      <w:r>
        <w:rPr>
          <w:sz w:val="20"/>
        </w:rPr>
        <w:t>1:07:04  un kaam ko mein kaam nahi samajhta. Mein aik kaam samajhta hoon ke is is baat ko ke insaan ka incentive jagaya jaye, motivate kiya jaye, aur doosri baat yeh ke bohat hi high standard ki education di jaye.</w:t>
      </w:r>
      <w:r>
        <w:br/>
      </w:r>
      <w:r>
        <w:rPr>
          <w:sz w:val="20"/>
        </w:rPr>
        <w:t>1:07:18  is ko</w:t>
      </w:r>
      <w:r>
        <w:br/>
      </w:r>
      <w:r>
        <w:rPr>
          <w:sz w:val="20"/>
        </w:rPr>
        <w:t>1:07:20  isi ko mein kaam samajhta hoon. Baqi sab leadership hai, leadership.</w:t>
      </w:r>
    </w:p>
    <w:p>
      <w:pPr>
        <w:pStyle w:val="Heading2"/>
      </w:pPr>
      <w:r>
        <w:t>Defending Quran from Revision Claims</w:t>
      </w:r>
    </w:p>
    <w:p>
      <w:r>
        <w:rPr>
          <w:color w:val="666666"/>
          <w:sz w:val="18"/>
        </w:rPr>
        <w:t>Society &amp; Dawah · Islam in A New Age August 30, 2020 Maulana Wahiduddin Khan · 2m 01s · at 35:52 · https://youtu.be/R2EEb2xSIcA?t=2152</w:t>
      </w:r>
    </w:p>
    <w:p>
      <w:r>
        <w:rPr>
          <w:i/>
        </w:rPr>
        <w:t>“Many non-Muslims point out that the Quran needs to be revised to make it suitable to contemporary understanding. How can we make non-Muslims understand that the Quran does not need any revision? How should we achieve this?”</w:t>
      </w:r>
    </w:p>
    <w:p>
      <w:r>
        <w:rPr>
          <w:sz w:val="20"/>
        </w:rPr>
        <w:t>35:52  maulana, agla sawal kanpur se bheja hai shakeel ahmed sahib ne. unhon ne likha hai: maulana, many non muslims point out that quran needs to be revised to make it suitable to contemporary understanding.</w:t>
      </w:r>
      <w:r>
        <w:br/>
      </w:r>
      <w:r>
        <w:rPr>
          <w:sz w:val="20"/>
        </w:rPr>
        <w:t>36:10  my question is: how can we make non muslims understand that quran does not need any revision?</w:t>
      </w:r>
      <w:r>
        <w:br/>
      </w:r>
      <w:r>
        <w:rPr>
          <w:sz w:val="20"/>
        </w:rPr>
        <w:t>36:18  how should we achieve this? bhai, yeh quran ko revise karne ka koi sawal hi nahi hai.</w:t>
      </w:r>
      <w:r>
        <w:br/>
      </w:r>
      <w:r>
        <w:rPr>
          <w:sz w:val="20"/>
        </w:rPr>
        <w:t>36:27  pehle bataiye aap ki quran mein kya kami hai, kya ghalati hai? kya yani baghair is ke aap kaise kahenge ke is ko revise hona chahiye?</w:t>
      </w:r>
      <w:r>
        <w:br/>
      </w:r>
      <w:r>
        <w:rPr>
          <w:sz w:val="20"/>
        </w:rPr>
        <w:t>36:42  yeh to sab kehne walon ki be</w:t>
      </w:r>
      <w:r>
        <w:br/>
      </w:r>
      <w:r>
        <w:rPr>
          <w:sz w:val="20"/>
        </w:rPr>
        <w:t>36:46  khabari hai ke woh aik abadi kitab ko woh yeh yeh hazrat de rahe hain. allah taala unhein hidayat ata farmaye.</w:t>
      </w:r>
      <w:r>
        <w:br/>
      </w:r>
      <w:r>
        <w:rPr>
          <w:sz w:val="20"/>
        </w:rPr>
        <w:t>37:05  maulana yaqoob umri ne dilli se likha hai: maulana, you are only the islamic scholar who gives a ray of hope in the modern age, while all others are only discouraging with wrong interpretation of the same.</w:t>
      </w:r>
      <w:r>
        <w:br/>
      </w:r>
      <w:r>
        <w:rPr>
          <w:sz w:val="20"/>
        </w:rPr>
        <w:t>37:25  miss falak qareeba ne likha hai dilli se: congratulations to maulana on continuing his work at the age of 95.</w:t>
      </w:r>
      <w:r>
        <w:br/>
      </w:r>
      <w:r>
        <w:rPr>
          <w:sz w:val="20"/>
        </w:rPr>
        <w:t>37:37  may allah bless you!</w:t>
      </w:r>
      <w:r>
        <w:br/>
      </w:r>
      <w:r>
        <w:rPr>
          <w:sz w:val="20"/>
        </w:rPr>
        <w:t>37:39  many many congratulations to the cps team for their hard work and dedication. may allah bless you all for spreading the word.</w:t>
      </w:r>
    </w:p>
    <w:p>
      <w:pPr>
        <w:pStyle w:val="Heading2"/>
      </w:pPr>
      <w:r>
        <w:t>Definition of poor and how to help</w:t>
      </w:r>
    </w:p>
    <w:p>
      <w:r>
        <w:rPr>
          <w:color w:val="666666"/>
          <w:sz w:val="18"/>
        </w:rPr>
        <w:t>Society &amp; Dawah · The Road to Paradise December 11, 2016 · 2m 49s · at 1:19:10 · https://youtu.be/iW2QmcY1_yU?t=4750</w:t>
      </w:r>
    </w:p>
    <w:p>
      <w:r>
        <w:rPr>
          <w:i/>
        </w:rPr>
        <w:t>“Who is called poor? How can we help them? Please tell us about this.”</w:t>
      </w:r>
    </w:p>
    <w:p>
      <w:r>
        <w:rPr>
          <w:sz w:val="20"/>
        </w:rPr>
        <w:t>1:19:10  Jee, Maulana, agla sawal Anwar Subhani sahib ne kiya hai Delhi se.</w:t>
      </w:r>
      <w:r>
        <w:br/>
      </w:r>
      <w:r>
        <w:rPr>
          <w:sz w:val="20"/>
        </w:rPr>
        <w:t>1:19:16  Aur unhon ne aap se poocha hai ke ghareeb kis ko kehte hain? Hum un ki madad kis</w:t>
      </w:r>
      <w:r>
        <w:br/>
      </w:r>
      <w:r>
        <w:rPr>
          <w:sz w:val="20"/>
        </w:rPr>
        <w:t>1:19:22  tarah kar sakte hain? Is ke baray mein batayein.</w:t>
      </w:r>
      <w:r>
        <w:br/>
      </w:r>
      <w:r>
        <w:rPr>
          <w:sz w:val="20"/>
        </w:rPr>
        <w:t>1:19:28  Yeh sawal bhi wohi hai ke sawal kiya hai? Har cheez ka sawal kiya hai? Hadees mein jo</w:t>
      </w:r>
      <w:r>
        <w:br/>
      </w:r>
      <w:r>
        <w:rPr>
          <w:sz w:val="20"/>
        </w:rPr>
        <w:t>1:19:35  maujood hai, Sahabi kehte hain ke nauheena ankasar al sawal hum ko mana kiya hai ziyada sawal karne se.</w:t>
      </w:r>
      <w:r>
        <w:br/>
      </w:r>
      <w:r>
        <w:rPr>
          <w:sz w:val="20"/>
        </w:rPr>
        <w:t>1:19:41  Is ka matlab kiya hai? Is ka matlab yeh hai ke Islam self discovery par zor deta hai,</w:t>
      </w:r>
      <w:r>
        <w:br/>
      </w:r>
      <w:r>
        <w:rPr>
          <w:sz w:val="20"/>
        </w:rPr>
        <w:t>1:19:47  na questioning par.</w:t>
      </w:r>
      <w:r>
        <w:br/>
      </w:r>
      <w:r>
        <w:rPr>
          <w:sz w:val="20"/>
        </w:rPr>
        <w:t>1:19:54  Yeh jo farmaya ke ziyada sawal mat karo, is ka matlab kiya bhi hai? Khud discover karo, khud</w:t>
      </w:r>
      <w:r>
        <w:br/>
      </w:r>
      <w:r>
        <w:rPr>
          <w:sz w:val="20"/>
        </w:rPr>
        <w:t>1:20:00  discover karo, khud discover karo.</w:t>
      </w:r>
      <w:r>
        <w:br/>
      </w:r>
      <w:r>
        <w:rPr>
          <w:sz w:val="20"/>
        </w:rPr>
        <w:t>1:20:06  Jin logon ne daryaft kiya ke ke solar system ka qanoon kiya hai, zameen ka qanoon kiya hai,</w:t>
      </w:r>
      <w:r>
        <w:br/>
      </w:r>
      <w:r>
        <w:rPr>
          <w:sz w:val="20"/>
        </w:rPr>
        <w:t>1:20:12  woh poochne nahi gaye thay kisi se.</w:t>
      </w:r>
      <w:r>
        <w:br/>
      </w:r>
      <w:r>
        <w:rPr>
          <w:sz w:val="20"/>
        </w:rPr>
        <w:t>1:20:19  Unhon ne apni zindagiyaan laga dein is ki discovery mein, tab daryaft kiya hai unhon ne.</w:t>
      </w:r>
      <w:r>
        <w:br/>
      </w:r>
      <w:r>
        <w:rPr>
          <w:sz w:val="20"/>
        </w:rPr>
        <w:t>1:20:25  To bohat bari hadees hai yeh nauheena ankasar al sawal hum ko mana kiya gaya hai ziyada sawal karne se.</w:t>
      </w:r>
      <w:r>
        <w:br/>
      </w:r>
      <w:r>
        <w:rPr>
          <w:sz w:val="20"/>
        </w:rPr>
        <w:t>1:20:31  Is ka matlab kiya hai? Hum ko hukum diya gaya hai ke ziyada socho, ziyada daryaft karo, ziyada discovery karo.</w:t>
      </w:r>
      <w:r>
        <w:br/>
      </w:r>
      <w:r>
        <w:rPr>
          <w:sz w:val="20"/>
        </w:rPr>
        <w:t>1:20:37  Apne mind ko develop karo taake tum har cheez ko discover karo.</w:t>
      </w:r>
      <w:r>
        <w:br/>
      </w:r>
      <w:r>
        <w:rPr>
          <w:sz w:val="20"/>
        </w:rPr>
        <w:t>1:20:44  Sawal karna kiya hai? Yeh hadees jo hai, is ko mein yani shah kaleed samajhta hoon, yani master</w:t>
      </w:r>
      <w:r>
        <w:br/>
      </w:r>
      <w:r>
        <w:rPr>
          <w:sz w:val="20"/>
        </w:rPr>
        <w:t>1:20:50  key samajhta hoon.</w:t>
      </w:r>
      <w:r>
        <w:br/>
      </w:r>
      <w:r>
        <w:rPr>
          <w:sz w:val="20"/>
        </w:rPr>
        <w:t>1:20:56  yeh jo hadith hai ke nauheena ankasar al sawal yeh sahabi kehte hain ke rasool Allah sal Allahu alaihi</w:t>
      </w:r>
      <w:r>
        <w:br/>
      </w:r>
      <w:r>
        <w:rPr>
          <w:sz w:val="20"/>
        </w:rPr>
        <w:t>1:21:02  wasallam ne hum ko mana kiya hai ke zyada sawal mat karo.</w:t>
      </w:r>
      <w:r>
        <w:br/>
      </w:r>
      <w:r>
        <w:rPr>
          <w:sz w:val="20"/>
        </w:rPr>
        <w:t>1:21:09  is ka matlab kya hai? Zyada socho, zyada discover karo.</w:t>
      </w:r>
      <w:r>
        <w:br/>
      </w:r>
      <w:r>
        <w:rPr>
          <w:sz w:val="20"/>
        </w:rPr>
        <w:t>1:21:15  Self discovery ka process barhao.</w:t>
      </w:r>
      <w:r>
        <w:br/>
      </w:r>
      <w:r>
        <w:rPr>
          <w:sz w:val="20"/>
        </w:rPr>
        <w:t>1:21:21  Yahan tak keh diya aap ne, aziz, kitni bari baat keh di aap ne.</w:t>
      </w:r>
      <w:r>
        <w:br/>
      </w:r>
      <w:r>
        <w:rPr>
          <w:sz w:val="20"/>
        </w:rPr>
        <w:t>1:21:27  Istafti qalb-ak apne aap se fatwa poocho.</w:t>
      </w:r>
      <w:r>
        <w:br/>
      </w:r>
      <w:r>
        <w:rPr>
          <w:sz w:val="20"/>
        </w:rPr>
        <w:t>1:21:34  Log daurte hain mufti ke paas.</w:t>
      </w:r>
      <w:r>
        <w:br/>
      </w:r>
      <w:r>
        <w:rPr>
          <w:sz w:val="20"/>
        </w:rPr>
        <w:t>1:21:40  ke paas aap ne farmaya ke istafti qalb-ak apne dil se fatwa poocho.</w:t>
      </w:r>
      <w:r>
        <w:br/>
      </w:r>
      <w:r>
        <w:rPr>
          <w:sz w:val="20"/>
        </w:rPr>
        <w:t>1:21:46  Yaani apne aap, apne mind ko itna develop karo ke woh khud discover kar sake.</w:t>
      </w:r>
      <w:r>
        <w:br/>
      </w:r>
      <w:r>
        <w:rPr>
          <w:sz w:val="20"/>
        </w:rPr>
        <w:t>1:21:53  Yeh matlab hai is ka.</w:t>
      </w:r>
    </w:p>
    <w:p>
      <w:pPr>
        <w:pStyle w:val="Heading2"/>
      </w:pPr>
      <w:r>
        <w:t>Democracy as age of reason and peace</w:t>
      </w:r>
    </w:p>
    <w:p>
      <w:r>
        <w:rPr>
          <w:color w:val="666666"/>
          <w:sz w:val="18"/>
        </w:rPr>
        <w:t>Society &amp; Dawah · Age of Democracy May 25, 2014 · 2m 15s · at 1:19:34 · https://youtu.be/pyZy1-EhW1Q?t=4774</w:t>
      </w:r>
    </w:p>
    <w:p>
      <w:r>
        <w:rPr>
          <w:i/>
        </w:rPr>
        <w:t>“Is it right to say that the age of democracy is the age of reason, freedom, opportunity and peace? What is your comment?”</w:t>
      </w:r>
    </w:p>
    <w:p>
      <w:r>
        <w:rPr>
          <w:sz w:val="20"/>
        </w:rPr>
        <w:t>1:19:34  maulana, agla sawal Miss Naghma Siddiqui ne kiya hai Delhi se. unhone aapse poocha hai ke "is it right to say that age of democracy is age of reason, freedom, opportunity and peace?" what is your comment?</w:t>
      </w:r>
      <w:r>
        <w:br/>
      </w:r>
      <w:r>
        <w:rPr>
          <w:sz w:val="20"/>
        </w:rPr>
        <w:t>1:19:51  sahi, sahi baat hai, theek baat hai.</w:t>
      </w:r>
      <w:r>
        <w:br/>
      </w:r>
      <w:r>
        <w:rPr>
          <w:sz w:val="20"/>
        </w:rPr>
        <w:t>1:19:57  maulana, agla sawal ajay ne kiya hai dilli se.</w:t>
      </w:r>
      <w:r>
        <w:br/>
      </w:r>
      <w:r>
        <w:rPr>
          <w:sz w:val="20"/>
        </w:rPr>
        <w:t>1:20:01  unhon ne likha hai ke "maulana, az it correct that lack of modern education and negative leadership has been responsible for today muslim mindset?" haan, to maine khud hi keh diya ke negative leadership sari zimmedari hai.</w:t>
      </w:r>
      <w:r>
        <w:br/>
      </w:r>
      <w:r>
        <w:rPr>
          <w:sz w:val="20"/>
        </w:rPr>
        <w:t>1:20:19  maashrat ki kya zimmedari hai? baaz to samajhte nahi baaton ko. maashrat sath baaton ko samajhte nahi.</w:t>
      </w:r>
      <w:r>
        <w:br/>
      </w:r>
      <w:r>
        <w:rPr>
          <w:sz w:val="20"/>
        </w:rPr>
        <w:t>1:20:26  jaise jaise ke aaj hi jo maine bataya aap ko, ek top ke arab ka yeh article hai. ab aap log padhenge to kahenge ke wah bhai, achi baat likhi hai.</w:t>
      </w:r>
      <w:r>
        <w:br/>
      </w:r>
      <w:r>
        <w:rPr>
          <w:sz w:val="20"/>
        </w:rPr>
        <w:t>1:20:35  musa ne jo kiya tha, wahi hamein karna chahiye. yeh to firoun hai, yeh bhi. lekin bilkul galat baat hai, baseless hai. hazrat musa ne kab ladai ki thi firoun se?</w:t>
      </w:r>
      <w:r>
        <w:br/>
      </w:r>
      <w:r>
        <w:rPr>
          <w:sz w:val="20"/>
        </w:rPr>
        <w:t>1:20:45  to maashrat cheezon ko explore nahi kar paati.</w:t>
      </w:r>
      <w:r>
        <w:br/>
      </w:r>
      <w:r>
        <w:rPr>
          <w:sz w:val="20"/>
        </w:rPr>
        <w:t>1:20:50  jo intellectuals hain, jo leaders hain, wo ek unki zimmedari hai ke unko aisi kai logon ko mis lead kar rahe hain.</w:t>
      </w:r>
    </w:p>
    <w:p>
      <w:pPr>
        <w:pStyle w:val="Heading2"/>
      </w:pPr>
      <w:r>
        <w:t>Deterrent power: weapons or ideology?</w:t>
      </w:r>
    </w:p>
    <w:p>
      <w:r>
        <w:rPr>
          <w:color w:val="666666"/>
          <w:sz w:val="18"/>
        </w:rPr>
        <w:t>Society &amp; Dawah · Spiritual Light of The Believers (Itmam-E-Noor ) May 12, 2013 · 3m 02s · at 44:25 · https://youtu.be/SmjmddWA1Jo?t=2665</w:t>
      </w:r>
    </w:p>
    <w:p>
      <w:r>
        <w:rPr>
          <w:i/>
        </w:rPr>
        <w:t>“In this age, what should be called the awe-inspiring power (quwwat-e-marhab): weapons or ideology? Please explain.”</w:t>
      </w:r>
    </w:p>
    <w:p>
      <w:r>
        <w:rPr>
          <w:sz w:val="20"/>
        </w:rPr>
        <w:t>44:25  maulana, yeh sawal Chennai se aaya hai Maulana Iqbal Umri ka. unhon ne aap se poocha hai ke is daur mein quwwat-e-marhab kis ko kahenge?</w:t>
      </w:r>
      <w:r>
        <w:br/>
      </w:r>
      <w:r>
        <w:rPr>
          <w:sz w:val="20"/>
        </w:rPr>
        <w:t>44:37  hathiyar ko ya ideology ko? is ke bare mein bataein. ideology ko? hathiyar ko koi value nahi rahi ab.</w:t>
      </w:r>
      <w:r>
        <w:br/>
      </w:r>
      <w:r>
        <w:rPr>
          <w:sz w:val="20"/>
        </w:rPr>
        <w:t>44:49  hathiyar ki koi value nahi rahi.</w:t>
      </w:r>
      <w:r>
        <w:br/>
      </w:r>
      <w:r>
        <w:rPr>
          <w:sz w:val="20"/>
        </w:rPr>
        <w:t>44:54  aap dekhein, first world war hui, koi koi jeeta is mein? koi jeeta nahi. sirf tabahi hui. second world war hui, tab bhi koi jeeta?</w:t>
      </w:r>
      <w:r>
        <w:br/>
      </w:r>
      <w:r>
        <w:rPr>
          <w:sz w:val="20"/>
        </w:rPr>
        <w:t>45:04  sirf tabahi hui. ab dunya mein jagah jagah masail hain. koi larr kar is ko, yaani apne masail hal kar pa raha hai?</w:t>
      </w:r>
      <w:r>
        <w:br/>
      </w:r>
      <w:r>
        <w:rPr>
          <w:sz w:val="20"/>
        </w:rPr>
        <w:t>45:14  logon ke paas atom bomb hai, lekin woh istemal nahi kar sakte.</w:t>
      </w:r>
      <w:r>
        <w:br/>
      </w:r>
      <w:r>
        <w:rPr>
          <w:sz w:val="20"/>
        </w:rPr>
        <w:t>45:19  bohat se mulkon ke paas atom bomb hain, jangi hawai jahaz hain, kya kya hain, lekin har mulk ke paas masail hain. koi masail hal nahi kar pata is se.</w:t>
      </w:r>
      <w:r>
        <w:br/>
      </w:r>
      <w:r>
        <w:rPr>
          <w:sz w:val="20"/>
        </w:rPr>
        <w:t>45:32  to yeh to, yaani first world war ke baad hi yeh cheez sabit ho gayi thi ke hathiyar se kuch hone wala nahi hai.</w:t>
      </w:r>
      <w:r>
        <w:br/>
      </w:r>
      <w:r>
        <w:rPr>
          <w:sz w:val="20"/>
        </w:rPr>
        <w:t>45:42  hathiyaron ka inbar hai logon ke qaumon ke paas. is ke baad masail ke bhi inbar hain.</w:t>
      </w:r>
      <w:r>
        <w:br/>
      </w:r>
      <w:r>
        <w:rPr>
          <w:sz w:val="20"/>
        </w:rPr>
        <w:t>45:49  to ideology hi taqat hai, kyunke ideology insan ko fateh karti hai. ideology insan ko fateh karti hai.</w:t>
      </w:r>
      <w:r>
        <w:br/>
      </w:r>
      <w:r>
        <w:rPr>
          <w:sz w:val="20"/>
        </w:rPr>
        <w:t>45:59  aur is ka main samajhta hoon ke main aik ka aik reference dena chahoon ga ke jab abbas period ke aakhri doran mein tatariyon ne hamla kiya tha, abbas empire ko tabah kar diya tha,</w:t>
      </w:r>
      <w:r>
        <w:br/>
      </w:r>
      <w:r>
        <w:rPr>
          <w:sz w:val="20"/>
        </w:rPr>
        <w:t>46:14  to us waqt bohat ziyada bura haal tha musalmanon ka. aur yeh kehte thay log ke إذا قيل لك أنت تترى إن ذبحوا فلا تُصدق</w:t>
      </w:r>
      <w:r>
        <w:br/>
      </w:r>
      <w:r>
        <w:rPr>
          <w:sz w:val="20"/>
        </w:rPr>
        <w:t>46:26  ke tatariyon ko shikast dena mumkin nahi hai. lekin wohi tatari jo hai, maftooh ho gaye aur islam ke khadim ban gaye.</w:t>
      </w:r>
      <w:r>
        <w:br/>
      </w:r>
      <w:r>
        <w:rPr>
          <w:sz w:val="20"/>
        </w:rPr>
        <w:t>46:36  kaise? ideology ke zariye se. chunancha hitler ne is waqeye ko zikr karte hue likha hai ke The legend of Muslim have conquered where their arms had failed isi tarah turkiyat ne misr ke bare mein likha hai ke The Egyptians were conquered not by sword but by the Quran</w:t>
      </w:r>
      <w:r>
        <w:br/>
      </w:r>
      <w:r>
        <w:rPr>
          <w:sz w:val="20"/>
        </w:rPr>
        <w:t>46:57  ke misri jo thay, woh talwar se fateh nahi hue, quran se fateh hui. to pehle bhi yeh waqea tha, ab to hathiyaron ke ke dher ke dher lage hue hain aur koi apne masle ko hathiyar se hal nahi kar pa raha hai.</w:t>
      </w:r>
      <w:r>
        <w:br/>
      </w:r>
      <w:r>
        <w:rPr>
          <w:sz w:val="20"/>
        </w:rPr>
        <w:t>47:15  ab to aakhri had tak sabit ho gaya ke jang aur hathiyar bilkul be asar hain aur sari taqat jo hai, ideology ki hai.</w:t>
      </w:r>
    </w:p>
    <w:p>
      <w:pPr>
        <w:pStyle w:val="Heading2"/>
      </w:pPr>
      <w:r>
        <w:t>Developing a mother's well-wishing for non-Muslims</w:t>
      </w:r>
    </w:p>
    <w:p>
      <w:r>
        <w:rPr>
          <w:color w:val="666666"/>
          <w:sz w:val="18"/>
        </w:rPr>
        <w:t>Society &amp; Dawah · Realistic Approach March 30, 2014 Maulana Wahiduddin Khan · 2m 26s · at 49:14 · https://youtu.be/K36UonBsGlA?t=2954</w:t>
      </w:r>
    </w:p>
    <w:p>
      <w:r>
        <w:rPr>
          <w:i/>
        </w:rPr>
        <w:t>“In one of your Sunday sessions you spoke about Da'wah work. You said that a da'i should be a well-wisher like a mother is for her child. In a mother's case it is a blood relation, so how can we develop the same well-wishing towards non-Muslims?”</w:t>
      </w:r>
    </w:p>
    <w:p>
      <w:r>
        <w:rPr>
          <w:sz w:val="20"/>
        </w:rPr>
        <w:t>49:14  maulana, agla sawal yusuf sahib ne kiya hai bhopal se. unhon ne likha hai: "maulana, in one of your sunday sessions you spoke about دعویٰ work</w:t>
      </w:r>
      <w:r>
        <w:br/>
      </w:r>
      <w:r>
        <w:rPr>
          <w:sz w:val="20"/>
        </w:rPr>
        <w:t>49:26  . and you said that داعی should be a well-wisher like a mother is for her child. i want to know that in a mother's case it is a case of blood relation.</w:t>
      </w:r>
      <w:r>
        <w:br/>
      </w:r>
      <w:r>
        <w:rPr>
          <w:sz w:val="20"/>
        </w:rPr>
        <w:t>49:38  so how can we develop the same well-wishing towards non-muslims like a mother</w:t>
      </w:r>
      <w:r>
        <w:br/>
      </w:r>
      <w:r>
        <w:rPr>
          <w:sz w:val="20"/>
        </w:rPr>
        <w:t>49:44  ? please advise us." dekhiye, asal cheez hai incentive. mother ke liye jo incentive hai, us se billion time zyada داعی ke liye incentive hai.</w:t>
      </w:r>
      <w:r>
        <w:br/>
      </w:r>
      <w:r>
        <w:rPr>
          <w:sz w:val="20"/>
        </w:rPr>
        <w:t>49:59  Mother ka Incentive yeh hai ke bachcha bara ho kar ke barhappe mein mera sahara banega. Maa ka jo Incentive hai, woh yeh hai ke jab mein boorhi houngi to yeh mera sahara banega.</w:t>
      </w:r>
      <w:r>
        <w:br/>
      </w:r>
      <w:r>
        <w:rPr>
          <w:sz w:val="20"/>
        </w:rPr>
        <w:t>50:13  Yeh kama kama mujhe khilayega. Lekin daai ka jo Incentive hai, woh to is se billion trillion time ziyada hai. Woh yeh ke jannat milegi. Aap is ko ghatate hain, is ko barhate hain.</w:t>
      </w:r>
      <w:r>
        <w:br/>
      </w:r>
      <w:r>
        <w:rPr>
          <w:sz w:val="20"/>
        </w:rPr>
        <w:t>50:28  Ek hadith hai ke Rasool Allah Sal Allah Alaihi Wasallam ne Hazrat Ali ko bheja kisi muhim par. To farmaya ke agar ek insaan bhi tumhari wajah se sachai ko pa le to woh tumhare liye surkh oonton se ziyada behtar hai.</w:t>
      </w:r>
      <w:r>
        <w:br/>
      </w:r>
      <w:r>
        <w:rPr>
          <w:sz w:val="20"/>
        </w:rPr>
        <w:t>50:47  Qadeem zamane mein surkh oont bohat bari cheez samjhi jati thi. Aaj kaha jayega ke billion trillion dollar se bhi ziyada behtar hai. Logon ne discover nahi kiya dawat ki ahmiyat ko.</w:t>
      </w:r>
      <w:r>
        <w:br/>
      </w:r>
      <w:r>
        <w:rPr>
          <w:sz w:val="20"/>
        </w:rPr>
        <w:t>50:59  Dawat to paradise ka gate hai. Is ki discovery hi nahi kiya. Maa ko kya milna hai bachche se?</w:t>
      </w:r>
      <w:r>
        <w:br/>
      </w:r>
      <w:r>
        <w:rPr>
          <w:sz w:val="20"/>
        </w:rPr>
        <w:t>51:10  Bohat thori si cheez milegi. Kuch kama ke khila dega woh. Lekin daai agar sachi dawat de, aur sachi dawat dawat ke liye well-wishing hona bohat zaroori hai,</w:t>
      </w:r>
      <w:r>
        <w:br/>
      </w:r>
      <w:r>
        <w:rPr>
          <w:sz w:val="20"/>
        </w:rPr>
        <w:t>51:23  To woh to aap ke liye jannat ka darwaza kholne wala hai. Eternal paradise ka darwaza kholne wala. Is se billion trillion se bhi ziyada bari cheez milti hai daai ko apne madu se mohabbat kar ke.</w:t>
      </w:r>
    </w:p>
    <w:p>
      <w:pPr>
        <w:pStyle w:val="Heading2"/>
      </w:pPr>
      <w:r>
        <w:t>Developing interest in Islamic literature for youth</w:t>
      </w:r>
    </w:p>
    <w:p>
      <w:r>
        <w:rPr>
          <w:color w:val="666666"/>
          <w:sz w:val="18"/>
        </w:rPr>
        <w:t>Society &amp; Dawah · The Concept of Help Feb 9, 2020—Maulana Wahiduddin Khan · 4m 16s · at 52:01 · https://youtu.be/WScXmduh1AQ?t=3121</w:t>
      </w:r>
    </w:p>
    <w:p>
      <w:r>
        <w:rPr>
          <w:i/>
        </w:rPr>
        <w:t>“In present era, we see younger generation is less interested towards books, especially Islamic literature. Can we have an advice from you, Maulana? That how can we develop interest in younger generation towards Islamic literature and Holy Quran?”</w:t>
      </w:r>
    </w:p>
    <w:p>
      <w:r>
        <w:rPr>
          <w:sz w:val="20"/>
        </w:rPr>
        <w:t>52:01  maulana kashmir se sheikh ahmed sheikh sahib ne sawal bheja hai. unhon ne likha hai: "in present era we see our young generation is less interested towards books, especially islamic literature.</w:t>
      </w:r>
      <w:r>
        <w:br/>
      </w:r>
      <w:r>
        <w:rPr>
          <w:sz w:val="20"/>
        </w:rPr>
        <w:t>52:17  can we have an advice from you, maulana sahib? that how can we develop interest in our young generation towards islamic literature and holy quran?"</w:t>
      </w:r>
      <w:r>
        <w:br/>
      </w:r>
      <w:r>
        <w:rPr>
          <w:sz w:val="20"/>
        </w:rPr>
        <w:t>52:32  dekhiye, yeh zamana jo hai, yeh hai age of reason. age of reason aur hamare log jo hain, woh fatwa ki zuban jante hain, joshe taqeenon ko jante hain,</w:t>
      </w:r>
      <w:r>
        <w:br/>
      </w:r>
      <w:r>
        <w:rPr>
          <w:sz w:val="20"/>
        </w:rPr>
        <w:t>52:48  fakhr ki zuban jante hain. to sara literature jo tayyar kiya unhon ne, woh rubbish hai. rubbish kyunke reason ki zuban hai hi nahi.</w:t>
      </w:r>
      <w:r>
        <w:br/>
      </w:r>
      <w:r>
        <w:rPr>
          <w:sz w:val="20"/>
        </w:rPr>
        <w:t>53:00  rezn ki zaban mein literature tayyar kiya hi nahi kisi ne. fakhr ki zaban ya kisi qism ki to wo to miss lewt karti hai.</w:t>
      </w:r>
      <w:r>
        <w:br/>
      </w:r>
      <w:r>
        <w:rPr>
          <w:sz w:val="20"/>
        </w:rPr>
        <w:t>53:14  main ne tajruba kiya is ka. main is kitab mere sath shuru kiya rezn ki zaban mein. to aaj sari dunya mein hazaron log hain jo in ko Allah ne hidayat di hai.</w:t>
      </w:r>
      <w:r>
        <w:br/>
      </w:r>
      <w:r>
        <w:rPr>
          <w:sz w:val="20"/>
        </w:rPr>
        <w:t>53:29  aap apne is pas jahan bhi aap hon, dunya ke khatte mein hon, aap survey kijiye. aap dekhiye ke wo kitaben jo likhi gayi thin fakhr ki zaban mein, siyasat ki zaban mein,</w:t>
      </w:r>
      <w:r>
        <w:br/>
      </w:r>
      <w:r>
        <w:rPr>
          <w:sz w:val="20"/>
        </w:rPr>
        <w:t>53:42  is se kuch bhi nahi hua. aur jo kitab likhi gayi hai leader ki zaban mein, is se bohat se logon ko zindagi mili hai. aap apne is pas aap survey karen to aap yeh misalen pa pa pa jayen ge.</w:t>
      </w:r>
      <w:r>
        <w:br/>
      </w:r>
      <w:r>
        <w:rPr>
          <w:sz w:val="20"/>
        </w:rPr>
        <w:t>54:04  maulana, agla comment mumbai se aya hai miss hasna sajid anwar ka. unhon ne likha hai: "maulana voice was so clear and emphatic as if maulana was talking ten years before." miss sahar saleem ne dilli se likha hai: "maulana, today talk gave me answers to so many questions and i got a complete new perspective on help.</w:t>
      </w:r>
      <w:r>
        <w:br/>
      </w:r>
      <w:r>
        <w:rPr>
          <w:sz w:val="20"/>
        </w:rPr>
        <w:t>54:33  today i got the reason my father asking me to leave the comfort zone and develop the personality to face struggle with patience.</w:t>
      </w:r>
      <w:r>
        <w:br/>
      </w:r>
      <w:r>
        <w:rPr>
          <w:sz w:val="20"/>
        </w:rPr>
        <w:t>54:44  help can be a hindrance for discovering potential. the discovery of potential is a journey which empowers and enables a person to solve problems and make more opportunities for themself and realize their potential.</w:t>
      </w:r>
      <w:r>
        <w:br/>
      </w:r>
      <w:r>
        <w:rPr>
          <w:sz w:val="20"/>
        </w:rPr>
        <w:t>55:01  thank you Maulana sahib for helping us."</w:t>
      </w:r>
      <w:r>
        <w:br/>
      </w:r>
      <w:r>
        <w:rPr>
          <w:sz w:val="20"/>
        </w:rPr>
        <w:t>55:06  masha Allah. miss karotlin ne srinagar se likha hai, jo class mein maujood hain: "Maulana, i hope the</w:t>
      </w:r>
      <w:r>
        <w:br/>
      </w:r>
      <w:r>
        <w:rPr>
          <w:sz w:val="20"/>
        </w:rPr>
        <w:t>55:13  parents who are watching program will go for an introspection</w:t>
      </w:r>
      <w:r>
        <w:br/>
      </w:r>
      <w:r>
        <w:rPr>
          <w:sz w:val="20"/>
        </w:rPr>
        <w:t>55:18  and realize their follies in pampering children and try to help them to discover their wisdom and potential</w:t>
      </w:r>
      <w:r>
        <w:br/>
      </w:r>
      <w:r>
        <w:rPr>
          <w:sz w:val="20"/>
        </w:rPr>
        <w:t>55:28  to develop a strong personality."</w:t>
      </w:r>
      <w:r>
        <w:br/>
      </w:r>
      <w:r>
        <w:rPr>
          <w:sz w:val="20"/>
        </w:rPr>
        <w:t>55:33  maa baap jo hai sirf pampering jante hain bas, aur pampering jo hai wo to zeher hai. zeher.</w:t>
      </w:r>
      <w:r>
        <w:br/>
      </w:r>
      <w:r>
        <w:rPr>
          <w:sz w:val="20"/>
        </w:rPr>
        <w:t>55:42  mehtab ahmad sahib ne dhampur se likha hai: "maulana sahib, aap ki baat sahi hai. ek maa ko bhi yeh lalach hota hai ke mera beta bara ho kar meri madad karega.</w:t>
      </w:r>
      <w:r>
        <w:br/>
      </w:r>
      <w:r>
        <w:rPr>
          <w:sz w:val="20"/>
        </w:rPr>
        <w:t>55:55  magar ek dai maa se bhi zyada insan ka khair khwah aur madadgar hota hai. aaj dawah work bhi paise ke bina nahi hota.</w:t>
      </w:r>
      <w:r>
        <w:br/>
      </w:r>
      <w:r>
        <w:rPr>
          <w:sz w:val="20"/>
        </w:rPr>
        <w:t>56:06  jazak allah maulana." maulana, agle do sawal kuch milte julte hain to hum dono ko parhna chahenge.</w:t>
      </w:r>
    </w:p>
    <w:p>
      <w:pPr>
        <w:pStyle w:val="Heading2"/>
      </w:pPr>
      <w:r>
        <w:t>Developing motherly well-wishing for non-Muslims</w:t>
      </w:r>
    </w:p>
    <w:p>
      <w:r>
        <w:rPr>
          <w:color w:val="666666"/>
          <w:sz w:val="18"/>
        </w:rPr>
        <w:t>Society &amp; Dawah · Realistic Approach 30 March, 2014 · 2m 26s · at 49:18 · https://youtu.be/HIFxmWWiEG4?t=2958</w:t>
      </w:r>
    </w:p>
    <w:p>
      <w:r>
        <w:rPr>
          <w:i/>
        </w:rPr>
        <w:t>“In one of your Sunday sessions, you spoke about dawah work, and you said that a dai should be a well-wisher like a mother is for her child. I want to know that in a mother's case, it is a case of blood relation. So how can we develop the same well-wishing towards non-Muslims like a mother? Please advise us.”</w:t>
      </w:r>
    </w:p>
    <w:p>
      <w:r>
        <w:rPr>
          <w:sz w:val="20"/>
        </w:rPr>
        <w:t>49:18  Maulana, agla sawal Yusuf sahib ne kiya hai Bhopal se. unhon ne likha hai: "Maulana, in one of your Sunday sessions, you spoke about da'wah work, and you said that da'ee should be a well-wisher like a mother is for her child.</w:t>
      </w:r>
      <w:r>
        <w:br/>
      </w:r>
      <w:r>
        <w:rPr>
          <w:sz w:val="20"/>
        </w:rPr>
        <w:t>49:36  I want to know that in a mother's case, it is a case of blood relation. so how can we develop the same well-wishing towards non-Muslims like a mother?</w:t>
      </w:r>
      <w:r>
        <w:br/>
      </w:r>
      <w:r>
        <w:rPr>
          <w:sz w:val="20"/>
        </w:rPr>
        <w:t>49:48  Please advise us." dekhiye, asal cheez hai incentive. mother ko ke liye jo incentive hai, us se billion time zyada da'ee ke liye incentive hai.</w:t>
      </w:r>
      <w:r>
        <w:br/>
      </w:r>
      <w:r>
        <w:rPr>
          <w:sz w:val="20"/>
        </w:rPr>
        <w:t>50:03  mother ka incentive yeh hai ke bachcha bada ho kar ke barhapay mein mera sahara banay ga. bach maa ki jo incentive hai, woh yeh hai ke jab mein boorhi ho gi to yeh mera sahara banay ga, yeh kama ke mujhe khilaay ga.</w:t>
      </w:r>
      <w:r>
        <w:br/>
      </w:r>
      <w:r>
        <w:rPr>
          <w:sz w:val="20"/>
        </w:rPr>
        <w:t>50:20  lekin da'ee ka jo incentive hai, woh to us se billion train time zyada hai. wahi ke jannat mile gi. aap is ko is ko ghadte hain, ghatate hain, is ko badhate hain.</w:t>
      </w:r>
      <w:r>
        <w:br/>
      </w:r>
      <w:r>
        <w:rPr>
          <w:sz w:val="20"/>
        </w:rPr>
        <w:t>50:32  ek hadith hai ke is sahib ne Hazrat Ali ko bheja kisi muhim par to farmaya ke agar ek insan bhi tumhari wajah se sachai ko pa le to woh tumhare liye surkh oonton se zyada behtar hai.</w:t>
      </w:r>
      <w:r>
        <w:br/>
      </w:r>
      <w:r>
        <w:rPr>
          <w:sz w:val="20"/>
        </w:rPr>
        <w:t>50:51  qadeem zamane mein surkh oont bahut badi sab cheez samajh dete hain. aaj kaha jaye ga ke billion trillion daal daalne se bhi zyada behtar hai.</w:t>
      </w:r>
      <w:r>
        <w:br/>
      </w:r>
      <w:r>
        <w:rPr>
          <w:sz w:val="20"/>
        </w:rPr>
        <w:t>51:00  logon ne discover nahi kiya da'wah ki ahmiyat ko. da'wah to paradise ka gate hai, is ki discovery hi nahi kiya.</w:t>
      </w:r>
      <w:r>
        <w:br/>
      </w:r>
      <w:r>
        <w:rPr>
          <w:sz w:val="20"/>
        </w:rPr>
        <w:t>51:11  maa ke maa ko kya milna hai bachche se? bahut thori si cheez mile gi, kuch kama khila de ga woh.</w:t>
      </w:r>
      <w:r>
        <w:br/>
      </w:r>
      <w:r>
        <w:rPr>
          <w:sz w:val="20"/>
        </w:rPr>
        <w:t>51:19  lekin da'ee agar sachi da'wah de aur sachi da'wah da'wah ke liye well-wishing hona bahut zaroori hai, to woh to aap ke liye jannat darwaza kholne wala hai, eternal paradise ka darwaza kholne wala.</w:t>
      </w:r>
      <w:r>
        <w:br/>
      </w:r>
      <w:r>
        <w:rPr>
          <w:sz w:val="20"/>
        </w:rPr>
        <w:t>51:32  is se billion train se bhi zyada badi cheez milti hai da'ee ko apne mad'u se mohabbat kar ke.</w:t>
      </w:r>
      <w:r>
        <w:br/>
      </w:r>
      <w:r>
        <w:rPr>
          <w:sz w:val="20"/>
        </w:rPr>
        <w:t>51:45  Maulana, agla sawal kiya hai Pune se Salman sahib ne</w:t>
      </w:r>
    </w:p>
    <w:p>
      <w:pPr>
        <w:pStyle w:val="Heading2"/>
      </w:pPr>
      <w:r>
        <w:t>Difference Between Tajaddud and Tajdeed</w:t>
      </w:r>
    </w:p>
    <w:p>
      <w:r>
        <w:rPr>
          <w:color w:val="666666"/>
          <w:sz w:val="18"/>
        </w:rPr>
        <w:t>Society &amp; Dawah · Revival and Revivalist | June 7, 2015 · 2m 03s · at 55:47 · https://youtu.be/tJqheiPlZ94?t=3347</w:t>
      </w:r>
    </w:p>
    <w:p>
      <w:r>
        <w:rPr>
          <w:i/>
        </w:rPr>
        <w:t>“What is the difference between tajaddud (modernism) and tajdeed (renewal)? Who is called a modernist?”</w:t>
      </w:r>
    </w:p>
    <w:p>
      <w:r>
        <w:rPr>
          <w:sz w:val="20"/>
        </w:rPr>
        <w:t>55:47  maulana, yeh agla sawal aaya hai maulana iqbal umri ka chennai se.</w:t>
      </w:r>
      <w:r>
        <w:br/>
      </w:r>
      <w:r>
        <w:rPr>
          <w:sz w:val="20"/>
        </w:rPr>
        <w:t>55:49  maulana, positive approach rakhna aur insaniyat ki mukammal khair khwahi karna hi asal tajdid hai. aaj wazeh hua. tajaddud aur tajdid mein kya farq hai? tajaddud pasand kis ko kaha jata hai? dekhen, tajdid ka matlab hota hai asal deen ki tajdid. maslan asal deen kya hai? ke namaz ka form baqi rah</w:t>
      </w:r>
      <w:r>
        <w:br/>
      </w:r>
      <w:r>
        <w:rPr>
          <w:sz w:val="20"/>
        </w:rPr>
        <w:t>56:19  e, rooh na baqi rahe. jaise hadith mein aata hai ke la salata liman lam yatasahhash. to log is ko bhool jayein aur samjhein ke masail wali namaz padh lo to namaz ho gayi. aur la salata liman lam bhool jayein woh. to tajdid ka kaam yeh hai ke is ko yaad dilaya jaye. is ko yaad dilaya jaye. aur ta ke log jo hain apne form wali namaz ke sath sath khushu wali namaz is mein izafa</w:t>
      </w:r>
      <w:r>
        <w:br/>
      </w:r>
      <w:r>
        <w:rPr>
          <w:sz w:val="20"/>
        </w:rPr>
        <w:t>56:49  karen.</w:t>
      </w:r>
      <w:r>
        <w:br/>
      </w:r>
      <w:r>
        <w:rPr>
          <w:sz w:val="20"/>
        </w:rPr>
        <w:t>56:52  yeh to hua tajdeed ka kaam.</w:t>
      </w:r>
      <w:r>
        <w:br/>
      </w:r>
      <w:r>
        <w:rPr>
          <w:sz w:val="20"/>
        </w:rPr>
        <w:t>56:55  tajaddud yeh hai ke apne dimagh se nikalna.</w:t>
      </w:r>
      <w:r>
        <w:br/>
      </w:r>
      <w:r>
        <w:rPr>
          <w:sz w:val="20"/>
        </w:rPr>
        <w:t>56:58  misalan kuch log kehte hain qurbani jo hai yeh paise ka ziya hai.</w:t>
      </w:r>
      <w:r>
        <w:br/>
      </w:r>
      <w:r>
        <w:rPr>
          <w:sz w:val="20"/>
        </w:rPr>
        <w:t>57:00  qurbani band karo aur logon ko paisa baant do.</w:t>
      </w:r>
      <w:r>
        <w:br/>
      </w:r>
      <w:r>
        <w:rPr>
          <w:sz w:val="20"/>
        </w:rPr>
        <w:t>57:03  yeh sab tajaddud hai.</w:t>
      </w:r>
      <w:r>
        <w:br/>
      </w:r>
      <w:r>
        <w:rPr>
          <w:sz w:val="20"/>
        </w:rPr>
        <w:t>57:06  kyunke jo deen mein nahin hai us ko aap ne apne dimagh se nikala.</w:t>
      </w:r>
      <w:r>
        <w:br/>
      </w:r>
      <w:r>
        <w:rPr>
          <w:sz w:val="20"/>
        </w:rPr>
        <w:t>57:09  roze ke liye kehte hain ke woh arab mein khane ki cheezen kam hoti thin.</w:t>
      </w:r>
      <w:r>
        <w:br/>
      </w:r>
      <w:r>
        <w:rPr>
          <w:sz w:val="20"/>
        </w:rPr>
        <w:t>57:11  likha diya ke roze rakho.</w:t>
      </w:r>
      <w:r>
        <w:br/>
      </w:r>
      <w:r>
        <w:rPr>
          <w:sz w:val="20"/>
        </w:rPr>
        <w:t>57:14  ab roze ki zaroorat nahin.</w:t>
      </w:r>
      <w:r>
        <w:br/>
      </w:r>
      <w:r>
        <w:rPr>
          <w:sz w:val="20"/>
        </w:rPr>
        <w:t>57:17  yeh sab tajaddud hai.</w:t>
      </w:r>
      <w:r>
        <w:br/>
      </w:r>
      <w:r>
        <w:rPr>
          <w:sz w:val="20"/>
        </w:rPr>
        <w:t>57:19  yani jo cheez deen mein maujood ho apne dimaagh se aap kahein ke nahi yeh nahi hai.</w:t>
      </w:r>
      <w:r>
        <w:br/>
      </w:r>
      <w:r>
        <w:rPr>
          <w:sz w:val="20"/>
        </w:rPr>
        <w:t>57:24  roze ke bare mein yeh kahein ke arab mein khane peene ka kam hota tha to roze rakhte gaye.</w:t>
      </w:r>
      <w:r>
        <w:br/>
      </w:r>
      <w:r>
        <w:rPr>
          <w:sz w:val="20"/>
        </w:rPr>
        <w:t>57:28  ab roze ki zaroorat nahi hai.</w:t>
      </w:r>
      <w:r>
        <w:br/>
      </w:r>
      <w:r>
        <w:rPr>
          <w:sz w:val="20"/>
        </w:rPr>
        <w:t>57:32  yeh tajaddud hai.</w:t>
      </w:r>
      <w:r>
        <w:br/>
      </w:r>
      <w:r>
        <w:rPr>
          <w:sz w:val="20"/>
        </w:rPr>
        <w:t>57:37  lekin agar roze ke form baqi rahe ke isprt khatm ho jaye to usko zinda kar rahe</w:t>
      </w:r>
      <w:r>
        <w:br/>
      </w:r>
      <w:r>
        <w:rPr>
          <w:sz w:val="20"/>
        </w:rPr>
        <w:t>57:41  hain aap to woh tajdeed hai.</w:t>
      </w:r>
      <w:r>
        <w:br/>
      </w:r>
      <w:r>
        <w:rPr>
          <w:sz w:val="20"/>
        </w:rPr>
        <w:t>57:45  yeh yeh dono ka farq</w:t>
      </w:r>
    </w:p>
    <w:p>
      <w:pPr>
        <w:pStyle w:val="Heading2"/>
      </w:pPr>
      <w:r>
        <w:t>Difference between community and secular thinking</w:t>
      </w:r>
    </w:p>
    <w:p>
      <w:r>
        <w:rPr>
          <w:color w:val="666666"/>
          <w:sz w:val="18"/>
        </w:rPr>
        <w:t>Society &amp; Dawah · The Importance of the Quran May 15, 2016 Maulana Wahiduddin Khan · 2m 44s · at 49:14 · https://youtu.be/9a-OOUR_bLg?t=2954</w:t>
      </w:r>
    </w:p>
    <w:p>
      <w:r>
        <w:rPr>
          <w:i/>
        </w:rPr>
        <w:t>“What is the difference between community thinking and secular thinking?”</w:t>
      </w:r>
    </w:p>
    <w:p>
      <w:r>
        <w:rPr>
          <w:sz w:val="20"/>
        </w:rPr>
        <w:t>49:14  maulana, yeh ek comment aaya hai aur sawal bhi hai saath mein jo maulana iqbal umri ne bheja hai chennai se.</w:t>
      </w:r>
      <w:r>
        <w:br/>
      </w:r>
      <w:r>
        <w:rPr>
          <w:sz w:val="20"/>
        </w:rPr>
        <w:t>49:23  un ka comment is tarah hai, unhon ne likha hai ke "positive attitude is the only starting point of muslim ummah." it is only al risala mission which is giving such guidelines.</w:t>
      </w:r>
      <w:r>
        <w:br/>
      </w:r>
      <w:r>
        <w:rPr>
          <w:sz w:val="20"/>
        </w:rPr>
        <w:t>49:39  we are very thankful to god for this. jazak Allah. my question is that what is the difference between community thinking and secular thinking?</w:t>
      </w:r>
      <w:r>
        <w:br/>
      </w:r>
      <w:r>
        <w:rPr>
          <w:sz w:val="20"/>
        </w:rPr>
        <w:t>49:52  please explain the difference. dekhein, dono ek bhi ho sakte hain aur alag alag bhi.</w:t>
      </w:r>
      <w:r>
        <w:br/>
      </w:r>
      <w:r>
        <w:rPr>
          <w:sz w:val="20"/>
        </w:rPr>
        <w:t>50:04  yani secular thinking ka matlab yeh hai ke ke</w:t>
      </w:r>
      <w:r>
        <w:br/>
      </w:r>
      <w:r>
        <w:rPr>
          <w:sz w:val="20"/>
        </w:rPr>
        <w:t>50:12  mazhab ko authentic bana kar sochna ya na ho. secular thinking jo hoti hai, wahi cheez hai.</w:t>
      </w:r>
      <w:r>
        <w:br/>
      </w:r>
      <w:r>
        <w:rPr>
          <w:sz w:val="20"/>
        </w:rPr>
        <w:t>50:21  is ko kehte hain reason thinking. secular thinking anti mazhab thinking nahi hai. secular thinking darasal reason thinking ka work hai.</w:t>
      </w:r>
      <w:r>
        <w:br/>
      </w:r>
      <w:r>
        <w:rPr>
          <w:sz w:val="20"/>
        </w:rPr>
        <w:t>50:32  yani reason ko har cheez se azaad kar ke sochna. aadmi paband na ho kisi mazhabi kitaab ka.</w:t>
      </w:r>
      <w:r>
        <w:br/>
      </w:r>
      <w:r>
        <w:rPr>
          <w:sz w:val="20"/>
        </w:rPr>
        <w:t>50:45  to woh secular thinking darasal naam hai doosre alfaaz mein reason thinking ka. baqi jo communal thinking hai, woh to aap apni company ke faide ke liye ya sochna.</w:t>
      </w:r>
      <w:r>
        <w:br/>
      </w:r>
      <w:r>
        <w:rPr>
          <w:sz w:val="20"/>
        </w:rPr>
        <w:t>50:59  maslan farz kiye is jagah aap ki company aur doosri company mein fasaad ho gaya, ladai ho gayi to aap apni company ko side le kar bolein.</w:t>
      </w:r>
      <w:r>
        <w:br/>
      </w:r>
      <w:r>
        <w:rPr>
          <w:sz w:val="20"/>
        </w:rPr>
        <w:t>51:12  is ka tareeqa aam taur par yeh hota hai ke jo aap ki company mein kiya, us ka zikr hi na karein aur doosri company mein jo retaliate kiya, us ka zikr karein.</w:t>
      </w:r>
      <w:r>
        <w:br/>
      </w:r>
      <w:r>
        <w:rPr>
          <w:sz w:val="20"/>
        </w:rPr>
        <w:t>51:23  yani action ka zikr, reaction. action ka zikr na karna aur reaction ko sab kuch bana bana dena.</w:t>
      </w:r>
      <w:r>
        <w:br/>
      </w:r>
      <w:r>
        <w:rPr>
          <w:sz w:val="20"/>
        </w:rPr>
        <w:t>51:33  to my community right or wrong. is ko aap keh sakte hain ke my community right or wrong. to yeh ta'assub haqeeqat mein yeh ta'assub kaise hai?</w:t>
      </w:r>
      <w:r>
        <w:br/>
      </w:r>
      <w:r>
        <w:rPr>
          <w:sz w:val="20"/>
        </w:rPr>
        <w:t>51:45  yeh secular is ko aap nahi kehte ke yeh secularism kaise hai? haqeeqat mein yeh ta'assub kaise hai?</w:t>
      </w:r>
    </w:p>
    <w:p>
      <w:pPr>
        <w:pStyle w:val="Heading2"/>
      </w:pPr>
      <w:r>
        <w:t>Difference between secular democracy and shura</w:t>
      </w:r>
    </w:p>
    <w:p>
      <w:r>
        <w:rPr>
          <w:color w:val="666666"/>
          <w:sz w:val="18"/>
        </w:rPr>
        <w:t>Society &amp; Dawah · Social Reform | December 22, 2013 | Maulana Wahiduddin Khan · 2m 17s · at 1:19:17 · https://youtu.be/kGP903BvDto?t=4757</w:t>
      </w:r>
    </w:p>
    <w:p>
      <w:r>
        <w:rPr>
          <w:i/>
        </w:rPr>
        <w:t>“What is the difference between secular democracy and shura?”</w:t>
      </w:r>
    </w:p>
    <w:p>
      <w:r>
        <w:rPr>
          <w:sz w:val="20"/>
        </w:rPr>
        <w:t>1:19:17  aur yeh ghair ilmi istadlal hai." Maulana, in ka doosra sawal yeh hai, unhon ne likha hai: "What</w:t>
      </w:r>
      <w:r>
        <w:br/>
      </w:r>
      <w:r>
        <w:rPr>
          <w:sz w:val="20"/>
        </w:rPr>
        <w:t>1:19:25  is the difference between secular democracy and shura?"</w:t>
      </w:r>
      <w:r>
        <w:br/>
      </w:r>
      <w:r>
        <w:rPr>
          <w:sz w:val="20"/>
        </w:rPr>
        <w:t>1:19:33  yeh to main ne arz kar diya aap ne baat cheet mein ke secular democracy jo hai, basically</w:t>
      </w:r>
      <w:r>
        <w:br/>
      </w:r>
      <w:r>
        <w:rPr>
          <w:sz w:val="20"/>
        </w:rPr>
        <w:t>1:19:38  woh woh koi aqeedah nahi hai.</w:t>
      </w:r>
      <w:r>
        <w:br/>
      </w:r>
      <w:r>
        <w:rPr>
          <w:sz w:val="20"/>
        </w:rPr>
        <w:t>1:19:43  is ko lamzahabi jamhooriyat kehna sahi nahi hai.</w:t>
      </w:r>
      <w:r>
        <w:br/>
      </w:r>
      <w:r>
        <w:rPr>
          <w:sz w:val="20"/>
        </w:rPr>
        <w:t>1:19:48  secular democracy sirf ek dhanchay ka naam hai. dhancha.</w:t>
      </w:r>
      <w:r>
        <w:br/>
      </w:r>
      <w:r>
        <w:rPr>
          <w:sz w:val="20"/>
        </w:rPr>
        <w:t>1:19:53  yani logon se election ke zariye se logon ki rai lena aur un ki rai ke mutabiq hukoomat banana.</w:t>
      </w:r>
      <w:r>
        <w:br/>
      </w:r>
      <w:r>
        <w:rPr>
          <w:sz w:val="20"/>
        </w:rPr>
        <w:t>1:19:59  is ka na koi aqeeday se talluq hai na is ka mazhab se talluq hai.</w:t>
      </w:r>
      <w:r>
        <w:br/>
      </w:r>
      <w:r>
        <w:rPr>
          <w:sz w:val="20"/>
        </w:rPr>
        <w:t>1:20:04  to mein apne dhanchay ke aitbar se mein ne dekha, is mein koi burai nahi hai.</w:t>
      </w:r>
      <w:r>
        <w:br/>
      </w:r>
      <w:r>
        <w:rPr>
          <w:sz w:val="20"/>
        </w:rPr>
        <w:t>1:20:10  masla jo hai, yeh hai ke maujooda jo concept hai democracy ka, is mein accountability koi concept nahi hai.</w:t>
      </w:r>
      <w:r>
        <w:br/>
      </w:r>
      <w:r>
        <w:rPr>
          <w:sz w:val="20"/>
        </w:rPr>
        <w:t>1:20:16  yani kisi apne se bartar kisi ke aagay mein accountable houn.</w:t>
      </w:r>
      <w:r>
        <w:br/>
      </w:r>
      <w:r>
        <w:rPr>
          <w:sz w:val="20"/>
        </w:rPr>
        <w:t>1:20:22  is liye yahan par amalan kya hota hai ke democracy anarchy ban jati hai. anarchy.</w:t>
      </w:r>
      <w:r>
        <w:br/>
      </w:r>
      <w:r>
        <w:rPr>
          <w:sz w:val="20"/>
        </w:rPr>
        <w:t>1:20:28  to anarchy ko ke tor ke liye,</w:t>
      </w:r>
      <w:r>
        <w:br/>
      </w:r>
      <w:r>
        <w:rPr>
          <w:sz w:val="20"/>
        </w:rPr>
        <w:t>1:20:34  is ko is ko is par control qā'im karne ke liye zarūrī hai ki vahāñ ek accountability concept maujūd ho. aur vo sirf mazhab se ātā hai. yānī jis kā ek authentic version islām hai. ok, we will end this session now. thank you.</w:t>
      </w:r>
    </w:p>
    <w:p>
      <w:pPr>
        <w:pStyle w:val="Heading2"/>
      </w:pPr>
      <w:r>
        <w:t>Difficulty doing dawah in consumer culture</w:t>
      </w:r>
    </w:p>
    <w:p>
      <w:r>
        <w:rPr>
          <w:color w:val="666666"/>
          <w:sz w:val="18"/>
        </w:rPr>
        <w:t>Society &amp; Dawah · Age Of Consumerism I January 6, 2013 Maulana Wahiduddin Khan · 2m 53s · at 1:06:03 · https://youtu.be/CuRYFl7JuEM?t=3963</w:t>
      </w:r>
    </w:p>
    <w:p>
      <w:r>
        <w:rPr>
          <w:i/>
        </w:rPr>
        <w:t>“Since four days I have been in Delhi. I am very sad to see the Delhiites. They are totally trapped in consumer and entertainment culture. They sleep late and get up late at 12 in the morning. I try to do dawah work, but nobody is ready to listen.”</w:t>
      </w:r>
    </w:p>
    <w:p>
      <w:r>
        <w:rPr>
          <w:sz w:val="20"/>
        </w:rPr>
        <w:t>1:06:03  Maulana, agla sawal Saharanpur se hai, Syed Mohsin Bilal Sahab ka. Unhon ne likha hai: "Since four days, I have been in Delhi.</w:t>
      </w:r>
      <w:r>
        <w:br/>
      </w:r>
      <w:r>
        <w:rPr>
          <w:sz w:val="20"/>
        </w:rPr>
        <w:t>1:06:13  I am very sad to see the Delhiites. They are totally trapped in consumer and entertaining culture.</w:t>
      </w:r>
      <w:r>
        <w:br/>
      </w:r>
      <w:r>
        <w:rPr>
          <w:sz w:val="20"/>
        </w:rPr>
        <w:t>1:06:21  They sleep late and they get up late at 12 in the morning. I try to do dawah work, but nobody is ready to listen.</w:t>
      </w:r>
      <w:r>
        <w:br/>
      </w:r>
      <w:r>
        <w:rPr>
          <w:sz w:val="20"/>
        </w:rPr>
        <w:t>1:06:31  they think they are intelligent. So how how to give message to these kind of intelligent people?</w:t>
      </w:r>
      <w:r>
        <w:br/>
      </w:r>
      <w:r>
        <w:rPr>
          <w:sz w:val="20"/>
        </w:rPr>
        <w:t>1:06:39  dekhiye, aisa hundred percent nahi hai. aap seekher ko talash kijiye, seekher isi mein ek shakhs seekher hoga.</w:t>
      </w:r>
      <w:r>
        <w:br/>
      </w:r>
      <w:r>
        <w:rPr>
          <w:sz w:val="20"/>
        </w:rPr>
        <w:t>1:06:49  misalan mein bata doon aap ko aaj hi ka experience, aaj ka</w:t>
      </w:r>
      <w:r>
        <w:br/>
      </w:r>
      <w:r>
        <w:rPr>
          <w:sz w:val="20"/>
        </w:rPr>
        <w:t>1:06:55  hamare paas ek sahab aaye jo senior professor, woh ab retire ho gaye hain. unke yaani woh eighties ke late eighties mein hain, woh uss waqt</w:t>
      </w:r>
      <w:r>
        <w:br/>
      </w:r>
      <w:r>
        <w:rPr>
          <w:sz w:val="20"/>
        </w:rPr>
        <w:t>1:07:11  to woh khud bhi English mein kitabein likhi hain. unhone to hamare paas aaye, ab taqreeban der tak rahe, woh hamare kai saathi bhi wahan maujood the.</w:t>
      </w:r>
      <w:r>
        <w:br/>
      </w:r>
      <w:r>
        <w:rPr>
          <w:sz w:val="20"/>
        </w:rPr>
        <w:t>1:07:27  to hamare haan kitabein unko di gayeen aur baatein huin. ab aaj hi unka message aaya, aaj hi bahut ajeeb o ghareeb message. aap bataiye kya message hai?</w:t>
      </w:r>
      <w:r>
        <w:br/>
      </w:r>
      <w:r>
        <w:rPr>
          <w:sz w:val="20"/>
        </w:rPr>
        <w:t>1:07:38  ah, well, he gave a call in the morning and he said that i been going through Maulana literature and i must say that its very rich and very comprehensive and daily i am getting you know something out of the literature.</w:t>
      </w:r>
      <w:r>
        <w:br/>
      </w:r>
      <w:r>
        <w:rPr>
          <w:sz w:val="20"/>
        </w:rPr>
        <w:t>1:07:52  in fact, ah, he finished one book yesterday itself and he was saying</w:t>
      </w:r>
      <w:r>
        <w:br/>
      </w:r>
      <w:r>
        <w:rPr>
          <w:sz w:val="20"/>
        </w:rPr>
        <w:t>1:07:57  that i will continue my study and when i reach back home back because he is in this travel, i am going to write a letter to Maulana sahib. and one additional thing he said, what he said that i want to congratulate Maulana sahib because there are lot of youngsters involved in this mission.</w:t>
      </w:r>
      <w:r>
        <w:br/>
      </w:r>
      <w:r>
        <w:rPr>
          <w:sz w:val="20"/>
        </w:rPr>
        <w:t>1:08:13  so he was very happy and very moved by Maulana sahib literature.</w:t>
      </w:r>
      <w:r>
        <w:br/>
      </w:r>
      <w:r>
        <w:rPr>
          <w:sz w:val="20"/>
        </w:rPr>
        <w:t>1:08:19  dekhein, asal baat kya hai? aap bheed ko koi dekhte hain, yaani sab ko le kar koi sochte hain. aap individual ko le kar sochiye, individual isi ko mein seekher keh raha hoon.</w:t>
      </w:r>
      <w:r>
        <w:br/>
      </w:r>
      <w:r>
        <w:rPr>
          <w:sz w:val="20"/>
        </w:rPr>
        <w:t>1:08:31  agar aap bheed ko le kar sochenge to hamesha aap ko mayoosi milegi,</w:t>
      </w:r>
      <w:r>
        <w:br/>
      </w:r>
      <w:r>
        <w:rPr>
          <w:sz w:val="20"/>
        </w:rPr>
        <w:t>1:08:38  frustration. lekin individual to hamesha maujood hote hain, un se kabhi dunya khali nahi hoti. to aap ka target individual hona chahiye, na ke bheed.</w:t>
      </w:r>
      <w:r>
        <w:br/>
      </w:r>
      <w:r>
        <w:rPr>
          <w:sz w:val="20"/>
        </w:rPr>
        <w:t>1:08:50  tab aap aisi baat nahi farmayenge.</w:t>
      </w:r>
    </w:p>
    <w:p>
      <w:pPr>
        <w:pStyle w:val="Heading2"/>
      </w:pPr>
      <w:r>
        <w:t>Disconnect between Maulana and Muslim leaders on enemy concept</w:t>
      </w:r>
    </w:p>
    <w:p>
      <w:r>
        <w:rPr>
          <w:color w:val="666666"/>
          <w:sz w:val="18"/>
        </w:rPr>
        <w:t>Society &amp; Dawah · Formula of Human Life | March 13, 2016 · 4m 20s · at 50:58 · https://youtu.be/Et_ZQTYZzjU?t=3058</w:t>
      </w:r>
    </w:p>
    <w:p>
      <w:r>
        <w:rPr>
          <w:i/>
        </w:rPr>
        <w:t>“You said that there is no enemy and everyone is a friend. But why do Muslim clerics and leaders always talk in terms of friend and enemy? In fact, for them sometimes the whole world is an enemy to Islam. Why is there a disconnect between you and the Muslim leaders?”</w:t>
      </w:r>
    </w:p>
    <w:p>
      <w:r>
        <w:rPr>
          <w:sz w:val="20"/>
        </w:rPr>
        <w:t>50:58  Maulana, agla sawal Bhopal se aya hai Javed sahab ka, aur unhon ne likha hai: "Maulana, you said that there is no enemy and everyone is a friend. But why is it then that Muslim clerics or leaders always talk in terms of friend and enemy? In fact, for them sometimes the whole world is an enemy to Islam. Why is there a disconnect between y</w:t>
      </w:r>
      <w:r>
        <w:br/>
      </w:r>
      <w:r>
        <w:rPr>
          <w:sz w:val="20"/>
        </w:rPr>
        <w:t>51:28  "And the Muslim leaders?" Bhai dekhiye, iska saada jawab yeh hai ki main Quran ke angle</w:t>
      </w:r>
      <w:r>
        <w:br/>
      </w:r>
      <w:r>
        <w:rPr>
          <w:sz w:val="20"/>
        </w:rPr>
        <w:t>51:38  se har cheez ko leta hoon.</w:t>
      </w:r>
      <w:r>
        <w:br/>
      </w:r>
      <w:r>
        <w:rPr>
          <w:sz w:val="20"/>
        </w:rPr>
        <w:t>51:48  meri soch jo hai, wo quran ke angle se hoti hai, community ke angle se nahi hoti.</w:t>
      </w:r>
      <w:r>
        <w:br/>
      </w:r>
      <w:r>
        <w:rPr>
          <w:sz w:val="20"/>
        </w:rPr>
        <w:t>51:58  political angle ya community angle se nahi hoti, quran ke angle se hoti hai.</w:t>
      </w:r>
      <w:r>
        <w:br/>
      </w:r>
      <w:r>
        <w:rPr>
          <w:sz w:val="20"/>
        </w:rPr>
        <w:t>52:06  to quran mein to dekhein, maine aap ayat padhi, aap ke aap ke samne ek ayat padhi</w:t>
      </w:r>
      <w:r>
        <w:br/>
      </w:r>
      <w:r>
        <w:rPr>
          <w:sz w:val="20"/>
        </w:rPr>
        <w:t>52:13  جو چیپٹر 41 کی آیت تھی کہ اگر کوئی تمہیں دکھائی دیتا ہے enemy تو تم اس سے</w:t>
      </w:r>
      <w:r>
        <w:br/>
      </w:r>
      <w:r>
        <w:rPr>
          <w:sz w:val="20"/>
        </w:rPr>
        <w:t>52:21  husna karo, acha sulook karo.</w:t>
      </w:r>
      <w:r>
        <w:br/>
      </w:r>
      <w:r>
        <w:rPr>
          <w:sz w:val="20"/>
        </w:rPr>
        <w:t>52:28  to wo tumhara dost ban jayega.</w:t>
      </w:r>
      <w:r>
        <w:br/>
      </w:r>
      <w:r>
        <w:rPr>
          <w:sz w:val="20"/>
        </w:rPr>
        <w:t>52:36  ye to quran ki ayat hai ke agar hum dekhein, yani apparently hamein dikhai de ke ye ek</w:t>
      </w:r>
      <w:r>
        <w:br/>
      </w:r>
      <w:r>
        <w:rPr>
          <w:sz w:val="20"/>
        </w:rPr>
        <w:t>52:44  enemy hai, potentially yani koi bond enemy nahi hota.</w:t>
      </w:r>
      <w:r>
        <w:br/>
      </w:r>
      <w:r>
        <w:rPr>
          <w:sz w:val="20"/>
        </w:rPr>
        <w:t>52:51  quran mein aisi koi ayat nahin hai ke koi aadmi</w:t>
      </w:r>
      <w:r>
        <w:br/>
      </w:r>
      <w:r>
        <w:rPr>
          <w:sz w:val="20"/>
        </w:rPr>
        <w:t>52:59  bond enemy hota hai, hum us ko enemy ke roop mein dekhne lagte hain.</w:t>
      </w:r>
      <w:r>
        <w:br/>
      </w:r>
      <w:r>
        <w:rPr>
          <w:sz w:val="20"/>
        </w:rPr>
        <w:t>53:06  to theek hai, hum us ke sath yani good behaviour karen.</w:t>
      </w:r>
      <w:r>
        <w:br/>
      </w:r>
      <w:r>
        <w:rPr>
          <w:sz w:val="20"/>
        </w:rPr>
        <w:t>53:14  good behaviour ka matlab kya hai? yani reaction na karna aur positive response dena.</w:t>
      </w:r>
      <w:r>
        <w:br/>
      </w:r>
      <w:r>
        <w:rPr>
          <w:sz w:val="20"/>
        </w:rPr>
        <w:t>53:21  yani you have to avoid</w:t>
      </w:r>
      <w:r>
        <w:br/>
      </w:r>
      <w:r>
        <w:rPr>
          <w:sz w:val="20"/>
        </w:rPr>
        <w:t>53:29  reaction and you have to give positive response.</w:t>
      </w:r>
      <w:r>
        <w:br/>
      </w:r>
      <w:r>
        <w:rPr>
          <w:sz w:val="20"/>
        </w:rPr>
        <w:t>53:33  bas yahi formula hai.</w:t>
      </w:r>
      <w:r>
        <w:br/>
      </w:r>
      <w:r>
        <w:rPr>
          <w:sz w:val="20"/>
        </w:rPr>
        <w:t>53:37  to koi enemy nahin dikhai dega aap ko.</w:t>
      </w:r>
      <w:r>
        <w:br/>
      </w:r>
      <w:r>
        <w:rPr>
          <w:sz w:val="20"/>
        </w:rPr>
        <w:t>53:40  mujhe to koi enemy dikhai nahin tha.</w:t>
      </w:r>
      <w:r>
        <w:br/>
      </w:r>
      <w:r>
        <w:rPr>
          <w:sz w:val="20"/>
        </w:rPr>
        <w:t>53:44  main india mein rehta hoon, main europe mein ghuma hoon, main america gaya hoon, duniya ke aksar countries</w:t>
      </w:r>
      <w:r>
        <w:br/>
      </w:r>
      <w:r>
        <w:rPr>
          <w:sz w:val="20"/>
        </w:rPr>
        <w:t>53:48  mein gaya hoon, mujhe to koi dikhai nahin diya enemy.</w:t>
      </w:r>
      <w:r>
        <w:br/>
      </w:r>
      <w:r>
        <w:rPr>
          <w:sz w:val="20"/>
        </w:rPr>
        <w:t>53:52  koi bhi nahin.</w:t>
      </w:r>
      <w:r>
        <w:br/>
      </w:r>
      <w:r>
        <w:rPr>
          <w:sz w:val="20"/>
        </w:rPr>
        <w:t>53:55  sab mujhe apne dost friend dikhai dete hain kyunke</w:t>
      </w:r>
      <w:r>
        <w:br/>
      </w:r>
      <w:r>
        <w:rPr>
          <w:sz w:val="20"/>
        </w:rPr>
        <w:t>53:59  main dekhta hoon quran ke angle se.</w:t>
      </w:r>
      <w:r>
        <w:br/>
      </w:r>
      <w:r>
        <w:rPr>
          <w:sz w:val="20"/>
        </w:rPr>
        <w:t>54:04  jaise rasool Allah ne kaha tha ke alaihi assalam nafsan yahudi ke liye farmaya aap ne.</w:t>
      </w:r>
      <w:r>
        <w:br/>
      </w:r>
      <w:r>
        <w:rPr>
          <w:sz w:val="20"/>
        </w:rPr>
        <w:t>54:09  jis jo ke jewish community ke bare mein musalman samajhte hain ke woh enemy community hai, us ke</w:t>
      </w:r>
      <w:r>
        <w:br/>
      </w:r>
      <w:r>
        <w:rPr>
          <w:sz w:val="20"/>
        </w:rPr>
        <w:t>54:14  bare mein rasool Allah ne farmaya: "alaihi assalam nafsan".</w:t>
      </w:r>
      <w:r>
        <w:br/>
      </w:r>
      <w:r>
        <w:rPr>
          <w:sz w:val="20"/>
        </w:rPr>
        <w:t>54:19  kya woh insaan nahin? insaan nahin ka matlab hai ke main bhi insaan, woh bhi insaan.</w:t>
      </w:r>
      <w:r>
        <w:br/>
      </w:r>
      <w:r>
        <w:rPr>
          <w:sz w:val="20"/>
        </w:rPr>
        <w:t>54:24  to rasool Allah ne apply kiya</w:t>
      </w:r>
      <w:r>
        <w:br/>
      </w:r>
      <w:r>
        <w:rPr>
          <w:sz w:val="20"/>
        </w:rPr>
        <w:t>54:29  we and we ka formula, we and they ka formula aap ne istemal nahin kiya.</w:t>
      </w:r>
      <w:r>
        <w:br/>
      </w:r>
      <w:r>
        <w:rPr>
          <w:sz w:val="20"/>
        </w:rPr>
        <w:t>54:35  to mera to tareeqa yeh hai ke main quran ke mutabiq aap is par ghor kijiye.</w:t>
      </w:r>
      <w:r>
        <w:br/>
      </w:r>
      <w:r>
        <w:rPr>
          <w:sz w:val="20"/>
        </w:rPr>
        <w:t>54:41  rasool Allah ne jo farmaya tha ek jo ke liye: "alaihi assalam nafsan".</w:t>
      </w:r>
      <w:r>
        <w:br/>
      </w:r>
      <w:r>
        <w:rPr>
          <w:sz w:val="20"/>
        </w:rPr>
        <w:t>54:47  kya woh insaan nahin? is matlab ke aap ne jis formula ke istemal apply kiya yahan, woh yeh</w:t>
      </w:r>
      <w:r>
        <w:br/>
      </w:r>
      <w:r>
        <w:rPr>
          <w:sz w:val="20"/>
        </w:rPr>
        <w:t>54:54  تھا کہ یعنی we and we کا فارمولا۔ آج کل</w:t>
      </w:r>
      <w:r>
        <w:br/>
      </w:r>
      <w:r>
        <w:rPr>
          <w:sz w:val="20"/>
        </w:rPr>
        <w:t>55:00  جو لوگ ہیں، وہ we and they کا فارمولا اپلائی کرتے ہیں۔</w:t>
      </w:r>
      <w:r>
        <w:br/>
      </w:r>
      <w:r>
        <w:rPr>
          <w:sz w:val="20"/>
        </w:rPr>
        <w:t>55:06  yeh to quran ke khilaf hai, sunnat ke khilaf hai.</w:t>
      </w:r>
      <w:r>
        <w:br/>
      </w:r>
      <w:r>
        <w:rPr>
          <w:sz w:val="20"/>
        </w:rPr>
        <w:t>55:12  aap aap ya koi shakhs quran ke angle se sunnat rasool ke angle se dekhega to kahe</w:t>
      </w:r>
    </w:p>
    <w:p>
      <w:pPr>
        <w:pStyle w:val="Heading2"/>
      </w:pPr>
      <w:r>
        <w:t>Discovering one's role in CPS mission</w:t>
      </w:r>
    </w:p>
    <w:p>
      <w:r>
        <w:rPr>
          <w:color w:val="666666"/>
          <w:sz w:val="18"/>
        </w:rPr>
        <w:t>Society &amp; Dawah · Experience of Hyderabad CPS Meet December 1, 2013 · 2m 14s · at 1:13:34 · https://youtu.be/Y8mcxF2Lhyc?t=4414</w:t>
      </w:r>
    </w:p>
    <w:p>
      <w:r>
        <w:rPr>
          <w:i/>
        </w:rPr>
        <w:t>“You have mentioned many times that one should discover his or her role. Please guide us as how we can discover our own roles in the CPS mission.”</w:t>
      </w:r>
    </w:p>
    <w:p>
      <w:r>
        <w:rPr>
          <w:sz w:val="20"/>
        </w:rPr>
        <w:t>1:13:34  Maulana, Roorkee se Sajid Anwar sahib ne sawal bheja</w:t>
      </w:r>
      <w:r>
        <w:br/>
      </w:r>
      <w:r>
        <w:rPr>
          <w:sz w:val="20"/>
        </w:rPr>
        <w:t>1:13:38  hai. unhon ne likha hai: "Maulana, you have mentioned many a time that one should discover his or her role.</w:t>
      </w:r>
      <w:r>
        <w:br/>
      </w:r>
      <w:r>
        <w:rPr>
          <w:sz w:val="20"/>
        </w:rPr>
        <w:t>1:13:47  Please guide us as how we can discover our own roles in the CPS mission." dekhiye, yeh main samajhta hoon ke shayad yeh kisi aur ka mashwara dene ki baat nahi hai,</w:t>
      </w:r>
      <w:r>
        <w:br/>
      </w:r>
      <w:r>
        <w:rPr>
          <w:sz w:val="20"/>
        </w:rPr>
        <w:t>1:14:02  yeh apne aap janne ki baat hai.</w:t>
      </w:r>
      <w:r>
        <w:br/>
      </w:r>
      <w:r>
        <w:rPr>
          <w:sz w:val="20"/>
        </w:rPr>
        <w:t>1:14:07  kyun ke dekhiye, is mein do shartein hain. is ki pehli shart yeh hai ke aap ko deen mission jo aap ka attachment hai, us ko todna pare ga.</w:t>
      </w:r>
      <w:r>
        <w:br/>
      </w:r>
      <w:r>
        <w:rPr>
          <w:sz w:val="20"/>
        </w:rPr>
        <w:t>1:14:21  yeh namumkin hai ke aap ko doosre attachment baqi rakhen aur aap role bhi daryaft kar len.</w:t>
      </w:r>
      <w:r>
        <w:br/>
      </w:r>
      <w:r>
        <w:rPr>
          <w:sz w:val="20"/>
        </w:rPr>
        <w:t>1:14:29  jab tak aap mission ko apna primary cursor nahi banayein ge, tab tak role bhi daryaft nahi kar sakte.</w:t>
      </w:r>
      <w:r>
        <w:br/>
      </w:r>
      <w:r>
        <w:rPr>
          <w:sz w:val="20"/>
        </w:rPr>
        <w:t>1:14:39  to pehli condition yeh hai ke doosri cheezon se, matlab worldly jo doosri cheezein hain, un ko aap secondary banayein, secondary banayein, primary ke darjay mein na rakhen.</w:t>
      </w:r>
      <w:r>
        <w:br/>
      </w:r>
      <w:r>
        <w:rPr>
          <w:sz w:val="20"/>
        </w:rPr>
        <w:t>1:14:55  is ke baad phir sochein ke aap ke halaat, aap ki salahiyat, aap ki jo Allah ne jo aap ko siftien di hain, woh kya hain.</w:t>
      </w:r>
      <w:r>
        <w:br/>
      </w:r>
      <w:r>
        <w:rPr>
          <w:sz w:val="20"/>
        </w:rPr>
        <w:t>1:15:08  yeh do maqasid, yeh do shartein hain, in ko poora karne ke baad aadmi khud jaan leta hai. yaani sab se pehle us ko jitni bhi worldly cheezon se aadmi ko attachment ho jata hai, us ko todna.</w:t>
      </w:r>
      <w:r>
        <w:br/>
      </w:r>
      <w:r>
        <w:rPr>
          <w:sz w:val="20"/>
        </w:rPr>
        <w:t>1:15:23  kyun ke woh rok hai, aadmi ko thinking process chalne nahi deta. is ki wajah se aadmi ka thinking process right direction mein nahi chal sakta.</w:t>
      </w:r>
      <w:r>
        <w:br/>
      </w:r>
      <w:r>
        <w:rPr>
          <w:sz w:val="20"/>
        </w:rPr>
        <w:t>1:15:33  jab yeh kar len ge aap, to aap ka thinking process right direction mein chalega. phir bohat aasani se aap daryaft kar len ge ke hamara role kya hai, bohat aasani se.</w:t>
      </w:r>
    </w:p>
    <w:p>
      <w:pPr>
        <w:pStyle w:val="Heading2"/>
      </w:pPr>
      <w:r>
        <w:t>Dissent in religion versus secular world</w:t>
      </w:r>
    </w:p>
    <w:p>
      <w:r>
        <w:rPr>
          <w:color w:val="666666"/>
          <w:sz w:val="18"/>
        </w:rPr>
        <w:t>Society &amp; Dawah · Creative Thinking February 19, 2017 · 2m 08s · at 51:32 · https://youtu.be/L-x1xNJc__8?t=3092</w:t>
      </w:r>
    </w:p>
    <w:p>
      <w:r>
        <w:rPr>
          <w:i/>
        </w:rPr>
        <w:t>“Maulana, you said dissent is good as it helps in one's intellectual development. This is the reason West did very well and progressed very fast. My question is that dissent works to advantage in the secular world, but what about religious world? Would you say in religion also dissent is beneficial? As today we see that dissent quickly leads to violence and culminates to terrorism. What is your opinion on this?”</w:t>
      </w:r>
    </w:p>
    <w:p>
      <w:r>
        <w:rPr>
          <w:sz w:val="20"/>
        </w:rPr>
        <w:t>51:32  Maulana sahib, agla sawal bheja hai Zubair Iqbal sahib ne Muradabad se, aur unhon ne likha hai:</w:t>
      </w:r>
      <w:r>
        <w:br/>
      </w:r>
      <w:r>
        <w:rPr>
          <w:sz w:val="20"/>
        </w:rPr>
        <w:t>51:40  "Maulana, you said dissent is good as it helps in one's intellectual development.</w:t>
      </w:r>
      <w:r>
        <w:br/>
      </w:r>
      <w:r>
        <w:rPr>
          <w:sz w:val="20"/>
        </w:rPr>
        <w:t>51:49  This is the reason West did very well and progressed very fast. My question is that dissent works to advantage in the secular world, but what about religious world? Would you say in religion also dissent is beneficial? As today we see that dissent quickly leads to violence and culminates to terrorism. What is your opinion on this?</w:t>
      </w:r>
      <w:r>
        <w:br/>
      </w:r>
      <w:r>
        <w:rPr>
          <w:sz w:val="20"/>
        </w:rPr>
        <w:t>52:15  " musalmanon ki kamzori yeh hai ke woh tolerance kho diya, unhon ne tolerance to hai hi nahin.</w:t>
      </w:r>
      <w:r>
        <w:br/>
      </w:r>
      <w:r>
        <w:rPr>
          <w:sz w:val="20"/>
        </w:rPr>
        <w:t>52:21  woh jante hi nahin sachi baatein, woh jante hi nahin ke kisi issue par peaceful discussion karen, yeh</w:t>
      </w:r>
      <w:r>
        <w:br/>
      </w:r>
      <w:r>
        <w:rPr>
          <w:sz w:val="20"/>
        </w:rPr>
        <w:t>52:28  jante hi nahin.</w:t>
      </w:r>
      <w:r>
        <w:br/>
      </w:r>
      <w:r>
        <w:rPr>
          <w:sz w:val="20"/>
        </w:rPr>
        <w:t>52:34  woh debate karna jante hain, violence karna jante hain, ghussa hona jante hain.</w:t>
      </w:r>
      <w:r>
        <w:br/>
      </w:r>
      <w:r>
        <w:rPr>
          <w:sz w:val="20"/>
        </w:rPr>
        <w:t>52:41  koi issue agar paida ho aur us par peaceful discussion karen, aap that leads to intellectual development, yeh</w:t>
      </w:r>
      <w:r>
        <w:br/>
      </w:r>
      <w:r>
        <w:rPr>
          <w:sz w:val="20"/>
        </w:rPr>
        <w:t>52:48  musalman jante nahin.</w:t>
      </w:r>
      <w:r>
        <w:br/>
      </w:r>
      <w:r>
        <w:rPr>
          <w:sz w:val="20"/>
        </w:rPr>
        <w:t>52:54  isi ko batana hai musalmanon ko, yeh batana hai ke jab bhi koi aap ki rai se alag</w:t>
      </w:r>
      <w:r>
        <w:br/>
      </w:r>
      <w:r>
        <w:rPr>
          <w:sz w:val="20"/>
        </w:rPr>
        <w:t>53:01  rai zahir kare to ghussa mat huiye, peaceful andaaz mein us se discuss kijiye to khud aap hi</w:t>
      </w:r>
      <w:r>
        <w:br/>
      </w:r>
      <w:r>
        <w:rPr>
          <w:sz w:val="20"/>
        </w:rPr>
        <w:t>53:07  ko faida hoga, aap ka zehni irtaqa hoga, aap ko neeli ibadat samajh mein aayegi.</w:t>
      </w:r>
      <w:r>
        <w:br/>
      </w:r>
      <w:r>
        <w:rPr>
          <w:sz w:val="20"/>
        </w:rPr>
        <w:t>53:14  yehi baat musalmanon ko batai nahin gayi hai, sach poochhiye to musalmanon ka case unawareness ka case hai.</w:t>
      </w:r>
      <w:r>
        <w:br/>
      </w:r>
      <w:r>
        <w:rPr>
          <w:sz w:val="20"/>
        </w:rPr>
        <w:t>53:21  masjido mein, madarson mein, jalson mein yeh baat batai nahin gayi thi.</w:t>
      </w:r>
      <w:r>
        <w:br/>
      </w:r>
      <w:r>
        <w:rPr>
          <w:sz w:val="20"/>
        </w:rPr>
        <w:t>53:27  to hum chahte hain ke yeh process shuru ho, musalmanon ko bataya jaye, un ki unawareness toda jaye</w:t>
      </w:r>
      <w:r>
        <w:br/>
      </w:r>
      <w:r>
        <w:rPr>
          <w:sz w:val="20"/>
        </w:rPr>
        <w:t>53:34  to sab theek ho jaye ga.</w:t>
      </w:r>
    </w:p>
    <w:p>
      <w:pPr>
        <w:pStyle w:val="Heading2"/>
      </w:pPr>
      <w:r>
        <w:t>Does Da'wah Increase Knowledge?</w:t>
      </w:r>
    </w:p>
    <w:p>
      <w:r>
        <w:rPr>
          <w:color w:val="666666"/>
          <w:sz w:val="18"/>
        </w:rPr>
        <w:t>Society &amp; Dawah · Revival of Islam March 23, 2014 · 2m 31s · at 1:09:23 · https://youtu.be/Wc4Vsc4u1JI?t=4163</w:t>
      </w:r>
    </w:p>
    <w:p>
      <w:r>
        <w:rPr>
          <w:i/>
        </w:rPr>
        <w:t>“Da'wah increases knowledge (ma'rifah). Is this correct?”</w:t>
      </w:r>
    </w:p>
    <w:p>
      <w:r>
        <w:rPr>
          <w:sz w:val="20"/>
        </w:rPr>
        <w:t>1:09:23  Allah aap ko lambi umar aur sehat de." Maulana, agla sawal Delhi se hai. Anas sahib ne kiya hai.</w:t>
      </w:r>
      <w:r>
        <w:br/>
      </w:r>
      <w:r>
        <w:rPr>
          <w:sz w:val="20"/>
        </w:rPr>
        <w:t>1:09:32  unhon ne likha hai: "Dawat se marifat mein izafa hota hai. Maulana, kya yeh sahi hai?"</w:t>
      </w:r>
      <w:r>
        <w:br/>
      </w:r>
      <w:r>
        <w:rPr>
          <w:sz w:val="20"/>
        </w:rPr>
        <w:t>1:09:42  mera kehna sahi hai. bilkul sahi hai. is liye ke dekhiye, dawat kya hai?</w:t>
      </w:r>
      <w:r>
        <w:br/>
      </w:r>
      <w:r>
        <w:rPr>
          <w:sz w:val="20"/>
        </w:rPr>
        <w:t>1:09:51  dawat announcement ka naam nahi hai. sirf distribution ka naam bhi nahi hai. dawat ek culture hai, ek planning hai, ek soch hai.</w:t>
      </w:r>
      <w:r>
        <w:br/>
      </w:r>
      <w:r>
        <w:rPr>
          <w:sz w:val="20"/>
        </w:rPr>
        <w:t>1:10:06  jis tarah se ek businessman jo hai, acha kamyab businessman jo hai, wo puri zindagi ko lagata hai. wo sochta hai, planning karta hai.</w:t>
      </w:r>
      <w:r>
        <w:br/>
      </w:r>
      <w:r>
        <w:rPr>
          <w:sz w:val="20"/>
        </w:rPr>
        <w:t>1:10:16  sare jo aspects iske hain, yani iske negative point, positive point, to phir ek business khara karta hai wo. to sacha dawi jo hai, wo bohat sochega ke meri dawat kis tarah se zyada effective ho.</w:t>
      </w:r>
      <w:r>
        <w:br/>
      </w:r>
      <w:r>
        <w:rPr>
          <w:sz w:val="20"/>
        </w:rPr>
        <w:t>1:10:32  bohat sochega.</w:t>
      </w:r>
      <w:r>
        <w:br/>
      </w:r>
      <w:r>
        <w:rPr>
          <w:sz w:val="20"/>
        </w:rPr>
        <w:t>1:10:34  lekin na sochne ki wajah se kitna bara, yani musalman gunah kar rahe hain ke madu ko dushman declare kiya hua hai. main samajhta hoon ke bohat hi bara gunah hai.</w:t>
      </w:r>
      <w:r>
        <w:br/>
      </w:r>
      <w:r>
        <w:rPr>
          <w:sz w:val="20"/>
        </w:rPr>
        <w:t>1:10:44  ye crime hai ke madu ko dushman declare karna. kyunke socha nahi hai. aql nahi hai. sochne ki salahiyat hi nahi. to dawat ko jab aap planning bana dein to is mein soch aa jati hai.</w:t>
      </w:r>
      <w:r>
        <w:br/>
      </w:r>
      <w:r>
        <w:rPr>
          <w:sz w:val="20"/>
        </w:rPr>
        <w:t>1:11:00  jaise hi aap ye samajh lein ke dawat ek planning ka naam hai, to phir sari soch shamil ho jayegi. ke madu ke mind kya hai?</w:t>
      </w:r>
      <w:r>
        <w:br/>
      </w:r>
      <w:r>
        <w:rPr>
          <w:sz w:val="20"/>
        </w:rPr>
        <w:t>1:11:10  madu ka culture kya hai? madu ke liye talif e qalb kaise ki jaye? madu ke mind ko address kaise kiya jaye? to sochenge, sochenge, sochenge.</w:t>
      </w:r>
      <w:r>
        <w:br/>
      </w:r>
      <w:r>
        <w:rPr>
          <w:sz w:val="20"/>
        </w:rPr>
        <w:t>1:11:21  to is se zahir hai ke intellectual development hoga.</w:t>
      </w:r>
      <w:r>
        <w:br/>
      </w:r>
      <w:r>
        <w:rPr>
          <w:sz w:val="20"/>
        </w:rPr>
        <w:t>1:11:24  to dawat ek bohat zabardast ek ek exercise hai jis mein pura mind involve hota hai. pura pura mind involve hota hai.</w:t>
      </w:r>
      <w:r>
        <w:br/>
      </w:r>
      <w:r>
        <w:rPr>
          <w:sz w:val="20"/>
        </w:rPr>
        <w:t>1:11:36  is se ek intellectual development hota hai, spiritual development hota hai, ek personality banti hai. sab kuch hota hai. to main samajhta hoon ke dawat ek ek complete culture ka naam hai.</w:t>
      </w:r>
      <w:r>
        <w:br/>
      </w:r>
      <w:r>
        <w:rPr>
          <w:sz w:val="20"/>
        </w:rPr>
        <w:t>1:11:50  complete culture ka naam hai.</w:t>
      </w:r>
    </w:p>
    <w:p>
      <w:pPr>
        <w:pStyle w:val="Heading2"/>
      </w:pPr>
      <w:r>
        <w:t>Does Islam allow rebellion for freedom?</w:t>
      </w:r>
    </w:p>
    <w:p>
      <w:r>
        <w:rPr>
          <w:color w:val="666666"/>
          <w:sz w:val="18"/>
        </w:rPr>
        <w:t>Society &amp; Dawah · Man &amp; Paradise Aug 18, 2013 - Maulana Wahiduddin Khan · 2m 30s · at 44:54 · https://youtu.be/yKy1suwbP8o?t=2694</w:t>
      </w:r>
    </w:p>
    <w:p>
      <w:r>
        <w:rPr>
          <w:i/>
        </w:rPr>
        <w:t>“Yesterday I was watching TV channel Al Jazeera. One Egyptian lady who was with the protesters, was being asked by the reporter as to why she was with the protesters. She replied: 'I have a fancy home, I have a fancy car, but I don't enjoy freedom.' My question is: Does Islam allow one to become a rebel to demand freedom?”</w:t>
      </w:r>
    </w:p>
    <w:p>
      <w:r>
        <w:rPr>
          <w:sz w:val="20"/>
        </w:rPr>
        <w:t>44:54  maulana, agla sawal Dilli se hai Dr. Fareeda Khanam ka. unhon ne likha hai: "yesterday i was watching TV channel Aljazeera.</w:t>
      </w:r>
      <w:r>
        <w:br/>
      </w:r>
      <w:r>
        <w:rPr>
          <w:sz w:val="20"/>
        </w:rPr>
        <w:t>45:04  one Egyptian lady who was with the protesters. was being asked by the reporter as to why she was with the protesters.</w:t>
      </w:r>
      <w:r>
        <w:br/>
      </w:r>
      <w:r>
        <w:rPr>
          <w:sz w:val="20"/>
        </w:rPr>
        <w:t>45:13  she replied: 'i have a fancy home, i have a fancy car, but i don't enjoy freedom. my question is: does Islam allow to become a rebel to demand for</w:t>
      </w:r>
      <w:r>
        <w:br/>
      </w:r>
      <w:r>
        <w:rPr>
          <w:sz w:val="20"/>
        </w:rPr>
        <w:t>45:28  freedom?'" bilkul yeh mere nazdeek toh haram hai. haram konsi freedom? kis cheez ko aap freedom kehte hain? kis cheez ko?</w:t>
      </w:r>
      <w:r>
        <w:br/>
      </w:r>
      <w:r>
        <w:rPr>
          <w:sz w:val="20"/>
        </w:rPr>
        <w:t>45:37  yeh yeh jo bol rahi hai, woh woh bhi toh freedom hai. yaani ek hukoomat qaim hai, is mein aap bol rahe hain, yeh yeh bhi toh freedom hai.</w:t>
      </w:r>
      <w:r>
        <w:br/>
      </w:r>
      <w:r>
        <w:rPr>
          <w:sz w:val="20"/>
        </w:rPr>
        <w:t>45:46  mein is ko galat samajhta hoon ke un ko freedom nahi thi. pehle bhi thi aur ab bhi hai.</w:t>
      </w:r>
      <w:r>
        <w:br/>
      </w:r>
      <w:r>
        <w:rPr>
          <w:sz w:val="20"/>
        </w:rPr>
        <w:t>45:55  jis cheez ki freedom, yaani Islam ka tasawwur jo yeh hai ke aap aap Islam mein jo summum bonum hai, freedom nahi hai, woh hai peace.</w:t>
      </w:r>
      <w:r>
        <w:br/>
      </w:r>
      <w:r>
        <w:rPr>
          <w:sz w:val="20"/>
        </w:rPr>
        <w:t>46:10  yeh western concept hai ke woh freedom ko summum bonum maante hain. unlimited freedom Islam ka tasawwur yeh nahi hai.</w:t>
      </w:r>
      <w:r>
        <w:br/>
      </w:r>
      <w:r>
        <w:rPr>
          <w:sz w:val="20"/>
        </w:rPr>
        <w:t>46:19  Islam ki tozeeq agar aap ko mawaqe ko avail karne ka opportunity khuli hui hai, is mein aap ko koi rukawat nahi hai, toh wahi freedom Islam ke nazdeek kaafi hai.</w:t>
      </w:r>
      <w:r>
        <w:br/>
      </w:r>
      <w:r>
        <w:rPr>
          <w:sz w:val="20"/>
        </w:rPr>
        <w:t>46:34  jaise hum India mein dekhiye, hum ko hum India mein daawati kaam kar rahe hain, koi rukawat nahi. hum ko theek yahi mauqa Misr mein pehle bhi tha aur ab bhi tha.</w:t>
      </w:r>
      <w:r>
        <w:br/>
      </w:r>
      <w:r>
        <w:rPr>
          <w:sz w:val="20"/>
        </w:rPr>
        <w:t>46:45  toh konsa freedom woh chahti hai? jo freedom woh chahti hai, woh Islam mein matloob hi nahi hai. toh mein dekh yeh ek bilkul galat baat hai, baseless baat hai ke un ko freedom nahi mili hui.</w:t>
      </w:r>
      <w:r>
        <w:br/>
      </w:r>
      <w:r>
        <w:rPr>
          <w:sz w:val="20"/>
        </w:rPr>
        <w:t>46:59  freedom na hoti toh un ke paas car bhi na hoti, un ke paas ghar bhi na hota, bol bhi nahi sakti thi woh.</w:t>
      </w:r>
      <w:r>
        <w:br/>
      </w:r>
      <w:r>
        <w:rPr>
          <w:sz w:val="20"/>
        </w:rPr>
        <w:t>47:06  mein toh samajhta hoon ke yeh is tarah ki jo baatein yeh log bol rahe hain, yaani ke woh jaante hi nahi ke freedom kya hai aur ghulami kya hai.</w:t>
      </w:r>
      <w:r>
        <w:br/>
      </w:r>
      <w:r>
        <w:rPr>
          <w:sz w:val="20"/>
        </w:rPr>
        <w:t>47:16  bas ek ek josh mein bol rahe hain, bas kuch bekhabari, bekhabar hain har cheez se. woh</w:t>
      </w:r>
    </w:p>
    <w:p>
      <w:pPr>
        <w:pStyle w:val="Heading2"/>
      </w:pPr>
      <w:r>
        <w:t>Does extreme purdah emphasis show lack of dawah awareness?</w:t>
      </w:r>
    </w:p>
    <w:p>
      <w:r>
        <w:rPr>
          <w:color w:val="666666"/>
          <w:sz w:val="18"/>
        </w:rPr>
        <w:t>Society &amp; Dawah · Sahaba and Muhaddithin 24th June 2012 - Maulana Wahiduddin Khan · 2m 13s · at 1:33:26 · https://youtu.be/tUPo7MI0Bdo?t=5606</w:t>
      </w:r>
    </w:p>
    <w:p>
      <w:r>
        <w:rPr>
          <w:i/>
        </w:rPr>
        <w:t>“A Muslim female scholar emphasizes purdah so much that only her eyes are visible. Is not our extreme intensity in a controversial issue a result of our lack of dawah awareness?”</w:t>
      </w:r>
    </w:p>
    <w:p>
      <w:r>
        <w:rPr>
          <w:sz w:val="20"/>
        </w:rPr>
        <w:t>1:33:26  Maulana, agla sawal Karachi Pakistan se hai, Miss Saira Latif ka. unhon ne likha hai: "aik Muslim khatoon scholar, aik Muslim scholar, aik Muslim khatoon scholar hain jo parde par bohat ziyada</w:t>
      </w:r>
      <w:r>
        <w:br/>
      </w:r>
      <w:r>
        <w:rPr>
          <w:sz w:val="20"/>
        </w:rPr>
        <w:t>1:33:44  zor deti hain. yahan tak ke un ke halqay ki alamat ban gayi hai ke un ki sirf aankhen khuli rehti hain.</w:t>
      </w:r>
      <w:r>
        <w:br/>
      </w:r>
      <w:r>
        <w:rPr>
          <w:sz w:val="20"/>
        </w:rPr>
        <w:t>1:33:54  Maulana sahib, kya hamara aik ikhtilafi masla mein itni shiddat karna hamari da'wati shu'oor ki kami ka nateeja nahin hai?" dekhen, da'wat shu'oor ka baat alag hai, lekin yeh</w:t>
      </w:r>
      <w:r>
        <w:br/>
      </w:r>
      <w:r>
        <w:rPr>
          <w:sz w:val="20"/>
        </w:rPr>
        <w:t>1:34:11  masla fiqh ka hai. fiqh mein dekhen, do maslak hain. aik masla hai haq-e-anab ka, aik maslak hai doosre logon ka.</w:t>
      </w:r>
      <w:r>
        <w:br/>
      </w:r>
      <w:r>
        <w:rPr>
          <w:sz w:val="20"/>
        </w:rPr>
        <w:t>1:34:22  doosre fuqaha ne parde ko yahi ahmiyat di hai jis ko waqt aap ne bataya. lekin</w:t>
      </w:r>
      <w:r>
        <w:br/>
      </w:r>
      <w:r>
        <w:rPr>
          <w:sz w:val="20"/>
        </w:rPr>
        <w:t>1:34:31  maslak hanfi jo hai, is mein dekhein, yaani parda to mante hain woh log, lekin teen cheezon ko is se exempt karte hain:</w:t>
      </w:r>
      <w:r>
        <w:br/>
      </w:r>
      <w:r>
        <w:rPr>
          <w:sz w:val="20"/>
        </w:rPr>
        <w:t>1:34:46  wajj o kafain o qadmain, yaani chehra aur yeh haath aur paon.</w:t>
      </w:r>
      <w:r>
        <w:br/>
      </w:r>
      <w:r>
        <w:rPr>
          <w:sz w:val="20"/>
        </w:rPr>
        <w:t>1:34:54  jis ko samajhna ho, us ko to mein do kitabon ka hawala deta hoon, woh parh lein. ek hai Allama Albani ki kitab "hijab hijab al-barah al-muslima" aur doosri jo hai,</w:t>
      </w:r>
      <w:r>
        <w:br/>
      </w:r>
      <w:r>
        <w:rPr>
          <w:sz w:val="20"/>
        </w:rPr>
        <w:t>1:35:08  woh Pakistan ke bohat hi bade maane hue aalim the, Maulana Shabbir Ahmed Usmani. unhon ne Pakistan mein qaraardad maqasid ki qiyadat ki thi.</w:t>
      </w:r>
      <w:r>
        <w:br/>
      </w:r>
      <w:r>
        <w:rPr>
          <w:sz w:val="20"/>
        </w:rPr>
        <w:t>1:35:18  unki tafseer hai, is mein "illa mazahira minha" ke tehat aap parh li jiye. unhon ne yeh</w:t>
      </w:r>
      <w:r>
        <w:br/>
      </w:r>
      <w:r>
        <w:rPr>
          <w:sz w:val="20"/>
        </w:rPr>
        <w:t>1:35:24  baat likhi hai ke anaab ka maslak yeh hai.</w:t>
      </w:r>
      <w:r>
        <w:br/>
      </w:r>
      <w:r>
        <w:rPr>
          <w:sz w:val="20"/>
        </w:rPr>
        <w:t>1:35:30  Maulana, agla ek comment aaya hai, woh Raipur se hai, Miss Shabana ka. unhon ne likha hai ke "today talk was very inspiring.</w:t>
      </w:r>
    </w:p>
    <w:p>
      <w:pPr>
        <w:pStyle w:val="Heading2"/>
      </w:pPr>
      <w:r>
        <w:t>Donating to Ganesh Utsav for goodwill</w:t>
      </w:r>
    </w:p>
    <w:p>
      <w:r>
        <w:rPr>
          <w:color w:val="666666"/>
          <w:sz w:val="18"/>
        </w:rPr>
        <w:t>Society &amp; Dawah · Creative Solution or Ijtihadi Hul 16th Sep '12 SLOW · 2m 16s · at 1:35:32 · https://youtu.be/Ri7r6K65b2Y?t=5732</w:t>
      </w:r>
    </w:p>
    <w:p>
      <w:r>
        <w:rPr>
          <w:i/>
        </w:rPr>
        <w:t>“Social and cultural programs are organized in neighborhoods for Ganesh Utsav. Is it okay to contribute donations with the intention of promoting goodwill, social harmony, and ta'lif qalb?”</w:t>
      </w:r>
    </w:p>
    <w:p>
      <w:r>
        <w:rPr>
          <w:sz w:val="20"/>
        </w:rPr>
        <w:t>1:35:32  maulana, agla sawal rae pur se aya hai idrees sahab ka.</w:t>
      </w:r>
      <w:r>
        <w:br/>
      </w:r>
      <w:r>
        <w:rPr>
          <w:sz w:val="20"/>
        </w:rPr>
        <w:t>1:35:36  انہوں نے لکھا ہے: "First social and cultural programs organized in neighborhoods for Ganesh Utsav.</w:t>
      </w:r>
      <w:r>
        <w:br/>
      </w:r>
      <w:r>
        <w:rPr>
          <w:sz w:val="20"/>
        </w:rPr>
        <w:t>1:35:43  Is it okay to contribute donations with intention of promoting goodwill, social harmony and talif-e-qalb? Kindly</w:t>
      </w:r>
      <w:r>
        <w:br/>
      </w:r>
      <w:r>
        <w:rPr>
          <w:sz w:val="20"/>
        </w:rPr>
        <w:t>1:35:50  advice. "dekhen, is par koi ek, koi is par koi ek general usool nahin bana sakta.</w:t>
      </w:r>
      <w:r>
        <w:br/>
      </w:r>
      <w:r>
        <w:rPr>
          <w:sz w:val="20"/>
        </w:rPr>
        <w:t>1:35:57  it depends upon situation.</w:t>
      </w:r>
      <w:r>
        <w:br/>
      </w:r>
      <w:r>
        <w:rPr>
          <w:sz w:val="20"/>
        </w:rPr>
        <w:t>1:35:59  jahan jahan paish aa rahi hai soorat-e-haal, wahan wahan aap dekhen ke ke aap ke option kis kis</w:t>
      </w:r>
      <w:r>
        <w:br/>
      </w:r>
      <w:r>
        <w:rPr>
          <w:sz w:val="20"/>
        </w:rPr>
        <w:t>1:36:07  do ke beech mein hain.</w:t>
      </w:r>
      <w:r>
        <w:br/>
      </w:r>
      <w:r>
        <w:rPr>
          <w:sz w:val="20"/>
        </w:rPr>
        <w:t>1:36:09  to lesser evil aur greater evil ka aap darmiyan option hota hai.</w:t>
      </w:r>
      <w:r>
        <w:br/>
      </w:r>
      <w:r>
        <w:rPr>
          <w:sz w:val="20"/>
        </w:rPr>
        <w:t>1:36:14  to jo cheez aap ko lesser evil lage, is ka option le lijiye.</w:t>
      </w:r>
      <w:r>
        <w:br/>
      </w:r>
      <w:r>
        <w:rPr>
          <w:sz w:val="20"/>
        </w:rPr>
        <w:t>1:36:20  right aur wrong ke darmiyan option nahin hota hai.</w:t>
      </w:r>
      <w:r>
        <w:br/>
      </w:r>
      <w:r>
        <w:rPr>
          <w:sz w:val="20"/>
        </w:rPr>
        <w:t>1:36:23  lesser evil aur greater evil ke darmiyan option hota hai.</w:t>
      </w:r>
      <w:r>
        <w:br/>
      </w:r>
      <w:r>
        <w:rPr>
          <w:sz w:val="20"/>
        </w:rPr>
        <w:t>1:36:28  to yeh yahan baith kar hum kuch nahin kar sakte.</w:t>
      </w:r>
      <w:r>
        <w:br/>
      </w:r>
      <w:r>
        <w:rPr>
          <w:sz w:val="20"/>
        </w:rPr>
        <w:t>1:36:32  jo aadmi wahan, jo wahan par moqa par maujood hai, woh is wahi faisla kar sakta hai ke</w:t>
      </w:r>
      <w:r>
        <w:br/>
      </w:r>
      <w:r>
        <w:rPr>
          <w:sz w:val="20"/>
        </w:rPr>
        <w:t>1:36:40  kon sa lesser evil hai, kon sa greater evil hai.</w:t>
      </w:r>
      <w:r>
        <w:br/>
      </w:r>
      <w:r>
        <w:rPr>
          <w:sz w:val="20"/>
        </w:rPr>
        <w:t>1:36:44  okay, we will end the session now.</w:t>
      </w:r>
      <w:r>
        <w:br/>
      </w:r>
      <w:r>
        <w:rPr>
          <w:sz w:val="20"/>
        </w:rPr>
        <w:t>1:36:47  thank you.</w:t>
      </w:r>
      <w:r>
        <w:br/>
      </w:r>
      <w:r>
        <w:rPr>
          <w:sz w:val="20"/>
        </w:rPr>
        <w:t>1:36:48  koi sawal? ji sir, ek glass pani, woh thanda pani.</w:t>
      </w:r>
    </w:p>
    <w:p>
      <w:pPr>
        <w:pStyle w:val="Heading2"/>
      </w:pPr>
      <w:r>
        <w:t>Donating to Ganesh Utsav for social harmony</w:t>
      </w:r>
    </w:p>
    <w:p>
      <w:r>
        <w:rPr>
          <w:color w:val="666666"/>
          <w:sz w:val="18"/>
        </w:rPr>
        <w:t>Society &amp; Dawah · Creative Solution or Ijtihadi Hal September 16, 2012 · 2m 24s · at 1:31:34 · https://youtu.be/yBKbiu0d_1A?t=5494</w:t>
      </w:r>
    </w:p>
    <w:p>
      <w:r>
        <w:rPr>
          <w:i/>
        </w:rPr>
        <w:t>“First, social and cultural programs are organized in neighborhoods for Ganesh Utsav. Is it okay to contribute donations with the intention of promoting good will, social harmony, and Ta'lif al-Qulub?”</w:t>
      </w:r>
    </w:p>
    <w:p>
      <w:r>
        <w:rPr>
          <w:sz w:val="20"/>
        </w:rPr>
        <w:t>1:31:34  na koi be adabi hui hai, na kuch hua. yeh sirf rumor thi jis pe itna bara gaon khara ho gaya. aur bilashuba is ka islam se koi talluq nahi. maulana, agla sawal raipur se aya hai idrees sahab ka.</w:t>
      </w:r>
      <w:r>
        <w:br/>
      </w:r>
      <w:r>
        <w:rPr>
          <w:sz w:val="20"/>
        </w:rPr>
        <w:t>1:31:49  unhone likha hai: "first social and cultural programs organized in neighborhoods</w:t>
      </w:r>
      <w:r>
        <w:br/>
      </w:r>
      <w:r>
        <w:rPr>
          <w:sz w:val="20"/>
        </w:rPr>
        <w:t>1:31:55  for ganesh utsav. is it okay to contribute donations with intention of promoting goodwill, social harmony and talif qalb?</w:t>
      </w:r>
      <w:r>
        <w:br/>
      </w:r>
      <w:r>
        <w:rPr>
          <w:sz w:val="20"/>
        </w:rPr>
        <w:t>1:32:05  kindly advice." dekhein, is par koi aik</w:t>
      </w:r>
      <w:r>
        <w:br/>
      </w:r>
      <w:r>
        <w:rPr>
          <w:sz w:val="20"/>
        </w:rPr>
        <w:t>1:32:14  koi aik is par koi aik general usool nahi bana sakta.</w:t>
      </w:r>
      <w:r>
        <w:br/>
      </w:r>
      <w:r>
        <w:rPr>
          <w:sz w:val="20"/>
        </w:rPr>
        <w:t>1:32:20  it depends upon situation. jahan jahan pesh aa rahi hai surat haal, wahan pe aap dekhiye ke ke aap ke option kis kis do ke beech mein hain.</w:t>
      </w:r>
      <w:r>
        <w:br/>
      </w:r>
      <w:r>
        <w:rPr>
          <w:sz w:val="20"/>
        </w:rPr>
        <w:t>1:32:35  to lesser evil aur greater evil ka darmiyan option hota hai. to jo cheez aap ko lesser evil lage, is ka option le lijiye.</w:t>
      </w:r>
      <w:r>
        <w:br/>
      </w:r>
      <w:r>
        <w:rPr>
          <w:sz w:val="20"/>
        </w:rPr>
        <w:t>1:32:48  right aur wrong ke darmiyan option nahi hota hai. lesser evil aur greater evil ke darmiyan option hota hai. to yeh yahan baith kar hum kuch nahi kar sakte.</w:t>
      </w:r>
      <w:r>
        <w:br/>
      </w:r>
      <w:r>
        <w:rPr>
          <w:sz w:val="20"/>
        </w:rPr>
        <w:t>1:32:59  jo aadmi wahan jo wahan par mauqa par maujood hai, woh is wahi faisla kar sakta hai ke kaun sa lesser evil hai, kaun sa greater evil hai.</w:t>
      </w:r>
    </w:p>
    <w:p>
      <w:pPr>
        <w:pStyle w:val="Heading2"/>
      </w:pPr>
      <w:r>
        <w:t>Effectiveness of literature distribution vs personal training</w:t>
      </w:r>
    </w:p>
    <w:p>
      <w:r>
        <w:rPr>
          <w:color w:val="666666"/>
          <w:sz w:val="18"/>
        </w:rPr>
        <w:t>Society &amp; Dawah · Self Correction November 09, 2014 · 4m 27s · at 1:04:45 · https://youtu.be/EgAukdSfGRU?t=3885</w:t>
      </w:r>
    </w:p>
    <w:p>
      <w:r>
        <w:rPr>
          <w:i/>
        </w:rPr>
        <w:t>“What is your view on the observation that literature distributed to madrasas is unused and personal training is more worthwhile?”</w:t>
      </w:r>
    </w:p>
    <w:p>
      <w:r>
        <w:rPr>
          <w:sz w:val="20"/>
        </w:rPr>
        <w:t>1:04:45  molana, agla sawal kya hai doctor wasiq ur rehman sahib ne dilli se, aur unhon ne likha hai ke "I have found literature distributed to mollems in madrasas are lying in shelves without ever being touched by students and teachers.</w:t>
      </w:r>
      <w:r>
        <w:br/>
      </w:r>
      <w:r>
        <w:rPr>
          <w:sz w:val="20"/>
        </w:rPr>
        <w:t>1:05:05  I feel personal training is more worthwhile rather than just distributing the literature." molana, "What is your view on this</w:t>
      </w:r>
      <w:r>
        <w:br/>
      </w:r>
      <w:r>
        <w:rPr>
          <w:sz w:val="20"/>
        </w:rPr>
        <w:t>1:05:14  ?" kya mein samjha nahin? kya kar rahe hain ke molana jo literature distribute karte hain, unhon ne khaas kar jo madrasas mein jo mollems hain, wahan woh paya ke aksar woh shelf mein rakh dete hain aur us ko koi bhi hath nahin lagata aur na hi woh parha jata hai.</w:t>
      </w:r>
      <w:r>
        <w:br/>
      </w:r>
      <w:r>
        <w:rPr>
          <w:sz w:val="20"/>
        </w:rPr>
        <w:t>1:05:32  to woh yeh keh rahe hain ke distribution ki bajaye jo personal training wala jo method hai, woh zyada fruitful ya result oriented hai.</w:t>
      </w:r>
      <w:r>
        <w:br/>
      </w:r>
      <w:r>
        <w:rPr>
          <w:sz w:val="20"/>
        </w:rPr>
        <w:t>1:05:40  nahin, woh literature parhana bohat zaroori hai.</w:t>
      </w:r>
      <w:r>
        <w:br/>
      </w:r>
      <w:r>
        <w:rPr>
          <w:sz w:val="20"/>
        </w:rPr>
        <w:t>1:05:44  is ke siwa aur jo chahe kijiye.</w:t>
      </w:r>
      <w:r>
        <w:br/>
      </w:r>
      <w:r>
        <w:rPr>
          <w:sz w:val="20"/>
        </w:rPr>
        <w:t>1:05:49  literature parhana bohat hi zaroori hai. dekhiye, aap ghalati kya kar rahe hain? result ko mass ke level par jaanch rahe hain. mass ke level par kabhi bhi na jaanchiye.</w:t>
      </w:r>
      <w:r>
        <w:br/>
      </w:r>
      <w:r>
        <w:rPr>
          <w:sz w:val="20"/>
        </w:rPr>
        <w:t>1:06:01  individual ke level par jaanchiye. yeh bohat bari ghalati hai. mass ke level par dekha jaye to kabhi bhi peghambaron ke zamane mein mass ke level par result nahin nikla.</w:t>
      </w:r>
      <w:r>
        <w:br/>
      </w:r>
      <w:r>
        <w:rPr>
          <w:sz w:val="20"/>
        </w:rPr>
        <w:t>1:06:13  kisi peghambar ke zamane mein dekhiye, aap mass ke level par result nahin nikalta. individual level par nikalta hai. to distribute aap karenge, to distribute karenge to yeh thori ke sare log badal jayenge.</w:t>
      </w:r>
      <w:r>
        <w:br/>
      </w:r>
      <w:r>
        <w:rPr>
          <w:sz w:val="20"/>
        </w:rPr>
        <w:t>1:06:27  aap aur doosra jo tareeqa aap bata rahe hain, woh bhi kar ke dekh lijiye. is mein bhi aisa nahin hoga ke mass ke level par log badal jayenge.</w:t>
      </w:r>
      <w:r>
        <w:br/>
      </w:r>
      <w:r>
        <w:rPr>
          <w:sz w:val="20"/>
        </w:rPr>
        <w:t>1:06:39  yeh to kuch seeker hote hain, kuch sincere log hote hain, kuch chahte hain janna. woh jab parhte hain to woh achaanak badra ho jata hai.</w:t>
      </w:r>
      <w:r>
        <w:br/>
      </w:r>
      <w:r>
        <w:rPr>
          <w:sz w:val="20"/>
        </w:rPr>
        <w:t>1:06:50  jaise dekhiye, ek ek martaba yahan kashmir baithi hui thi, agar aap ko yaad ho. to ek aadmi aya tha, us ne yahin par bataya tha qissa, us ne apna ke woh milton tha.</w:t>
      </w:r>
      <w:r>
        <w:br/>
      </w:r>
      <w:r>
        <w:rPr>
          <w:sz w:val="20"/>
        </w:rPr>
        <w:t>1:07:03  woh</w:t>
      </w:r>
      <w:r>
        <w:br/>
      </w:r>
      <w:r>
        <w:rPr>
          <w:sz w:val="20"/>
        </w:rPr>
        <w:t>1:07:06  phir ek bar nikla, woh ek maqam par kahin to doosre ne dekha ke kuch phaare hue parze pade hue hain. koi cheez thi chhipi hui, woh phaad kar phenk diya kisi ne.</w:t>
      </w:r>
      <w:r>
        <w:br/>
      </w:r>
      <w:r>
        <w:rPr>
          <w:sz w:val="20"/>
        </w:rPr>
        <w:t>1:07:18  us ko uthaya, us ne tukre tukre kar diya. to us ne us ko utha kar le gaya aur sab tukre jod jod kar chipcha chipka kar ke us ka page banaya.</w:t>
      </w:r>
      <w:r>
        <w:br/>
      </w:r>
      <w:r>
        <w:rPr>
          <w:sz w:val="20"/>
        </w:rPr>
        <w:t>1:07:29  us tukre ko page bana ke parha. us ko</w:t>
      </w:r>
      <w:r>
        <w:br/>
      </w:r>
      <w:r>
        <w:rPr>
          <w:sz w:val="20"/>
        </w:rPr>
        <w:t>1:07:32  to parha to us waqt hi to ek naya message is ka tar hai. woh hamari kitab ka ek tukra tha. woh kisi ghusse mein phaad diya tha kisi ne. ab ghor kijiye, ek aadmi ne ghusse mein phaara aur doosre aadmi ne us ko chipka kar parha aur yahan aya.</w:t>
      </w:r>
      <w:r>
        <w:br/>
      </w:r>
      <w:r>
        <w:rPr>
          <w:sz w:val="20"/>
        </w:rPr>
        <w:t>1:07:47  woh kaha ke maine toba kar li miltonsi se. to kabhi bhi result ko mass level par mat jaanchiye.</w:t>
      </w:r>
      <w:r>
        <w:br/>
      </w:r>
      <w:r>
        <w:rPr>
          <w:sz w:val="20"/>
        </w:rPr>
        <w:t>1:07:58  individual level par jaanchiye.</w:t>
      </w:r>
      <w:r>
        <w:br/>
      </w:r>
      <w:r>
        <w:rPr>
          <w:sz w:val="20"/>
        </w:rPr>
        <w:t>1:08:01  yeh ghalati kabhi mat kijiye. woh ne peghambaron ka kaam bhi aap ko laga ke kuch bhi nahin hua.</w:t>
      </w:r>
      <w:r>
        <w:br/>
      </w:r>
      <w:r>
        <w:rPr>
          <w:sz w:val="20"/>
        </w:rPr>
        <w:t>1:08:10  ek sahib mere paas ek bar to aaye, woh kai idare chala rahe the, kai school college. to bohat maishati ki baat ki unhon ne ke hum ne socha tha ke is se islaah hogi aur koi islaah nahin hui.</w:t>
      </w:r>
      <w:r>
        <w:br/>
      </w:r>
      <w:r>
        <w:rPr>
          <w:sz w:val="20"/>
        </w:rPr>
        <w:t>1:08:25  hum ko to bohat maishati ho rahi hai.</w:t>
      </w:r>
      <w:r>
        <w:br/>
      </w:r>
      <w:r>
        <w:rPr>
          <w:sz w:val="20"/>
        </w:rPr>
        <w:t>1:08:27  to yahi baat maine un se kahi, aap islaah ko mass level par chahte hain dekhna, aap individual level par dekhiye.</w:t>
      </w:r>
      <w:r>
        <w:br/>
      </w:r>
      <w:r>
        <w:rPr>
          <w:sz w:val="20"/>
        </w:rPr>
        <w:t>1:08:37  to kuch dair chup ho gaye, woh phir soch. unhon ne kaha ke waqai mujhe dikhai dene laga falan shakhs, falan shakhs, falan shakhs is mein.</w:t>
      </w:r>
      <w:r>
        <w:br/>
      </w:r>
      <w:r>
        <w:rPr>
          <w:sz w:val="20"/>
        </w:rPr>
        <w:t>1:08:45  to bohat yani islaah hui, nateeja nikla. to jab bhi aap mass level par dekhenge to har kaam aap ko bekar lage ga.</w:t>
      </w:r>
      <w:r>
        <w:br/>
      </w:r>
      <w:r>
        <w:rPr>
          <w:sz w:val="20"/>
        </w:rPr>
        <w:t>1:08:57  hata ke peghambar ka kaam bhi, naoozubillah. lekin jab individual level par ja chuke to har kaam acha lage ga aap ko. yeh ghalti kabhi mat kijiye.</w:t>
      </w:r>
    </w:p>
    <w:p>
      <w:pPr>
        <w:pStyle w:val="Heading2"/>
      </w:pPr>
      <w:r>
        <w:t>Elaborate on comment about political regime</w:t>
      </w:r>
    </w:p>
    <w:p>
      <w:r>
        <w:rPr>
          <w:color w:val="666666"/>
          <w:sz w:val="18"/>
        </w:rPr>
        <w:t>Society &amp; Dawah · Quran A Miracle June 01, 2014 · 2m 34s · at 50:45 · https://youtu.be/8KM3lDsj4PY?t=3045</w:t>
      </w:r>
    </w:p>
    <w:p>
      <w:r>
        <w:rPr>
          <w:i/>
        </w:rPr>
        <w:t>“In an interview to a news channel yesterday you spoke about the current political regime. Can you please elaborate on what you had said?”</w:t>
      </w:r>
    </w:p>
    <w:p>
      <w:r>
        <w:rPr>
          <w:sz w:val="20"/>
        </w:rPr>
        <w:t>50:45  maulana agla sawal delhi se kiya hai miss tooti malhotra ne unhon ne likha hai ke maulana in an interview to a news channel yesterday you spoke about the current political regime can you please elaborate on what you had said</w:t>
      </w:r>
      <w:r>
        <w:br/>
      </w:r>
      <w:r>
        <w:rPr>
          <w:sz w:val="20"/>
        </w:rPr>
        <w:t>51:10  mein ne is mein dekhiye yeh kaha tha ke it is system that prevails</w:t>
      </w:r>
      <w:r>
        <w:br/>
      </w:r>
      <w:r>
        <w:rPr>
          <w:sz w:val="20"/>
        </w:rPr>
        <w:t>51:20  it is system that prevails and not the individuals to india mein ke countries mein mein ne kaha tha ke india mein sau baras ke halaat ke nateejay mein ek system develop hua hai.</w:t>
      </w:r>
      <w:r>
        <w:br/>
      </w:r>
      <w:r>
        <w:rPr>
          <w:sz w:val="20"/>
        </w:rPr>
        <w:t>51:34  kuch tradition develop hui hain. Aaj se nahi chal raha yeh. Abhi mein radio par sun raha tha raja mohan rai ka qissa aa raha tha ke raja mohan rai ne bohat zabardast mehnat ki mehnat kar ke ek india mein ek ek naya daur lane ke liye.</w:t>
      </w:r>
      <w:r>
        <w:br/>
      </w:r>
      <w:r>
        <w:rPr>
          <w:sz w:val="20"/>
        </w:rPr>
        <w:t>51:52  to raja ram mohan rai aur tagore swami vivekananda aur aurobindo mahatma gandhi raj gopal achari yani ek pyara sa bohat ek silsila hai.</w:t>
      </w:r>
      <w:r>
        <w:br/>
      </w:r>
      <w:r>
        <w:rPr>
          <w:sz w:val="20"/>
        </w:rPr>
        <w:t>52:08  to un logon ke koshishon ke nateejay mein india mein ek system develop hua hai. Hum is ka part hain. Constitution isi ka part hai. Model government isi ka part hai.</w:t>
      </w:r>
      <w:r>
        <w:br/>
      </w:r>
      <w:r>
        <w:rPr>
          <w:sz w:val="20"/>
        </w:rPr>
        <w:t>52:19  democracy isi ka part hai. To yeh yeh system work karega. Koi ek aadmi koi individual aa kar seat par baith jaye chand saal ke liye to woh us waqt ultimate dalega aisa nahi hota dunya mein.</w:t>
      </w:r>
      <w:r>
        <w:br/>
      </w:r>
      <w:r>
        <w:rPr>
          <w:sz w:val="20"/>
        </w:rPr>
        <w:t>52:34  aisa nahi hota. To hamein dekhna chahiye ke india jo hai is ka kuch history jo hai history ke jo ek ek history hai is is history ke tehat india mein kya system bana hai.</w:t>
      </w:r>
      <w:r>
        <w:br/>
      </w:r>
      <w:r>
        <w:rPr>
          <w:sz w:val="20"/>
        </w:rPr>
        <w:t>52:50  kya india bana hai. Woh prevail karega. Ek aadmi nahi jo char saal panch saal ki aa kar seat par baith jaye.</w:t>
      </w:r>
      <w:r>
        <w:br/>
      </w:r>
      <w:r>
        <w:rPr>
          <w:sz w:val="20"/>
        </w:rPr>
        <w:t>52:58  isi ko mein ne kaha tha it is system that prevails and not an individual aur yeh bilkul ek ek bilkul yani ek fact hai is mein koi shakk ki baat nahi.</w:t>
      </w:r>
    </w:p>
    <w:p>
      <w:pPr>
        <w:pStyle w:val="Heading2"/>
      </w:pPr>
      <w:r>
        <w:t>Elaboration on dawah explosion in Kashmir</w:t>
      </w:r>
    </w:p>
    <w:p>
      <w:r>
        <w:rPr>
          <w:color w:val="666666"/>
          <w:sz w:val="18"/>
        </w:rPr>
        <w:t>Society &amp; Dawah · The Secret of Divine Wisdom September 2, 2012 · 4m 49s · at 1:19:15 · https://youtu.be/ZXQlrW7PqAE?t=4755</w:t>
      </w:r>
    </w:p>
    <w:p>
      <w:r>
        <w:rPr>
          <w:i/>
        </w:rPr>
        <w:t>“Maulana, on your latest book 'Dawn Over Kashmir', you are very hopeful about the dawah explosion in Kashmir. I request you to kindly elaborate on that.”</w:t>
      </w:r>
    </w:p>
    <w:p>
      <w:r>
        <w:rPr>
          <w:sz w:val="20"/>
        </w:rPr>
        <w:t>1:19:15  maulana syed abid hussain sahib jinhon ne jo barwan se hain unhon ne sawal likha hai maulana sahib as per your latest book dawn over kashmir you are very hopeful about the da'wah explosion in kashmir i request you to kindly elaborate on that</w:t>
      </w:r>
      <w:r>
        <w:br/>
      </w:r>
      <w:r>
        <w:rPr>
          <w:sz w:val="20"/>
        </w:rPr>
        <w:t>1:19:34  dekhiye yeh bohat hi simple logic hai</w:t>
      </w:r>
      <w:r>
        <w:br/>
      </w:r>
      <w:r>
        <w:rPr>
          <w:sz w:val="20"/>
        </w:rPr>
        <w:t>1:19:41  yani jab bhi insan</w:t>
      </w:r>
      <w:r>
        <w:br/>
      </w:r>
      <w:r>
        <w:rPr>
          <w:sz w:val="20"/>
        </w:rPr>
        <w:t>1:19:46  ke sath yeh experience pesh aaye ke woh</w:t>
      </w:r>
      <w:r>
        <w:br/>
      </w:r>
      <w:r>
        <w:rPr>
          <w:sz w:val="20"/>
        </w:rPr>
        <w:t>1:19:54  violent activism chalaye aur nateeje mein kaha tabahi mile</w:t>
      </w:r>
      <w:r>
        <w:br/>
      </w:r>
      <w:r>
        <w:rPr>
          <w:sz w:val="20"/>
        </w:rPr>
        <w:t>1:20:00  to kya aata hai second thought revision reassessment aur phir woh u turn leta hai</w:t>
      </w:r>
      <w:r>
        <w:br/>
      </w:r>
      <w:r>
        <w:rPr>
          <w:sz w:val="20"/>
        </w:rPr>
        <w:t>1:20:10  iski misaal hai japan second world war se pehle japan mein bohat zabardast tashaddud culture tha yani tareekh mein pehli baar japaniyon ne nikala tha yeh suicide bombing jis ko harakiri kehte thay woh</w:t>
      </w:r>
      <w:r>
        <w:br/>
      </w:r>
      <w:r>
        <w:rPr>
          <w:sz w:val="20"/>
        </w:rPr>
        <w:t>1:20:30  lekin jab</w:t>
      </w:r>
      <w:r>
        <w:br/>
      </w:r>
      <w:r>
        <w:rPr>
          <w:sz w:val="20"/>
        </w:rPr>
        <w:t>1:20:34  second world war mein unki haar ho gayi mukammal shikast ho gayi unke sheher tabah ho gaye to unka second thought aaya unke andar</w:t>
      </w:r>
      <w:r>
        <w:br/>
      </w:r>
      <w:r>
        <w:rPr>
          <w:sz w:val="20"/>
        </w:rPr>
        <w:t>1:20:44  to phir u turn liya unhon ne aur hirohito jo badshah tha us ne taqreer ki thi ke we have to suffer the unsufferable</w:t>
      </w:r>
      <w:r>
        <w:br/>
      </w:r>
      <w:r>
        <w:rPr>
          <w:sz w:val="20"/>
        </w:rPr>
        <w:t>1:20:59  to take a new decision yani hamein ek na qabil bardasht ko bardasht karna hai taake aap kahein ke na decision lein yani bajaye violence ke peace ka rasta ikhtiyar karein</w:t>
      </w:r>
      <w:r>
        <w:br/>
      </w:r>
      <w:r>
        <w:rPr>
          <w:sz w:val="20"/>
        </w:rPr>
        <w:t>1:21:13  to main kashmiyon ke bare mein yahi rai rakhta hoon ke woh bal insan hain pathar nahi hain to unhon ne kashmir mein jihad ke naam par violence chalaya aur woh mukammal tor par nakaam hua kyunke dekhiye ek lakh kashmiri mare gaye ek lakh</w:t>
      </w:r>
      <w:r>
        <w:br/>
      </w:r>
      <w:r>
        <w:rPr>
          <w:sz w:val="20"/>
        </w:rPr>
        <w:t>1:21:41  Pakistan ne Kashmir ke liye</w:t>
      </w:r>
      <w:r>
        <w:br/>
      </w:r>
      <w:r>
        <w:rPr>
          <w:sz w:val="20"/>
        </w:rPr>
        <w:t>1:21:44  char ladaiyan ladeen</w:t>
      </w:r>
      <w:r>
        <w:br/>
      </w:r>
      <w:r>
        <w:rPr>
          <w:sz w:val="20"/>
        </w:rPr>
        <w:t>1:21:46  aur khud Pakistani government ne keh diya ke ab ab hum ladai nahi lad sakte kyun ke char ladaiyon</w:t>
      </w:r>
      <w:r>
        <w:br/>
      </w:r>
      <w:r>
        <w:rPr>
          <w:sz w:val="20"/>
        </w:rPr>
        <w:t>1:21:53  mein hum Kashmir ko hasil nahi kar sake</w:t>
      </w:r>
      <w:r>
        <w:br/>
      </w:r>
      <w:r>
        <w:rPr>
          <w:sz w:val="20"/>
        </w:rPr>
        <w:t>1:21:57  to Pakistan failed state ban gaya aap bataiye ke ek regular army Pakistan ki hesiyat ek regular regular</w:t>
      </w:r>
      <w:r>
        <w:br/>
      </w:r>
      <w:r>
        <w:rPr>
          <w:sz w:val="20"/>
        </w:rPr>
        <w:t>1:22:05  army ki hai woh char ladai lad kar ke Kashmir ko qabza nahi kar saka</w:t>
      </w:r>
      <w:r>
        <w:br/>
      </w:r>
      <w:r>
        <w:rPr>
          <w:sz w:val="20"/>
        </w:rPr>
        <w:t>1:22:11  khud kashmiri yeh lad lad ke ek lakh apne naujawanon ko marwa dala phir bhi kashmir mein unka jo tashaddud culture kamyab nahi hua to kya kashmiri jo hai koi pathar hain woh koi sochega nahi woh ent pathar hain woh zaroor hai ke kashmiyon ke andar second thought aaye zaroor hai ke kashmiyon ke andar nai soch jaage jis tarah japaniyon mein jaagi thi</w:t>
      </w:r>
      <w:r>
        <w:br/>
      </w:r>
      <w:r>
        <w:rPr>
          <w:sz w:val="20"/>
        </w:rPr>
        <w:t>1:22:41  yahan meri umeed hai ke itne sare jo yani kashmiyon ka jo so called jihad jo tha jab woh counter productive ban gaya to ab zahir hai ke woh pathar nahi hain woh sochenge woh aur soch rahe hain</w:t>
      </w:r>
      <w:r>
        <w:br/>
      </w:r>
      <w:r>
        <w:rPr>
          <w:sz w:val="20"/>
        </w:rPr>
        <w:t>1:22:59  to yahan yahan hai meri umeed ke woh u turn lenge aur tashaddud ke bajaye peaceful culture chalayenge apne haan aur</w:t>
      </w:r>
      <w:r>
        <w:br/>
      </w:r>
      <w:r>
        <w:rPr>
          <w:sz w:val="20"/>
        </w:rPr>
        <w:t>1:23:14  yahi maine likha hai is mein aur main sochta hoon ke is ka aghaz ho chuka hai</w:t>
      </w:r>
      <w:r>
        <w:br/>
      </w:r>
      <w:r>
        <w:rPr>
          <w:sz w:val="20"/>
        </w:rPr>
        <w:t>1:23:22  Kashmir mein bahut se log aise hain jo jo mujh se zabani bhi bataya hai telephone bhi</w:t>
      </w:r>
      <w:r>
        <w:br/>
      </w:r>
      <w:r>
        <w:rPr>
          <w:sz w:val="20"/>
        </w:rPr>
        <w:t>1:23:28  aata hai un ka khat bhi aaye hain ke pehle hum</w:t>
      </w:r>
      <w:r>
        <w:br/>
      </w:r>
      <w:r>
        <w:rPr>
          <w:sz w:val="20"/>
        </w:rPr>
        <w:t>1:23:33  yahan ke jo army thi us ko hum pathar marte the ab hum ko Quran pesh karte hain</w:t>
      </w:r>
      <w:r>
        <w:br/>
      </w:r>
      <w:r>
        <w:rPr>
          <w:sz w:val="20"/>
        </w:rPr>
        <w:t>1:23:39  to yahi to it is a good sign</w:t>
      </w:r>
      <w:r>
        <w:br/>
      </w:r>
      <w:r>
        <w:rPr>
          <w:sz w:val="20"/>
        </w:rPr>
        <w:t>1:23:43  is se pata hai pata chalta hai kashmir mein aik aik naya aik nai sar taloo ho chuki</w:t>
      </w:r>
      <w:r>
        <w:br/>
      </w:r>
      <w:r>
        <w:rPr>
          <w:sz w:val="20"/>
        </w:rPr>
        <w:t>1:23:49  hai aik nai subah aa chuki hai wahan par</w:t>
      </w:r>
      <w:r>
        <w:br/>
      </w:r>
      <w:r>
        <w:rPr>
          <w:sz w:val="20"/>
        </w:rPr>
        <w:t>1:23:53  aur inshallah yeh aur badhega badhega badhega yahan tak ke wahan yani nisf al nahar ka waqt aa jayega</w:t>
      </w:r>
    </w:p>
    <w:p>
      <w:pPr>
        <w:pStyle w:val="Heading2"/>
      </w:pPr>
      <w:r>
        <w:t>Expecting non-Muslims to accept supernatural concepts</w:t>
      </w:r>
    </w:p>
    <w:p>
      <w:r>
        <w:rPr>
          <w:color w:val="666666"/>
          <w:sz w:val="18"/>
        </w:rPr>
        <w:t>Society &amp; Dawah · God Oriented Life (In Conversation with Maulana) 23 10 11 · 4m 13s · at 3:09 · https://youtu.be/E_LWwsWww2U?t=189</w:t>
      </w:r>
    </w:p>
    <w:p>
      <w:r>
        <w:rPr>
          <w:i/>
        </w:rPr>
        <w:t>“When inviting non-Muslims towards Islam, how can we expect them to accept the supernatural concepts like miracles and existence of Jinn?”</w:t>
      </w:r>
    </w:p>
    <w:p>
      <w:r>
        <w:rPr>
          <w:sz w:val="20"/>
        </w:rPr>
        <w:t>3:09  مس فرحان خان نے ممبئی سے سوال کیا ہے انہوں نے لکھا ہے "When inviting non-Muslims towards</w:t>
      </w:r>
      <w:r>
        <w:br/>
      </w:r>
      <w:r>
        <w:rPr>
          <w:sz w:val="20"/>
        </w:rPr>
        <w:t>3:18  اسلام ہاؤ کین وی ایکسپیکٹ دیم ٹو ایکسیپٹ the supernatural concepts like معجزات and existence of جن"</w:t>
      </w:r>
      <w:r>
        <w:br/>
      </w:r>
      <w:r>
        <w:rPr>
          <w:sz w:val="20"/>
        </w:rPr>
        <w:t>3:40  dekhein aap to aap ka kaam hai</w:t>
      </w:r>
      <w:r>
        <w:br/>
      </w:r>
      <w:r>
        <w:rPr>
          <w:sz w:val="20"/>
        </w:rPr>
        <w:t>3:46  logon ko literature pahunchana</w:t>
      </w:r>
      <w:r>
        <w:br/>
      </w:r>
      <w:r>
        <w:rPr>
          <w:sz w:val="20"/>
        </w:rPr>
        <w:t>3:49  baat pahunchana jab tak aadmi ka mind prepare na ho jaye tab tak woh kuch bhi nahi samjhe</w:t>
      </w:r>
      <w:r>
        <w:br/>
      </w:r>
      <w:r>
        <w:rPr>
          <w:sz w:val="20"/>
        </w:rPr>
        <w:t>3:57  ga mislan mein</w:t>
      </w:r>
      <w:r>
        <w:br/>
      </w:r>
      <w:r>
        <w:rPr>
          <w:sz w:val="20"/>
        </w:rPr>
        <w:t>4:01  yani samajhta hoon ke</w:t>
      </w:r>
      <w:r>
        <w:br/>
      </w:r>
      <w:r>
        <w:rPr>
          <w:sz w:val="20"/>
        </w:rPr>
        <w:t>4:04  har cheez moajza hai yeh maa ke pait mein ek bachcha ban kar niklta hai yeh moajza nahi</w:t>
      </w:r>
      <w:r>
        <w:br/>
      </w:r>
      <w:r>
        <w:rPr>
          <w:sz w:val="20"/>
        </w:rPr>
        <w:t>4:09  hai yani gosht aur khoon bachcha ban jata hai dekhne wala sunne wala chalne wala</w:t>
      </w:r>
      <w:r>
        <w:br/>
      </w:r>
      <w:r>
        <w:rPr>
          <w:sz w:val="20"/>
        </w:rPr>
        <w:t>4:17  ek beej ek ghar zameen mein parta hai ek darakht ban jata hai moajza hi toh hai yeh</w:t>
      </w:r>
      <w:r>
        <w:br/>
      </w:r>
      <w:r>
        <w:rPr>
          <w:sz w:val="20"/>
        </w:rPr>
        <w:t>4:21  do ghasi milti hain woh pani ban jati hai moajza hi toh hai</w:t>
      </w:r>
      <w:r>
        <w:br/>
      </w:r>
      <w:r>
        <w:rPr>
          <w:sz w:val="20"/>
        </w:rPr>
        <w:t>4:26  toh sab cheez moajza hi hai moaj</w:t>
      </w:r>
      <w:r>
        <w:br/>
      </w:r>
      <w:r>
        <w:rPr>
          <w:sz w:val="20"/>
        </w:rPr>
        <w:t>4:29  za kya hai conversion</w:t>
      </w:r>
      <w:r>
        <w:br/>
      </w:r>
      <w:r>
        <w:rPr>
          <w:sz w:val="20"/>
        </w:rPr>
        <w:t>4:31  hazrat moosa ke haath mein jo asaa tha woh saanp ban gaya darwaza case of conversion toh conversion</w:t>
      </w:r>
      <w:r>
        <w:br/>
      </w:r>
      <w:r>
        <w:rPr>
          <w:sz w:val="20"/>
        </w:rPr>
        <w:t>4:38  toh har waqt ho raha hai</w:t>
      </w:r>
      <w:r>
        <w:br/>
      </w:r>
      <w:r>
        <w:rPr>
          <w:sz w:val="20"/>
        </w:rPr>
        <w:t>4:41  har waqt ho raha hai</w:t>
      </w:r>
      <w:r>
        <w:br/>
      </w:r>
      <w:r>
        <w:rPr>
          <w:sz w:val="20"/>
        </w:rPr>
        <w:t>4:44  matter jo hai roshan sitara ban gaya beej jo hai bada darakht ban gaya</w:t>
      </w:r>
      <w:r>
        <w:br/>
      </w:r>
      <w:r>
        <w:rPr>
          <w:sz w:val="20"/>
        </w:rPr>
        <w:t>4:51  insaan maa ke pait mein gosht aur khoon jo hai bachcha ban gaya</w:t>
      </w:r>
      <w:r>
        <w:br/>
      </w:r>
      <w:r>
        <w:rPr>
          <w:sz w:val="20"/>
        </w:rPr>
        <w:t>4:55  toh sab conversion hi toh ho rahi hai</w:t>
      </w:r>
      <w:r>
        <w:br/>
      </w:r>
      <w:r>
        <w:rPr>
          <w:sz w:val="20"/>
        </w:rPr>
        <w:t>5:00  koi yeh nahi ke pehle jo hua woh bas woh woh tha moajza</w:t>
      </w:r>
      <w:r>
        <w:br/>
      </w:r>
      <w:r>
        <w:rPr>
          <w:sz w:val="20"/>
        </w:rPr>
        <w:t>5:06  mein bol raha hoon mein toh har waqt sochta hoon ke moajza hai ke mein bol raha hoon</w:t>
      </w:r>
      <w:r>
        <w:br/>
      </w:r>
      <w:r>
        <w:rPr>
          <w:sz w:val="20"/>
        </w:rPr>
        <w:t>5:12  kaise mein ne socha kaise meri soch jo hai woh lafzon mein dhali kaise mein ne zabaan se</w:t>
      </w:r>
      <w:r>
        <w:br/>
      </w:r>
      <w:r>
        <w:rPr>
          <w:sz w:val="20"/>
        </w:rPr>
        <w:t>5:19  ada kiya kaise woh baat aap tak pahunchi kaise aap ne sun liya phir electronic daur mein woh</w:t>
      </w:r>
      <w:r>
        <w:br/>
      </w:r>
      <w:r>
        <w:rPr>
          <w:sz w:val="20"/>
        </w:rPr>
        <w:t>5:27  cheez universal ho gayi to moajza hi to hai yeh to moajza ki haqeeqat hai conversion aur conversion</w:t>
      </w:r>
      <w:r>
        <w:br/>
      </w:r>
      <w:r>
        <w:rPr>
          <w:sz w:val="20"/>
        </w:rPr>
        <w:t>5:34  har waqt ho raha hai lekin yeh baat hai kab samjhega aadmi jab us ko us ke</w:t>
      </w:r>
      <w:r>
        <w:br/>
      </w:r>
      <w:r>
        <w:rPr>
          <w:sz w:val="20"/>
        </w:rPr>
        <w:t>5:39  mind ko aap prepare karen pehle din nahi samajh lega yeh umeed na rakhiye ke idhar aap</w:t>
      </w:r>
      <w:r>
        <w:br/>
      </w:r>
      <w:r>
        <w:rPr>
          <w:sz w:val="20"/>
        </w:rPr>
        <w:t>5:45  ne kaha idhar</w:t>
      </w:r>
      <w:r>
        <w:br/>
      </w:r>
      <w:r>
        <w:rPr>
          <w:sz w:val="20"/>
        </w:rPr>
        <w:t>5:46  us ne maan liya jab mind ban jayega us waqt sab kuch maan lega main bhi</w:t>
      </w:r>
      <w:r>
        <w:br/>
      </w:r>
      <w:r>
        <w:rPr>
          <w:sz w:val="20"/>
        </w:rPr>
        <w:t>5:51  pehley nahi manta tha</w:t>
      </w:r>
      <w:r>
        <w:br/>
      </w:r>
      <w:r>
        <w:rPr>
          <w:sz w:val="20"/>
        </w:rPr>
        <w:t>5:54  pehley main aisi baaton ko nahi manta tha naujawani ki umar mein ab main jab maine daryaft</w:t>
      </w:r>
      <w:r>
        <w:br/>
      </w:r>
      <w:r>
        <w:rPr>
          <w:sz w:val="20"/>
        </w:rPr>
        <w:t>6:01  kiya kya hai kya to conversion hi to hai yeh</w:t>
      </w:r>
      <w:r>
        <w:br/>
      </w:r>
      <w:r>
        <w:rPr>
          <w:sz w:val="20"/>
        </w:rPr>
        <w:t>6:05  har cheez yaani asa Hazrat Musa ka asa jo saanp ban gaya to conversion to tha woh to</w:t>
      </w:r>
      <w:r>
        <w:br/>
      </w:r>
      <w:r>
        <w:rPr>
          <w:sz w:val="20"/>
        </w:rPr>
        <w:t>6:13  har waqt conversion ho raha hai har waqt conversion ho raha hai</w:t>
      </w:r>
      <w:r>
        <w:br/>
      </w:r>
      <w:r>
        <w:rPr>
          <w:sz w:val="20"/>
        </w:rPr>
        <w:t>6:19  main jab gaon mein rehta tha UP mein</w:t>
      </w:r>
      <w:r>
        <w:br/>
      </w:r>
      <w:r>
        <w:rPr>
          <w:sz w:val="20"/>
        </w:rPr>
        <w:t>6:23  to apne ghar mein maine</w:t>
      </w:r>
      <w:r>
        <w:br/>
      </w:r>
      <w:r>
        <w:rPr>
          <w:sz w:val="20"/>
        </w:rPr>
        <w:t>6:27  ek woh lagaya</w:t>
      </w:r>
      <w:r>
        <w:br/>
      </w:r>
      <w:r>
        <w:rPr>
          <w:sz w:val="20"/>
        </w:rPr>
        <w:t>6:32  jis</w:t>
      </w:r>
      <w:r>
        <w:br/>
      </w:r>
      <w:r>
        <w:rPr>
          <w:sz w:val="20"/>
        </w:rPr>
        <w:t>6:32  ko kehte hain eucalyptus</w:t>
      </w:r>
      <w:r>
        <w:br/>
      </w:r>
      <w:r>
        <w:rPr>
          <w:sz w:val="20"/>
        </w:rPr>
        <w:t>6:36  ek itni si badi si shakh kahin mujhe mili woh lagaya aur bohat hi bada darakht ban gaya</w:t>
      </w:r>
      <w:r>
        <w:br/>
      </w:r>
      <w:r>
        <w:rPr>
          <w:sz w:val="20"/>
        </w:rPr>
        <w:t>6:41  itna bada ke door door se woh dikhai deta tha woh pehchan ban gayi dekho bhai woh gaon</w:t>
      </w:r>
      <w:r>
        <w:br/>
      </w:r>
      <w:r>
        <w:rPr>
          <w:sz w:val="20"/>
        </w:rPr>
        <w:t>6:49  jahan eucalyptus ka darakht hai</w:t>
      </w:r>
      <w:r>
        <w:br/>
      </w:r>
      <w:r>
        <w:rPr>
          <w:sz w:val="20"/>
        </w:rPr>
        <w:t>6:51  itna sa bada to kaise woh ek choti si shakh ek bada darakht ban gaya jo door tak</w:t>
      </w:r>
      <w:r>
        <w:br/>
      </w:r>
      <w:r>
        <w:rPr>
          <w:sz w:val="20"/>
        </w:rPr>
        <w:t>6:58  دکھائی دے that was a case of conversion</w:t>
      </w:r>
      <w:r>
        <w:br/>
      </w:r>
      <w:r>
        <w:rPr>
          <w:sz w:val="20"/>
        </w:rPr>
        <w:t>7:02  to main to hairaan hota tha dekh dekh kar ke ke kaise Khuda ne ek choti si shakh</w:t>
      </w:r>
      <w:r>
        <w:br/>
      </w:r>
      <w:r>
        <w:rPr>
          <w:sz w:val="20"/>
        </w:rPr>
        <w:t>7:07  ko itna bada darakht bana diya</w:t>
      </w:r>
      <w:r>
        <w:br/>
      </w:r>
      <w:r>
        <w:rPr>
          <w:sz w:val="20"/>
        </w:rPr>
        <w:t>7:10  to har cheez jo hai case of conversion hai har cheez moajza hai lekin us waqt aadmi ki</w:t>
      </w:r>
      <w:r>
        <w:br/>
      </w:r>
      <w:r>
        <w:rPr>
          <w:sz w:val="20"/>
        </w:rPr>
        <w:t>7:16  samajh mein aayega jab ke us</w:t>
      </w:r>
      <w:r>
        <w:br/>
      </w:r>
      <w:r>
        <w:rPr>
          <w:sz w:val="20"/>
        </w:rPr>
        <w:t>7:17  ka zehan aap bana chuke hon</w:t>
      </w:r>
    </w:p>
    <w:p>
      <w:pPr>
        <w:pStyle w:val="Heading2"/>
      </w:pPr>
      <w:r>
        <w:t>Explain the meaning of contemporary style</w:t>
      </w:r>
    </w:p>
    <w:p>
      <w:r>
        <w:rPr>
          <w:color w:val="666666"/>
          <w:sz w:val="18"/>
        </w:rPr>
        <w:t>Society &amp; Dawah · Surah Al-'Asr I November 23, 2014 Maulana Wahiduddin Khan · 4m 24s · at 54:09 · https://youtu.be/3dBMIUC0Dqw?t=3249</w:t>
      </w:r>
    </w:p>
    <w:p>
      <w:r>
        <w:rPr>
          <w:i/>
        </w:rPr>
        <w:t>“The phrase 'Islamic literature in contemporary idiom' appears in the introduction of your books. Please explain the term 'contemporary style' in detail.”</w:t>
      </w:r>
    </w:p>
    <w:p>
      <w:r>
        <w:rPr>
          <w:sz w:val="20"/>
        </w:rPr>
        <w:t>54:09  Maulana, agla sawal kya hai Jameel Akhtar Sahab ne Delhi se aur unhon ne likha hai ke: "Asri usloob mein Islamic literature yaani Islamic literature in contemporary idiom.</w:t>
      </w:r>
      <w:r>
        <w:br/>
      </w:r>
      <w:r>
        <w:rPr>
          <w:sz w:val="20"/>
        </w:rPr>
        <w:t>54:23  Maulana, yeh jumla aap ki kitabon ke taaruf mein aata hai.</w:t>
      </w:r>
      <w:r>
        <w:br/>
      </w:r>
      <w:r>
        <w:rPr>
          <w:sz w:val="20"/>
        </w:rPr>
        <w:t>54:28  Lafz asri usloob ki tafseeli wazahat karein."</w:t>
      </w:r>
      <w:r>
        <w:br/>
      </w:r>
      <w:r>
        <w:rPr>
          <w:sz w:val="20"/>
        </w:rPr>
        <w:t>54:35  Tafseeli wazahat ka har kitab mein parh leejye aap. Har kitab mein aap yeh baat paayein ge.</w:t>
      </w:r>
      <w:r>
        <w:br/>
      </w:r>
      <w:r>
        <w:rPr>
          <w:sz w:val="20"/>
        </w:rPr>
        <w:t>54:44  Asri usloob ka matlab yeh hai ke aaj ka mind address ho. Aaj ka mind address ho. Main ek misaal deta hoon aap ko ke ek hadees hai, Hazrat Aisha kehti hain Rasool Allah Sal Allah Alaihi Wasallam ke baray mein</w:t>
      </w:r>
      <w:r>
        <w:br/>
      </w:r>
      <w:r>
        <w:rPr>
          <w:sz w:val="20"/>
        </w:rPr>
        <w:t>55:02  Kan yadhkurullaha ala kulli hayawan. Rasool Allah har mauqa par zikr karte thay Allah ka.</w:t>
      </w:r>
      <w:r>
        <w:br/>
      </w:r>
      <w:r>
        <w:rPr>
          <w:sz w:val="20"/>
        </w:rPr>
        <w:t>55:14  To aap log is ko riwayati</w:t>
      </w:r>
      <w:r>
        <w:br/>
      </w:r>
      <w:r>
        <w:rPr>
          <w:sz w:val="20"/>
        </w:rPr>
        <w:t>55:19  jo tafaseer karte hain to yeh likha hai logon ne ke har mauqe par alhamdulillah keh diya, subhan Allah keh diya. yeh is tarah ke jo kalmaat hain woh keh diya.</w:t>
      </w:r>
      <w:r>
        <w:br/>
      </w:r>
      <w:r>
        <w:rPr>
          <w:sz w:val="20"/>
        </w:rPr>
        <w:t>55:30  Allah o Akbar, subhan Allah, alhamdulillah yeh alfaaz aap bolte the har mauqe par.</w:t>
      </w:r>
      <w:r>
        <w:br/>
      </w:r>
      <w:r>
        <w:rPr>
          <w:sz w:val="20"/>
        </w:rPr>
        <w:t>55:37  yeh riwayti tafseer hai. aaj ka insaan is se mutmaeen nahi hoga. maine is par bohat ghore kiya to mujhe samajh mein aaya ke aaj ke insaan ke lihaaz se jo is ki tashreeh honi chahiye woh yeh honi chahiye ke Rasool Allah</w:t>
      </w:r>
      <w:r>
        <w:br/>
      </w:r>
      <w:r>
        <w:rPr>
          <w:sz w:val="20"/>
        </w:rPr>
        <w:t>55:54  har occasion ko point of reference bana kar Allah ko yaad karte the. har occasion ko. jaise misaal ke taur par main kai baar aisa hota hai ke maine glass uthaya aur gir gaya woh.</w:t>
      </w:r>
      <w:r>
        <w:br/>
      </w:r>
      <w:r>
        <w:rPr>
          <w:sz w:val="20"/>
        </w:rPr>
        <w:t>56:11  pani bhi gir gaya. to yeh ek occasion hi hai. to woh banda samajhta hai ke itni bari universe, billion billion sitare aur sab harkat mein hain.</w:t>
      </w:r>
      <w:r>
        <w:br/>
      </w:r>
      <w:r>
        <w:rPr>
          <w:sz w:val="20"/>
        </w:rPr>
        <w:t>56:23  koi sitara gir nahi padta. koi star, koi planet ek doosre par gir nahi padte.</w:t>
      </w:r>
      <w:r>
        <w:br/>
      </w:r>
      <w:r>
        <w:rPr>
          <w:sz w:val="20"/>
        </w:rPr>
        <w:t>56:31  bohat hi perfect tor par woh un ki harkat chal rahi hai. to Allah taala ka kitna zabardast taqat hai. kitna bari power Allah taala ki hai.</w:t>
      </w:r>
      <w:r>
        <w:br/>
      </w:r>
      <w:r>
        <w:rPr>
          <w:sz w:val="20"/>
        </w:rPr>
        <w:t>56:41  bilkul control mein rakhi hui hai. main ek glass ko control nahi kar sakta. yeh hai occasion.</w:t>
      </w:r>
      <w:r>
        <w:br/>
      </w:r>
      <w:r>
        <w:rPr>
          <w:sz w:val="20"/>
        </w:rPr>
        <w:t>56:48  to yeh yeh main is ko riwayti tashreeh samajhta hoon. har mauqe par aap kehte the alhamdulillah, subhan Allah, Allah o Akbar.</w:t>
      </w:r>
      <w:r>
        <w:br/>
      </w:r>
      <w:r>
        <w:rPr>
          <w:sz w:val="20"/>
        </w:rPr>
        <w:t>56:59  yeh yeh yeh is ka yeh matlab nahi samajhta main. ya kam az kam aaj ka insaan is se mutmaeen nahi hoga.</w:t>
      </w:r>
      <w:r>
        <w:br/>
      </w:r>
      <w:r>
        <w:rPr>
          <w:sz w:val="20"/>
        </w:rPr>
        <w:t>57:07  lekin jo main arz kar raha hoon woh is se insaan mutmaeen hoga. ke har occasion ko point of reference bana kar aap Allah ke ke kisi na kisi pehlu ko, kisi kisi ka attribute ko yaad karte the.</w:t>
      </w:r>
      <w:r>
        <w:br/>
      </w:r>
      <w:r>
        <w:rPr>
          <w:sz w:val="20"/>
        </w:rPr>
        <w:t>57:24  kahin azmat Allah ki, azmat kahin Allah ki ke Allah all powerful hai. Allah ke makhsoos jo sifat hain.</w:t>
      </w:r>
      <w:r>
        <w:br/>
      </w:r>
      <w:r>
        <w:rPr>
          <w:sz w:val="20"/>
        </w:rPr>
        <w:t>57:35  to mukhtalif occasion ko aap point of reference bana kar Allah ko yaad karte hain. yeh matlab hai is ka. na ke koi datte hue alfaaz hain us ko munh se bol diya.</w:t>
      </w:r>
      <w:r>
        <w:br/>
      </w:r>
      <w:r>
        <w:rPr>
          <w:sz w:val="20"/>
        </w:rPr>
        <w:t>57:46  woh to lip service hai. woh zikr nahi, woh lip service hai.</w:t>
      </w:r>
      <w:r>
        <w:br/>
      </w:r>
      <w:r>
        <w:rPr>
          <w:sz w:val="20"/>
        </w:rPr>
        <w:t>57:56  ek baat arz kar doon ke aaj ka jo mind hai woh is waqt mutmaeen hota hai jab is mein rational logic ho.</w:t>
      </w:r>
      <w:r>
        <w:br/>
      </w:r>
      <w:r>
        <w:rPr>
          <w:sz w:val="20"/>
        </w:rPr>
        <w:t>58:06  is mein koi rational logic nahi hai ke is mauqe par yeh keh diya, is mauqe par woh keh diya. yeh koi rational logic nahi hai is mein.</w:t>
      </w:r>
      <w:r>
        <w:br/>
      </w:r>
      <w:r>
        <w:rPr>
          <w:sz w:val="20"/>
        </w:rPr>
        <w:t>58:16  lekin jo maine arz kiya is mein ek rational logic hai. aqli tawjeeh hai. to wahan is aaj ka insaan jo hai har cheez mein rational logic dhoondta hai.</w:t>
      </w:r>
      <w:r>
        <w:br/>
      </w:r>
      <w:r>
        <w:rPr>
          <w:sz w:val="20"/>
        </w:rPr>
        <w:t>58:27  yehi hai modern idiom.</w:t>
      </w:r>
    </w:p>
    <w:p>
      <w:pPr>
        <w:pStyle w:val="Heading2"/>
      </w:pPr>
      <w:r>
        <w:t>Explain the reality of wala and bara</w:t>
      </w:r>
    </w:p>
    <w:p>
      <w:r>
        <w:rPr>
          <w:color w:val="666666"/>
          <w:sz w:val="18"/>
        </w:rPr>
        <w:t>Society &amp; Dawah · Q&amp;A 20 Nov 2011 Maulana Wahiduddin Khan · 2m 44s · at 39:55 · https://youtu.be/7sNDn8Y6jUc?t=2395</w:t>
      </w:r>
    </w:p>
    <w:p>
      <w:r>
        <w:rPr>
          <w:i/>
        </w:rPr>
        <w:t>“What is the reality of the issue of 'wala' (loyalty) and 'bara' (disassociation)?”</w:t>
      </w:r>
    </w:p>
    <w:p>
      <w:r>
        <w:rPr>
          <w:sz w:val="20"/>
        </w:rPr>
        <w:t>39:55  ji. maulana agla sawal aaya hai maulana inayatullah umri ka bangalore se. unhone likha hai ke wala aur bara ke masle ki haqeeqat kya hai?</w:t>
      </w:r>
      <w:r>
        <w:br/>
      </w:r>
      <w:r>
        <w:rPr>
          <w:sz w:val="20"/>
        </w:rPr>
        <w:t>40:15  dekhein aaj kal kuch aisi kitabein likhi gayi hain arbon arab duniya mein is mein woh kehte hain ke wala musalmanon ke liye hai aur bara ghair musalmanon ke liye hai</w:t>
      </w:r>
      <w:r>
        <w:br/>
      </w:r>
      <w:r>
        <w:rPr>
          <w:sz w:val="20"/>
        </w:rPr>
        <w:t>40:32  kyunke quran mein aisa aaye hain references ke tum ko musalmanon se wala maani yani gehra taluq mohabbat ka taluq aur bara maani un se judai alahdagi</w:t>
      </w:r>
      <w:r>
        <w:br/>
      </w:r>
      <w:r>
        <w:rPr>
          <w:sz w:val="20"/>
        </w:rPr>
        <w:t>40:50  to kya ghair musalmanon se hamein judai distance banana chahiye juda hona chahiye aur sirf musalmanon se hamein taluq rakhna chahiye to yeh aisi kitabein likhi gayi hain kyunke main in kitabon ko galat samajhta hoon aur quran ke hawale galat dete hain</w:t>
      </w:r>
      <w:r>
        <w:br/>
      </w:r>
      <w:r>
        <w:rPr>
          <w:sz w:val="20"/>
        </w:rPr>
        <w:t>41:07  yani jo quran mein yeh aayatein jo hain woh kisi particular situation ke liye hain us ko aam karte hain woh us ko generalize karte hain woh yani yeh kaha gaya hai mislan ke jab musalman kisi doosre groh se etwar hon to wahan par bara hoga yani hum se taluq distance banana padega kyunke razdari</w:t>
      </w:r>
      <w:r>
        <w:br/>
      </w:r>
      <w:r>
        <w:rPr>
          <w:sz w:val="20"/>
        </w:rPr>
        <w:t>41:33  bartni padti hai raaz muntakil ho jate hain to hum ko distance maintain karna padega to woh halat jang ke liye us ko us ko generalize kar diya unhone aur sari duniya ke jo ghair musalman hain un se dori banao yeh bilkul galat thi yeh islam se koi taluq is ka nahi hai</w:t>
      </w:r>
      <w:r>
        <w:br/>
      </w:r>
      <w:r>
        <w:rPr>
          <w:sz w:val="20"/>
        </w:rPr>
        <w:t>41:50  arbon ka mamla dekhein ek baat bataoon main aap ko ke sare arbon ka mamla yeh hai ke woh un ka jo islam hai woh sara ka sara falasteen se bana hai israel se bana hai sab isi se le kar ke un ka mind banaya hai chunke unhein nafrat hai yahudiyon se is wajah se woh sare islam ko isi waqt</w:t>
      </w:r>
      <w:r>
        <w:br/>
      </w:r>
      <w:r>
        <w:rPr>
          <w:sz w:val="20"/>
        </w:rPr>
        <w:t>42:10  explain karte hain woh sare arab jo hain gehrai ke sath yahudi nafrat mein mubtala hain bas yeh israel se nafrat mein mubtala hain bohat hi gehrai ke sath wahi refer karta hai un ke taqreeron mein un ke mazmoonon mein un ki kitabon mein to arbon ki kitabon ko</w:t>
      </w:r>
      <w:r>
        <w:br/>
      </w:r>
      <w:r>
        <w:rPr>
          <w:sz w:val="20"/>
        </w:rPr>
        <w:t>42:29  ka aap zariya na banayein aap quran o hadith ko direct padhein to aap islam samajh mein ayega.</w:t>
      </w:r>
    </w:p>
    <w:p>
      <w:pPr>
        <w:pStyle w:val="Heading2"/>
      </w:pPr>
      <w:r>
        <w:t>Explaining Peace to War Victims</w:t>
      </w:r>
    </w:p>
    <w:p>
      <w:r>
        <w:rPr>
          <w:color w:val="666666"/>
          <w:sz w:val="18"/>
        </w:rPr>
        <w:t>Society &amp; Dawah · Importance of Peace August 17, 2014 · 2m 41s · at 1:13:23 · https://youtu.be/ifxSwh2Jckw?t=4403</w:t>
      </w:r>
    </w:p>
    <w:p>
      <w:r>
        <w:rPr>
          <w:i/>
        </w:rPr>
        <w:t>“How can the concept of peace be explained to those who have lost their loved ones in war or violence?”</w:t>
      </w:r>
    </w:p>
    <w:p>
      <w:r>
        <w:rPr>
          <w:sz w:val="20"/>
        </w:rPr>
        <w:t>1:13:23  yeh maine is mamle mein bohat socha hai. meri kitab maujood hai, aap parh lijiye. "Dawn over Kashmir" woh parh lijiye aap. Maulana, agla sawal Bhuvaneshwar se aaya hai, Salman sahib ka.</w:t>
      </w:r>
      <w:r>
        <w:br/>
      </w:r>
      <w:r>
        <w:rPr>
          <w:sz w:val="20"/>
        </w:rPr>
        <w:t>1:13:37  aur aaj ke lecture ko le ke unhon ne sawal kiya hai.</w:t>
      </w:r>
      <w:r>
        <w:br/>
      </w:r>
      <w:r>
        <w:rPr>
          <w:sz w:val="20"/>
        </w:rPr>
        <w:t>1:13:41  unhon ne likha hai ke: "Moulana sahib, how can concept of peace be explained to those who have lost their loved ones in war or violence?</w:t>
      </w:r>
      <w:r>
        <w:br/>
      </w:r>
      <w:r>
        <w:rPr>
          <w:sz w:val="20"/>
        </w:rPr>
        <w:t>1:13:52  They say that they have lost everything and they want to take revenge. So how can peace be explained to them as they have nothing more to lose and are full of enmity?" bhai yahi psychology to change war paida karti hai.</w:t>
      </w:r>
      <w:r>
        <w:br/>
      </w:r>
      <w:r>
        <w:rPr>
          <w:sz w:val="20"/>
        </w:rPr>
        <w:t>1:14:11  yahi dekhiye, Rasool Allah ke zamane mein ek jang hui thi, Uhud ki jang kaha jata hai is ko. is mein satar sahaba shaheed hue the.</w:t>
      </w:r>
      <w:r>
        <w:br/>
      </w:r>
      <w:r>
        <w:rPr>
          <w:sz w:val="20"/>
        </w:rPr>
        <w:t>1:14:22  ek ek sahabi jo hai, kitna qeemti tha aap maan lijiye. to satar sahaba shaheed hue the. to sahaba ke andar wohi pata ho jo aap keh rahe hain ke satar, satar apno ki satar qeemti janon ko kaise bhula dein hum?</w:t>
      </w:r>
      <w:r>
        <w:br/>
      </w:r>
      <w:r>
        <w:rPr>
          <w:sz w:val="20"/>
        </w:rPr>
        <w:t>1:14:41  humein ladna hai. to is waqt quran mein yeh ayat utri thi ke fa in asabakum qarhun faqad bakhsa al qawma qarhahum mithlahu wa tilka al ayyamu nadharun lahu binan nas yani pas ko bhulao.</w:t>
      </w:r>
      <w:r>
        <w:br/>
      </w:r>
      <w:r>
        <w:rPr>
          <w:sz w:val="20"/>
        </w:rPr>
        <w:t>1:14:55  to sahaba ne pas ko bhula diya. jo log pas ko na bhulayein to un ke liye kya? ab graveyard hai. pas ko na bhulane ke baad jo cheez milti hai woh graveyard hai.</w:t>
      </w:r>
      <w:r>
        <w:br/>
      </w:r>
      <w:r>
        <w:rPr>
          <w:sz w:val="20"/>
        </w:rPr>
        <w:t>1:15:06  wo jeet nahi milti. yaad rakhiye,</w:t>
      </w:r>
      <w:r>
        <w:br/>
      </w:r>
      <w:r>
        <w:rPr>
          <w:sz w:val="20"/>
        </w:rPr>
        <w:t>1:15:10  sahaba ne uhud mein jo un ko hui thi itni zabardast nuqsan, us ko bhulaya to fateh makka un ke hisse mein aaya. to yaad rakhiye, yeh law of nature hai, yeh corruption of god hai, yeh tareekh ka qanoon hai ke jo log pas ko na bhulayein,</w:t>
      </w:r>
      <w:r>
        <w:br/>
      </w:r>
      <w:r>
        <w:rPr>
          <w:sz w:val="20"/>
        </w:rPr>
        <w:t>1:15:30  wo jahan pohnchein ge woh graveyard hoga.</w:t>
      </w:r>
      <w:r>
        <w:br/>
      </w:r>
      <w:r>
        <w:rPr>
          <w:sz w:val="20"/>
        </w:rPr>
        <w:t>1:15:34  wo koi bagh nahi, koi fateh ka bagh nahi hoga. aap ek agar aap chahte hain ke aap is ko na manein to phir ek nai kainat create kijiye, ek naya universe banaiye.</w:t>
      </w:r>
      <w:r>
        <w:br/>
      </w:r>
      <w:r>
        <w:rPr>
          <w:sz w:val="20"/>
        </w:rPr>
        <w:t>1:15:50  is universe mein to aisa hone wala nahi hai. khuda ki banai hui duniya mein to yahi hoga jo ho raha hai ke agar aap pas ko nahi bhulayenge to jaiye apne qabristan mein, apne ko halak kijiye.</w:t>
      </w:r>
    </w:p>
    <w:p>
      <w:pPr>
        <w:pStyle w:val="Heading2"/>
      </w:pPr>
      <w:r>
        <w:t>Explaining peace without justice demands</w:t>
      </w:r>
    </w:p>
    <w:p>
      <w:r>
        <w:rPr>
          <w:color w:val="666666"/>
          <w:sz w:val="18"/>
        </w:rPr>
        <w:t>Society &amp; Dawah · Age of Peace November 18, 2012 · 3m 26s · at 1:08:15 · https://youtu.be/Y9nkQnBqbrs?t=4095</w:t>
      </w:r>
    </w:p>
    <w:p>
      <w:r>
        <w:rPr>
          <w:i/>
        </w:rPr>
        <w:t>“The age of peace has come, but when we talk to people about peace, they say yes, but then link justice and other rights to peace. How do we explain to them?”</w:t>
      </w:r>
    </w:p>
    <w:p>
      <w:r>
        <w:rPr>
          <w:sz w:val="20"/>
        </w:rPr>
        <w:t>1:08:15  maulana, agla sawal dilli se hai. miss naghma siddiqui ne kiya hai, unhone likha hai: "da age of peace has come, but when we talk to people about peace, they say yes,</w:t>
      </w:r>
      <w:r>
        <w:br/>
      </w:r>
      <w:r>
        <w:rPr>
          <w:sz w:val="20"/>
        </w:rPr>
        <w:t>1:08:29  but then link justice and other rights to peace. how do we explain to them?" dekhiye, justice ideal maano mein is duniya mein kabhi mumkin nahi hai,</w:t>
      </w:r>
      <w:r>
        <w:br/>
      </w:r>
      <w:r>
        <w:rPr>
          <w:sz w:val="20"/>
        </w:rPr>
        <w:t>1:08:45  woh possible hi nahi hai. chahe peghambar rule kar raha ho, tab bhi mumkin nahi hai, kyunke duniya to test ke liye bani hai.</w:t>
      </w:r>
      <w:r>
        <w:br/>
      </w:r>
      <w:r>
        <w:rPr>
          <w:sz w:val="20"/>
        </w:rPr>
        <w:t>1:08:55  jab test hai to yahan tarah tarah ki baatein hongi. khud rasool Allah jab madine mein hakim ki hesiyat thi, aap ko hunain ka ghazwa hua, wahan par jo ghanimaten aayin, woh taqseem jo ki gayi,</w:t>
      </w:r>
      <w:r>
        <w:br/>
      </w:r>
      <w:r>
        <w:rPr>
          <w:sz w:val="20"/>
        </w:rPr>
        <w:t>1:09:09  to aap ne kya kiya? ke muhajir ko nahi diya, yani muhajir ko de diya, ansar ko nahi diya. aata hai hadith mein: "wa lam yughal ansar shay'an".</w:t>
      </w:r>
      <w:r>
        <w:br/>
      </w:r>
      <w:r>
        <w:rPr>
          <w:sz w:val="20"/>
        </w:rPr>
        <w:t>1:09:20  to ek sahabi ne, baqayda jo sahabi the, rasool Allah se kaha ke: "wallah ma adalt". Khuda ki qasam, aap ne justice nahi kiya.</w:t>
      </w:r>
      <w:r>
        <w:br/>
      </w:r>
      <w:r>
        <w:rPr>
          <w:sz w:val="20"/>
        </w:rPr>
        <w:t>1:09:32  to yeh justice ka jo concept hai, bilkul hi be asal hai, be haqeeqat hai.</w:t>
      </w:r>
      <w:r>
        <w:br/>
      </w:r>
      <w:r>
        <w:rPr>
          <w:sz w:val="20"/>
        </w:rPr>
        <w:t>1:09:37  yeh sirf stupid log kehte hain aisi baatein, kyunke jab duniya test ke liye bani hai to yahan ideal maano mein test ho hi nahi sakti. to ideal ko peace se detach kijiye.</w:t>
      </w:r>
      <w:r>
        <w:br/>
      </w:r>
      <w:r>
        <w:rPr>
          <w:sz w:val="20"/>
        </w:rPr>
        <w:t>1:09:50  ideal ko peace ke sath bracket kar ke aap hamesha andhere mein jiyenge. kabhi sab aql mein nahi aayega, kabhi aql mein nahi aayega. to ideal ko peace ke sath bracket karna yeh bohat bari, main gumrahi samajhta</w:t>
      </w:r>
      <w:r>
        <w:br/>
      </w:r>
      <w:r>
        <w:rPr>
          <w:sz w:val="20"/>
        </w:rPr>
        <w:t>1:10:04  hoon, kyunke jo cheez Allah ke kisi plan ke mutabiq possible na ho, woh woh kaise aap layenge duniya mein?</w:t>
      </w:r>
      <w:r>
        <w:br/>
      </w:r>
      <w:r>
        <w:rPr>
          <w:sz w:val="20"/>
        </w:rPr>
        <w:t>1:10:13  kaise layenge? Allah ka jo kisi plan hai, woh yeh hai ke sab ko azadi ho, sab ko azadi ho. to azadi jab hogi to woh mehsoos bhi karenge, aadmi mehsoos karenge ke ab sab mamla jabr daiz kar denge.</w:t>
      </w:r>
      <w:r>
        <w:br/>
      </w:r>
      <w:r>
        <w:rPr>
          <w:sz w:val="20"/>
        </w:rPr>
        <w:t>1:10:26  ek insaan Hazrat Umar ko moda lega, ek insaan Hazrat Yahya ko moda lega.</w:t>
      </w:r>
      <w:r>
        <w:br/>
      </w:r>
      <w:r>
        <w:rPr>
          <w:sz w:val="20"/>
        </w:rPr>
        <w:t>1:10:33  to yeh sab hota rahega. daai ka jo mission hai, jo target hai, woh nida madad qaim karna nahi hai.</w:t>
      </w:r>
      <w:r>
        <w:br/>
      </w:r>
      <w:r>
        <w:rPr>
          <w:sz w:val="20"/>
        </w:rPr>
        <w:t>1:10:43  yeh jhoota jo logon ne nazariya banaya hai ke hamara kaam adl ka, justice ka nizam banana hai, yeh bilkul jhooti baat hai. jhooti baat is liye keh raha hoon ke is ne sare mamle ko bigaad rakha hai.</w:t>
      </w:r>
      <w:r>
        <w:br/>
      </w:r>
      <w:r>
        <w:rPr>
          <w:sz w:val="20"/>
        </w:rPr>
        <w:t>1:10:55  daai ka nishana hai balagh pohnchana.</w:t>
      </w:r>
      <w:r>
        <w:br/>
      </w:r>
      <w:r>
        <w:rPr>
          <w:sz w:val="20"/>
        </w:rPr>
        <w:t>1:11:01  yaad rakhiye, daai ka nishana harghiz harghiz yeh nahi ke duniya mein justice ka nizam qaim ho, kyunke woh to possible nahi hai. jo nishana hai, woh wahi nishana rahega jo possible ho.</w:t>
      </w:r>
      <w:r>
        <w:br/>
      </w:r>
      <w:r>
        <w:rPr>
          <w:sz w:val="20"/>
        </w:rPr>
        <w:t>1:11:14  aur possible kya hai? pohncha dena, pohncha dena, pohncha dena. jo log apna nazariya Quran se nahi nikalenge, apne dimagh se nikalenge, wahi aisi baatein karte hain.</w:t>
      </w:r>
      <w:r>
        <w:br/>
      </w:r>
      <w:r>
        <w:rPr>
          <w:sz w:val="20"/>
        </w:rPr>
        <w:t>1:11:25  Quran se nikalein aap to Quran mein kahin bhi is ko yeh ayat nahi hai ke tumhari zimmedari yeh hai ke duniya mein tum adl ka nizam qaim karo.</w:t>
      </w:r>
      <w:r>
        <w:br/>
      </w:r>
      <w:r>
        <w:rPr>
          <w:sz w:val="20"/>
        </w:rPr>
        <w:t>1:11:35  yeh kahin bhi nahi hai, yeh to logon ne apne dimagh se nikal rakha hai.</w:t>
      </w:r>
    </w:p>
    <w:p>
      <w:pPr>
        <w:pStyle w:val="Heading2"/>
      </w:pPr>
      <w:r>
        <w:t>Fear of speaking openly among Muslims</w:t>
      </w:r>
    </w:p>
    <w:p>
      <w:r>
        <w:rPr>
          <w:color w:val="666666"/>
          <w:sz w:val="18"/>
        </w:rPr>
        <w:t>Society &amp; Dawah · Study of The Quran November 30, 2014 · 2m 00s · at 1:06:51 · https://youtu.be/x3fcJ2nlDow?t=4011</w:t>
      </w:r>
    </w:p>
    <w:p>
      <w:r>
        <w:rPr>
          <w:i/>
        </w:rPr>
        <w:t>“Nowadays, among Muslims, one is afraid to speak openly about anything, lest something said about the Quran or the Prophet, even indirectly, makes Muslims angry and they do something. What is the way to avoid this?”</w:t>
      </w:r>
    </w:p>
    <w:p>
      <w:r>
        <w:rPr>
          <w:sz w:val="20"/>
        </w:rPr>
        <w:t>1:06:51  Maulana, agla sawal Raj Malak sahib ne kiya hai Delhi se, aur unhon ne likha hai: "Aaj kal Musalman ke darmiyan koi bhi baat khul kar bolte hue darr lagta hai ke isharay mein bhi koi baat Quran aur Nabi ke baray mein jis se Musalman ghussa ho kar kuch kar baithe.</w:t>
      </w:r>
      <w:r>
        <w:br/>
      </w:r>
      <w:r>
        <w:rPr>
          <w:sz w:val="20"/>
        </w:rPr>
        <w:t>1:07:11  is se bachne ka tareeqa kya hai?"</w:t>
      </w:r>
      <w:r>
        <w:br/>
      </w:r>
      <w:r>
        <w:rPr>
          <w:sz w:val="20"/>
        </w:rPr>
        <w:t>1:07:16  tareeqa yeh hai ke Musalman, ke yeh jo Musalmanon mein jo mizaj aa gaya hai, yeh to is ka Islam se koi talluq nahi hai. yeh to shaitani mizaj hai ke Allah Ta'ala ne kaha ke Adam ko main khaleefa banata hoon, aur phir shaitan ghussa ho gaya.</w:t>
      </w:r>
      <w:r>
        <w:br/>
      </w:r>
      <w:r>
        <w:rPr>
          <w:sz w:val="20"/>
        </w:rPr>
        <w:t>1:07:32  ke kaise bana denge khaleefa ab is ko aap? main is se bartar hoon. to cheezon ko sun kar bhadak uthna, yeh to shaitani nafsiyat hai, is ka Islam se koi talluq nahi.</w:t>
      </w:r>
      <w:r>
        <w:br/>
      </w:r>
      <w:r>
        <w:rPr>
          <w:sz w:val="20"/>
        </w:rPr>
        <w:t>1:07:45  aur is se, yani ya to avoid kijiye, ya agar aap aisa aadmi payen jo discuss kar sakta ho to discuss kijiye.</w:t>
      </w:r>
      <w:r>
        <w:br/>
      </w:r>
      <w:r>
        <w:rPr>
          <w:sz w:val="20"/>
        </w:rPr>
        <w:t>1:07:56  warna yaqeenan yeh bhadakne ki nafsiyat jo hai, shaitani nafsiyat hai, is mein koi shakk nahi. pehla jo shakhs bhadka tha, woh shaitan tha.</w:t>
      </w:r>
      <w:r>
        <w:br/>
      </w:r>
      <w:r>
        <w:rPr>
          <w:sz w:val="20"/>
        </w:rPr>
        <w:t>1:08:07  yeh to maloom baat hai ke Allah Ta'ala ne Adam ko banaya, aur yeh kaha ke Adam zameen ka khaleefa hoga.</w:t>
      </w:r>
      <w:r>
        <w:br/>
      </w:r>
      <w:r>
        <w:rPr>
          <w:sz w:val="20"/>
        </w:rPr>
        <w:t>1:08:14  khaleefa ka matlab yeh koi religious term nahi hai, yeh religious term nahi hai. matlab zameen ka intezam chalayega, bas is sense mein.</w:t>
      </w:r>
      <w:r>
        <w:br/>
      </w:r>
      <w:r>
        <w:rPr>
          <w:sz w:val="20"/>
        </w:rPr>
        <w:t>1:08:25  zameen ka intezam chalayega. to shaitan bhadak utha. to kisi baat par ghaur karna, seriously samajhna, yeh insan ka kaam hai.</w:t>
      </w:r>
      <w:r>
        <w:br/>
      </w:r>
      <w:r>
        <w:rPr>
          <w:sz w:val="20"/>
        </w:rPr>
        <w:t>1:08:38  ab bhadakna shaitan ka kaam hai.</w:t>
      </w:r>
      <w:r>
        <w:br/>
      </w:r>
      <w:r>
        <w:rPr>
          <w:sz w:val="20"/>
        </w:rPr>
        <w:t>1:08:40  to Musalman jo baat baat bhadakte hain, bhadak kar larne maarne ke khare hote hain, woh to shaitani culture hai, is ka Islam se koi talluq nahi.</w:t>
      </w:r>
    </w:p>
    <w:p>
      <w:pPr>
        <w:pStyle w:val="Heading2"/>
      </w:pPr>
      <w:r>
        <w:t>Freedom of expression and Pope's statement</w:t>
      </w:r>
    </w:p>
    <w:p>
      <w:r>
        <w:rPr>
          <w:color w:val="666666"/>
          <w:sz w:val="18"/>
        </w:rPr>
        <w:t>Society &amp; Dawah · Root Cause of Terrorism February 22, 2015 · 3m 43s · at 47:08 · https://youtu.be/n0AIGEI7b9U?t=2828</w:t>
      </w:r>
    </w:p>
    <w:p>
      <w:r>
        <w:rPr>
          <w:i/>
        </w:rPr>
        <w:t>“Many people like the Pope's recent statement that freedom of expression is not absolute. The Pope said it after the attack on Charlie Hebdo magazine in France. Please comment.”</w:t>
      </w:r>
    </w:p>
    <w:p>
      <w:r>
        <w:rPr>
          <w:sz w:val="20"/>
        </w:rPr>
        <w:t>47:07  hikmat e islam.</w:t>
      </w:r>
      <w:r>
        <w:br/>
      </w:r>
      <w:r>
        <w:rPr>
          <w:sz w:val="20"/>
        </w:rPr>
        <w:t>47:08  maulana, agla sawal wajihuddin sahib ne kiya hai mumbai se aur unhon ne likha hai: "many people</w:t>
      </w:r>
      <w:r>
        <w:br/>
      </w:r>
      <w:r>
        <w:rPr>
          <w:sz w:val="20"/>
        </w:rPr>
        <w:t>47:16  like the pope's recent statement that freedom of expression is not absolute.</w:t>
      </w:r>
      <w:r>
        <w:br/>
      </w:r>
      <w:r>
        <w:rPr>
          <w:sz w:val="20"/>
        </w:rPr>
        <w:t>47:21  the pope said it, the pope said it after the attack on Charlie Hebdo magazine in France.</w:t>
      </w:r>
      <w:r>
        <w:br/>
      </w:r>
      <w:r>
        <w:rPr>
          <w:sz w:val="20"/>
        </w:rPr>
        <w:t>47:28  absolute freedom can be misused and that's why freedom must not be absolute.</w:t>
      </w:r>
      <w:r>
        <w:br/>
      </w:r>
      <w:r>
        <w:rPr>
          <w:sz w:val="20"/>
        </w:rPr>
        <w:t>47:34  some people say if someone abuses me, i have freedom to retaliate.</w:t>
      </w:r>
      <w:r>
        <w:br/>
      </w:r>
      <w:r>
        <w:rPr>
          <w:sz w:val="20"/>
        </w:rPr>
        <w:t>47:40  please explain this." dekhen, do baatein alag alag hain, do baatein alag alag hain.</w:t>
      </w:r>
      <w:r>
        <w:br/>
      </w:r>
      <w:r>
        <w:rPr>
          <w:sz w:val="20"/>
        </w:rPr>
        <w:t>47:46  mein samajhta hoon ke freedom jo hai, yani by nature absolute hona chahiye is ko ke insan soch</w:t>
      </w:r>
      <w:r>
        <w:br/>
      </w:r>
      <w:r>
        <w:rPr>
          <w:sz w:val="20"/>
        </w:rPr>
        <w:t>47:54  sake, soch sake, soch sake.</w:t>
      </w:r>
      <w:r>
        <w:br/>
      </w:r>
      <w:r>
        <w:rPr>
          <w:sz w:val="20"/>
        </w:rPr>
        <w:t>47:56  yeh absolute hona chahiye, warna creativity ruk jayegi.</w:t>
      </w:r>
      <w:r>
        <w:br/>
      </w:r>
      <w:r>
        <w:rPr>
          <w:sz w:val="20"/>
        </w:rPr>
        <w:t>48:00  freedom par agar pabandi lagayenge to creativity ruk jayegi, phir creative thinking ka development nahi hoga.</w:t>
      </w:r>
      <w:r>
        <w:br/>
      </w:r>
      <w:r>
        <w:rPr>
          <w:sz w:val="20"/>
        </w:rPr>
        <w:t>48:07  insan ki sab se bari sifat yeh hai ke is ke andar creative thinking ho, hai intellectual development</w:t>
      </w:r>
      <w:r>
        <w:br/>
      </w:r>
      <w:r>
        <w:rPr>
          <w:sz w:val="20"/>
        </w:rPr>
        <w:t>48:15  hota hai is ka, to woh ruk jayegi.</w:t>
      </w:r>
      <w:r>
        <w:br/>
      </w:r>
      <w:r>
        <w:rPr>
          <w:sz w:val="20"/>
        </w:rPr>
        <w:t>48:19  is liye mein yeh manta hoon aur islam ka yahi usool hai ke freedom at itself jo hai,</w:t>
      </w:r>
      <w:r>
        <w:br/>
      </w:r>
      <w:r>
        <w:rPr>
          <w:sz w:val="20"/>
        </w:rPr>
        <w:t>48:27  woh total freedom hai.</w:t>
      </w:r>
      <w:r>
        <w:br/>
      </w:r>
      <w:r>
        <w:rPr>
          <w:sz w:val="20"/>
        </w:rPr>
        <w:t>48:28  total freedom.</w:t>
      </w:r>
      <w:r>
        <w:br/>
      </w:r>
      <w:r>
        <w:rPr>
          <w:sz w:val="20"/>
        </w:rPr>
        <w:t>48:30  ab is mein do baatein aati hain, woh yeh hai: ek baat, woh jo mein ne is se</w:t>
      </w:r>
      <w:r>
        <w:br/>
      </w:r>
      <w:r>
        <w:rPr>
          <w:sz w:val="20"/>
        </w:rPr>
        <w:t>48:38  pehlay keh chuka hoon ke sirf yeh hai ke doosre ke liye aap harmful na banen.</w:t>
      </w:r>
      <w:r>
        <w:br/>
      </w:r>
      <w:r>
        <w:rPr>
          <w:sz w:val="20"/>
        </w:rPr>
        <w:t>48:45  khud to chahe jitna sochen, aap apni thinking ko jitna hi chahe aap kare dein, is ko apne</w:t>
      </w:r>
      <w:r>
        <w:br/>
      </w:r>
      <w:r>
        <w:rPr>
          <w:sz w:val="20"/>
        </w:rPr>
        <w:t>48:53  mind ko jitna chahe istemal karen, lekin yeh right nahi hona chahiye ke doosre ke liye harmful</w:t>
      </w:r>
      <w:r>
        <w:br/>
      </w:r>
      <w:r>
        <w:rPr>
          <w:sz w:val="20"/>
        </w:rPr>
        <w:t>49:00  banayen, kyunke woh to woh social crime ka subject ban jata hai, woh freedom ka nahi.</w:t>
      </w:r>
      <w:r>
        <w:br/>
      </w:r>
      <w:r>
        <w:rPr>
          <w:sz w:val="20"/>
        </w:rPr>
        <w:t>49:07  jaise hi aap doosre ke liye harmful bante hain to aap ek social crime karte hain, to</w:t>
      </w:r>
      <w:r>
        <w:br/>
      </w:r>
      <w:r>
        <w:rPr>
          <w:sz w:val="20"/>
        </w:rPr>
        <w:t>49:15  woh bilkul sahi hai.</w:t>
      </w:r>
      <w:r>
        <w:br/>
      </w:r>
      <w:r>
        <w:rPr>
          <w:sz w:val="20"/>
        </w:rPr>
        <w:t>49:17  doosri baat yeh hai ke musalman jo yeh kehte hain ke hamara hamara dil majrooh hua hai, to</w:t>
      </w:r>
      <w:r>
        <w:br/>
      </w:r>
      <w:r>
        <w:rPr>
          <w:sz w:val="20"/>
        </w:rPr>
        <w:t>49:24  yeh majrooh hona ka concept bilkul galat hai, yeh Islam se is ka koi talluq nahin.</w:t>
      </w:r>
      <w:r>
        <w:br/>
      </w:r>
      <w:r>
        <w:rPr>
          <w:sz w:val="20"/>
        </w:rPr>
        <w:t>49:31  aap ka dil majrooh kyun hua? aap ke dil ko aap offend kyun hui hai? aap is ko</w:t>
      </w:r>
      <w:r>
        <w:br/>
      </w:r>
      <w:r>
        <w:rPr>
          <w:sz w:val="20"/>
        </w:rPr>
        <w:t>49:39  point of discussion bana kar is ko is ke baat kijiye.</w:t>
      </w:r>
      <w:r>
        <w:br/>
      </w:r>
      <w:r>
        <w:rPr>
          <w:sz w:val="20"/>
        </w:rPr>
        <w:t>49:44  jis ne koi baat kahi hai, woh aap ko buri lagi hai to aap use use discuss kijiye,</w:t>
      </w:r>
      <w:r>
        <w:br/>
      </w:r>
      <w:r>
        <w:rPr>
          <w:sz w:val="20"/>
        </w:rPr>
        <w:t>49:51  is ko point of discussion banaiye.</w:t>
      </w:r>
      <w:r>
        <w:br/>
      </w:r>
      <w:r>
        <w:rPr>
          <w:sz w:val="20"/>
        </w:rPr>
        <w:t>49:54  point of, yani is ko offend hone ki koi zaroorat nahin hai.</w:t>
      </w:r>
      <w:r>
        <w:br/>
      </w:r>
      <w:r>
        <w:rPr>
          <w:sz w:val="20"/>
        </w:rPr>
        <w:t>49:59  yeh musalman yeh kehte hain ke is se hamara dil offend hota hai, to offend hone ki zaroorat</w:t>
      </w:r>
      <w:r>
        <w:br/>
      </w:r>
      <w:r>
        <w:rPr>
          <w:sz w:val="20"/>
        </w:rPr>
        <w:t>50:07  hi kya hai? aap use discuss kijiye.</w:t>
      </w:r>
      <w:r>
        <w:br/>
      </w:r>
      <w:r>
        <w:rPr>
          <w:sz w:val="20"/>
        </w:rPr>
        <w:t>50:10  to yeh do baatein main arz karunga ke freedom ke liye koi bhi condition nahin hai, siwaye</w:t>
      </w:r>
      <w:r>
        <w:br/>
      </w:r>
      <w:r>
        <w:rPr>
          <w:sz w:val="20"/>
        </w:rPr>
        <w:t>50:17  is ke ke aadmi harmful na bane.</w:t>
      </w:r>
      <w:r>
        <w:br/>
      </w:r>
      <w:r>
        <w:rPr>
          <w:sz w:val="20"/>
        </w:rPr>
        <w:t>50:21  harmful banega to phir woh freedom nahin hogi, woh social crime ho jayega.</w:t>
      </w:r>
      <w:r>
        <w:br/>
      </w:r>
      <w:r>
        <w:rPr>
          <w:sz w:val="20"/>
        </w:rPr>
        <w:t>50:28  doosri baat yeh hai ke koi kisi ki baat aap ko agar galat maloom ho rahi hai, buri</w:t>
      </w:r>
      <w:r>
        <w:br/>
      </w:r>
      <w:r>
        <w:rPr>
          <w:sz w:val="20"/>
        </w:rPr>
        <w:t>50:35  lag rahi hai to aap use discuss kijiye, is ko reason based discussion kijiye is se, aur aur</w:t>
      </w:r>
      <w:r>
        <w:br/>
      </w:r>
      <w:r>
        <w:rPr>
          <w:sz w:val="20"/>
        </w:rPr>
        <w:t>50:43  woh is se aap ko bhi faida hoga, us ko bhi faida hoga.</w:t>
      </w:r>
      <w:r>
        <w:br/>
      </w:r>
      <w:r>
        <w:rPr>
          <w:sz w:val="20"/>
        </w:rPr>
        <w:t>50:49  yeh do baatein main kehta hoon.</w:t>
      </w:r>
    </w:p>
    <w:p>
      <w:pPr>
        <w:pStyle w:val="Heading2"/>
      </w:pPr>
      <w:r>
        <w:t>Giving Quran with Gifts to Non-Muslims in UK</w:t>
      </w:r>
    </w:p>
    <w:p>
      <w:r>
        <w:rPr>
          <w:color w:val="666666"/>
          <w:sz w:val="18"/>
        </w:rPr>
        <w:t>Society &amp; Dawah · Lessons from My Journey to Canada II January 10, 2016 · 2m 21s · at 48:21 · https://youtu.be/GHF2Ph3GW7A?t=2901</w:t>
      </w:r>
    </w:p>
    <w:p>
      <w:r>
        <w:rPr>
          <w:i/>
        </w:rPr>
        <w:t>“In the UK we have experienced few times that when we give Quran with chocolates and gifts to non-Muslims, then they keep the...”</w:t>
      </w:r>
    </w:p>
    <w:p>
      <w:r>
        <w:rPr>
          <w:sz w:val="20"/>
        </w:rPr>
        <w:t>48:21  masha Allah. Maulana, agla sawal doctor Hana ne kiya hai UK se, aur unhon ne likha hai ke</w:t>
      </w:r>
      <w:r>
        <w:br/>
      </w:r>
      <w:r>
        <w:rPr>
          <w:sz w:val="20"/>
        </w:rPr>
        <w:t>48:28  "مولانا، in UK we have experienced"</w:t>
      </w:r>
      <w:r>
        <w:br/>
      </w:r>
      <w:r>
        <w:rPr>
          <w:sz w:val="20"/>
        </w:rPr>
        <w:t>48:32  few times that when we give Quran with chocolates and gifts to non-Muslims, then they keep the</w:t>
      </w:r>
      <w:r>
        <w:br/>
      </w:r>
      <w:r>
        <w:rPr>
          <w:sz w:val="20"/>
        </w:rPr>
        <w:t>48:39  chocolates but returned the Quran as they suspected it to be a magic phenomena".</w:t>
      </w:r>
      <w:r>
        <w:br/>
      </w:r>
      <w:r>
        <w:rPr>
          <w:sz w:val="20"/>
        </w:rPr>
        <w:t>48:46  Since since these interactions are more with people who are from India, so I want to know whether</w:t>
      </w:r>
      <w:r>
        <w:br/>
      </w:r>
      <w:r>
        <w:rPr>
          <w:sz w:val="20"/>
        </w:rPr>
        <w:t>48:52  There is any concept of magic taken in India among non-Muslims for taking of Quran.</w:t>
      </w:r>
      <w:r>
        <w:br/>
      </w:r>
      <w:r>
        <w:rPr>
          <w:sz w:val="20"/>
        </w:rPr>
        <w:t>49:01  haan, is tarah ka tasawwur har jagah maujood hai, kam ya zyada, lekin is se humein kuch, yeh</w:t>
      </w:r>
      <w:r>
        <w:br/>
      </w:r>
      <w:r>
        <w:rPr>
          <w:sz w:val="20"/>
        </w:rPr>
        <w:t>49:06  hamare liye problem nahi hai.</w:t>
      </w:r>
      <w:r>
        <w:br/>
      </w:r>
      <w:r>
        <w:rPr>
          <w:sz w:val="20"/>
        </w:rPr>
        <w:t>49:10  اس لیے کہ یہ زمانہ جو ہے، اسی کے ساتھ یہ جاننا چاہیے کہ زمانہ spirit and inquiry</w:t>
      </w:r>
      <w:r>
        <w:br/>
      </w:r>
      <w:r>
        <w:rPr>
          <w:sz w:val="20"/>
        </w:rPr>
        <w:t>49:17  ka zamana hai.</w:t>
      </w:r>
      <w:r>
        <w:br/>
      </w:r>
      <w:r>
        <w:rPr>
          <w:sz w:val="20"/>
        </w:rPr>
        <w:t>49:19  hum un se keh sakte hain ke bhai, aap parh ke dekhiye, hum koi aap pe impose to</w:t>
      </w:r>
      <w:r>
        <w:br/>
      </w:r>
      <w:r>
        <w:rPr>
          <w:sz w:val="20"/>
        </w:rPr>
        <w:t>49:24  kar nahi rahe, aap parh kar dekhiye.</w:t>
      </w:r>
      <w:r>
        <w:br/>
      </w:r>
      <w:r>
        <w:rPr>
          <w:sz w:val="20"/>
        </w:rPr>
        <w:t>49:30  to kuch na kuch</w:t>
      </w:r>
      <w:r>
        <w:br/>
      </w:r>
      <w:r>
        <w:rPr>
          <w:sz w:val="20"/>
        </w:rPr>
        <w:t>49:34  misunderstanding har jagah pai jati hai, chahe India mein ho, chahe West mein ho, lekin woh mis</w:t>
      </w:r>
      <w:r>
        <w:br/>
      </w:r>
      <w:r>
        <w:rPr>
          <w:sz w:val="20"/>
        </w:rPr>
        <w:t>49:39  understanding jo hai, us ko aap yani point of discussion banaiye.</w:t>
      </w:r>
      <w:r>
        <w:br/>
      </w:r>
      <w:r>
        <w:rPr>
          <w:sz w:val="20"/>
        </w:rPr>
        <w:t>49:46  ase yeh kahiye ke aap is ko parh ke dekh lijiye, kya hai is mein?</w:t>
      </w:r>
      <w:r>
        <w:br/>
      </w:r>
      <w:r>
        <w:rPr>
          <w:sz w:val="20"/>
        </w:rPr>
        <w:t>49:54  to main samajhta hoon ke</w:t>
      </w:r>
      <w:r>
        <w:br/>
      </w:r>
      <w:r>
        <w:rPr>
          <w:sz w:val="20"/>
        </w:rPr>
        <w:t>49:57  is tarah ki soch pehle bhi thi, aaj bhi hai, aindah bhi rahegi, lekin is se dawat</w:t>
      </w:r>
      <w:r>
        <w:br/>
      </w:r>
      <w:r>
        <w:rPr>
          <w:sz w:val="20"/>
        </w:rPr>
        <w:t>50:03  ka mission rukta nahin.</w:t>
      </w:r>
      <w:r>
        <w:br/>
      </w:r>
      <w:r>
        <w:rPr>
          <w:sz w:val="20"/>
        </w:rPr>
        <w:t>50:05  dawat ka mission phir bhi jaari rehta hai, inshallah.</w:t>
      </w:r>
      <w:r>
        <w:br/>
      </w:r>
      <w:r>
        <w:rPr>
          <w:sz w:val="20"/>
        </w:rPr>
        <w:t>50:13  maulana, ek aur comment aaya hai dilli se doctor najma siddiqi ka, aur unhon ne likha hai ke</w:t>
      </w:r>
      <w:r>
        <w:br/>
      </w:r>
      <w:r>
        <w:rPr>
          <w:sz w:val="20"/>
        </w:rPr>
        <w:t>50:20  An experience, once an experience that I wanted to share with all, once I gave an English Quran</w:t>
      </w:r>
      <w:r>
        <w:br/>
      </w:r>
      <w:r>
        <w:rPr>
          <w:sz w:val="20"/>
        </w:rPr>
        <w:t>50:26  to a doctor.</w:t>
      </w:r>
      <w:r>
        <w:br/>
      </w:r>
      <w:r>
        <w:rPr>
          <w:sz w:val="20"/>
        </w:rPr>
        <w:t>50:28  he looked at me for few seconds, took it and said, i had worked in saudi arabia for</w:t>
      </w:r>
      <w:r>
        <w:br/>
      </w:r>
      <w:r>
        <w:rPr>
          <w:sz w:val="20"/>
        </w:rPr>
        <w:t>50:35  More than five years, no one ever gave me a copy of Quran which I could understand.</w:t>
      </w:r>
      <w:r>
        <w:br/>
      </w:r>
      <w:r>
        <w:rPr>
          <w:sz w:val="20"/>
        </w:rPr>
        <w:t>50:43  ' He then asked me for a few more copies to give it to some of his friends, and he still keeps in touch with me." Mashallah. Maulana, agla sawal bheja hai Imran Khalid Sahib ne, unhon ne apni location nahin likhi hai. un ka sawal hai: "Maulana, is there any role of Allah in our daily lives? I mean, does He intervene in our daily life? And what is the role of dua?"</w:t>
      </w:r>
    </w:p>
    <w:p>
      <w:pPr>
        <w:pStyle w:val="Heading2"/>
      </w:pPr>
      <w:r>
        <w:t>Greeting Non-Muslims with Salaam</w:t>
      </w:r>
    </w:p>
    <w:p>
      <w:r>
        <w:rPr>
          <w:color w:val="666666"/>
          <w:sz w:val="18"/>
        </w:rPr>
        <w:t>Society &amp; Dawah · Hadith Prediction November 3, 2013 · 2m 06s · at 57:30 · https://youtu.be/cb5Lzw9c8aE?t=3450</w:t>
      </w:r>
    </w:p>
    <w:p>
      <w:r>
        <w:rPr>
          <w:i/>
        </w:rPr>
        <w:t>“Can we greet non-Muslims with the Islamic word 'Assalamu Alaikum'?”</w:t>
      </w:r>
    </w:p>
    <w:p>
      <w:r>
        <w:rPr>
          <w:sz w:val="20"/>
        </w:rPr>
        <w:t>57:30  maulana, agla sawal hai kashmir se amir sofi sahab ka. unhon ne aapse poocha hai ke can we greet non-muslims with the islamic word assalamu alaikum?</w:t>
      </w:r>
      <w:r>
        <w:br/>
      </w:r>
      <w:r>
        <w:rPr>
          <w:sz w:val="20"/>
        </w:rPr>
        <w:t>57:42  zaroor, already aap karte hi hain. yeh is se poochne ki baat hi nahi hai. already hum sab duniya ko assalamu alaikum kehte hain.</w:t>
      </w:r>
      <w:r>
        <w:br/>
      </w:r>
      <w:r>
        <w:rPr>
          <w:sz w:val="20"/>
        </w:rPr>
        <w:t>57:51  dekhiye, paanch waqt ki jo aap namaz padhte hain to namaz ke aakhir mein kya kehte hain aap?</w:t>
      </w:r>
      <w:r>
        <w:br/>
      </w:r>
      <w:r>
        <w:rPr>
          <w:sz w:val="20"/>
        </w:rPr>
        <w:t>58:00  yani apna chehra idhar karte hain, idhar karte hain. assalamu alaikum wa rehmatullah assalamu alaikum wa rehmatullah. to sari duniya ki taraf chehra kar ke aap kehte hain: "aye logon, tum par salamat ho!</w:t>
      </w:r>
      <w:r>
        <w:br/>
      </w:r>
      <w:r>
        <w:rPr>
          <w:sz w:val="20"/>
        </w:rPr>
        <w:t>58:13  aye logon, tum par salamat ho!" to kaun log hote hain? kya musalman hote hain? sab log hote hain.</w:t>
      </w:r>
      <w:r>
        <w:br/>
      </w:r>
      <w:r>
        <w:rPr>
          <w:sz w:val="20"/>
        </w:rPr>
        <w:t>58:21  alaikum jo hai, sare insanon ke liye hai. yeh</w:t>
      </w:r>
      <w:r>
        <w:br/>
      </w:r>
      <w:r>
        <w:rPr>
          <w:sz w:val="20"/>
        </w:rPr>
        <w:t>58:29  ek ek muhaddis the, unhon ne kaha ke tadri muslim yqul anta amnun minni anta amnun minni jab aadmi assalamu alaikum kehta hai to jaante ho kya matlab is ka hai?</w:t>
      </w:r>
      <w:r>
        <w:br/>
      </w:r>
      <w:r>
        <w:rPr>
          <w:sz w:val="20"/>
        </w:rPr>
        <w:t>58:43  is ka matlab yeh hai ke sab se woh keh raha hota hai ke tum mujh se mehfooz ho, tum mujh se mehfooz ho, tum par salamat ho, tum par salamat ho.</w:t>
      </w:r>
      <w:r>
        <w:br/>
      </w:r>
      <w:r>
        <w:rPr>
          <w:sz w:val="20"/>
        </w:rPr>
        <w:t>58:51  to jo log yeh poochte hain, bohat se log maine dekha ke woh poochte hain. yeh poochne pe matlab hai. already sare musalman is par practice karte hain, lekin be-shuuri ke tehat</w:t>
      </w:r>
      <w:r>
        <w:br/>
      </w:r>
      <w:r>
        <w:rPr>
          <w:sz w:val="20"/>
        </w:rPr>
        <w:t>59:05  jab bhi hum namaz ko padhne ke baad idhar phirte hain, idhar padhte hain, assalamu alaikum kehte hain, woh sari duniya ke liye hota hai. woh yeh nahi ke aye musalmanon, tumhare upar salamat ho.</w:t>
      </w:r>
      <w:r>
        <w:br/>
      </w:r>
      <w:r>
        <w:rPr>
          <w:sz w:val="20"/>
        </w:rPr>
        <w:t>59:17  sab duniya ke liye</w:t>
      </w:r>
      <w:r>
        <w:br/>
      </w:r>
      <w:r>
        <w:rPr>
          <w:sz w:val="20"/>
        </w:rPr>
        <w:t>59:19  yeh to Islam ki bahut basic taleem hai ke sab ke liye aap ke dil mein salamati ho, sab ke liye aap ke dil mein peace ho, sab ke liye aap ke dil mein khair khwahi ho.</w:t>
      </w:r>
      <w:r>
        <w:br/>
      </w:r>
      <w:r>
        <w:rPr>
          <w:sz w:val="20"/>
        </w:rPr>
        <w:t>59:28  yeh islam ki basic teaching hai, yani social teaching.</w:t>
      </w:r>
    </w:p>
    <w:p>
      <w:pPr>
        <w:pStyle w:val="Heading2"/>
      </w:pPr>
      <w:r>
        <w:t>Groups misusing Prophet's name for violence</w:t>
      </w:r>
    </w:p>
    <w:p>
      <w:r>
        <w:rPr>
          <w:color w:val="666666"/>
          <w:sz w:val="18"/>
        </w:rPr>
        <w:t>Society &amp; Dawah · Example of the Prophet March 20, 2016 · 2m 32s · at 1:16:04 · https://youtu.be/79HmhzXU41w?t=4564</w:t>
      </w:r>
    </w:p>
    <w:p>
      <w:r>
        <w:rPr>
          <w:i/>
        </w:rPr>
        <w:t>“There are groups who use the name of the Prophet and the Prophet's seal and stamp in their flags and spread violence in the name of Islam.”</w:t>
      </w:r>
    </w:p>
    <w:p>
      <w:r>
        <w:rPr>
          <w:sz w:val="20"/>
        </w:rPr>
        <w:t>1:16:04  Maulana, agla sawal Muhammad Wajihuddin sahib ne kiya hai Mumbai se, aur unhone likha hai Maulana</w:t>
      </w:r>
      <w:r>
        <w:br/>
      </w:r>
      <w:r>
        <w:rPr>
          <w:sz w:val="20"/>
        </w:rPr>
        <w:t>1:16:12  Sahib, there are groups who use the name of prophet and the prophet's seal and stamp on their</w:t>
      </w:r>
      <w:r>
        <w:br/>
      </w:r>
      <w:r>
        <w:rPr>
          <w:sz w:val="20"/>
        </w:rPr>
        <w:t>1:16:19  fleighz and spread violence in da name of Islam,</w:t>
      </w:r>
      <w:r>
        <w:br/>
      </w:r>
      <w:r>
        <w:rPr>
          <w:sz w:val="20"/>
        </w:rPr>
        <w:t>1:16:23  Can this be called an Islamic war especially when they use the seal of Prophet on their flags?</w:t>
      </w:r>
      <w:r>
        <w:br/>
      </w:r>
      <w:r>
        <w:rPr>
          <w:sz w:val="20"/>
        </w:rPr>
        <w:t>1:16:30  hargiz nahin, yeh to un Islamic hai, hargiz nahin, hargiz nahin.</w:t>
      </w:r>
      <w:r>
        <w:br/>
      </w:r>
      <w:r>
        <w:rPr>
          <w:sz w:val="20"/>
        </w:rPr>
        <w:t>1:16:35  yeh logon ko Allah ke hath pakra jayega, kisi ko right kiya hai ke woh aisa kare?</w:t>
      </w:r>
      <w:r>
        <w:br/>
      </w:r>
      <w:r>
        <w:rPr>
          <w:sz w:val="20"/>
        </w:rPr>
        <w:t>1:16:40  Islam mein war hai hi nahin, Islam mein sirf peace hai.</w:t>
      </w:r>
      <w:r>
        <w:br/>
      </w:r>
      <w:r>
        <w:rPr>
          <w:sz w:val="20"/>
        </w:rPr>
        <w:t>1:16:47  mein poore apni zindagi mein jo study ki hai, mein kehta hoon ke Islam mein war hai hi</w:t>
      </w:r>
      <w:r>
        <w:br/>
      </w:r>
      <w:r>
        <w:rPr>
          <w:sz w:val="20"/>
        </w:rPr>
        <w:t>1:16:51  nahin, Islam mein sirf peace hai.</w:t>
      </w:r>
      <w:r>
        <w:br/>
      </w:r>
      <w:r>
        <w:rPr>
          <w:sz w:val="20"/>
        </w:rPr>
        <w:t>1:16:56  kabhi kabhi koi establishment government as a defence, limited sense mein</w:t>
      </w:r>
      <w:r>
        <w:br/>
      </w:r>
      <w:r>
        <w:rPr>
          <w:sz w:val="20"/>
        </w:rPr>
        <w:t>1:17:04  hath hath utha sakti hai, limited sense mein full fledge war to Islam mein hai hi nahin.</w:t>
      </w:r>
      <w:r>
        <w:br/>
      </w:r>
      <w:r>
        <w:rPr>
          <w:sz w:val="20"/>
        </w:rPr>
        <w:t>1:17:11  aur jo log aaj kal ke zamane mein jo Islam ke naam par war kar rahe hain, is</w:t>
      </w:r>
      <w:r>
        <w:br/>
      </w:r>
      <w:r>
        <w:rPr>
          <w:sz w:val="20"/>
        </w:rPr>
        <w:t>1:17:16  ka Islam se kuch bhi ta'alluq nahin hai, one percent bhi ta'alluq nahin hai.</w:t>
      </w:r>
      <w:r>
        <w:br/>
      </w:r>
      <w:r>
        <w:rPr>
          <w:sz w:val="20"/>
        </w:rPr>
        <w:t>1:17:24  is par bohat likha hai hum ne ke Islam sarta sar peace hai, peace, peace, peace.</w:t>
      </w:r>
      <w:r>
        <w:br/>
      </w:r>
      <w:r>
        <w:rPr>
          <w:sz w:val="20"/>
        </w:rPr>
        <w:t>1:17:31  tashaddud aur war hai hi nahin,</w:t>
      </w:r>
      <w:r>
        <w:br/>
      </w:r>
      <w:r>
        <w:rPr>
          <w:sz w:val="20"/>
        </w:rPr>
        <w:t>1:17:34  sirf sirf aik establishment government ke liye</w:t>
      </w:r>
      <w:r>
        <w:br/>
      </w:r>
      <w:r>
        <w:rPr>
          <w:sz w:val="20"/>
        </w:rPr>
        <w:t>1:17:41  as a defence,</w:t>
      </w:r>
      <w:r>
        <w:br/>
      </w:r>
      <w:r>
        <w:rPr>
          <w:sz w:val="20"/>
        </w:rPr>
        <w:t>1:17:43  woh bhi limited sense mein war mein jana jaiz hai.</w:t>
      </w:r>
      <w:r>
        <w:br/>
      </w:r>
      <w:r>
        <w:rPr>
          <w:sz w:val="20"/>
        </w:rPr>
        <w:t>1:17:49  limited sense mein full fledge war chherna Islam mein to bilkul hi jaiz nahin, is tarah se koi</w:t>
      </w:r>
      <w:r>
        <w:br/>
      </w:r>
      <w:r>
        <w:rPr>
          <w:sz w:val="20"/>
        </w:rPr>
        <w:t>1:17:55  koi jagah hi nahin hai is ke liye.</w:t>
      </w:r>
      <w:r>
        <w:br/>
      </w:r>
      <w:r>
        <w:rPr>
          <w:sz w:val="20"/>
        </w:rPr>
        <w:t>1:17:58  Islam ka jo mission jo hai, insan ko insan banana hai, is ka war se kia ta'alluq?</w:t>
      </w:r>
      <w:r>
        <w:br/>
      </w:r>
      <w:r>
        <w:rPr>
          <w:sz w:val="20"/>
        </w:rPr>
        <w:t>1:18:05  insan ko insan banana, yeh mission hai Islam ka, is ka is ka ladaai se kia ta'alluq?</w:t>
      </w:r>
      <w:r>
        <w:br/>
      </w:r>
      <w:r>
        <w:rPr>
          <w:sz w:val="20"/>
        </w:rPr>
        <w:t>1:18:12  lad ke kisi ko banayenge aap, Islam woh to samjhana bujhana se hoga ke Islam</w:t>
      </w:r>
      <w:r>
        <w:br/>
      </w:r>
      <w:r>
        <w:rPr>
          <w:sz w:val="20"/>
        </w:rPr>
        <w:t>1:18:19  sirf aik peace hi peace hai.</w:t>
      </w:r>
      <w:r>
        <w:br/>
      </w:r>
      <w:r>
        <w:rPr>
          <w:sz w:val="20"/>
        </w:rPr>
        <w:t>1:18:22  Islam mein shuru se akhir tak</w:t>
      </w:r>
      <w:r>
        <w:br/>
      </w:r>
      <w:r>
        <w:rPr>
          <w:sz w:val="20"/>
        </w:rPr>
        <w:t>1:18:26  yeh mein ne bohat kitabein likhi hain, ab latest book meri hai Age of Peace, is mein bhi</w:t>
      </w:r>
      <w:r>
        <w:br/>
      </w:r>
      <w:r>
        <w:rPr>
          <w:sz w:val="20"/>
        </w:rPr>
        <w:t>1:18:32  is ki mein ne wazahat ki hai.</w:t>
      </w:r>
    </w:p>
    <w:p>
      <w:pPr>
        <w:pStyle w:val="Heading2"/>
      </w:pPr>
      <w:r>
        <w:t>Growing trust deficit between Muslims and non-Muslims</w:t>
      </w:r>
    </w:p>
    <w:p>
      <w:r>
        <w:rPr>
          <w:color w:val="666666"/>
          <w:sz w:val="18"/>
        </w:rPr>
        <w:t>Society &amp; Dawah · Spirit of the Age November 06, 2016 · 2m 25s · at 36:50 · https://youtu.be/URWoioUiDO4?t=2210</w:t>
      </w:r>
    </w:p>
    <w:p>
      <w:r>
        <w:rPr>
          <w:i/>
        </w:rPr>
        <w:t>“There is a growing trust deficit between Muslims and non-Muslims, which is often capitalized by the political parties.”</w:t>
      </w:r>
    </w:p>
    <w:p>
      <w:r>
        <w:rPr>
          <w:sz w:val="20"/>
        </w:rPr>
        <w:t>36:50  Maulana, agla sawal bheja hai, ah, Kamal Siddiqui sahib ne Amritsar se.</w:t>
      </w:r>
      <w:r>
        <w:br/>
      </w:r>
      <w:r>
        <w:rPr>
          <w:sz w:val="20"/>
        </w:rPr>
        <w:t>36:55  انہوں نے لکھا ہے، مولانا صاحب، there is a growing trust deficit between Muslims and non-Muslims, which</w:t>
      </w:r>
      <w:r>
        <w:br/>
      </w:r>
      <w:r>
        <w:rPr>
          <w:sz w:val="20"/>
        </w:rPr>
        <w:t>37:02  is often capitalized by the political parties.</w:t>
      </w:r>
      <w:r>
        <w:br/>
      </w:r>
      <w:r>
        <w:rPr>
          <w:sz w:val="20"/>
        </w:rPr>
        <w:t>37:05  My question is, how can we build trust with one another? What should be the starting point? یہ</w:t>
      </w:r>
      <w:r>
        <w:br/>
      </w:r>
      <w:r>
        <w:rPr>
          <w:sz w:val="20"/>
        </w:rPr>
        <w:t>37:13  to mein ne khud Quran ke hawale se bata diya.</w:t>
      </w:r>
      <w:r>
        <w:br/>
      </w:r>
      <w:r>
        <w:rPr>
          <w:sz w:val="20"/>
        </w:rPr>
        <w:t>37:17  trust qaim karna jo hai, woh sirf is liye nahi hoga ke aap kahain ke trust karo, trust</w:t>
      </w:r>
      <w:r>
        <w:br/>
      </w:r>
      <w:r>
        <w:rPr>
          <w:sz w:val="20"/>
        </w:rPr>
        <w:t>37:25  karo, trust karo.</w:t>
      </w:r>
      <w:r>
        <w:br/>
      </w:r>
      <w:r>
        <w:rPr>
          <w:sz w:val="20"/>
        </w:rPr>
        <w:t>37:27  logon ko yeh yeh wisdom batana parhega, wisdom ke rizq ko avoid karna parta hai.</w:t>
      </w:r>
      <w:r>
        <w:br/>
      </w:r>
      <w:r>
        <w:rPr>
          <w:sz w:val="20"/>
        </w:rPr>
        <w:t>37:33  sirf aap trust ki baat kijiye to kabhi trust qaim nahi hoga.</w:t>
      </w:r>
      <w:r>
        <w:br/>
      </w:r>
      <w:r>
        <w:rPr>
          <w:sz w:val="20"/>
        </w:rPr>
        <w:t>37:39  jo rukawat hai, us ko door karna parhega.</w:t>
      </w:r>
      <w:r>
        <w:br/>
      </w:r>
      <w:r>
        <w:rPr>
          <w:sz w:val="20"/>
        </w:rPr>
        <w:t>37:42  aur rukawat kya hai? log rizq mein phansay rehte hain.</w:t>
      </w:r>
      <w:r>
        <w:br/>
      </w:r>
      <w:r>
        <w:rPr>
          <w:sz w:val="20"/>
        </w:rPr>
        <w:t>37:47  kuch koi negative ayaten hoti hi hoti hain, hamesha us mein phansay rehte hain.</w:t>
      </w:r>
      <w:r>
        <w:br/>
      </w:r>
      <w:r>
        <w:rPr>
          <w:sz w:val="20"/>
        </w:rPr>
        <w:t>37:53  logon ko wisdom bataiye ke dunya mein chuki insaan azaad hai, har insaan apni azaadi ko apni marzi</w:t>
      </w:r>
      <w:r>
        <w:br/>
      </w:r>
      <w:r>
        <w:rPr>
          <w:sz w:val="20"/>
        </w:rPr>
        <w:t>38:00  ke mutabiq istemal karega, to us se poochega nahi? to karnay do us ko, tum bhi</w:t>
      </w:r>
      <w:r>
        <w:br/>
      </w:r>
      <w:r>
        <w:rPr>
          <w:sz w:val="20"/>
        </w:rPr>
        <w:t>38:08  azaad ho, tum bhi karo.</w:t>
      </w:r>
      <w:r>
        <w:br/>
      </w:r>
      <w:r>
        <w:rPr>
          <w:sz w:val="20"/>
        </w:rPr>
        <w:t>38:10  woh agar apni azaadi ko istemal kar raha hai, tum bhi apni azaadi ko istemal karo.</w:t>
      </w:r>
      <w:r>
        <w:br/>
      </w:r>
      <w:r>
        <w:rPr>
          <w:sz w:val="20"/>
        </w:rPr>
        <w:t>38:17  yeh hai wisdom jis se trust paida hota hai.</w:t>
      </w:r>
      <w:r>
        <w:br/>
      </w:r>
      <w:r>
        <w:rPr>
          <w:sz w:val="20"/>
        </w:rPr>
        <w:t>38:21  agar aap yeh chahein ke koi unwanted baat na ho duniya mein, bas siyasi trust ki baat</w:t>
      </w:r>
      <w:r>
        <w:br/>
      </w:r>
      <w:r>
        <w:rPr>
          <w:sz w:val="20"/>
        </w:rPr>
        <w:t>38:29  ho, to woh kabhi na hoga, na kabhi trust qaim hoga.</w:t>
      </w:r>
      <w:r>
        <w:br/>
      </w:r>
      <w:r>
        <w:rPr>
          <w:sz w:val="20"/>
        </w:rPr>
        <w:t>38:33  aitmad nahi qaim ho sakta.</w:t>
      </w:r>
      <w:r>
        <w:br/>
      </w:r>
      <w:r>
        <w:rPr>
          <w:sz w:val="20"/>
        </w:rPr>
        <w:t>38:36  yeh shart aitmad ki nahi hai.</w:t>
      </w:r>
      <w:r>
        <w:br/>
      </w:r>
      <w:r>
        <w:rPr>
          <w:sz w:val="20"/>
        </w:rPr>
        <w:t>38:38  aitmad shart hai wisdom.</w:t>
      </w:r>
      <w:r>
        <w:br/>
      </w:r>
      <w:r>
        <w:rPr>
          <w:sz w:val="20"/>
        </w:rPr>
        <w:t>38:40  logon ko wisdom bataiye ke logon ko azadi hai creator ki taraf se, to aap apni azadi ko</w:t>
      </w:r>
      <w:r>
        <w:br/>
      </w:r>
      <w:r>
        <w:rPr>
          <w:sz w:val="20"/>
        </w:rPr>
        <w:t>38:48  wo use karenge.</w:t>
      </w:r>
      <w:r>
        <w:br/>
      </w:r>
      <w:r>
        <w:rPr>
          <w:sz w:val="20"/>
        </w:rPr>
        <w:t>38:49  Let them use that freedom according to their own.</w:t>
      </w:r>
      <w:r>
        <w:br/>
      </w:r>
      <w:r>
        <w:rPr>
          <w:sz w:val="20"/>
        </w:rPr>
        <w:t>38:53  tab ja kar aitmad qaim hoga.</w:t>
      </w:r>
      <w:r>
        <w:br/>
      </w:r>
      <w:r>
        <w:rPr>
          <w:sz w:val="20"/>
        </w:rPr>
        <w:t>38:56  yahi hai wisdom is maamle mein.</w:t>
      </w:r>
      <w:r>
        <w:br/>
      </w:r>
      <w:r>
        <w:rPr>
          <w:sz w:val="20"/>
        </w:rPr>
        <w:t>38:58  badqismati se log is wisdom ko nahi jante, bas khali kehte hain ke ek doosre par trust karo.</w:t>
      </w:r>
      <w:r>
        <w:br/>
      </w:r>
      <w:r>
        <w:rPr>
          <w:sz w:val="20"/>
        </w:rPr>
        <w:t>39:06  unko yeh wisdom bataiye ke rizq ko chodo, tab ja kar ke wisdom qaim hoga, trust qaim</w:t>
      </w:r>
      <w:r>
        <w:br/>
      </w:r>
      <w:r>
        <w:rPr>
          <w:sz w:val="20"/>
        </w:rPr>
        <w:t>39:14  hoga.</w:t>
      </w:r>
    </w:p>
    <w:p>
      <w:pPr>
        <w:pStyle w:val="Heading2"/>
      </w:pPr>
      <w:r>
        <w:t>Guidance for American Muslims facing Trump's negativity</w:t>
      </w:r>
    </w:p>
    <w:p>
      <w:r>
        <w:rPr>
          <w:color w:val="666666"/>
          <w:sz w:val="18"/>
        </w:rPr>
        <w:t>Society &amp; Dawah · Revival of Ummah January 22, 2017 · 2m 07s · at 45:32 · https://youtu.be/vnPsv0TBCfk?t=2732</w:t>
      </w:r>
    </w:p>
    <w:p>
      <w:r>
        <w:rPr>
          <w:i/>
        </w:rPr>
        <w:t>“What is your guidance to all the American Muslims in the background of new President Donald Trump who all so mentioned negatively about Islam in his first speech of acceptance as the President? Many American Muslims are worried that backlash and racial behavior will increase now. What is your guidance to all the American Muslims?”</w:t>
      </w:r>
    </w:p>
    <w:p>
      <w:r>
        <w:rPr>
          <w:sz w:val="20"/>
        </w:rPr>
        <w:t>45:32  but molana makes teachings of islam so relevant that we are able to experience islam in our breaths and in our heart beats. molana ab sawal lena chahenge. pehla sawal ah bheja hai ansar sahib ne lucknow se.</w:t>
      </w:r>
      <w:r>
        <w:br/>
      </w:r>
      <w:r>
        <w:rPr>
          <w:sz w:val="20"/>
        </w:rPr>
        <w:t>45:52  unhon ne likha hai molana what is your guidance to all the american muslims in the background of new president donald trump who also mentioned negatively about islam in his first speech of acceptance as the president. many american muslims are worried that backlash and racial behavior will increase now.</w:t>
      </w:r>
      <w:r>
        <w:br/>
      </w:r>
      <w:r>
        <w:rPr>
          <w:sz w:val="20"/>
        </w:rPr>
        <w:t>46:17  what is your guidance to all us americans? dekhiye aap sirat rasool ko padhiye. kisi ne kuch keh diya yeh to koi problem hi nahi hai. yani donald trump ne yeh to kaha kuch keh diya.</w:t>
      </w:r>
      <w:r>
        <w:br/>
      </w:r>
      <w:r>
        <w:rPr>
          <w:sz w:val="20"/>
        </w:rPr>
        <w:t>46:41  yani rasool allah ki taees saal ki zindagi mein makka mein madina mein log kehte the bohat ziyada baatein. rasool allah ne kabhi notice hi nahi liya un ka. to yeh kaun sa masla kya hai yeh koi problem hi nahi. koi physical problem paida nahi hua aap ke liye. unhein order nahi hoga ke salam usman chhod dein. yani koi aisa masla jo waqai masla hua paida hi nahi hua. kuch bol hain chhup jaate hain media mein.</w:t>
      </w:r>
      <w:r>
        <w:br/>
      </w:r>
      <w:r>
        <w:rPr>
          <w:sz w:val="20"/>
        </w:rPr>
        <w:t>47:11  to masla hi nahi hai. main hairaan hoon ke kaisa musalman hai yeh. ke real masla aur aur sab farzi masle mein farq nahi karte. real masla aur farzi masle mein farq nahi karte. yeh koi real masla hi nahi maine dekha. to kuch nahi aap apna kaam kar jo karte hain karte rahiye. woh bhi jo un ko karna hai woh karte rahenge.</w:t>
      </w:r>
      <w:r>
        <w:br/>
      </w:r>
      <w:r>
        <w:rPr>
          <w:sz w:val="20"/>
        </w:rPr>
        <w:t>47:39  alfaaz ke bolne se kabhi bhi yeh musalmanon ko pareshan nahi hona chahiye. molana doosra sawal lete hain. ah yeh sawal bheja hai ismail sahib ne gwalior se. unhon ne likha hai molana musalmanon ka you turn lene ka matlab yeh hoga ke musalman ghalati par hain. lekin yeh muslim leaders hone nahi denge. kyunke yeh un ki false pride ko hurt karta hai.</w:t>
      </w:r>
    </w:p>
    <w:p>
      <w:pPr>
        <w:pStyle w:val="Heading2"/>
      </w:pPr>
      <w:r>
        <w:t>Guiding Muslims to Cope with Non-Muslims</w:t>
      </w:r>
    </w:p>
    <w:p>
      <w:r>
        <w:rPr>
          <w:color w:val="666666"/>
          <w:sz w:val="18"/>
        </w:rPr>
        <w:t>Society &amp; Dawah · How to Become Deserving of Paradise August 16, 2020 Maulana Wahiduddin Khan · 2m 58s · at 39:37 · https://youtu.be/jFXK3TMiqtA?t=2377</w:t>
      </w:r>
    </w:p>
    <w:p>
      <w:r>
        <w:rPr>
          <w:i/>
        </w:rPr>
        <w:t>“Please guide us in the present Indian situation of Muslims as to how we can cope up with non-Muslims. We are every day suppressed by them.”</w:t>
      </w:r>
    </w:p>
    <w:p>
      <w:r>
        <w:rPr>
          <w:sz w:val="20"/>
        </w:rPr>
        <w:t>39:37  Maulana, Mumbai se Sajid Sheikh sahib ne ek sawal bheja hai. unhon ne likha hai ke: "Maulana sahib, please guide us in the present Indian situation of Muslims as to how we can cope up with non Muslims.</w:t>
      </w:r>
      <w:r>
        <w:br/>
      </w:r>
      <w:r>
        <w:rPr>
          <w:sz w:val="20"/>
        </w:rPr>
        <w:t>39:55  we are every day suppressed by them." nahi, nahi,</w:t>
      </w:r>
      <w:r>
        <w:br/>
      </w:r>
      <w:r>
        <w:rPr>
          <w:sz w:val="20"/>
        </w:rPr>
        <w:t>40:00  yeh bilkul ghalat hai ke kuch suppress kiya ja raha hai. aap ko khoob Musalman taraqqi kar rahe hain India mein, Musalman khoob taraqqi kar rahe hain har maidan mein.</w:t>
      </w:r>
      <w:r>
        <w:br/>
      </w:r>
      <w:r>
        <w:rPr>
          <w:sz w:val="20"/>
        </w:rPr>
        <w:t>40:15  yeh yeh theory bilkul ghalat hai ke in ko</w:t>
      </w:r>
      <w:r>
        <w:br/>
      </w:r>
      <w:r>
        <w:rPr>
          <w:sz w:val="20"/>
        </w:rPr>
        <w:t>40:18  suppress kiya ja raha hai.</w:t>
      </w:r>
      <w:r>
        <w:br/>
      </w:r>
      <w:r>
        <w:rPr>
          <w:sz w:val="20"/>
        </w:rPr>
        <w:t>40:25  yeh is liye hai ke log kiraye ke sath cheezon ko</w:t>
      </w:r>
      <w:r>
        <w:br/>
      </w:r>
      <w:r>
        <w:rPr>
          <w:sz w:val="20"/>
        </w:rPr>
        <w:t>40:32  read nahi karte.</w:t>
      </w:r>
      <w:r>
        <w:br/>
      </w:r>
      <w:r>
        <w:rPr>
          <w:sz w:val="20"/>
        </w:rPr>
        <w:t>40:36  mein India ko best country manta hoon. koi yahan na zulm hai, na kuch hai. sab</w:t>
      </w:r>
      <w:r>
        <w:br/>
      </w:r>
      <w:r>
        <w:rPr>
          <w:sz w:val="20"/>
        </w:rPr>
        <w:t>40:48  mere nazdeek sab</w:t>
      </w:r>
      <w:r>
        <w:br/>
      </w:r>
      <w:r>
        <w:rPr>
          <w:sz w:val="20"/>
        </w:rPr>
        <w:t>40:54  log false food mein jeete hain. to kya kya hai? apne aap ko false food se nikaliye.</w:t>
      </w:r>
      <w:r>
        <w:br/>
      </w:r>
      <w:r>
        <w:rPr>
          <w:sz w:val="20"/>
        </w:rPr>
        <w:t>41:03  mein bhi to is dunya mein hoon. mere liye to India ek ek boon hai. boon!</w:t>
      </w:r>
      <w:r>
        <w:br/>
      </w:r>
      <w:r>
        <w:rPr>
          <w:sz w:val="20"/>
        </w:rPr>
        <w:t>41:11  mujhe kabhi yeh mehsoos nahi hua ke koi mujhe suppress kar raha hai.</w:t>
      </w:r>
      <w:r>
        <w:br/>
      </w:r>
      <w:r>
        <w:rPr>
          <w:sz w:val="20"/>
        </w:rPr>
        <w:t>41:23  M A Sameer sahib ne comment bheja hai. unhon ne location nahi likha hai. unhon ne likha hai ke: "Maulana, is umar mein bhi daawat il Allah ka anjam de rahe hain.</w:t>
      </w:r>
      <w:r>
        <w:br/>
      </w:r>
      <w:r>
        <w:rPr>
          <w:sz w:val="20"/>
        </w:rPr>
        <w:t>41:35  yeh hum sab ke liye bare shukr ki baat hai. Allah aap ko achi sah</w:t>
      </w:r>
    </w:p>
    <w:p>
      <w:pPr>
        <w:pStyle w:val="Heading2"/>
      </w:pPr>
      <w:r>
        <w:t>Harm of lacking dawah temperament</w:t>
      </w:r>
    </w:p>
    <w:p>
      <w:r>
        <w:rPr>
          <w:color w:val="666666"/>
          <w:sz w:val="18"/>
        </w:rPr>
        <w:t>Society &amp; Dawah · Divine Plan | March 12, 2017 · 2m 06s · at 49:47 · https://youtu.be/dqB4muqGG4I?t=2987</w:t>
      </w:r>
    </w:p>
    <w:p>
      <w:r>
        <w:rPr>
          <w:i/>
        </w:rPr>
        <w:t>“What is the harm of not having a dawah temperament? Is it despair, deprivation, and not availing opportunities?”</w:t>
      </w:r>
    </w:p>
    <w:p>
      <w:r>
        <w:rPr>
          <w:sz w:val="20"/>
        </w:rPr>
        <w:t>49:47  allah bless you us and the whole mankind maulana aap sawal lena chahenge pehla sawal aya hai</w:t>
      </w:r>
      <w:r>
        <w:br/>
      </w:r>
      <w:r>
        <w:rPr>
          <w:sz w:val="20"/>
        </w:rPr>
        <w:t>49:57  maulana iqbal umri ka chennai se unhon ne likha hai maulana dawati mizaj na hone ka nuqsan kya</w:t>
      </w:r>
      <w:r>
        <w:br/>
      </w:r>
      <w:r>
        <w:rPr>
          <w:sz w:val="20"/>
        </w:rPr>
        <w:t>50:07  hai mayusi aur mehroomi aur mawaqe ko avel na karna</w:t>
      </w:r>
      <w:r>
        <w:br/>
      </w:r>
      <w:r>
        <w:rPr>
          <w:sz w:val="20"/>
        </w:rPr>
        <w:t>50:17  is par kuch aap hum sab ko batayen aap ne sahi farmaya aur main samajhta hoon ke sab</w:t>
      </w:r>
      <w:r>
        <w:br/>
      </w:r>
      <w:r>
        <w:rPr>
          <w:sz w:val="20"/>
        </w:rPr>
        <w:t>50:28  se badi maloomat shayad yeh hai ke daawat hum ko ek bohat bada chance de rahi hai bohat</w:t>
      </w:r>
      <w:r>
        <w:br/>
      </w:r>
      <w:r>
        <w:rPr>
          <w:sz w:val="20"/>
        </w:rPr>
        <w:t>50:39  bada woh yeh ke hum allah ke paighambar ban saken</w:t>
      </w:r>
      <w:r>
        <w:br/>
      </w:r>
      <w:r>
        <w:rPr>
          <w:sz w:val="20"/>
        </w:rPr>
        <w:t>50:49  allah ka paigham pahunchane wale ban saken allah ke numainda ban saken main nahi samajhta ke is se</w:t>
      </w:r>
      <w:r>
        <w:br/>
      </w:r>
      <w:r>
        <w:rPr>
          <w:sz w:val="20"/>
        </w:rPr>
        <w:t>50:58  bhi bada koi mauqa ho sakta hai allah ne jo quran bheja hai to khud quran to chal</w:t>
      </w:r>
      <w:r>
        <w:br/>
      </w:r>
      <w:r>
        <w:rPr>
          <w:sz w:val="20"/>
        </w:rPr>
        <w:t>51:06  kar nahi pahunchega logon ko koi chahiye jo is ko le aur pahunchaye to quran intezar kar</w:t>
      </w:r>
      <w:r>
        <w:br/>
      </w:r>
      <w:r>
        <w:rPr>
          <w:sz w:val="20"/>
        </w:rPr>
        <w:t>51:15  raha hai ke aye logon aao yahan tumhare liye ek mauqa hai</w:t>
      </w:r>
      <w:r>
        <w:br/>
      </w:r>
      <w:r>
        <w:rPr>
          <w:sz w:val="20"/>
        </w:rPr>
        <w:t>51:23  to mein samajhta hoon ke jo aadmi daai ki hesiyat se khara hota hai us ko aik ajeeb</w:t>
      </w:r>
      <w:r>
        <w:br/>
      </w:r>
      <w:r>
        <w:rPr>
          <w:sz w:val="20"/>
        </w:rPr>
        <w:t>51:33  ghareeb Allah ki blessing ka haq mil jata hai ke woh Allah ka numainda bane Allah ka aadmi</w:t>
      </w:r>
      <w:r>
        <w:br/>
      </w:r>
      <w:r>
        <w:rPr>
          <w:sz w:val="20"/>
        </w:rPr>
        <w:t>51:43  bane is se bari is se bari baat kya ho sakti hai Maulana agla</w:t>
      </w:r>
    </w:p>
    <w:p>
      <w:pPr>
        <w:pStyle w:val="Heading2"/>
      </w:pPr>
      <w:r>
        <w:t>High or low profile dawa work?</w:t>
      </w:r>
    </w:p>
    <w:p>
      <w:r>
        <w:rPr>
          <w:color w:val="666666"/>
          <w:sz w:val="18"/>
        </w:rPr>
        <w:t>Society &amp; Dawah · Conversation with Maulana Wahiduddin Khan | October 01, 2017 · 3m 07s · at 34:09 · https://youtu.be/TmOYGd3rp2M?t=2049</w:t>
      </w:r>
    </w:p>
    <w:p>
      <w:r>
        <w:rPr>
          <w:i/>
        </w:rPr>
        <w:t>“When we do dawa work in any country, should it be in high profile or in low profile?”</w:t>
      </w:r>
    </w:p>
    <w:p>
      <w:r>
        <w:rPr>
          <w:sz w:val="20"/>
        </w:rPr>
        <w:t>34:09  maulana, hum doosra sawal lete hain jo miss shabana ansari ne bheja hai pakistan se.</w:t>
      </w:r>
      <w:r>
        <w:br/>
      </w:r>
      <w:r>
        <w:rPr>
          <w:sz w:val="20"/>
        </w:rPr>
        <w:t>34:15  unhon ne likha hai ke "When we do dawah work in</w:t>
      </w:r>
      <w:r>
        <w:br/>
      </w:r>
      <w:r>
        <w:rPr>
          <w:sz w:val="20"/>
        </w:rPr>
        <w:t>34:21  any country, it should be in high profile or in low profile.</w:t>
      </w:r>
      <w:r>
        <w:br/>
      </w:r>
      <w:r>
        <w:rPr>
          <w:sz w:val="20"/>
        </w:rPr>
        <w:t>34:27  And what do you mean by low profile if your answer is low profile?" hamesha low profile hi</w:t>
      </w:r>
      <w:r>
        <w:br/>
      </w:r>
      <w:r>
        <w:rPr>
          <w:sz w:val="20"/>
        </w:rPr>
        <w:t>34:32  mein dawah ka kaam hota hai.</w:t>
      </w:r>
      <w:r>
        <w:br/>
      </w:r>
      <w:r>
        <w:rPr>
          <w:sz w:val="20"/>
        </w:rPr>
        <w:t>34:37  high profile mein hota hi nahi.</w:t>
      </w:r>
      <w:r>
        <w:br/>
      </w:r>
      <w:r>
        <w:rPr>
          <w:sz w:val="20"/>
        </w:rPr>
        <w:t>34:42  yeh to bilkul yani in logon ka kaam hai jo ghalu mein phanse hue hain, ghalu mein.</w:t>
      </w:r>
      <w:r>
        <w:br/>
      </w:r>
      <w:r>
        <w:rPr>
          <w:sz w:val="20"/>
        </w:rPr>
        <w:t>34:47  ek jo extremist hain,</w:t>
      </w:r>
      <w:r>
        <w:br/>
      </w:r>
      <w:r>
        <w:rPr>
          <w:sz w:val="20"/>
        </w:rPr>
        <w:t>34:52  jo ghali log hain, wahi high profile mein daudte hain.</w:t>
      </w:r>
      <w:r>
        <w:br/>
      </w:r>
      <w:r>
        <w:rPr>
          <w:sz w:val="20"/>
        </w:rPr>
        <w:t>34:59  woh islam ka tareeqa hi nahi hai.</w:t>
      </w:r>
      <w:r>
        <w:br/>
      </w:r>
      <w:r>
        <w:rPr>
          <w:sz w:val="20"/>
        </w:rPr>
        <w:t>35:07  Basically dekhiye, low profile aur high profile ka jo farq hai, woh yeh hai ke low profile naam</w:t>
      </w:r>
      <w:r>
        <w:br/>
      </w:r>
      <w:r>
        <w:rPr>
          <w:sz w:val="20"/>
        </w:rPr>
        <w:t>35:15  hai peaceful, yaani yaani peace, aap ka idhar method aap ka peaceful ho aur aap ko</w:t>
      </w:r>
      <w:r>
        <w:br/>
      </w:r>
      <w:r>
        <w:rPr>
          <w:sz w:val="20"/>
        </w:rPr>
        <w:t>35:22  doosron se mohabbat ho, nafrat na ho. yani peace aur love ke majmoo'ay ka naam hai low profile. yani jis ke darmiyan aap kaam kar rahe hain, us se aap ko mohabbat hai, us ke aap khair khwah hain aur aap strictly follow karte hain peaceful tareeqay ko. to is se jo tareeqa banta hai, wahi usi ka naam low profile hai. achha, is ke ultay</w:t>
      </w:r>
      <w:r>
        <w:br/>
      </w:r>
      <w:r>
        <w:rPr>
          <w:sz w:val="20"/>
        </w:rPr>
        <w:t>35:52  ke agar aap ko nafrat hai, yeh dushman hai, yeh kafir hai, yeh jahannami hai, maro in ko,</w:t>
      </w:r>
      <w:r>
        <w:br/>
      </w:r>
      <w:r>
        <w:rPr>
          <w:sz w:val="20"/>
        </w:rPr>
        <w:t>36:00  toh banta hai high profile.</w:t>
      </w:r>
      <w:r>
        <w:br/>
      </w:r>
      <w:r>
        <w:rPr>
          <w:sz w:val="20"/>
        </w:rPr>
        <w:t>36:08  Toh basically yeh yeh phenomena hai, yani jis ko quran mein kaha hai naskh khair khwahi.</w:t>
      </w:r>
      <w:r>
        <w:br/>
      </w:r>
      <w:r>
        <w:rPr>
          <w:sz w:val="20"/>
        </w:rPr>
        <w:t>36:15  Yani khair khwahi ka ka jazba ho, khair khwahi ki spirit ho,</w:t>
      </w:r>
      <w:r>
        <w:br/>
      </w:r>
      <w:r>
        <w:rPr>
          <w:sz w:val="20"/>
        </w:rPr>
        <w:t>36:23  is se tareeqa banta hai, woh low profile hota hai.</w:t>
      </w:r>
      <w:r>
        <w:br/>
      </w:r>
      <w:r>
        <w:rPr>
          <w:sz w:val="20"/>
        </w:rPr>
        <w:t>36:30  Jab khair khwahi na ho, bas khali ho, woh takfeer karne ka mizaj ho, doosron ko ghalat batane</w:t>
      </w:r>
      <w:r>
        <w:br/>
      </w:r>
      <w:r>
        <w:rPr>
          <w:sz w:val="20"/>
        </w:rPr>
        <w:t>36:38  ka mizaj ho, tab banta hai high profile.</w:t>
      </w:r>
      <w:r>
        <w:br/>
      </w:r>
      <w:r>
        <w:rPr>
          <w:sz w:val="20"/>
        </w:rPr>
        <w:t>36:45  Yani aap ke dil mein mohabbat ho, jaise maa ka dil woh</w:t>
      </w:r>
      <w:r>
        <w:br/>
      </w:r>
      <w:r>
        <w:rPr>
          <w:sz w:val="20"/>
        </w:rPr>
        <w:t>36:53  hoti hai apne bachay ki.</w:t>
      </w:r>
      <w:r>
        <w:br/>
      </w:r>
      <w:r>
        <w:rPr>
          <w:sz w:val="20"/>
        </w:rPr>
        <w:t>36:59  Toh kabhi aap high profile mein jayenge nahi, low profile hi mein kaam karenge.</w:t>
      </w:r>
      <w:r>
        <w:br/>
      </w:r>
      <w:r>
        <w:rPr>
          <w:sz w:val="20"/>
        </w:rPr>
        <w:t>37:05  Kyunke maa ka tareeqa low profile ka hota hai.</w:t>
      </w:r>
      <w:r>
        <w:br/>
      </w:r>
      <w:r>
        <w:rPr>
          <w:sz w:val="20"/>
        </w:rPr>
        <w:t>37:11  Jo mukhalif hai, uska tareeqa high profile ka hota hai.</w:t>
      </w:r>
    </w:p>
    <w:p>
      <w:pPr>
        <w:pStyle w:val="Heading2"/>
      </w:pPr>
      <w:r>
        <w:t>Hope for misguided Muslims and sects</w:t>
      </w:r>
    </w:p>
    <w:p>
      <w:r>
        <w:rPr>
          <w:color w:val="666666"/>
          <w:sz w:val="18"/>
        </w:rPr>
        <w:t>Society &amp; Dawah · Degeneration of Ummah October 16, 2016 · 2m 32s · at 48:38 · https://youtu.be/W8nafLKMQes?t=2918</w:t>
      </w:r>
    </w:p>
    <w:p>
      <w:r>
        <w:rPr>
          <w:i/>
        </w:rPr>
        <w:t>“The Muslims who have degenerated believe that they are on the right path. Is there any hope for these people and sects to come to the right path?”</w:t>
      </w:r>
    </w:p>
    <w:p>
      <w:r>
        <w:rPr>
          <w:sz w:val="20"/>
        </w:rPr>
        <w:t>48:38  maulana, agla sawal Fawad Malik sahib ne kiya hai Nagpur se aur unhon ne likha hai: "Maulana sahib,</w:t>
      </w:r>
      <w:r>
        <w:br/>
      </w:r>
      <w:r>
        <w:rPr>
          <w:sz w:val="20"/>
        </w:rPr>
        <w:t>48:45  The Muslims who have degenerated believe that they are in the right path.</w:t>
      </w:r>
      <w:r>
        <w:br/>
      </w:r>
      <w:r>
        <w:rPr>
          <w:sz w:val="20"/>
        </w:rPr>
        <w:t>48:51  My question is whether you think there is any hope of these people or sects coming into the</w:t>
      </w:r>
      <w:r>
        <w:br/>
      </w:r>
      <w:r>
        <w:rPr>
          <w:sz w:val="20"/>
        </w:rPr>
        <w:t>48:59  right path? what would you say to this?" dekhiye, main aap se arz karunga ke Surah Al-Hadid</w:t>
      </w:r>
      <w:r>
        <w:br/>
      </w:r>
      <w:r>
        <w:rPr>
          <w:sz w:val="20"/>
        </w:rPr>
        <w:t>49:07  jo Quran ki hai, uski ayat number 16 aur 17 padhiye.</w:t>
      </w:r>
      <w:r>
        <w:br/>
      </w:r>
      <w:r>
        <w:rPr>
          <w:sz w:val="20"/>
        </w:rPr>
        <w:t>49:12  is mein kaha gaya hai ke lambi muddat guzarne ke baad qasawat aati hai, yani zawal aata hai.</w:t>
      </w:r>
      <w:r>
        <w:br/>
      </w:r>
      <w:r>
        <w:rPr>
          <w:sz w:val="20"/>
        </w:rPr>
        <w:t>49:20  lambi muddat guzarne ke baad log qasawat mein mubtala ho jate hain.</w:t>
      </w:r>
      <w:r>
        <w:br/>
      </w:r>
      <w:r>
        <w:rPr>
          <w:sz w:val="20"/>
        </w:rPr>
        <w:t>49:25  isi ko zawal kaha jata hai, yani degeneration.</w:t>
      </w:r>
      <w:r>
        <w:br/>
      </w:r>
      <w:r>
        <w:rPr>
          <w:sz w:val="20"/>
        </w:rPr>
        <w:t>49:29  lekin phir misaal di gayi hai ke lekin iska matlab nahin ke doosra daur na aa sake.</w:t>
      </w:r>
      <w:r>
        <w:br/>
      </w:r>
      <w:r>
        <w:rPr>
          <w:sz w:val="20"/>
        </w:rPr>
        <w:t>49:36  to misaal di gayi ke dekho, barish ko dekho ke zameen murda ho jati hai, yani sookhi ho</w:t>
      </w:r>
      <w:r>
        <w:br/>
      </w:r>
      <w:r>
        <w:rPr>
          <w:sz w:val="20"/>
        </w:rPr>
        <w:t>49:44  jati hai.</w:t>
      </w:r>
      <w:r>
        <w:br/>
      </w:r>
      <w:r>
        <w:rPr>
          <w:sz w:val="20"/>
        </w:rPr>
        <w:t>49:45  phir barish hoti hai to wahan sabza lala uthta hai.</w:t>
      </w:r>
      <w:r>
        <w:br/>
      </w:r>
      <w:r>
        <w:rPr>
          <w:sz w:val="20"/>
        </w:rPr>
        <w:t>49:50  to wo material misaal se insani ehya ka naam pe bataya gaya ke jis tarah se material world</w:t>
      </w:r>
      <w:r>
        <w:br/>
      </w:r>
      <w:r>
        <w:rPr>
          <w:sz w:val="20"/>
        </w:rPr>
        <w:t>49:57  mein sokhi zameen mein barish hoti hai aur phir se sabza ug aata hai, aise hi insanon ke</w:t>
      </w:r>
      <w:r>
        <w:br/>
      </w:r>
      <w:r>
        <w:rPr>
          <w:sz w:val="20"/>
        </w:rPr>
        <w:t>50:05  liye mumkin hai ke un ko sahi rokh par, sahi rokh par kaam kiya jaye.</w:t>
      </w:r>
      <w:r>
        <w:br/>
      </w:r>
      <w:r>
        <w:rPr>
          <w:sz w:val="20"/>
        </w:rPr>
        <w:t>50:12  sahi rokh par to wo dobara zinda ho sakti hai.</w:t>
      </w:r>
      <w:r>
        <w:br/>
      </w:r>
      <w:r>
        <w:rPr>
          <w:sz w:val="20"/>
        </w:rPr>
        <w:t>50:16  is ki aik secular misaal yeh hai ke cheen aik bohat hi purani tehzeeb mani jati hai.</w:t>
      </w:r>
      <w:r>
        <w:br/>
      </w:r>
      <w:r>
        <w:rPr>
          <w:sz w:val="20"/>
        </w:rPr>
        <w:t>50:23  cheen ko aik purani tehzeeb mani jati hai.</w:t>
      </w:r>
      <w:r>
        <w:br/>
      </w:r>
      <w:r>
        <w:rPr>
          <w:sz w:val="20"/>
        </w:rPr>
        <w:t>50:27  phir cheen mein wo tehzeeb khatam ho gayi thi.</w:t>
      </w:r>
      <w:r>
        <w:br/>
      </w:r>
      <w:r>
        <w:rPr>
          <w:sz w:val="20"/>
        </w:rPr>
        <w:t>50:30  ab maujooda zamane mein phir zinda ho gayi wo tehzeeb.</w:t>
      </w:r>
      <w:r>
        <w:br/>
      </w:r>
      <w:r>
        <w:rPr>
          <w:sz w:val="20"/>
        </w:rPr>
        <w:t>50:35  yeh misaal jo aati hai, pehle zamane mein kuch log yeh samajhte thay ke dead civilization ko phir</w:t>
      </w:r>
      <w:r>
        <w:br/>
      </w:r>
      <w:r>
        <w:rPr>
          <w:sz w:val="20"/>
        </w:rPr>
        <w:t>50:42  se zinda nahi kiya ja sakta kyunke china is ki misaal hai ke dead civilization phir zinda ho</w:t>
      </w:r>
      <w:r>
        <w:br/>
      </w:r>
      <w:r>
        <w:rPr>
          <w:sz w:val="20"/>
        </w:rPr>
        <w:t>50:50  sakti hai.</w:t>
      </w:r>
      <w:r>
        <w:br/>
      </w:r>
      <w:r>
        <w:rPr>
          <w:sz w:val="20"/>
        </w:rPr>
        <w:t>50:52  is tarah se ummat e muslema ka mamla hai.</w:t>
      </w:r>
      <w:r>
        <w:br/>
      </w:r>
      <w:r>
        <w:rPr>
          <w:sz w:val="20"/>
        </w:rPr>
        <w:t>50:55  muslema agarche degeneration ka shikar ho chuki hai, lekin yeh law of nature hai ke agar aap</w:t>
      </w:r>
      <w:r>
        <w:br/>
      </w:r>
      <w:r>
        <w:rPr>
          <w:sz w:val="20"/>
        </w:rPr>
        <w:t>51:03  sahi tareeqe se kaam karein to is mein dobara aap is ko zinda kar sakte hain.</w:t>
      </w:r>
    </w:p>
    <w:p>
      <w:pPr>
        <w:pStyle w:val="Heading2"/>
      </w:pPr>
      <w:r>
        <w:t>Housewives participation in dawah work</w:t>
      </w:r>
    </w:p>
    <w:p>
      <w:r>
        <w:rPr>
          <w:color w:val="666666"/>
          <w:sz w:val="18"/>
        </w:rPr>
        <w:t>Society &amp; Dawah · Physical Science or Divine Science I 25th Nov, 2012 - Maulana Wahiduddin Khan · 2m 24s · at 1:06:01 · https://youtu.be/NfJRGRN6OhE?t=3961</w:t>
      </w:r>
    </w:p>
    <w:p>
      <w:r>
        <w:rPr>
          <w:i/>
        </w:rPr>
        <w:t>“How can housewives participate in dawah work? Please tell me about this.”</w:t>
      </w:r>
    </w:p>
    <w:p>
      <w:r>
        <w:rPr>
          <w:sz w:val="20"/>
        </w:rPr>
        <w:t>1:06:01  molana, agla sawal aaya hai Kupwara Kashmir se Ms Haseena Shafeeq Dar ka. unhon ne likha hai: "main aapse molana sahib yeh poochna chahti hoon ke gharelu auratein kis tarah dawat ke kaam mein participate kar sakti hain?</w:t>
      </w:r>
      <w:r>
        <w:br/>
      </w:r>
      <w:r>
        <w:rPr>
          <w:sz w:val="20"/>
        </w:rPr>
        <w:t>1:06:17  is ke bare mein bataein."</w:t>
      </w:r>
      <w:r>
        <w:br/>
      </w:r>
      <w:r>
        <w:rPr>
          <w:sz w:val="20"/>
        </w:rPr>
        <w:t>1:06:21  dekhiye, dawat ka jo kaam hai, wo koi masnooi kaam nahin hai. rozmarra ki zindagi mein dawat chalti rehti hai.</w:t>
      </w:r>
      <w:r>
        <w:br/>
      </w:r>
      <w:r>
        <w:rPr>
          <w:sz w:val="20"/>
        </w:rPr>
        <w:t>1:06:31  is zamane mein bohat aasan hoga jab ke hum predict press ke zamane mein hain. kitabein chhapi hui maujood hain, Quran ka translation aur doosri kitabein.</w:t>
      </w:r>
      <w:r>
        <w:br/>
      </w:r>
      <w:r>
        <w:rPr>
          <w:sz w:val="20"/>
        </w:rPr>
        <w:t>1:06:42  to har aurat aur mard rakhe apne paas in kitabon ko, aur jahan bhi kisi mulaqat ho, in ko de de.</w:t>
      </w:r>
      <w:r>
        <w:br/>
      </w:r>
      <w:r>
        <w:rPr>
          <w:sz w:val="20"/>
        </w:rPr>
        <w:t>1:06:51  abhi ek khatoon ka telephone aaya tha mere paas, unhon ne kaha ke main ek doctor se ilaaj karti thi, woh woh ghair muslim doctor,</w:t>
      </w:r>
      <w:r>
        <w:br/>
      </w:r>
      <w:r>
        <w:rPr>
          <w:sz w:val="20"/>
        </w:rPr>
        <w:t>1:07:04  woh top ka tha. woh to main us ko quran dekhne mein hichk hoti thi ke woh pata nahi kya samjhe us ko.</w:t>
      </w:r>
      <w:r>
        <w:br/>
      </w:r>
      <w:r>
        <w:rPr>
          <w:sz w:val="20"/>
        </w:rPr>
        <w:t>1:07:12  to ek din main ne, yaani un ka woh ilaaj karne ki jati thi, us ke haan ek din main ne himmat kar ke us ko quran pesh kar diya. to woh doctor, jo bohat hi bara doctor tha, woh khara ho gaya bilkul ke yeh quran hai,</w:t>
      </w:r>
      <w:r>
        <w:br/>
      </w:r>
      <w:r>
        <w:rPr>
          <w:sz w:val="20"/>
        </w:rPr>
        <w:t>1:07:26  aur us ko us ne aise kiya</w:t>
      </w:r>
      <w:r>
        <w:br/>
      </w:r>
      <w:r>
        <w:rPr>
          <w:sz w:val="20"/>
        </w:rPr>
        <w:t>1:07:30  to chup gaya. woh to aap doctor ke paas jate hain, aap shopping ke liye jate hain, yaani tarah tarah se ab family ke log milte hain aap se.</w:t>
      </w:r>
      <w:r>
        <w:br/>
      </w:r>
      <w:r>
        <w:rPr>
          <w:sz w:val="20"/>
        </w:rPr>
        <w:t>1:07:41  jo mile, us ko kitabein dijiye. sab se aasan kaam kitabein dena hai. hamare haan sir,</w:t>
      </w:r>
      <w:r>
        <w:br/>
      </w:r>
      <w:r>
        <w:rPr>
          <w:sz w:val="20"/>
        </w:rPr>
        <w:t>1:07:49  har zaban mein kitabein chhapi hui hain, chhoti bari, har qism ki. to har aadmi apni pocket mein, apne bag mein, apne purse mein kitabein rakhe, aur jahan koi mile, us ko deta rahe.</w:t>
      </w:r>
      <w:r>
        <w:br/>
      </w:r>
      <w:r>
        <w:rPr>
          <w:sz w:val="20"/>
        </w:rPr>
        <w:t>1:08:03  is zamane mein to bohat aasan hai da'wati kaam karna, kyunke hum predict press zamane mein hain.</w:t>
      </w:r>
      <w:r>
        <w:br/>
      </w:r>
      <w:r>
        <w:rPr>
          <w:sz w:val="20"/>
        </w:rPr>
        <w:t>1:08:09  pehlay zamane mein mushkil hota tha ke khud hi khud karna parta tha. ab to kitabein rakhi hain, woh dete rahiye. sab se aasan kaam hai, aap safar mein hain, tab bhi dijiye, kahin bhi hain, dijiye, dete rahiye un ko.</w:t>
      </w:r>
    </w:p>
    <w:p>
      <w:pPr>
        <w:pStyle w:val="Heading2"/>
      </w:pPr>
      <w:r>
        <w:t>How CPS Mission Differs in Calling Others</w:t>
      </w:r>
    </w:p>
    <w:p>
      <w:r>
        <w:rPr>
          <w:color w:val="666666"/>
          <w:sz w:val="18"/>
        </w:rPr>
        <w:t>Society &amp; Dawah · Dars-e-Quran, Ch. 2 Verse 54 | March 18, 2018 · 3m 12s · at 55:27 · https://youtu.be/xQ2LXsz1oTw?t=3327</w:t>
      </w:r>
    </w:p>
    <w:p>
      <w:r>
        <w:rPr>
          <w:i/>
        </w:rPr>
        <w:t>“So many people in the world are calling others to their religion. My question is: How is the CPS Mission different in this regard?”</w:t>
      </w:r>
    </w:p>
    <w:p>
      <w:r>
        <w:rPr>
          <w:sz w:val="20"/>
        </w:rPr>
        <w:t>55:27  Maulana, agla sawal Itanagar, Arunachal Pradesh se Muhammad Bilal Shafee sahib ne kiya hai. unhon ne apne do sawal bheje hain. unhon ne likha hai: "Maulana sahib, so many people in the world are calling others to their religion. My question is: How is the CPS mission different in this regard?" Dekhiye, woh sirf</w:t>
      </w:r>
      <w:r>
        <w:br/>
      </w:r>
      <w:r>
        <w:rPr>
          <w:sz w:val="20"/>
        </w:rPr>
        <w:t>55:57  ek baat hai, sirf ek baat hai.</w:t>
      </w:r>
      <w:r>
        <w:br/>
      </w:r>
      <w:r>
        <w:rPr>
          <w:sz w:val="20"/>
        </w:rPr>
        <w:t>56:07  woh yeh hai ke quran accepted tor par authentic version hai, khudai wahid ka hai.</w:t>
      </w:r>
      <w:r>
        <w:br/>
      </w:r>
      <w:r>
        <w:rPr>
          <w:sz w:val="20"/>
        </w:rPr>
        <w:t>56:17  phir se sun lijiye ke hamare nazdeek injeel bhi Khuda ki kitab hai,</w:t>
      </w:r>
      <w:r>
        <w:br/>
      </w:r>
      <w:r>
        <w:rPr>
          <w:sz w:val="20"/>
        </w:rPr>
        <w:t>56:27  torah bhi Khuda ki kitab hai, is lihaz se bible bhi Khuda ki kitab hai.</w:t>
      </w:r>
      <w:r>
        <w:br/>
      </w:r>
      <w:r>
        <w:rPr>
          <w:sz w:val="20"/>
        </w:rPr>
        <w:t>56:35  lekin jo difference hai, woh sirf ek baat ka hai ke yeh saare jo research scholar, jo muhqqiqeen</w:t>
      </w:r>
      <w:r>
        <w:br/>
      </w:r>
      <w:r>
        <w:rPr>
          <w:sz w:val="20"/>
        </w:rPr>
        <w:t>56:43  hain, woh accept karte hain ke quran ek hi kitab hai, ek hi kitab hai jo jis ka</w:t>
      </w:r>
      <w:r>
        <w:br/>
      </w:r>
      <w:r>
        <w:rPr>
          <w:sz w:val="20"/>
        </w:rPr>
        <w:t>56:51  jis ka yeh pehlu establish ho chuka hai ke woh</w:t>
      </w:r>
      <w:r>
        <w:br/>
      </w:r>
      <w:r>
        <w:rPr>
          <w:sz w:val="20"/>
        </w:rPr>
        <w:t>56:59  koi change is ke andar nahi hua, straight change nahi hua.</w:t>
      </w:r>
      <w:r>
        <w:br/>
      </w:r>
      <w:r>
        <w:rPr>
          <w:sz w:val="20"/>
        </w:rPr>
        <w:t>57:05  khud christian scholar ne mana hai is ko, jis ko maine likha aap ki kitab mein, aap</w:t>
      </w:r>
      <w:r>
        <w:br/>
      </w:r>
      <w:r>
        <w:rPr>
          <w:sz w:val="20"/>
        </w:rPr>
        <w:t>57:10  parh sakte hain.</w:t>
      </w:r>
      <w:r>
        <w:br/>
      </w:r>
      <w:r>
        <w:rPr>
          <w:sz w:val="20"/>
        </w:rPr>
        <w:t>57:16  is liye ummat e mohammadi ko haq hai ke woh quran ko phailaye.</w:t>
      </w:r>
      <w:r>
        <w:br/>
      </w:r>
      <w:r>
        <w:rPr>
          <w:sz w:val="20"/>
        </w:rPr>
        <w:t>57:22  doosre log jo islam karte hain, yeh kaam in ko woh kis right se phailate hain, un se poochiye.</w:t>
      </w:r>
      <w:r>
        <w:br/>
      </w:r>
      <w:r>
        <w:rPr>
          <w:sz w:val="20"/>
        </w:rPr>
        <w:t>57:27  jab tumhari jo kitab hai, woh kitab</w:t>
      </w:r>
      <w:r>
        <w:br/>
      </w:r>
      <w:r>
        <w:rPr>
          <w:sz w:val="20"/>
        </w:rPr>
        <w:t>57:33  mehfooz hi nahi, abhi maine jo parhi aap ke samne aaya, bible ka hissa ke quran mein</w:t>
      </w:r>
      <w:r>
        <w:br/>
      </w:r>
      <w:r>
        <w:rPr>
          <w:sz w:val="20"/>
        </w:rPr>
        <w:t>57:39  jo ayat hai "fقتلو" to is par ghor karne se maloom hota hai ke yahan "fقتلو" bazat e maani</w:t>
      </w:r>
      <w:r>
        <w:br/>
      </w:r>
      <w:r>
        <w:rPr>
          <w:sz w:val="20"/>
        </w:rPr>
        <w:t>57:45  mein hai, lekin bible, present bible jo hai, is ko aap parhein to saaf saaf likha hua hai</w:t>
      </w:r>
      <w:r>
        <w:br/>
      </w:r>
      <w:r>
        <w:rPr>
          <w:sz w:val="20"/>
        </w:rPr>
        <w:t>57:51  ke teen hazar se ziyada log qatal kar diye gaye.</w:t>
      </w:r>
      <w:r>
        <w:br/>
      </w:r>
      <w:r>
        <w:rPr>
          <w:sz w:val="20"/>
        </w:rPr>
        <w:t>57:57  to hum manenge ke yeh</w:t>
      </w:r>
      <w:r>
        <w:br/>
      </w:r>
      <w:r>
        <w:rPr>
          <w:sz w:val="20"/>
        </w:rPr>
        <w:t>58:04  woh hua hai, is mein commentators ne barha diya hai is ko.</w:t>
      </w:r>
      <w:r>
        <w:br/>
      </w:r>
      <w:r>
        <w:rPr>
          <w:sz w:val="20"/>
        </w:rPr>
        <w:t>58:09  to khulasa yeh hai ke aisi aap ek kitab hai, woh historical cheez hai, aur bohat si kitabein</w:t>
      </w:r>
      <w:r>
        <w:br/>
      </w:r>
      <w:r>
        <w:rPr>
          <w:sz w:val="20"/>
        </w:rPr>
        <w:t>58:14  hain, un ko parhiye aap to maloom hota hai ke quran ek hi hai kitab jo kisi qism</w:t>
      </w:r>
      <w:r>
        <w:br/>
      </w:r>
      <w:r>
        <w:rPr>
          <w:sz w:val="20"/>
        </w:rPr>
        <w:t>58:19  ka change nahi aaya hai.</w:t>
      </w:r>
      <w:r>
        <w:br/>
      </w:r>
      <w:r>
        <w:rPr>
          <w:sz w:val="20"/>
        </w:rPr>
        <w:t>58:24  to is is wajah se hamein haq hai ke is ko phailayein.</w:t>
      </w:r>
      <w:r>
        <w:br/>
      </w:r>
      <w:r>
        <w:rPr>
          <w:sz w:val="20"/>
        </w:rPr>
        <w:t>58:29  doosre logon ko chahiye ke woh woh woh khud</w:t>
      </w:r>
      <w:r>
        <w:br/>
      </w:r>
      <w:r>
        <w:rPr>
          <w:sz w:val="20"/>
        </w:rPr>
        <w:t>58:34  quran ko phailayein, doosre logon ko chahiye ke woh quran ko phailayein, na ke doosri kitabon ko.</w:t>
      </w:r>
    </w:p>
    <w:p>
      <w:pPr>
        <w:pStyle w:val="Heading2"/>
      </w:pPr>
      <w:r>
        <w:t>How Scholars Adopted Political Interpretation of Islam</w:t>
      </w:r>
    </w:p>
    <w:p>
      <w:r>
        <w:rPr>
          <w:color w:val="666666"/>
          <w:sz w:val="18"/>
        </w:rPr>
        <w:t>Society &amp; Dawah · Islam and Politics November 17, 2013 · 3m 26s · at 1:11:19 · https://youtu.be/LgKA8wg4NPc?t=4279</w:t>
      </w:r>
    </w:p>
    <w:p>
      <w:r>
        <w:rPr>
          <w:i/>
        </w:rPr>
        <w:t>“If the political interpretation of Islam is not derived from Qur'an and Hadith, then how did Muslim scholars become involved in it even though they had knowledge of the Qur'an as well as Hadith?”</w:t>
      </w:r>
    </w:p>
    <w:p>
      <w:r>
        <w:rPr>
          <w:sz w:val="20"/>
        </w:rPr>
        <w:t>1:11:19  maulana agla sawal dilli se kya hai miss naghma siddiqui ne</w:t>
      </w:r>
      <w:r>
        <w:br/>
      </w:r>
      <w:r>
        <w:rPr>
          <w:sz w:val="20"/>
        </w:rPr>
        <w:t>1:11:24  unhon ne likha hai if political interpretation of islam is not derived from quran and hadith then how did muslim scholars got involved in it even though they had knowledge of quran as well as hadith</w:t>
      </w:r>
      <w:r>
        <w:br/>
      </w:r>
      <w:r>
        <w:rPr>
          <w:sz w:val="20"/>
        </w:rPr>
        <w:t>1:11:42  dekhein is tarah ka jo kaam hota hai woh gradual tor par hota hai aur dheere dheere aap ke zehn mein bichhaya jata hai aap ko khabar bhi nahi hoti ke maine yani kis ghalati mein phans gaya</w:t>
      </w:r>
      <w:r>
        <w:br/>
      </w:r>
      <w:r>
        <w:rPr>
          <w:sz w:val="20"/>
        </w:rPr>
        <w:t>1:11:59  hoon mein dekhein hua yeh yeh ke is zamane mein yani yeh zamana jo jis ko hum naya zamana kehte hain to</w:t>
      </w:r>
      <w:r>
        <w:br/>
      </w:r>
      <w:r>
        <w:rPr>
          <w:sz w:val="20"/>
        </w:rPr>
        <w:t>1:12:13  maghribi taaqatein ubhren mislan yani france ubhra britania ubhra aur doosre mulk maghribi mulk ubhre unhon ne dunya mein apna domination qaim karna chaha kyunke woh nayi taaqaton se musallah ho ch</w:t>
      </w:r>
      <w:r>
        <w:br/>
      </w:r>
      <w:r>
        <w:rPr>
          <w:sz w:val="20"/>
        </w:rPr>
        <w:t>1:12:32  ke the unhon ne steam power daryaft kiya tha modern industry daryaft ki thi woh modern andaaz mein unhon ne apni foujon ko munazzam kiya tha to nayi taaqat se ubhre woh to us waqt jo unhon ne domination karna chaha to us waqt musalmano ne jagah jagah musalmano ki hukoomatein theen to turkon ki hukoomat mughal hukoomat to un ki zad mein yahi hukoomatein aain yeh hukoomatein</w:t>
      </w:r>
      <w:r>
        <w:br/>
      </w:r>
      <w:r>
        <w:rPr>
          <w:sz w:val="20"/>
        </w:rPr>
        <w:t>1:13:00  to africa mein aur europe mein muslim hukoomaton ko khatm kar ke unhon ne yani khatm to nahi kiya matlab un ko dominate kar ke apna apna suttra qaim kiya to ab shuru shuru mein is ke khilaaf reaction hua log ladne ke liye khade hogaye</w:t>
      </w:r>
      <w:r>
        <w:br/>
      </w:r>
      <w:r>
        <w:rPr>
          <w:sz w:val="20"/>
        </w:rPr>
        <w:t>1:13:18  phir dheere dheere yahi log jo is mein aaye the yani ladai ke maidan mein apne is ladai ke ah ladai ki is tehreek ko justify karne ke liye musalmano ko mazeed apne saath lene ke liye unhon ne yeh kiya ke political interpretation dena shuru kiya isi ki hi ka isi sequence mein aaya hai</w:t>
      </w:r>
      <w:r>
        <w:br/>
      </w:r>
      <w:r>
        <w:rPr>
          <w:sz w:val="20"/>
        </w:rPr>
        <w:t>1:13:44  yani unnisveen sadi ke aaghaz mein colonial powers ke khilaaf jo ladai shuru ki gayi thi isi ke sequence mein baad ko aisa hua ke us ko unhon ne ek nazariye ki shakal de di ek political justification is ka karne karne lage to unhon ne kaha ke ji yeh islam ka yeh aqide ka masla bana diya</w:t>
      </w:r>
      <w:r>
        <w:br/>
      </w:r>
      <w:r>
        <w:rPr>
          <w:sz w:val="20"/>
        </w:rPr>
        <w:t>1:14:07  yani pehle daur mein yeh aqide ka masla nahi tha woh sirf yeh tha ke unhon ne hum hum se chheena hai to hum use wapas lenge pehle daur mein jo mamla tha woh yeh tha ke hum se political power unhon ne chheena hai to hum use wapas karenge chheenenge un se dobara lad kar ke yeh tha lekin baad ko unhon ne aqide ka masla bana diya ke yeh hamare aqide ka mamla hamara farz hai hamare upar ke hum dobara islami hukoomat qaim karein</w:t>
      </w:r>
      <w:r>
        <w:br/>
      </w:r>
      <w:r>
        <w:rPr>
          <w:sz w:val="20"/>
        </w:rPr>
        <w:t>1:14:34  to main samajhta hoon isi sequence ka culmination tha yeh ke islam ka political interpretation diya gaya hai</w:t>
      </w:r>
    </w:p>
    <w:p>
      <w:pPr>
        <w:pStyle w:val="Heading2"/>
      </w:pPr>
      <w:r>
        <w:t>How does falsehood arise in a community?</w:t>
      </w:r>
    </w:p>
    <w:p>
      <w:r>
        <w:rPr>
          <w:color w:val="666666"/>
          <w:sz w:val="18"/>
        </w:rPr>
        <w:t>Society &amp; Dawah · Realistic Approach 30 March, 2014 · 4m 28s · at 1:11:00 · https://youtu.be/HIFxmWWiEG4?t=4260</w:t>
      </w:r>
    </w:p>
    <w:p>
      <w:r>
        <w:rPr>
          <w:i/>
        </w:rPr>
        <w:t>“How does a sense of falsehood arise within a community?”</w:t>
      </w:r>
    </w:p>
    <w:p>
      <w:r>
        <w:rPr>
          <w:sz w:val="20"/>
        </w:rPr>
        <w:t>1:11:00  maulana, agla sawal dilli se kya hai miss raziya siddiqui ne. unhon ne aapse poocha hai: "how does a sense of falsehood arise within a community?" is ke bare mein batayein.</w:t>
      </w:r>
      <w:r>
        <w:br/>
      </w:r>
      <w:r>
        <w:rPr>
          <w:sz w:val="20"/>
        </w:rPr>
        <w:t>1:11:16  dekhiye, yeh woh jo kaha tha woh mustafa scholar ne, wohi is ka behtareen jawab hai ke paranoia.</w:t>
      </w:r>
      <w:r>
        <w:br/>
      </w:r>
      <w:r>
        <w:rPr>
          <w:sz w:val="20"/>
        </w:rPr>
        <w:t>1:11:28  angrezi mein aik lafz hai paranoia, yaani paranoia develop karta hai. paranoia ka matlab hota hai jis ko hum kehte hain pershan mein padram sultan.</w:t>
      </w:r>
      <w:r>
        <w:br/>
      </w:r>
      <w:r>
        <w:rPr>
          <w:sz w:val="20"/>
        </w:rPr>
        <w:t>1:11:43  woh mera baap badshah tha,</w:t>
      </w:r>
      <w:r>
        <w:br/>
      </w:r>
      <w:r>
        <w:rPr>
          <w:sz w:val="20"/>
        </w:rPr>
        <w:t>1:11:47  tu khud tu kuch hai nahi, baap badshah tha, us pe fakhr kar rahe hain. Yeh hai paranoia. Yeh tu jab bhi aadmi tu musalmanon ka muamla yeh hai ke un ek zamana tha ke un ke hukoomatein theen, un ka empire tha,</w:t>
      </w:r>
      <w:r>
        <w:br/>
      </w:r>
      <w:r>
        <w:rPr>
          <w:sz w:val="20"/>
        </w:rPr>
        <w:t>1:12:04  unhon ne taj mahal banaya, lal qila banaya, qutub nak banaya. Ek daur tha woh, tu ab tu woh daur khatam ho gaya, ab tu kuch bhi un ke paas nahi hai.</w:t>
      </w:r>
      <w:r>
        <w:br/>
      </w:r>
      <w:r>
        <w:rPr>
          <w:sz w:val="20"/>
        </w:rPr>
        <w:t>1:12:15  lekin kitabein jo hamari likhi gayeen, mein nazdeek jitni kitabein likhe wale the us zamane ke, sab ne ek bohat bara, yaani ek bura kaam kiya apni qaum ke sath ke tareekh ke zariye ubharna chaha,</w:t>
      </w:r>
      <w:r>
        <w:br/>
      </w:r>
      <w:r>
        <w:rPr>
          <w:sz w:val="20"/>
        </w:rPr>
        <w:t>1:12:31  yaani tareekh ko yaad dila kar ko ubharna chaha. Yeh mein hairaan hoon ke logon ko bohat aql thi ke aql ke sath koshish un ke dimaghon mein thi ke guzri hui tareekh se aap kisi qaum ko ubharein ge tu tu kiya paida</w:t>
      </w:r>
      <w:r>
        <w:br/>
      </w:r>
      <w:r>
        <w:rPr>
          <w:sz w:val="20"/>
        </w:rPr>
        <w:t>1:12:44  hoga, yaani false pride aaye ga. Sare musalman is zamane ke jo hain, jo leader hain, jo leader hain, jo kitabein likhein, mein mujhe kisi ka exception nahi maloom ke mazi ke jo azmatain hain, us ko yaad dila kar ke un ko ubharna, is se tu false pride paida hoga.</w:t>
      </w:r>
      <w:r>
        <w:br/>
      </w:r>
      <w:r>
        <w:rPr>
          <w:sz w:val="20"/>
        </w:rPr>
        <w:t>1:13:06  wohi paida hua</w:t>
      </w:r>
      <w:r>
        <w:br/>
      </w:r>
      <w:r>
        <w:rPr>
          <w:sz w:val="20"/>
        </w:rPr>
        <w:t>1:13:08  tu musalmanon mein jo paranoia character hai, woh is ke zimmedar yahi muslim rehnuma, muslim writer aur muslim mustahkeen hain.</w:t>
      </w:r>
      <w:r>
        <w:br/>
      </w:r>
      <w:r>
        <w:rPr>
          <w:sz w:val="20"/>
        </w:rPr>
        <w:t>1:13:19  aap musalmanon ki jo bhi kitab le ke parhiye, sab mein wohi mazi ki azmatain bayan ki jayengi. Hum yeh the, hum woh the, hum yeh the, hum woh the,</w:t>
      </w:r>
      <w:r>
        <w:br/>
      </w:r>
      <w:r>
        <w:rPr>
          <w:sz w:val="20"/>
        </w:rPr>
        <w:t>1:13:30  hum hi the, yaani kiya woh hum hi chhaye hue the sharq se ta gharb duniya mein.</w:t>
      </w:r>
      <w:r>
        <w:br/>
      </w:r>
      <w:r>
        <w:rPr>
          <w:sz w:val="20"/>
        </w:rPr>
        <w:t>1:13:40  hum hi chhaye hue the sharq se ta gharb duniya mein. Na tha pallah kisi muslim ka duniya mein gira hum se.</w:t>
      </w:r>
      <w:r>
        <w:br/>
      </w:r>
      <w:r>
        <w:rPr>
          <w:sz w:val="20"/>
        </w:rPr>
        <w:t>1:13:51  tu yahi cheez hai ke ke woh azmat jo chali gayi, us ko yaad dila kar ke aap un ko chahte hain, un ko revive karna.</w:t>
      </w:r>
      <w:r>
        <w:br/>
      </w:r>
      <w:r>
        <w:rPr>
          <w:sz w:val="20"/>
        </w:rPr>
        <w:t>1:14:01  tu is se koi positive soch nahi aayegi, is se false pride aaye ga. Wohi aa gaya musalmanon mein, is ke zimmedar wohi log hain jinhon ne is zamane mein musalmanon ko qadeem tareekh yaad dila kar ke un ko dobara ubharna chaha.</w:t>
      </w:r>
      <w:r>
        <w:br/>
      </w:r>
      <w:r>
        <w:rPr>
          <w:sz w:val="20"/>
        </w:rPr>
        <w:t>1:14:18  koi shayar ne kaha tha ke "hudeera nawara talakh turmeeda fi zauq naghma kamyabi hudeera teez tar mikhwan jo mahmal na gira bain</w:t>
      </w:r>
      <w:r>
        <w:br/>
      </w:r>
      <w:r>
        <w:rPr>
          <w:sz w:val="20"/>
        </w:rPr>
        <w:t>1:14:29  y". Yeh yeh yahi sab cheez hai jis ne musalmanon ka yeh halat kar rakhi hai. Yaani jo musalman paranoia character ban gaye, is ki zimmedari khud un par nahi hai, un ke rehnumaon par hai jinhon ne mamle ko samjhe baghair ek galat rehnumai di un ko.</w:t>
      </w:r>
    </w:p>
    <w:p>
      <w:pPr>
        <w:pStyle w:val="Heading2"/>
      </w:pPr>
      <w:r>
        <w:t>How to Clarify Error of Peace and Violence?</w:t>
      </w:r>
    </w:p>
    <w:p>
      <w:r>
        <w:rPr>
          <w:color w:val="666666"/>
          <w:sz w:val="18"/>
        </w:rPr>
        <w:t>Society &amp; Dawah · Islam and Violence October 12, 2014 · 2m 47s · at 45:37 · https://youtu.be/KmpXYZjPlj8?t=2737</w:t>
      </w:r>
    </w:p>
    <w:p>
      <w:r>
        <w:rPr>
          <w:i/>
        </w:rPr>
        <w:t>“Moulana, today it became clear that tribal culture was given the sacred name of jihad culture, which is why common people remain deceived. How can we clarify the error of those who are on the path of peace and violence? Please tell us about this.”</w:t>
      </w:r>
    </w:p>
    <w:p>
      <w:r>
        <w:rPr>
          <w:sz w:val="20"/>
        </w:rPr>
        <w:t>45:37  okay, we start with the question answer session now. Maulana, yeh sawal aaya hai Chennai se Maulana Iqbal Umri ka, aur unhon ne likha hai ke Maulana, aaj wazeh hua ke tribal culture ko jihadi culture ka muqaddas naam diya gaya, isi liye aam log dhoke mein rehte hain.</w:t>
      </w:r>
      <w:r>
        <w:br/>
      </w:r>
      <w:r>
        <w:rPr>
          <w:sz w:val="20"/>
        </w:rPr>
        <w:t>46:02  Maulana, jo log passive violence ki rah par hain, un ki ghalati kaise wazeh karein, is ke bare mein bataein.</w:t>
      </w:r>
      <w:r>
        <w:br/>
      </w:r>
      <w:r>
        <w:rPr>
          <w:sz w:val="20"/>
        </w:rPr>
        <w:t>46:14  wazeh karne ka tareeqa yahi hai ke hum Quran se, Hadees se, is waqt Sunnat se, is ka ghalat hona logon ko bataein.</w:t>
      </w:r>
      <w:r>
        <w:br/>
      </w:r>
      <w:r>
        <w:rPr>
          <w:sz w:val="20"/>
        </w:rPr>
        <w:t>46:27  yahi tareeqa pehle bhi tha aur ab bhi hai.</w:t>
      </w:r>
      <w:r>
        <w:br/>
      </w:r>
      <w:r>
        <w:rPr>
          <w:sz w:val="20"/>
        </w:rPr>
        <w:t>46:31  hamare paas jo hai, wahi hai: Quran hai, Hadees hai, Seerat-e-Rasool hai, Seerat-e-Sahaba hai. is ke zariye se hum bataein.</w:t>
      </w:r>
      <w:r>
        <w:br/>
      </w:r>
      <w:r>
        <w:rPr>
          <w:sz w:val="20"/>
        </w:rPr>
        <w:t>46:42  abhi main padh raha tha Hazrat Abdullah Ibn Umar ka waqia ke tareekh mein is ko kaha jata hai Fitna Ibn Zubair.</w:t>
      </w:r>
      <w:r>
        <w:br/>
      </w:r>
      <w:r>
        <w:rPr>
          <w:sz w:val="20"/>
        </w:rPr>
        <w:t>46:55  is zamane mein Abdullah Ibn Umar jo the, top ke Sahabi the, lekin is mein shareek nahin the. woh to kuch log un ke paas gaye ke aap yahan jihad ho raha hai, aap is mein shareek nahin hain.</w:t>
      </w:r>
      <w:r>
        <w:br/>
      </w:r>
      <w:r>
        <w:rPr>
          <w:sz w:val="20"/>
        </w:rPr>
        <w:t>47:10  to unhon ne woh ayat padhi: "qatuluhum hatta la takuna fitnatun wa yakuna ad-deenu lillah"</w:t>
      </w:r>
      <w:r>
        <w:br/>
      </w:r>
      <w:r>
        <w:rPr>
          <w:sz w:val="20"/>
        </w:rPr>
        <w:t>47:17  . to unhon ne kaha ke woh to ho gaya. woh yeh jis mein is ayat mein jis qital ka zikr hai, woh to ho gaya, woh to khatm ho gaya.</w:t>
      </w:r>
      <w:r>
        <w:br/>
      </w:r>
      <w:r>
        <w:rPr>
          <w:sz w:val="20"/>
        </w:rPr>
        <w:t>47:27  ab kya hai? ab to daur aa gaya doosra, ab dawat do. to unhon ne kaha: "qatuluhum". yeh Hadees jo hai, Bukhari mein maujood hai, aap dekhiye, is ko bohat anokhi Hadees hai</w:t>
      </w:r>
      <w:r>
        <w:br/>
      </w:r>
      <w:r>
        <w:rPr>
          <w:sz w:val="20"/>
        </w:rPr>
        <w:t>47:42  ke Hazrat Abdullah Ibn Umar, jo top ke Sahabi hain, woh kehte hain ke yeh jo hukm tha qital ka, woh to khatm ho chuka. ab tum ko is ko jaari rakhe hue ho kyunke woh diya gaya tha is par ke persecution ko khatm karne ke liye.</w:t>
      </w:r>
      <w:r>
        <w:br/>
      </w:r>
      <w:r>
        <w:rPr>
          <w:sz w:val="20"/>
        </w:rPr>
        <w:t>48:04  woh to is woh persecution ko khatm ho gaya.</w:t>
      </w:r>
      <w:r>
        <w:br/>
      </w:r>
      <w:r>
        <w:rPr>
          <w:sz w:val="20"/>
        </w:rPr>
        <w:t>48:11  to yeh baatein logon ko batai jayein to inshallah un ki samajh mein aayega aur yeh rawish ko chhod kar sahi rasta ikhtiyar kareinge, inshallah.</w:t>
      </w:r>
    </w:p>
    <w:p>
      <w:pPr>
        <w:pStyle w:val="Heading2"/>
      </w:pPr>
      <w:r>
        <w:t>How to address a wrong system affecting a nation?</w:t>
      </w:r>
    </w:p>
    <w:p>
      <w:r>
        <w:rPr>
          <w:color w:val="666666"/>
          <w:sz w:val="18"/>
        </w:rPr>
        <w:t>Society &amp; Dawah · Problem and Shukr March 15, 2015 · 2m 53s · at 52:57 · https://youtu.be/SPBsXjH1hzM?t=3177</w:t>
      </w:r>
    </w:p>
    <w:p>
      <w:r>
        <w:rPr>
          <w:i/>
        </w:rPr>
        <w:t>“I want to know what if we have a problem or complaint not from a human, but from a system and a group which is doing wrong and affecting a nation.”</w:t>
      </w:r>
    </w:p>
    <w:p>
      <w:r>
        <w:rPr>
          <w:sz w:val="20"/>
        </w:rPr>
        <w:t>52:57  Maulana, agla sawal kya hai? Ah Shan Sahib ne ah London se, aur unhon ne likha hai: Maulana, I am Dr. Hanaz's cousin and visiting her from Wales with my newly wed wife.</w:t>
      </w:r>
      <w:r>
        <w:br/>
      </w:r>
      <w:r>
        <w:rPr>
          <w:sz w:val="20"/>
        </w:rPr>
        <w:t>53:14  She invited us this morning to listen to you, and mashallah, I liked it so much. May Allah reward you. Maulana, I have a question.</w:t>
      </w:r>
      <w:r>
        <w:br/>
      </w:r>
      <w:r>
        <w:rPr>
          <w:sz w:val="20"/>
        </w:rPr>
        <w:t>53:25  . I want to know what if we have a problem or complaint not from a human, but from a system or a group which is doing wrong and affecting a nation.</w:t>
      </w:r>
      <w:r>
        <w:br/>
      </w:r>
      <w:r>
        <w:rPr>
          <w:sz w:val="20"/>
        </w:rPr>
        <w:t>53:38  vhat iz yor advais on dat? dekhiye, yeh to aap ne sirf lafz badal diya. sistam kon banata hai? insan banata hai.</w:t>
      </w:r>
      <w:r>
        <w:br/>
      </w:r>
      <w:r>
        <w:rPr>
          <w:sz w:val="20"/>
        </w:rPr>
        <w:t>53:47  voh bhi insan ke khilaf shikayat hai. sistam bananay wala kon hai?</w:t>
      </w:r>
      <w:r>
        <w:br/>
      </w:r>
      <w:r>
        <w:rPr>
          <w:sz w:val="20"/>
        </w:rPr>
        <w:t>53:55  to sistam mein vohi cheezain aayen gi jo insan ke andar hain. sistam jo hai, insan ka yani ikstendid faram hai.</w:t>
      </w:r>
      <w:r>
        <w:br/>
      </w:r>
      <w:r>
        <w:rPr>
          <w:sz w:val="20"/>
        </w:rPr>
        <w:t>54:06  sistam alag se koi cheez hai nahin. to sistam ke khilaf aap bolain gay to phir insan hi ke oopar jaye ga. voh aur yeh bhi samajh lein ke kabhi bhi dunya mein koi sistam aidial nahin ho sakta.</w:t>
      </w:r>
      <w:r>
        <w:br/>
      </w:r>
      <w:r>
        <w:rPr>
          <w:sz w:val="20"/>
        </w:rPr>
        <w:t>54:17  impaasibal hai.</w:t>
      </w:r>
      <w:r>
        <w:br/>
      </w:r>
      <w:r>
        <w:rPr>
          <w:sz w:val="20"/>
        </w:rPr>
        <w:t>54:19  hata ke jo islam ka jo goladan piriyad hai, vahan bhi yeh bas vajah hai ke vahan sistam jo tha, bilkul aidial tha. aisa nahin tha. misal ke tor par dekhiye, aik sahabi madine mein rasool Allah ke pas aata hai, voh munh dar munh kehta hai ke vallah muadalta,</w:t>
      </w:r>
      <w:r>
        <w:br/>
      </w:r>
      <w:r>
        <w:rPr>
          <w:sz w:val="20"/>
        </w:rPr>
        <w:t>54:38  khuda ki qasam, aap ne justis nahin kiya. to vri dat aidial sistam.</w:t>
      </w:r>
      <w:r>
        <w:br/>
      </w:r>
      <w:r>
        <w:rPr>
          <w:sz w:val="20"/>
        </w:rPr>
        <w:t>54:45  to sistam par jo log bolte hain, voh kreshun plan ke khilaf bolte hain. jo Allah ka jo kreshun plan hai, us ke mutabiq jab dunya mein aidial sistam ban nahin sakta, aidial gavarnmant ban nahin sakti, to aap ko vahan kya karna hai?</w:t>
      </w:r>
      <w:r>
        <w:br/>
      </w:r>
      <w:r>
        <w:rPr>
          <w:sz w:val="20"/>
        </w:rPr>
        <w:t>55:04  us ko mainaj karna hai. jo prablam aata hai, us ko mainaj kijiye.</w:t>
      </w:r>
      <w:r>
        <w:br/>
      </w:r>
      <w:r>
        <w:rPr>
          <w:sz w:val="20"/>
        </w:rPr>
        <w:t>55:08  shikayat karna, us ko torna, us ke khilaf us ko apoz karna, hangama karna, kuch bhi nahin honay wala. us ki misal dekhiye, aijipt mein.</w:t>
      </w:r>
      <w:r>
        <w:br/>
      </w:r>
      <w:r>
        <w:rPr>
          <w:sz w:val="20"/>
        </w:rPr>
        <w:t>55:18  aijipt mein 60 bars se sistam ke khilaf lar rahe hain log. aaj tak kuch bhi nahin hua. kai naslain khatam ho gayeen, aur tab tabahi tabahi hai.</w:t>
      </w:r>
      <w:r>
        <w:br/>
      </w:r>
      <w:r>
        <w:rPr>
          <w:sz w:val="20"/>
        </w:rPr>
        <w:t>55:29  to sistam jo hai, voh khud yani voh hioman fenomina hai. insan se alag koi cheez nahin hai.</w:t>
      </w:r>
      <w:r>
        <w:br/>
      </w:r>
      <w:r>
        <w:rPr>
          <w:sz w:val="20"/>
        </w:rPr>
        <w:t>55:40  kliyar hai? ji kliyar hai. ji ah ji maulana.</w:t>
      </w:r>
      <w:r>
        <w:br/>
      </w:r>
      <w:r>
        <w:rPr>
          <w:sz w:val="20"/>
        </w:rPr>
        <w:t>55:51  Maulana, agla sawal kya hai? Adil Muhammad Sahib ne Muradabad se, aur unhon ne likha hai ke Maulana, I agree with you in what you said today, that we should accept Allah's plan and be patient towards men and thankful towards Allah.</w:t>
      </w:r>
    </w:p>
    <w:p>
      <w:pPr>
        <w:pStyle w:val="Heading2"/>
      </w:pPr>
      <w:r>
        <w:t>How to address focus on speaker not message?</w:t>
      </w:r>
    </w:p>
    <w:p>
      <w:r>
        <w:rPr>
          <w:color w:val="666666"/>
          <w:sz w:val="18"/>
        </w:rPr>
        <w:t>Society &amp; Dawah · Islah e Ummat August 10, 2014 · 2m 48s · at 54:45 · https://youtu.be/a7ohKq4Xf0Y?t=3285</w:t>
      </w:r>
    </w:p>
    <w:p>
      <w:r>
        <w:rPr>
          <w:i/>
        </w:rPr>
        <w:t>“I am from Pakistan where you tell people something about from CPS learning and literature. They always ask who said that I learned here in Pakistan that people are more concerned on who is saying rather than what is being said. All do in other learnings of science, management, etc. They only see what is said and not who is saying. Maulana, how can I address this issue as this is a major hurdle in spreading CPS message in Pakistan?”</w:t>
      </w:r>
    </w:p>
    <w:p>
      <w:r>
        <w:rPr>
          <w:sz w:val="20"/>
        </w:rPr>
        <w:t>54:45  molana agla sawal aaya hai Pakistan se Tariq Badar sahib ka aur unhone likha hai ke I am from Pakistan where if you tell people something about from CPS learning or literature they always ask who said that</w:t>
      </w:r>
      <w:r>
        <w:br/>
      </w:r>
      <w:r>
        <w:rPr>
          <w:sz w:val="20"/>
        </w:rPr>
        <w:t>55:03  I learned here in Pakistan that people are more concerned on who is saying rather than what is being said although in other learnings of science management etcetera they only see what is said and not who is saying molana sahib how can I address this issue as this is a major hurdle in spreading CPS message in Pakistan</w:t>
      </w:r>
      <w:r>
        <w:br/>
      </w:r>
      <w:r>
        <w:rPr>
          <w:sz w:val="20"/>
        </w:rPr>
        <w:t>55:29  nahi dekhiye major hurdle nahi manta is ko mein</w:t>
      </w:r>
      <w:r>
        <w:br/>
      </w:r>
      <w:r>
        <w:rPr>
          <w:sz w:val="20"/>
        </w:rPr>
        <w:t>55:33  jin logon ke darmiyan aap ne kaam kiya un ka yeh mizaj hai</w:t>
      </w:r>
      <w:r>
        <w:br/>
      </w:r>
      <w:r>
        <w:rPr>
          <w:sz w:val="20"/>
        </w:rPr>
        <w:t>55:38  isi pakistan mein doosron ke mojood hain</w:t>
      </w:r>
      <w:r>
        <w:br/>
      </w:r>
      <w:r>
        <w:rPr>
          <w:sz w:val="20"/>
        </w:rPr>
        <w:t>55:42  aap inhi ke peeche kyun zyada</w:t>
      </w:r>
      <w:r>
        <w:br/>
      </w:r>
      <w:r>
        <w:rPr>
          <w:sz w:val="20"/>
        </w:rPr>
        <w:t>55:45  parhein jo obsession mein jeetay hain</w:t>
      </w:r>
      <w:r>
        <w:br/>
      </w:r>
      <w:r>
        <w:rPr>
          <w:sz w:val="20"/>
        </w:rPr>
        <w:t>55:50  obsession mein jeetay hain jo khulay mind ke hain un mein</w:t>
      </w:r>
      <w:r>
        <w:br/>
      </w:r>
      <w:r>
        <w:rPr>
          <w:sz w:val="20"/>
        </w:rPr>
        <w:t>55:55  un mein kaam kijiye</w:t>
      </w:r>
      <w:r>
        <w:br/>
      </w:r>
      <w:r>
        <w:rPr>
          <w:sz w:val="20"/>
        </w:rPr>
        <w:t>55:58  jaise mere paas pakistan ke ek sahab aaye jo wahan</w:t>
      </w:r>
      <w:r>
        <w:br/>
      </w:r>
      <w:r>
        <w:rPr>
          <w:sz w:val="20"/>
        </w:rPr>
        <w:t>56:03  kisi university mein parhate hain woh to</w:t>
      </w:r>
      <w:r>
        <w:br/>
      </w:r>
      <w:r>
        <w:rPr>
          <w:sz w:val="20"/>
        </w:rPr>
        <w:t>56:08  der tak hamare paas rahe</w:t>
      </w:r>
      <w:r>
        <w:br/>
      </w:r>
      <w:r>
        <w:rPr>
          <w:sz w:val="20"/>
        </w:rPr>
        <w:t>56:11  to bohat zyada ittifaq karte thay hamari baton se</w:t>
      </w:r>
      <w:r>
        <w:br/>
      </w:r>
      <w:r>
        <w:rPr>
          <w:sz w:val="20"/>
        </w:rPr>
        <w:t>56:16  to unhon ne kaha ke aap ki jo writing hai</w:t>
      </w:r>
      <w:r>
        <w:br/>
      </w:r>
      <w:r>
        <w:rPr>
          <w:sz w:val="20"/>
        </w:rPr>
        <w:t>56:21  woh bohat achhi hai lekin is mein aik kami hai</w:t>
      </w:r>
      <w:r>
        <w:br/>
      </w:r>
      <w:r>
        <w:rPr>
          <w:sz w:val="20"/>
        </w:rPr>
        <w:t>56:26  aik kami hai toh mein mein</w:t>
      </w:r>
      <w:r>
        <w:br/>
      </w:r>
      <w:r>
        <w:rPr>
          <w:sz w:val="20"/>
        </w:rPr>
        <w:t>56:30  mein ne poocha ke bataiye kya kami hai</w:t>
      </w:r>
      <w:r>
        <w:br/>
      </w:r>
      <w:r>
        <w:rPr>
          <w:sz w:val="20"/>
        </w:rPr>
        <w:t>56:34  toh unhon ne kaha ke yeh hai ke aap ki</w:t>
      </w:r>
      <w:r>
        <w:br/>
      </w:r>
      <w:r>
        <w:rPr>
          <w:sz w:val="20"/>
        </w:rPr>
        <w:t>56:37  kitabon ko parhne ke baad kisi aur ki kitab parhne ka jee nahi chahta</w:t>
      </w:r>
      <w:r>
        <w:br/>
      </w:r>
      <w:r>
        <w:rPr>
          <w:sz w:val="20"/>
        </w:rPr>
        <w:t>56:42  yeh university ke ustaad thay</w:t>
      </w:r>
      <w:r>
        <w:br/>
      </w:r>
      <w:r>
        <w:rPr>
          <w:sz w:val="20"/>
        </w:rPr>
        <w:t>56:46  aap ki kitabon ko parhne ke baad kisi aur ki kitab parhne ka jee nahi chahta toh aise</w:t>
      </w:r>
      <w:r>
        <w:br/>
      </w:r>
      <w:r>
        <w:rPr>
          <w:sz w:val="20"/>
        </w:rPr>
        <w:t>56:50  bhi Pakistan mein hain</w:t>
      </w:r>
      <w:r>
        <w:br/>
      </w:r>
      <w:r>
        <w:rPr>
          <w:sz w:val="20"/>
        </w:rPr>
        <w:t>56:53  dikhye dawat ka kaam jo hai woh aik hunting process hai un logon ko dhoondna</w:t>
      </w:r>
      <w:r>
        <w:br/>
      </w:r>
      <w:r>
        <w:rPr>
          <w:sz w:val="20"/>
        </w:rPr>
        <w:t>57:00  jo jo</w:t>
      </w:r>
      <w:r>
        <w:br/>
      </w:r>
      <w:r>
        <w:rPr>
          <w:sz w:val="20"/>
        </w:rPr>
        <w:t>57:04  seeker hain jin ke andar objectivity hai jin ke andar opinions hai jo mutala karne ka tayyar ke liye tayyar ho jate hain foran to un ko dhoondhiye un mein kaam kijiye kuch log agar is tarah ke hain band zehan wale to aap un ko un ke liye dua kijiye</w:t>
      </w:r>
    </w:p>
    <w:p>
      <w:pPr>
        <w:pStyle w:val="Heading2"/>
      </w:pPr>
      <w:r>
        <w:t>How to answer claims Islam spread by sword?</w:t>
      </w:r>
    </w:p>
    <w:p>
      <w:r>
        <w:rPr>
          <w:color w:val="666666"/>
          <w:sz w:val="18"/>
        </w:rPr>
        <w:t>Society &amp; Dawah · Purpose of Creation September 28, 2014 · 2m 20s · at 52:05 · https://youtu.be/7M-rzLZzCYw?t=3125</w:t>
      </w:r>
    </w:p>
    <w:p>
      <w:r>
        <w:rPr>
          <w:i/>
        </w:rPr>
        <w:t>“Many people say that Islam spread by wars, first during the Prophet and Sahaba time and later in the Umayyad and Abbasid dynasties, and the source for these wars and territorial expansion was Quran and Hadith. Please tell us how to address such questions, especially when our non-Muslim brothers put this to us.”</w:t>
      </w:r>
    </w:p>
    <w:p>
      <w:r>
        <w:rPr>
          <w:sz w:val="20"/>
        </w:rPr>
        <w:t>52:05  molana agla sawal kya hai zuber sahib ne murad abad se molana mini peoples se dat islam spread by wars first during prophet and sahaba time and then later on umiyat and abbasid dynasty the source they say for these wars and territorial expansion was quran and hadith</w:t>
      </w:r>
      <w:r>
        <w:br/>
      </w:r>
      <w:r>
        <w:rPr>
          <w:sz w:val="20"/>
        </w:rPr>
        <w:t>52:33  please tell us how do we address such questions especially when our non muslim brothers put this to us dekhiye islam jo hai talwar se phaila yeh toh myth khatam ho chuka hai yeh purana myth tha bohat pehle is par bohat hi yani zabardast work kiya hai inhon ne professor</w:t>
      </w:r>
      <w:r>
        <w:br/>
      </w:r>
      <w:r>
        <w:rPr>
          <w:sz w:val="20"/>
        </w:rPr>
        <w:t>53:01  t w arnold ne in ki kitab chhapi thi 1898 mein the preachership of islam toh poori history se inhon ne bataya ke kis tarah se islam peaceful tareeqe se phaila hai aur talwar se nahi phaila hai</w:t>
      </w:r>
      <w:r>
        <w:br/>
      </w:r>
      <w:r>
        <w:rPr>
          <w:sz w:val="20"/>
        </w:rPr>
        <w:t>53:21  aise hi Swami Vivekanand ne apni kitab mein likha hai ke it is it is a nonsense</w:t>
      </w:r>
      <w:r>
        <w:br/>
      </w:r>
      <w:r>
        <w:rPr>
          <w:sz w:val="20"/>
        </w:rPr>
        <w:t>53:26  to say that</w:t>
      </w:r>
      <w:r>
        <w:br/>
      </w:r>
      <w:r>
        <w:rPr>
          <w:sz w:val="20"/>
        </w:rPr>
        <w:t>53:30  Hindus were converted to Islam by force</w:t>
      </w:r>
      <w:r>
        <w:br/>
      </w:r>
      <w:r>
        <w:rPr>
          <w:sz w:val="20"/>
        </w:rPr>
        <w:t>53:35  to ye to ye ye to ek ye ek phaila hua myth hai bas ye log baghair mutale</w:t>
      </w:r>
      <w:r>
        <w:br/>
      </w:r>
      <w:r>
        <w:rPr>
          <w:sz w:val="20"/>
        </w:rPr>
        <w:t>53:41  ke sab kaha karte hain is par to bahut kaafi kaam kaam ho chuka hai aur is ko</w:t>
      </w:r>
      <w:r>
        <w:br/>
      </w:r>
      <w:r>
        <w:rPr>
          <w:sz w:val="20"/>
        </w:rPr>
        <w:t>53:47  poori tarah se sabit ho chuka hai ke Islam</w:t>
      </w:r>
      <w:r>
        <w:br/>
      </w:r>
      <w:r>
        <w:rPr>
          <w:sz w:val="20"/>
        </w:rPr>
        <w:t>53:53  talwaron ke zor se nahi phaila</w:t>
      </w:r>
      <w:r>
        <w:br/>
      </w:r>
      <w:r>
        <w:rPr>
          <w:sz w:val="20"/>
        </w:rPr>
        <w:t>53:55  a khud India mein aap dekhiye India mein kis ne Islam phailaya kya Mughlon ne phailaya hai Mughlon</w:t>
      </w:r>
      <w:r>
        <w:br/>
      </w:r>
      <w:r>
        <w:rPr>
          <w:sz w:val="20"/>
        </w:rPr>
        <w:t>54:00  ko to koi Islam se koi matlab hi nahi tha Sufiyon ne phailaya hai</w:t>
      </w:r>
      <w:r>
        <w:br/>
      </w:r>
      <w:r>
        <w:rPr>
          <w:sz w:val="20"/>
        </w:rPr>
        <w:t>54:07  hum aap jo duniya mein hain wo Sufiyon ki wajah se hain kisi badshah ki talwar se nahi</w:t>
      </w:r>
      <w:r>
        <w:br/>
      </w:r>
      <w:r>
        <w:rPr>
          <w:sz w:val="20"/>
        </w:rPr>
        <w:t>54:12  hai to ye to ye but to khatm ho chuka aap kitaben padhiye jo is mauzu par likhi</w:t>
      </w:r>
      <w:r>
        <w:br/>
      </w:r>
      <w:r>
        <w:rPr>
          <w:sz w:val="20"/>
        </w:rPr>
        <w:t>54:19  gayi hain</w:t>
      </w:r>
    </w:p>
    <w:p>
      <w:pPr>
        <w:pStyle w:val="Heading2"/>
      </w:pPr>
      <w:r>
        <w:t>How to approach disinterested people about Islam?</w:t>
      </w:r>
    </w:p>
    <w:p>
      <w:r>
        <w:rPr>
          <w:color w:val="666666"/>
          <w:sz w:val="18"/>
        </w:rPr>
        <w:t>Society &amp; Dawah · The Character of a Dayee 4 March 2012 - Maulana Wahiduddin Khan · 2m 47s · at 1:42:28 · https://youtu.be/YtavJpVNbEM?t=6148</w:t>
      </w:r>
    </w:p>
    <w:p>
      <w:r>
        <w:rPr>
          <w:i/>
        </w:rPr>
        <w:t>“I approached one of my seniors to tell him about Islam. He said he was not interested in religion at all and would rather not discuss it. How should I approach people like these?”</w:t>
      </w:r>
    </w:p>
    <w:p>
      <w:r>
        <w:rPr>
          <w:sz w:val="20"/>
        </w:rPr>
        <w:t>1:42:28  Maulana, agla sawal Mr. Zeeshan Yusuf ka aaya hai Hyderabad se. unhone aap se poocha hai ke: "I approached one of my seniors for letting him know about Islam.</w:t>
      </w:r>
      <w:r>
        <w:br/>
      </w:r>
      <w:r>
        <w:rPr>
          <w:sz w:val="20"/>
        </w:rPr>
        <w:t>1:42:40  He said that he was not interested in religion at all, and he would rather not prefer to discuss about it. Maulana, how shall I approach people like these?" Dua kijiye,</w:t>
      </w:r>
      <w:r>
        <w:br/>
      </w:r>
      <w:r>
        <w:rPr>
          <w:sz w:val="20"/>
        </w:rPr>
        <w:t>1:42:55  ek se ek badh ke kattar log hain, woh un ke andar aa jata hai. kal ek sahib se meri mulaqat hui, Maulana Owais sahib kal mere paas aaye the,</w:t>
      </w:r>
      <w:r>
        <w:br/>
      </w:r>
      <w:r>
        <w:rPr>
          <w:sz w:val="20"/>
        </w:rPr>
        <w:t>1:43:11  to unhone ek qissa bataya</w:t>
      </w:r>
      <w:r>
        <w:br/>
      </w:r>
      <w:r>
        <w:rPr>
          <w:sz w:val="20"/>
        </w:rPr>
        <w:t>1:43:15  ke woh, unhone, unhone kis ne likha hai? woh qissa Sheikh Hassan Misri hain.</w:t>
      </w:r>
      <w:r>
        <w:br/>
      </w:r>
      <w:r>
        <w:rPr>
          <w:sz w:val="20"/>
        </w:rPr>
        <w:t>1:43:24  Hassan Misri ne, Sheikh Hassan Ji Misri, Sheikh Hassan Misri ek hain,</w:t>
      </w:r>
      <w:r>
        <w:br/>
      </w:r>
      <w:r>
        <w:rPr>
          <w:sz w:val="20"/>
        </w:rPr>
        <w:t>1:43:33  unhone ek qissa bataya hai. woh kal unhone bataya mujhe, woh un ke ustad bhi hain, ghaliban woh Misr mein taleem un ki hui hai, Maulana Owais sahib ki ke ek shakhs jo hai,</w:t>
      </w:r>
      <w:r>
        <w:br/>
      </w:r>
      <w:r>
        <w:rPr>
          <w:sz w:val="20"/>
        </w:rPr>
        <w:t>1:43:49  woh</w:t>
      </w:r>
      <w:r>
        <w:br/>
      </w:r>
      <w:r>
        <w:rPr>
          <w:sz w:val="20"/>
        </w:rPr>
        <w:t>1:43:51  use lamba qissa hai, main mukhtasar kar raha hoon is ko ke ek shakhs ko German zuban mein Quran ka tarjuma diya gaya, ek Christian ko.</w:t>
      </w:r>
      <w:r>
        <w:br/>
      </w:r>
      <w:r>
        <w:rPr>
          <w:sz w:val="20"/>
        </w:rPr>
        <w:t>1:44:01  bohat lamba qissa hai woh, to woh aadmi jo hai, la kar ke us ne rakh diya usay,</w:t>
      </w:r>
      <w:r>
        <w:br/>
      </w:r>
      <w:r>
        <w:rPr>
          <w:sz w:val="20"/>
        </w:rPr>
        <w:t>1:44:09  aur bees saal tak usay rakha hua. kuch asbab paish aaye ke bees saal ke baad usay parha, us ko parha to itna asar pada us ko ke us ne Islam ko book kar liya, Islam ka مبلغ ban gaya.</w:t>
      </w:r>
      <w:r>
        <w:br/>
      </w:r>
      <w:r>
        <w:rPr>
          <w:sz w:val="20"/>
        </w:rPr>
        <w:t>1:44:22  woh</w:t>
      </w:r>
      <w:r>
        <w:br/>
      </w:r>
      <w:r>
        <w:rPr>
          <w:sz w:val="20"/>
        </w:rPr>
        <w:t>1:44:25  to la tisoo billah ka maamla hai, kisi insaan se aap mayoos na hon, hikmat ke sath kaam karen, dua ke sath kaam karen.</w:t>
      </w:r>
      <w:r>
        <w:br/>
      </w:r>
      <w:r>
        <w:rPr>
          <w:sz w:val="20"/>
        </w:rPr>
        <w:t>1:44:34  is ke liye, yani literature dein us ko jis mein us ko dilchaspi ho.</w:t>
      </w:r>
      <w:r>
        <w:br/>
      </w:r>
      <w:r>
        <w:rPr>
          <w:sz w:val="20"/>
        </w:rPr>
        <w:t>1:44:42  to yani jis ne diya tha Quran majeed ka ka German tarjuma, to bees saal tak us ke shelf mein parha raha.</w:t>
      </w:r>
      <w:r>
        <w:br/>
      </w:r>
      <w:r>
        <w:rPr>
          <w:sz w:val="20"/>
        </w:rPr>
        <w:t>1:44:53  ab bees saal ke baad us ko tofeeq ho gayi imaan ki,</w:t>
      </w:r>
      <w:r>
        <w:br/>
      </w:r>
      <w:r>
        <w:rPr>
          <w:sz w:val="20"/>
        </w:rPr>
        <w:t>1:45:00  to mayoos hone ki zaroorat nahi hai. jahan aap hamesha yeh kisi re planning kijiye, phir se sochiye aur dua kijiye, to rastay khulenge, inshallah.</w:t>
      </w:r>
    </w:p>
    <w:p>
      <w:pPr>
        <w:pStyle w:val="Heading2"/>
      </w:pPr>
      <w:r>
        <w:t>How to approach those disinterested in religion?</w:t>
      </w:r>
    </w:p>
    <w:p>
      <w:r>
        <w:rPr>
          <w:color w:val="666666"/>
          <w:sz w:val="18"/>
        </w:rPr>
        <w:t>Society &amp; Dawah · Q&amp;A 04 Mar 2012 Maulana Wahiduddin Khan · 2m 26s · at 38:55 · https://youtu.be/txRmutuvWQI?t=2335</w:t>
      </w:r>
    </w:p>
    <w:p>
      <w:r>
        <w:rPr>
          <w:i/>
        </w:rPr>
        <w:t>“I approached one of my seniors for letting him know about Islam. He said he was not interested in religion at all, and he would rather not prefer to discuss about it. How shall I approach people like these?”</w:t>
      </w:r>
    </w:p>
    <w:p>
      <w:r>
        <w:rPr>
          <w:sz w:val="20"/>
        </w:rPr>
        <w:t>38:55  maulana, agla sawal mr zeeshan yusuf ka aaya hai hyderabad se. unhone aap se poocha hai ke: "i approached one of my seniors for letting him know about Islam.</w:t>
      </w:r>
      <w:r>
        <w:br/>
      </w:r>
      <w:r>
        <w:rPr>
          <w:sz w:val="20"/>
        </w:rPr>
        <w:t>39:07  he said that he was not interested in religion at all, and he would rather not prefer to discuss about it. Maulana, how shall I approach people like these?</w:t>
      </w:r>
      <w:r>
        <w:br/>
      </w:r>
      <w:r>
        <w:rPr>
          <w:sz w:val="20"/>
        </w:rPr>
        <w:t>39:17  dua kijiye.</w:t>
      </w:r>
      <w:r>
        <w:br/>
      </w:r>
      <w:r>
        <w:rPr>
          <w:sz w:val="20"/>
        </w:rPr>
        <w:t>39:21  ek se ek badh ke katar log hain, woh un ke andar aa jata hai. kal ek sahab se meri mulaqat hui,</w:t>
      </w:r>
      <w:r>
        <w:br/>
      </w:r>
      <w:r>
        <w:rPr>
          <w:sz w:val="20"/>
        </w:rPr>
        <w:t>39:33  maulana owais sahab kal mere paas aaye the toh unhone ek qissa bataya. sheikh hassan misri ek hain, unhone ek qissa bataya hai.</w:t>
      </w:r>
      <w:r>
        <w:br/>
      </w:r>
      <w:r>
        <w:rPr>
          <w:sz w:val="20"/>
        </w:rPr>
        <w:t>39:46  woh kal unhone bataya mujhe, woh un ke ustad bhi hain, ghaliban</w:t>
      </w:r>
      <w:r>
        <w:br/>
      </w:r>
      <w:r>
        <w:rPr>
          <w:sz w:val="20"/>
        </w:rPr>
        <w:t>39:50  woh misr mein taleem un ki hui hai, maulana owais sahab ki ke ek shakhs jo hai, woh use lamba qissa hai, mein mukhtasar kar raha hoon is ko ke ek shakhs ko german zaban mein quran ka tarjuma diya gaya, ek christian ko.</w:t>
      </w:r>
      <w:r>
        <w:br/>
      </w:r>
      <w:r>
        <w:rPr>
          <w:sz w:val="20"/>
        </w:rPr>
        <w:t>40:10  bohat lamba qissa hai woh. toh woh aadmi jo hai, la kar ke us ne rakh diya use, aur bees saal tak use rakha hua.</w:t>
      </w:r>
      <w:r>
        <w:br/>
      </w:r>
      <w:r>
        <w:rPr>
          <w:sz w:val="20"/>
        </w:rPr>
        <w:t>40:19  kuch asbab paish aaye ke bees saal ke baad use padha, use padha toh itna asar padha us ko</w:t>
      </w:r>
      <w:r>
        <w:br/>
      </w:r>
      <w:r>
        <w:rPr>
          <w:sz w:val="20"/>
        </w:rPr>
        <w:t>40:26  ke us ne islam ko munh kar liya, islam ka مبلغ ban gaya. woh toh la taysu min rooh Allah ka mamla hai.</w:t>
      </w:r>
      <w:r>
        <w:br/>
      </w:r>
      <w:r>
        <w:rPr>
          <w:sz w:val="20"/>
        </w:rPr>
        <w:t>40:37  kisi insan se aap mayous na hon, hikmat ke sath kaam karen, dua ke sath kaam karen. is ke liye, yani literature dein us ko</w:t>
      </w:r>
      <w:r>
        <w:br/>
      </w:r>
      <w:r>
        <w:rPr>
          <w:sz w:val="20"/>
        </w:rPr>
        <w:t>40:46  jis mein us ko dilchaspi ho. toh yani jis ne diya tha quran majeed ka ka german tarjuma, toh bees saal tak us ke shelf mein pada raha.</w:t>
      </w:r>
      <w:r>
        <w:br/>
      </w:r>
      <w:r>
        <w:rPr>
          <w:sz w:val="20"/>
        </w:rPr>
        <w:t>41:00  bees saal ke baad us ko tofeeq ho gayi</w:t>
      </w:r>
      <w:r>
        <w:br/>
      </w:r>
      <w:r>
        <w:rPr>
          <w:sz w:val="20"/>
        </w:rPr>
        <w:t>41:04  imaan ki. to mayoos hone ki zaroorat nahi hai. jahan aap hamesha yeh kisi replanning kijiye, phir se sochiye aur dua kijiye to raaste khulenge, inshallah.</w:t>
      </w:r>
    </w:p>
    <w:p>
      <w:pPr>
        <w:pStyle w:val="Heading2"/>
      </w:pPr>
      <w:r>
        <w:t>How to build trust between Muslims and non-Muslims</w:t>
      </w:r>
    </w:p>
    <w:p>
      <w:r>
        <w:rPr>
          <w:color w:val="666666"/>
          <w:sz w:val="18"/>
        </w:rPr>
        <w:t>Society &amp; Dawah · Spirit of the Age Nov 6, 2016 · 2m 46s · at 45:45 · https://youtu.be/QAW9LP53xQk?t=2745</w:t>
      </w:r>
    </w:p>
    <w:p>
      <w:r>
        <w:rPr>
          <w:i/>
        </w:rPr>
        <w:t>“There is a growing trust deficit between Muslims and non-Muslims, which is often capitalized by the political parties. My question is, how can we build trust with one another?”</w:t>
      </w:r>
    </w:p>
    <w:p>
      <w:r>
        <w:rPr>
          <w:sz w:val="20"/>
        </w:rPr>
        <w:t>45:45  maulana, agla sawal bheja hai kamal siddiqui sahib ne amritsar se, unhone likha hai: maulana sahib, there</w:t>
      </w:r>
      <w:r>
        <w:br/>
      </w:r>
      <w:r>
        <w:rPr>
          <w:sz w:val="20"/>
        </w:rPr>
        <w:t>45:52  is a growing trust deficit between muslims and non-muslims, which is often capitalized by the political parties.</w:t>
      </w:r>
      <w:r>
        <w:br/>
      </w:r>
      <w:r>
        <w:rPr>
          <w:sz w:val="20"/>
        </w:rPr>
        <w:t>45:59  my question is, how can we build trust with one another?</w:t>
      </w:r>
      <w:r>
        <w:br/>
      </w:r>
      <w:r>
        <w:rPr>
          <w:sz w:val="20"/>
        </w:rPr>
        <w:t>46:07  what should be the starting point?</w:t>
      </w:r>
      <w:r>
        <w:br/>
      </w:r>
      <w:r>
        <w:rPr>
          <w:sz w:val="20"/>
        </w:rPr>
        <w:t>46:12  yeh to maine khud quran ke hawale se bata diya.</w:t>
      </w:r>
      <w:r>
        <w:br/>
      </w:r>
      <w:r>
        <w:rPr>
          <w:sz w:val="20"/>
        </w:rPr>
        <w:t>46:18  trust qaim karna jo hai, woh sirf is liye nahi hoga ke aap kahein ke trust karo, trust</w:t>
      </w:r>
      <w:r>
        <w:br/>
      </w:r>
      <w:r>
        <w:rPr>
          <w:sz w:val="20"/>
        </w:rPr>
        <w:t>46:24  karo, trust karo.</w:t>
      </w:r>
      <w:r>
        <w:br/>
      </w:r>
      <w:r>
        <w:rPr>
          <w:sz w:val="20"/>
        </w:rPr>
        <w:t>46:30  logon ko yeh yeh wisdom batana padega, wisdom ke raghz ko avoid karna padta hai.</w:t>
      </w:r>
      <w:r>
        <w:br/>
      </w:r>
      <w:r>
        <w:rPr>
          <w:sz w:val="20"/>
        </w:rPr>
        <w:t>46:35  sirf aap trust ki baat kijiye to kabhi trust qaim nahi hoga.</w:t>
      </w:r>
      <w:r>
        <w:br/>
      </w:r>
      <w:r>
        <w:rPr>
          <w:sz w:val="20"/>
        </w:rPr>
        <w:t>46:41  jo rukawat hai, us ko door karna padega, aur rukawat kya hai? log raghz mein phanse rehte hain.</w:t>
      </w:r>
      <w:r>
        <w:br/>
      </w:r>
      <w:r>
        <w:rPr>
          <w:sz w:val="20"/>
        </w:rPr>
        <w:t>46:47  kuch koi negative ayatein hoti hi hoti hain, hamesha us mein phanse rehte hain.</w:t>
      </w:r>
      <w:r>
        <w:br/>
      </w:r>
      <w:r>
        <w:rPr>
          <w:sz w:val="20"/>
        </w:rPr>
        <w:t>46:53  logon ko wisdom batai ke duniya mein chuki insaan aazad hai, har insaan apni aazadi ko apni marzi</w:t>
      </w:r>
      <w:r>
        <w:br/>
      </w:r>
      <w:r>
        <w:rPr>
          <w:sz w:val="20"/>
        </w:rPr>
        <w:t>46:58  ke mutabiq istemal karega, to us se poochega nahi? to karne do us ko, tum bhi</w:t>
      </w:r>
      <w:r>
        <w:br/>
      </w:r>
      <w:r>
        <w:rPr>
          <w:sz w:val="20"/>
        </w:rPr>
        <w:t>47:04  aazad ho, tum bhi karo.</w:t>
      </w:r>
      <w:r>
        <w:br/>
      </w:r>
      <w:r>
        <w:rPr>
          <w:sz w:val="20"/>
        </w:rPr>
        <w:t>47:10  wo agar apni aazadi ko istemal kar raha hai, tum bhi apni aazadi ko istemal karo.</w:t>
      </w:r>
      <w:r>
        <w:br/>
      </w:r>
      <w:r>
        <w:rPr>
          <w:sz w:val="20"/>
        </w:rPr>
        <w:t>47:16  yeh hai wisdom jis se trust paida hota hai.</w:t>
      </w:r>
      <w:r>
        <w:br/>
      </w:r>
      <w:r>
        <w:rPr>
          <w:sz w:val="20"/>
        </w:rPr>
        <w:t>47:21  agar aap yeh chahein ke ke koi unwanted baat na ho duniya mein, bas siyasi trust ki baat</w:t>
      </w:r>
      <w:r>
        <w:br/>
      </w:r>
      <w:r>
        <w:rPr>
          <w:sz w:val="20"/>
        </w:rPr>
        <w:t>47:27  ho, to woh kabhi na hoga, na kabhi trust qaim hoga.</w:t>
      </w:r>
      <w:r>
        <w:br/>
      </w:r>
      <w:r>
        <w:rPr>
          <w:sz w:val="20"/>
        </w:rPr>
        <w:t>47:33  ehtemad nahi qaim ho sakta.</w:t>
      </w:r>
      <w:r>
        <w:br/>
      </w:r>
      <w:r>
        <w:rPr>
          <w:sz w:val="20"/>
        </w:rPr>
        <w:t>47:39  yeh shart aitmaad ki nahi hai.</w:t>
      </w:r>
      <w:r>
        <w:br/>
      </w:r>
      <w:r>
        <w:rPr>
          <w:sz w:val="20"/>
        </w:rPr>
        <w:t>47:44  Aitmaad shart hai wisdom.</w:t>
      </w:r>
      <w:r>
        <w:br/>
      </w:r>
      <w:r>
        <w:rPr>
          <w:sz w:val="20"/>
        </w:rPr>
        <w:t>47:50  Logon ko wisdom batai ke logon ko azadi hai creator ki taraf se, to aap apni azadi ko</w:t>
      </w:r>
      <w:r>
        <w:br/>
      </w:r>
      <w:r>
        <w:rPr>
          <w:sz w:val="20"/>
        </w:rPr>
        <w:t>47:56  woh use karein ge.</w:t>
      </w:r>
      <w:r>
        <w:br/>
      </w:r>
      <w:r>
        <w:rPr>
          <w:sz w:val="20"/>
        </w:rPr>
        <w:t>48:02  Let them use that freedom according to their own.</w:t>
      </w:r>
      <w:r>
        <w:br/>
      </w:r>
      <w:r>
        <w:rPr>
          <w:sz w:val="20"/>
        </w:rPr>
        <w:t>48:07  Tab ja kar aitmaad qaim hoga.</w:t>
      </w:r>
      <w:r>
        <w:br/>
      </w:r>
      <w:r>
        <w:rPr>
          <w:sz w:val="20"/>
        </w:rPr>
        <w:t>48:13  Yahi hai wisdom is mamle mein.</w:t>
      </w:r>
      <w:r>
        <w:br/>
      </w:r>
      <w:r>
        <w:rPr>
          <w:sz w:val="20"/>
        </w:rPr>
        <w:t>48:19  Badqismati se log is wisdom ko nahi jante, bas khali kehte hain ke ek doosre par trust karo.</w:t>
      </w:r>
      <w:r>
        <w:br/>
      </w:r>
      <w:r>
        <w:rPr>
          <w:sz w:val="20"/>
        </w:rPr>
        <w:t>48:25  In ko yeh wisdom bataiye ke rajaz ko chodo, tab ja kar ke wisdom qaim hoga, trust qaim hoga.</w:t>
      </w:r>
    </w:p>
    <w:p>
      <w:pPr>
        <w:pStyle w:val="Heading2"/>
      </w:pPr>
      <w:r>
        <w:t>How to convey spirituality to materialistic women?</w:t>
      </w:r>
    </w:p>
    <w:p>
      <w:r>
        <w:rPr>
          <w:color w:val="666666"/>
          <w:sz w:val="18"/>
        </w:rPr>
        <w:t>Society &amp; Dawah · Discovery of God (In Conversation with Maulana) December 25, 2011 · 2m 50s · at 16:13 · https://youtu.be/-1c1d7cFj0s?t=973</w:t>
      </w:r>
    </w:p>
    <w:p>
      <w:r>
        <w:rPr>
          <w:i/>
        </w:rPr>
        <w:t>“Today's women spend most of their time and ability only on material comforts. In such a situation, how can the message of spirituality be conveyed to them?”</w:t>
      </w:r>
    </w:p>
    <w:p>
      <w:r>
        <w:rPr>
          <w:sz w:val="20"/>
        </w:rPr>
        <w:t>16:13  maulana, agla sawal karachi se aya hai miss saira latif ka. unhon ne likha hai: "mera sawal yeh hai ke aaj ki khawateen apna zyada tar waqt aur salahiyat sirf apni madi sahulaton ki nazar kiye hue hain.</w:t>
      </w:r>
      <w:r>
        <w:br/>
      </w:r>
      <w:r>
        <w:rPr>
          <w:sz w:val="20"/>
        </w:rPr>
        <w:t>16:30  aisi halat mein un ko rohaniyat ka paigham kis tarah pohanchaya jaye?"</w:t>
      </w:r>
      <w:r>
        <w:br/>
      </w:r>
      <w:r>
        <w:rPr>
          <w:sz w:val="20"/>
        </w:rPr>
        <w:t>16:38  asal mein baat yeh hai ke log material cheezon ki value jante hain aur spiritual wali baaten jo hain, is ki value nahi samajhte.</w:t>
      </w:r>
      <w:r>
        <w:br/>
      </w:r>
      <w:r>
        <w:rPr>
          <w:sz w:val="20"/>
        </w:rPr>
        <w:t>16:49  woh asal baat yeh hai ke agar un ko bataya jaye ke material cheezon ke mein ka plus point aur minus point kya hai, yeh un ko khabar is ki nahi hai, kyunke material cheezon ke peeche daurne mein kya hota hai?</w:t>
      </w:r>
      <w:r>
        <w:br/>
      </w:r>
      <w:r>
        <w:rPr>
          <w:sz w:val="20"/>
        </w:rPr>
        <w:t>17:06  yeh to hota hai tension, stress, taluqat mein yani khinchao, tarah tarah ke problem jo ate hain, isi liye ate hain ke hum material cheezon ko apna goal banaye hue hain.</w:t>
      </w:r>
      <w:r>
        <w:br/>
      </w:r>
      <w:r>
        <w:rPr>
          <w:sz w:val="20"/>
        </w:rPr>
        <w:t>17:23  to spiritual jo goal hai, is ko hum agar samne rakhen to achaanak hum ko ek bilkul hi peaceful life mil jati hai, bohat peaceful life.</w:t>
      </w:r>
      <w:r>
        <w:br/>
      </w:r>
      <w:r>
        <w:rPr>
          <w:sz w:val="20"/>
        </w:rPr>
        <w:t>17:36  aur phir peaceful life ka faida yeh hota hai ke hum jo asal jo asal jo kaam hai, woh kar paate hain. yani intellectual development sab se bari cheez duniya mein jo hai, woh hai intellectual development.</w:t>
      </w:r>
      <w:r>
        <w:br/>
      </w:r>
      <w:r>
        <w:rPr>
          <w:sz w:val="20"/>
        </w:rPr>
        <w:t>17:48  isi quran mein kaha gaya hai: "tazkiya". tazkiya kya hai? intellectual development ka naam hai tazkiya. to asal kaam jo hai, wohi nahi kar pata aadmi material cheezon mein phansne ki wajah se.</w:t>
      </w:r>
      <w:r>
        <w:br/>
      </w:r>
      <w:r>
        <w:rPr>
          <w:sz w:val="20"/>
        </w:rPr>
        <w:t>18:03  main to Allah ke fazl se material cheezon se bilkul hi apne ko mein ne itna door kar liya hai ke ke koi meri need hi nahi, koi zaroorat hi meri nahi hai.</w:t>
      </w:r>
      <w:r>
        <w:br/>
      </w:r>
      <w:r>
        <w:rPr>
          <w:sz w:val="20"/>
        </w:rPr>
        <w:t>18:14  jo jo logon ne jo jo jo mujhe de diya gaya pehanne ke liye, woh main ne pehan liya. jo khane ke liye de diya gaya, woh kha liya. bas to mujhe peace hi peace hai.</w:t>
      </w:r>
      <w:r>
        <w:br/>
      </w:r>
      <w:r>
        <w:rPr>
          <w:sz w:val="20"/>
        </w:rPr>
        <w:t>18:25  to mujhe mauqa hai ke main raat din apne aap ko intellectual development mein masroof rakhoon. mera intellectual process jo hai, woh chalta rehta hai barabar, kyunke doosri cheezon mein apne ko distract nahi kiya hua hoon.</w:t>
      </w:r>
      <w:r>
        <w:br/>
      </w:r>
      <w:r>
        <w:rPr>
          <w:sz w:val="20"/>
        </w:rPr>
        <w:t>18:39  to is raat ko samajhte hain yeh log ke kitna bara nuqsan kar rahe hain, yani apne is yani apne is lifestyle ki waja se.</w:t>
      </w:r>
      <w:r>
        <w:br/>
      </w:r>
      <w:r>
        <w:rPr>
          <w:sz w:val="20"/>
        </w:rPr>
        <w:t>18:51  to in par yeh yeh baat khul jaye, agar ke yeh lifestyle jo hai, aap ke liye bohat hi yani disastrous hai, to inshallah aap yeh islaah kar lenge.</w:t>
      </w:r>
    </w:p>
    <w:p>
      <w:pPr>
        <w:pStyle w:val="Heading2"/>
      </w:pPr>
      <w:r>
        <w:t>How to defend Quran without reading other scriptures?</w:t>
      </w:r>
    </w:p>
    <w:p>
      <w:r>
        <w:rPr>
          <w:color w:val="666666"/>
          <w:sz w:val="18"/>
        </w:rPr>
        <w:t>Society &amp; Dawah · Q&amp;A 04 DEC 2011 Maulana Wahiduddin Khan · 2m 46s · at 30:33 · https://youtu.be/KIMNmuUZoGo?t=1833</w:t>
      </w:r>
    </w:p>
    <w:p>
      <w:r>
        <w:rPr>
          <w:i/>
        </w:rPr>
        <w:t>“During a course of a discussion with one of the Madhus, I told him that Quran is my discovery. He asked me whether I have read Bible and Gita. I told him that I have not read it. He said to me then how can you say that Quran is the book leading to the right path? He further added that first you have to read all the books, then only you can decide. How should I tackle such questions?”</w:t>
      </w:r>
    </w:p>
    <w:p>
      <w:r>
        <w:rPr>
          <w:sz w:val="20"/>
        </w:rPr>
        <w:t>30:33  mister sajid anwar ne roorkee se sawal kiya hai, unhon ne likha hai ke maulana during course of a discussion with one of the mad'oos, I told him that Quran is my discovery.</w:t>
      </w:r>
      <w:r>
        <w:br/>
      </w:r>
      <w:r>
        <w:rPr>
          <w:sz w:val="20"/>
        </w:rPr>
        <w:t>30:48  he asked me whether I have read Bible and Geeta. I told him that I have not read it. he said to me then how can you say that Quran is the book leading to the right path?</w:t>
      </w:r>
      <w:r>
        <w:br/>
      </w:r>
      <w:r>
        <w:rPr>
          <w:sz w:val="20"/>
        </w:rPr>
        <w:t>31:03  he further added that first you have to read all the books, then only you can decide. maulana how should I tackle such questions?</w:t>
      </w:r>
      <w:r>
        <w:br/>
      </w:r>
      <w:r>
        <w:rPr>
          <w:sz w:val="20"/>
        </w:rPr>
        <w:t>31:16  dekhiye yeh mere nazdeek sahi baat nahin hai. kyunke aap ko bible ke bare mein aik general knowledge phir bhi maujood yaqeenan hogi.</w:t>
      </w:r>
      <w:r>
        <w:br/>
      </w:r>
      <w:r>
        <w:rPr>
          <w:sz w:val="20"/>
        </w:rPr>
        <w:t>31:30  aap ne chahe is ki</w:t>
      </w:r>
      <w:r>
        <w:br/>
      </w:r>
      <w:r>
        <w:rPr>
          <w:sz w:val="20"/>
        </w:rPr>
        <w:t>31:32  study na bhi ki ho, general tor par aap ko maloom hai is ke bare mein. ke bible kyunke woh log missionary log baton ko kehte hain aur logon se batate hain.</w:t>
      </w:r>
      <w:r>
        <w:br/>
      </w:r>
      <w:r>
        <w:rPr>
          <w:sz w:val="20"/>
        </w:rPr>
        <w:t>31:46  misal ke tor par trinity concept. aap ko bible ka gehra mutala kiye baghair aap jaan sakte hain ke woh log trinity ko</w:t>
      </w:r>
      <w:r>
        <w:br/>
      </w:r>
      <w:r>
        <w:rPr>
          <w:sz w:val="20"/>
        </w:rPr>
        <w:t>31:56  tabligh karte hain. ke khuda aik bhi hai aur teen bhi hain. to yeh is ke liye gehre mutale ki zaroorat nahin hai. aur jab aap quran ko parhenge ke quran mein khuda aik hai is concept hai to aap ka nature kahega ke aik aik hi sahi hai.</w:t>
      </w:r>
      <w:r>
        <w:br/>
      </w:r>
      <w:r>
        <w:rPr>
          <w:sz w:val="20"/>
        </w:rPr>
        <w:t>32:11  teen sahi nahin hain. kyunke</w:t>
      </w:r>
      <w:r>
        <w:br/>
      </w:r>
      <w:r>
        <w:rPr>
          <w:sz w:val="20"/>
        </w:rPr>
        <w:t>32:13  kainat mein jo itni bari kainat hai is ko yeh manage kar raha hai. to itni harmony kyun hai? agar teen khuda hon to harmony nahin ho sakti itni harmony.</w:t>
      </w:r>
      <w:r>
        <w:br/>
      </w:r>
      <w:r>
        <w:rPr>
          <w:sz w:val="20"/>
        </w:rPr>
        <w:t>32:23  aisi abhi sab log jante hain ke woh un ka yeh nazariya batate hain woh log ke masih masloob hui hai sab gunahon ko maaf karne ke liye.</w:t>
      </w:r>
      <w:r>
        <w:br/>
      </w:r>
      <w:r>
        <w:rPr>
          <w:sz w:val="20"/>
        </w:rPr>
        <w:t>32:33  yeh bhi unnatural baat hai.</w:t>
      </w:r>
      <w:r>
        <w:br/>
      </w:r>
      <w:r>
        <w:rPr>
          <w:sz w:val="20"/>
        </w:rPr>
        <w:t>32:35  to yeh aap sochein ke quran mein to yeh hai ke aadmi jo karega us ko bhugtega woh. apne kiye ka khud anjam bhugtega.</w:t>
      </w:r>
      <w:r>
        <w:br/>
      </w:r>
      <w:r>
        <w:rPr>
          <w:sz w:val="20"/>
        </w:rPr>
        <w:t>32:46  wahan mere kiye ka anjam paighambar ke upar kyun chalayega? chalega. to unnatural baat hai. to yeh zaroori nahin hai ke aap bible ka gehra mutala karen.</w:t>
      </w:r>
      <w:r>
        <w:br/>
      </w:r>
      <w:r>
        <w:rPr>
          <w:sz w:val="20"/>
        </w:rPr>
        <w:t>32:55  khud bible walon ne jo baatein bata rakhi hain woh sab jante hain sab log. woh to phailate hain woh log khud. to is se aap compare karne ki position mein hain.</w:t>
      </w:r>
      <w:r>
        <w:br/>
      </w:r>
      <w:r>
        <w:rPr>
          <w:sz w:val="20"/>
        </w:rPr>
        <w:t>33:05  to aik hai scholarly comparison. scholarly comparison har aik ki zaroori nahin hai. general comparison to har aik kar sakta hai. kyunke sab log jante hain ke kya christian log kis baat ki tabligh karte hain.</w:t>
      </w:r>
    </w:p>
    <w:p>
      <w:pPr>
        <w:pStyle w:val="Heading2"/>
      </w:pPr>
      <w:r>
        <w:t>How to do dawah work at old age</w:t>
      </w:r>
    </w:p>
    <w:p>
      <w:r>
        <w:rPr>
          <w:color w:val="666666"/>
          <w:sz w:val="18"/>
        </w:rPr>
        <w:t>Society &amp; Dawah · The Meaning of Ummat-i-Wasat Nov 25, 2018 · 4m 34s · at 52:49 · https://youtu.be/3POFfvXaFss?t=3169</w:t>
      </w:r>
    </w:p>
    <w:p>
      <w:r>
        <w:rPr>
          <w:i/>
        </w:rPr>
        <w:t>“I am an old man who is 75 years of age. Please tell me how can I do dawah work as I did not do it in my entire life. I don't have good health, but after listening to your talks, I now have a burning desire to do dawah work before I return to Allah.”</w:t>
      </w:r>
    </w:p>
    <w:p>
      <w:r>
        <w:rPr>
          <w:sz w:val="20"/>
        </w:rPr>
        <w:t>52:49  maulana, agla sawal bheja hai jinhon ne unhon ne apni location nahi likhi hai aur un ka naam un ka naam farooq sahib hai.</w:t>
      </w:r>
      <w:r>
        <w:br/>
      </w:r>
      <w:r>
        <w:rPr>
          <w:sz w:val="20"/>
        </w:rPr>
        <w:t>53:00  unhon ne likha hai ke: "maulana, i am an old man who is 75 years of age. please tell me how can i do dawah work as i did not do it in my entire life.</w:t>
      </w:r>
      <w:r>
        <w:br/>
      </w:r>
      <w:r>
        <w:rPr>
          <w:sz w:val="20"/>
        </w:rPr>
        <w:t>53:15  i don't have a good health, but after listening to your talks, i now have a burning desire to do dawah work before i return to allah.</w:t>
      </w:r>
      <w:r>
        <w:br/>
      </w:r>
      <w:r>
        <w:rPr>
          <w:sz w:val="20"/>
        </w:rPr>
        <w:t>53:26  can you give me some advice so that i don't die disappointed?" bohat achi aap ki khwahish hai.</w:t>
      </w:r>
      <w:r>
        <w:br/>
      </w:r>
      <w:r>
        <w:rPr>
          <w:sz w:val="20"/>
        </w:rPr>
        <w:t>53:41  ab mein yeh kahunga ke aaj hum is daur mein hain jabke allah rab ul alameen ne</w:t>
      </w:r>
      <w:r>
        <w:br/>
      </w:r>
      <w:r>
        <w:rPr>
          <w:sz w:val="20"/>
        </w:rPr>
        <w:t>53:52  saari duniya ko hukum de rakha hai ke mere jo bande khade hon dawah ke liye, un ko kaho infrastructure free mein supply karo, free mein.</w:t>
      </w:r>
      <w:r>
        <w:br/>
      </w:r>
      <w:r>
        <w:rPr>
          <w:sz w:val="20"/>
        </w:rPr>
        <w:t>54:09  misalan dekhiye, choti choti kitabein dawah par, islam par free mein aap ko ab harj hasil hain.</w:t>
      </w:r>
      <w:r>
        <w:br/>
      </w:r>
      <w:r>
        <w:rPr>
          <w:sz w:val="20"/>
        </w:rPr>
        <w:t>54:21  to aap pocket mein rakhiye, jeeb mein rakhiye, koi to jo jo milta hai us ko dete rahey. koi doctor mila to doctor ko de dijiye.</w:t>
      </w:r>
      <w:r>
        <w:br/>
      </w:r>
      <w:r>
        <w:rPr>
          <w:sz w:val="20"/>
        </w:rPr>
        <w:t>54:40  to yeh bohat hi aasan hai, bohat hi aasan hai. sirf tadap chahiye, tadap jazba chahiye, spirit chahiye aur allah se dua karna yeh chahiye.</w:t>
      </w:r>
      <w:r>
        <w:br/>
      </w:r>
      <w:r>
        <w:rPr>
          <w:sz w:val="20"/>
        </w:rPr>
        <w:t>55:03  maulana, agla comment bheja hai shayan tahir sahib ne. unhon ne likha hai: "i am from karachi, pakistan.</w:t>
      </w:r>
      <w:r>
        <w:br/>
      </w:r>
      <w:r>
        <w:rPr>
          <w:sz w:val="20"/>
        </w:rPr>
        <w:t>55:12  i want to know if cps is here. i want to be part of the dawah work. i am doing it now with different groups.</w:t>
      </w:r>
      <w:r>
        <w:br/>
      </w:r>
      <w:r>
        <w:rPr>
          <w:sz w:val="20"/>
        </w:rPr>
        <w:t>55:22  all are doing good, alhamdulillah, but your wisdom and mission i think is the need for the day." is mein koi sawal hai?</w:t>
      </w:r>
      <w:r>
        <w:br/>
      </w:r>
      <w:r>
        <w:rPr>
          <w:sz w:val="20"/>
        </w:rPr>
        <w:t>55:32  nahi, comment hai maulana un ka. maulana, agla comment bheja hai doctor aslam khan sahib ne saharanpur se. unhon ne likha hai: "without the quran, this world becomes meaningless.</w:t>
      </w:r>
      <w:r>
        <w:br/>
      </w:r>
      <w:r>
        <w:rPr>
          <w:sz w:val="20"/>
        </w:rPr>
        <w:t>55:46  without joining the here, after with it, after dawah, the entire matter takes a new dimension of hope. cps team has made this present world extremely meaningful and extremely valuable."</w:t>
      </w:r>
      <w:r>
        <w:br/>
      </w:r>
      <w:r>
        <w:rPr>
          <w:sz w:val="20"/>
        </w:rPr>
        <w:t>56:06  riaz bhatt sahib ne srinagar se likha hai: "today mind awakening lecture regarding duties of middle ummah is very timely, as majority of muslims have forgotten this primary duty." maulana sahib, my question is that: how can we multiply these efforts?</w:t>
      </w:r>
      <w:r>
        <w:br/>
      </w:r>
      <w:r>
        <w:rPr>
          <w:sz w:val="20"/>
        </w:rPr>
        <w:t>56:34  bas logon ko kahiye ke woh lecture ko sunein, dawah pamphlets padhein, quran ko padhein. mind ko awaken karne ki zaroorat hai.</w:t>
      </w:r>
      <w:r>
        <w:br/>
      </w:r>
      <w:r>
        <w:rPr>
          <w:sz w:val="20"/>
        </w:rPr>
        <w:t>56:48  ek hi zaroorat hai ke logon ke mind ko awaken kiya jaye. bas baqi sab cheezein apne aap aati hain.</w:t>
      </w:r>
      <w:r>
        <w:br/>
      </w:r>
      <w:r>
        <w:rPr>
          <w:sz w:val="20"/>
        </w:rPr>
        <w:t>56:59  in awareness ko khatam karna hai, awareness lana hai. is ke baad sab cheezein apne aap aati hain.</w:t>
      </w:r>
      <w:r>
        <w:br/>
      </w:r>
      <w:r>
        <w:rPr>
          <w:sz w:val="20"/>
        </w:rPr>
        <w:t>57:12  faraaz khan sahib ne delhi se likha hai: "maulana, god is saying, ab to tumhein koi problem nahi hai. this reflects the great rahmat of god.</w:t>
      </w:r>
    </w:p>
    <w:p>
      <w:pPr>
        <w:pStyle w:val="Heading2"/>
      </w:pPr>
      <w:r>
        <w:t>How to improve the process opposite to Quran?</w:t>
      </w:r>
    </w:p>
    <w:p>
      <w:r>
        <w:rPr>
          <w:color w:val="666666"/>
          <w:sz w:val="18"/>
        </w:rPr>
        <w:t>Society &amp; Dawah · Unseen God July 30, 2017 Maulana Wahiduddin Khan · 2m 33s · at 1:02:09 · https://youtu.be/MOkCdGFAVR4?t=3729</w:t>
      </w:r>
    </w:p>
    <w:p>
      <w:r>
        <w:rPr>
          <w:i/>
        </w:rPr>
        <w:t>“Teaching of Quran is completely opposite to the process that you mentioned today in the whole world. How to work towards improving this process?”</w:t>
      </w:r>
    </w:p>
    <w:p>
      <w:r>
        <w:rPr>
          <w:sz w:val="20"/>
        </w:rPr>
        <w:t>1:02:09  maulana agla sawal bheja hai ah doctor najma siddiqui ne dilli se unhon ne likha hai maulana sahib teaching of quran is completely opposite to the process that you mention today in the whole world</w:t>
      </w:r>
      <w:r>
        <w:br/>
      </w:r>
      <w:r>
        <w:rPr>
          <w:sz w:val="20"/>
        </w:rPr>
        <w:t>1:02:27  how to work towards improving this process</w:t>
      </w:r>
      <w:r>
        <w:br/>
      </w:r>
      <w:r>
        <w:rPr>
          <w:sz w:val="20"/>
        </w:rPr>
        <w:t>1:02:33  dekhiye jo baat maine kahi hai aap is ko khud quran se aur hadees se</w:t>
      </w:r>
      <w:r>
        <w:br/>
      </w:r>
      <w:r>
        <w:rPr>
          <w:sz w:val="20"/>
        </w:rPr>
        <w:t>1:02:41  jaanchiye maine koi nayi baat nahin kahi hai jo yeh kahe ke maine nayi baat kahi</w:t>
      </w:r>
      <w:r>
        <w:br/>
      </w:r>
      <w:r>
        <w:rPr>
          <w:sz w:val="20"/>
        </w:rPr>
        <w:t>1:02:47  hai woh galat kehta hai</w:t>
      </w:r>
      <w:r>
        <w:br/>
      </w:r>
      <w:r>
        <w:rPr>
          <w:sz w:val="20"/>
        </w:rPr>
        <w:t>1:02:50  agar is mein nayapan hai to khud hadees mein hai ke laa tan khidhee ajaa'ibahu</w:t>
      </w:r>
      <w:r>
        <w:br/>
      </w:r>
      <w:r>
        <w:rPr>
          <w:sz w:val="20"/>
        </w:rPr>
        <w:t>1:02:55  quran ke ajaa'ib kabhi khatm nahin honge</w:t>
      </w:r>
      <w:r>
        <w:br/>
      </w:r>
      <w:r>
        <w:rPr>
          <w:sz w:val="20"/>
        </w:rPr>
        <w:t>1:02:59  naye naye pehlu daryaft honge naye naye yaqeen ka item daryaft hoga yeh to khud quran mein</w:t>
      </w:r>
      <w:r>
        <w:br/>
      </w:r>
      <w:r>
        <w:rPr>
          <w:sz w:val="20"/>
        </w:rPr>
        <w:t>1:03:05  hai woh hadees mein hai</w:t>
      </w:r>
      <w:r>
        <w:br/>
      </w:r>
      <w:r>
        <w:rPr>
          <w:sz w:val="20"/>
        </w:rPr>
        <w:t>1:03:09  to maine jo baat kahi hai woh hargiz hargiz koi nayi baat nahin hai wahi baat hai</w:t>
      </w:r>
      <w:r>
        <w:br/>
      </w:r>
      <w:r>
        <w:rPr>
          <w:sz w:val="20"/>
        </w:rPr>
        <w:t>1:03:13  jo khud quran se woh hadees se saabit hoti hai rasool Allah ke zamane mein aur sahaba ke</w:t>
      </w:r>
      <w:r>
        <w:br/>
      </w:r>
      <w:r>
        <w:rPr>
          <w:sz w:val="20"/>
        </w:rPr>
        <w:t>1:03:18  zamane mein yahi quran ka matlab tha aaj kal kya hai woh woh aap jaaniye main is ko</w:t>
      </w:r>
      <w:r>
        <w:br/>
      </w:r>
      <w:r>
        <w:rPr>
          <w:sz w:val="20"/>
        </w:rPr>
        <w:t>1:03:26  point of reference nahin padh sakta aaj kal jo ho raha hai is ko main woh mere tak</w:t>
      </w:r>
      <w:r>
        <w:br/>
      </w:r>
      <w:r>
        <w:rPr>
          <w:sz w:val="20"/>
        </w:rPr>
        <w:t>1:03:33  point of reference nahin hai mere tak point of reference hai rasool Allah ka zamana aur sahaba ka</w:t>
      </w:r>
      <w:r>
        <w:br/>
      </w:r>
      <w:r>
        <w:rPr>
          <w:sz w:val="20"/>
        </w:rPr>
        <w:t>1:03:38  zamana tabeen ka zamana</w:t>
      </w:r>
      <w:r>
        <w:br/>
      </w:r>
      <w:r>
        <w:rPr>
          <w:sz w:val="20"/>
        </w:rPr>
        <w:t>1:03:41  kyunke teen hi zamane ke bare mein hadees mein aaya hai teen zamana yaani sahaba tabeen taba tabeen</w:t>
      </w:r>
      <w:r>
        <w:br/>
      </w:r>
      <w:r>
        <w:rPr>
          <w:sz w:val="20"/>
        </w:rPr>
        <w:t>1:03:49  bas is mein jo aap koi baat nikaalein mere bare mein to nikaaliye baqi jo aap zamane hain</w:t>
      </w:r>
      <w:r>
        <w:br/>
      </w:r>
      <w:r>
        <w:rPr>
          <w:sz w:val="20"/>
        </w:rPr>
        <w:t>1:03:57  un ka aap refer karein to main is ko manta hi nahin main to manta hoon teen zamano</w:t>
      </w:r>
      <w:r>
        <w:br/>
      </w:r>
      <w:r>
        <w:rPr>
          <w:sz w:val="20"/>
        </w:rPr>
        <w:t>1:04:01  ko sahaba ko tabeen</w:t>
      </w:r>
      <w:r>
        <w:br/>
      </w:r>
      <w:r>
        <w:rPr>
          <w:sz w:val="20"/>
        </w:rPr>
        <w:t>1:04:03  ko taba tabeen ko khair-ul-qurun qirni thumma alladheena yaloonahum thumma alladheena yaloonahum teen is mein zikr hai</w:t>
      </w:r>
      <w:r>
        <w:br/>
      </w:r>
      <w:r>
        <w:rPr>
          <w:sz w:val="20"/>
        </w:rPr>
        <w:t>1:04:13  yeh hadith hai khair ul quroon quarni thum alazeen aloon hum thum alazeen aloon hum yaani sab se acha zamana mera</w:t>
      </w:r>
      <w:r>
        <w:br/>
      </w:r>
      <w:r>
        <w:rPr>
          <w:sz w:val="20"/>
        </w:rPr>
        <w:t>1:04:21  zamana hai rasool Allah ka zamana is ke baad ka zamana phir is ke baad ka zamana yaani</w:t>
      </w:r>
      <w:r>
        <w:br/>
      </w:r>
      <w:r>
        <w:rPr>
          <w:sz w:val="20"/>
        </w:rPr>
        <w:t>1:04:26  rasool ka zamana sahaba ka zamana tabeen ka zamana yeh bilkul hadith sabit hai is se aap mujhe</w:t>
      </w:r>
      <w:r>
        <w:br/>
      </w:r>
      <w:r>
        <w:rPr>
          <w:sz w:val="20"/>
        </w:rPr>
        <w:t>1:04:32  bataiye aur aur logon ke zamane mein jo baatein phaili hui hain woh mujhe mere liye woh point</w:t>
      </w:r>
      <w:r>
        <w:br/>
      </w:r>
      <w:r>
        <w:rPr>
          <w:sz w:val="20"/>
        </w:rPr>
        <w:t>1:04:39  af reference nahi hai</w:t>
      </w:r>
    </w:p>
    <w:p>
      <w:pPr>
        <w:pStyle w:val="Heading2"/>
      </w:pPr>
      <w:r>
        <w:t>How to make a fresh beginning in society?</w:t>
      </w:r>
    </w:p>
    <w:p>
      <w:r>
        <w:rPr>
          <w:color w:val="666666"/>
          <w:sz w:val="18"/>
        </w:rPr>
        <w:t>Society &amp; Dawah · Man and Angels April 27, 2014 · 2m 02s · at 59:47 · https://youtu.be/b3fk1cakPeo?t=3587</w:t>
      </w:r>
    </w:p>
    <w:p>
      <w:r>
        <w:rPr>
          <w:i/>
        </w:rPr>
        <w:t>“There is much of restlessness, lack of time and stress and high-end ambitions. Among all this we have corruption, lies, killings, robbery and so on. My question is: how can a fresh beginning be made? Does it need to be political or should it be started by a spiritual group which can spread its root among the public? What is your comment on this?”</w:t>
      </w:r>
    </w:p>
    <w:p>
      <w:r>
        <w:rPr>
          <w:sz w:val="20"/>
        </w:rPr>
        <w:t>59:47  Maulana, agla sawal Delhi se kiya hai. Ek Mr Indranil Banerjee hain. Unhone likha hai. Unhone likha hai ke: "There is much of restlessness, lack of time and stress and high-end ambitions.</w:t>
      </w:r>
      <w:r>
        <w:br/>
      </w:r>
      <w:r>
        <w:rPr>
          <w:sz w:val="20"/>
        </w:rPr>
        <w:t>1:00:05  Among all this we have corruption, lies, killings, robbery and so on. My question sir is that how can a fresh beginning be made</w:t>
      </w:r>
      <w:r>
        <w:br/>
      </w:r>
      <w:r>
        <w:rPr>
          <w:sz w:val="20"/>
        </w:rPr>
        <w:t>1:00:16  ? Does it need to be political or should it be started by the spiritual group which can spread its root among public? What is your comment on this?" Kya kya jis style ke questions?</w:t>
      </w:r>
      <w:r>
        <w:br/>
      </w:r>
      <w:r>
        <w:rPr>
          <w:sz w:val="20"/>
        </w:rPr>
        <w:t>1:00:30  ke jo Maulana itni zyada corruption hai aur stress hai society mein, to is ko kaise change kiya ja sakta hai? Kya political is se is ko change karein ge ya koi spiritual group is ko change karega?</w:t>
      </w:r>
      <w:r>
        <w:br/>
      </w:r>
      <w:r>
        <w:rPr>
          <w:sz w:val="20"/>
        </w:rPr>
        <w:t>1:00:43  Aap ka is mein kya comment hai? How can we change the society?</w:t>
      </w:r>
      <w:r>
        <w:br/>
      </w:r>
      <w:r>
        <w:rPr>
          <w:sz w:val="20"/>
        </w:rPr>
        <w:t>1:00:48  Dekhiye, yeh target hi galat hai. Ideal society kabhi bani nahi, na ban sakti hai. Har aadmi ko azadi hai, to kuch na kuch misuse karega apni freedom ka.</w:t>
      </w:r>
      <w:r>
        <w:br/>
      </w:r>
      <w:r>
        <w:rPr>
          <w:sz w:val="20"/>
        </w:rPr>
        <w:t>1:00:58  Yeh target jo hai, jo human rights activist ne nikaal rakha hai ke ideal justice ka target, yeh to bilkul achievable hi nahi hai.</w:t>
      </w:r>
      <w:r>
        <w:br/>
      </w:r>
      <w:r>
        <w:rPr>
          <w:sz w:val="20"/>
        </w:rPr>
        <w:t>1:01:11  achievable hi nahi hai. Aur doosri baat yeh hai ke aap is ko corruption jis ko kehte hain, woh challenge hai. Agar challenge duniya mein rahe to taraqqi bhi na ho. Yeh to human rights activist jo hai, woh inhi ne yeh sara mere khayal se the highlight kar rakha hai, the highlight.</w:t>
      </w:r>
      <w:r>
        <w:br/>
      </w:r>
      <w:r>
        <w:rPr>
          <w:sz w:val="20"/>
        </w:rPr>
        <w:t>1:01:32  Agar duniya mein yeh sab na ho to challenge khatam ho jayega. Challenge na ho to taraqqi bhi nahi hogi. To main is soch hi ko galat samajhta hoon. Is bare mein bahut likha hai hum ne.</w:t>
      </w:r>
      <w:r>
        <w:br/>
      </w:r>
      <w:r>
        <w:rPr>
          <w:sz w:val="20"/>
        </w:rPr>
        <w:t>1:01:42  Aap padh li jiye. Main is soch ko galat samajhta hoon.</w:t>
      </w:r>
    </w:p>
    <w:p>
      <w:pPr>
        <w:pStyle w:val="Heading2"/>
      </w:pPr>
      <w:r>
        <w:t>Human rights in Islam explained</w:t>
      </w:r>
    </w:p>
    <w:p>
      <w:r>
        <w:rPr>
          <w:color w:val="666666"/>
          <w:sz w:val="18"/>
        </w:rPr>
        <w:t>Society &amp; Dawah · Hadith Prediction November 3, 2013 · 2m 00s · at 45:58 · https://youtu.be/cb5Lzw9c8aE?t=2758</w:t>
      </w:r>
    </w:p>
    <w:p>
      <w:r>
        <w:rPr>
          <w:i/>
        </w:rPr>
        <w:t>“What are human rights in Islam? What would be the answer to this question? What is the importance of proving this? Please explain.”</w:t>
      </w:r>
    </w:p>
    <w:p>
      <w:r>
        <w:rPr>
          <w:sz w:val="20"/>
        </w:rPr>
        <w:t>45:58  maulana, yeh sawal kerala se aya hai, shabbir ahmed sahab ka. unhon ne likha hai: "maulana sahab, human rights islam mein kya hain?</w:t>
      </w:r>
      <w:r>
        <w:br/>
      </w:r>
      <w:r>
        <w:rPr>
          <w:sz w:val="20"/>
        </w:rPr>
        <w:t>46:09  is sawal ka kya jawab hoga? is ko sabit karne ki ahmiyat kya hai? is ke bare mein batayen." main to hadith bata diya aap ko</w:t>
      </w:r>
      <w:r>
        <w:br/>
      </w:r>
      <w:r>
        <w:rPr>
          <w:sz w:val="20"/>
        </w:rPr>
        <w:t>46:23  ke adu ilayhim haqqahum wa atoolu haqqakum</w:t>
      </w:r>
      <w:r>
        <w:br/>
      </w:r>
      <w:r>
        <w:rPr>
          <w:sz w:val="20"/>
        </w:rPr>
        <w:t>46:28  yani tumhare upar jo right aate hain society ke, us ko poora karo. Apna Allah se mango, Allah se mangne wali mehnat karo, apni mehnat par bharosa karo.</w:t>
      </w:r>
      <w:r>
        <w:br/>
      </w:r>
      <w:r>
        <w:rPr>
          <w:sz w:val="20"/>
        </w:rPr>
        <w:t>46:38  hard low, hard work, struggle, planning yeh karo. aap dekhen, rasool Allah sal Allah alaihi wasallam ne makkah mein kabhi apne huqooq maange?</w:t>
      </w:r>
      <w:r>
        <w:br/>
      </w:r>
      <w:r>
        <w:rPr>
          <w:sz w:val="20"/>
        </w:rPr>
        <w:t>46:47  yani aap ke huqooq itna zyada wahan talab kiye gaye thay ke kaaba mein namaz padhenge, ijazat nahi dete.</w:t>
      </w:r>
      <w:r>
        <w:br/>
      </w:r>
      <w:r>
        <w:rPr>
          <w:sz w:val="20"/>
        </w:rPr>
        <w:t>46:55  to kya aap ne mohim chalai ke yeh to hamara haq hai? aap ja rahe thay umrah karne ke liye, hudaybiya ke mauqe par roka, unhon ne nahi jaane diya, halanke haq tha aap ka.</w:t>
      </w:r>
      <w:r>
        <w:br/>
      </w:r>
      <w:r>
        <w:rPr>
          <w:sz w:val="20"/>
        </w:rPr>
        <w:t>47:06  to kya aap ne mohim chalai ke hamare haq nahi dete yeh log? huqooq talbi Islam mein hai hi nahi. Islam mein, yani Islam aap ko right constant nahi banata, balke duty constant banata hai.</w:t>
      </w:r>
      <w:r>
        <w:br/>
      </w:r>
      <w:r>
        <w:rPr>
          <w:sz w:val="20"/>
        </w:rPr>
        <w:t>47:24  Islam ka jo jo ideology hai, jo Islam ki taleemat hain, woh hai aadmi ko duty constant banana, right constant banana.</w:t>
      </w:r>
      <w:r>
        <w:br/>
      </w:r>
      <w:r>
        <w:rPr>
          <w:sz w:val="20"/>
        </w:rPr>
        <w:t>47:35  Islam ka tasawwur nahi hai. rasool Allah ke aap bata diya mujhe ke makkah mein aap ke huqooq sab ke sab yani chheen liye gaye thay.</w:t>
      </w:r>
      <w:r>
        <w:br/>
      </w:r>
      <w:r>
        <w:rPr>
          <w:sz w:val="20"/>
        </w:rPr>
        <w:t>47:45  kab aap ne huqooq talbi ki mohim chalai ke hamein yeh haq nahi de rahe ho, woh haq nahi de rahe ho? yeh to musalmanon ne ek bidat nikal rakhi hai,</w:t>
      </w:r>
      <w:r>
        <w:br/>
      </w:r>
      <w:r>
        <w:rPr>
          <w:sz w:val="20"/>
        </w:rPr>
        <w:t>47:53  is ka Islam se koi ta'alluq nahi.</w:t>
      </w:r>
    </w:p>
    <w:p>
      <w:pPr>
        <w:pStyle w:val="Heading2"/>
      </w:pPr>
      <w:r>
        <w:t>Hypocrisy in Muslim protests against blasphemy</w:t>
      </w:r>
    </w:p>
    <w:p>
      <w:r>
        <w:rPr>
          <w:color w:val="666666"/>
          <w:sz w:val="18"/>
        </w:rPr>
        <w:t>Society &amp; Dawah · Freedom of Expression in Islam 30 Sept 2012 - Maulana Wahiduddin Khan · 4m 05s · at 1:15:23 · https://youtu.be/WLlXSyxX8Q4?t=4523</w:t>
      </w:r>
    </w:p>
    <w:p>
      <w:r>
        <w:rPr>
          <w:i/>
        </w:rPr>
        <w:t>“Why is it that all the Muslims who are engaged in protest against blasphemy, but none of them have made any attempts to kill Salman Rushdie? Is it hypocrisy?”</w:t>
      </w:r>
    </w:p>
    <w:p>
      <w:r>
        <w:rPr>
          <w:sz w:val="20"/>
        </w:rPr>
        <w:t>1:15:23  maulana, agla sawal dilli se hai mr. ramesh siddiqui ka. unhone likha hai: "why is it that all the muslims who are engaged in protest against blasphemy, but none of them have made any attempts to kill Salman Rushdie?"</w:t>
      </w:r>
      <w:r>
        <w:br/>
      </w:r>
      <w:r>
        <w:rPr>
          <w:sz w:val="20"/>
        </w:rPr>
        <w:t>1:15:39  is it hypocrisy?" ji, bilashuba hypocrisy hai. meri mulaqat ek sahab se hui, un ka naam tha dr. abdul salam msc, ke woh ab un ka intiqal ho gaya.</w:t>
      </w:r>
      <w:r>
        <w:br/>
      </w:r>
      <w:r>
        <w:rPr>
          <w:sz w:val="20"/>
        </w:rPr>
        <w:t>1:15:52  to woh america ke ek university mein parhate the, us ka professor the. woh to un se mulaqat hui to unhone bataya ke hamari university mein jo muslim talaba hain,</w:t>
      </w:r>
      <w:r>
        <w:br/>
      </w:r>
      <w:r>
        <w:rPr>
          <w:sz w:val="20"/>
        </w:rPr>
        <w:t>1:16:05  unhone us zamane ki baat hai jab apni university ke baad bari dhoom machi hui thi, sab ki baat hai.</w:t>
      </w:r>
      <w:r>
        <w:br/>
      </w:r>
      <w:r>
        <w:rPr>
          <w:sz w:val="20"/>
        </w:rPr>
        <w:t>1:16:13  to wahan par ek seminar kiya gaya. to ek student aaya stage par, bohat dhoom se laga bolne ke "Rushdie ko qatl karo, Rushdie ko zinda rehne na do, woh ko qatl karna farz hai musalmanon par." to dr. abdul salam sahab stage par aaye, unhone bohat hi, bohat hi, woh bohat hi thande mizaj ke aadmi the.</w:t>
      </w:r>
      <w:r>
        <w:br/>
      </w:r>
      <w:r>
        <w:rPr>
          <w:sz w:val="20"/>
        </w:rPr>
        <w:t>1:16:39  unhone kaha ke "mere bhai, tum apne kehne mein sincere nahi ho. agar to apne kehne mein sincere hote to us waqt tum london mein hote." yeh sare musalmanon ka haal yeh hai ke nare laga rahe hain aur koi bhi sincere nahi,</w:t>
      </w:r>
      <w:r>
        <w:br/>
      </w:r>
      <w:r>
        <w:rPr>
          <w:sz w:val="20"/>
        </w:rPr>
        <w:t>1:16:58  koi bhi sincere nahi. to isi kalam hona hai, isi kalam hypocrisy hai, is mein to koi shakk hi nahi.</w:t>
      </w:r>
      <w:r>
        <w:br/>
      </w:r>
      <w:r>
        <w:rPr>
          <w:sz w:val="20"/>
        </w:rPr>
        <w:t>1:17:07  sab se bari hypocrisy yeh hai ke musalman jis west se nafrat karte hain, usi west ke culture ko apnaye hue hain. usi west mein apne apne beta beti ko bhi bhej kar khush hote hain ke "mera ladka USA mein settle ho gaya, meri beti yeh America mein settle ho gayi." isi ko follow karte hain aur usi ki nafrat bhi karte hain.</w:t>
      </w:r>
      <w:r>
        <w:br/>
      </w:r>
      <w:r>
        <w:rPr>
          <w:sz w:val="20"/>
        </w:rPr>
        <w:t>1:17:30  yeh to har taraf hypocrisy ka</w:t>
      </w:r>
      <w:r>
        <w:br/>
      </w:r>
      <w:r>
        <w:rPr>
          <w:sz w:val="20"/>
        </w:rPr>
        <w:t>1:17:32  daur daura hai. hatk ke liye mein ek martaba wahan tha birmingham mein, to wahan par chand log hum log baithe hue the.</w:t>
      </w:r>
      <w:r>
        <w:br/>
      </w:r>
      <w:r>
        <w:rPr>
          <w:sz w:val="20"/>
        </w:rPr>
        <w:t>1:17:43  to to musalman the, woh un mein ek pakistan ka journalist bhi tha, bohat us ko tajruba tha.</w:t>
      </w:r>
      <w:r>
        <w:br/>
      </w:r>
      <w:r>
        <w:rPr>
          <w:sz w:val="20"/>
        </w:rPr>
        <w:t>1:17:54  to kisi ne is mein kaha ke "is zamane ke musalman jo hain, so mein 99 hypocrite ho gaye hain." to journalist ne kaha ke "tum so mein 99 kehte ho,</w:t>
      </w:r>
      <w:r>
        <w:br/>
      </w:r>
      <w:r>
        <w:rPr>
          <w:sz w:val="20"/>
        </w:rPr>
        <w:t>1:18:07  yani so mein ek nahi, lakh mein ek koi hoga jo munafiq na hoga." aur kisi ne us ko, us ko kaata nahi, us ki baat ko. to</w:t>
      </w:r>
      <w:r>
        <w:br/>
      </w:r>
      <w:r>
        <w:rPr>
          <w:sz w:val="20"/>
        </w:rPr>
        <w:t>1:18:17  yeh sara munafiqat ka hangama hai, is ka islam se koi taluq nahi, koi hisab se taluq nahi. na koi, na kisi ne, yani na kisi ne islam ko parha hai, na kisi ne is ke liye duayein ki hain, na is ke liye koi dua work kiya hai.</w:t>
      </w:r>
      <w:r>
        <w:br/>
      </w:r>
      <w:r>
        <w:rPr>
          <w:sz w:val="20"/>
        </w:rPr>
        <w:t>1:18:37  koi jhanda le khada ho gaya isi stage par.</w:t>
      </w:r>
      <w:r>
        <w:br/>
      </w:r>
      <w:r>
        <w:rPr>
          <w:sz w:val="20"/>
        </w:rPr>
        <w:t>1:18:42  abhi mein dekh raha tha TV mein, sab coat patloon pehne hue, thath ke sath the. sab to woh coat patloon kahan se aaya? wohi west se to aaya hai.</w:t>
      </w:r>
      <w:r>
        <w:br/>
      </w:r>
      <w:r>
        <w:rPr>
          <w:sz w:val="20"/>
        </w:rPr>
        <w:t>1:18:50  kot patol kyon pehnte ho? woh kapra kyon pehnte ho jo un ke blo banta hai? behtareen kapre pehne hue, kot patol aur yaani shandar un ke jism.</w:t>
      </w:r>
      <w:r>
        <w:br/>
      </w:r>
      <w:r>
        <w:rPr>
          <w:sz w:val="20"/>
        </w:rPr>
        <w:t>1:19:05  woh sab, woh isi se, isi ke, isi par jeete hain saare log. apne bachchon ko isi culture mein paalte hain aur naare laga rahe hain.</w:t>
      </w:r>
      <w:r>
        <w:br/>
      </w:r>
      <w:r>
        <w:rPr>
          <w:sz w:val="20"/>
        </w:rPr>
        <w:t>1:19:16  yeh toh bilashuba hypocrisy hai, bilashuba munafiqat hai.</w:t>
      </w:r>
      <w:r>
        <w:br/>
      </w:r>
      <w:r>
        <w:rPr>
          <w:sz w:val="20"/>
        </w:rPr>
        <w:t>1:19:19  Allah taala ke haan is ka one percent bhi koi value nahi hai, kuch bhi value nahi hai.</w:t>
      </w:r>
    </w:p>
    <w:p>
      <w:pPr>
        <w:pStyle w:val="Heading2"/>
      </w:pPr>
      <w:r>
        <w:t>Ideology's Power in the Nuclear Age</w:t>
      </w:r>
    </w:p>
    <w:p>
      <w:r>
        <w:rPr>
          <w:color w:val="666666"/>
          <w:sz w:val="18"/>
        </w:rPr>
        <w:t>Society &amp; Dawah · Age of Peace November 18, 2012 · 4m 22s · at 1:24:08 · https://youtu.be/Y9nkQnBqbrs?t=5048</w:t>
      </w:r>
    </w:p>
    <w:p>
      <w:r>
        <w:rPr>
          <w:i/>
        </w:rPr>
        <w:t>“In the age of nuclear weapons, how can the power of ideology be greater? Since Israel and America have nuclear weapons, Muslims also want to compete. In such a situation, how can we prove the power of ideology?”</w:t>
      </w:r>
    </w:p>
    <w:p>
      <w:r>
        <w:rPr>
          <w:sz w:val="20"/>
        </w:rPr>
        <w:t>1:24:08  maulana, agla sawal bangalor se hai. maulana naseerullah sahib ka, unhon ne likha hai: "maulana sahib! nuclear hathiyar ke zamane mein ideology ka power kaise zyada ho sakta hai?</w:t>
      </w:r>
      <w:r>
        <w:br/>
      </w:r>
      <w:r>
        <w:rPr>
          <w:sz w:val="20"/>
        </w:rPr>
        <w:t>1:24:21  kyunke israel aur amrika ke pas nuclear weapons hain, tu musalman bhi muqable ke liye ana chahte hain. aisi halat mein ideology ke power, ideology ki power kaise sabit karen?" dekhiye, misal se dekhiye.</w:t>
      </w:r>
      <w:r>
        <w:br/>
      </w:r>
      <w:r>
        <w:rPr>
          <w:sz w:val="20"/>
        </w:rPr>
        <w:t>1:24:41  amrika ke pas atom bomb tha.</w:t>
      </w:r>
      <w:r>
        <w:br/>
      </w:r>
      <w:r>
        <w:rPr>
          <w:sz w:val="20"/>
        </w:rPr>
        <w:t>1:24:46  second world war mein us ne do atom bomb giraye japan par aur hiroshima, nagasaki ko tabah kar diya. tu us ke baad kia hua?</w:t>
      </w:r>
      <w:r>
        <w:br/>
      </w:r>
      <w:r>
        <w:rPr>
          <w:sz w:val="20"/>
        </w:rPr>
        <w:t>1:25:00  us ke baad kia hua? kia amrika jeet gaya? amrika har gaya? yani japan ne yeh kiya ke us ne war ko chhod kar peace ka tareeqa ikhtiyar kiya.</w:t>
      </w:r>
      <w:r>
        <w:br/>
      </w:r>
      <w:r>
        <w:rPr>
          <w:sz w:val="20"/>
        </w:rPr>
        <w:t>1:25:12  us ke baad education, industry, scientific training, yeh sab kiya us ne. aur 30 sal ke andar, 30 sal ke andar woh economic power ban gaya.</w:t>
      </w:r>
      <w:r>
        <w:br/>
      </w:r>
      <w:r>
        <w:rPr>
          <w:sz w:val="20"/>
        </w:rPr>
        <w:t>1:25:22  economic power. mein abhi amreeka gaya tha to raat ke waqt sarkon par mein chal raha tha, to wahan roshan advertisement hotay hain.</w:t>
      </w:r>
      <w:r>
        <w:br/>
      </w:r>
      <w:r>
        <w:rPr>
          <w:sz w:val="20"/>
        </w:rPr>
        <w:t>1:25:34  to mein sarkon par bhara hua tha, ab japan ke car waghera ke advertisement</w:t>
      </w:r>
      <w:r>
        <w:br/>
      </w:r>
      <w:r>
        <w:rPr>
          <w:sz w:val="20"/>
        </w:rPr>
        <w:t>1:25:41  amreeka ki sarkon par. amreeka ki sarkon par japan ki industry jo hai, woh yaani dominate kar rahi hai. to mujhe bataiye ke amreeka ne atom bomb gira kar ke japan ko jeeta hai ke woh khud hi haar gaya?</w:t>
      </w:r>
      <w:r>
        <w:br/>
      </w:r>
      <w:r>
        <w:rPr>
          <w:sz w:val="20"/>
        </w:rPr>
        <w:t>1:25:57  woh jeeta to japan ke woh economic superpower ban kar ubhra aaya.</w:t>
      </w:r>
      <w:r>
        <w:br/>
      </w:r>
      <w:r>
        <w:rPr>
          <w:sz w:val="20"/>
        </w:rPr>
        <w:t>1:26:06  to yeh bilkul jhooti tasweer hai ke atom</w:t>
      </w:r>
      <w:r>
        <w:br/>
      </w:r>
      <w:r>
        <w:rPr>
          <w:sz w:val="20"/>
        </w:rPr>
        <w:t>1:26:09  bomb banao. atom bomb bana kar ke kya karoge? dekhiye, jo log atom bomb banane ki baatein karte hain, woh bilkul yaani mere nazdeek bilkul hi mad hain.</w:t>
      </w:r>
      <w:r>
        <w:br/>
      </w:r>
      <w:r>
        <w:rPr>
          <w:sz w:val="20"/>
        </w:rPr>
        <w:t>1:26:18  mad kyun? atom bomb agar aap istemal karein to woh boom rang khel hota hai. boom rang yaani khud bhi tabah ho jao,</w:t>
      </w:r>
      <w:r>
        <w:br/>
      </w:r>
      <w:r>
        <w:rPr>
          <w:sz w:val="20"/>
        </w:rPr>
        <w:t>1:26:28  kyunke woh us ko kehte hain weapons of mass destruction ka sab se bara. woh jab atom bomb giraya jaye ga to charon taraf nuqsan pounchaye ga, woh sab ko pounchaye ga, sab ko tabah kare ga.</w:t>
      </w:r>
      <w:r>
        <w:br/>
      </w:r>
      <w:r>
        <w:rPr>
          <w:sz w:val="20"/>
        </w:rPr>
        <w:t>1:26:44  misalan farz kiye ke pakistan agar india par bomb giraye to pakistan bhi tabah ho jaye ga. yeh thori ke pakistan bacha rahe ga. to jo log yeh kehte hain atom bomb banao, woh mere kehte hain mad hain.</w:t>
      </w:r>
      <w:r>
        <w:br/>
      </w:r>
      <w:r>
        <w:rPr>
          <w:sz w:val="20"/>
        </w:rPr>
        <w:t>1:26:56  mad log hain, yeh aql se khali hain. yaani wisdom ka, yaani idea bhi un ka andar nahi hai.</w:t>
      </w:r>
      <w:r>
        <w:br/>
      </w:r>
      <w:r>
        <w:rPr>
          <w:sz w:val="20"/>
        </w:rPr>
        <w:t>1:27:03  balakhir kya karoge? atom bomb ko to istemal kiya amreeka ne, lekin kya amreeka jeet gaya? aaj amreeka jo hai, khud hara hua mulk ban gaya hai.</w:t>
      </w:r>
      <w:r>
        <w:br/>
      </w:r>
      <w:r>
        <w:rPr>
          <w:sz w:val="20"/>
        </w:rPr>
        <w:t>1:27:14  aap jante hain ke amreeka ka dollar itna kamzor ho gaya ke europe ne apni currency alag kar li. pehle europe mein bhi dollar chalta tha, europe mein bhi.</w:t>
      </w:r>
      <w:r>
        <w:br/>
      </w:r>
      <w:r>
        <w:rPr>
          <w:sz w:val="20"/>
        </w:rPr>
        <w:t>1:27:25  ab unhon ne euro alag kar liya, rozoon alag kar liya. yaani amreeka ki dollar ki jo supremacy thi, woh khatam ho gayi.</w:t>
      </w:r>
      <w:r>
        <w:br/>
      </w:r>
      <w:r>
        <w:rPr>
          <w:sz w:val="20"/>
        </w:rPr>
        <w:t>1:27:34  to kahan atom? atom bomb ne kya kiya? kya karname atom bomb ka hai? yeh sab jhoote, jhooti soch hai aur yeh be-aqli ki soch hai.</w:t>
      </w:r>
      <w:r>
        <w:br/>
      </w:r>
      <w:r>
        <w:rPr>
          <w:sz w:val="20"/>
        </w:rPr>
        <w:t>1:27:44  jinke paas wisdom nahi hai, wahi yeh sab banda sochte hain. cheezon ko dekhiye, mein aik usool batata hoon aap ko: you have to think, you have to think in terms of result.</w:t>
      </w:r>
      <w:r>
        <w:br/>
      </w:r>
      <w:r>
        <w:rPr>
          <w:sz w:val="20"/>
        </w:rPr>
        <w:t>1:27:58  yaani natije ko le kar sochiye, aik hypothetical sense mein mat so-</w:t>
      </w:r>
      <w:r>
        <w:br/>
      </w:r>
      <w:r>
        <w:rPr>
          <w:sz w:val="20"/>
        </w:rPr>
        <w:t>1:28:03  chiye. log hypothetical sense mein sochne lagte hain. result ko le kar sochiye to sab se zyada be-aqli ka kaam ban gaya atom bomb banana.</w:t>
      </w:r>
      <w:r>
        <w:br/>
      </w:r>
      <w:r>
        <w:rPr>
          <w:sz w:val="20"/>
        </w:rPr>
        <w:t>1:28:13  atom bomb banao, apni economy ko tabah karo, aakhir mein kuch bhi nahi hath aaye. ab jo taqat hai, woh education mein hai, daao work mein hai, peace mein hai.</w:t>
      </w:r>
      <w:r>
        <w:br/>
      </w:r>
      <w:r>
        <w:rPr>
          <w:sz w:val="20"/>
        </w:rPr>
        <w:t>1:28:24  yeh bilkul madness hai ke musalman agar sochein ke un ke paas atom bomb ho.</w:t>
      </w:r>
    </w:p>
    <w:p>
      <w:pPr>
        <w:pStyle w:val="Heading2"/>
      </w:pPr>
      <w:r>
        <w:t>Ignoring wisdom for fanaticism in speeches</w:t>
      </w:r>
    </w:p>
    <w:p>
      <w:r>
        <w:rPr>
          <w:color w:val="666666"/>
          <w:sz w:val="18"/>
        </w:rPr>
        <w:t>Society &amp; Dawah · Q&amp;A 04 DEC 2011 Maulana Wahiduddin Khan · 3m 36s · at 12:16 · https://youtu.be/KIMNmuUZoGo?t=736</w:t>
      </w:r>
    </w:p>
    <w:p>
      <w:r>
        <w:rPr>
          <w:i/>
        </w:rPr>
        <w:t>“Precious wisdom like the importance of peace and virtuous incidents like of Hudaybiyyah, Prophet Yusuf, and idols of Makkah are ignored in other speeches. They mostly use the language of fanaticism and dogmatism. Rather than quoting Quran and Hadith, they base their speech on stories and personalities. And their audience appreciates it.”</w:t>
      </w:r>
    </w:p>
    <w:p>
      <w:r>
        <w:rPr>
          <w:sz w:val="20"/>
        </w:rPr>
        <w:t>12:16  maulana, agla sawal aaya hai mister idrees ka raipur se. unhon ne likha hai ke: "Precious wisdom like importance of peace and virtuous incidents like of hudaybiyah, hazrat yusuf and idols of makkah are ignored in other taqreer.</w:t>
      </w:r>
      <w:r>
        <w:br/>
      </w:r>
      <w:r>
        <w:rPr>
          <w:sz w:val="20"/>
        </w:rPr>
        <w:t>12:37  They mostly use language of fanaticism and dogmatism.</w:t>
      </w:r>
      <w:r>
        <w:br/>
      </w:r>
      <w:r>
        <w:rPr>
          <w:sz w:val="20"/>
        </w:rPr>
        <w:t>12:42  Rather than quoting quran and hadith, they base their speech on stories and shakhsiyat. And their audience appreciate it.</w:t>
      </w:r>
      <w:r>
        <w:br/>
      </w:r>
      <w:r>
        <w:rPr>
          <w:sz w:val="20"/>
        </w:rPr>
        <w:t>12:53  Please advise under this situation what is the appropriate way to start a process of improvement.</w:t>
      </w:r>
      <w:r>
        <w:br/>
      </w:r>
      <w:r>
        <w:rPr>
          <w:sz w:val="20"/>
        </w:rPr>
        <w:t>13:01  Should one start by approaching speaker of audience?"</w:t>
      </w:r>
      <w:r>
        <w:br/>
      </w:r>
      <w:r>
        <w:rPr>
          <w:sz w:val="20"/>
        </w:rPr>
        <w:t>13:06  to dekhiye,</w:t>
      </w:r>
      <w:r>
        <w:br/>
      </w:r>
      <w:r>
        <w:rPr>
          <w:sz w:val="20"/>
        </w:rPr>
        <w:t>13:11  cheezein hamesha ambiguous hi rahen gi. is liye quran mein hai: "qul hasbuna alayhim wa yabsoon." yaani cheezon par element of doubt ka parda hamesha hi rahe ga.</w:t>
      </w:r>
      <w:r>
        <w:br/>
      </w:r>
      <w:r>
        <w:rPr>
          <w:sz w:val="20"/>
        </w:rPr>
        <w:t>13:24  kyunke is ke baghair test nahi ho sakta. agar aap chahein ke element of doubt na rahe to yeh possible nahi hai. that is part of creation plan.</w:t>
      </w:r>
      <w:r>
        <w:br/>
      </w:r>
      <w:r>
        <w:rPr>
          <w:sz w:val="20"/>
        </w:rPr>
        <w:t>13:35  to woh to rahe ga. chahe ulma ki taqreer ho ya kitabein hon ya media ho. har jagah element of doubt rahe ga. aap kabhi bhi yeh umeed na rakhein ke element of doubt jo hai woh khatam kar diya jaye ga.</w:t>
      </w:r>
      <w:r>
        <w:br/>
      </w:r>
      <w:r>
        <w:rPr>
          <w:sz w:val="20"/>
        </w:rPr>
        <w:t>13:49  ab aap apni aql ko istemal kijiye. apni power of analysis ko istemal kijiye. bas aur koi option nahi, doosra nahi hai. apni reason ko istemal kijiye.</w:t>
      </w:r>
      <w:r>
        <w:br/>
      </w:r>
      <w:r>
        <w:rPr>
          <w:sz w:val="20"/>
        </w:rPr>
        <w:t>14:03  maulana, raipur se hi miss shabana ka ek question aaya hai. unhone likha hai: "maulana sahib, it is often mentioned that prepared mind is needed to grasp the message.</w:t>
      </w:r>
      <w:r>
        <w:br/>
      </w:r>
      <w:r>
        <w:rPr>
          <w:sz w:val="20"/>
        </w:rPr>
        <w:t>14:16  please advise if die has any role in preparing mind. if yes, how it is done?"</w:t>
      </w:r>
      <w:r>
        <w:br/>
      </w:r>
      <w:r>
        <w:rPr>
          <w:sz w:val="20"/>
        </w:rPr>
        <w:t>14:25  dekhiye, apne mind ko prepare karne ke liye sab se jo zaroori condition hai woh hai apne aap ko distraction se bachana.</w:t>
      </w:r>
      <w:r>
        <w:br/>
      </w:r>
      <w:r>
        <w:rPr>
          <w:sz w:val="20"/>
        </w:rPr>
        <w:t>14:36  misal ke tor par maine dekha gharon mein ke auratein jo hain un ka soul concern kya rehta hai bachche, bachche, bachche.</w:t>
      </w:r>
      <w:r>
        <w:br/>
      </w:r>
      <w:r>
        <w:rPr>
          <w:sz w:val="20"/>
        </w:rPr>
        <w:t>14:45  ya kitchen, kitchen, kitchen. to woh har waqt distraction hi mein jeeti hain auratein. to un ka mind prepare kaise hoga? mardon ka haal yeh hai ke money, money, money.</w:t>
      </w:r>
      <w:r>
        <w:br/>
      </w:r>
      <w:r>
        <w:rPr>
          <w:sz w:val="20"/>
        </w:rPr>
        <w:t>14:55  har waqt money. to koi kisi ko mind distract kiye hue hai, kisi ko is ke bachche distract kiye hue hain, kisi ko is ke political</w:t>
      </w:r>
      <w:r>
        <w:br/>
      </w:r>
      <w:r>
        <w:rPr>
          <w:sz w:val="20"/>
        </w:rPr>
        <w:t>15:04  jo interest hai woh distract kiye hue hain. to woh to hoga phir ke aadmi prepared mind nahi ho banega. to agar aadmi chahta hai ke main prepared mind banu taake main cheezon ko grasp kar sakun,</w:t>
      </w:r>
      <w:r>
        <w:br/>
      </w:r>
      <w:r>
        <w:rPr>
          <w:sz w:val="20"/>
        </w:rPr>
        <w:t>15:19  yeh sab fawaid hasil kar sakun to phir apne ko distraction se bachana pare ga. yeh price to deni hi pare gi. agar aadmi chahe ke main distract bhi hota rahu aur mujhe</w:t>
      </w:r>
      <w:r>
        <w:br/>
      </w:r>
      <w:r>
        <w:rPr>
          <w:sz w:val="20"/>
        </w:rPr>
        <w:t>15:31  yaani mera mind tayyar bhi ho jaye to yeh to hi khalis to junoon. aisa hone wala nahi hai. har cheez ki ek price hoti hai.</w:t>
      </w:r>
      <w:r>
        <w:br/>
      </w:r>
      <w:r>
        <w:rPr>
          <w:sz w:val="20"/>
        </w:rPr>
        <w:t>15:43  woh zehan banane ki ek bhi ek price hai. woh hai</w:t>
      </w:r>
      <w:r>
        <w:br/>
      </w:r>
      <w:r>
        <w:rPr>
          <w:sz w:val="20"/>
        </w:rPr>
        <w:t>15:47  apne ko distraction se bachana.</w:t>
      </w:r>
    </w:p>
    <w:p>
      <w:pPr>
        <w:pStyle w:val="Heading2"/>
      </w:pPr>
      <w:r>
        <w:t>Importance of rising above ikhlas for da'ees</w:t>
      </w:r>
    </w:p>
    <w:p>
      <w:r>
        <w:rPr>
          <w:color w:val="666666"/>
          <w:sz w:val="18"/>
        </w:rPr>
        <w:t>Society &amp; Dawah · Importance of Wisdom | August 24, 2014 · 4m 59s · at 1:13:30 · https://youtu.be/ZVPLm7fV0t0?t=4410</w:t>
      </w:r>
    </w:p>
    <w:p>
      <w:r>
        <w:rPr>
          <w:i/>
        </w:rPr>
        <w:t>“How important is it for da'ees of mission to rise above the level of ikhlas to develop their mind?”</w:t>
      </w:r>
    </w:p>
    <w:p>
      <w:r>
        <w:rPr>
          <w:sz w:val="20"/>
        </w:rPr>
        <w:t>1:13:30  quran mein hai: matlab ek giroh jo hai, agar apni duty poori nahi karega, Allah ka kaam nahi karega, to Allah doosre giroh ko uthaye ga. woh kaam karenge, kaam rukega nahi. yeh matlab hai is ka. Maulana, agla sawal dilli se hai Ms. Naghma Siddiqui ka. unhon ne likha hai ke: how import</w:t>
      </w:r>
      <w:r>
        <w:br/>
      </w:r>
      <w:r>
        <w:rPr>
          <w:sz w:val="20"/>
        </w:rPr>
        <w:t>1:14:00  Is it for these of mission to rise above the level of Ikhlas to develop their mind?</w:t>
      </w:r>
      <w:r>
        <w:br/>
      </w:r>
      <w:r>
        <w:rPr>
          <w:sz w:val="20"/>
        </w:rPr>
        <w:t>1:14:06  Yeh to mein samajhta hoon ke farz hai apne ko bachane ke liye.</w:t>
      </w:r>
      <w:r>
        <w:br/>
      </w:r>
      <w:r>
        <w:rPr>
          <w:sz w:val="20"/>
        </w:rPr>
        <w:t>1:14:12  Kyunke agar jo aadmi aisa nahi karega, to bohat bara risk le raha hai woh.</w:t>
      </w:r>
      <w:r>
        <w:br/>
      </w:r>
      <w:r>
        <w:rPr>
          <w:sz w:val="20"/>
        </w:rPr>
        <w:t>1:14:18  Koi crisis aaye aur woh phir garhe mein doob jaye.</w:t>
      </w:r>
      <w:r>
        <w:br/>
      </w:r>
      <w:r>
        <w:rPr>
          <w:sz w:val="20"/>
        </w:rPr>
        <w:t>1:14:24  Aise bohat misaalain hain ke log mukhlis thay, shareef thay,</w:t>
      </w:r>
      <w:r>
        <w:br/>
      </w:r>
      <w:r>
        <w:rPr>
          <w:sz w:val="20"/>
        </w:rPr>
        <w:t>1:14:31  Namaz roze wale thay.</w:t>
      </w:r>
      <w:r>
        <w:br/>
      </w:r>
      <w:r>
        <w:rPr>
          <w:sz w:val="20"/>
        </w:rPr>
        <w:t>1:14:35  Crisis aaya to bilkul woh apne ko tabah kar liya unhon ne.</w:t>
      </w:r>
      <w:r>
        <w:br/>
      </w:r>
      <w:r>
        <w:rPr>
          <w:sz w:val="20"/>
        </w:rPr>
        <w:t>1:14:39  Bohat misaalain hain tareekh mein.</w:t>
      </w:r>
      <w:r>
        <w:br/>
      </w:r>
      <w:r>
        <w:rPr>
          <w:sz w:val="20"/>
        </w:rPr>
        <w:t>1:14:42  To hamare jo sathi hain, woh ek bara mission le ke khare hue hain.</w:t>
      </w:r>
      <w:r>
        <w:br/>
      </w:r>
      <w:r>
        <w:rPr>
          <w:sz w:val="20"/>
        </w:rPr>
        <w:t>1:14:46  To aur is mission mein jab team banegi to ijtimaeyat aayegi.</w:t>
      </w:r>
      <w:r>
        <w:br/>
      </w:r>
      <w:r>
        <w:rPr>
          <w:sz w:val="20"/>
        </w:rPr>
        <w:t>1:14:50  Ijtimaeyat aayegi to ikhtilafat paida honge.</w:t>
      </w:r>
      <w:r>
        <w:br/>
      </w:r>
      <w:r>
        <w:rPr>
          <w:sz w:val="20"/>
        </w:rPr>
        <w:t>1:14:54  To yeh to bohat ziyada is baat ka khatra hai ke woh ek masla paida ho, koi crisis,</w:t>
      </w:r>
      <w:r>
        <w:br/>
      </w:r>
      <w:r>
        <w:rPr>
          <w:sz w:val="20"/>
        </w:rPr>
        <w:t>1:14:58  Aur isi mein aap</w:t>
      </w:r>
      <w:r>
        <w:br/>
      </w:r>
      <w:r>
        <w:rPr>
          <w:sz w:val="20"/>
        </w:rPr>
        <w:t>1:15:02  Fail ho jayein aur apne ko tabah kar lein.</w:t>
      </w:r>
      <w:r>
        <w:br/>
      </w:r>
      <w:r>
        <w:rPr>
          <w:sz w:val="20"/>
        </w:rPr>
        <w:t>1:15:07  To ikhlas aur sharafat aur yeh bohat acha good nature hona, yeh kafi har giz nahi hai.</w:t>
      </w:r>
      <w:r>
        <w:br/>
      </w:r>
      <w:r>
        <w:rPr>
          <w:sz w:val="20"/>
        </w:rPr>
        <w:t>1:15:12  Akele aap ghar mein rahein to theek hai, akele ghar mein rahiye, namaz roza kijiye.</w:t>
      </w:r>
      <w:r>
        <w:br/>
      </w:r>
      <w:r>
        <w:rPr>
          <w:sz w:val="20"/>
        </w:rPr>
        <w:t>1:15:17  Lekin aap jab ijtimaei zindagi mein aate hain to har giz har giz yeh kafi nahi ke aap mukhlis hain,</w:t>
      </w:r>
      <w:r>
        <w:br/>
      </w:r>
      <w:r>
        <w:rPr>
          <w:sz w:val="20"/>
        </w:rPr>
        <w:t>1:15:22  Aap shareef hain, aap namaz roze wale hain.</w:t>
      </w:r>
      <w:r>
        <w:br/>
      </w:r>
      <w:r>
        <w:rPr>
          <w:sz w:val="20"/>
        </w:rPr>
        <w:t>1:15:28  Tab aap ko aql chahiye, aql. Taake jo</w:t>
      </w:r>
      <w:r>
        <w:br/>
      </w:r>
      <w:r>
        <w:rPr>
          <w:sz w:val="20"/>
        </w:rPr>
        <w:t>1:15:33  Jo situation create hoti hai, jo crisis aata hai, us ko aap manage kar sakein, us ko explain</w:t>
      </w:r>
      <w:r>
        <w:br/>
      </w:r>
      <w:r>
        <w:rPr>
          <w:sz w:val="20"/>
        </w:rPr>
        <w:t>1:15:38  Kar sakein, us ko samajh sakein.</w:t>
      </w:r>
      <w:r>
        <w:br/>
      </w:r>
      <w:r>
        <w:rPr>
          <w:sz w:val="20"/>
        </w:rPr>
        <w:t>1:15:43  Warna wahi hoga ke satar hazar ko qadar kar lenge to mukhlis hote bhi.</w:t>
      </w:r>
      <w:r>
        <w:br/>
      </w:r>
      <w:r>
        <w:rPr>
          <w:sz w:val="20"/>
        </w:rPr>
        <w:t>1:15:48  Woh sab ke sab mukhlis thay woh.</w:t>
      </w:r>
      <w:r>
        <w:br/>
      </w:r>
      <w:r>
        <w:rPr>
          <w:sz w:val="20"/>
        </w:rPr>
        <w:t>1:15:53  Is ke baad satar hazar aadmi mare gaye.</w:t>
      </w:r>
      <w:r>
        <w:br/>
      </w:r>
      <w:r>
        <w:rPr>
          <w:sz w:val="20"/>
        </w:rPr>
        <w:t>1:15:58  abhi british dor mein dekhen jin ko shaheedan kaha jata hai, Maulana Ismail Shaheed aur Maulana Syed Ahmed Shaheed,</w:t>
      </w:r>
      <w:r>
        <w:br/>
      </w:r>
      <w:r>
        <w:rPr>
          <w:sz w:val="20"/>
        </w:rPr>
        <w:t>1:16:03  yeh log Balakot mein larnay ke liye pohanch gaye, is se Ranjeet se.</w:t>
      </w:r>
      <w:r>
        <w:br/>
      </w:r>
      <w:r>
        <w:rPr>
          <w:sz w:val="20"/>
        </w:rPr>
        <w:t>1:16:07  woh sab ke sab maray gaye.</w:t>
      </w:r>
      <w:r>
        <w:br/>
      </w:r>
      <w:r>
        <w:rPr>
          <w:sz w:val="20"/>
        </w:rPr>
        <w:t>1:16:12  Balakot mein sab khatam ho gaye woh.</w:t>
      </w:r>
      <w:r>
        <w:br/>
      </w:r>
      <w:r>
        <w:rPr>
          <w:sz w:val="20"/>
        </w:rPr>
        <w:t>1:16:16  kyun? wisdom nahi thi.</w:t>
      </w:r>
      <w:r>
        <w:br/>
      </w:r>
      <w:r>
        <w:rPr>
          <w:sz w:val="20"/>
        </w:rPr>
        <w:t>1:16:20  is par kitab chhapi hai Ghulam Rasool Mehr ki, is ko aap parhiye.</w:t>
      </w:r>
      <w:r>
        <w:br/>
      </w:r>
      <w:r>
        <w:rPr>
          <w:sz w:val="20"/>
        </w:rPr>
        <w:t>1:16:24  in logon ko yeh khabar hi nahi thi ke Maharaj Ranjeet ki taqat kya hai, hamari taqat kya hai.</w:t>
      </w:r>
      <w:r>
        <w:br/>
      </w:r>
      <w:r>
        <w:rPr>
          <w:sz w:val="20"/>
        </w:rPr>
        <w:t>1:16:29  in ke paas mamooli qisam ke hathiyar thay, riwayati qisam ke.</w:t>
      </w:r>
      <w:r>
        <w:br/>
      </w:r>
      <w:r>
        <w:rPr>
          <w:sz w:val="20"/>
        </w:rPr>
        <w:t>1:16:33  aur Ranjeet jo tha, us ke paas topkhana tha.</w:t>
      </w:r>
      <w:r>
        <w:br/>
      </w:r>
      <w:r>
        <w:rPr>
          <w:sz w:val="20"/>
        </w:rPr>
        <w:t>1:16:38  us ne France ke retired generalon ko bula kar apni fauj ko train kiya tha.</w:t>
      </w:r>
      <w:r>
        <w:br/>
      </w:r>
      <w:r>
        <w:rPr>
          <w:sz w:val="20"/>
        </w:rPr>
        <w:t>1:16:43  us ke kya lartay yeh? is se lad sakte thay yeh? yeh koi ladai nahi hai yeh.</w:t>
      </w:r>
      <w:r>
        <w:br/>
      </w:r>
      <w:r>
        <w:rPr>
          <w:sz w:val="20"/>
        </w:rPr>
        <w:t>1:16:48  Qur'an mein hai ke pehle adad, phir us ke baad muqabla.</w:t>
      </w:r>
      <w:r>
        <w:br/>
      </w:r>
      <w:r>
        <w:rPr>
          <w:sz w:val="20"/>
        </w:rPr>
        <w:t>1:16:53  adad quwwat pehle hai.</w:t>
      </w:r>
      <w:r>
        <w:br/>
      </w:r>
      <w:r>
        <w:rPr>
          <w:sz w:val="20"/>
        </w:rPr>
        <w:t>1:16:58  yeh lad jana yeh koi Islam mein nahi hai.</w:t>
      </w:r>
      <w:r>
        <w:br/>
      </w:r>
      <w:r>
        <w:rPr>
          <w:sz w:val="20"/>
        </w:rPr>
        <w:t>1:17:04  lekin logon ke andar sochne ki taqat nahi hai.</w:t>
      </w:r>
      <w:r>
        <w:br/>
      </w:r>
      <w:r>
        <w:rPr>
          <w:sz w:val="20"/>
        </w:rPr>
        <w:t>1:17:07  art of thinking nahi hai.</w:t>
      </w:r>
      <w:r>
        <w:br/>
      </w:r>
      <w:r>
        <w:rPr>
          <w:sz w:val="20"/>
        </w:rPr>
        <w:t>1:17:10  toh main samajhta hoon ke farz ke darjay mein zaroori hai ke aap is ko samjhein ke is</w:t>
      </w:r>
      <w:r>
        <w:br/>
      </w:r>
      <w:r>
        <w:rPr>
          <w:sz w:val="20"/>
        </w:rPr>
        <w:t>1:17:14  se ikhlas har giz kafi nahi hai.</w:t>
      </w:r>
      <w:r>
        <w:br/>
      </w:r>
      <w:r>
        <w:rPr>
          <w:sz w:val="20"/>
        </w:rPr>
        <w:t>1:17:17  aql honi chahiye aap ke paas, baseerat honi chahiye aap ke paas.</w:t>
      </w:r>
      <w:r>
        <w:br/>
      </w:r>
      <w:r>
        <w:rPr>
          <w:sz w:val="20"/>
        </w:rPr>
        <w:t>1:17:20  warna kahin kis garhay mein gir jayen ge aur samjhen ge ke main toh bohat mukhlis hoon.</w:t>
      </w:r>
      <w:r>
        <w:br/>
      </w:r>
      <w:r>
        <w:rPr>
          <w:sz w:val="20"/>
        </w:rPr>
        <w:t>1:17:24  aur gir ke apne ko tabah kar len ge.</w:t>
      </w:r>
      <w:r>
        <w:br/>
      </w:r>
      <w:r>
        <w:rPr>
          <w:sz w:val="20"/>
        </w:rPr>
        <w:t>1:17:27  Qur'an mein hai nahi ke: antahabat a'maal ko balad tantum la tashroon.</w:t>
      </w:r>
      <w:r>
        <w:br/>
      </w:r>
      <w:r>
        <w:rPr>
          <w:sz w:val="20"/>
        </w:rPr>
        <w:t>1:17:30  toh woh a'maal h</w:t>
      </w:r>
      <w:r>
        <w:br/>
      </w:r>
      <w:r>
        <w:rPr>
          <w:sz w:val="20"/>
        </w:rPr>
        <w:t>1:17:34  bat ho jayen aur tum ja rahe bhi nahi ke aisa ho gaya.</w:t>
      </w:r>
      <w:r>
        <w:br/>
      </w:r>
      <w:r>
        <w:rPr>
          <w:sz w:val="20"/>
        </w:rPr>
        <w:t>1:17:37  antahabat a'maal ko balad tantum la tashroon.</w:t>
      </w:r>
      <w:r>
        <w:br/>
      </w:r>
      <w:r>
        <w:rPr>
          <w:sz w:val="20"/>
        </w:rPr>
        <w:t>1:17:41  yahi to matlab is ka hai.</w:t>
      </w:r>
      <w:r>
        <w:br/>
      </w:r>
      <w:r>
        <w:rPr>
          <w:sz w:val="20"/>
        </w:rPr>
        <w:t>1:17:45  is ayat par ghor kijiyega.</w:t>
      </w:r>
      <w:r>
        <w:br/>
      </w:r>
      <w:r>
        <w:rPr>
          <w:sz w:val="20"/>
        </w:rPr>
        <w:t>1:17:49  yeh bohat zabardast ayat hai quran majeed mein.</w:t>
      </w:r>
      <w:r>
        <w:br/>
      </w:r>
      <w:r>
        <w:rPr>
          <w:sz w:val="20"/>
        </w:rPr>
        <w:t>1:17:52  do jagah is ka zikr hai ke tum samjho bhi nahi aur tumhare aamal habat bhi ho jayen.</w:t>
      </w:r>
      <w:r>
        <w:br/>
      </w:r>
      <w:r>
        <w:rPr>
          <w:sz w:val="20"/>
        </w:rPr>
        <w:t>1:17:56  intabhat aamal ko balad tan tum la tashroon.</w:t>
      </w:r>
      <w:r>
        <w:br/>
      </w:r>
      <w:r>
        <w:rPr>
          <w:sz w:val="20"/>
        </w:rPr>
        <w:t>1:18:00  is ka matlab kya hai? intellectual development na hone ki wajah se aap ka shaoor is qabil</w:t>
      </w:r>
      <w:r>
        <w:br/>
      </w:r>
      <w:r>
        <w:rPr>
          <w:sz w:val="20"/>
        </w:rPr>
        <w:t>1:18:04  na hoga ke aap samjhen baton ko.</w:t>
      </w:r>
      <w:r>
        <w:br/>
      </w:r>
      <w:r>
        <w:rPr>
          <w:sz w:val="20"/>
        </w:rPr>
        <w:t>1:18:09  aur phir bhi aap ikhlas ke bawajood aap ke aamal habat ho jayen.</w:t>
      </w:r>
      <w:r>
        <w:br/>
      </w:r>
      <w:r>
        <w:rPr>
          <w:sz w:val="20"/>
        </w:rPr>
        <w:t>1:18:14  yeh ayat batati hai ke ikhlas hargiz kafi nahi hai.</w:t>
      </w:r>
      <w:r>
        <w:br/>
      </w:r>
      <w:r>
        <w:rPr>
          <w:sz w:val="20"/>
        </w:rPr>
        <w:t>1:18:19  develop shaoor chahiye, develop mind chahiye.</w:t>
      </w:r>
      <w:r>
        <w:br/>
      </w:r>
      <w:r>
        <w:rPr>
          <w:sz w:val="20"/>
        </w:rPr>
        <w:t>1:18:24  yeh to bohat zyada important baat hai ke is par log sochen.</w:t>
      </w:r>
    </w:p>
    <w:p>
      <w:pPr>
        <w:pStyle w:val="Heading2"/>
      </w:pPr>
      <w:r>
        <w:t>Improving Hindu-Muslim Relations</w:t>
      </w:r>
    </w:p>
    <w:p>
      <w:r>
        <w:rPr>
          <w:color w:val="666666"/>
          <w:sz w:val="18"/>
        </w:rPr>
        <w:t>Society &amp; Dawah · Age of Alternatives April 05, 2015 · 3m 20s · at 1:08:39 · https://youtu.be/4v0uCM2BZuA?t=4119</w:t>
      </w:r>
    </w:p>
    <w:p>
      <w:r>
        <w:rPr>
          <w:i/>
        </w:rPr>
        <w:t>“What can ordinary Hindus and Muslims do to improve relations between them?”</w:t>
      </w:r>
    </w:p>
    <w:p>
      <w:r>
        <w:rPr>
          <w:sz w:val="20"/>
        </w:rPr>
        <w:t>1:08:39  maulana, agla sawal lene se pehle ek comment padhna chahenge jo idrees sahab ne bheja hai raipur se, aur unhon ne likha hai ke "today speech was one of the best speech.</w:t>
      </w:r>
      <w:r>
        <w:br/>
      </w:r>
      <w:r>
        <w:rPr>
          <w:sz w:val="20"/>
        </w:rPr>
        <w:t>1:08:52  it was inspiring and thought provoking." achha</w:t>
      </w:r>
      <w:r>
        <w:br/>
      </w:r>
      <w:r>
        <w:rPr>
          <w:sz w:val="20"/>
        </w:rPr>
        <w:t>1:08:56  a, maulana, agla sawal usa se irfan omar sahab ne kiya hai, aur unhon ne likha hai: "maulana sahab, what can ordinary hindus and muslims do to improve relations between them?</w:t>
      </w:r>
      <w:r>
        <w:br/>
      </w:r>
      <w:r>
        <w:rPr>
          <w:sz w:val="20"/>
        </w:rPr>
        <w:t>1:09:11  to improve relations between their communities, could you offer some examples of activities that they may adopt? is dawah and an obstacle to building better relations between hindus and muslims?"</w:t>
      </w:r>
      <w:r>
        <w:br/>
      </w:r>
      <w:r>
        <w:rPr>
          <w:sz w:val="20"/>
        </w:rPr>
        <w:t>1:09:27  yahan dawah ka ka jo kaam hai, jo dawah work hai, us ko positive tor par kiya jaye. aur positive ka matlab yeh hai ke khairkhwahi ki spirit kehta hai:</w:t>
      </w:r>
      <w:r>
        <w:br/>
      </w:r>
      <w:r>
        <w:rPr>
          <w:sz w:val="20"/>
        </w:rPr>
        <w:t>1:09:40  "inna lakum naasih". yaani dawi jo hai, woh well wisher hota hai. to dawah apne aap mein well wishing ka mahol paida karti hai.</w:t>
      </w:r>
      <w:r>
        <w:br/>
      </w:r>
      <w:r>
        <w:rPr>
          <w:sz w:val="20"/>
        </w:rPr>
        <w:t>1:09:52  to logon ne dawah ko ko bhi debate ke maani mein le liya, yaani apni superiority ko establish karna, us se to doori badhegi.</w:t>
      </w:r>
      <w:r>
        <w:br/>
      </w:r>
      <w:r>
        <w:rPr>
          <w:sz w:val="20"/>
        </w:rPr>
        <w:t>1:10:03  dawah well wishing ke tehat hoti hai, khair khwahi ke tehat hoti hai. to us se to apne aap mein taluq achhe ban jayenge.</w:t>
      </w:r>
      <w:r>
        <w:br/>
      </w:r>
      <w:r>
        <w:rPr>
          <w:sz w:val="20"/>
        </w:rPr>
        <w:t>1:10:11  doosri baat yeh hai ke main kahunga ke maujooda daur mein hamare ulama ne bohat bhari ghalti ki hai ke education mein musalmanon ko roka.</w:t>
      </w:r>
      <w:r>
        <w:br/>
      </w:r>
      <w:r>
        <w:rPr>
          <w:sz w:val="20"/>
        </w:rPr>
        <w:t>1:10:22  aur logon ko yeh hua ke muslim idare alag banaye, muslim school, muslim college, muslim university. main is ke sakht khilaf hoon. bas jo school the, jo college the, jo universityan theen, usi mein padhte hain musalman bhi.</w:t>
      </w:r>
      <w:r>
        <w:br/>
      </w:r>
      <w:r>
        <w:rPr>
          <w:sz w:val="20"/>
        </w:rPr>
        <w:t>1:10:35  to kya hota? interaction hota.</w:t>
      </w:r>
      <w:r>
        <w:br/>
      </w:r>
      <w:r>
        <w:rPr>
          <w:sz w:val="20"/>
        </w:rPr>
        <w:t>1:10:38  jahan hindu padh rahe hain, wahan musalman hi padh rahe hain. aur aap jahan aap ko yeh tajurba hoga ke taleem ke dauran jo jo taluq banta hai, woh bohat zabardast hota hai.</w:t>
      </w:r>
      <w:r>
        <w:br/>
      </w:r>
      <w:r>
        <w:rPr>
          <w:sz w:val="20"/>
        </w:rPr>
        <w:t>1:10:49  bohat is mein dostiyan qaim hoti hain, achhe taluqat qaim hote hain.</w:t>
      </w:r>
      <w:r>
        <w:br/>
      </w:r>
      <w:r>
        <w:rPr>
          <w:sz w:val="20"/>
        </w:rPr>
        <w:t>1:10:55  to bilkul simple tareeqa tha ke woh usay na rokte aur musalman se kehte hain ke jo bhi school hai, jo bhi college hai, woh dakhil ho jao, padho. to khoob interaction hota.</w:t>
      </w:r>
      <w:r>
        <w:br/>
      </w:r>
      <w:r>
        <w:rPr>
          <w:sz w:val="20"/>
        </w:rPr>
        <w:t>1:11:06  aur yeh yeh yeh jo doori ban gayi, woh banti hi na. to main kahunga ke yeh yeh do cheezen musalman karen ke har school mein madakhil, har college mein madakhil.</w:t>
      </w:r>
      <w:r>
        <w:br/>
      </w:r>
      <w:r>
        <w:rPr>
          <w:sz w:val="20"/>
        </w:rPr>
        <w:t>1:11:20  aur yeh main to yahan tak kehta hoon ke muslim ka lafz nikal do,</w:t>
      </w:r>
      <w:r>
        <w:br/>
      </w:r>
      <w:r>
        <w:rPr>
          <w:sz w:val="20"/>
        </w:rPr>
        <w:t>1:11:24  muslim university ke muslim ka lafz nikalo, is ka naam rakh do Aligarh University mein, Aligarh University. koi muslim school nahi, koi muslim college nahi, koi muslim university.</w:t>
      </w:r>
      <w:r>
        <w:br/>
      </w:r>
      <w:r>
        <w:rPr>
          <w:sz w:val="20"/>
        </w:rPr>
        <w:t>1:11:33  sab muslim ka lafz nikal do</w:t>
      </w:r>
      <w:r>
        <w:br/>
      </w:r>
      <w:r>
        <w:rPr>
          <w:sz w:val="20"/>
        </w:rPr>
        <w:t>1:11:35  , har school mein padho, har college mein padho, har university mein padho. to apne aap taluqat normal ho jayenge, apne aap.</w:t>
      </w:r>
      <w:r>
        <w:br/>
      </w:r>
      <w:r>
        <w:rPr>
          <w:sz w:val="20"/>
        </w:rPr>
        <w:t>1:11:47  aur dawah agar positive sense mein kiya jaye, khair khwahi ki speed ke sath, to woh woh bhi bohat bara zariya hoga ta'alluqat ko acha banane ka.</w:t>
      </w:r>
    </w:p>
    <w:p>
      <w:pPr>
        <w:pStyle w:val="Heading2"/>
      </w:pPr>
      <w:r>
        <w:t>Incident of Quran disrespect</w:t>
      </w:r>
    </w:p>
    <w:p>
      <w:r>
        <w:rPr>
          <w:color w:val="666666"/>
          <w:sz w:val="18"/>
        </w:rPr>
        <w:t>Society &amp; Dawah · Creative Solution or Ijtihadi Hul 16th Sep '12 SLOW · 4m 14s · at 1:31:17 · https://youtu.be/Ri7r6K65b2Y?t=5477</w:t>
      </w:r>
    </w:p>
    <w:p>
      <w:r>
        <w:rPr>
          <w:i/>
        </w:rPr>
        <w:t>“Two days ago, near Ghaziabad, in Mansoori village, at the railway station, disrespect was shown to the Quran, so people went to the police station to file a report.”</w:t>
      </w:r>
    </w:p>
    <w:p>
      <w:r>
        <w:rPr>
          <w:sz w:val="20"/>
        </w:rPr>
        <w:t>1:31:17  maulana, agla sawal dilli se hai muhammad ans sahib ka.</w:t>
      </w:r>
      <w:r>
        <w:br/>
      </w:r>
      <w:r>
        <w:rPr>
          <w:sz w:val="20"/>
        </w:rPr>
        <w:t>1:31:21  unhon ne likha hai: "maulana, do din pehle ghaziabad ke paas mansoori gaon mein railway station par</w:t>
      </w:r>
      <w:r>
        <w:br/>
      </w:r>
      <w:r>
        <w:rPr>
          <w:sz w:val="20"/>
        </w:rPr>
        <w:t>1:31:29  quran ki be adabi ki gayi to log police station report darj karanay ke liye gaye.</w:t>
      </w:r>
      <w:r>
        <w:br/>
      </w:r>
      <w:r>
        <w:rPr>
          <w:sz w:val="20"/>
        </w:rPr>
        <w:t>1:31:36  police ke report darj na karne par musalmanon ne police station mein tod phod kar ke aag laga</w:t>
      </w:r>
      <w:r>
        <w:br/>
      </w:r>
      <w:r>
        <w:rPr>
          <w:sz w:val="20"/>
        </w:rPr>
        <w:t>1:31:44  di aur ab wahan curfew laga hua hai aur kuch log mare bhi gaye hain.</w:t>
      </w:r>
      <w:r>
        <w:br/>
      </w:r>
      <w:r>
        <w:rPr>
          <w:sz w:val="20"/>
        </w:rPr>
        <w:t>1:31:50  maulana, quran ki be adabi honay par wahan par jo log hangama kar rahay hain, is ka islam</w:t>
      </w:r>
      <w:r>
        <w:br/>
      </w:r>
      <w:r>
        <w:rPr>
          <w:sz w:val="20"/>
        </w:rPr>
        <w:t>1:31:58  se koi taluq hai ya nahi? maulana, logon ko kya karna chahiye aur kya nahi, is ke bare</w:t>
      </w:r>
      <w:r>
        <w:br/>
      </w:r>
      <w:r>
        <w:rPr>
          <w:sz w:val="20"/>
        </w:rPr>
        <w:t>1:32:05  mein advice karen." dekhen, yeh is ka islam se koi bhi taluq nahi hai.</w:t>
      </w:r>
      <w:r>
        <w:br/>
      </w:r>
      <w:r>
        <w:rPr>
          <w:sz w:val="20"/>
        </w:rPr>
        <w:t>1:32:11  yeh to ek shaitani feal hai.</w:t>
      </w:r>
      <w:r>
        <w:br/>
      </w:r>
      <w:r>
        <w:rPr>
          <w:sz w:val="20"/>
        </w:rPr>
        <w:t>1:32:14  aur dekhen, ek baat mein arz karoon, aap har case mein ja kar tehqeeq kar lijiyye.</w:t>
      </w:r>
      <w:r>
        <w:br/>
      </w:r>
      <w:r>
        <w:rPr>
          <w:sz w:val="20"/>
        </w:rPr>
        <w:t>1:32:21  بے ادبی نہیں ہوتی، بے ادبی کی افواہ ہوتی ہے، rumour.</w:t>
      </w:r>
      <w:r>
        <w:br/>
      </w:r>
      <w:r>
        <w:rPr>
          <w:sz w:val="20"/>
        </w:rPr>
        <w:t>1:32:26  jisay kehtay hain aap gustakhi, be adabi.</w:t>
      </w:r>
      <w:r>
        <w:br/>
      </w:r>
      <w:r>
        <w:rPr>
          <w:sz w:val="20"/>
        </w:rPr>
        <w:t>1:32:29  woh hargiz na sirf gustakhi hoti hai, na be adabi hoti hai.</w:t>
      </w:r>
      <w:r>
        <w:br/>
      </w:r>
      <w:r>
        <w:rPr>
          <w:sz w:val="20"/>
        </w:rPr>
        <w:t>1:32:34  وہ rumour ہوتی ہے، صرف افواہ ہوتی ہے۔</w:t>
      </w:r>
      <w:r>
        <w:br/>
      </w:r>
      <w:r>
        <w:rPr>
          <w:sz w:val="20"/>
        </w:rPr>
        <w:t>1:32:37  bas rumor ko suna aur daud pade.</w:t>
      </w:r>
      <w:r>
        <w:br/>
      </w:r>
      <w:r>
        <w:rPr>
          <w:sz w:val="20"/>
        </w:rPr>
        <w:t>1:32:40  aap ja ke wahan dekhen, ek aadmi ne bhi ja kar tehqeeq nahi ki, hua kya? koi bhi</w:t>
      </w:r>
      <w:r>
        <w:br/>
      </w:r>
      <w:r>
        <w:rPr>
          <w:sz w:val="20"/>
        </w:rPr>
        <w:t>1:32:48  be adabi nahi hui thi.</w:t>
      </w:r>
      <w:r>
        <w:br/>
      </w:r>
      <w:r>
        <w:rPr>
          <w:sz w:val="20"/>
        </w:rPr>
        <w:t>1:32:50  bas rumor ud gayi, bas us ke baad bhadak pade ke ladne ke liye khade ho gaye.</w:t>
      </w:r>
      <w:r>
        <w:br/>
      </w:r>
      <w:r>
        <w:rPr>
          <w:sz w:val="20"/>
        </w:rPr>
        <w:t>1:32:57  جتنے بھی واقعات ہیں ادھر کے، سب rumour پر ہوتے ہیں۔</w:t>
      </w:r>
      <w:r>
        <w:br/>
      </w:r>
      <w:r>
        <w:rPr>
          <w:sz w:val="20"/>
        </w:rPr>
        <w:t>1:33:02  aur quran mein saaf bataya gaya hai ke rumor sun kar ke external ho.</w:t>
      </w:r>
      <w:r>
        <w:br/>
      </w:r>
      <w:r>
        <w:rPr>
          <w:sz w:val="20"/>
        </w:rPr>
        <w:t>1:33:08  quran mein ek ayat hai: "jabakum fasiqun binaba' fatabaiynu." yeh ab ayat utri thi, ek ek</w:t>
      </w:r>
      <w:r>
        <w:br/>
      </w:r>
      <w:r>
        <w:rPr>
          <w:sz w:val="20"/>
        </w:rPr>
        <w:t>1:33:16  waqia pesh aaya tha.</w:t>
      </w:r>
      <w:r>
        <w:br/>
      </w:r>
      <w:r>
        <w:rPr>
          <w:sz w:val="20"/>
        </w:rPr>
        <w:t>1:33:17  ek sahabi ko rasool ALLAH sallallahu alaihi wasallam ne bheja, wahan kaha ke bana kar ke ghaliban</w:t>
      </w:r>
      <w:r>
        <w:br/>
      </w:r>
      <w:r>
        <w:rPr>
          <w:sz w:val="20"/>
        </w:rPr>
        <w:t>1:33:25  yaman ka waqia hai.</w:t>
      </w:r>
      <w:r>
        <w:br/>
      </w:r>
      <w:r>
        <w:rPr>
          <w:sz w:val="20"/>
        </w:rPr>
        <w:t>1:33:27  yeh sab kahan ka waqia hua hai? yaman ka kahan ka? yaman ka.</w:t>
      </w:r>
      <w:r>
        <w:br/>
      </w:r>
      <w:r>
        <w:rPr>
          <w:sz w:val="20"/>
        </w:rPr>
        <w:t>1:33:32  to woh jab wahan pohanchay, ab yani sarhad par, to wahan bohat se log ikatha ho gaye thay</w:t>
      </w:r>
      <w:r>
        <w:br/>
      </w:r>
      <w:r>
        <w:rPr>
          <w:sz w:val="20"/>
        </w:rPr>
        <w:t>1:33:40  ke unhon ne samjha ke woh is ko maarne ke liye aaye hain.</w:t>
      </w:r>
      <w:r>
        <w:br/>
      </w:r>
      <w:r>
        <w:rPr>
          <w:sz w:val="20"/>
        </w:rPr>
        <w:t>1:33:46  to wapas aa gaye, woh yani basti mein gaye nahi, woh.</w:t>
      </w:r>
      <w:r>
        <w:br/>
      </w:r>
      <w:r>
        <w:rPr>
          <w:sz w:val="20"/>
        </w:rPr>
        <w:t>1:33:50  aur aage rasool Allah shikayat ki ke wahan to woh log mujhe maarne pe tal gaye thay.</w:t>
      </w:r>
      <w:r>
        <w:br/>
      </w:r>
      <w:r>
        <w:rPr>
          <w:sz w:val="20"/>
        </w:rPr>
        <w:t>1:33:58  to rasool Allah ne is pe koi iqdam nahi kiya.</w:t>
      </w:r>
      <w:r>
        <w:br/>
      </w:r>
      <w:r>
        <w:rPr>
          <w:sz w:val="20"/>
        </w:rPr>
        <w:t>1:34:02  pata kiya to maloom hua ke woh to receive karne ke liye aaye thay.</w:t>
      </w:r>
      <w:r>
        <w:br/>
      </w:r>
      <w:r>
        <w:rPr>
          <w:sz w:val="20"/>
        </w:rPr>
        <w:t>1:34:08  woh bechare aaye thay ke rasool Allah ka aadmi aaya hua hai, chalo is ko receive karte hain.</w:t>
      </w:r>
      <w:r>
        <w:br/>
      </w:r>
      <w:r>
        <w:rPr>
          <w:sz w:val="20"/>
        </w:rPr>
        <w:t>1:34:16  aur unhon ne samjha ke mujhe maarne ke liye aaye hain.</w:t>
      </w:r>
      <w:r>
        <w:br/>
      </w:r>
      <w:r>
        <w:rPr>
          <w:sz w:val="20"/>
        </w:rPr>
        <w:t>1:34:20  to jab aap tehqeeq karenge to pata chalega ke baat kuch thi, baat kuch bandhi gayi.</w:t>
      </w:r>
      <w:r>
        <w:br/>
      </w:r>
      <w:r>
        <w:rPr>
          <w:sz w:val="20"/>
        </w:rPr>
        <w:t>1:34:28  woh kuch na be adabi hoti hai, na gustakhi hoti hai.</w:t>
      </w:r>
      <w:r>
        <w:br/>
      </w:r>
      <w:r>
        <w:rPr>
          <w:sz w:val="20"/>
        </w:rPr>
        <w:t>1:34:33  ek rumour hoti hai, rumour par daud padte hain.</w:t>
      </w:r>
      <w:r>
        <w:br/>
      </w:r>
      <w:r>
        <w:rPr>
          <w:sz w:val="20"/>
        </w:rPr>
        <w:t>1:34:37  ab kya karein? musalmanon mein Allah ka dar nahi hai.</w:t>
      </w:r>
      <w:r>
        <w:br/>
      </w:r>
      <w:r>
        <w:rPr>
          <w:sz w:val="20"/>
        </w:rPr>
        <w:t>1:34:41  basic baat hai, logon ko Allah ka dar nahi hai.</w:t>
      </w:r>
      <w:r>
        <w:br/>
      </w:r>
      <w:r>
        <w:rPr>
          <w:sz w:val="20"/>
        </w:rPr>
        <w:t>1:34:45  be khauf ho gaye hain, be khauf, bilkul theek ho gaye hain.</w:t>
      </w:r>
      <w:r>
        <w:br/>
      </w:r>
      <w:r>
        <w:rPr>
          <w:sz w:val="20"/>
        </w:rPr>
        <w:t>1:34:50  aur anjam ho chuka hai, azadi hai.</w:t>
      </w:r>
      <w:r>
        <w:br/>
      </w:r>
      <w:r>
        <w:rPr>
          <w:sz w:val="20"/>
        </w:rPr>
        <w:t>1:34:53  to is se is waqt har kidhar hoti hai.</w:t>
      </w:r>
      <w:r>
        <w:br/>
      </w:r>
      <w:r>
        <w:rPr>
          <w:sz w:val="20"/>
        </w:rPr>
        <w:t>1:34:57  agar har dictatorship hoti hai to kuch na hota.</w:t>
      </w:r>
      <w:r>
        <w:br/>
      </w:r>
      <w:r>
        <w:rPr>
          <w:sz w:val="20"/>
        </w:rPr>
        <w:t>1:35:01  jaise saudi arab mein sab nahi karte, log jante hain ke wahan par to mamooli baat pakad ke</w:t>
      </w:r>
      <w:r>
        <w:br/>
      </w:r>
      <w:r>
        <w:rPr>
          <w:sz w:val="20"/>
        </w:rPr>
        <w:t>1:35:09  jail mein band kar denge.</w:t>
      </w:r>
      <w:r>
        <w:br/>
      </w:r>
      <w:r>
        <w:rPr>
          <w:sz w:val="20"/>
        </w:rPr>
        <w:t>1:35:11  wahan yeh sab nahi hota.</w:t>
      </w:r>
      <w:r>
        <w:br/>
      </w:r>
      <w:r>
        <w:rPr>
          <w:sz w:val="20"/>
        </w:rPr>
        <w:t>1:35:14  yeh sab azadi ko bhi use kar rahe hain.</w:t>
      </w:r>
      <w:r>
        <w:br/>
      </w:r>
      <w:r>
        <w:rPr>
          <w:sz w:val="20"/>
        </w:rPr>
        <w:t>1:35:17  musalman yahan par na koi be adabi hui hai, na kuch hua.</w:t>
      </w:r>
      <w:r>
        <w:br/>
      </w:r>
      <w:r>
        <w:rPr>
          <w:sz w:val="20"/>
        </w:rPr>
        <w:t>1:35:23  yeh sab rumour thi jis pe itna bada gaon khada hua hai.</w:t>
      </w:r>
      <w:r>
        <w:br/>
      </w:r>
      <w:r>
        <w:rPr>
          <w:sz w:val="20"/>
        </w:rPr>
        <w:t>1:35:28  aur bilashuba is ka islam se koi talluq nahin.</w:t>
      </w:r>
    </w:p>
    <w:p>
      <w:pPr>
        <w:pStyle w:val="Heading2"/>
      </w:pPr>
      <w:r>
        <w:t>Inconsistency in Muslim protests and actions</w:t>
      </w:r>
    </w:p>
    <w:p>
      <w:r>
        <w:rPr>
          <w:color w:val="666666"/>
          <w:sz w:val="18"/>
        </w:rPr>
        <w:t>Society &amp; Dawah · Freedom of Expression in Islam 30 Sept 2012 - Maulana Wahiduddin Khan · 4m 15s · at 58:22 · https://youtu.be/WLlXSyxX8Q4?t=3502</w:t>
      </w:r>
    </w:p>
    <w:p>
      <w:r>
        <w:rPr>
          <w:i/>
        </w:rPr>
        <w:t>“I am puzzled by two different categories of news. Firstly, whenever anyone hurts religious sentiments of Muslims, there is a strong protest by them. Secondly, Muslims themselves damage Buddha statues in Afghanistan, damages the Mahavir statue in UP. Why is there this inconsistency?”</w:t>
      </w:r>
    </w:p>
    <w:p>
      <w:r>
        <w:rPr>
          <w:sz w:val="20"/>
        </w:rPr>
        <w:t>58:22  Maulana, yeh sawal aaya hai Raipur se Idrees sahib ka. unhon ne likha hai: "Maulana sahib, I am puzzled by two different categories of news.</w:t>
      </w:r>
      <w:r>
        <w:br/>
      </w:r>
      <w:r>
        <w:rPr>
          <w:sz w:val="20"/>
        </w:rPr>
        <w:t>58:34  Firstly, whenever anyone hurts religious sentiments of Muslims, there is a strong protest by them. Secondly, Muslims themselves damage Buddha statues in Afghanistan,</w:t>
      </w:r>
      <w:r>
        <w:br/>
      </w:r>
      <w:r>
        <w:rPr>
          <w:sz w:val="20"/>
        </w:rPr>
        <w:t>58:48  damages the Mahavir statue in UP.</w:t>
      </w:r>
      <w:r>
        <w:br/>
      </w:r>
      <w:r>
        <w:rPr>
          <w:sz w:val="20"/>
        </w:rPr>
        <w:t>58:51  All this hurts religious sentiments of others. It shows that Muslims are practicing the same thing what it is fighting against.</w:t>
      </w:r>
      <w:r>
        <w:br/>
      </w:r>
      <w:r>
        <w:rPr>
          <w:sz w:val="20"/>
        </w:rPr>
        <w:t>59:01  It is confusing. Are Muslims in principle against or in favor of the practice of hurting religious sentiments?" Kindly comment.</w:t>
      </w:r>
      <w:r>
        <w:br/>
      </w:r>
      <w:r>
        <w:rPr>
          <w:sz w:val="20"/>
        </w:rPr>
        <w:t>59:12  aap sahi keh rahe hain, jab aadmi</w:t>
      </w:r>
      <w:r>
        <w:br/>
      </w:r>
      <w:r>
        <w:rPr>
          <w:sz w:val="20"/>
        </w:rPr>
        <w:t>59:18  emotional ho jata hai to woh aise hi ban jata hai, contradictory, uska behaviour contradictory behaviour ban jata hai.</w:t>
      </w:r>
      <w:r>
        <w:br/>
      </w:r>
      <w:r>
        <w:rPr>
          <w:sz w:val="20"/>
        </w:rPr>
        <w:t>59:28  yeh jo musalman kar rahe hain, iska taluq na aql se hai, na islam se hai, kisi se nahin. Iske jazbat hain, yeh sirf</w:t>
      </w:r>
      <w:r>
        <w:br/>
      </w:r>
      <w:r>
        <w:rPr>
          <w:sz w:val="20"/>
        </w:rPr>
        <w:t>59:42  yani apne sentiment ko jante hain, apne emotions ko jante hain. Bas jo aadmi bhi jazbat mein rahega, woh uska behaviour jo hai, contradictory behaviour ban jayega.</w:t>
      </w:r>
      <w:r>
        <w:br/>
      </w:r>
      <w:r>
        <w:rPr>
          <w:sz w:val="20"/>
        </w:rPr>
        <w:t>59:58  agar aql pe hote hain, musalman tab bhi aisa nahin karte. Islam pe hote hain, tab bhi aisa nahin karte. Positive thinking ko andar andar hoti hai, tab bhi aisa nahin karte.</w:t>
      </w:r>
      <w:r>
        <w:br/>
      </w:r>
      <w:r>
        <w:rPr>
          <w:sz w:val="20"/>
        </w:rPr>
        <w:t>1:00:07  woh sirf jazbat mein bhare hain, bas jazbat, jazbat, jazbat. Aur unke jo so called leader hain, unke liye ek ek cheap ka protect karne ka bara aasan tareeqa mil gaya hai.</w:t>
      </w:r>
      <w:r>
        <w:br/>
      </w:r>
      <w:r>
        <w:rPr>
          <w:sz w:val="20"/>
        </w:rPr>
        <w:t>1:00:22  yeh sab musalman nahin hain, yeh yeh inke so called leader hain jo inko bharka bharka kar ke aisa kar diya. Main aap ko ek qissa bataoon, Imam Taimiya jo ab imam kahe jate hain, us zamane mein imam nahin kahe jate the.</w:t>
      </w:r>
      <w:r>
        <w:br/>
      </w:r>
      <w:r>
        <w:rPr>
          <w:sz w:val="20"/>
        </w:rPr>
        <w:t>1:00:38  woh to unki mashhoor kitab jo hai, "Al-Saalih bil Rasool" aur "Al-Ishad bil Rasool"</w:t>
      </w:r>
      <w:r>
        <w:br/>
      </w:r>
      <w:r>
        <w:rPr>
          <w:sz w:val="20"/>
        </w:rPr>
        <w:t>1:00:45  . To us waqt us zamane mein kuch ek qissa hua tha, ek Christian ne Rasool Allah ke bare mein ghaliban kuch keh diya tha. To uske baad unhone yeh kitab likhi thi.</w:t>
      </w:r>
      <w:r>
        <w:br/>
      </w:r>
      <w:r>
        <w:rPr>
          <w:sz w:val="20"/>
        </w:rPr>
        <w:t>1:00:57  To Ibn Taymiyyah ne taqreer waghera ki aur ek bheed jama ho gayi, usko le kar ke woh sham mein jo muslim sultan tha, uske paas gaye.</w:t>
      </w:r>
      <w:r>
        <w:br/>
      </w:r>
      <w:r>
        <w:rPr>
          <w:sz w:val="20"/>
        </w:rPr>
        <w:t>1:01:09  To jante hain kya hua? Muslim sultan ne Ibn Taymiyyah ko koday marwaye. Aaj jin ko aap yeh imam kehte hain, jo is kitab ke writer hain, unko koday marwaye.</w:t>
      </w:r>
      <w:r>
        <w:br/>
      </w:r>
      <w:r>
        <w:rPr>
          <w:sz w:val="20"/>
        </w:rPr>
        <w:t>1:01:23  aap ko shakk ho to aap aap yeh sari maloomat internet par maujood hain, aap internet par dekh sakte hain.</w:t>
      </w:r>
      <w:r>
        <w:br/>
      </w:r>
      <w:r>
        <w:rPr>
          <w:sz w:val="20"/>
        </w:rPr>
        <w:t>1:01:35  isko</w:t>
      </w:r>
      <w:r>
        <w:br/>
      </w:r>
      <w:r>
        <w:rPr>
          <w:sz w:val="20"/>
        </w:rPr>
        <w:t>1:01:36  isko sultan ne kaha ke tum ne taqreer kar kar ke bharkaye logon ko, bhark uthe logon ko. Main ne kaun janta janta tha kis ne kaha ke kis ne kaha tha. To innocent, wohi qissa aaj bhi hai.</w:t>
      </w:r>
      <w:r>
        <w:br/>
      </w:r>
      <w:r>
        <w:rPr>
          <w:sz w:val="20"/>
        </w:rPr>
        <w:t>1:01:48  innocence of innocence of muslim jo thi, woh kahin internet pe thi. Kaun janta tha isko? Yeh jo hamare so called leader hain, yahi bharka bharka kar taqreeren karte hain aur bheed jama karte hain.</w:t>
      </w:r>
      <w:r>
        <w:br/>
      </w:r>
      <w:r>
        <w:rPr>
          <w:sz w:val="20"/>
        </w:rPr>
        <w:t>1:02:02  asal mujrim jo hain, yaad rakhiye, awam nahin hain, asal mujrim wohi leader hain jo taqreeren karte hain.</w:t>
      </w:r>
      <w:r>
        <w:br/>
      </w:r>
      <w:r>
        <w:rPr>
          <w:sz w:val="20"/>
        </w:rPr>
        <w:t>1:02:08  jo Quran mein akabir mujrimiyah, akabir mujrimiyah ka matlab yeh hai ke taqreeren karne wale jazbati taqreeren kar ke bharka kar logon ko bheed jama karte hain.</w:t>
      </w:r>
      <w:r>
        <w:br/>
      </w:r>
      <w:r>
        <w:rPr>
          <w:sz w:val="20"/>
        </w:rPr>
        <w:t>1:02:22  yeh hai cheap property gain karne ka bohat aasan nuskha. To aise log aise hi karenge, yani unka unka behaviour hamesha contradictory behaviour rahega.</w:t>
      </w:r>
    </w:p>
    <w:p>
      <w:pPr>
        <w:pStyle w:val="Heading2"/>
      </w:pPr>
      <w:r>
        <w:t>Increasing conviction for dawa work</w:t>
      </w:r>
    </w:p>
    <w:p>
      <w:r>
        <w:rPr>
          <w:color w:val="666666"/>
          <w:sz w:val="18"/>
        </w:rPr>
        <w:t>Society &amp; Dawah · Purpose of Human Life February 12, 2012 Maulana Wahiduddin Khan · 2m 28s · at 1:36:28 · https://youtu.be/gRupSXuak-w?t=5788</w:t>
      </w:r>
    </w:p>
    <w:p>
      <w:r>
        <w:rPr>
          <w:i/>
        </w:rPr>
        <w:t>“Quran being a preserved book of God gives us such a lot of conviction. How can we increase this thought in our mind to do better dawa work?”</w:t>
      </w:r>
    </w:p>
    <w:p>
      <w:r>
        <w:rPr>
          <w:sz w:val="20"/>
        </w:rPr>
        <w:t>1:36:28  maulana, agla sawal delhi se miss naghma siddiqui ka hai. unhon ne likha hai: "quran being a preserved book of god gives us such a lot of conviction.</w:t>
      </w:r>
      <w:r>
        <w:br/>
      </w:r>
      <w:r>
        <w:rPr>
          <w:sz w:val="20"/>
        </w:rPr>
        <w:t>1:36:39  how can we increase this thought in our mind to do better dawa work?"</w:t>
      </w:r>
      <w:r>
        <w:br/>
      </w:r>
      <w:r>
        <w:rPr>
          <w:sz w:val="20"/>
        </w:rPr>
        <w:t>1:36:48  han, yeh to bohat achi baat hai. yani dawa work karne ka jazba is waqt aur badh jayega jab aap samjhen ke main hi woh shakhs hoon jis ke pas preserved book hai aur kisi ke pas preserved book nahin.</w:t>
      </w:r>
      <w:r>
        <w:br/>
      </w:r>
      <w:r>
        <w:rPr>
          <w:sz w:val="20"/>
        </w:rPr>
        <w:t>1:37:03  yeh to bohat bari cheez hai. kyun k jitni bhi mazhab ki kitabein doosri hain, woh sab yaani original form mein nahi hain.</w:t>
      </w:r>
      <w:r>
        <w:br/>
      </w:r>
      <w:r>
        <w:rPr>
          <w:sz w:val="20"/>
        </w:rPr>
        <w:t>1:37:13  koi bhi kitab nahi.</w:t>
      </w:r>
      <w:r>
        <w:br/>
      </w:r>
      <w:r>
        <w:rPr>
          <w:sz w:val="20"/>
        </w:rPr>
        <w:t>1:37:16  sab mein alteration ho chuka hai, sab mein changes ho chuke hain, sab k historical credibility doubtfull hai. lekin Quran jo hai, poori tarah mehfooz hai.</w:t>
      </w:r>
      <w:r>
        <w:br/>
      </w:r>
      <w:r>
        <w:rPr>
          <w:sz w:val="20"/>
        </w:rPr>
        <w:t>1:37:28  poori tarah woh yaani yaqeen kar sakte hain aap k yeh yeh wohi Quran hai jo Rasool Allah ko Allah taala ne seven century mein diya</w:t>
      </w:r>
      <w:r>
        <w:br/>
      </w:r>
      <w:r>
        <w:rPr>
          <w:sz w:val="20"/>
        </w:rPr>
        <w:t>1:37:37  tha.yeh yaqeen to bohat toofani bana deta hai daai ko k mere paas woh cheez hai jo kis duniya mein kisi k paas nahi.</w:t>
      </w:r>
      <w:r>
        <w:br/>
      </w:r>
      <w:r>
        <w:rPr>
          <w:sz w:val="20"/>
        </w:rPr>
        <w:t>1:37:48  yeh to aise hi hai jaise k ek aadmi tijarat karna chahta ho aur pata chalay k shehar mein is paas jo item bechne k shehar mein kisi k paas nahi hai.</w:t>
      </w:r>
      <w:r>
        <w:br/>
      </w:r>
      <w:r>
        <w:rPr>
          <w:sz w:val="20"/>
        </w:rPr>
        <w:t>1:37:57  to woh andha dhund ja kar market mein baith jaye ga k mere paas woh item hai jo kisi k paas nahi hai. to to log toot padenge is ko khareedne k liye.</w:t>
      </w:r>
      <w:r>
        <w:br/>
      </w:r>
      <w:r>
        <w:rPr>
          <w:sz w:val="20"/>
        </w:rPr>
        <w:t>1:38:07  to yeh bohat bari mein bataon k yaani yaqeen ka samandar aap k andar aa jaye ga jab aap yeh sochien k kaisa ajeeb hai bara muamla k duniya mein kisi k paas woh kitab nahi hai jis k paas baray mein woh kis kahay k yeh preserved book of God hai,</w:t>
      </w:r>
      <w:r>
        <w:br/>
      </w:r>
      <w:r>
        <w:rPr>
          <w:sz w:val="20"/>
        </w:rPr>
        <w:t>1:38:28  authentic book of God hai, kisi k paas nahi hai.</w:t>
      </w:r>
      <w:r>
        <w:br/>
      </w:r>
      <w:r>
        <w:rPr>
          <w:sz w:val="20"/>
        </w:rPr>
        <w:t>1:38:32  to jab aap Quran ko le kar uthenge to aap k andar ek athah samandar ka mani dekhen, yaqeen uble ga aur aur bilkul near bila khauf aap kood padenge har jagah aur us ko ja kar logon ko pohnchainge.</w:t>
      </w:r>
      <w:r>
        <w:br/>
      </w:r>
      <w:r>
        <w:rPr>
          <w:sz w:val="20"/>
        </w:rPr>
        <w:t>1:38:50  andar ka yaqeen jo hai aap ka, woh aap ko hero bana de ga.</w:t>
      </w:r>
    </w:p>
    <w:p>
      <w:pPr>
        <w:pStyle w:val="Heading2"/>
      </w:pPr>
      <w:r>
        <w:t>Increasing conviction from Quran for dawah</w:t>
      </w:r>
    </w:p>
    <w:p>
      <w:r>
        <w:rPr>
          <w:color w:val="666666"/>
          <w:sz w:val="18"/>
        </w:rPr>
        <w:t>Society &amp; Dawah · Purpose Of Human Life -12th Feb. '12 · 2m 25s · at 1:40:29 · https://youtu.be/TCGYvGJHf7w?t=6029</w:t>
      </w:r>
    </w:p>
    <w:p>
      <w:r>
        <w:rPr>
          <w:i/>
        </w:rPr>
        <w:t>“The Quran being a preserved book of God gives us a lot of conviction. How can we increase this thought in our mind to do better dawah work?”</w:t>
      </w:r>
    </w:p>
    <w:p>
      <w:r>
        <w:rPr>
          <w:sz w:val="20"/>
        </w:rPr>
        <w:t>1:40:29  Maulana, agla sawal dilli se Miss Naghma Siddiqui ka hai.</w:t>
      </w:r>
      <w:r>
        <w:br/>
      </w:r>
      <w:r>
        <w:rPr>
          <w:sz w:val="20"/>
        </w:rPr>
        <w:t>1:40:34  unhon ne likha hai Quran being a preserved book of God gives us such a lot of conviction.</w:t>
      </w:r>
      <w:r>
        <w:br/>
      </w:r>
      <w:r>
        <w:rPr>
          <w:sz w:val="20"/>
        </w:rPr>
        <w:t>1:40:39  How can we increase this thought in our mind to do better da'wa work?</w:t>
      </w:r>
      <w:r>
        <w:br/>
      </w:r>
      <w:r>
        <w:rPr>
          <w:sz w:val="20"/>
        </w:rPr>
        <w:t>1:40:43  haan, yeh to bohat achi baat hai.</w:t>
      </w:r>
      <w:r>
        <w:br/>
      </w:r>
      <w:r>
        <w:rPr>
          <w:sz w:val="20"/>
        </w:rPr>
        <w:t>1:40:48  yani da'wa work karne ka jazba is waqt aur barh jayega jab aap samjhein ke main hi</w:t>
      </w:r>
      <w:r>
        <w:br/>
      </w:r>
      <w:r>
        <w:rPr>
          <w:sz w:val="20"/>
        </w:rPr>
        <w:t>1:40:53  woh shakhs hoon jis ke paas preserved book hai aur kisi ke paas preserved book nahi hai.</w:t>
      </w:r>
      <w:r>
        <w:br/>
      </w:r>
      <w:r>
        <w:rPr>
          <w:sz w:val="20"/>
        </w:rPr>
        <w:t>1:40:57  yeh to bohat bari cheez hai.</w:t>
      </w:r>
      <w:r>
        <w:br/>
      </w:r>
      <w:r>
        <w:rPr>
          <w:sz w:val="20"/>
        </w:rPr>
        <w:t>1:41:02  kyunke jitni bhi mazhab ki kitabein doosri hain, woh sab yaani original form mein nahi hain.</w:t>
      </w:r>
      <w:r>
        <w:br/>
      </w:r>
      <w:r>
        <w:rPr>
          <w:sz w:val="20"/>
        </w:rPr>
        <w:t>1:41:07  koi bhi kitab nahi hai.</w:t>
      </w:r>
      <w:r>
        <w:br/>
      </w:r>
      <w:r>
        <w:rPr>
          <w:sz w:val="20"/>
        </w:rPr>
        <w:t>1:41:11  sab mein alteration ho chuka hai, sab mein changes ho chuke hain.</w:t>
      </w:r>
      <w:r>
        <w:br/>
      </w:r>
      <w:r>
        <w:rPr>
          <w:sz w:val="20"/>
        </w:rPr>
        <w:t>1:41:16  sab ki historical credibility doubtful hai.</w:t>
      </w:r>
      <w:r>
        <w:br/>
      </w:r>
      <w:r>
        <w:rPr>
          <w:sz w:val="20"/>
        </w:rPr>
        <w:t>1:41:21  lekin quran jo hai poori tarah mehfooz hai.</w:t>
      </w:r>
      <w:r>
        <w:br/>
      </w:r>
      <w:r>
        <w:rPr>
          <w:sz w:val="20"/>
        </w:rPr>
        <w:t>1:41:25  poori tarah woh yaani yaqeen kar sakte hain aap ke yeh wahi quran hai jo rasool Allah ko</w:t>
      </w:r>
      <w:r>
        <w:br/>
      </w:r>
      <w:r>
        <w:rPr>
          <w:sz w:val="20"/>
        </w:rPr>
        <w:t>1:41:30  Allah taala ne seventh century mein diya tha.</w:t>
      </w:r>
      <w:r>
        <w:br/>
      </w:r>
      <w:r>
        <w:rPr>
          <w:sz w:val="20"/>
        </w:rPr>
        <w:t>1:41:35  yeh yaqeen to bohat toofani bana deta hai daai ko.</w:t>
      </w:r>
      <w:r>
        <w:br/>
      </w:r>
      <w:r>
        <w:rPr>
          <w:sz w:val="20"/>
        </w:rPr>
        <w:t>1:41:39  ke mere paas woh cheez hai jo duniya mein kisi ke paas bhi nahi hai.</w:t>
      </w:r>
      <w:r>
        <w:br/>
      </w:r>
      <w:r>
        <w:rPr>
          <w:sz w:val="20"/>
        </w:rPr>
        <w:t>1:41:44  yeh to aise hi hai jaise ke ek aadmi tijarat karna chahta ho aur pata chale ke shehar</w:t>
      </w:r>
      <w:r>
        <w:br/>
      </w:r>
      <w:r>
        <w:rPr>
          <w:sz w:val="20"/>
        </w:rPr>
        <w:t>1:41:49  mein is ke paas jo item hai bechne ke shehar mein kisi ke paas nahi hai.</w:t>
      </w:r>
      <w:r>
        <w:br/>
      </w:r>
      <w:r>
        <w:rPr>
          <w:sz w:val="20"/>
        </w:rPr>
        <w:t>1:41:53  to woh andha dhund ja kar market mein baith jayega.</w:t>
      </w:r>
      <w:r>
        <w:br/>
      </w:r>
      <w:r>
        <w:rPr>
          <w:sz w:val="20"/>
        </w:rPr>
        <w:t>1:41:58  ke mere paas woh item hai jo kisi ke paas nahi hai, to yeh to log toot padenge</w:t>
      </w:r>
      <w:r>
        <w:br/>
      </w:r>
      <w:r>
        <w:rPr>
          <w:sz w:val="20"/>
        </w:rPr>
        <w:t>1:42:03  iske khareedne ke liye.</w:t>
      </w:r>
      <w:r>
        <w:br/>
      </w:r>
      <w:r>
        <w:rPr>
          <w:sz w:val="20"/>
        </w:rPr>
        <w:t>1:42:07  to yeh bohat bari mein bataun ke yaani yaqeen ka samandar aap ke andar aa jayega jab</w:t>
      </w:r>
      <w:r>
        <w:br/>
      </w:r>
      <w:r>
        <w:rPr>
          <w:sz w:val="20"/>
        </w:rPr>
        <w:t>1:42:12  aap yeh sochein ke kaisa ajeeb hai bara muamla ke duniya mein kisi ke paas woh kitab nahi</w:t>
      </w:r>
      <w:r>
        <w:br/>
      </w:r>
      <w:r>
        <w:rPr>
          <w:sz w:val="20"/>
        </w:rPr>
        <w:t>1:42:17  hai jis ke baray mein woh keh sakein ke yeh preserved book of God hai.</w:t>
      </w:r>
      <w:r>
        <w:br/>
      </w:r>
      <w:r>
        <w:rPr>
          <w:sz w:val="20"/>
        </w:rPr>
        <w:t>1:42:21  Authentic book of God hai.</w:t>
      </w:r>
      <w:r>
        <w:br/>
      </w:r>
      <w:r>
        <w:rPr>
          <w:sz w:val="20"/>
        </w:rPr>
        <w:t>1:42:26  kisi ke paas nahi hai.</w:t>
      </w:r>
      <w:r>
        <w:br/>
      </w:r>
      <w:r>
        <w:rPr>
          <w:sz w:val="20"/>
        </w:rPr>
        <w:t>1:42:31  to jab aap quran ko le ke uthenge to aap ke andar ek athah samandar ka maani</w:t>
      </w:r>
      <w:r>
        <w:br/>
      </w:r>
      <w:r>
        <w:rPr>
          <w:sz w:val="20"/>
        </w:rPr>
        <w:t>1:42:35  dekhein, yaqeen ublega.</w:t>
      </w:r>
      <w:r>
        <w:br/>
      </w:r>
      <w:r>
        <w:rPr>
          <w:sz w:val="20"/>
        </w:rPr>
        <w:t>1:42:40  aur aur bilkul bila khauf kood padenge har jagah.</w:t>
      </w:r>
      <w:r>
        <w:br/>
      </w:r>
      <w:r>
        <w:rPr>
          <w:sz w:val="20"/>
        </w:rPr>
        <w:t>1:42:45  aur us ko ja kar logon ko pahunchayenge.</w:t>
      </w:r>
      <w:r>
        <w:br/>
      </w:r>
      <w:r>
        <w:rPr>
          <w:sz w:val="20"/>
        </w:rPr>
        <w:t>1:42:49  andar ka yaqeen jo hai aap ka woh aap ko hero bana dega.</w:t>
      </w:r>
    </w:p>
    <w:p>
      <w:pPr>
        <w:pStyle w:val="Heading2"/>
      </w:pPr>
      <w:r>
        <w:t>Inculcating struggle for nation building</w:t>
      </w:r>
    </w:p>
    <w:p>
      <w:r>
        <w:rPr>
          <w:color w:val="666666"/>
          <w:sz w:val="18"/>
        </w:rPr>
        <w:t>Society &amp; Dawah · Nation Building On India's Republic Day Jan 26, 2020 Maulana Wahiduddin Khan · 2m 16s · at 49:55 · https://youtu.be/58CVocbLAb8?t=2995</w:t>
      </w:r>
    </w:p>
    <w:p>
      <w:r>
        <w:rPr>
          <w:i/>
        </w:rPr>
        <w:t>“We always inculcate a spirit of struggle towards our own development. How should we inculcate the same for the nation? How should we contribute towards nation building?”</w:t>
      </w:r>
    </w:p>
    <w:p>
      <w:r>
        <w:rPr>
          <w:sz w:val="20"/>
        </w:rPr>
        <w:t>49:55  jazak allah khair for your striving ideas like this." mashallah. molana agla sawal gawah se aamir mori sahab ne bhi bejha hai.</w:t>
      </w:r>
      <w:r>
        <w:br/>
      </w:r>
      <w:r>
        <w:rPr>
          <w:sz w:val="20"/>
        </w:rPr>
        <w:t>50:05  unhon ne likha hai: "molana sahab we always inculcate a spirit of struggle towards our own development.</w:t>
      </w:r>
      <w:r>
        <w:br/>
      </w:r>
      <w:r>
        <w:rPr>
          <w:sz w:val="20"/>
        </w:rPr>
        <w:t>50:14  how should we inculcate the same for nation? how should we contribute towards nation building?</w:t>
      </w:r>
      <w:r>
        <w:br/>
      </w:r>
      <w:r>
        <w:rPr>
          <w:sz w:val="20"/>
        </w:rPr>
        <w:t>50:22  kindly advise all of us." dekhein hum to nation ka part hain part. jis tarah maa jis tarah mein apni maa ka part hoon.</w:t>
      </w:r>
      <w:r>
        <w:br/>
      </w:r>
      <w:r>
        <w:rPr>
          <w:sz w:val="20"/>
        </w:rPr>
        <w:t>50:36  isi tarah se mein nation ka part hoon. mother land ka jo mother land ka jo concept hai woh bilkul sahi manta hoon mein is ko.</w:t>
      </w:r>
      <w:r>
        <w:br/>
      </w:r>
      <w:r>
        <w:rPr>
          <w:sz w:val="20"/>
        </w:rPr>
        <w:t>50:48  bilkul sahi manta hoon mein.</w:t>
      </w:r>
      <w:r>
        <w:br/>
      </w:r>
      <w:r>
        <w:rPr>
          <w:sz w:val="20"/>
        </w:rPr>
        <w:t>50:55  ek ek riwayat aati hai. ek riwayat aati hai ke rasool allah sallallahu alaihi wasallam ek bar ek safar mein gaye to to un ki jo maa thi rasool allah ki jo maa thi kaha jata hai ke woh rastay mein un ka intiqal ho gaya tha aur rastay mein un ki qabar banai gayi thi.</w:t>
      </w:r>
      <w:r>
        <w:br/>
      </w:r>
      <w:r>
        <w:rPr>
          <w:sz w:val="20"/>
        </w:rPr>
        <w:t>51:16  to rasool allah ko jab maloom hua ke yeh meri maa ki qabar hai to wahan woh thehar gaye aur ronay lage aap. rasool allah roye wahan par.</w:t>
      </w:r>
      <w:r>
        <w:br/>
      </w:r>
      <w:r>
        <w:rPr>
          <w:sz w:val="20"/>
        </w:rPr>
        <w:t>51:26  to jis tarah aap apni maa ke liye ek love paida karte hain apne andar. maa se aap ko mohabbat hoti hai. to jis tarah maa se mohabbat hoti hai isi tarah se fitri taur par aap ko apne watan se mohabbat hoti hai.</w:t>
      </w:r>
      <w:r>
        <w:br/>
      </w:r>
      <w:r>
        <w:rPr>
          <w:sz w:val="20"/>
        </w:rPr>
        <w:t>51:43  mujhe to jaiz tajurba hai aur yahi mein samajhta hoon ke deen ka taqaza bhi hai.</w:t>
      </w:r>
      <w:r>
        <w:br/>
      </w:r>
      <w:r>
        <w:rPr>
          <w:sz w:val="20"/>
        </w:rPr>
        <w:t>51:55  we would like to tell all the viewers that molana's article on patriotism will be coming in the march twenty twenty al risala.</w:t>
      </w:r>
      <w:r>
        <w:br/>
      </w:r>
      <w:r>
        <w:rPr>
          <w:sz w:val="20"/>
        </w:rPr>
        <w:t>52:05  so you should all read that article on patriotism. it will be published next month.</w:t>
      </w:r>
    </w:p>
    <w:p>
      <w:pPr>
        <w:pStyle w:val="Heading2"/>
      </w:pPr>
      <w:r>
        <w:t>Is Dawah and Tabligh compulsory?</w:t>
      </w:r>
    </w:p>
    <w:p>
      <w:r>
        <w:rPr>
          <w:color w:val="666666"/>
          <w:sz w:val="18"/>
        </w:rPr>
        <w:t>Society &amp; Dawah · God in the Age of Science January 08, 2017 · 2m 18s · at 1:10:45 · https://youtu.be/au1bRdQDZ0U?t=4245</w:t>
      </w:r>
    </w:p>
    <w:p>
      <w:r>
        <w:rPr>
          <w:i/>
        </w:rPr>
        <w:t>“I have heard from an Islamic scholar that Dawah and Tabligh are not compulsory, but there should be a group that should bring people towards Allah. What is your opinion?”</w:t>
      </w:r>
    </w:p>
    <w:p>
      <w:r>
        <w:rPr>
          <w:sz w:val="20"/>
        </w:rPr>
        <w:t>1:10:45  development ka process aap jari karte hain dono baatein Maulana agla sawal dilli se mashood farooqi sahib ne</w:t>
      </w:r>
      <w:r>
        <w:br/>
      </w:r>
      <w:r>
        <w:rPr>
          <w:sz w:val="20"/>
        </w:rPr>
        <w:t>1:10:53  کیا ہے انہوں نے لکھا ہے I have heard from an Islamic scholar that dawat aur tableegh is</w:t>
      </w:r>
      <w:r>
        <w:br/>
      </w:r>
      <w:r>
        <w:rPr>
          <w:sz w:val="20"/>
        </w:rPr>
        <w:t>1:11:01  not compulsory but there should be a Jamaat that should bring people towards Allah Maulana what is your</w:t>
      </w:r>
      <w:r>
        <w:br/>
      </w:r>
      <w:r>
        <w:rPr>
          <w:sz w:val="20"/>
        </w:rPr>
        <w:t>1:11:08  view on this yeh bilkul galat baatein hain bilkul galat baatein hain hundred percent be asal baatein hain</w:t>
      </w:r>
      <w:r>
        <w:br/>
      </w:r>
      <w:r>
        <w:rPr>
          <w:sz w:val="20"/>
        </w:rPr>
        <w:t>1:11:16  jo aadmi Quran o Hadees ka hawala na de us ko jhoota samjhiye yeh baatein kehte hain baghair</w:t>
      </w:r>
      <w:r>
        <w:br/>
      </w:r>
      <w:r>
        <w:rPr>
          <w:sz w:val="20"/>
        </w:rPr>
        <w:t>1:11:24  hawale ke kahan Quran o Hadees mein likha hua hai yaad rakhiye jo aadmi ek baat kahe aur</w:t>
      </w:r>
      <w:r>
        <w:br/>
      </w:r>
      <w:r>
        <w:rPr>
          <w:sz w:val="20"/>
        </w:rPr>
        <w:t>1:11:32  us ne hawala na diya ho Quran o Hadees ka woh jhoot bolta hai use puchiye use keh</w:t>
      </w:r>
      <w:r>
        <w:br/>
      </w:r>
      <w:r>
        <w:rPr>
          <w:sz w:val="20"/>
        </w:rPr>
        <w:t>1:11:39  kis quran ki aisa nikalte ho kis hadith se aisa nikalte ho to ji bohat hi sakht baat</w:t>
      </w:r>
      <w:r>
        <w:br/>
      </w:r>
      <w:r>
        <w:rPr>
          <w:sz w:val="20"/>
        </w:rPr>
        <w:t>1:11:47  hai ke aadmi apne zaban se bole aap ko chahiye quran ko padhein hadith ko padhein aur phir</w:t>
      </w:r>
      <w:r>
        <w:br/>
      </w:r>
      <w:r>
        <w:rPr>
          <w:sz w:val="20"/>
        </w:rPr>
        <w:t>1:11:55  jaanen ke waat is truth aur phir bolein hawale ke sath molana iqbal umri ne chennai se sawal</w:t>
      </w:r>
      <w:r>
        <w:br/>
      </w:r>
      <w:r>
        <w:rPr>
          <w:sz w:val="20"/>
        </w:rPr>
        <w:t>1:12:02  bheja hai unhon ne likha hai universal iman ke liye bhi aur universal dawah opportunities ke liye supportive</w:t>
      </w:r>
      <w:r>
        <w:br/>
      </w:r>
      <w:r>
        <w:rPr>
          <w:sz w:val="20"/>
        </w:rPr>
        <w:t>1:12:10  age ki zarorat thi wahi ye new age hai molana sahib sahih hamd ke liye kya cheez rukawat</w:t>
      </w:r>
      <w:r>
        <w:br/>
      </w:r>
      <w:r>
        <w:rPr>
          <w:sz w:val="20"/>
        </w:rPr>
        <w:t>1:12:18  bani hai is ke bare mein bataein mein to samajhta hoon yahi bani ke ke aain waqt par</w:t>
      </w:r>
      <w:r>
        <w:br/>
      </w:r>
      <w:r>
        <w:rPr>
          <w:sz w:val="20"/>
        </w:rPr>
        <w:t>1:12:26  shaitan ne hum musalmanon ko negative thought mein phansa diya ke ye dushman hamare hain best hamara dushman</w:t>
      </w:r>
      <w:r>
        <w:br/>
      </w:r>
      <w:r>
        <w:rPr>
          <w:sz w:val="20"/>
        </w:rPr>
        <w:t>1:12:33  hai bohat hi hoshiyari ke sath shaitan ne divert kar diya isi zamane mein aap jante hain ke</w:t>
      </w:r>
      <w:r>
        <w:br/>
      </w:r>
      <w:r>
        <w:rPr>
          <w:sz w:val="20"/>
        </w:rPr>
        <w:t>1:12:41  jis zamane mein ye science ubhri hai yani 400 saal ke darmian science ka development 400 saal hua</w:t>
      </w:r>
      <w:r>
        <w:br/>
      </w:r>
      <w:r>
        <w:rPr>
          <w:sz w:val="20"/>
        </w:rPr>
        <w:t>1:12:49  hai isi darmian mein shaitan ne musalmanon ko mahan mein dal diya ye bhi to dushman tumhare hain</w:t>
      </w:r>
      <w:r>
        <w:br/>
      </w:r>
      <w:r>
        <w:rPr>
          <w:sz w:val="20"/>
        </w:rPr>
        <w:t>1:12:56  ye ye shaitani waswasa hai allazi waswasa fi sudoor al-nas to hamein naoozubillah kehna parega naooz</w:t>
      </w:r>
    </w:p>
    <w:p>
      <w:pPr>
        <w:pStyle w:val="Heading2"/>
      </w:pPr>
      <w:r>
        <w:t>Is Islamic Khilafat concept dajjaliat?</w:t>
      </w:r>
    </w:p>
    <w:p>
      <w:r>
        <w:rPr>
          <w:color w:val="666666"/>
          <w:sz w:val="18"/>
        </w:rPr>
        <w:t>Society &amp; Dawah · Problem of Dajjal 29 sept, 2019 - Maulana Wahiduddin Khan · 2m 06s · at 1:10:07 · https://youtu.be/PL-Kv-sE68w?t=4207</w:t>
      </w:r>
    </w:p>
    <w:p>
      <w:r>
        <w:rPr>
          <w:i/>
        </w:rPr>
        <w:t>“In our syllabus books we read Islamiyat. In the book we read many times that Islam is a complete way of life. Dr. Israr, who was a famous scholar, his teachings were also based on the fact that Muslims should emphasize Islamic system of Khilafat. I want to ask whether this concept of Islamic system of Khilafat is also dajjaliat?”</w:t>
      </w:r>
    </w:p>
    <w:p>
      <w:r>
        <w:rPr>
          <w:sz w:val="20"/>
        </w:rPr>
        <w:t>1:10:07  Maulana, agla sawal Pakistan se bheja hai Miss Shaista Ramzan ne. Unhon ne likha hai: "Maulana sahib, in our syllabus books we read Islamiyat.</w:t>
      </w:r>
      <w:r>
        <w:br/>
      </w:r>
      <w:r>
        <w:rPr>
          <w:sz w:val="20"/>
        </w:rPr>
        <w:t>1:10:20  in the book we read many times that Islam is a complete way of life. Dr. Israr, who was a famous scholar.</w:t>
      </w:r>
      <w:r>
        <w:br/>
      </w:r>
      <w:r>
        <w:rPr>
          <w:sz w:val="20"/>
        </w:rPr>
        <w:t>1:10:29  His teachings were also based on the fact that Muslims should emphasize Islamic nizam-e-khilafat. I want to ask whether this concept of Islamic nizam-e-khilafat is also dajaliat." Yaqin, yaqin, yaqin,</w:t>
      </w:r>
      <w:r>
        <w:br/>
      </w:r>
      <w:r>
        <w:rPr>
          <w:sz w:val="20"/>
        </w:rPr>
        <w:t>1:10:48  ap agar is ko folo karte hain to ye kahiye ke main flan sahib ke nazariye ko manti hun, jaise daktar asrar ke nazariye ko manti hun.</w:t>
      </w:r>
      <w:r>
        <w:br/>
      </w:r>
      <w:r>
        <w:rPr>
          <w:sz w:val="20"/>
        </w:rPr>
        <w:t>1:10:58  un ka nam lijye, ap quran ka nam kyu lete hain, hadis ke nam kyu lete hain, islam ke nam kyu lete hain? ap to foloar hain ek insan ka, ko folo kar rahi hain jis ka nam hai daktar asrar.</w:t>
      </w:r>
      <w:r>
        <w:br/>
      </w:r>
      <w:r>
        <w:rPr>
          <w:sz w:val="20"/>
        </w:rPr>
        <w:t>1:11:13  to ap isi ka nam lijye to mujhe koi etraz nahi hoga.</w:t>
      </w:r>
    </w:p>
    <w:p>
      <w:pPr>
        <w:pStyle w:val="Heading2"/>
      </w:pPr>
      <w:r>
        <w:t>Is Partition in Islam's Name Wrong?</w:t>
      </w:r>
    </w:p>
    <w:p>
      <w:r>
        <w:rPr>
          <w:color w:val="666666"/>
          <w:sz w:val="18"/>
        </w:rPr>
        <w:t>Society &amp; Dawah · Islam and Violence October 12, 2014 · 2m 25s · at 1:06:53 · https://youtu.be/KmpXYZjPlj8?t=4013</w:t>
      </w:r>
    </w:p>
    <w:p>
      <w:r>
        <w:rPr>
          <w:i/>
        </w:rPr>
        <w:t>“Moulana, just for gaining knowledge, if I want to know whether partition of a country in the name of Islam is wrong, then how is it possible to increase the believers of Islam? Because as people accept the Islamic faith, their population will demand partition, as other believers would not like the faith and style of Islam. What is your comment?”</w:t>
      </w:r>
    </w:p>
    <w:p>
      <w:r>
        <w:rPr>
          <w:sz w:val="20"/>
        </w:rPr>
        <w:t>1:06:53  maulana, agla sawal dilli se hai shahab haider sahab ka, aur unhon ne likha hai: "maulana, just for gaining knowledge, if i want to know that if partition of a country in the name of islam is wrong, then how it is it possible to increase the believers of islam</w:t>
      </w:r>
      <w:r>
        <w:br/>
      </w:r>
      <w:r>
        <w:rPr>
          <w:sz w:val="20"/>
        </w:rPr>
        <w:t>1:07:15  ? because as people accept islamic faith, their population will demand for partition, as other believers would not like the faith and style of islam.</w:t>
      </w:r>
      <w:r>
        <w:br/>
      </w:r>
      <w:r>
        <w:rPr>
          <w:sz w:val="20"/>
        </w:rPr>
        <w:t>1:07:28  what is your comment?" dekhiye, yeh logic aap ki sahi nahi hai. basic baat yeh aap mujhe bataiye ke partition quran o hadith mein kahan likha hua hai?</w:t>
      </w:r>
      <w:r>
        <w:br/>
      </w:r>
      <w:r>
        <w:rPr>
          <w:sz w:val="20"/>
        </w:rPr>
        <w:t>1:07:39  rasool Allah ne kaha makkah bare mein kaha ke makkah mujhe partition kar ke adha hissa do, mujhe mein madine nahi jaunga. jab makkah walon ne pareshan kiya, aap madine chale gaye to aap kehte hain ke mujhe madina nahi jana, mujhe ek hissa partition kar ke do makkah ka, mein yahan rahunga, mera watan hai yeh.</w:t>
      </w:r>
      <w:r>
        <w:br/>
      </w:r>
      <w:r>
        <w:rPr>
          <w:sz w:val="20"/>
        </w:rPr>
        <w:t>1:08:00  to partition ka concept pehle quran o hadith mein nikaliye, phir is par baatein kahiye. yeh sab logic jo aap ki hai, bilkul irrelevant hai.</w:t>
      </w:r>
      <w:r>
        <w:br/>
      </w:r>
      <w:r>
        <w:rPr>
          <w:sz w:val="20"/>
        </w:rPr>
        <w:t>1:08:10  sab se pehla kaam yeh hai ke jo aadmi partition ko sahi samajhta hai, woh mujhe bataye ke quran o hadith mein kahan hai partition concept?</w:t>
      </w:r>
      <w:r>
        <w:br/>
      </w:r>
      <w:r>
        <w:rPr>
          <w:sz w:val="20"/>
        </w:rPr>
        <w:t>1:08:19  woh to hai hi nahi.</w:t>
      </w:r>
      <w:r>
        <w:br/>
      </w:r>
      <w:r>
        <w:rPr>
          <w:sz w:val="20"/>
        </w:rPr>
        <w:t>1:08:24  bilkul yeh yani ajnabi hai yeh tasawwur quran o hadith mein.</w:t>
      </w:r>
      <w:r>
        <w:br/>
      </w:r>
      <w:r>
        <w:rPr>
          <w:sz w:val="20"/>
        </w:rPr>
        <w:t>1:08:30  mein ne bar bar parha hai quran o hadith ko, sunnat rasool ko, mujhe to kahin mila nahi. kisi ko mila hai to mujhe bataye, woh kahan woh ayat hai, kahan woh hadith hai jahan partition ka tasawwur maujood hai?</w:t>
      </w:r>
      <w:r>
        <w:br/>
      </w:r>
      <w:r>
        <w:rPr>
          <w:sz w:val="20"/>
        </w:rPr>
        <w:t>1:08:47  islam yeh hai ke aap sare insano ko ek samjhein, sari dunya ko Allah ka banda samjhein, aur sab ko yeksan darje mein sab se mohabbat karein.</w:t>
      </w:r>
      <w:r>
        <w:br/>
      </w:r>
      <w:r>
        <w:rPr>
          <w:sz w:val="20"/>
        </w:rPr>
        <w:t>1:09:00  sab yeksan darje mein sab ke khair khwahon, aur ek hi cheez aap ka nishana hona chahiye, woh hai Allah ke bhagaon ko bachana. bas aur koi nishana nahi.</w:t>
      </w:r>
    </w:p>
    <w:p>
      <w:pPr>
        <w:pStyle w:val="Heading2"/>
      </w:pPr>
      <w:r>
        <w:t>Is Political Success from Patience and Piety?</w:t>
      </w:r>
    </w:p>
    <w:p>
      <w:r>
        <w:rPr>
          <w:color w:val="666666"/>
          <w:sz w:val="18"/>
        </w:rPr>
        <w:t>Society &amp; Dawah · Story of the Prophet Yusuf May 11, 2014 Maulana Wahiduddin Khan · 2m 38s · at 53:19 · https://youtu.be/2alsBthUWhw?t=3199</w:t>
      </w:r>
    </w:p>
    <w:p>
      <w:r>
        <w:rPr>
          <w:i/>
        </w:rPr>
        <w:t>“Some people think that the best that comes from patience and piety is political success. Is this understanding correct?”</w:t>
      </w:r>
    </w:p>
    <w:p>
      <w:r>
        <w:rPr>
          <w:sz w:val="20"/>
        </w:rPr>
        <w:t>53:19  maulana agla sawal bangalore se hai.</w:t>
      </w:r>
      <w:r>
        <w:br/>
      </w:r>
      <w:r>
        <w:rPr>
          <w:sz w:val="20"/>
        </w:rPr>
        <w:t>53:22  abrar mudassir sahab ne bheja hai. unhon ne likha hai: "maulana kuch log aisa samajhte hain ke sabr aur taqwa se jo best milne wala hai woh hai siyasi kamyabi.</w:t>
      </w:r>
      <w:r>
        <w:br/>
      </w:r>
      <w:r>
        <w:rPr>
          <w:sz w:val="20"/>
        </w:rPr>
        <w:t>53:37  maulana kya aisa samajhna sahi hai?" yeh to jhoot hai. jhoot mere paas koi lafz nahin is ke liye. jhoot main is liye keh raha hoon ke quran ki koi ayat pesh karen yeh log.</w:t>
      </w:r>
      <w:r>
        <w:br/>
      </w:r>
      <w:r>
        <w:rPr>
          <w:sz w:val="20"/>
        </w:rPr>
        <w:t>53:51  quran ki koi ayat pesh karen. main jo kuch bhi kehta hoon sab quran aur hadith ko le kar kehta hoon. koi baat aisi nahin kehta main jo quran aur hadith pe base karti ho.</w:t>
      </w:r>
      <w:r>
        <w:br/>
      </w:r>
      <w:r>
        <w:rPr>
          <w:sz w:val="20"/>
        </w:rPr>
        <w:t>54:02  yeh to khud sakhta dawayi hai. to jab tak woh apne dawe mein quran o hadith mein pesh karen tab to woh allah ke nazdeek jhoote hain. kuch nahin koi sar na paye is baat ka.</w:t>
      </w:r>
      <w:r>
        <w:br/>
      </w:r>
      <w:r>
        <w:rPr>
          <w:sz w:val="20"/>
        </w:rPr>
        <w:t>54:14  bilkul ek base le is baat se main sochta hoon is ko.</w:t>
      </w:r>
      <w:r>
        <w:br/>
      </w:r>
      <w:r>
        <w:rPr>
          <w:sz w:val="20"/>
        </w:rPr>
        <w:t>54:23  maulana agla. yaad rakhiye deen mein ek baat aap samajh li jiye. ek hadith hai: "man ahdatha fi amrina hadha ma lais minhu fa huwa raddun." jo aadmi hamare deen mein yani allah ke deen mein koi aisi baat nikale jo is mein na ho.</w:t>
      </w:r>
      <w:r>
        <w:br/>
      </w:r>
      <w:r>
        <w:rPr>
          <w:sz w:val="20"/>
        </w:rPr>
        <w:t>54:44  na ho ke maani hain quran o hadith se saabit na ho to woh rejected hai. woh rejected ki jayegi.</w:t>
      </w:r>
      <w:r>
        <w:br/>
      </w:r>
      <w:r>
        <w:rPr>
          <w:sz w:val="20"/>
        </w:rPr>
        <w:t>54:51  to yeh aisi baaten hain yeh sab nikal rakhi hain logon ne. jin logon ko siyasi hungama karna hai aur sadkon par dhoom machana hai woh aisi hadithon aisi baaten karte hain.</w:t>
      </w:r>
      <w:r>
        <w:br/>
      </w:r>
      <w:r>
        <w:rPr>
          <w:sz w:val="20"/>
        </w:rPr>
        <w:t>55:03  yeh to yeh to bidat se bhi buri cheez koi hai. dekhen ek hai bidat jis mein ke sirf naya pan hai. lekin koi kisi ko aap takleef nahin pahuncha rahe hain.</w:t>
      </w:r>
      <w:r>
        <w:br/>
      </w:r>
      <w:r>
        <w:rPr>
          <w:sz w:val="20"/>
        </w:rPr>
        <w:t>55:16  ek naya kaam aap kar rahe hain lekin koi takleef nahin pahuncha rahe hain. woh bidat hai.</w:t>
      </w:r>
      <w:r>
        <w:br/>
      </w:r>
      <w:r>
        <w:rPr>
          <w:sz w:val="20"/>
        </w:rPr>
        <w:t>55:21  lekin aisi bidat jis mein aap logon ko maaren, suicide bombing karen aur aur aur nafraten phailayen woh to yani worse than bidat hai woh.</w:t>
      </w:r>
      <w:r>
        <w:br/>
      </w:r>
      <w:r>
        <w:rPr>
          <w:sz w:val="20"/>
        </w:rPr>
        <w:t>55:32  isi mein yeh log mubtala hain. worse than bidat. aap dekhen ke aaj kal muslim countries mein kya ho raha hai. isi tasawwur ko le kar ke ladai lad rahe hain.</w:t>
      </w:r>
      <w:r>
        <w:br/>
      </w:r>
      <w:r>
        <w:rPr>
          <w:sz w:val="20"/>
        </w:rPr>
        <w:t>55:42  pachas pachas saal beet jaate hain ladai chale ja rahe hain. kisi ko yeh tofeeq nahin hoti ke ailan kare ke we were wrong. yeh koi kehta nahin.</w:t>
      </w:r>
      <w:r>
        <w:br/>
      </w:r>
      <w:r>
        <w:rPr>
          <w:sz w:val="20"/>
        </w:rPr>
        <w:t>55:53  mein to bohat sakht is mamle mein hoon.</w:t>
      </w:r>
    </w:p>
    <w:p>
      <w:pPr>
        <w:pStyle w:val="Heading2"/>
      </w:pPr>
      <w:r>
        <w:t>Is RSS an enemy of Islam?</w:t>
      </w:r>
    </w:p>
    <w:p>
      <w:r>
        <w:rPr>
          <w:color w:val="666666"/>
          <w:sz w:val="18"/>
        </w:rPr>
        <w:t>Society &amp; Dawah · Importance of Creative Thinking December 11, 2011 · 4m 30s · at 1:28:27 · https://youtu.be/jfML9Arb0S4?t=5307</w:t>
      </w:r>
    </w:p>
    <w:p>
      <w:r>
        <w:rPr>
          <w:i/>
        </w:rPr>
        <w:t>“Some Muslims say that RSS is an enemy of Islam. Is it correct to think so?”</w:t>
      </w:r>
    </w:p>
    <w:p>
      <w:r>
        <w:rPr>
          <w:sz w:val="20"/>
        </w:rPr>
        <w:t>1:28:27  maulana, un ke do aur sawal hain. un ka doosra sawal yeh hai: unhon ne likha hai ke kuch musalman yeh kehte hain ke rss islam ki dushman hai.</w:t>
      </w:r>
      <w:r>
        <w:br/>
      </w:r>
      <w:r>
        <w:rPr>
          <w:sz w:val="20"/>
        </w:rPr>
        <w:t>1:28:37  kya aisa samajhna theek hai? rss ki baat nahi, koi bhi dushman nahi. aadmi khud apna dushman zaroor hota hai.</w:t>
      </w:r>
      <w:r>
        <w:br/>
      </w:r>
      <w:r>
        <w:rPr>
          <w:sz w:val="20"/>
        </w:rPr>
        <w:t>1:28:46  baqi koi dushman nahi hai. na rss dushman hai, na yahoodi dushman hai, na america dushman hai. koi dushman nahi hai. yeh concept hi galat hai ke koi dushman hamara hai.</w:t>
      </w:r>
      <w:r>
        <w:br/>
      </w:r>
      <w:r>
        <w:rPr>
          <w:sz w:val="20"/>
        </w:rPr>
        <w:t>1:28:56  har aadmi apna khud dushman hai. matlab galat, galat yani galat feal kar ke khwamkhwah masle create karta hai.</w:t>
      </w:r>
      <w:r>
        <w:br/>
      </w:r>
      <w:r>
        <w:rPr>
          <w:sz w:val="20"/>
        </w:rPr>
        <w:t>1:29:04  to kehta hai ke falan dushman hai. main is concept ko nahi manta ke koi dushman hamara hai.</w:t>
      </w:r>
      <w:r>
        <w:br/>
      </w:r>
      <w:r>
        <w:rPr>
          <w:sz w:val="20"/>
        </w:rPr>
        <w:t>1:29:11  chahe rss ho, chahe yahoodi ho, chahe american ho, chahe koi bhi ho, main sab ko insan samajhta hoon. har ek ko bator insan, bator ek human being ke leta hoon.</w:t>
      </w:r>
      <w:r>
        <w:br/>
      </w:r>
      <w:r>
        <w:rPr>
          <w:sz w:val="20"/>
        </w:rPr>
        <w:t>1:29:25  agar us ki rai alag ho, meri rai alag ho to main phir discuss karunga us se. discuss karne ki mujhe azaadi hai.</w:t>
      </w:r>
      <w:r>
        <w:br/>
      </w:r>
      <w:r>
        <w:rPr>
          <w:sz w:val="20"/>
        </w:rPr>
        <w:t>1:29:33  dushman samhoon aur yeh samhoon ke woh conspiracy kar raha hai, yeh islam ki zabaan nahi hai. yeh islam ki zabaan nahi hai. quran mein sirf shaitan ko dushman bataya gaya hai, bas aur kisi ko nahi.</w:t>
      </w:r>
      <w:r>
        <w:br/>
      </w:r>
      <w:r>
        <w:rPr>
          <w:sz w:val="20"/>
        </w:rPr>
        <w:t>1:29:46  quran ke mutaliq kisi ke dushman koi hai to woh sirf shaitan hai, aur koi aur sab insan hain. baqi log</w:t>
      </w:r>
      <w:r>
        <w:br/>
      </w:r>
      <w:r>
        <w:rPr>
          <w:sz w:val="20"/>
        </w:rPr>
        <w:t>1:29:54  aap quran ko parhiye to shaitan ko bataya gaya ke woh tumhara dushman hai, aur kisi ko nahi bataya gaya hai ke woh tumhara dushman hai.</w:t>
      </w:r>
      <w:r>
        <w:br/>
      </w:r>
      <w:r>
        <w:rPr>
          <w:sz w:val="20"/>
        </w:rPr>
        <w:t>1:30:05  maulana, in ka aakhri sawal yeh tha ke hindu se aap ko kitni mohabbat hai? is par koi apna waqia bataein.</w:t>
      </w:r>
      <w:r>
        <w:br/>
      </w:r>
      <w:r>
        <w:rPr>
          <w:sz w:val="20"/>
        </w:rPr>
        <w:t>1:30:22  ab ab mein</w:t>
      </w:r>
      <w:r>
        <w:br/>
      </w:r>
      <w:r>
        <w:rPr>
          <w:sz w:val="20"/>
        </w:rPr>
        <w:t>1:30:23  kya bataon? mein to yaani hindu ka har ek se mohabbat karta hoon,</w:t>
      </w:r>
      <w:r>
        <w:br/>
      </w:r>
      <w:r>
        <w:rPr>
          <w:sz w:val="20"/>
        </w:rPr>
        <w:t>1:30:33  aur mujh se barh kar waqia rasool Allah ka batata hoon aap ko. mein mera to waqia to bhara hua hai, yaani meri zindagi mohabbat ke waqie se bhari hui hai.</w:t>
      </w:r>
      <w:r>
        <w:br/>
      </w:r>
      <w:r>
        <w:rPr>
          <w:sz w:val="20"/>
        </w:rPr>
        <w:t>1:30:43  mera nafrat ka koi koi dakhal nahi.</w:t>
      </w:r>
      <w:r>
        <w:br/>
      </w:r>
      <w:r>
        <w:rPr>
          <w:sz w:val="20"/>
        </w:rPr>
        <w:t>1:30:47  bohat se waqiat bata sakta hoon mein, lekin mein aap ko rasool Allah ka waqia batata hoon ke madine mein jab rasool Allah sallallahu alaihi wasallam hijrat kar gaye</w:t>
      </w:r>
      <w:r>
        <w:br/>
      </w:r>
      <w:r>
        <w:rPr>
          <w:sz w:val="20"/>
        </w:rPr>
        <w:t>1:30:59  to us waqt wahan par yahoodi hua karte thay. yaani yahudion ke kuch qabile thay jo madine mein rehte thay, jis ka naam asaf tha.</w:t>
      </w:r>
      <w:r>
        <w:br/>
      </w:r>
      <w:r>
        <w:rPr>
          <w:sz w:val="20"/>
        </w:rPr>
        <w:t>1:31:08  pehlay</w:t>
      </w:r>
      <w:r>
        <w:br/>
      </w:r>
      <w:r>
        <w:rPr>
          <w:sz w:val="20"/>
        </w:rPr>
        <w:t>1:31:10  to ek din aisa hua ke rasool Allah sallallahu alaihi wasallam madine mein ek maqam par thay to wahan samne se janaza guzra.</w:t>
      </w:r>
      <w:r>
        <w:br/>
      </w:r>
      <w:r>
        <w:rPr>
          <w:sz w:val="20"/>
        </w:rPr>
        <w:t>1:31:19  janaze ka jo jaloos hota hai na ke janaza janaza ja raha hai aur peechay log chal rahe hain, to yeh manzar tha.</w:t>
      </w:r>
      <w:r>
        <w:br/>
      </w:r>
      <w:r>
        <w:rPr>
          <w:sz w:val="20"/>
        </w:rPr>
        <w:t>1:31:27  is ko dekh kar rasool Allah sallallahu alaihi wasallam khare ho gaye. yaani is ko matlab respect, is ke respect mein khare ho gaye.</w:t>
      </w:r>
      <w:r>
        <w:br/>
      </w:r>
      <w:r>
        <w:rPr>
          <w:sz w:val="20"/>
        </w:rPr>
        <w:t>1:31:36  to ek sahabi ne kaha ke ke aey Khuda ke rasool, yeh to yahoodi ka janaza tha, koi musalman ka nahi tha. aap ne farmaya ke alaihi wasallam nafsan, kya woh insan nahi tha?</w:t>
      </w:r>
      <w:r>
        <w:br/>
      </w:r>
      <w:r>
        <w:rPr>
          <w:sz w:val="20"/>
        </w:rPr>
        <w:t>1:31:50  wazeh, wazeh, not a human being. to rasool Allah ne is yahoodi ko insan samjha. insan to har ek ko humein insan</w:t>
      </w:r>
      <w:r>
        <w:br/>
      </w:r>
      <w:r>
        <w:rPr>
          <w:sz w:val="20"/>
        </w:rPr>
        <w:t>1:32:00  samajhna hai, chahe yahoodi ho ya ya RSS ka aadmi ho ya kisi bhi group ka, kisi bhi qomiyat ka ho, aadmi woh insan hai.</w:t>
      </w:r>
      <w:r>
        <w:br/>
      </w:r>
      <w:r>
        <w:rPr>
          <w:sz w:val="20"/>
        </w:rPr>
        <w:t>1:32:10  hamare liye qabil-e-izazat hai. woh humein har ek se normal tareeqe se rehna hai. yeh is rasool Allah ke is waqie se nikalta hai.</w:t>
      </w:r>
      <w:r>
        <w:br/>
      </w:r>
      <w:r>
        <w:rPr>
          <w:sz w:val="20"/>
        </w:rPr>
        <w:t>1:32:19  hamara is pe, mera isi pe, mera tareeqa isi par hai, isi par amal karta hoon. aur meri zindagi aise waqiat se bhari hui</w:t>
      </w:r>
      <w:r>
        <w:br/>
      </w:r>
      <w:r>
        <w:rPr>
          <w:sz w:val="20"/>
        </w:rPr>
        <w:t>1:32:28  hai. ab is ko mein kya bataon? yahan par maulana, i would just like to say one thing to mr imran hassan ke i am from a hindu background, aur aap ne jitni mohabbat mere se kari hai, utni mohabbat shayad hamare parents ne bhi hum se nahi kari.</w:t>
      </w:r>
      <w:r>
        <w:br/>
      </w:r>
      <w:r>
        <w:rPr>
          <w:sz w:val="20"/>
        </w:rPr>
        <w:t>1:32:44  i bear witness to that. aaj hi mein ne kisi se kaha ke jab mein kahin jata hoon to mein rajat ke baghair nahi jata. sab se pehle poochta hoon ke rajat rahenge ya nahi rahenge?</w:t>
      </w:r>
      <w:r>
        <w:br/>
      </w:r>
      <w:r>
        <w:rPr>
          <w:sz w:val="20"/>
        </w:rPr>
        <w:t>1:32:55  aaj hi, aaj subah</w:t>
      </w:r>
    </w:p>
    <w:p>
      <w:pPr>
        <w:pStyle w:val="Heading2"/>
      </w:pPr>
      <w:r>
        <w:t>Is dawa necessary for entering paradise?</w:t>
      </w:r>
    </w:p>
    <w:p>
      <w:r>
        <w:rPr>
          <w:color w:val="666666"/>
          <w:sz w:val="18"/>
        </w:rPr>
        <w:t>Society &amp; Dawah · Divine Guidance November 20, 2016 · 2m 10s · at 49:08 · https://youtu.be/tbcloc-fvSE?t=2948</w:t>
      </w:r>
    </w:p>
    <w:p>
      <w:r>
        <w:rPr>
          <w:i/>
        </w:rPr>
        <w:t>“Would our entry in Paradise be doubtful unless and until we convey the message of God to humanity?”</w:t>
      </w:r>
    </w:p>
    <w:p>
      <w:r>
        <w:rPr>
          <w:sz w:val="20"/>
        </w:rPr>
        <w:t>49:08  Maulana, agla sawal ah Miss Shabana Ansari ne kiya hai Pakistan se.</w:t>
      </w:r>
      <w:r>
        <w:br/>
      </w:r>
      <w:r>
        <w:rPr>
          <w:sz w:val="20"/>
        </w:rPr>
        <w:t>49:13  aur unhon ne likha hai: "Moulana Sahib, would our entry in Paradise be doubtful unless and until we</w:t>
      </w:r>
      <w:r>
        <w:br/>
      </w:r>
      <w:r>
        <w:rPr>
          <w:sz w:val="20"/>
        </w:rPr>
        <w:t>49:18  convey the message of God to humanity?</w:t>
      </w:r>
      <w:r>
        <w:br/>
      </w:r>
      <w:r>
        <w:rPr>
          <w:sz w:val="20"/>
        </w:rPr>
        <w:t>49:23  What is your opinion on this?</w:t>
      </w:r>
      <w:r>
        <w:br/>
      </w:r>
      <w:r>
        <w:rPr>
          <w:sz w:val="20"/>
        </w:rPr>
        <w:t>49:29  " bhai, main Quran o Hadees ki roshni mein yahi keh sakta hoon ke dawat ke baghair insan</w:t>
      </w:r>
      <w:r>
        <w:br/>
      </w:r>
      <w:r>
        <w:rPr>
          <w:sz w:val="20"/>
        </w:rPr>
        <w:t>49:35  ka, yaani insan ka imaan mukammal nahi hota.</w:t>
      </w:r>
      <w:r>
        <w:br/>
      </w:r>
      <w:r>
        <w:rPr>
          <w:sz w:val="20"/>
        </w:rPr>
        <w:t>49:41  is liye dekhiye, momin ki aik sifat hai ke woh naseeh ho.</w:t>
      </w:r>
      <w:r>
        <w:br/>
      </w:r>
      <w:r>
        <w:rPr>
          <w:sz w:val="20"/>
        </w:rPr>
        <w:t>49:47  naseeh maani khair khwah.</w:t>
      </w:r>
      <w:r>
        <w:br/>
      </w:r>
      <w:r>
        <w:rPr>
          <w:sz w:val="20"/>
        </w:rPr>
        <w:t>49:53  momin ki aik sifat hai ke woh naseeh ho. khair khwah.</w:t>
      </w:r>
      <w:r>
        <w:br/>
      </w:r>
      <w:r>
        <w:rPr>
          <w:sz w:val="20"/>
        </w:rPr>
        <w:t>49:59  to aap ghor kijiye ke aik sacha momin, jis ko yeh daryaft ho ke jannat ka dakhla un</w:t>
      </w:r>
      <w:r>
        <w:br/>
      </w:r>
      <w:r>
        <w:rPr>
          <w:sz w:val="20"/>
        </w:rPr>
        <w:t>50:05  logon ke liye hai jo sache believer bane, jo God ko maane sache maano mein, to woh kaise</w:t>
      </w:r>
      <w:r>
        <w:br/>
      </w:r>
      <w:r>
        <w:rPr>
          <w:sz w:val="20"/>
        </w:rPr>
        <w:t>50:11  chup rahega? is ka khair khwahi ka jazba kahega ke daud daud ke pahunchao, batao, batao.</w:t>
      </w:r>
      <w:r>
        <w:br/>
      </w:r>
      <w:r>
        <w:rPr>
          <w:sz w:val="20"/>
        </w:rPr>
        <w:t>50:17  jab hum ne, jab hum madrasay mein parhte thay to balaghat ki kitab mein aik aik masla bataya gaya tha.</w:t>
      </w:r>
      <w:r>
        <w:br/>
      </w:r>
      <w:r>
        <w:rPr>
          <w:sz w:val="20"/>
        </w:rPr>
        <w:t>50:24  balaghat ki kitab mein ke agar aik andha aadmi ja raha hai aur samne kuwan hai to us</w:t>
      </w:r>
      <w:r>
        <w:br/>
      </w:r>
      <w:r>
        <w:rPr>
          <w:sz w:val="20"/>
        </w:rPr>
        <w:t>50:30  ke waqt sirf aik lafz bola jayega: "al-bir, al-bir, kuwan, kuwan." yeh nahi ke: "ae mere bhai,</w:t>
      </w:r>
      <w:r>
        <w:br/>
      </w:r>
      <w:r>
        <w:rPr>
          <w:sz w:val="20"/>
        </w:rPr>
        <w:t>50:36  ae buzurg, dunya bhar ke ilqab ke sath kahein: ya sheikh, ya sheikh." kuch nahi.</w:t>
      </w:r>
      <w:r>
        <w:br/>
      </w:r>
      <w:r>
        <w:rPr>
          <w:sz w:val="20"/>
        </w:rPr>
        <w:t>50:42  jaldi se chalaiye ke kuwan hai aap ke samne.</w:t>
      </w:r>
      <w:r>
        <w:br/>
      </w:r>
      <w:r>
        <w:rPr>
          <w:sz w:val="20"/>
        </w:rPr>
        <w:t>50:48  to is waqt musalmanon ko, jo imaan rakhte hain qayamat par, akhirat par, aur is baat par ke</w:t>
      </w:r>
      <w:r>
        <w:br/>
      </w:r>
      <w:r>
        <w:rPr>
          <w:sz w:val="20"/>
        </w:rPr>
        <w:t>50:54  insaniyat ki nijaat isi mein hai, to un ko bilkul isi spirit ke sath, "Albair, Albair" ke spirit</w:t>
      </w:r>
      <w:r>
        <w:br/>
      </w:r>
      <w:r>
        <w:rPr>
          <w:sz w:val="20"/>
        </w:rPr>
        <w:t>51:00  ke sath kaam karna chahiye.</w:t>
      </w:r>
      <w:r>
        <w:br/>
      </w:r>
      <w:r>
        <w:rPr>
          <w:sz w:val="20"/>
        </w:rPr>
        <w:t>51:06  yeh badqirat hai.</w:t>
      </w:r>
      <w:r>
        <w:br/>
      </w:r>
      <w:r>
        <w:rPr>
          <w:sz w:val="20"/>
        </w:rPr>
        <w:t>51:12  ji ji, Maulana.</w:t>
      </w:r>
    </w:p>
    <w:p>
      <w:pPr>
        <w:pStyle w:val="Heading2"/>
      </w:pPr>
      <w:r>
        <w:t>Is dawah work the highest good?</w:t>
      </w:r>
    </w:p>
    <w:p>
      <w:r>
        <w:rPr>
          <w:color w:val="666666"/>
          <w:sz w:val="18"/>
        </w:rPr>
        <w:t>Society &amp; Dawah · The Deeper Meaning of The Quran 18 Aug 2019 - Maulana Wahiduddin Khan · 2m 55s · at 49:22 · https://youtu.be/EYyhbiR_ZIQ?t=2962</w:t>
      </w:r>
    </w:p>
    <w:p>
      <w:r>
        <w:rPr>
          <w:i/>
        </w:rPr>
        <w:t>“Can we say that dawah work is the summum bonum?”</w:t>
      </w:r>
    </w:p>
    <w:p>
      <w:r>
        <w:rPr>
          <w:sz w:val="20"/>
        </w:rPr>
        <w:t>49:22  Maulana, agla sawal Dhampur se Mehtab Ali Nandro Sahab ne kiya hai. unhon ne aap se poocha hai keh kya hum yeh keh sakte hain keh dawah work is summum bonum?</w:t>
      </w:r>
      <w:r>
        <w:br/>
      </w:r>
      <w:r>
        <w:rPr>
          <w:sz w:val="20"/>
        </w:rPr>
        <w:t>49:40  nahi, yeh sahi term nahi hai. aap yun kahiye keh Islam jis tarah se, Islam mein jis tarah follow karna farz hai, aise hi is ko spread karna bhi farz hai.</w:t>
      </w:r>
      <w:r>
        <w:br/>
      </w:r>
      <w:r>
        <w:rPr>
          <w:sz w:val="20"/>
        </w:rPr>
        <w:t>49:57  yaani jis tarah Islam par amal karna farz hai, is tarah Islam ko phailana bhi farz hai. is tarah kahiye. Maulana, agla comment bheja hai Maulana Israr Khatib Sahab ne Chennai se.</w:t>
      </w:r>
      <w:r>
        <w:br/>
      </w:r>
      <w:r>
        <w:rPr>
          <w:sz w:val="20"/>
        </w:rPr>
        <w:t>50:10  unhon ne likha hai: "Malana, aaj aap ka article jo Times of India mein aaya hai, us ko parh kar mujhe laga keh aap hi ek Islamic scholar hain jo Kashmir ke baray mein hopeful aur positive hain,</w:t>
      </w:r>
      <w:r>
        <w:br/>
      </w:r>
      <w:r>
        <w:rPr>
          <w:sz w:val="20"/>
        </w:rPr>
        <w:t>50:26  jab keh saari ummat is ko le kar ek khauf mein hai. aap ne is article mein Kashmiriyon ko jo guidance di hai, us ko agar Kashmiri aur Muslim qabool karein toh un ke liye yeh guidance dunya aur akhirat ki kamyabi ka kamyabi ka zameen hoga, Insha Allah.</w:t>
      </w:r>
      <w:r>
        <w:br/>
      </w:r>
      <w:r>
        <w:rPr>
          <w:sz w:val="20"/>
        </w:rPr>
        <w:t>50:47  Insha Allah.</w:t>
      </w:r>
      <w:r>
        <w:br/>
      </w:r>
      <w:r>
        <w:rPr>
          <w:sz w:val="20"/>
        </w:rPr>
        <w:t>50:52  Maulana, agla comment bheja hai Maulana Iqbal Umri ne A Chennai se. unhon ne likha hai: "Arabi zabaan ki fazilat ke tasawwur ki wajah se madhu ki zabaan mein sahi dawati kaam nahi ho saka."</w:t>
      </w:r>
      <w:r>
        <w:br/>
      </w:r>
      <w:r>
        <w:rPr>
          <w:sz w:val="20"/>
        </w:rPr>
        <w:t>51:16  Okay, we will end</w:t>
      </w:r>
      <w:r>
        <w:br/>
      </w:r>
      <w:r>
        <w:rPr>
          <w:sz w:val="20"/>
        </w:rPr>
        <w:t>51:18  this session now. thank you.</w:t>
      </w:r>
    </w:p>
    <w:p>
      <w:pPr>
        <w:pStyle w:val="Heading2"/>
      </w:pPr>
      <w:r>
        <w:t>Is giving Dawah obligatory for all?</w:t>
      </w:r>
    </w:p>
    <w:p>
      <w:r>
        <w:rPr>
          <w:color w:val="666666"/>
          <w:sz w:val="18"/>
        </w:rPr>
        <w:t>Society &amp; Dawah · Forget the Grievances, January 01, 2017 · 2m 34s · at 45:00 · https://youtu.be/zW4q8dl2cmw?t=2700</w:t>
      </w:r>
    </w:p>
    <w:p>
      <w:r>
        <w:rPr>
          <w:i/>
        </w:rPr>
        <w:t>“Thanks for your advice on the third option. My question is: Is it obligatory for every Muslim to give Dawah? And if we give Dawah to...”</w:t>
      </w:r>
    </w:p>
    <w:p>
      <w:r>
        <w:rPr>
          <w:sz w:val="20"/>
        </w:rPr>
        <w:t>45:00  maulana, agla sawal dilli se kiya hai abrar ahmed sahab ne, aur unhon ne likha hai: "maulana sahab,</w:t>
      </w:r>
      <w:r>
        <w:br/>
      </w:r>
      <w:r>
        <w:rPr>
          <w:sz w:val="20"/>
        </w:rPr>
        <w:t>45:08  thanks for your advice on the third option.</w:t>
      </w:r>
      <w:r>
        <w:br/>
      </w:r>
      <w:r>
        <w:rPr>
          <w:sz w:val="20"/>
        </w:rPr>
        <w:t>45:11  my question is: is it obligatory for every muslim to give dawah? and if we give dawah to</w:t>
      </w:r>
      <w:r>
        <w:br/>
      </w:r>
      <w:r>
        <w:rPr>
          <w:sz w:val="20"/>
        </w:rPr>
        <w:t>45:19  non-Muslims and they get offended, then how should we deal with that situation? Please advise us." Mein</w:t>
      </w:r>
      <w:r>
        <w:br/>
      </w:r>
      <w:r>
        <w:rPr>
          <w:sz w:val="20"/>
        </w:rPr>
        <w:t>45:27  kahunga ke jis tareeqe se namaz har musalman ka farz hai, is tarah dawat bhi har musalman</w:t>
      </w:r>
      <w:r>
        <w:br/>
      </w:r>
      <w:r>
        <w:rPr>
          <w:sz w:val="20"/>
        </w:rPr>
        <w:t>45:34  ka farz hai.</w:t>
      </w:r>
      <w:r>
        <w:br/>
      </w:r>
      <w:r>
        <w:rPr>
          <w:sz w:val="20"/>
        </w:rPr>
        <w:t>45:36  har aurat, har mard ka, albattah ittaqu Allah wa ma istata'tum.</w:t>
      </w:r>
      <w:r>
        <w:br/>
      </w:r>
      <w:r>
        <w:rPr>
          <w:sz w:val="20"/>
        </w:rPr>
        <w:t>45:40  jis ki jitni bas ho, woh kare.</w:t>
      </w:r>
      <w:r>
        <w:br/>
      </w:r>
      <w:r>
        <w:rPr>
          <w:sz w:val="20"/>
        </w:rPr>
        <w:t>45:43  aur is zamane mein, jo ke print press ka zamana hai, to bas ki baat hi khatm ho</w:t>
      </w:r>
      <w:r>
        <w:br/>
      </w:r>
      <w:r>
        <w:rPr>
          <w:sz w:val="20"/>
        </w:rPr>
        <w:t>45:51  gayi.</w:t>
      </w:r>
      <w:r>
        <w:br/>
      </w:r>
      <w:r>
        <w:rPr>
          <w:sz w:val="20"/>
        </w:rPr>
        <w:t>45:52  ab to aap ne bag mein aap quran ka transfer rakh lijiye, jab koi mile, us ko de</w:t>
      </w:r>
      <w:r>
        <w:br/>
      </w:r>
      <w:r>
        <w:rPr>
          <w:sz w:val="20"/>
        </w:rPr>
        <w:t>46:00  dijiye.</w:t>
      </w:r>
      <w:r>
        <w:br/>
      </w:r>
      <w:r>
        <w:rPr>
          <w:sz w:val="20"/>
        </w:rPr>
        <w:t>46:02  all literature rakh lijiye islam ka, jahan koi mulaqat ho, woh de dijiye.</w:t>
      </w:r>
      <w:r>
        <w:br/>
      </w:r>
      <w:r>
        <w:rPr>
          <w:sz w:val="20"/>
        </w:rPr>
        <w:t>46:07  yaani is mein bas ki baat hi khatm ho gayi.</w:t>
      </w:r>
      <w:r>
        <w:br/>
      </w:r>
      <w:r>
        <w:rPr>
          <w:sz w:val="20"/>
        </w:rPr>
        <w:t>46:11  ab to har cheez bas mein ho gayi, bas mein ho gayi hai.</w:t>
      </w:r>
      <w:r>
        <w:br/>
      </w:r>
      <w:r>
        <w:rPr>
          <w:sz w:val="20"/>
        </w:rPr>
        <w:t>46:17  اور دوسری بات یہ ہے کہ وہ offend ہوں گے۔</w:t>
      </w:r>
      <w:r>
        <w:br/>
      </w:r>
      <w:r>
        <w:rPr>
          <w:sz w:val="20"/>
        </w:rPr>
        <w:t>46:22  وہ یہ فرضی بات ہے، کبھی کوئی offended نہیں ہوا تھا۔</w:t>
      </w:r>
      <w:r>
        <w:br/>
      </w:r>
      <w:r>
        <w:rPr>
          <w:sz w:val="20"/>
        </w:rPr>
        <w:t>46:26  hum to itni lambi muddat se dawah ka kaam kar rahe hain, aaj tak koi nahi mila ke</w:t>
      </w:r>
      <w:r>
        <w:br/>
      </w:r>
      <w:r>
        <w:rPr>
          <w:sz w:val="20"/>
        </w:rPr>
        <w:t>46:34  koi offend ho.</w:t>
      </w:r>
      <w:r>
        <w:br/>
      </w:r>
      <w:r>
        <w:rPr>
          <w:sz w:val="20"/>
        </w:rPr>
        <w:t>46:36  offend kyun hoga, bhai? Offend hoga aap qaumi baaton se, qaumi shikayatein shamil karein, is mein aap qaumi</w:t>
      </w:r>
      <w:r>
        <w:br/>
      </w:r>
      <w:r>
        <w:rPr>
          <w:sz w:val="20"/>
        </w:rPr>
        <w:t>46:43  ladai shamil karein, aap is mein qoumi mutalbe shamil karein, us ko le kar koi offend hoga.</w:t>
      </w:r>
      <w:r>
        <w:br/>
      </w:r>
      <w:r>
        <w:rPr>
          <w:sz w:val="20"/>
        </w:rPr>
        <w:t>46:51  quran se kyun offend hoga? humein to aate hain ke ek insan, ek insan nahi paya jo offend</w:t>
      </w:r>
      <w:r>
        <w:br/>
      </w:r>
      <w:r>
        <w:rPr>
          <w:sz w:val="20"/>
        </w:rPr>
        <w:t>46:58  ho quran ko le kar.</w:t>
      </w:r>
      <w:r>
        <w:br/>
      </w:r>
      <w:r>
        <w:rPr>
          <w:sz w:val="20"/>
        </w:rPr>
        <w:t>47:01  to log quran ko aur qoumi baaton ko milaye rehte hain.</w:t>
      </w:r>
      <w:r>
        <w:br/>
      </w:r>
      <w:r>
        <w:rPr>
          <w:sz w:val="20"/>
        </w:rPr>
        <w:t>47:05  jab koi offend hota hai to kehte hain ke dekho, quran se offend hua.</w:t>
      </w:r>
      <w:r>
        <w:br/>
      </w:r>
      <w:r>
        <w:rPr>
          <w:sz w:val="20"/>
        </w:rPr>
        <w:t>47:11  nahi, tumhari qoumi policyon se offend hua.</w:t>
      </w:r>
      <w:r>
        <w:br/>
      </w:r>
      <w:r>
        <w:rPr>
          <w:sz w:val="20"/>
        </w:rPr>
        <w:t>47:14  qoumi policy kya hai? musalmanon ki bas shikayat, protest, ladai, yeh sab se yeh sab hai grievances ka</w:t>
      </w:r>
      <w:r>
        <w:br/>
      </w:r>
      <w:r>
        <w:rPr>
          <w:sz w:val="20"/>
        </w:rPr>
        <w:t>47:22  izhaar.</w:t>
      </w:r>
      <w:r>
        <w:br/>
      </w:r>
      <w:r>
        <w:rPr>
          <w:sz w:val="20"/>
        </w:rPr>
        <w:t>47:23  to dono ko milaiye, dono ko alag kar dijiye.</w:t>
      </w:r>
      <w:r>
        <w:br/>
      </w:r>
      <w:r>
        <w:rPr>
          <w:sz w:val="20"/>
        </w:rPr>
        <w:t>47:27  to koi bhi insan nahi milega aap ko jo quran ko le kar offend ho.</w:t>
      </w:r>
    </w:p>
    <w:p>
      <w:pPr>
        <w:pStyle w:val="Heading2"/>
      </w:pPr>
      <w:r>
        <w:t>Is peaceful protest allowed in Islam?</w:t>
      </w:r>
    </w:p>
    <w:p>
      <w:r>
        <w:rPr>
          <w:color w:val="666666"/>
          <w:sz w:val="18"/>
        </w:rPr>
        <w:t>Society &amp; Dawah · Realization of God September 15, 2013 · 2m 25s · at 1:06:42 · https://youtu.be/CNEEeM5uyi8?t=4002</w:t>
      </w:r>
    </w:p>
    <w:p>
      <w:r>
        <w:rPr>
          <w:i/>
        </w:rPr>
        <w:t>“Moulana, you always guide people not to protest. My question is, is peaceful protest allowed in Islam?”</w:t>
      </w:r>
    </w:p>
    <w:p>
      <w:r>
        <w:rPr>
          <w:sz w:val="20"/>
        </w:rPr>
        <w:t>1:06:42  maulana, agla sawal mumbai se hai, mr kabir khan ka. unhon ne likha hai: "maulana sahib, you always guide people to not to protest.</w:t>
      </w:r>
      <w:r>
        <w:br/>
      </w:r>
      <w:r>
        <w:rPr>
          <w:sz w:val="20"/>
        </w:rPr>
        <w:t>1:06:55  my question is, is peaceful protest allowed in islam?" hargiz nahi, yeh bilkul ek ek yani galat kaam ko justify karne ke liye khoobsurat lafz bolna hai.</w:t>
      </w:r>
      <w:r>
        <w:br/>
      </w:r>
      <w:r>
        <w:rPr>
          <w:sz w:val="20"/>
        </w:rPr>
        <w:t>1:07:09  peaceful protest is nothing.</w:t>
      </w:r>
      <w:r>
        <w:br/>
      </w:r>
      <w:r>
        <w:rPr>
          <w:sz w:val="20"/>
        </w:rPr>
        <w:t>1:07:12  har har har protest ka reaction hota hai, har chahe woh peaceful ho, tab bhi yeh pooch bhi toh ek ek ek ek lafz hai.</w:t>
      </w:r>
      <w:r>
        <w:br/>
      </w:r>
      <w:r>
        <w:rPr>
          <w:sz w:val="20"/>
        </w:rPr>
        <w:t>1:07:22  bas koi koi kabhi bhi koi protest peaceful nahi hota. impossible hai ke peace protest koi peaceful ho</w:t>
      </w:r>
      <w:r>
        <w:br/>
      </w:r>
      <w:r>
        <w:rPr>
          <w:sz w:val="20"/>
        </w:rPr>
        <w:t>1:07:31  . yeh toh jhoota lafz hai, main us ko jhoota lafz kahunga. aur sab se bari baat yeh hai ke rasool Allah ke zamane mein makka mein 360 but rakhe hue the kaba mein.</w:t>
      </w:r>
      <w:r>
        <w:br/>
      </w:r>
      <w:r>
        <w:rPr>
          <w:sz w:val="20"/>
        </w:rPr>
        <w:t>1:07:43  woh kaba jo hazrat ibrahim ne banaya tha, hazrat ibrahim ne, hazrat ismail ne, do peghambaron ne banaya tha kaba. do peghambar kis ke liye?</w:t>
      </w:r>
      <w:r>
        <w:br/>
      </w:r>
      <w:r>
        <w:rPr>
          <w:sz w:val="20"/>
        </w:rPr>
        <w:t>1:07:52  tauheed ke liye. is mein zalimon ne la ke but rakh diya 360.</w:t>
      </w:r>
      <w:r>
        <w:br/>
      </w:r>
      <w:r>
        <w:rPr>
          <w:sz w:val="20"/>
        </w:rPr>
        <w:t>1:07:58  to aap rasool Allah ne protest kiya. aap bata sakte hain koi peaceful protest? jo log aise sawalat karte hain, main samajhta hoon ke un ko naam lene ka haq nahi hai islam ka.</w:t>
      </w:r>
      <w:r>
        <w:br/>
      </w:r>
      <w:r>
        <w:rPr>
          <w:sz w:val="20"/>
        </w:rPr>
        <w:t>1:08:09  woh kahein ke hum islam chhod diya, hum muhammad ko chhod diya. to boliye, yeh sab baatein islam ke naam lete hain, apne alfaaz bolte hain. main samajhta hoon ke woh aadmi jab tak aap islam ko chhod na de, yeh alfaaz bolne ka haq nahi rakhta.</w:t>
      </w:r>
      <w:r>
        <w:br/>
      </w:r>
      <w:r>
        <w:rPr>
          <w:sz w:val="20"/>
        </w:rPr>
        <w:t>1:08:23  us ko</w:t>
      </w:r>
      <w:r>
        <w:br/>
      </w:r>
      <w:r>
        <w:rPr>
          <w:sz w:val="20"/>
        </w:rPr>
        <w:t>1:08:25  yani us se bara waqea kya ho sakta hai ke kaba mein 360 but rakhe hue hon? rasool Allah dekhein, un ko apni aankh se 13 saal tak rozana rozana rozana aur kabhi aap ne protest nahi kiya, na peaceful, na koi sarr se kuch kuch bhi nahi.</w:t>
      </w:r>
      <w:r>
        <w:br/>
      </w:r>
      <w:r>
        <w:rPr>
          <w:sz w:val="20"/>
        </w:rPr>
        <w:t>1:08:42  to aap agar aap islam ko mante hain to us ko amal kijiye, nahi to ailan kar diya ke bhai mujhe islam se koi matlab nahi hai, mujhe apne apne nafs pe chalna hai, apne nafs ki khwahish pe chalna hai.</w:t>
      </w:r>
      <w:r>
        <w:br/>
      </w:r>
      <w:r>
        <w:rPr>
          <w:sz w:val="20"/>
        </w:rPr>
        <w:t>1:08:52  protest yaad rakhiye, protest ka talluq qatan ghair islami hai.</w:t>
      </w:r>
      <w:r>
        <w:br/>
      </w:r>
      <w:r>
        <w:rPr>
          <w:sz w:val="20"/>
        </w:rPr>
        <w:t>1:08:56  there is no protest of protest in islam. main sakht us ke khilaf hoon. main ne bohat likha hai us ke upar, aap chahein to parh lijiyega.</w:t>
      </w:r>
    </w:p>
    <w:p>
      <w:pPr>
        <w:pStyle w:val="Heading2"/>
      </w:pPr>
      <w:r>
        <w:t>Is reading Al-Risala once enough for dawah</w:t>
      </w:r>
    </w:p>
    <w:p>
      <w:r>
        <w:rPr>
          <w:color w:val="666666"/>
          <w:sz w:val="18"/>
        </w:rPr>
        <w:t>Society &amp; Dawah · The Straight Path October 30, 2011 Maulana Wahiduddin Khan · 3m 31s · at 1:51:19 · https://youtu.be/PKFHe82Jz58?t=6679</w:t>
      </w:r>
    </w:p>
    <w:p>
      <w:r>
        <w:rPr>
          <w:i/>
        </w:rPr>
        <w:t>“Generally people read Al-Risala and Al-Risala literature only once. After that they become satisfied with it. Is reading Al-Risala literature only once sufficient for dawah and intellectual development?”</w:t>
      </w:r>
    </w:p>
    <w:p>
      <w:r>
        <w:rPr>
          <w:sz w:val="20"/>
        </w:rPr>
        <w:t>1:51:19  woh Maulana, agla sawal hai Hafiz Muhammad Daniyal sahib ka Patna se.</w:t>
      </w:r>
      <w:r>
        <w:br/>
      </w:r>
      <w:r>
        <w:rPr>
          <w:sz w:val="20"/>
        </w:rPr>
        <w:t>1:51:26  unhone likha hai: "aam taur par log Al-Risala aur Al-Risala literature ko sirf ek bar padhte hain. is ke baad woh isi par mutmaeen ho jate hain.</w:t>
      </w:r>
      <w:r>
        <w:br/>
      </w:r>
      <w:r>
        <w:rPr>
          <w:sz w:val="20"/>
        </w:rPr>
        <w:t>1:51:37  kya sirf ek bar Al-Risala literature ko padhna dawat aur intellectual development ke liye kafi hai?" hargiz nahi.</w:t>
      </w:r>
      <w:r>
        <w:br/>
      </w:r>
      <w:r>
        <w:rPr>
          <w:sz w:val="20"/>
        </w:rPr>
        <w:t>1:51:46  main ne kai bar ek tajruba kiya ke ek aadmi mere paas aata hai, woh kehta hai ke main Risala padhta hoon.</w:t>
      </w:r>
      <w:r>
        <w:br/>
      </w:r>
      <w:r>
        <w:rPr>
          <w:sz w:val="20"/>
        </w:rPr>
        <w:t>1:51:55  to mein ne kaha kitni baar? unhon ne kaha aik baar. mein is se kehta hoon: "is se aik baar aur parh lijiyay mere samnay" aur phir mujhe aaiye poochun ga aap ko sawal.</w:t>
      </w:r>
      <w:r>
        <w:br/>
      </w:r>
      <w:r>
        <w:rPr>
          <w:sz w:val="20"/>
        </w:rPr>
        <w:t>1:52:04  to aik baar is ne parha tha apne ghar, aik baar is ne parha mere samnay, koi aik safha. phir mein ne poocha ke ab band kijiye, band karein, bataein kya is mein baat kahi gayi?</w:t>
      </w:r>
      <w:r>
        <w:br/>
      </w:r>
      <w:r>
        <w:rPr>
          <w:sz w:val="20"/>
        </w:rPr>
        <w:t>1:52:14  woh bata nahi paya. woh jab chahein aap tajurba kar lijiyay.</w:t>
      </w:r>
      <w:r>
        <w:br/>
      </w:r>
      <w:r>
        <w:rPr>
          <w:sz w:val="20"/>
        </w:rPr>
        <w:t>1:52:19  jis ne bhi risalay ke kisi mazmoon ko aik baar parha, woh samjha nahi. is ko aap poochein is se ke kya samjhe aap?</w:t>
      </w:r>
      <w:r>
        <w:br/>
      </w:r>
      <w:r>
        <w:rPr>
          <w:sz w:val="20"/>
        </w:rPr>
        <w:t>1:52:29  to woh jo bataye ga, phir us ko dekhiye, aap kuch ko kuch bata de ga, bata de ga. woh jab chahein tajurba kar lijiyay aap. to aisay log jo hain, woh is ka bhi zara olaye ka qurb, woh malam ya qurb parha magar nahi parha.</w:t>
      </w:r>
      <w:r>
        <w:br/>
      </w:r>
      <w:r>
        <w:rPr>
          <w:sz w:val="20"/>
        </w:rPr>
        <w:t>1:52:47  matlab is ke sath insaaf nahi kiya aap ne.</w:t>
      </w:r>
      <w:r>
        <w:br/>
      </w:r>
      <w:r>
        <w:rPr>
          <w:sz w:val="20"/>
        </w:rPr>
        <w:t>1:52:52  parhne wala woh hai ke parhne ke baad jab is se sawal kiya jaye ke is mein kya baat hai to theek theek is ko bata sakay. woh agar woh theek theek nahi bata sakta to woh nahi parha.</w:t>
      </w:r>
      <w:r>
        <w:br/>
      </w:r>
      <w:r>
        <w:rPr>
          <w:sz w:val="20"/>
        </w:rPr>
        <w:t>1:53:02  woh to mein is ko kahoon ke jo log samajhte hain ke un ko sachai mile aur un ke zehn ka development ho, to unhein risala ko kai baar parhna chahiye.</w:t>
      </w:r>
      <w:r>
        <w:br/>
      </w:r>
      <w:r>
        <w:rPr>
          <w:sz w:val="20"/>
        </w:rPr>
        <w:t>1:53:15  mein ne aik parhta hoon, aik mazmoon likha tha jis ne risala ko aik baar parha, us ne risala ko nahi parha. jis ne risala do baar parha, us ne bhi risala ko nahi parha.</w:t>
      </w:r>
      <w:r>
        <w:br/>
      </w:r>
      <w:r>
        <w:rPr>
          <w:sz w:val="20"/>
        </w:rPr>
        <w:t>1:53:25  jis ne risala kai baar parha, us ne risala ko parha. yeh mein baat tajurbe se likhi hai. mein ne baar baar mein tajurba kiya. kuch samajhte nahi log aik aik baar parhne se, kuch nahi.</w:t>
      </w:r>
      <w:r>
        <w:br/>
      </w:r>
      <w:r>
        <w:rPr>
          <w:sz w:val="20"/>
        </w:rPr>
        <w:t>1:53:35  is mein baat kuch rahe gi aur ntiyan kuch nikal lein ge.</w:t>
      </w:r>
      <w:r>
        <w:br/>
      </w:r>
      <w:r>
        <w:rPr>
          <w:sz w:val="20"/>
        </w:rPr>
        <w:t>1:53:41  to risala ko jo shakhs bhi chahta hai ke is mein jo baatein hain, risala mein wisdom ki baat hoti hai, wisdom baseerat.</w:t>
      </w:r>
      <w:r>
        <w:br/>
      </w:r>
      <w:r>
        <w:rPr>
          <w:sz w:val="20"/>
        </w:rPr>
        <w:t>1:53:50  to jo chahta hai ke is ko samjhe, to us ko chahiye khud apne sath hi insaaf hoga apne sath ke baar baar parhe woh.</w:t>
      </w:r>
    </w:p>
    <w:p>
      <w:pPr>
        <w:pStyle w:val="Heading2"/>
      </w:pPr>
      <w:r>
        <w:t>Is violence necessary for protests to work?</w:t>
      </w:r>
    </w:p>
    <w:p>
      <w:r>
        <w:rPr>
          <w:color w:val="666666"/>
          <w:sz w:val="18"/>
        </w:rPr>
        <w:t>Society &amp; Dawah · Why Violence 17 Nov 2019 - Maulana Wahiduddin Khan · 3m 08s · at 33:40 · https://youtu.be/W8ybr-qO96c?t=2020</w:t>
      </w:r>
    </w:p>
    <w:p>
      <w:r>
        <w:rPr>
          <w:i/>
        </w:rPr>
        <w:t>“People often say that violence becomes important as this is the best and the easiest way to get attention of authorities to consider the demands of protesters from Hong Kong to India to Europe and Asia. It has always worked. If there is no protest, then authorities will continue to do what they feel is right and will ignore the rightful demands of victims. What is your opinion as I feel protest means getting heard?”</w:t>
      </w:r>
    </w:p>
    <w:p>
      <w:r>
        <w:rPr>
          <w:sz w:val="20"/>
        </w:rPr>
        <w:t>33:40  yeh sawal bheja hai Sultan Ali sahib ne Kanpur se. unhone likha hai: "Maulana, people often say that violence becomes important as this is the best and the easiest way to get attention of authorities to consider the demands of protestors from Hong Kong to India to Europe and Asia.</w:t>
      </w:r>
      <w:r>
        <w:br/>
      </w:r>
      <w:r>
        <w:rPr>
          <w:sz w:val="20"/>
        </w:rPr>
        <w:t>34:08  it has always worked. if there is no protest, then authorities will continue to do what they feel is right and will ignore the rightful demands of victims.</w:t>
      </w:r>
      <w:r>
        <w:br/>
      </w:r>
      <w:r>
        <w:rPr>
          <w:sz w:val="20"/>
        </w:rPr>
        <w:t>34:21  what is your opinion as I feel protest means getting heard?" dekhiye, yeh bilkul baseless baat hai.</w:t>
      </w:r>
      <w:r>
        <w:br/>
      </w:r>
      <w:r>
        <w:rPr>
          <w:sz w:val="20"/>
        </w:rPr>
        <w:t>34:32  kahan work kiya violence ne? mujhe bataiye, kahan work kiya Kashmir mein? itna violence hua kahan work kiya Ayodhya mein?</w:t>
      </w:r>
      <w:r>
        <w:br/>
      </w:r>
      <w:r>
        <w:rPr>
          <w:sz w:val="20"/>
        </w:rPr>
        <w:t>34:45  itna violence hua Babri Masjid ke naam par kahan work kiya? kahin bhi violence ne work nahi kiya hai, nahi kiya hai, nahi kiya hai.</w:t>
      </w:r>
      <w:r>
        <w:br/>
      </w:r>
      <w:r>
        <w:rPr>
          <w:sz w:val="20"/>
        </w:rPr>
        <w:t>34:57  yeh hawai baat hai agar koi daawa karta hai to</w:t>
      </w:r>
      <w:r>
        <w:br/>
      </w:r>
      <w:r>
        <w:rPr>
          <w:sz w:val="20"/>
        </w:rPr>
        <w:t>35:04  violence work karta hi nahi hai na pehle karta tha rasool Allah ne dekhiye qabail ki jang ko khatam karne ke liye ek tarafah tor par un ki sharton ko maan liya hai</w:t>
      </w:r>
      <w:r>
        <w:br/>
      </w:r>
      <w:r>
        <w:rPr>
          <w:sz w:val="20"/>
        </w:rPr>
        <w:t>35:19  tab violence khatam hua hai</w:t>
      </w:r>
      <w:r>
        <w:br/>
      </w:r>
      <w:r>
        <w:rPr>
          <w:sz w:val="20"/>
        </w:rPr>
        <w:t>35:24  yeh to farzi baat hai Maulana agla comment bheja hai Sajid Ahmed Khan sahab ne Nagpur se unhone likha hai Maulana sahab you said today that no solution can be drawn by war</w:t>
      </w:r>
      <w:r>
        <w:br/>
      </w:r>
      <w:r>
        <w:rPr>
          <w:sz w:val="20"/>
        </w:rPr>
        <w:t>35:39  war is associated with two sided risk both the parties get harmed in the war so it is rejected today</w:t>
      </w:r>
      <w:r>
        <w:br/>
      </w:r>
      <w:r>
        <w:rPr>
          <w:sz w:val="20"/>
        </w:rPr>
        <w:t>35:49  the same is true in between two individuals violence has two sided risk both the persons are at equal risk</w:t>
      </w:r>
      <w:r>
        <w:br/>
      </w:r>
      <w:r>
        <w:rPr>
          <w:sz w:val="20"/>
        </w:rPr>
        <w:t>35:59  the best solution today is peaceful discussion i think the time has taught this lesson to all of us you are the only person who has discovered the secret this secret and encourage the masses and individuals to practice the peaceful activism</w:t>
      </w:r>
      <w:r>
        <w:br/>
      </w:r>
      <w:r>
        <w:rPr>
          <w:sz w:val="20"/>
        </w:rPr>
        <w:t>36:18  Jazak Allah May Allah keep us associated with this mission Ameen Tariq Badar sahab ne Pakistan se likha hai Maulana sahab this is really big news that in these two incidents Muslims didn't react and it is a big change in culture</w:t>
      </w:r>
      <w:r>
        <w:br/>
      </w:r>
      <w:r>
        <w:rPr>
          <w:sz w:val="20"/>
        </w:rPr>
        <w:t>36:37  and it looks like that we can divert Muslim efforts now for dawah work more opportunity for our work</w:t>
      </w:r>
    </w:p>
    <w:p>
      <w:pPr>
        <w:pStyle w:val="Heading2"/>
      </w:pPr>
      <w:r>
        <w:t>Islam and uneducated society misconception</w:t>
      </w:r>
    </w:p>
    <w:p>
      <w:r>
        <w:rPr>
          <w:color w:val="666666"/>
          <w:sz w:val="18"/>
        </w:rPr>
        <w:t>Society &amp; Dawah · Realistic Approach March 30, 2014 Maulana Wahiduddin Khan · 3m 42s · at 43:38 · https://youtu.be/K36UonBsGlA?t=2618</w:t>
      </w:r>
    </w:p>
    <w:p>
      <w:r>
        <w:rPr>
          <w:i/>
        </w:rPr>
        <w:t>“Many people say that Islam has produced an uneducated society as Muslim community has maximum number of illiterates and as a result poor people. I want to know your opinion on this.”</w:t>
      </w:r>
    </w:p>
    <w:p>
      <w:r>
        <w:rPr>
          <w:sz w:val="20"/>
        </w:rPr>
        <w:t>43:38  Maulana, yeh sawal Bihar se aaya hai. Javed sahib ne kiya hai, unho ne likha hai: "Many people say that Islam has produced an uneducated society as Muslim community has maximum number of illiterates and as a result poor people.</w:t>
      </w:r>
      <w:r>
        <w:br/>
      </w:r>
      <w:r>
        <w:rPr>
          <w:sz w:val="20"/>
        </w:rPr>
        <w:t>43:59  Maulana, I want to know your opinion on this." dekhiye, sab se bari ghalati yeh hai ke Islam aur musalman ko ek samajhna.</w:t>
      </w:r>
      <w:r>
        <w:br/>
      </w:r>
      <w:r>
        <w:rPr>
          <w:sz w:val="20"/>
        </w:rPr>
        <w:t>44:12  jaise yeh kitab jo main ne di hai, yeh kitab hai musalmanon ke bare mein, naam is ka hai "Iska Islam". Equate karte hain musalmanon ko Islam se.</w:t>
      </w:r>
      <w:r>
        <w:br/>
      </w:r>
      <w:r>
        <w:rPr>
          <w:sz w:val="20"/>
        </w:rPr>
        <w:t>44:25  toh Islam aaj bhi waise hi hai jis tarah ke woh Seventh Century mein tha. lekin musalman jo hain, doosri community ki tarah se un par bhi zawal aayega jo hadees mein aayi hai ke: "latatata'un sunana man kana qablakum" yahan bhi main kahunga ke is ko Modern Idiom badlie.</w:t>
      </w:r>
      <w:r>
        <w:br/>
      </w:r>
      <w:r>
        <w:rPr>
          <w:sz w:val="20"/>
        </w:rPr>
        <w:t>44:44  yani Traditional alfaaz ko Modern Idiom badlie. is ka matlab hai ke tum par bhi zawal aayega jis tarah yahood par zawal aaya. toh musalmanon ko aap samajhte hain ke waise hi musalman aaj bhi hain jo Seventh Century mein hi the?</w:t>
      </w:r>
      <w:r>
        <w:br/>
      </w:r>
      <w:r>
        <w:rPr>
          <w:sz w:val="20"/>
        </w:rPr>
        <w:t>44:57  yeh toh zawal yafta qaum hai. toh zawal yafta qaum yahi sab hoga. toh Islam jo hai as a Ideology intact hai.</w:t>
      </w:r>
      <w:r>
        <w:br/>
      </w:r>
      <w:r>
        <w:rPr>
          <w:sz w:val="20"/>
        </w:rPr>
        <w:t>45:07  lekin musalman toh un ka Degeneration ho chuka hai. zawal par aa chuka hai. is haqiqat ko manie. tab musalmanon mein koi naya daur shuru hoga.</w:t>
      </w:r>
      <w:r>
        <w:br/>
      </w:r>
      <w:r>
        <w:rPr>
          <w:sz w:val="20"/>
        </w:rPr>
        <w:t>45:17  agar aap samjhen ke musalman wahi hain jo hazar saal pehle the to kabhi koi islaah nahi ho gi. islam ko alag kijiye, musalmanon ko alag kijiye.</w:t>
      </w:r>
      <w:r>
        <w:br/>
      </w:r>
      <w:r>
        <w:rPr>
          <w:sz w:val="20"/>
        </w:rPr>
        <w:t>45:27  islam ek ideology hai, is ka ek book hai, is ka ek text hai, woh aaj bhi intact hai. aaj bhi wese hi jis tarah ke pehle tha.</w:t>
      </w:r>
      <w:r>
        <w:br/>
      </w:r>
      <w:r>
        <w:rPr>
          <w:sz w:val="20"/>
        </w:rPr>
        <w:t>45:36  lekin musalman jo ek community hain, woh un par chaudah so saal jab beet gaye to generation after generation un ke andar zawal aaya, zawal aaya, zawal aaya.</w:t>
      </w:r>
      <w:r>
        <w:br/>
      </w:r>
      <w:r>
        <w:rPr>
          <w:sz w:val="20"/>
        </w:rPr>
        <w:t>45:47  ab zawal ki aakhri had par hain woh.</w:t>
      </w:r>
      <w:r>
        <w:br/>
      </w:r>
      <w:r>
        <w:rPr>
          <w:sz w:val="20"/>
        </w:rPr>
        <w:t>45:52  to is ka matlab nahi ke zawal mein aa gaye to hum isi zawal hi mein rahen ge. nahi, phir un ki islaah ho sakti hai. lekin islaah kab ho gi?</w:t>
      </w:r>
      <w:r>
        <w:br/>
      </w:r>
      <w:r>
        <w:rPr>
          <w:sz w:val="20"/>
        </w:rPr>
        <w:t>46:00  jab aap tanqeed ko bura na manen. tanqeed ko islaah samjhen. islaah. musalmanon ki sab se bari museebat yeh hai ke woh tanqeed ko bura samajhte hain.</w:t>
      </w:r>
      <w:r>
        <w:br/>
      </w:r>
      <w:r>
        <w:rPr>
          <w:sz w:val="20"/>
        </w:rPr>
        <w:t>46:11  ek ek shakhs tanqeed ko bura samajhta hai. mister bhi, molvi bhi. jeddah mein tajruba kiya. chahe mister ho ya molvi ho.</w:t>
      </w:r>
      <w:r>
        <w:br/>
      </w:r>
      <w:r>
        <w:rPr>
          <w:sz w:val="20"/>
        </w:rPr>
        <w:t>46:19  tanqeed ko samajhte hain ke buri cheez hai. tanqeed hi to islaah ka aaghaz hai. tanqeed hi islaah ka aaghaz hai.</w:t>
      </w:r>
      <w:r>
        <w:br/>
      </w:r>
      <w:r>
        <w:rPr>
          <w:sz w:val="20"/>
        </w:rPr>
        <w:t>46:29  to tanqeed ko taboo mat samjhiye. is tanqeed ko sochiye ke is ne kehne wale ne kya kaha. baat par ghor kijiye.</w:t>
      </w:r>
      <w:r>
        <w:br/>
      </w:r>
      <w:r>
        <w:rPr>
          <w:sz w:val="20"/>
        </w:rPr>
        <w:t>46:39  yeh na dekhiye ke tanqeed hai. sare musalman bhi jeete hain apne aadi maqaabir mein. har ek ne aqaabir bana rakhe hain. isi mein jeete hain.</w:t>
      </w:r>
      <w:r>
        <w:br/>
      </w:r>
      <w:r>
        <w:rPr>
          <w:sz w:val="20"/>
        </w:rPr>
        <w:t>46:48  sare musalman. mister bhi, molvi bhi. is se aap log bahar nikaliye. to is haqeeqat ko achi tarah jaan lijiye ke islam alag hai, musalman alag hain.</w:t>
      </w:r>
      <w:r>
        <w:br/>
      </w:r>
      <w:r>
        <w:rPr>
          <w:sz w:val="20"/>
        </w:rPr>
        <w:t>47:01  islam intact hai, musalman zawal ka shikar ho chuke hain. aur musalman ko dobara nikalne ke liye zaroorat hai ke aap tanqeed karen.</w:t>
      </w:r>
      <w:r>
        <w:br/>
      </w:r>
      <w:r>
        <w:rPr>
          <w:sz w:val="20"/>
        </w:rPr>
        <w:t>47:10  un ka tanqidi jaiza len. critical study karen. tab ho ga naya aaghaz.</w:t>
      </w:r>
    </w:p>
    <w:p>
      <w:pPr>
        <w:pStyle w:val="Heading2"/>
      </w:pPr>
      <w:r>
        <w:t>Islam's stance on rebellion for freedom</w:t>
      </w:r>
    </w:p>
    <w:p>
      <w:r>
        <w:rPr>
          <w:color w:val="666666"/>
          <w:sz w:val="18"/>
        </w:rPr>
        <w:t>Society &amp; Dawah · Man and Paradise August 18, 2013 · 2m 19s · at 43:58 · https://youtu.be/v7eX25YAjDU?t=2638</w:t>
      </w:r>
    </w:p>
    <w:p>
      <w:r>
        <w:rPr>
          <w:i/>
        </w:rPr>
        <w:t>“Yesterday I was watching TV channel Al Jazeera, one Egyptian lady who was with the protesters was being asked by the reporter as to why she was with the protesters. She replied, 'I have a fancy home, I have a fancy car, but I don't enjoy freedom. My question is, does Islam allow to become a rebel to demand for freedom?'”</w:t>
      </w:r>
    </w:p>
    <w:p>
      <w:r>
        <w:rPr>
          <w:sz w:val="20"/>
        </w:rPr>
        <w:t>43:58  molana, agla sawal dilli se hai, doctor fareeda khanoom ka. unhon ne likha hai: "Yesterday I was watching TV channel Al Jazeera, one Egyptian lady who was with the protesters was being asked by the reporter as to why she was with the protesters.</w:t>
      </w:r>
      <w:r>
        <w:br/>
      </w:r>
      <w:r>
        <w:rPr>
          <w:sz w:val="20"/>
        </w:rPr>
        <w:t>44:17  She replied, 'I have a fancy home, I have a fancy car, but I don't enjoy freedom.</w:t>
      </w:r>
      <w:r>
        <w:br/>
      </w:r>
      <w:r>
        <w:rPr>
          <w:sz w:val="20"/>
        </w:rPr>
        <w:t>44:26  My question is, does Islam allow to become a rebel to demand for freedom?' bilkul, yeh mere nazdeek to haram hai.</w:t>
      </w:r>
      <w:r>
        <w:br/>
      </w:r>
      <w:r>
        <w:rPr>
          <w:sz w:val="20"/>
        </w:rPr>
        <w:t>44:35  haram kaun se freedom? kis cheez ko aap freedom kehte hain? kis cheez ko? yeh yeh jo bol rahi hai, woh woh bhi to freedom hai. yani ek hukoomat qaim hai, is mein aap bol rahe hain, yeh yeh bhi to freedom hai.</w:t>
      </w:r>
      <w:r>
        <w:br/>
      </w:r>
      <w:r>
        <w:rPr>
          <w:sz w:val="20"/>
        </w:rPr>
        <w:t>44:51  mein is ko galat samajhta hoon ke un ko freedom nahi thi. pehle bhi thi aur ab bhi hai.</w:t>
      </w:r>
      <w:r>
        <w:br/>
      </w:r>
      <w:r>
        <w:rPr>
          <w:sz w:val="20"/>
        </w:rPr>
        <w:t>44:59  jis cheez ki freedom, yani Islam ka tasawwur jo yeh hai ke aap aap Islam mein jo samm bonam hai, freedom nahi hai, woh hai peace.</w:t>
      </w:r>
      <w:r>
        <w:br/>
      </w:r>
      <w:r>
        <w:rPr>
          <w:sz w:val="20"/>
        </w:rPr>
        <w:t>45:14  yeh western concept hai ke woh freedom ko samm bonam mante hain. unlimited freedom Islam ka tasawwur yeh nahi</w:t>
      </w:r>
      <w:r>
        <w:br/>
      </w:r>
      <w:r>
        <w:rPr>
          <w:sz w:val="20"/>
        </w:rPr>
        <w:t>45:23  hai. Islam ki tasdeeq agar aap ko mawaqe ko avail karne ki opportunity khuli hui hai, is mein aap ko koi rukawat nahi hai, to wohi freedom Islam ke nazdeek kaafi hai.</w:t>
      </w:r>
      <w:r>
        <w:br/>
      </w:r>
      <w:r>
        <w:rPr>
          <w:sz w:val="20"/>
        </w:rPr>
        <w:t>45:37  to kaun sa freedom woh chahti hai? jo freedom woh chahti hai, woh Islam mein matloob hi nahi hai. to mein dekh, yeh ek bilkul galat baat hai, baseless baat hai ke un ko freedom nahi mili hui.</w:t>
      </w:r>
      <w:r>
        <w:br/>
      </w:r>
      <w:r>
        <w:rPr>
          <w:sz w:val="20"/>
        </w:rPr>
        <w:t>45:52  freedom na hoti to un ke paas car bhi na hoti, un ke paas ghar bhi na hota, bol bhi nahi sakti thi. woh</w:t>
      </w:r>
      <w:r>
        <w:br/>
      </w:r>
      <w:r>
        <w:rPr>
          <w:sz w:val="20"/>
        </w:rPr>
        <w:t>45:59  mein to samajhta hoon ke yeh is tarah ki jo baatein yeh log bol rahe hain, yani ke woh jante nahi ke freedom kya hai aur ghulami kya hai.</w:t>
      </w:r>
      <w:r>
        <w:br/>
      </w:r>
      <w:r>
        <w:rPr>
          <w:sz w:val="20"/>
        </w:rPr>
        <w:t>46:09  bas ek ek josh mein bol rahe hain, bas kuch bekhabari, bekhabar hain har cheez se. woh</w:t>
      </w:r>
    </w:p>
    <w:p>
      <w:pPr>
        <w:pStyle w:val="Heading2"/>
      </w:pPr>
      <w:r>
        <w:t>Islamic Sharia as Reformed Tribal Law?</w:t>
      </w:r>
    </w:p>
    <w:p>
      <w:r>
        <w:rPr>
          <w:color w:val="666666"/>
          <w:sz w:val="18"/>
        </w:rPr>
        <w:t>Society &amp; Dawah · Conversation with Maulana Wahiduddin Khan | October 01, 2017 · 2m 13s · at 29:50 · https://youtu.be/TmOYGd3rp2M?t=1790</w:t>
      </w:r>
    </w:p>
    <w:p>
      <w:r>
        <w:rPr>
          <w:i/>
        </w:rPr>
        <w:t>“Some of my friends have an opinion that Islamic Sharia is actually reformed Arab tribal law.”</w:t>
      </w:r>
    </w:p>
    <w:p>
      <w:r>
        <w:rPr>
          <w:sz w:val="20"/>
        </w:rPr>
        <w:t>29:50  Extremist na baniye. to sab peace hi peace hai. sab peace hi peace hai. yeh galat soch hai ke rai ke ikhtilaf se tashaddud aata hai. tashaddud aata hai ghulu se, jis ko kehte hain extremism. Maulana, agla sawal Riyaz Bha</w:t>
      </w:r>
      <w:r>
        <w:br/>
      </w:r>
      <w:r>
        <w:rPr>
          <w:sz w:val="20"/>
        </w:rPr>
        <w:t>30:20  t sahib ne srinagar se bheja hai.</w:t>
      </w:r>
      <w:r>
        <w:br/>
      </w:r>
      <w:r>
        <w:rPr>
          <w:sz w:val="20"/>
        </w:rPr>
        <w:t>30:25  unhon ne likha hai: "Some of my friends have an opinion that Islamic sharia is actually reformed Arab tribal law.</w:t>
      </w:r>
      <w:r>
        <w:br/>
      </w:r>
      <w:r>
        <w:rPr>
          <w:sz w:val="20"/>
        </w:rPr>
        <w:t>30:30  What is your opinion, Maulana sahib, on this?" nahi, sab yeh sab bilkul ghair ilmi sawal bhi hai,</w:t>
      </w:r>
      <w:r>
        <w:br/>
      </w:r>
      <w:r>
        <w:rPr>
          <w:sz w:val="20"/>
        </w:rPr>
        <w:t>30:35  ghair ilmi jawab bhi hai.</w:t>
      </w:r>
      <w:r>
        <w:br/>
      </w:r>
      <w:r>
        <w:rPr>
          <w:sz w:val="20"/>
        </w:rPr>
        <w:t>30:40  sharia wahi hai.</w:t>
      </w:r>
      <w:r>
        <w:br/>
      </w:r>
      <w:r>
        <w:rPr>
          <w:sz w:val="20"/>
        </w:rPr>
        <w:t>30:45  sharia ka jo</w:t>
      </w:r>
      <w:r>
        <w:br/>
      </w:r>
      <w:r>
        <w:rPr>
          <w:sz w:val="20"/>
        </w:rPr>
        <w:t>30:50  nikala hai, jo un jamaaton ne jo islami nizam ki alambardar hain, woh to ghulu ka case hai.</w:t>
      </w:r>
      <w:r>
        <w:br/>
      </w:r>
      <w:r>
        <w:rPr>
          <w:sz w:val="20"/>
        </w:rPr>
        <w:t>30:58  un ka jo tasawwur shariat ka, woh ghulu ka case hai.</w:t>
      </w:r>
      <w:r>
        <w:br/>
      </w:r>
      <w:r>
        <w:rPr>
          <w:sz w:val="20"/>
        </w:rPr>
        <w:t>31:05  warna shariat kya hai? jo quran o hadith mein wohi shariat hai? yeh tribal se kya talluq hai?</w:t>
      </w:r>
      <w:r>
        <w:br/>
      </w:r>
      <w:r>
        <w:rPr>
          <w:sz w:val="20"/>
        </w:rPr>
        <w:t>31:13  shariat jo hai, is ka koi yani is ka koi talluq</w:t>
      </w:r>
      <w:r>
        <w:br/>
      </w:r>
      <w:r>
        <w:rPr>
          <w:sz w:val="20"/>
        </w:rPr>
        <w:t>31:21  tribal culture se nahi hai.</w:t>
      </w:r>
      <w:r>
        <w:br/>
      </w:r>
      <w:r>
        <w:rPr>
          <w:sz w:val="20"/>
        </w:rPr>
        <w:t>31:27  woh woh wahi hai ke woh shariat mein, yani hadith mein ya quran mein jo baatein kahi gayi</w:t>
      </w:r>
      <w:r>
        <w:br/>
      </w:r>
      <w:r>
        <w:rPr>
          <w:sz w:val="20"/>
        </w:rPr>
        <w:t>31:33  hain, wohi shariat hai.</w:t>
      </w:r>
      <w:r>
        <w:br/>
      </w:r>
      <w:r>
        <w:rPr>
          <w:sz w:val="20"/>
        </w:rPr>
        <w:t>31:39  yeh to bilkul hi yani yeh yeh baatein jo kahi jati hain ke shariat jo hai, woh tribal</w:t>
      </w:r>
      <w:r>
        <w:br/>
      </w:r>
      <w:r>
        <w:rPr>
          <w:sz w:val="20"/>
        </w:rPr>
        <w:t>31:45  laws se talluq hai, is ka yeh bilkul</w:t>
      </w:r>
      <w:r>
        <w:br/>
      </w:r>
      <w:r>
        <w:rPr>
          <w:sz w:val="20"/>
        </w:rPr>
        <w:t>31:51  bilkul baseless baatein hain.</w:t>
      </w:r>
      <w:r>
        <w:br/>
      </w:r>
      <w:r>
        <w:rPr>
          <w:sz w:val="20"/>
        </w:rPr>
        <w:t>31:57  khwamkhwah ki baatein hain.</w:t>
      </w:r>
    </w:p>
    <w:p>
      <w:pPr>
        <w:pStyle w:val="Heading2"/>
      </w:pPr>
      <w:r>
        <w:t>Islamic government real or hypothetical</w:t>
      </w:r>
    </w:p>
    <w:p>
      <w:r>
        <w:rPr>
          <w:color w:val="666666"/>
          <w:sz w:val="18"/>
        </w:rPr>
        <w:t>Society &amp; Dawah · Example of the Prophet March 20, 2016 · 2m 53s · at 56:39 · https://youtu.be/79HmhzXU41w?t=3399</w:t>
      </w:r>
    </w:p>
    <w:p>
      <w:r>
        <w:rPr>
          <w:i/>
        </w:rPr>
        <w:t>“What is meant by Islamic government? Is it a real thing or a hypothetical? Islamic government is hypothetical, because neither in the Quran nor in Hadith is the word Islamic government mentioned.”</w:t>
      </w:r>
    </w:p>
    <w:p>
      <w:r>
        <w:rPr>
          <w:sz w:val="20"/>
        </w:rPr>
        <w:t>56:39  Maulana, in ka ek aur sawal hai, unhon ne likha hai ke islami hukumat se kya murad hai?</w:t>
      </w:r>
      <w:r>
        <w:br/>
      </w:r>
      <w:r>
        <w:rPr>
          <w:sz w:val="20"/>
        </w:rPr>
        <w:t>56:46  kya yeh koi haqeeqi cheez hai ya mufrada?</w:t>
      </w:r>
      <w:r>
        <w:br/>
      </w:r>
      <w:r>
        <w:rPr>
          <w:sz w:val="20"/>
        </w:rPr>
        <w:t>56:50  islami hukumat mufrada hi hai, kyunke na quran mein kahin islam hukumat ka lafz hai, na hadith mein.</w:t>
      </w:r>
      <w:r>
        <w:br/>
      </w:r>
      <w:r>
        <w:rPr>
          <w:sz w:val="20"/>
        </w:rPr>
        <w:t>56:59  dawat-e-islam batai kahan hai quran mein, kahan hadith mein hai? yeh baad ke zamaney mein musalmanon ne</w:t>
      </w:r>
      <w:r>
        <w:br/>
      </w:r>
      <w:r>
        <w:rPr>
          <w:sz w:val="20"/>
        </w:rPr>
        <w:t>57:06  yeh sab woh kiya hai, yani term banaye hain.</w:t>
      </w:r>
      <w:r>
        <w:br/>
      </w:r>
      <w:r>
        <w:rPr>
          <w:sz w:val="20"/>
        </w:rPr>
        <w:t>57:13  islam mein to sirf yeh hai ke</w:t>
      </w:r>
      <w:r>
        <w:br/>
      </w:r>
      <w:r>
        <w:rPr>
          <w:sz w:val="20"/>
        </w:rPr>
        <w:t>57:16  aadmi apne aap ko allah ka itaat guzar banaye,</w:t>
      </w:r>
      <w:r>
        <w:br/>
      </w:r>
      <w:r>
        <w:rPr>
          <w:sz w:val="20"/>
        </w:rPr>
        <w:t>57:21  peaceful dawat de,</w:t>
      </w:r>
      <w:r>
        <w:br/>
      </w:r>
      <w:r>
        <w:rPr>
          <w:sz w:val="20"/>
        </w:rPr>
        <w:t>57:24  jannat ke liye amal kare,</w:t>
      </w:r>
      <w:r>
        <w:br/>
      </w:r>
      <w:r>
        <w:rPr>
          <w:sz w:val="20"/>
        </w:rPr>
        <w:t>57:26  yeh hi sab hai.</w:t>
      </w:r>
      <w:r>
        <w:br/>
      </w:r>
      <w:r>
        <w:rPr>
          <w:sz w:val="20"/>
        </w:rPr>
        <w:t>57:28  agar halaat ke tehat kabhi</w:t>
      </w:r>
      <w:r>
        <w:br/>
      </w:r>
      <w:r>
        <w:rPr>
          <w:sz w:val="20"/>
        </w:rPr>
        <w:t>57:32  aisa hota hai ke muashre ke</w:t>
      </w:r>
      <w:r>
        <w:br/>
      </w:r>
      <w:r>
        <w:rPr>
          <w:sz w:val="20"/>
        </w:rPr>
        <w:t>57:36  overwhelming majority kisi tarz ki hukumat chahti hai to woh hukumat ban jaye gi wahan par.</w:t>
      </w:r>
      <w:r>
        <w:br/>
      </w:r>
      <w:r>
        <w:rPr>
          <w:sz w:val="20"/>
        </w:rPr>
        <w:t>57:41  kama takoon kazalik youla alaikum baqi target hargiz nahi hai.</w:t>
      </w:r>
      <w:r>
        <w:br/>
      </w:r>
      <w:r>
        <w:rPr>
          <w:sz w:val="20"/>
        </w:rPr>
        <w:t>57:46  jaisa ke maine arz kiya ke Allah Rasool Allah ne sahih nahi kaha gaya tha ke aqqam</w:t>
      </w:r>
      <w:r>
        <w:br/>
      </w:r>
      <w:r>
        <w:rPr>
          <w:sz w:val="20"/>
        </w:rPr>
        <w:t>57:51  dawat-e-islami nafs-e-shariat-e-islamiya yeh nahi kaha gaya tha.</w:t>
      </w:r>
      <w:r>
        <w:br/>
      </w:r>
      <w:r>
        <w:rPr>
          <w:sz w:val="20"/>
        </w:rPr>
        <w:t>57:56  toh yeh target hi nahi hai, yeh toh</w:t>
      </w:r>
      <w:r>
        <w:br/>
      </w:r>
      <w:r>
        <w:rPr>
          <w:sz w:val="20"/>
        </w:rPr>
        <w:t>57:59  mubtada target hai.</w:t>
      </w:r>
      <w:r>
        <w:br/>
      </w:r>
      <w:r>
        <w:rPr>
          <w:sz w:val="20"/>
        </w:rPr>
        <w:t>58:02  yeh mubtada target Islam ka target nahi hai.</w:t>
      </w:r>
      <w:r>
        <w:br/>
      </w:r>
      <w:r>
        <w:rPr>
          <w:sz w:val="20"/>
        </w:rPr>
        <w:t>58:05  is par maine bohat kaafi likha apni kitabon mein, aap parh sakte hain is ko.</w:t>
      </w:r>
      <w:r>
        <w:br/>
      </w:r>
      <w:r>
        <w:rPr>
          <w:sz w:val="20"/>
        </w:rPr>
        <w:t>58:10  Maulana, ek aur sawal aaya hai jo Pakistan team se jo us waqt dekh rahe hain, unhon ne</w:t>
      </w:r>
      <w:r>
        <w:br/>
      </w:r>
      <w:r>
        <w:rPr>
          <w:sz w:val="20"/>
        </w:rPr>
        <w:t>58:15  likha hai ke What is the process of developing clarity of mind about truth as we are living</w:t>
      </w:r>
      <w:r>
        <w:br/>
      </w:r>
      <w:r>
        <w:rPr>
          <w:sz w:val="20"/>
        </w:rPr>
        <w:t>58:23  in a society where many sects exist and each claims that he isright</w:t>
      </w:r>
      <w:r>
        <w:br/>
      </w:r>
      <w:r>
        <w:rPr>
          <w:sz w:val="20"/>
        </w:rPr>
        <w:t>58:29  what is your opinion on this? haan yeh bohat acha sawal hai mashallah. apne jo mera experience hai woh main samajhta hoon ke yeh ek ek do is ke pehlu hain. it is a two-fold mission.</w:t>
      </w:r>
      <w:r>
        <w:br/>
      </w:r>
      <w:r>
        <w:rPr>
          <w:sz w:val="20"/>
        </w:rPr>
        <w:t>58:51  number one. apne aap ko deconditioning karna. pehli cheez hai conditioning todna. deconditioning karna.</w:t>
      </w:r>
      <w:r>
        <w:br/>
      </w:r>
      <w:r>
        <w:rPr>
          <w:sz w:val="20"/>
        </w:rPr>
        <w:t>59:01  ing karna number one, aur number do is study.</w:t>
      </w:r>
      <w:r>
        <w:br/>
      </w:r>
      <w:r>
        <w:rPr>
          <w:sz w:val="20"/>
        </w:rPr>
        <w:t>59:06  deconditioning aur study hi woh cheez hai jis se aap is target ko achieve kar sakte hain.</w:t>
      </w:r>
      <w:r>
        <w:br/>
      </w:r>
      <w:r>
        <w:rPr>
          <w:sz w:val="20"/>
        </w:rPr>
        <w:t>59:13  isi se personality banegi, is se intellectual development hoga, is se tazkiya hoga, sab kuch is se</w:t>
      </w:r>
      <w:r>
        <w:br/>
      </w:r>
      <w:r>
        <w:rPr>
          <w:sz w:val="20"/>
        </w:rPr>
        <w:t>59:21  hoga. Toh deconditioning aur study, bas aur koi mere tajrube mein aur koi cheez nahi hai.</w:t>
      </w:r>
    </w:p>
    <w:p>
      <w:pPr>
        <w:pStyle w:val="Heading2"/>
      </w:pPr>
      <w:r>
        <w:t>Islamic perspective on human rights and freedom</w:t>
      </w:r>
    </w:p>
    <w:p>
      <w:r>
        <w:rPr>
          <w:color w:val="666666"/>
          <w:sz w:val="18"/>
        </w:rPr>
        <w:t>Society &amp; Dawah · Man and The Paradise August 11, 2013 Maulana Wahiduddin Khan · 3m 25s · at 1:12:49 · https://youtu.be/m8XdpnaS95U?t=4369</w:t>
      </w:r>
    </w:p>
    <w:p>
      <w:r>
        <w:rPr>
          <w:i/>
        </w:rPr>
        <w:t>“We often consider freedom as right and start demanding rights. What is the Islamic view on human rights?”</w:t>
      </w:r>
    </w:p>
    <w:p>
      <w:r>
        <w:rPr>
          <w:sz w:val="20"/>
        </w:rPr>
        <w:t>1:12:49  maulana, agla sawal dilli se hai. miss naghma siddiqui ka</w:t>
      </w:r>
      <w:r>
        <w:br/>
      </w:r>
      <w:r>
        <w:rPr>
          <w:sz w:val="20"/>
        </w:rPr>
        <w:t>1:12:53  , unhon ne aap se poocha hai: "we often consider freedom are right and start demanding rights. what is the islamic view on human rights?"</w:t>
      </w:r>
      <w:r>
        <w:br/>
      </w:r>
      <w:r>
        <w:rPr>
          <w:sz w:val="20"/>
        </w:rPr>
        <w:t>1:13:07  dekhiye, main to human right ke concept hi ko bilkul yani absurd samajhta hoon. jab se human rights ka concept dunya mein aaya hai, tab se evil barh gayi hain.</w:t>
      </w:r>
      <w:r>
        <w:br/>
      </w:r>
      <w:r>
        <w:rPr>
          <w:sz w:val="20"/>
        </w:rPr>
        <w:t>1:13:19  evil barh gayi hain kyunke har aadmi apne right maang raha hai, har aadmi ke right maang raha</w:t>
      </w:r>
      <w:r>
        <w:br/>
      </w:r>
      <w:r>
        <w:rPr>
          <w:sz w:val="20"/>
        </w:rPr>
        <w:t>1:13:23  hai. kis se maang rahe ho bhai? kis se maang rahe ho? kya samundaron se maang rahe ho? pahadon se maang rahe ho? kis se maang rahe ho right?</w:t>
      </w:r>
      <w:r>
        <w:br/>
      </w:r>
      <w:r>
        <w:rPr>
          <w:sz w:val="20"/>
        </w:rPr>
        <w:t>1:13:31  apne sitaron aur aur planet se maang rahe ho? insaan se maang rahe ho? to nateeja yeh kaha ke human rights means yani takrao, ladai.</w:t>
      </w:r>
      <w:r>
        <w:br/>
      </w:r>
      <w:r>
        <w:rPr>
          <w:sz w:val="20"/>
        </w:rPr>
        <w:t>1:13:43  human right ka concept jo hai, wahi to ladai paida karta hai. har aadmi chahta hai ke falan aadmi se mujhe right lena hai, ab us se ladte hain.</w:t>
      </w:r>
      <w:r>
        <w:br/>
      </w:r>
      <w:r>
        <w:rPr>
          <w:sz w:val="20"/>
        </w:rPr>
        <w:t>1:13:54  islam mein human duties ka concept hai, yaad rakhiye. islam mein human right ka concept nahi hai. human duties ya agar aap apni duty ko poora karein to right apne aap mil jaate hain.</w:t>
      </w:r>
      <w:r>
        <w:br/>
      </w:r>
      <w:r>
        <w:rPr>
          <w:sz w:val="20"/>
        </w:rPr>
        <w:t>1:14:07  kis se aap right maang rahe hain? jis se maang rahe hain, usi se ladna padta hai aap ko.</w:t>
      </w:r>
      <w:r>
        <w:br/>
      </w:r>
      <w:r>
        <w:rPr>
          <w:sz w:val="20"/>
        </w:rPr>
        <w:t>1:14:14  to har taraf isi human right ka jo concept hai, usi ne har taraf nafrat aur aur tashaddud aur gun culture, bomb culture tarah chal rakha hai.</w:t>
      </w:r>
      <w:r>
        <w:br/>
      </w:r>
      <w:r>
        <w:rPr>
          <w:sz w:val="20"/>
        </w:rPr>
        <w:t>1:14:24  yeh jitna gun culture, bomb culture hai, sab human right ki wajah se hai. yeh agar human duties ka concept ho to kuch bhi nahi hoga.</w:t>
      </w:r>
      <w:r>
        <w:br/>
      </w:r>
      <w:r>
        <w:rPr>
          <w:sz w:val="20"/>
        </w:rPr>
        <w:t>1:14:38  main is bilkul yani nahi maanta ke human right ka jo concept hai, is mein koi khair hai. sirf sharai shar is ke andar hai.</w:t>
      </w:r>
      <w:r>
        <w:br/>
      </w:r>
      <w:r>
        <w:rPr>
          <w:sz w:val="20"/>
        </w:rPr>
        <w:t>1:14:48  sirf human duties ka concept hona chahiye aur koi ek bhi nahi hai. mujhe maloom sari dunya mein sirf main hoon wahid shakhs jo human duties ki baat karta hoon kyunke ek bhi nahi hai jo jo human duties ki baatein karta ho.</w:t>
      </w:r>
      <w:r>
        <w:br/>
      </w:r>
      <w:r>
        <w:rPr>
          <w:sz w:val="20"/>
        </w:rPr>
        <w:t>1:15:05  yani jo hamara jo constitution hai, jo banaya gaya, to is mein human right to bohat sari theen, human duties theen hi nahi. is mein is ka wajood hi nahi tha.</w:t>
      </w:r>
      <w:r>
        <w:br/>
      </w:r>
      <w:r>
        <w:rPr>
          <w:sz w:val="20"/>
        </w:rPr>
        <w:t>1:15:16  yani human duties ka koi concept hi nahi tha hamare constitution mein. waise itna mota hamara constitution tha. to indira gandhi ke zamane mein is mein ek class barhaya gaya.</w:t>
      </w:r>
      <w:r>
        <w:br/>
      </w:r>
      <w:r>
        <w:rPr>
          <w:sz w:val="20"/>
        </w:rPr>
        <w:t>1:15:29  aukha nateeja kuch nahi kyunke ab bohat dair ho chuki thi.</w:t>
      </w:r>
      <w:r>
        <w:br/>
      </w:r>
      <w:r>
        <w:rPr>
          <w:sz w:val="20"/>
        </w:rPr>
        <w:t>1:15:32  saara society hamari right conscious ho chuki thi.</w:t>
      </w:r>
      <w:r>
        <w:br/>
      </w:r>
      <w:r>
        <w:rPr>
          <w:sz w:val="20"/>
        </w:rPr>
        <w:t>1:15:39  jab hamari society saara right conscious ho ho chuki thi, tab is mein duty ka ek class barhaya gaya. to woh bilkul bekar ho kar reh gaya. to bahar haal main samajhta hoon ke islam ka jo target hai,</w:t>
      </w:r>
      <w:r>
        <w:br/>
      </w:r>
      <w:r>
        <w:rPr>
          <w:sz w:val="20"/>
        </w:rPr>
        <w:t>1:15:55  woh hai duty conscious society banana. duty conscious insaan, insaan banana.</w:t>
      </w:r>
      <w:r>
        <w:br/>
      </w:r>
      <w:r>
        <w:rPr>
          <w:sz w:val="20"/>
        </w:rPr>
        <w:t>1:16:02  islam ka target yeh hai hi nahi ke right conscious society, right conscious insaan banaya jaye. yeh main samjha hoon quran o hadees ke mutalliq se.</w:t>
      </w:r>
    </w:p>
    <w:p>
      <w:pPr>
        <w:pStyle w:val="Heading2"/>
      </w:pPr>
      <w:r>
        <w:t>Islamic principle from Vatican principle for today</w:t>
      </w:r>
    </w:p>
    <w:p>
      <w:r>
        <w:rPr>
          <w:color w:val="666666"/>
          <w:sz w:val="18"/>
        </w:rPr>
        <w:t>Society &amp; Dawah · Formula of Human Life | March 13, 2016 · 3m 50s · at 58:44 · https://youtu.be/Et_ZQTYZzjU?t=3524</w:t>
      </w:r>
    </w:p>
    <w:p>
      <w:r>
        <w:rPr>
          <w:i/>
        </w:rPr>
        <w:t>“Today you mentioned about the Vatican principle. What can be the Islamic principle which should be adopted by the Muslim world today? What is your suggestion?”</w:t>
      </w:r>
    </w:p>
    <w:p>
      <w:r>
        <w:rPr>
          <w:sz w:val="20"/>
        </w:rPr>
        <w:t>58:44  مولانا، اگلا سوال لکھنو سے کیا ہے ظہور صاحب نے، اور ان کا سوال ہے کہ: "مولانا، today</w:t>
      </w:r>
      <w:r>
        <w:br/>
      </w:r>
      <w:r>
        <w:rPr>
          <w:sz w:val="20"/>
        </w:rPr>
        <w:t>58:50  You mentioned about the Vatican principle.</w:t>
      </w:r>
      <w:r>
        <w:br/>
      </w:r>
      <w:r>
        <w:rPr>
          <w:sz w:val="20"/>
        </w:rPr>
        <w:t>58:56  What can be the Islamic principle which should be adopted by the Muslim world today? What is your suggestion?</w:t>
      </w:r>
      <w:r>
        <w:br/>
      </w:r>
      <w:r>
        <w:rPr>
          <w:sz w:val="20"/>
        </w:rPr>
        <w:t>59:02  "What is this?" میں تو سمجھتا ہوں کہ ویٹیکن پرنسپل ایک پریکٹیکل پرنسپل ہے، اور ہمیں ہمیشہ ایپلیکیبل ہے۔</w:t>
      </w:r>
      <w:r>
        <w:br/>
      </w:r>
      <w:r>
        <w:rPr>
          <w:sz w:val="20"/>
        </w:rPr>
        <w:t>59:08  woh is ka taluq mazhab se nahi hai, is ka taluq law of nature se hai.</w:t>
      </w:r>
      <w:r>
        <w:br/>
      </w:r>
      <w:r>
        <w:rPr>
          <w:sz w:val="20"/>
        </w:rPr>
        <w:t>59:14  law of nature se.</w:t>
      </w:r>
      <w:r>
        <w:br/>
      </w:r>
      <w:r>
        <w:rPr>
          <w:sz w:val="20"/>
        </w:rPr>
        <w:t>59:20  rasool allah ke zamane mein aap dekhiye ke makka ke jo is zamane mein jo log makka mein</w:t>
      </w:r>
      <w:r>
        <w:br/>
      </w:r>
      <w:r>
        <w:rPr>
          <w:sz w:val="20"/>
        </w:rPr>
        <w:t>59:27  rule kar rahe the,</w:t>
      </w:r>
      <w:r>
        <w:br/>
      </w:r>
      <w:r>
        <w:rPr>
          <w:sz w:val="20"/>
        </w:rPr>
        <w:t>59:33  unhon ne kaha: "makka chhodna parega aap ko." to unhon ne kaha: "theek hai, hum chale jate</w:t>
      </w:r>
      <w:r>
        <w:br/>
      </w:r>
      <w:r>
        <w:rPr>
          <w:sz w:val="20"/>
        </w:rPr>
        <w:t>59:39  hain, madine se rehte hain." woh bhi to vatican tha.</w:t>
      </w:r>
      <w:r>
        <w:br/>
      </w:r>
      <w:r>
        <w:rPr>
          <w:sz w:val="20"/>
        </w:rPr>
        <w:t>59:45  madina was like a vatican.</w:t>
      </w:r>
      <w:r>
        <w:br/>
      </w:r>
      <w:r>
        <w:rPr>
          <w:sz w:val="20"/>
        </w:rPr>
        <w:t>59:52  vatican yani pope ne pure europe ko chhod kar ke vatican mein apna seat bana liya.</w:t>
      </w:r>
      <w:r>
        <w:br/>
      </w:r>
      <w:r>
        <w:rPr>
          <w:sz w:val="20"/>
        </w:rPr>
        <w:t>59:58  rasool allah sallallahu alaihi wasallam ne pure arab ko chhod kar ke madine mein seat bana liya. yani</w:t>
      </w:r>
      <w:r>
        <w:br/>
      </w:r>
      <w:r>
        <w:rPr>
          <w:sz w:val="20"/>
        </w:rPr>
        <w:t>1:00:04  اس کو بتاؤں گا، Vaticanization کہیے یا principle of Vatican کے، وہ وہی تھا۔</w:t>
      </w:r>
      <w:r>
        <w:br/>
      </w:r>
      <w:r>
        <w:rPr>
          <w:sz w:val="20"/>
        </w:rPr>
        <w:t>1:00:12  yeh to yeh law of nature hai, yeh law of nature hai.</w:t>
      </w:r>
      <w:r>
        <w:br/>
      </w:r>
      <w:r>
        <w:rPr>
          <w:sz w:val="20"/>
        </w:rPr>
        <w:t>1:00:19  aur mein samajhta hoon ke yeh law of nature jo hai, secular logon ke liye bhi hai.</w:t>
      </w:r>
      <w:r>
        <w:br/>
      </w:r>
      <w:r>
        <w:rPr>
          <w:sz w:val="20"/>
        </w:rPr>
        <w:t>1:00:27  What happened in Germany after the Second World War? Some</w:t>
      </w:r>
      <w:r>
        <w:br/>
      </w:r>
      <w:r>
        <w:rPr>
          <w:sz w:val="20"/>
        </w:rPr>
        <w:t>1:00:34  powers yani occupied east germany.</w:t>
      </w:r>
      <w:r>
        <w:br/>
      </w:r>
      <w:r>
        <w:rPr>
          <w:sz w:val="20"/>
        </w:rPr>
        <w:t>1:00:41  So German leaders have no option other than to content in West Germany.</w:t>
      </w:r>
      <w:r>
        <w:br/>
      </w:r>
      <w:r>
        <w:rPr>
          <w:sz w:val="20"/>
        </w:rPr>
        <w:t>1:00:48  to they accepted this formula.</w:t>
      </w:r>
      <w:r>
        <w:br/>
      </w:r>
      <w:r>
        <w:rPr>
          <w:sz w:val="20"/>
        </w:rPr>
        <w:t>1:00:54  as was formula, also formula of vatican.</w:t>
      </w:r>
      <w:r>
        <w:br/>
      </w:r>
      <w:r>
        <w:rPr>
          <w:sz w:val="20"/>
        </w:rPr>
        <w:t>1:01:01  yani east germany ko unhon ne de diya, un ko</w:t>
      </w:r>
      <w:r>
        <w:br/>
      </w:r>
      <w:r>
        <w:rPr>
          <w:sz w:val="20"/>
        </w:rPr>
        <w:t>1:01:07  jo jo doosri powers thin, aur khud woh west germany mein apna development ka kaam karne lage.</w:t>
      </w:r>
      <w:r>
        <w:br/>
      </w:r>
      <w:r>
        <w:rPr>
          <w:sz w:val="20"/>
        </w:rPr>
        <w:t>1:01:13  تو میں سمجھتا ہوں کہ principle of Vatican جو ہے، یہ یہ ایک بہت ہی wisdom کی بات</w:t>
      </w:r>
      <w:r>
        <w:br/>
      </w:r>
      <w:r>
        <w:rPr>
          <w:sz w:val="20"/>
        </w:rPr>
        <w:t>1:01:19  ہے، اور یہ سب کے لیے، religious لوگوں کے لیے، سخت religious لوگوں اور secular لوگوں کے لیے</w:t>
      </w:r>
      <w:r>
        <w:br/>
      </w:r>
      <w:r>
        <w:rPr>
          <w:sz w:val="20"/>
        </w:rPr>
        <w:t>1:01:25  bhi hai ke yeh wahi hai.</w:t>
      </w:r>
      <w:r>
        <w:br/>
      </w:r>
      <w:r>
        <w:rPr>
          <w:sz w:val="20"/>
        </w:rPr>
        <w:t>1:01:32  doosre lafzon mein</w:t>
      </w:r>
      <w:r>
        <w:br/>
      </w:r>
      <w:r>
        <w:rPr>
          <w:sz w:val="20"/>
        </w:rPr>
        <w:t>1:01:38  کہ: "Politics is the art of the possible." جو پاسیبل ہے، اس پر راضی ہو جاؤ۔</w:t>
      </w:r>
      <w:r>
        <w:br/>
      </w:r>
      <w:r>
        <w:rPr>
          <w:sz w:val="20"/>
        </w:rPr>
        <w:t>1:01:44  yani vaitikan prinsipal ka matlab hai jo pracktically jo paasebal hai, us par raazi ho jao.</w:t>
      </w:r>
      <w:r>
        <w:br/>
      </w:r>
      <w:r>
        <w:rPr>
          <w:sz w:val="20"/>
        </w:rPr>
        <w:t>1:01:51  dekhen, is ka yani itna achha example kirschan ne diya hai.</w:t>
      </w:r>
      <w:r>
        <w:br/>
      </w:r>
      <w:r>
        <w:rPr>
          <w:sz w:val="20"/>
        </w:rPr>
        <w:t>1:01:57  main main yeh kahunga itna achha example ke poore Europe mein un ki dab dabe tha, us ko</w:t>
      </w:r>
      <w:r>
        <w:br/>
      </w:r>
      <w:r>
        <w:rPr>
          <w:sz w:val="20"/>
        </w:rPr>
        <w:t>1:02:04  chhod kar ke vaitikan par raazi ho gaye,</w:t>
      </w:r>
      <w:r>
        <w:br/>
      </w:r>
      <w:r>
        <w:rPr>
          <w:sz w:val="20"/>
        </w:rPr>
        <w:t>1:02:10  jo shayad 110 ekad hai ghaliban.</w:t>
      </w:r>
      <w:r>
        <w:br/>
      </w:r>
      <w:r>
        <w:rPr>
          <w:sz w:val="20"/>
        </w:rPr>
        <w:t>1:02:16  to main samajhta hoon ke yeh prinsipal aik law of nature pe base karta hai, aur yeh secular</w:t>
      </w:r>
      <w:r>
        <w:br/>
      </w:r>
      <w:r>
        <w:rPr>
          <w:sz w:val="20"/>
        </w:rPr>
        <w:t>1:02:22  logon ke liye bhi hai, lejis logon ke liye bhi hai, sab ke liye.</w:t>
      </w:r>
      <w:r>
        <w:br/>
      </w:r>
      <w:r>
        <w:rPr>
          <w:sz w:val="20"/>
        </w:rPr>
        <w:t>1:02:28  lekin is ka aik bohat hi historical example chounke vaitikan hai, is liye main is ko refer kiya.</w:t>
      </w:r>
    </w:p>
    <w:p>
      <w:pPr>
        <w:pStyle w:val="Heading2"/>
      </w:pPr>
      <w:r>
        <w:t>Islamic solution for global political violence</w:t>
      </w:r>
    </w:p>
    <w:p>
      <w:r>
        <w:rPr>
          <w:color w:val="666666"/>
          <w:sz w:val="18"/>
        </w:rPr>
        <w:t>Society &amp; Dawah · Man and Paradise August 18, 2013 · 2m 11s · at 59:28 · https://youtu.be/v7eX25YAjDU?t=3568</w:t>
      </w:r>
    </w:p>
    <w:p>
      <w:r>
        <w:rPr>
          <w:i/>
        </w:rPr>
        <w:t>“Maulana, what is the solution in Islam for communal violence in Kashmir, the violence ignited by demands for separate states in India, and the global unrest due to political violence in other countries of the world, so that the world can become a ground for peace?”</w:t>
      </w:r>
    </w:p>
    <w:p>
      <w:r>
        <w:rPr>
          <w:sz w:val="20"/>
        </w:rPr>
        <w:t>59:28  maulana, agla sawal Delhi se hai, Miss Razia ka, Jamiya Millia Islamia se. unhone likha hai: "Maulana sahib, Kashmir ki sanpradayik hinsa aur Hindustan mein alag rajyon ki maang ko le kar bhadki hinsa,</w:t>
      </w:r>
      <w:r>
        <w:br/>
      </w:r>
      <w:r>
        <w:rPr>
          <w:sz w:val="20"/>
        </w:rPr>
        <w:t>59:45  aur vishwa ke doosre deshon ki rajnitik hinsa ke karan jo vaishvik ashanti ka mahaul hai, uska Islam mein kya hal hai</w:t>
      </w:r>
      <w:r>
        <w:br/>
      </w:r>
      <w:r>
        <w:rPr>
          <w:sz w:val="20"/>
        </w:rPr>
        <w:t>59:55  taaki vishwa shanti ki sarzameen ban jaye?" is par to main bahut likh chuka hoon, bahut zyada likh chuka hoon ke Islam mein political maamle mein status quo mein ye hai hi nahi jo kar rahe hain ye log.</w:t>
      </w:r>
      <w:r>
        <w:br/>
      </w:r>
      <w:r>
        <w:rPr>
          <w:sz w:val="20"/>
        </w:rPr>
        <w:t>1:00:13  ye hai hi nahi. political maamle mein ye hai Islam ka tareeqa ke jo existing rule hai, us ko maan lijiye bas.</w:t>
      </w:r>
      <w:r>
        <w:br/>
      </w:r>
      <w:r>
        <w:rPr>
          <w:sz w:val="20"/>
        </w:rPr>
        <w:t>1:00:24  yaani daawa activism aur political status quo mein dawat is peaceful tareeqe se dawat kijiye, us ka aap ko haq hai.</w:t>
      </w:r>
      <w:r>
        <w:br/>
      </w:r>
      <w:r>
        <w:rPr>
          <w:sz w:val="20"/>
        </w:rPr>
        <w:t>1:00:35  lekin ye opposition ki party chalana aur phir tashaddud tak maamla pahunchana, phir band aur aur takraao karna, ye sab Islam mein nahi hai.</w:t>
      </w:r>
      <w:r>
        <w:br/>
      </w:r>
      <w:r>
        <w:rPr>
          <w:sz w:val="20"/>
        </w:rPr>
        <w:t>1:00:48  Islam mein bilkul nahi hai.</w:t>
      </w:r>
      <w:r>
        <w:br/>
      </w:r>
      <w:r>
        <w:rPr>
          <w:sz w:val="20"/>
        </w:rPr>
        <w:t>1:00:51  to Islam mein sirf peaceful tareeqe se apni baat karne ka aap ko haq hai. bas jahan tak hukumat ka maamla hai, hukumat se takrane ka parties of opposition ye Islam mein hai hi nahi.</w:t>
      </w:r>
      <w:r>
        <w:br/>
      </w:r>
      <w:r>
        <w:rPr>
          <w:sz w:val="20"/>
        </w:rPr>
        <w:t>1:01:06  yaani jod hi kat jaati hai.</w:t>
      </w:r>
      <w:r>
        <w:br/>
      </w:r>
      <w:r>
        <w:rPr>
          <w:sz w:val="20"/>
        </w:rPr>
        <w:t>1:01:08  yaani Islam mein jadd kat jaati hai aisi parties ki jo aakhir mein tashaddud jism mein hota hai aur gun aur bomb ka nabat aati hai. kyunke political activism jo hai ya opposition parties of opposition Islam mein nahi hai, bilkul nahi hai.</w:t>
      </w:r>
      <w:r>
        <w:br/>
      </w:r>
      <w:r>
        <w:rPr>
          <w:sz w:val="20"/>
        </w:rPr>
        <w:t>1:01:25  main ne is par bahut likha hai, aap meri kitabon mein ye maujood hai, aap padh lijiye. is ko kehte hain un islami fuqaha ke istilaah mein is ko kehte hain ke khurooj Islam mein haram hai.</w:t>
      </w:r>
      <w:r>
        <w:br/>
      </w:r>
      <w:r>
        <w:rPr>
          <w:sz w:val="20"/>
        </w:rPr>
        <w:t>1:01:34  khurooj ka matlab hota hai parties of opposition.</w:t>
      </w:r>
    </w:p>
    <w:p>
      <w:pPr>
        <w:pStyle w:val="Heading2"/>
      </w:pPr>
      <w:r>
        <w:t>Islamic vs national politics</w:t>
      </w:r>
    </w:p>
    <w:p>
      <w:r>
        <w:rPr>
          <w:color w:val="666666"/>
          <w:sz w:val="18"/>
        </w:rPr>
        <w:t>Society &amp; Dawah · Islam and Peace August 25, 2013 · 3m 54s · at 44:24 · https://youtu.be/WbBu4W6AUUs?t=2664</w:t>
      </w:r>
    </w:p>
    <w:p>
      <w:r>
        <w:rPr>
          <w:i/>
        </w:rPr>
        <w:t>“What is the difference between Islamic politics and national politics? Please explain.”</w:t>
      </w:r>
    </w:p>
    <w:p>
      <w:r>
        <w:rPr>
          <w:sz w:val="20"/>
        </w:rPr>
        <w:t>44:24  maulana, yeh sawal bangalore se aaya hai naseerullah sahab ka. unhon ne aap se poocha hai: islami siyasat aur qaumi siyasat mein farq kya hai?</w:t>
      </w:r>
      <w:r>
        <w:br/>
      </w:r>
      <w:r>
        <w:rPr>
          <w:sz w:val="20"/>
        </w:rPr>
        <w:t>44:35  is ke bare mein batayen.</w:t>
      </w:r>
      <w:r>
        <w:br/>
      </w:r>
      <w:r>
        <w:rPr>
          <w:sz w:val="20"/>
        </w:rPr>
        <w:t>44:39  islami siyasat koi hai hi nahin. yeh to ek bidat hai. yeh ek invited term hai, yeh mubtazila istilaah.</w:t>
      </w:r>
      <w:r>
        <w:br/>
      </w:r>
      <w:r>
        <w:rPr>
          <w:sz w:val="20"/>
        </w:rPr>
        <w:t>44:51  sare quran mein, sari hadith ke zakhire mein kahin bhi islami siyasat ka lafz istemal nahin hua. to is ko main bidat samajhta hoon.</w:t>
      </w:r>
      <w:r>
        <w:br/>
      </w:r>
      <w:r>
        <w:rPr>
          <w:sz w:val="20"/>
        </w:rPr>
        <w:t>45:01  jo musalman aaj kal chala rahe hain, woh qaumi siyasat hai. woh islami siyasat hai hi nahin. siyasat ko islamize karne ka concept quran o hadith mein nahin hai.</w:t>
      </w:r>
      <w:r>
        <w:br/>
      </w:r>
      <w:r>
        <w:rPr>
          <w:sz w:val="20"/>
        </w:rPr>
        <w:t>45:10  hamara kaam hai peaceful dawah work, woh bhi inzar o tafseer ki buniyadon par.</w:t>
      </w:r>
      <w:r>
        <w:br/>
      </w:r>
      <w:r>
        <w:rPr>
          <w:sz w:val="20"/>
        </w:rPr>
        <w:t>45:19  yani main samajhta hoon ke musalmanon ka sirf ek hi mission hai, woh hai ke to make people aware of the creation plan of God bas single point formula ke Allah ka mansha kya hai,</w:t>
      </w:r>
      <w:r>
        <w:br/>
      </w:r>
      <w:r>
        <w:rPr>
          <w:sz w:val="20"/>
        </w:rPr>
        <w:t>45:38  Allah ka takhleeqi mansooba kya hai, aur jannat kya hai, jahannum kya hai, marne ke baad insan ke sath kya muamla pesh aanay wala hai.</w:t>
      </w:r>
      <w:r>
        <w:br/>
      </w:r>
      <w:r>
        <w:rPr>
          <w:sz w:val="20"/>
        </w:rPr>
        <w:t>45:49  isi ko kehte hain inzar o tafseer. bas baqi cheezen jo halaat ke tehat hain, halaat ke tehat hain. koi islami siyasat nahin hai.</w:t>
      </w:r>
      <w:r>
        <w:br/>
      </w:r>
      <w:r>
        <w:rPr>
          <w:sz w:val="20"/>
        </w:rPr>
        <w:t>46:01  aur jo jo unhon ne istilahein banai hain, woh unhon ne bilashubah ek aisa kaam kiya jis ka unhein haq nahin tha ke quran mein hai ya yeh istilaah hadith mein hai.</w:t>
      </w:r>
      <w:r>
        <w:br/>
      </w:r>
      <w:r>
        <w:rPr>
          <w:sz w:val="20"/>
        </w:rPr>
        <w:t>46:11  to aap ne kaise bana liya? yeh to qaumi culture mein hai.</w:t>
      </w:r>
      <w:r>
        <w:br/>
      </w:r>
      <w:r>
        <w:rPr>
          <w:sz w:val="20"/>
        </w:rPr>
        <w:t>46:16  qaumi culture mein siyasat waghera ki istilahein chalti hain, islam mein nahin hai. islam mein sara muamla yeh hai ke aap akhirat ki buniyad par dawah work karen, peaceful andaaz mein.</w:t>
      </w:r>
      <w:r>
        <w:br/>
      </w:r>
      <w:r>
        <w:rPr>
          <w:sz w:val="20"/>
        </w:rPr>
        <w:t>46:34  is ke baad kya halaat pesh aate hain, is se aap ka agla program tay hoga. basically yahi yahi hai, bas aur is ke ilawa kuch bhi nahin.</w:t>
      </w:r>
      <w:r>
        <w:br/>
      </w:r>
      <w:r>
        <w:rPr>
          <w:sz w:val="20"/>
        </w:rPr>
        <w:t>46:44  to main is ko nahin manta ke islami siyasat naam ki koi cheez hai islam mein. main is ko nahin manta. agar koi kisi ko israr hai ke hai to woh quran o hadith se bataye.</w:t>
      </w:r>
      <w:r>
        <w:br/>
      </w:r>
      <w:r>
        <w:rPr>
          <w:sz w:val="20"/>
        </w:rPr>
        <w:t>46:58  main aap ko ek hadith aap ko sunata hoon. ek hadith hai ke kama takunoon kadhalika yool alaikum jaise tum hoge, waise tumhare ruler honge.</w:t>
      </w:r>
      <w:r>
        <w:br/>
      </w:r>
      <w:r>
        <w:rPr>
          <w:sz w:val="20"/>
        </w:rPr>
        <w:t>47:09  ruler is ka matlab kya hua?</w:t>
      </w:r>
      <w:r>
        <w:br/>
      </w:r>
      <w:r>
        <w:rPr>
          <w:sz w:val="20"/>
        </w:rPr>
        <w:t>47:13  ke hukumat jo hai, hukumat jo hai, woh yani society se emerge karti hai.</w:t>
      </w:r>
      <w:r>
        <w:br/>
      </w:r>
      <w:r>
        <w:rPr>
          <w:sz w:val="20"/>
        </w:rPr>
        <w:t>47:22  jaisi society, waisi hukumat. koi islam ka koi ek muqarrar norm nahin hai ke is ko le kar ke hum logon se ladein, ke hum aisi hukumat qaim karenge.</w:t>
      </w:r>
      <w:r>
        <w:br/>
      </w:r>
      <w:r>
        <w:rPr>
          <w:sz w:val="20"/>
        </w:rPr>
        <w:t>47:31  aisa kuch nahin hai ke ek aaj kal jo hai ke ek ek hum kehte hain ke hamara ek nizam hai, is nizam ko hamein qaim karna hai, is ke liye hum ladeinge.</w:t>
      </w:r>
      <w:r>
        <w:br/>
      </w:r>
      <w:r>
        <w:rPr>
          <w:sz w:val="20"/>
        </w:rPr>
        <w:t>47:41  yeh kaheen nahin quran o hadees mein hai. is ke bar aks jo formula hai, woh yeh hai ke ke tum logon mein dawat do, society banao.</w:t>
      </w:r>
      <w:r>
        <w:br/>
      </w:r>
      <w:r>
        <w:rPr>
          <w:sz w:val="20"/>
        </w:rPr>
        <w:t>47:53  jaisi society hogi, waisi is ke andar se emerge kare gi hukoomat. bas koi isi ko nishana bana kar ke ladna bharna, yeh islam mein nahin hai.</w:t>
      </w:r>
      <w:r>
        <w:br/>
      </w:r>
      <w:r>
        <w:rPr>
          <w:sz w:val="20"/>
        </w:rPr>
        <w:t>48:07  mein ne bar bar logon ko challenge kiya hai ke log batayein ke quran o hadees mein kahan hai islami siyasat ka formula. aaj tak kisi ne nahin bataya.</w:t>
      </w:r>
    </w:p>
    <w:p>
      <w:pPr>
        <w:pStyle w:val="Heading2"/>
      </w:pPr>
      <w:r>
        <w:t>Lack of teamwork among Muslims</w:t>
      </w:r>
    </w:p>
    <w:p>
      <w:r>
        <w:rPr>
          <w:color w:val="666666"/>
          <w:sz w:val="18"/>
        </w:rPr>
        <w:t>Society &amp; Dawah · The Problem of Evil December 4, 2011 · 2m 26s · at 1:34:23 · https://youtu.be/SMqtVjaGHfw?t=5663</w:t>
      </w:r>
    </w:p>
    <w:p>
      <w:r>
        <w:rPr>
          <w:i/>
        </w:rPr>
        <w:t>“Muslims lack organization and teamwork, while in Europe every work is done in an organized manner with teamwork. What is the reason for this?”</w:t>
      </w:r>
    </w:p>
    <w:p>
      <w:r>
        <w:rPr>
          <w:sz w:val="20"/>
        </w:rPr>
        <w:t>1:34:23  Maulana, agla sawal aaya hai Mr. Danial ka Patna, Bihar se. unhon ne likha hai: "musalmanon ke andar organization aur team work bahut kam paya jata hai, jabke Europe mein har kaam ko organized andaaz mein team work ke tehat kiya jata hai.</w:t>
      </w:r>
      <w:r>
        <w:br/>
      </w:r>
      <w:r>
        <w:rPr>
          <w:sz w:val="20"/>
        </w:rPr>
        <w:t>1:34:42  is ka sabab kya hai?" pehle Europe mein bhi nahin tha aisa, yani Renaissance se pehle Europe ka bahut bura haal tha.</w:t>
      </w:r>
      <w:r>
        <w:br/>
      </w:r>
      <w:r>
        <w:rPr>
          <w:sz w:val="20"/>
        </w:rPr>
        <w:t>1:34:54  mein samajhta hoon ke yeh sab se bara sabab hai scientific education, jo renaissance ke baad aai hai. Musalmanon mein badqismati hai ke scientific education taqreeban nahi ke barabar hai, hai hi nahi.</w:t>
      </w:r>
      <w:r>
        <w:br/>
      </w:r>
      <w:r>
        <w:rPr>
          <w:sz w:val="20"/>
        </w:rPr>
        <w:t>1:35:07  Musalmanon mein jo hai, jo cheezen hain, woh woh aadmi ke andar discipline discipline nahi laati, jazbatiyat paida karti hain.</w:t>
      </w:r>
      <w:r>
        <w:br/>
      </w:r>
      <w:r>
        <w:rPr>
          <w:sz w:val="20"/>
        </w:rPr>
        <w:t>1:35:16  yeh jahadi baat hai aur aur inshallah pass khitabat, debate, yeh sab cheezen.</w:t>
      </w:r>
      <w:r>
        <w:br/>
      </w:r>
      <w:r>
        <w:rPr>
          <w:sz w:val="20"/>
        </w:rPr>
        <w:t>1:35:23  to mein samajhta hoon ke ahl-e-Europe mein, mein khud pehle jo hai, unka bohat bura haal tha aur renaissance ke baad jab unki education aai, science certificate education, tab un mein bohat zabardast badlav aaya.</w:t>
      </w:r>
      <w:r>
        <w:br/>
      </w:r>
      <w:r>
        <w:rPr>
          <w:sz w:val="20"/>
        </w:rPr>
        <w:t>1:35:40  to wahi Musalmanon ko bhi karna hai. Badqismati se Musalmanon mein scientific education ka koi concept nahi, aaj bhi nahi hai.</w:t>
      </w:r>
      <w:r>
        <w:br/>
      </w:r>
      <w:r>
        <w:rPr>
          <w:sz w:val="20"/>
        </w:rPr>
        <w:t>1:35:48  bohat se baad koi samajhta hai kahin koi job lene ke liye, kuch degree lete lene ke liye, lekin degree se aage jo science ki ahmiyat hai, usko bilkul nahi jante woh log.</w:t>
      </w:r>
      <w:r>
        <w:br/>
      </w:r>
      <w:r>
        <w:rPr>
          <w:sz w:val="20"/>
        </w:rPr>
        <w:t>1:36:00  to mein samajhta hoon ke Musalmanon mein agar agar sahi bolana hai to scientific education ke bahar jayen.</w:t>
      </w:r>
      <w:r>
        <w:br/>
      </w:r>
      <w:r>
        <w:rPr>
          <w:sz w:val="20"/>
        </w:rPr>
        <w:t>1:36:08  jaise jo mulk hain, Pakistan, Iran waghera, Islami Jamhuriya kehte hain woh apne ko. Mein kehta hoon ke yeh yeh yeh khud apne aap mein ghair scientific baat hai.</w:t>
      </w:r>
      <w:r>
        <w:br/>
      </w:r>
      <w:r>
        <w:rPr>
          <w:sz w:val="20"/>
        </w:rPr>
        <w:t>1:36:18  Rasool Allah ne jab Madina ko Islami Jamhuriya nahi kaha to aap kahan ke kehne ka? to yeh mulk jo hain, in mein sab se zaroori tha yeh ke woh Islami Jamhuriya declare karne ke bajaye yeh kehte hain ke hamein education mein sari taqat lagana hai, khaas taur par scientific education mein.</w:t>
      </w:r>
      <w:r>
        <w:br/>
      </w:r>
      <w:r>
        <w:rPr>
          <w:sz w:val="20"/>
        </w:rPr>
        <w:t>1:36:33  yeh kahin bhi, yaani priority basis pe kahin bhi education ko liya nahi gaya.</w:t>
      </w:r>
      <w:r>
        <w:br/>
      </w:r>
      <w:r>
        <w:rPr>
          <w:sz w:val="20"/>
        </w:rPr>
        <w:t>1:36:38  koi Muslim country nahi hai jahan ke priority basis pe education ko liya gaya ho, jabke Europe mein liya. To mein samajhta hoon ke yeh asal wajah hai.</w:t>
      </w:r>
    </w:p>
    <w:p>
      <w:pPr>
        <w:pStyle w:val="Heading2"/>
      </w:pPr>
      <w:r>
        <w:t>Leadership for a discovering Muslim ummah</w:t>
      </w:r>
    </w:p>
    <w:p>
      <w:r>
        <w:rPr>
          <w:color w:val="666666"/>
          <w:sz w:val="18"/>
        </w:rPr>
        <w:t>Society &amp; Dawah · Revival of Muslim Ummah, February 4, 2013 · 4m 03s · at 1:12:03 · https://youtu.be/xB3MfWhLHoM?t=4323</w:t>
      </w:r>
    </w:p>
    <w:p>
      <w:r>
        <w:rPr>
          <w:i/>
        </w:rPr>
        <w:t>“If the Muslim ummah develops a discovering attitude instead of a defending attitude, then their struggle, da'wah, and discovering activities would require some sort of leadership. How should this leadership be and how should it work?”</w:t>
      </w:r>
    </w:p>
    <w:p>
      <w:r>
        <w:rPr>
          <w:sz w:val="20"/>
        </w:rPr>
        <w:t>1:12:03  to yeh middle man ka role jo hai, is ko yahan bataya gaya ummat-e-wasta. Maulana, agla sawal dilli se hai Miss S. Ahmed ka.</w:t>
      </w:r>
      <w:r>
        <w:br/>
      </w:r>
      <w:r>
        <w:rPr>
          <w:sz w:val="20"/>
        </w:rPr>
        <w:t>1:12:12  unhon ne likha hai: "Maulana sahib, if the Muslim ummah develops discovering attitude instead of their defending attitude, then their struggle aur daawa aur discovering activities would require some sort of leadership which can guide their ways.</w:t>
      </w:r>
      <w:r>
        <w:br/>
      </w:r>
      <w:r>
        <w:rPr>
          <w:sz w:val="20"/>
        </w:rPr>
        <w:t>1:12:32  so how should be this leadership and how should it work?" mere nazdeek musalman defend bhi nahi kar rahe. Defend to ek positive word hai, nahi bas doosron ko blame dete hain.</w:t>
      </w:r>
      <w:r>
        <w:br/>
      </w:r>
      <w:r>
        <w:rPr>
          <w:sz w:val="20"/>
        </w:rPr>
        <w:t>1:12:45  bas saara musalmanon ka jo neechay hai, woh stage ho ya un ka, yani jo printing press ka jo istemal kar rahe hain, woh dono jagah bas doosron ko blame dein.</w:t>
      </w:r>
      <w:r>
        <w:br/>
      </w:r>
      <w:r>
        <w:rPr>
          <w:sz w:val="20"/>
        </w:rPr>
        <w:t>1:13:00  defend to ek bohat oonchi baat hai. Musalman defend kahan kar rahe hain? Sachaa defence jo hai, woh bohat bari baat hoti hai.</w:t>
      </w:r>
      <w:r>
        <w:br/>
      </w:r>
      <w:r>
        <w:rPr>
          <w:sz w:val="20"/>
        </w:rPr>
        <w:t>1:13:09  musalman defence kar, defend, defend karna bhi nahi jante. Defence jo hai, ek bohat bara art hai. Musalman to bas react karte hain, react karte hain.</w:t>
      </w:r>
      <w:r>
        <w:br/>
      </w:r>
      <w:r>
        <w:rPr>
          <w:sz w:val="20"/>
        </w:rPr>
        <w:t>1:13:19  bas har cheez ka blame doosron ko dena, kuch bhi ho, bas doosron ko blame dena.</w:t>
      </w:r>
      <w:r>
        <w:br/>
      </w:r>
      <w:r>
        <w:rPr>
          <w:sz w:val="20"/>
        </w:rPr>
        <w:t>1:13:24  jaise India mein corner rights hote hain, bas jhat se blame denge police ko. Yeh bilkul galat hota hai, bilkul galat hota hai.</w:t>
      </w:r>
      <w:r>
        <w:br/>
      </w:r>
      <w:r>
        <w:rPr>
          <w:sz w:val="20"/>
        </w:rPr>
        <w:t>1:13:33  saare musalman chahe Mr ho ya Bol bhi, kya karte hain corner rights mein</w:t>
      </w:r>
      <w:r>
        <w:br/>
      </w:r>
      <w:r>
        <w:rPr>
          <w:sz w:val="20"/>
        </w:rPr>
        <w:t>1:13:38  . Dekhein, maine is pe kai article likhe hain. Corner right ki ek hi kahani hamesha hoti hai ke Hindu logon ke haan juloos ka riwaj hai, judge juloos woh nikalte hain.</w:t>
      </w:r>
      <w:r>
        <w:br/>
      </w:r>
      <w:r>
        <w:rPr>
          <w:sz w:val="20"/>
        </w:rPr>
        <w:t>1:13:51  to is mein kuch un ke slogan hote hain, kuch gaana bajana hota hai, aisa hota hai. To musalmanon ne ek jhoota nazariya bana rakha hai ke is se masjid ki behurmati hogi.</w:t>
      </w:r>
      <w:r>
        <w:br/>
      </w:r>
      <w:r>
        <w:rPr>
          <w:sz w:val="20"/>
        </w:rPr>
        <w:t>1:14:02  yeh bilkul galat baat hai. Koi sar fehrist ka Islam se koi is ka taluq nahi. To woh kahenge ke idhar hamari masjid hai, idhar tum mande ja rahe ho, is ko idhar se le jao.</w:t>
      </w:r>
      <w:r>
        <w:br/>
      </w:r>
      <w:r>
        <w:rPr>
          <w:sz w:val="20"/>
        </w:rPr>
        <w:t>1:14:12  to woh kehte hain ke hum ko le jayein, hum nahi le jayein ge idhar se. Ab police wahan maujood hoti hai, woh chahte hain ke police wahan roke, un ke route ko badle.</w:t>
      </w:r>
      <w:r>
        <w:br/>
      </w:r>
      <w:r>
        <w:rPr>
          <w:sz w:val="20"/>
        </w:rPr>
        <w:t>1:14:21  to police kaise badlenge? Nahi badal sakte. Police, police ko ikhtiyar nahi ke woh route badle. To kya karenge? Musalman pathar maar denge.</w:t>
      </w:r>
      <w:r>
        <w:br/>
      </w:r>
      <w:r>
        <w:rPr>
          <w:sz w:val="20"/>
        </w:rPr>
        <w:t>1:14:29  police ko pathar marenge ke yeh ooper side le rahi hai. Musalmanon mein yeh mind mein aa jayega. Un ka ke police wale police ko side le rahe hain aur pathar maar denge.</w:t>
      </w:r>
      <w:r>
        <w:br/>
      </w:r>
      <w:r>
        <w:rPr>
          <w:sz w:val="20"/>
        </w:rPr>
        <w:t>1:14:38  tab kya hoga? Phir kya hota hai? Pehle masla hota hai, yani procession versus Muslim, juloos versus Muslim.</w:t>
      </w:r>
      <w:r>
        <w:br/>
      </w:r>
      <w:r>
        <w:rPr>
          <w:sz w:val="20"/>
        </w:rPr>
        <w:t>1:14:51  lekin jaise hi ab musalman pathar maar dete hain police ko, phir masla kya ban jata hai? Police versus Muslim. Phir saari kahani badal jati hai, saari kahani badal jati hai is ke baad.</w:t>
      </w:r>
      <w:r>
        <w:br/>
      </w:r>
      <w:r>
        <w:rPr>
          <w:sz w:val="20"/>
        </w:rPr>
        <w:t>1:15:02  lekin koi ek bhi musalman rehne walon ki is ko khul kar is ko maane.</w:t>
      </w:r>
      <w:r>
        <w:br/>
      </w:r>
      <w:r>
        <w:rPr>
          <w:sz w:val="20"/>
        </w:rPr>
        <w:t>1:15:08  bas wohi wohi dohrate hain ke police ka zulm, police ka zulm, police ka zulm. Koi police zulm nahi maanta. Main sab musalmanon ki nadani se hota hai. Muslims are paid, Muslims are paying the price of their own state policies.</w:t>
      </w:r>
      <w:r>
        <w:br/>
      </w:r>
      <w:r>
        <w:rPr>
          <w:sz w:val="20"/>
        </w:rPr>
        <w:t>1:15:23  Muslims are paying the price of their own state policies.</w:t>
      </w:r>
      <w:r>
        <w:br/>
      </w:r>
      <w:r>
        <w:rPr>
          <w:sz w:val="20"/>
        </w:rPr>
        <w:t>1:15:29  z. Bhai, koi kehta nahi is baat ko. Bas doosron ko blame dena, RSS ko blame dena, BJP ko blame dena, police ko blame dena, administration ko blame dena.</w:t>
      </w:r>
      <w:r>
        <w:br/>
      </w:r>
      <w:r>
        <w:rPr>
          <w:sz w:val="20"/>
        </w:rPr>
        <w:t>1:15:38  yeh musalmanon ka mizaj ban gaya hai ke doosron ko blame dena. Yeh bohat zyada buri baat hai. Koi Allah ko bhar ke pasand nahi. Is ka saboot yeh hai ke musalman maare ja rahe hain.</w:t>
      </w:r>
      <w:r>
        <w:br/>
      </w:r>
      <w:r>
        <w:rPr>
          <w:sz w:val="20"/>
        </w:rPr>
        <w:t>1:15:48  phir nahi, blame dene ki policy kahan kaam hai? Ho rahi hai. Doosron ko blame de kar ke masla hal ho raha hai aap ka. To</w:t>
      </w:r>
      <w:r>
        <w:br/>
      </w:r>
      <w:r>
        <w:rPr>
          <w:sz w:val="20"/>
        </w:rPr>
        <w:t>1:15:58  beh-haal yeh poori Muslim thinking ko badalne ka mamla hai. Aise masla hal hal hone wala nahi hai.</w:t>
      </w:r>
    </w:p>
    <w:p>
      <w:pPr>
        <w:pStyle w:val="Heading2"/>
      </w:pPr>
      <w:r>
        <w:t>Learning from Christian missionary methods</w:t>
      </w:r>
    </w:p>
    <w:p>
      <w:r>
        <w:rPr>
          <w:color w:val="666666"/>
          <w:sz w:val="18"/>
        </w:rPr>
        <w:t>Society &amp; Dawah · The Problem of Evil December 4, 2011 · 2m 46s · at 1:44:36 · https://youtu.be/SMqtVjaGHfw?t=6276</w:t>
      </w:r>
    </w:p>
    <w:p>
      <w:r>
        <w:rPr>
          <w:i/>
        </w:rPr>
        <w:t>“You have written that Christians do missionary work in a very organized manner. What learning can a Muslim da’i (caller to Islam) gain from the experience of a Christian missionary? And what would be the method of that learning?”</w:t>
      </w:r>
    </w:p>
    <w:p>
      <w:r>
        <w:rPr>
          <w:sz w:val="20"/>
        </w:rPr>
        <w:t>1:44:36  saara mamla yahi hai ke kis mamle mein aadmi conscious hai, kis mamle mein ko usne apna karsan banaya hai. Maulana, agla sawal Mr. Daniyal ka aaya hai Patna, Bihar se.</w:t>
      </w:r>
      <w:r>
        <w:br/>
      </w:r>
      <w:r>
        <w:rPr>
          <w:sz w:val="20"/>
        </w:rPr>
        <w:t>1:44:47  unhon ne likha hai: "Aap ne likha hai ke Christians ke andar missionary work bohat organized andaaz mein hota hai.</w:t>
      </w:r>
      <w:r>
        <w:br/>
      </w:r>
      <w:r>
        <w:rPr>
          <w:sz w:val="20"/>
        </w:rPr>
        <w:t>1:44:56  aik Muslim daai Christian missionary ke experience se kya learning kar sakta hai? Is learning ka tareeqa kya hoga?"</w:t>
      </w:r>
      <w:r>
        <w:br/>
      </w:r>
      <w:r>
        <w:rPr>
          <w:sz w:val="20"/>
        </w:rPr>
        <w:t>1:45:06  tareeqa yeh hai ke aap usko janiye, usko apply kijiye apne kaam mein.</w:t>
      </w:r>
      <w:r>
        <w:br/>
      </w:r>
      <w:r>
        <w:rPr>
          <w:sz w:val="20"/>
        </w:rPr>
        <w:t>1:45:16  is mein to koi, mere khayal se, koi pecheeda baat nahi hai. Main to kai kitabein padhi hain isi mozu par ke kaise woh kaam karta hai. Abhi mere paas kitab hai ke woh kaise kaam karte hain,</w:t>
      </w:r>
      <w:r>
        <w:br/>
      </w:r>
      <w:r>
        <w:rPr>
          <w:sz w:val="20"/>
        </w:rPr>
        <w:t>1:45:31  aur "Adventures for God" aik kitab hai, misaal ke taur par.</w:t>
      </w:r>
      <w:r>
        <w:br/>
      </w:r>
      <w:r>
        <w:rPr>
          <w:sz w:val="20"/>
        </w:rPr>
        <w:t>1:45:37  to is par to bohat kitabein hain. Aap kisi bhi church mein chale jayenge to wahan aap dekh bhi sakte hain kaise kaam karte hain. Woh main aik martaba gaya wahan Turaik ke aik ilaqe mein,</w:t>
      </w:r>
      <w:r>
        <w:br/>
      </w:r>
      <w:r>
        <w:rPr>
          <w:sz w:val="20"/>
        </w:rPr>
        <w:t>1:45:51  to wahan baqayda jo aadmi Christianity ko qabool karta hai, to uska education, uski uski job, uski har cheez ko woh intezam karte hain.</w:t>
      </w:r>
      <w:r>
        <w:br/>
      </w:r>
      <w:r>
        <w:rPr>
          <w:sz w:val="20"/>
        </w:rPr>
        <w:t>1:46:05  woh</w:t>
      </w:r>
      <w:r>
        <w:br/>
      </w:r>
      <w:r>
        <w:rPr>
          <w:sz w:val="20"/>
        </w:rPr>
        <w:t>1:46:08  khaas taur par education dekhiye, aap itne bare paon mein phaila rakha unhon ne. To yeh sab cheezein aap kahin bhi dekh sakte hain. To main samajhta hoon ke woh bilashuba hamare namoona hain,</w:t>
      </w:r>
      <w:r>
        <w:br/>
      </w:r>
      <w:r>
        <w:rPr>
          <w:sz w:val="20"/>
        </w:rPr>
        <w:t>1:46:22  aur main samajhta hoon ke tareekh mein kisi ne bhi itna organized way mein dawat ka kaam nahi kiya jitna Christian log karte hain.</w:t>
      </w:r>
    </w:p>
    <w:p>
      <w:pPr>
        <w:pStyle w:val="Heading2"/>
      </w:pPr>
      <w:r>
        <w:t>Limits of open-mindedness and prophetic example</w:t>
      </w:r>
    </w:p>
    <w:p>
      <w:r>
        <w:rPr>
          <w:color w:val="666666"/>
          <w:sz w:val="18"/>
        </w:rPr>
        <w:t>Society &amp; Dawah · The Deeper Meaning of The Quran 18 Aug 2019 - Maulana Wahiduddin Khan · 2m 11s · at 37:32 · https://youtu.be/EYyhbiR_ZIQ?t=2252</w:t>
      </w:r>
    </w:p>
    <w:p>
      <w:r>
        <w:rPr>
          <w:i/>
        </w:rPr>
        <w:t>“Maulana, what is the difference between open-minded thinking and closed-minded thinking? I am asking this question because the case of Muslims is of closed-mindedness. They defend themselves saying that in Islam, if you become flexible or yield towards other faiths, then God will hold you accountable on the day of judgment. So Maulana, the question is: what are the limits to open-mindedness and is there an example from the life of Prophet and his companions?”</w:t>
      </w:r>
    </w:p>
    <w:p>
      <w:r>
        <w:rPr>
          <w:sz w:val="20"/>
        </w:rPr>
        <w:t>37:32  Maulana, agla sawal Ahmedabad se Faizan sahib ne bheja hai. Unhon ne likha hai: "Maulana, what is the difference between open-minded thinking and closed-minded thinking?</w:t>
      </w:r>
      <w:r>
        <w:br/>
      </w:r>
      <w:r>
        <w:rPr>
          <w:sz w:val="20"/>
        </w:rPr>
        <w:t>37:49  I am asking this question because the case of Muslims is of closed-mindedness. They defend themselves saying that in Islam, if you become flexible or yield towards other faiths, then God will hold you accountable on the day of judgment.</w:t>
      </w:r>
      <w:r>
        <w:br/>
      </w:r>
      <w:r>
        <w:rPr>
          <w:sz w:val="20"/>
        </w:rPr>
        <w:t>38:11  So Maulana, the question is: what are the limits to open-mindedness and is there an example from the life of Prophet and his companions?"</w:t>
      </w:r>
      <w:r>
        <w:br/>
      </w:r>
      <w:r>
        <w:rPr>
          <w:sz w:val="20"/>
        </w:rPr>
        <w:t>38:22  Dekhiye, knowledge ki koi limit nahi hoti, koi limit nahi. Khoob padhiye, khoob padhiye. Abhi maine jo bataya, wahi to tha ke musalmanon mein ek ta'assub paida ho gaya ke bas Arabic, bas Arabic, bas Arabic.</w:t>
      </w:r>
      <w:r>
        <w:br/>
      </w:r>
      <w:r>
        <w:rPr>
          <w:sz w:val="20"/>
        </w:rPr>
        <w:t>38:38  Doosri zubanon ke bare mein woh bias, bias ho gaye. Is se un ka dard narrow-mindedness aaya.</w:t>
      </w:r>
      <w:r>
        <w:br/>
      </w:r>
      <w:r>
        <w:rPr>
          <w:sz w:val="20"/>
        </w:rPr>
        <w:t>38:58  Mahboob bhai ne Mumbai se likha hai: "Maulana, whatever I know, based on that you are the only aalim who clears misconceptions among Muslims which are in vast numbers.</w:t>
      </w:r>
      <w:r>
        <w:br/>
      </w:r>
      <w:r>
        <w:rPr>
          <w:sz w:val="20"/>
        </w:rPr>
        <w:t>39:12  Maulana, you give us guidance with utmost clarity. Jazak Allah Maulana.</w:t>
      </w:r>
      <w:r>
        <w:br/>
      </w:r>
      <w:r>
        <w:rPr>
          <w:sz w:val="20"/>
        </w:rPr>
        <w:t>39:24  Miss Shabina Ali ne Pakistan, Miss Shabina Ali ne Kolkata se likha hai: "A very important lecture, Maulana. You have touched upon the topic which holds a lot of misconceptions,</w:t>
      </w:r>
      <w:r>
        <w:br/>
      </w:r>
      <w:r>
        <w:rPr>
          <w:sz w:val="20"/>
        </w:rPr>
        <w:t>39:37  and today it has been cleared thoroughly.</w:t>
      </w:r>
      <w:r>
        <w:br/>
      </w:r>
      <w:r>
        <w:rPr>
          <w:sz w:val="20"/>
        </w:rPr>
        <w:t>39:40  Thank you."</w:t>
      </w:r>
    </w:p>
    <w:p>
      <w:pPr>
        <w:pStyle w:val="Heading2"/>
      </w:pPr>
      <w:r>
        <w:t>Lord Mahavira idol defaced by mob</w:t>
      </w:r>
    </w:p>
    <w:p>
      <w:r>
        <w:rPr>
          <w:color w:val="666666"/>
          <w:sz w:val="18"/>
        </w:rPr>
        <w:t>Society &amp; Dawah · The Purpose of Existence-9th September 2012 · 2m 34s · at 1:44:22 · https://youtu.be/KxCy8m6k_MQ?t=6262</w:t>
      </w:r>
    </w:p>
    <w:p>
      <w:r>
        <w:rPr>
          <w:i/>
        </w:rPr>
        <w:t>“In the news 'Deewar-e-News' in Lucknow on August 17, 2012, it was mentioned that Lord Mahavira's idol was defaced by a mob of a few people.”</w:t>
      </w:r>
    </w:p>
    <w:p>
      <w:r>
        <w:rPr>
          <w:sz w:val="20"/>
        </w:rPr>
        <w:t>1:44:21  achha, theek hai.</w:t>
      </w:r>
      <w:r>
        <w:br/>
      </w:r>
      <w:r>
        <w:rPr>
          <w:sz w:val="20"/>
        </w:rPr>
        <w:t>1:44:22  ji, maulana, agla sawal raipur se hai idrees sahib ka.</w:t>
      </w:r>
      <w:r>
        <w:br/>
      </w:r>
      <w:r>
        <w:rPr>
          <w:sz w:val="20"/>
        </w:rPr>
        <w:t>1:44:27  انہوں نے لکھا ہے کہ: "There was a news in Lucknow in August 17, 2012, which mentioned that</w:t>
      </w:r>
      <w:r>
        <w:br/>
      </w:r>
      <w:r>
        <w:rPr>
          <w:sz w:val="20"/>
        </w:rPr>
        <w:t>1:44:35  Lord Mahavira's idol defaced by a mob of few people.</w:t>
      </w:r>
      <w:r>
        <w:br/>
      </w:r>
      <w:r>
        <w:rPr>
          <w:sz w:val="20"/>
        </w:rPr>
        <w:t>1:44:40  My question is: Does this kind of violent protest serve any of the purposes of the protesters? If</w:t>
      </w:r>
      <w:r>
        <w:br/>
      </w:r>
      <w:r>
        <w:rPr>
          <w:sz w:val="20"/>
        </w:rPr>
        <w:t>1:44:47  not, why this kind of protest is organized frequently? How the right-minded religious leaders and general people</w:t>
      </w:r>
      <w:r>
        <w:br/>
      </w:r>
      <w:r>
        <w:rPr>
          <w:sz w:val="20"/>
        </w:rPr>
        <w:t>1:44:55  belonging to the religion of this mob should react to correct the negative effects of such incidents?"</w:t>
      </w:r>
      <w:r>
        <w:br/>
      </w:r>
      <w:r>
        <w:rPr>
          <w:sz w:val="20"/>
        </w:rPr>
        <w:t>1:45:03  kindly comment.</w:t>
      </w:r>
      <w:r>
        <w:br/>
      </w:r>
      <w:r>
        <w:rPr>
          <w:sz w:val="20"/>
        </w:rPr>
        <w:t>1:45:04  dekhen, yeh yeh jo hai masla hai, yeh problem hai administration ka, hamara aap ka nahi hai.</w:t>
      </w:r>
      <w:r>
        <w:br/>
      </w:r>
      <w:r>
        <w:rPr>
          <w:sz w:val="20"/>
        </w:rPr>
        <w:t>1:45:12  hum aap khwah makhwah is pe statement dete hain.</w:t>
      </w:r>
      <w:r>
        <w:br/>
      </w:r>
      <w:r>
        <w:rPr>
          <w:sz w:val="20"/>
        </w:rPr>
        <w:t>1:45:15  yeh sirf administration ka masla hai.</w:t>
      </w:r>
      <w:r>
        <w:br/>
      </w:r>
      <w:r>
        <w:rPr>
          <w:sz w:val="20"/>
        </w:rPr>
        <w:t>1:45:18  yeh yeh ek india mein masla yeh zyada hai ke har aadmi lagta hai bolne is par.</w:t>
      </w:r>
      <w:r>
        <w:br/>
      </w:r>
      <w:r>
        <w:rPr>
          <w:sz w:val="20"/>
        </w:rPr>
        <w:t>1:45:25  har aadmi statement deta hai is ke upar.</w:t>
      </w:r>
      <w:r>
        <w:br/>
      </w:r>
      <w:r>
        <w:rPr>
          <w:sz w:val="20"/>
        </w:rPr>
        <w:t>1:45:29  main is ko administration ka masla samajhta hoon, intezamia ka masla.</w:t>
      </w:r>
      <w:r>
        <w:br/>
      </w:r>
      <w:r>
        <w:rPr>
          <w:sz w:val="20"/>
        </w:rPr>
        <w:t>1:45:33  aap ko suggestion ho to intezamia ko kahiye ke baqi akhbaron mein jo statement dete hain log, to</w:t>
      </w:r>
      <w:r>
        <w:br/>
      </w:r>
      <w:r>
        <w:rPr>
          <w:sz w:val="20"/>
        </w:rPr>
        <w:t>1:45:41  mera woh mizaj mizaj nahi hai.</w:t>
      </w:r>
      <w:r>
        <w:br/>
      </w:r>
      <w:r>
        <w:rPr>
          <w:sz w:val="20"/>
        </w:rPr>
        <w:t>1:45:44  woh main is ko jis ko kehte hain hindi mein prashasan, yeh prashasan ka masla hai.</w:t>
      </w:r>
      <w:r>
        <w:br/>
      </w:r>
      <w:r>
        <w:rPr>
          <w:sz w:val="20"/>
        </w:rPr>
        <w:t>1:45:51  maulana, yeh sawal tamil nadu se aya hai abu khadija sahib ka.</w:t>
      </w:r>
      <w:r>
        <w:br/>
      </w:r>
      <w:r>
        <w:rPr>
          <w:sz w:val="20"/>
        </w:rPr>
        <w:t>1:45:56  انہوں نے لکھا ہے: "مولانا صاحب، someone says giving the Quran or explaining Islam to murtad is</w:t>
      </w:r>
      <w:r>
        <w:br/>
      </w:r>
      <w:r>
        <w:rPr>
          <w:sz w:val="20"/>
        </w:rPr>
        <w:t>1:46:03  naat dawah work.</w:t>
      </w:r>
      <w:r>
        <w:br/>
      </w:r>
      <w:r>
        <w:rPr>
          <w:sz w:val="20"/>
        </w:rPr>
        <w:t>1:46:05  dawah work is when you make mado gayo shahada. " mado? shahada.</w:t>
      </w:r>
      <w:r>
        <w:br/>
      </w:r>
      <w:r>
        <w:rPr>
          <w:sz w:val="20"/>
        </w:rPr>
        <w:t>1:46:10  shahada.</w:t>
      </w:r>
      <w:r>
        <w:br/>
      </w:r>
      <w:r>
        <w:rPr>
          <w:sz w:val="20"/>
        </w:rPr>
        <w:t>1:46:11  achha, shahada.</w:t>
      </w:r>
      <w:r>
        <w:br/>
      </w:r>
      <w:r>
        <w:rPr>
          <w:sz w:val="20"/>
        </w:rPr>
        <w:t>1:46:13  shahada.</w:t>
      </w:r>
      <w:r>
        <w:br/>
      </w:r>
      <w:r>
        <w:rPr>
          <w:sz w:val="20"/>
        </w:rPr>
        <w:t>1:46:14  is this true statement? bilkul galat hai yeh.</w:t>
      </w:r>
      <w:r>
        <w:br/>
      </w:r>
      <w:r>
        <w:rPr>
          <w:sz w:val="20"/>
        </w:rPr>
        <w:t>1:46:18  yeh sare sahaba ne yeh kaam nahi kiya.</w:t>
      </w:r>
      <w:r>
        <w:br/>
      </w:r>
      <w:r>
        <w:rPr>
          <w:sz w:val="20"/>
        </w:rPr>
        <w:t>1:46:21  woh toh bakri bane hue the, khali padh padh sunate the.</w:t>
      </w:r>
      <w:r>
        <w:br/>
      </w:r>
      <w:r>
        <w:rPr>
          <w:sz w:val="20"/>
        </w:rPr>
        <w:t>1:46:26  kisi ko bandha hai, sare paighambaron ne yahi kiya.</w:t>
      </w:r>
      <w:r>
        <w:br/>
      </w:r>
      <w:r>
        <w:rPr>
          <w:sz w:val="20"/>
        </w:rPr>
        <w:t>1:46:30  paighambaron ne sunaya, bataya bas.</w:t>
      </w:r>
      <w:r>
        <w:br/>
      </w:r>
      <w:r>
        <w:rPr>
          <w:sz w:val="20"/>
        </w:rPr>
        <w:t>1:46:32  kisi kisi ne mara, beshtar logon ne nahi mara.</w:t>
      </w:r>
      <w:r>
        <w:br/>
      </w:r>
      <w:r>
        <w:rPr>
          <w:sz w:val="20"/>
        </w:rPr>
        <w:t>1:46:36  toh kya woh unhon ne dawah work nahi kiya? aap ne yani sare paighambaron ne sirf bataya bas</w:t>
      </w:r>
      <w:r>
        <w:br/>
      </w:r>
      <w:r>
        <w:rPr>
          <w:sz w:val="20"/>
        </w:rPr>
        <w:t>1:46:43  aur kya kiya? pahunchaya apni baat ko.</w:t>
      </w:r>
      <w:r>
        <w:br/>
      </w:r>
      <w:r>
        <w:rPr>
          <w:sz w:val="20"/>
        </w:rPr>
        <w:t>1:46:46  baqi shahadat toh iska apna choice hai, aap ka choice nahi hai.</w:t>
      </w:r>
      <w:r>
        <w:br/>
      </w:r>
      <w:r>
        <w:rPr>
          <w:sz w:val="20"/>
        </w:rPr>
        <w:t>1:46:52  ya iske koi sawalat, main isko sahi nahi samajhta.</w:t>
      </w:r>
    </w:p>
    <w:p>
      <w:pPr>
        <w:pStyle w:val="Heading2"/>
      </w:pPr>
      <w:r>
        <w:t>Love Islam hate America and tourist spots</w:t>
      </w:r>
    </w:p>
    <w:p>
      <w:r>
        <w:rPr>
          <w:color w:val="666666"/>
          <w:sz w:val="18"/>
        </w:rPr>
        <w:t>Society &amp; Dawah · Islam and Prophet of Islam 21st October 2012 · 2m 59s · at 1:12:08 · https://youtu.be/pg1Malshh6Y?t=4328</w:t>
      </w:r>
    </w:p>
    <w:p>
      <w:r>
        <w:rPr>
          <w:i/>
        </w:rPr>
        <w:t>“Love Islam, hate America. These holdings were placed in tourist spots in reaction to a recent movie produced in America.”</w:t>
      </w:r>
    </w:p>
    <w:p>
      <w:r>
        <w:rPr>
          <w:sz w:val="20"/>
        </w:rPr>
        <w:t>1:12:08  maulana, agla sawal kashmir se hai hamidullah hameed sahib ka.</w:t>
      </w:r>
      <w:r>
        <w:br/>
      </w:r>
      <w:r>
        <w:rPr>
          <w:sz w:val="20"/>
        </w:rPr>
        <w:t>1:12:13  unho'n ne likha hai: "lo islam hate america.</w:t>
      </w:r>
      <w:r>
        <w:br/>
      </w:r>
      <w:r>
        <w:rPr>
          <w:sz w:val="20"/>
        </w:rPr>
        <w:t>1:12:16  These hoardings were placed in tourist spots in reaction of recent movie produced in America.</w:t>
      </w:r>
      <w:r>
        <w:br/>
      </w:r>
      <w:r>
        <w:rPr>
          <w:sz w:val="20"/>
        </w:rPr>
        <w:t>1:12:23  "Can a Muslim hate a non-believer because of any excuse?" Dekhiye, law Islam bhi ek ek ek</w:t>
      </w:r>
      <w:r>
        <w:br/>
      </w:r>
      <w:r>
        <w:rPr>
          <w:sz w:val="20"/>
        </w:rPr>
        <w:t>1:12:31  aik ya'ni aik bilkul galat hai.</w:t>
      </w:r>
      <w:r>
        <w:br/>
      </w:r>
      <w:r>
        <w:rPr>
          <w:sz w:val="20"/>
        </w:rPr>
        <w:t>1:12:33  agar aap islam se love karein ge to logon se hate kar nahin sakte.</w:t>
      </w:r>
      <w:r>
        <w:br/>
      </w:r>
      <w:r>
        <w:rPr>
          <w:sz w:val="20"/>
        </w:rPr>
        <w:t>1:12:39  aap yeh namumkin hai ke aap islam se love karein, aap logon se hate karein.</w:t>
      </w:r>
      <w:r>
        <w:br/>
      </w:r>
      <w:r>
        <w:rPr>
          <w:sz w:val="20"/>
        </w:rPr>
        <w:t>1:12:46  aap islam se love karna aap ko doosron se mohabbat sikhaye ga.</w:t>
      </w:r>
      <w:r>
        <w:br/>
      </w:r>
      <w:r>
        <w:rPr>
          <w:sz w:val="20"/>
        </w:rPr>
        <w:t>1:12:51  kyun? aap quran ko parhiye, chapter 41 jo hai, hami alsajdah, is mein yeh ayat hai ke is</w:t>
      </w:r>
      <w:r>
        <w:br/>
      </w:r>
      <w:r>
        <w:rPr>
          <w:sz w:val="20"/>
        </w:rPr>
        <w:t>1:12:58  mein yeh ayat hai ke: "la tastaab al hasarat bil husn faiz alladhi baina ka bin wada kun wali hameem".</w:t>
      </w:r>
      <w:r>
        <w:br/>
      </w:r>
      <w:r>
        <w:rPr>
          <w:sz w:val="20"/>
        </w:rPr>
        <w:t>1:13:06  yani kisi ko agar tum pao ke tumhare sath uska sulook dushman wala sulook hai to tum</w:t>
      </w:r>
      <w:r>
        <w:br/>
      </w:r>
      <w:r>
        <w:rPr>
          <w:sz w:val="20"/>
        </w:rPr>
        <w:t>1:13:14  us ke sath dosti karo, tum uska acha sulook karo, phir woh dushman tumhara dost ban jayega</w:t>
      </w:r>
      <w:r>
        <w:br/>
      </w:r>
      <w:r>
        <w:rPr>
          <w:sz w:val="20"/>
        </w:rPr>
        <w:t>1:13:22  ga.</w:t>
      </w:r>
      <w:r>
        <w:br/>
      </w:r>
      <w:r>
        <w:rPr>
          <w:sz w:val="20"/>
        </w:rPr>
        <w:t>1:13:23  Faiz alladhi bayna ka wabayna ka wali humim.</w:t>
      </w:r>
      <w:r>
        <w:br/>
      </w:r>
      <w:r>
        <w:rPr>
          <w:sz w:val="20"/>
        </w:rPr>
        <w:t>1:13:27  us ke mutaliq dushman ko potential friend ke roop mein dekhna yeh hai Islam.</w:t>
      </w:r>
      <w:r>
        <w:br/>
      </w:r>
      <w:r>
        <w:rPr>
          <w:sz w:val="20"/>
        </w:rPr>
        <w:t>1:13:33  یعنی you have to see the your enemy enter enter, یعنی as a potential friend.</w:t>
      </w:r>
      <w:r>
        <w:br/>
      </w:r>
      <w:r>
        <w:rPr>
          <w:sz w:val="20"/>
        </w:rPr>
        <w:t>1:13:39  apne dushman ko potential friend ke roop mein dikhaiye, Islam hai.</w:t>
      </w:r>
      <w:r>
        <w:br/>
      </w:r>
      <w:r>
        <w:rPr>
          <w:sz w:val="20"/>
        </w:rPr>
        <w:t>1:13:44  toh jo log kehte hain ke lo Islam, yeh yeh bilkul galat keh rahe hain.</w:t>
      </w:r>
      <w:r>
        <w:br/>
      </w:r>
      <w:r>
        <w:rPr>
          <w:sz w:val="20"/>
        </w:rPr>
        <w:t>1:13:51  woh woh hate Islam ke in ke dilon mein hai.</w:t>
      </w:r>
      <w:r>
        <w:br/>
      </w:r>
      <w:r>
        <w:rPr>
          <w:sz w:val="20"/>
        </w:rPr>
        <w:t>1:13:55  Islam se mohabbat toh un ko nahi hai.</w:t>
      </w:r>
      <w:r>
        <w:br/>
      </w:r>
      <w:r>
        <w:rPr>
          <w:sz w:val="20"/>
        </w:rPr>
        <w:t>1:13:58  mohabbat hoti toh woh Quran se lete rahe ke kya karna chahiye humein.</w:t>
      </w:r>
      <w:r>
        <w:br/>
      </w:r>
      <w:r>
        <w:rPr>
          <w:sz w:val="20"/>
        </w:rPr>
        <w:t>1:14:04  Quran ko dekhte, padhte, Quran ko jab Quran mein saaf saaf hai ke tum dushman ko apna potential</w:t>
      </w:r>
      <w:r>
        <w:br/>
      </w:r>
      <w:r>
        <w:rPr>
          <w:sz w:val="20"/>
        </w:rPr>
        <w:t>1:14:12  friend samjho toh aap keh sakte hain, aisa kar sakte hain.</w:t>
      </w:r>
      <w:r>
        <w:br/>
      </w:r>
      <w:r>
        <w:rPr>
          <w:sz w:val="20"/>
        </w:rPr>
        <w:t>1:14:16  mein wahan gaya tha America toh wahan pe ek church mein mujhe bulaya gaya toh unhon ne kaha</w:t>
      </w:r>
      <w:r>
        <w:br/>
      </w:r>
      <w:r>
        <w:rPr>
          <w:sz w:val="20"/>
        </w:rPr>
        <w:t>1:14:24  کہ بائبل میں حضرت مسیح نے یہ کہا تھا کہ: "Love your enemy"۔</w:t>
      </w:r>
      <w:r>
        <w:br/>
      </w:r>
      <w:r>
        <w:rPr>
          <w:sz w:val="20"/>
        </w:rPr>
        <w:t>1:14:30  toh kya aap ke Quran mein bhi aisi taleem hai? Toh maine yeh ayat padhi, un ko</w:t>
      </w:r>
      <w:r>
        <w:br/>
      </w:r>
      <w:r>
        <w:rPr>
          <w:sz w:val="20"/>
        </w:rPr>
        <w:t>1:14:37  samne toh bohat khush hue woh ke Quran mein bhi yahi taleem hai.</w:t>
      </w:r>
      <w:r>
        <w:br/>
      </w:r>
      <w:r>
        <w:rPr>
          <w:sz w:val="20"/>
        </w:rPr>
        <w:t>1:14:43  is ayat ko aap ghor kijiye ke kitni zabardast zabardast ayat hai ke agar aap sach much Muslim</w:t>
      </w:r>
      <w:r>
        <w:br/>
      </w:r>
      <w:r>
        <w:rPr>
          <w:sz w:val="20"/>
        </w:rPr>
        <w:t>1:14:51  hain, sach much momin hain, sach much Quran ko manne wale hain toh aap ko chahiye ke aap</w:t>
      </w:r>
      <w:r>
        <w:br/>
      </w:r>
      <w:r>
        <w:rPr>
          <w:sz w:val="20"/>
        </w:rPr>
        <w:t>1:14:58  dushman ko potential friend ke roop mein dekhein, nahi toh aap Muslim nahi hain, nahi toh aap Quran</w:t>
      </w:r>
      <w:r>
        <w:br/>
      </w:r>
      <w:r>
        <w:rPr>
          <w:sz w:val="20"/>
        </w:rPr>
        <w:t>1:15:06  ko nahi mante.</w:t>
      </w:r>
    </w:p>
    <w:p>
      <w:pPr>
        <w:pStyle w:val="Heading2"/>
      </w:pPr>
      <w:r>
        <w:t>Lucknow High Court verdict opinion</w:t>
      </w:r>
    </w:p>
    <w:p>
      <w:r>
        <w:rPr>
          <w:color w:val="666666"/>
          <w:sz w:val="18"/>
        </w:rPr>
        <w:t>Society &amp; Dawah · Art of Crisis Management I 3 October, 2010 Maulana Wahiduddin Khan · 4m 40s · at 1:35:29 · https://youtu.be/mcJZ0YEOolk?t=5729</w:t>
      </w:r>
    </w:p>
    <w:p>
      <w:r>
        <w:rPr>
          <w:i/>
        </w:rPr>
        <w:t>“We feel we must accept the Lucknow High Court verdict. What is your opinion? How can we compel the Waqf Board for not going for appeal? Should a mosque be rebuilt at the joining to Ram Mandir? Kindly comment.”</w:t>
      </w:r>
    </w:p>
    <w:p>
      <w:r>
        <w:rPr>
          <w:sz w:val="20"/>
        </w:rPr>
        <w:t>1:35:29  Maulana, ek sawal aur poocha gaya hai Delhi se. Likhne wale ne apna naam nahi diya hai. Poocha hai ke "We feel we must accept Lucknow High Court verdict".</w:t>
      </w:r>
      <w:r>
        <w:br/>
      </w:r>
      <w:r>
        <w:rPr>
          <w:sz w:val="20"/>
        </w:rPr>
        <w:t>1:35:41  What is your opinion? How can we compel Waqf Board for not going for appeal?</w:t>
      </w:r>
      <w:r>
        <w:br/>
      </w:r>
      <w:r>
        <w:rPr>
          <w:sz w:val="20"/>
        </w:rPr>
        <w:t>1:35:49  Should a mosque be rebuilt at joining to Ram Mandir? Kindly comment. Dekhiye, aaj kal jo rujhan hai musalmanon ka, wo kya hai?</w:t>
      </w:r>
      <w:r>
        <w:br/>
      </w:r>
      <w:r>
        <w:rPr>
          <w:sz w:val="20"/>
        </w:rPr>
        <w:t>1:35:59  Musalmanon ka nahi, so called leaderon ka ke hum Supreme Court mein jayenge. Yeh bilkul stupid baat hai. Stupid,</w:t>
      </w:r>
      <w:r>
        <w:br/>
      </w:r>
      <w:r>
        <w:rPr>
          <w:sz w:val="20"/>
        </w:rPr>
        <w:t>1:36:09  yani agar abhi jo judgment aaya hai, is ko musalman samajhte hain ke musalmanon ke ke sath insaaf nahi hua hai, aur aur chahte hain ke Supreme Court mein jayein.</w:t>
      </w:r>
      <w:r>
        <w:br/>
      </w:r>
      <w:r>
        <w:rPr>
          <w:sz w:val="20"/>
        </w:rPr>
        <w:t>1:36:24  Jaise suppose Supreme Court ka ka judgment ek dam musalmanon ke haq mein ho jaye.</w:t>
      </w:r>
      <w:r>
        <w:br/>
      </w:r>
      <w:r>
        <w:rPr>
          <w:sz w:val="20"/>
        </w:rPr>
        <w:t>1:36:30  Suppose is judgment Supreme Court kar de ke wo jo zameen hai, wo sari ki sari musalmanon ko de di jaye. Farz kijiye, to aap samajhte hain ke aisa ho jayega?</w:t>
      </w:r>
      <w:r>
        <w:br/>
      </w:r>
      <w:r>
        <w:rPr>
          <w:sz w:val="20"/>
        </w:rPr>
        <w:t>1:36:44  Musalmanon ne 1985 mein isi mulk mein Shah Bano ke maamle mein jo kiya, wo bhool gaye.</w:t>
      </w:r>
      <w:r>
        <w:br/>
      </w:r>
      <w:r>
        <w:rPr>
          <w:sz w:val="20"/>
        </w:rPr>
        <w:t>1:36:55  Wo Shah Bano ke case jo tha, Supreme Court ne judgment diya apna. Supreme Court ne</w:t>
      </w:r>
      <w:r>
        <w:br/>
      </w:r>
      <w:r>
        <w:rPr>
          <w:sz w:val="20"/>
        </w:rPr>
        <w:t>1:37:02  aur saare musalmanon ke khilaaf khade hue, uth ke kaha ke hum nahi mante is ko. radd kar diya is faisle ko. to jo musalmanon ne kiya, woh hindu ke, yaani hindu ko is ka haq nahi hai.</w:t>
      </w:r>
      <w:r>
        <w:br/>
      </w:r>
      <w:r>
        <w:rPr>
          <w:sz w:val="20"/>
        </w:rPr>
        <w:t>1:37:16  agar musalman samajhte hain ke hamara right hai ke hum supreme court ke faisle ko na maanein, to aap ka aap samajhte hain ke hindu ka right nahi hai? yeh</w:t>
      </w:r>
      <w:r>
        <w:br/>
      </w:r>
      <w:r>
        <w:rPr>
          <w:sz w:val="20"/>
        </w:rPr>
        <w:t>1:37:25  to suppose supreme court faisla de de aap ke haq mein, tab bhi woh chalne wala nahi hai. koi hindu committee khadi ho jayegi ke hum nahi mante, jaise ke aap khade hue shabanon ke maamle mein.</w:t>
      </w:r>
      <w:r>
        <w:br/>
      </w:r>
      <w:r>
        <w:rPr>
          <w:sz w:val="20"/>
        </w:rPr>
        <w:t>1:37:36  yeh sab bilkul stepped baatein hain, ahmaqana baatein hain. kuch nahi, aap is ko full stop lagaiye, koi kaam mat lagaiye.</w:t>
      </w:r>
      <w:r>
        <w:br/>
      </w:r>
      <w:r>
        <w:rPr>
          <w:sz w:val="20"/>
        </w:rPr>
        <w:t>1:37:46  jo log yeh kehte hain ke out of court is ko decide kiya jaye, dono committee mil kar ke, woh is baat se ke aap phir kaam laga rahe hain.</w:t>
      </w:r>
      <w:r>
        <w:br/>
      </w:r>
      <w:r>
        <w:rPr>
          <w:sz w:val="20"/>
        </w:rPr>
        <w:t>1:37:56  jo yeh kehte hain ke supreme court mein hum jayein, is ka matlab hai woh kaam laga rahe hain. maine bar bar yeh kaha hai ke is mein kaam lagayein ge to lagta hi rahega kaam forever.</w:t>
      </w:r>
      <w:r>
        <w:br/>
      </w:r>
      <w:r>
        <w:rPr>
          <w:sz w:val="20"/>
        </w:rPr>
        <w:t>1:38:07  aap full stop lagaiye, kahin na kahin rok dijiye. bas is ko to ab jo ab jo sahi stand musalmanon ko hona chahiye, woh yeh hona chahiye ke court ke jo bhi faisle hote hain, us ko implement karne ki zimmedari hoti hai government ki,</w:t>
      </w:r>
      <w:r>
        <w:br/>
      </w:r>
      <w:r>
        <w:rPr>
          <w:sz w:val="20"/>
        </w:rPr>
        <w:t>1:38:23  administration ki. to jo faisla kiya hai court ne, ab ab court ke faisle ke baad ab jo kaam hai, government ka shuru hota hai.</w:t>
      </w:r>
      <w:r>
        <w:br/>
      </w:r>
      <w:r>
        <w:rPr>
          <w:sz w:val="20"/>
        </w:rPr>
        <w:t>1:38:33  government ko implement kare. agar government ke nazdeek faisle mein koi lacuna hai,</w:t>
      </w:r>
      <w:r>
        <w:br/>
      </w:r>
      <w:r>
        <w:rPr>
          <w:sz w:val="20"/>
        </w:rPr>
        <w:t>1:38:40  to us ko clarify karwaye khud government. government clarify karwaye phir se us se musalman se alag ho jaye. bilkul musalman ka role khatam ho gaya, aur kaam lagayein ge to kamaal lagta rahega, yahan tak ke aap barbaad hote rahein ge.</w:t>
      </w:r>
      <w:r>
        <w:br/>
      </w:r>
      <w:r>
        <w:rPr>
          <w:sz w:val="20"/>
        </w:rPr>
        <w:t>1:38:57  aur koi kahin bhi, yaani</w:t>
      </w:r>
      <w:r>
        <w:br/>
      </w:r>
      <w:r>
        <w:rPr>
          <w:sz w:val="20"/>
        </w:rPr>
        <w:t>1:39:01  kabhi kabhi bhi cheez se decide nahi hogi, kabhi bhi nahi hogi decide. yeh now aur never ka maamla hai, yaani aaj ya to aaj aap full stop laga dijiye, aur nahi to kabhi full stop nahi lagega.</w:t>
      </w:r>
      <w:r>
        <w:br/>
      </w:r>
      <w:r>
        <w:rPr>
          <w:sz w:val="20"/>
        </w:rPr>
        <w:t>1:39:16  maine 1992 mein kaha tha ke full stop lagao, aur kaam mat lagao, nahi to lagta ja ke kaam aayega. ek ke baad ek ke baad ek baat wahi ho raha hai. 60 baras se kaam lag rahe hain, to abhi 60 baras aur kaam lagte rahein ge.</w:t>
      </w:r>
      <w:r>
        <w:br/>
      </w:r>
      <w:r>
        <w:rPr>
          <w:sz w:val="20"/>
        </w:rPr>
        <w:t>1:39:31  kuch bhi nahi, musalman is maamle mein khamosh ho jayein, aur yeh maan lein ke adalat ka faisla jo hai, us ko</w:t>
      </w:r>
      <w:r>
        <w:br/>
      </w:r>
      <w:r>
        <w:rPr>
          <w:sz w:val="20"/>
        </w:rPr>
        <w:t>1:39:41  implement karna government ka kaam hai, woh kare. clarification chahiye government ko, to woh woh khud pooche court se. ab ab kaam government ka hai, musalmanon ka kuch bhi nahi hai.</w:t>
      </w:r>
      <w:r>
        <w:br/>
      </w:r>
      <w:r>
        <w:rPr>
          <w:sz w:val="20"/>
        </w:rPr>
        <w:t>1:39:55  maulana, yeh sawal matlab is se peace, is se peace qaim hoga, normality qaim hogi. hindu muslimon ke taalluqat jo hain, ab normal ho jayein ge, aur woh supreme hai.</w:t>
      </w:r>
      <w:r>
        <w:br/>
      </w:r>
      <w:r>
        <w:rPr>
          <w:sz w:val="20"/>
        </w:rPr>
        <w:t>1:40:05  isi ko main supreme samajhta hoon.</w:t>
      </w:r>
    </w:p>
    <w:p>
      <w:pPr>
        <w:pStyle w:val="Heading2"/>
      </w:pPr>
      <w:r>
        <w:t>Maintaining peace in nuclear age</w:t>
      </w:r>
    </w:p>
    <w:p>
      <w:r>
        <w:rPr>
          <w:color w:val="666666"/>
          <w:sz w:val="18"/>
        </w:rPr>
        <w:t>Society &amp; Dawah · Collective Repentance I Feb 24, 2013 Maulana Wahiduddin Khan · 2m 12s · at 1:03:07 · https://youtu.be/lkkolxAL38c?t=3787</w:t>
      </w:r>
    </w:p>
    <w:p>
      <w:r>
        <w:rPr>
          <w:i/>
        </w:rPr>
        <w:t>“Maulana, someone said this is the age of nuclear power, how can peace be maintained in such an environment? Every country displays its power, in such times, who has the responsibility for peace?”</w:t>
      </w:r>
    </w:p>
    <w:p>
      <w:r>
        <w:rPr>
          <w:sz w:val="20"/>
        </w:rPr>
        <w:t>1:03:07  maulana, yeh sawal tamil nadu se aaya hai maulana iqbal ahmad umri ka. unhone likha hai: "maulana, ek sahib ne kaha nuclear power ka daur hai, is mein peace ka mahol kaise barqarar ho sakta hai?</w:t>
      </w:r>
      <w:r>
        <w:br/>
      </w:r>
      <w:r>
        <w:rPr>
          <w:sz w:val="20"/>
        </w:rPr>
        <w:t>1:03:23  har mulk apni taqat ka muzahira karta hai, aise waqt mein peace ki zimmedari kis par hai?"</w:t>
      </w:r>
      <w:r>
        <w:br/>
      </w:r>
      <w:r>
        <w:rPr>
          <w:sz w:val="20"/>
        </w:rPr>
        <w:t>1:03:34  dekhein, yeh koi mehdood ke koi sawal nahi hai. yeh to aise hai ke koi kahe ke bhai shaitan ka daur hai to aap kaise islaah karein?</w:t>
      </w:r>
      <w:r>
        <w:br/>
      </w:r>
      <w:r>
        <w:rPr>
          <w:sz w:val="20"/>
        </w:rPr>
        <w:t>1:03:46  to nuclear nuclear power se pehle shaitan dunya mein aa chuka hai.</w:t>
      </w:r>
      <w:r>
        <w:br/>
      </w:r>
      <w:r>
        <w:rPr>
          <w:sz w:val="20"/>
        </w:rPr>
        <w:t>1:03:50  jab adam aaya to shaitan bhi aaya. jante hain, shaitan ne kaha tha ke "la tak la tanakru billah".</w:t>
      </w:r>
      <w:r>
        <w:br/>
      </w:r>
      <w:r>
        <w:rPr>
          <w:sz w:val="20"/>
        </w:rPr>
        <w:t>1:03:59  main majority ko nigal jaunga, solo kar loonga. to yeh to challenge ki dunya hai, yeh to rahega. nuclear power se</w:t>
      </w:r>
      <w:r>
        <w:br/>
      </w:r>
      <w:r>
        <w:rPr>
          <w:sz w:val="20"/>
        </w:rPr>
        <w:t>1:04:09  billion time bada challenge hai shaitan ka. yeh koi excuse nahi hai, yeh sab hota rahega. aap apni koshish kijiye.</w:t>
      </w:r>
      <w:r>
        <w:br/>
      </w:r>
      <w:r>
        <w:rPr>
          <w:sz w:val="20"/>
        </w:rPr>
        <w:t>1:04:20  shaitanon ki maujoodgi ki wajah se aisa nahi hua ke anbiya nahi aaye, hussain ne kaam nahi kiya.</w:t>
      </w:r>
      <w:r>
        <w:br/>
      </w:r>
      <w:r>
        <w:rPr>
          <w:sz w:val="20"/>
        </w:rPr>
        <w:t>1:04:26  is tarike se yeh sab jo dunya mein ho raha hai, is ki maujoodgi ke bawajood aap ko kaam karna hai. aur jis ko Allah taala tofeeq dega, us ki islaah hogi.</w:t>
      </w:r>
      <w:r>
        <w:br/>
      </w:r>
      <w:r>
        <w:rPr>
          <w:sz w:val="20"/>
        </w:rPr>
        <w:t>1:04:39  to yeh yeh yeh ek ek ek ek</w:t>
      </w:r>
      <w:r>
        <w:br/>
      </w:r>
      <w:r>
        <w:rPr>
          <w:sz w:val="20"/>
        </w:rPr>
        <w:t>1:04:43  ek intellectual shosha hai. bas aise log shoshe chhodte rehte hain. jab dunya Allah taala ne is tarah banai hai ke shaitan khuli azadi di, aap bolte hain use.</w:t>
      </w:r>
      <w:r>
        <w:br/>
      </w:r>
      <w:r>
        <w:rPr>
          <w:sz w:val="20"/>
        </w:rPr>
        <w:t>1:04:53  to aap ghaur kijiye ke shaitan ke jo koshishein hain, us ke muqable mein kya haqeeqat hai in koshishon ki.</w:t>
      </w:r>
      <w:r>
        <w:br/>
      </w:r>
      <w:r>
        <w:rPr>
          <w:sz w:val="20"/>
        </w:rPr>
        <w:t>1:05:00  yeh ke aap hawala de rahe hain, shaitan ki koshishein to billion time zyada khatarnak hain. phir bhi Allah ne farishte bheje, phir bhi Allah ne anbiya bheje, phir bhi Allah taala ne muslimeen khade kiye.</w:t>
      </w:r>
      <w:r>
        <w:br/>
      </w:r>
      <w:r>
        <w:rPr>
          <w:sz w:val="20"/>
        </w:rPr>
        <w:t>1:05:12  to aap koshish karte rahiye, koshish karte rahiye, koshish karte rahiye.</w:t>
      </w:r>
    </w:p>
    <w:p>
      <w:pPr>
        <w:pStyle w:val="Heading2"/>
      </w:pPr>
      <w:r>
        <w:t>Making Muslims Realize They Do Not Follow Islam</w:t>
      </w:r>
    </w:p>
    <w:p>
      <w:r>
        <w:rPr>
          <w:color w:val="666666"/>
          <w:sz w:val="18"/>
        </w:rPr>
        <w:t>Society &amp; Dawah · Art of Crisis Management October 3, 2010 · 3m 39s · at 1:54:58 · https://youtu.be/sKdyThFThXo?t=6898</w:t>
      </w:r>
    </w:p>
    <w:p>
      <w:r>
        <w:rPr>
          <w:i/>
        </w:rPr>
        <w:t>“How can Muslims be made to realize that they are not following Islamic principles?”</w:t>
      </w:r>
    </w:p>
    <w:p>
      <w:r>
        <w:rPr>
          <w:sz w:val="20"/>
        </w:rPr>
        <w:t>1:54:58  maulana, yeh sawal mis naghma siddiqi ne kiya hai nai dilli se. unhon ne poocha hai ke "haoo kain muslimz be made to realize that they are not following islamic principles?" bhai, wahi to hum log kar rahe hain.</w:t>
      </w:r>
      <w:r>
        <w:br/>
      </w:r>
      <w:r>
        <w:rPr>
          <w:sz w:val="20"/>
        </w:rPr>
        <w:t>1:55:15  literature phailaiye, arsal parhwaiye, kitabein parhwaiye, logon ko samjhaiye.</w:t>
      </w:r>
      <w:r>
        <w:br/>
      </w:r>
      <w:r>
        <w:rPr>
          <w:sz w:val="20"/>
        </w:rPr>
        <w:t>1:55:23  yeh to ek lamba process hai, ek lamba process hai.</w:t>
      </w:r>
      <w:r>
        <w:br/>
      </w:r>
      <w:r>
        <w:rPr>
          <w:sz w:val="20"/>
        </w:rPr>
        <w:t>1:55:34  ek majlis mein aap ne umeed kar sakte hain ke woh aadmi samajh lega is baat ko. is ko bohat kuch parhna parega, bohat kuch seekhna parega.</w:t>
      </w:r>
      <w:r>
        <w:br/>
      </w:r>
      <w:r>
        <w:rPr>
          <w:sz w:val="20"/>
        </w:rPr>
        <w:t>1:55:44  is ke mind ki yani deconditioning karni hogi.</w:t>
      </w:r>
      <w:r>
        <w:br/>
      </w:r>
      <w:r>
        <w:rPr>
          <w:sz w:val="20"/>
        </w:rPr>
        <w:t>1:55:48  har aadmi conditioning ka case hai aur deconditioning ek bohat hi zyada mushkil process hai. jab tak deconditioning na ho jaye, aadmi kuch nahi samjhega.</w:t>
      </w:r>
      <w:r>
        <w:br/>
      </w:r>
      <w:r>
        <w:rPr>
          <w:sz w:val="20"/>
        </w:rPr>
        <w:t>1:56:03  to yeh to ek lamba process hai, ek bohat hi, bohat bari ek ek ek campaign chalana hai aur subah sham sochna hai, subah sham isi ke liye ghulna hai,</w:t>
      </w:r>
      <w:r>
        <w:br/>
      </w:r>
      <w:r>
        <w:rPr>
          <w:sz w:val="20"/>
        </w:rPr>
        <w:t>1:56:17  subah sham isi ke liye planning karna hai. tab ja ke result niklega. aise result nikalne wala nahi hai. maulana, yeh sawal kiya hai maulana zikwan nadvi ne nai dilli se.</w:t>
      </w:r>
      <w:r>
        <w:br/>
      </w:r>
      <w:r>
        <w:rPr>
          <w:sz w:val="20"/>
        </w:rPr>
        <w:t>1:56:31  unhon ne aap se poocha hai ke kya maujooda musalmanon ko tehreek ke zariye reform ya change kiya ja sakta hai?</w:t>
      </w:r>
      <w:r>
        <w:br/>
      </w:r>
      <w:r>
        <w:rPr>
          <w:sz w:val="20"/>
        </w:rPr>
        <w:t>1:56:41  kya kisi degenerated ahl-e-kitab community ke bare mein aisa samajhna sahi hai? nahi, yeh to paighambar bhi nahi kar sakta ke poori poori community zinda kar de.</w:t>
      </w:r>
      <w:r>
        <w:br/>
      </w:r>
      <w:r>
        <w:rPr>
          <w:sz w:val="20"/>
        </w:rPr>
        <w:t>1:56:51  hazrat musa jo hain, sare yahudiyon ko zinda nahi kar sake. khud rasool allah sallallahu alaihi wasallam jo quraish the ya jo jo wahan arab ke log the, woh ibrahimi ummat apne ko samajhte the.</w:t>
      </w:r>
      <w:r>
        <w:br/>
      </w:r>
      <w:r>
        <w:rPr>
          <w:sz w:val="20"/>
        </w:rPr>
        <w:t>1:57:02  to ek ek fard thori ho gaya.</w:t>
      </w:r>
      <w:r>
        <w:br/>
      </w:r>
      <w:r>
        <w:rPr>
          <w:sz w:val="20"/>
        </w:rPr>
        <w:t>1:57:05  dekhiye, islah ka nateeja hum farz par nikalta hai, ijtima par nahi nikalta. chahe paighambar ka kaam ho ya hamara aap ka kaam ho, kuch fard ki islah ho jayegi aur sari ki sari community one to all ek dam is ka overhaul ho jaye.</w:t>
      </w:r>
      <w:r>
        <w:br/>
      </w:r>
      <w:r>
        <w:rPr>
          <w:sz w:val="20"/>
        </w:rPr>
        <w:t>1:57:25  aisa kabhi tareekh mein hua nahi, na aaj ho sakta hai. to hamara target fard hona chahiye, individual. hamara jo target hai, individual hona chahiye</w:t>
      </w:r>
      <w:r>
        <w:br/>
      </w:r>
      <w:r>
        <w:rPr>
          <w:sz w:val="20"/>
        </w:rPr>
        <w:t>1:57:38  aur individual level par aaj aaj bhi khuda ke fazl se yani logon ko islah ho rahi hai, logon ko sachai mil rahi hai.</w:t>
      </w:r>
    </w:p>
    <w:p>
      <w:pPr>
        <w:pStyle w:val="Heading2"/>
      </w:pPr>
      <w:r>
        <w:t>Making dawah culture a priority: what follows?</w:t>
      </w:r>
    </w:p>
    <w:p>
      <w:r>
        <w:rPr>
          <w:color w:val="666666"/>
          <w:sz w:val="18"/>
        </w:rPr>
        <w:t>Society &amp; Dawah · God Gives in Abundance 13 Oct 2019 - Maulana Wahiduddin Khan · 4m 18s · at 49:51 · https://youtu.be/eC4RaczXBzM?t=2991</w:t>
      </w:r>
    </w:p>
    <w:p>
      <w:r>
        <w:rPr>
          <w:i/>
        </w:rPr>
        <w:t>“If Muslims adopt dawah culture as a priority, then can we say that...”</w:t>
      </w:r>
    </w:p>
    <w:p>
      <w:r>
        <w:rPr>
          <w:sz w:val="20"/>
        </w:rPr>
        <w:t>49:51  ah, maulana, agla sawal bheja hai Ahmedabad se</w:t>
      </w:r>
      <w:r>
        <w:br/>
      </w:r>
      <w:r>
        <w:rPr>
          <w:sz w:val="20"/>
        </w:rPr>
        <w:t>49:56  Muhammad Meraj sahib ne.</w:t>
      </w:r>
      <w:r>
        <w:br/>
      </w:r>
      <w:r>
        <w:rPr>
          <w:sz w:val="20"/>
        </w:rPr>
        <w:t>49:57  انہوں نے لکھا ہے: "مولانا، if Muslims adopt Dawah culture as a priority, then can we say that</w:t>
      </w:r>
      <w:r>
        <w:br/>
      </w:r>
      <w:r>
        <w:rPr>
          <w:sz w:val="20"/>
        </w:rPr>
        <w:t>50:06  "Their worldly issues will also get resolved?"</w:t>
      </w:r>
      <w:r>
        <w:br/>
      </w:r>
      <w:r>
        <w:rPr>
          <w:sz w:val="20"/>
        </w:rPr>
        <w:t>50:09  I remember, there is a hadith which says that: "If you do God's work, then God will take</w:t>
      </w:r>
      <w:r>
        <w:br/>
      </w:r>
      <w:r>
        <w:rPr>
          <w:sz w:val="20"/>
        </w:rPr>
        <w:t>50:16  care of your worldly life as well."</w:t>
      </w:r>
      <w:r>
        <w:br/>
      </w:r>
      <w:r>
        <w:rPr>
          <w:sz w:val="20"/>
        </w:rPr>
        <w:t>50:19  is ko elaborate kar ke maulana sahib hum sab ko samjhayein.</w:t>
      </w:r>
      <w:r>
        <w:br/>
      </w:r>
      <w:r>
        <w:rPr>
          <w:sz w:val="20"/>
        </w:rPr>
        <w:t>50:24  dekhein, yeh hadith bilashubah sahih hai: "man ja'al al-humoom hammaan waahidan hamma akhirat kafahullah anhum bil dunya." lekin main phir kahunga ke apne criterion pe mat jana chahiye.</w:t>
      </w:r>
      <w:r>
        <w:br/>
      </w:r>
      <w:r>
        <w:rPr>
          <w:sz w:val="20"/>
        </w:rPr>
        <w:t>50:45  apne criterion pe mat jana chahiye. Allah ke criterion ko janiye, Allah ke plan ko janiye, aur phir aap payenge ke</w:t>
      </w:r>
      <w:r>
        <w:br/>
      </w:r>
      <w:r>
        <w:rPr>
          <w:sz w:val="20"/>
        </w:rPr>
        <w:t>51:00  Allah kabhi aap ko mayassar nahi karta. log karte yeh hain ke apna criterion un ko maloom hota hai, apne criterion ke mutabiq har cheez chalne lagte hain.</w:t>
      </w:r>
      <w:r>
        <w:br/>
      </w:r>
      <w:r>
        <w:rPr>
          <w:sz w:val="20"/>
        </w:rPr>
        <w:t>51:13  aisa nahi ho sakta, kabhi nahi ho sakta.</w:t>
      </w:r>
      <w:r>
        <w:br/>
      </w:r>
      <w:r>
        <w:rPr>
          <w:sz w:val="20"/>
        </w:rPr>
        <w:t>51:20  misalan, misal ke taur par, aap ko Allah ne paisa diya hai aur aap us ko kharch karte hain, kahan?</w:t>
      </w:r>
      <w:r>
        <w:br/>
      </w:r>
      <w:r>
        <w:rPr>
          <w:sz w:val="20"/>
        </w:rPr>
        <w:t>51:30  yahan jana, wahan jana, rishtedaron mein jane ke liye. misalan to aap umeed rakhein ke yeh kharch Allah ko qabool hoga.</w:t>
      </w:r>
      <w:r>
        <w:br/>
      </w:r>
      <w:r>
        <w:rPr>
          <w:sz w:val="20"/>
        </w:rPr>
        <w:t>51:41  kabhi nahi qabool ho sakta. aap apne paise ko Allah ke liye istemal karna parega, tab woh qabool hoga. paisa kharch karein apne rishtedaron mein milne ke liye, apne rishtedaron mein ja kar ke hawa karne ke liye.</w:t>
      </w:r>
      <w:r>
        <w:br/>
      </w:r>
      <w:r>
        <w:rPr>
          <w:sz w:val="20"/>
        </w:rPr>
        <w:t>51:59  to aap chahein ke woh Allah ka qabool ho jayega, to aisa nahi ho sakta, kabhi nahi ho sakta. Quran ki ek ayat bohat hi zyada darane wali hai,</w:t>
      </w:r>
      <w:r>
        <w:br/>
      </w:r>
      <w:r>
        <w:rPr>
          <w:sz w:val="20"/>
        </w:rPr>
        <w:t>52:15  woh nikali ayat: "kaan fil masroorah". woh kin kin logon ke bare mein hai? yeh</w:t>
      </w:r>
      <w:r>
        <w:br/>
      </w:r>
      <w:r>
        <w:rPr>
          <w:sz w:val="20"/>
        </w:rPr>
        <w:t>52:30  kin logon ke bare mein hai? "kaan fil masroorah".</w:t>
      </w:r>
      <w:r>
        <w:br/>
      </w:r>
      <w:r>
        <w:rPr>
          <w:sz w:val="20"/>
        </w:rPr>
        <w:t>52:40  jin logon ke bare mein jahannum ka faisla ho jayega: "innahu kaan fil ha masroorah". o Allah</w:t>
      </w:r>
      <w:r>
        <w:br/>
      </w:r>
      <w:r>
        <w:rPr>
          <w:sz w:val="20"/>
        </w:rPr>
        <w:t>52:48  , dekhein, aap ko khushi milti hai apne rishtedaron mein, apne umeed karein ke aap ko jannat walon mein dakhla milega.</w:t>
      </w:r>
      <w:r>
        <w:br/>
      </w:r>
      <w:r>
        <w:rPr>
          <w:sz w:val="20"/>
        </w:rPr>
        <w:t>53:00  to yeh bhool hai. jannat mein dakhla us ko milega jis ko khushi milti ho.</w:t>
      </w:r>
      <w:r>
        <w:br/>
      </w:r>
      <w:r>
        <w:rPr>
          <w:sz w:val="20"/>
        </w:rPr>
        <w:t>53:09  ahl-e-jannat mein, apne doston, apne rishtedaron mein, jis ko khushi milti ho,</w:t>
      </w:r>
    </w:p>
    <w:p>
      <w:pPr>
        <w:pStyle w:val="Heading2"/>
      </w:pPr>
      <w:r>
        <w:t>Managing things against spirit of CPS mission</w:t>
      </w:r>
    </w:p>
    <w:p>
      <w:r>
        <w:rPr>
          <w:color w:val="666666"/>
          <w:sz w:val="18"/>
        </w:rPr>
        <w:t>Society &amp; Dawah · Peace of Mind June 29, 2014 · 2m 07s · at 1:17:51 · https://youtu.be/oVwRc_FcAGk?t=4671</w:t>
      </w:r>
    </w:p>
    <w:p>
      <w:r>
        <w:rPr>
          <w:i/>
        </w:rPr>
        <w:t>“Please guide us, how should we manage things, if these are against the spirit of CPS mission?”</w:t>
      </w:r>
    </w:p>
    <w:p>
      <w:r>
        <w:rPr>
          <w:sz w:val="20"/>
        </w:rPr>
        <w:t>1:17:51  Maulānā, aglā sawāl Ḍākṭar Iqbāl Pardhān ne pūchā hai Dilī se, aur unhon ne pūchā hai āp se ke: "Maulānā, please guide us, how should we manage things, if these are against the spirit of CPS mission?" Bhaī sōchiyē, bas sōchiyē, hal ho jāēgā.</w:t>
      </w:r>
      <w:r>
        <w:br/>
      </w:r>
      <w:r>
        <w:rPr>
          <w:sz w:val="20"/>
        </w:rPr>
        <w:t>1:18:13  main to roz kartā hoon, main rozāna kartā hoon,</w:t>
      </w:r>
      <w:r>
        <w:br/>
      </w:r>
      <w:r>
        <w:rPr>
          <w:sz w:val="20"/>
        </w:rPr>
        <w:t>1:18:18  mujh se bhī rozāna logon ko shikāyatēñ hotī hain, pūch guchh mein nahin kartā. Hamārī family mein ek ṣāḥib thē, woh un kā mizāj thā pūch guchh, pūch guchh, pūch guchh.</w:t>
      </w:r>
      <w:r>
        <w:br/>
      </w:r>
      <w:r>
        <w:rPr>
          <w:sz w:val="20"/>
        </w:rPr>
        <w:t>1:18:30  zindagī bhar woh shikāyaton kī pūch guchh kartē rahē. Yeh merī apnī family mein thē, woh kahā kartē thē ke mere peṭ mein kyā kyā bātēñ bharī huī hain, mere andar shikāyat kī bātēñ.</w:t>
      </w:r>
      <w:r>
        <w:br/>
      </w:r>
      <w:r>
        <w:rPr>
          <w:sz w:val="20"/>
        </w:rPr>
        <w:t>1:18:45  is shikāyat kī bātōñ ke peṭ bhare huē thē, aur woh diary un ke pās thī, woh diary mein sab se ziyādah shikāyat kī bātēñ darj kartē thē, aur pūch guchh kartē thē.</w:t>
      </w:r>
      <w:r>
        <w:br/>
      </w:r>
      <w:r>
        <w:rPr>
          <w:sz w:val="20"/>
        </w:rPr>
        <w:t>1:18:55  woh main jāntā hoon jahāñ tak ek bhī shikāyat pūch guchh ke kar ke khatm nahīñ huī.</w:t>
      </w:r>
      <w:r>
        <w:br/>
      </w:r>
      <w:r>
        <w:rPr>
          <w:sz w:val="20"/>
        </w:rPr>
        <w:t>1:19:03  pūch guchh se kabhī shikāyat khatm nahīñ hotī, yād rakhiye. Āp kuchh kahēṅgē, ādmī kuchh kahēgā, āp kuchh kahēṅgē, ādmī kuchh kahēgā, chaltī rahēgī, bas.</w:t>
      </w:r>
      <w:r>
        <w:br/>
      </w:r>
      <w:r>
        <w:rPr>
          <w:sz w:val="20"/>
        </w:rPr>
        <w:t>1:19:14  to shikāyat ko CPS mein bardāsht nahin kar saktē āp. Jis ko shikāyat kā pasand hai to jāē, main nikālūñ. Bheṛ bakrī ke bahut se qaul hain, us mein shāmil ho jāē.</w:t>
      </w:r>
      <w:r>
        <w:br/>
      </w:r>
      <w:r>
        <w:rPr>
          <w:sz w:val="20"/>
        </w:rPr>
        <w:t>1:19:28  shikayat jis ko shikayat pasand hai aur pooch gach chahta hai, shikayat ke moamle mein shikayat ki wazahat chahta hai, to mein saaf kahoon ga ke dunya mein bohat se bheer bakri ke qol hain, is mein shamil ho jae.</w:t>
      </w:r>
      <w:r>
        <w:br/>
      </w:r>
      <w:r>
        <w:rPr>
          <w:sz w:val="20"/>
        </w:rPr>
        <w:t>1:19:38  wo CPS se is ka koi talluq nahi hai.</w:t>
      </w:r>
      <w:r>
        <w:br/>
      </w:r>
      <w:r>
        <w:rPr>
          <w:sz w:val="20"/>
        </w:rPr>
        <w:t>1:19:42  hum CPS mein in logon ko paida karna chahte hain jo jaise Hazrat Abu Abu Ansari ka qissa hai, Hazrat Aisha ka qissa hai, koi wazahat nahi.</w:t>
      </w:r>
      <w:r>
        <w:br/>
      </w:r>
      <w:r>
        <w:rPr>
          <w:sz w:val="20"/>
        </w:rPr>
        <w:t>1:19:54  khud apne ko is ko call karo, apne andar se.</w:t>
      </w:r>
    </w:p>
    <w:p>
      <w:pPr>
        <w:pStyle w:val="Heading2"/>
      </w:pPr>
      <w:r>
        <w:t>Marriage conduct without wasteful rituals</w:t>
      </w:r>
    </w:p>
    <w:p>
      <w:r>
        <w:rPr>
          <w:color w:val="666666"/>
          <w:sz w:val="18"/>
        </w:rPr>
        <w:t>Society &amp; Dawah · Living in a World of Competition October 24, 2010 · 4m 25s · at 1:09:27 · https://youtu.be/0DRVM8YxM5U?t=4167</w:t>
      </w:r>
    </w:p>
    <w:p>
      <w:r>
        <w:rPr>
          <w:i/>
        </w:rPr>
        <w:t>“The wedding rituals that are wasteful, a waste of time and money. Even after forbidding, people still do them and involve us, and if we don't get involved, they feel bad. How should the marriage of a boy and girl be conducted? Please include this in your talk and advise on it.”</w:t>
      </w:r>
    </w:p>
    <w:p>
      <w:r>
        <w:rPr>
          <w:sz w:val="20"/>
        </w:rPr>
        <w:t>1:09:27  yeh hi is ki ahmiyat hai. yani fazilat ki bajaye aap ahmiyat galat boliye to zyada sahi hoga mere nazdeek. Maulana, in ka ek sawal aur hai, unho ne likha hai ke shadi ki rasoomat jo fazool hoti hain,</w:t>
      </w:r>
      <w:r>
        <w:br/>
      </w:r>
      <w:r>
        <w:rPr>
          <w:sz w:val="20"/>
        </w:rPr>
        <w:t>1:09:43  waqt aur paise ki barbadi hoti hai. mana karne ke baad bhi log unhein karte hain aur hamein involve karte hain, na involve hone par bura mante hain.</w:t>
      </w:r>
      <w:r>
        <w:br/>
      </w:r>
      <w:r>
        <w:rPr>
          <w:sz w:val="20"/>
        </w:rPr>
        <w:t>1:09:55  larka aur larki ki shadi kis tarah honi chahiye? please aap apni hikmat se zaroor apni talk mein is isay shamil kar lijye aur is par kuch bataen.</w:t>
      </w:r>
      <w:r>
        <w:br/>
      </w:r>
      <w:r>
        <w:rPr>
          <w:sz w:val="20"/>
        </w:rPr>
        <w:t>1:10:08  bhai, is par to bohat likha hai hum ne. jo log hamara magazine risala parhte hain, woh jante hain ke jo shadiyon mein jo kuch kiya jata hai, woh mere nazdeek theek isi ayat ka, yani woh ayat apply hoti hai un ke upar</w:t>
      </w:r>
      <w:r>
        <w:br/>
      </w:r>
      <w:r>
        <w:rPr>
          <w:sz w:val="20"/>
        </w:rPr>
        <w:t>1:10:24  ke "in al-mubadhireen kanoo ikhwan al-shayateen". yeh tabzeer hai. tabzeer ka matlab chheentna, aap ka paisa aur chheentein idhar udhar, woh tabzeer hai.</w:t>
      </w:r>
      <w:r>
        <w:br/>
      </w:r>
      <w:r>
        <w:rPr>
          <w:sz w:val="20"/>
        </w:rPr>
        <w:t>1:10:35  to yeh paise ko chheentna hai. shadiyon mein jo kharch kiya jata hai, sab ka sab yaqeen kijiye ke bidat hai, khurafat hai. islam se koi talluq is ka nahi hai.</w:t>
      </w:r>
      <w:r>
        <w:br/>
      </w:r>
      <w:r>
        <w:rPr>
          <w:sz w:val="20"/>
        </w:rPr>
        <w:t>1:10:45  naam rakh rakha hai islam ka, yani kahin waleema is ka naam rakh rakha hai, kahin is tarah ka naam wahan se le le ke rakh rakhe hain.</w:t>
      </w:r>
      <w:r>
        <w:br/>
      </w:r>
      <w:r>
        <w:rPr>
          <w:sz w:val="20"/>
        </w:rPr>
        <w:t>1:10:55  ya yeh aur, yani yeh goya ke ghalati par sarkashi ka izafa hai. yeh ghalati par sarkashi ka izafa hai.</w:t>
      </w:r>
      <w:r>
        <w:br/>
      </w:r>
      <w:r>
        <w:rPr>
          <w:sz w:val="20"/>
        </w:rPr>
        <w:t>1:11:06  mein aik martaba aik aik maghribi mulk mein tha to mujhe wahan par aik aik aik aik taqarib mein le jaya gaya tha. bataya gaya ke wahan khutba ceremony hai, woh khutba ceremony.</w:t>
      </w:r>
      <w:r>
        <w:br/>
      </w:r>
      <w:r>
        <w:rPr>
          <w:sz w:val="20"/>
        </w:rPr>
        <w:t>1:11:19  ab wahan gaya to dhoop bachi hui thi, wahan par khane peene ki.</w:t>
      </w:r>
      <w:r>
        <w:br/>
      </w:r>
      <w:r>
        <w:rPr>
          <w:sz w:val="20"/>
        </w:rPr>
        <w:t>1:11:23  to khutba ke mani hote hain paigham mein nikah dena. khutba ke mani hain paigham mein nikah dena. to paigham mein nikah, yeh khutba ka lafz aya hai hadithon mein.</w:t>
      </w:r>
      <w:r>
        <w:br/>
      </w:r>
      <w:r>
        <w:rPr>
          <w:sz w:val="20"/>
        </w:rPr>
        <w:t>1:11:37  to is ka matlab thori hai ke aap wahan aik function ke roop mein karen. is ko wahan par dhoop machi hui thi, khane peene ke baad larka aur larki dono baithe hue the kursiyon par aur aik ajeeb ghareeb aik manzar tha wahan par.</w:t>
      </w:r>
      <w:r>
        <w:br/>
      </w:r>
      <w:r>
        <w:rPr>
          <w:sz w:val="20"/>
        </w:rPr>
        <w:t>1:11:50  to islam ka lafz khutba liya aur sab sara jahiliyat ki rasmein wahan par, sari rasmein jahiliyat ki. to yeh aik to musalman ghalati kar rahe hain aur sarkashi hai ke is ko islam ka naam lete hain.</w:t>
      </w:r>
      <w:r>
        <w:br/>
      </w:r>
      <w:r>
        <w:rPr>
          <w:sz w:val="20"/>
        </w:rPr>
        <w:t>1:12:05  aaj ke jo waleema jo hota hai, is ka islam se koi talluq nahi. jo barat hoti hai, islam se koi talluq nahi. jo khutba ceremony hoti hai, is ka islam se koi talluq nahi.</w:t>
      </w:r>
      <w:r>
        <w:br/>
      </w:r>
      <w:r>
        <w:rPr>
          <w:sz w:val="20"/>
        </w:rPr>
        <w:t>1:12:17  aap ko agar janna ho ke islam ka tareeqa kya hai to aap sahaba ki shadiyon ke halaat parhiye. rasool Allah ki larkiyon ne ki shadiyan kis tarah ki gayeen, woh parhiye.</w:t>
      </w:r>
      <w:r>
        <w:br/>
      </w:r>
      <w:r>
        <w:rPr>
          <w:sz w:val="20"/>
        </w:rPr>
        <w:t>1:12:30  yeh sab likha hua hai kitabon mein ke rasool Allah ne apni larkiyon ki shadi kaise ki, sahaba shadiyan kaise karte the.</w:t>
      </w:r>
      <w:r>
        <w:br/>
      </w:r>
      <w:r>
        <w:rPr>
          <w:sz w:val="20"/>
        </w:rPr>
        <w:t>1:12:40  yani mein aik aik misal arz karon ke aik aik sahabi the madina mein, un ka naam tha abdulrehman ibn auf.</w:t>
      </w:r>
      <w:r>
        <w:br/>
      </w:r>
      <w:r>
        <w:rPr>
          <w:sz w:val="20"/>
        </w:rPr>
        <w:t>1:12:51  to rasool Allah se log, sahaba jo choti si jagah thi, madina, madina to koi bari jagah thi nahi, to log milte julte the aapas mein, masjidon mein milte julte the.</w:t>
      </w:r>
      <w:r>
        <w:br/>
      </w:r>
      <w:r>
        <w:rPr>
          <w:sz w:val="20"/>
        </w:rPr>
        <w:t>1:13:01  to chand din woh milne ke liye nahi aye, chand din hi aye, aik do din. to rasool Allah ne poocha ke kahan the?</w:t>
      </w:r>
      <w:r>
        <w:br/>
      </w:r>
      <w:r>
        <w:rPr>
          <w:sz w:val="20"/>
        </w:rPr>
        <w:t>1:13:11  to unhon ne kaha mein ne shadi kar li hai. ab ghor kijiye ke madina to aaj kal lehaz se woh aik gaon tha, bas chota sa, aik chota sa, bohat hi chota sa town.</w:t>
      </w:r>
      <w:r>
        <w:br/>
      </w:r>
      <w:r>
        <w:rPr>
          <w:sz w:val="20"/>
        </w:rPr>
        <w:t>1:13:21  to wahan par unhon ne rasool Allah ko bulaya, na sahaba ko bulaya, aise hi bas shadi kar li kisi kisi se. wahan na waleema hai, na wahan khutba hai, na wahan par barat hai,</w:t>
      </w:r>
      <w:r>
        <w:br/>
      </w:r>
      <w:r>
        <w:rPr>
          <w:sz w:val="20"/>
        </w:rPr>
        <w:t>1:13:34  na wahan woh dhoom hai jo aaj kal hoti hai, na jahiz hai, kuch bhi nahi.</w:t>
      </w:r>
      <w:r>
        <w:br/>
      </w:r>
      <w:r>
        <w:rPr>
          <w:sz w:val="20"/>
        </w:rPr>
        <w:t>1:13:41  to islam ke jo tareeqa hai shadi ka, woh yeh hai. aaj kal jo musalmanon ka raij hai, woh sartaapa bidat hai, gunah hai, is mein koi shakk hi nahi, is mein koi shakk nahi hai.</w:t>
      </w:r>
    </w:p>
    <w:p>
      <w:pPr>
        <w:pStyle w:val="Heading2"/>
      </w:pPr>
      <w:r>
        <w:t>Maulana's view on blasphemy law</w:t>
      </w:r>
    </w:p>
    <w:p>
      <w:r>
        <w:rPr>
          <w:color w:val="666666"/>
          <w:sz w:val="18"/>
        </w:rPr>
        <w:t>Society &amp; Dawah · The Secular Contribution of Islam | April 16, 2017 · 3m 12s · at 1:01:32 · https://youtu.be/QV_HIq7KeaY?t=3692</w:t>
      </w:r>
    </w:p>
    <w:p>
      <w:r>
        <w:rPr>
          <w:i/>
        </w:rPr>
        <w:t>“What do you want to say about the law of blasphemy? I believe it is not in Islam but was made in the Abbasid period. Please explain.”</w:t>
      </w:r>
    </w:p>
    <w:p>
      <w:r>
        <w:rPr>
          <w:sz w:val="20"/>
        </w:rPr>
        <w:t>1:01:32  maulana, agla sawal pakistan se bheja hai ajmal sahab ne, unhone likha hai: maulana sahab, what do</w:t>
      </w:r>
      <w:r>
        <w:br/>
      </w:r>
      <w:r>
        <w:rPr>
          <w:sz w:val="20"/>
        </w:rPr>
        <w:t>1:01:38  You want to say about law of blasphemy? اس کے بارے میں بتائیں۔</w:t>
      </w:r>
      <w:r>
        <w:br/>
      </w:r>
      <w:r>
        <w:rPr>
          <w:sz w:val="20"/>
        </w:rPr>
        <w:t>1:01:44  law of blasphemy hai hi nahi islam mein, yeh to abbasi period mein bani bani hai. yeh yaad rakhiye, murtad ko qatl karna aur so called satab ko qatl karna, yeh hargiz hargiz islam nahi hai. hamare dono par likha hai tafseel se, yeh bana baat ko banaya gaya, na quran mein hai na hadith mein. yeh qanoon na to quran mein hai na hadith mein ke murtad ko mar dalo, nahi nahi karo quran mein, satam ko</w:t>
      </w:r>
      <w:r>
        <w:br/>
      </w:r>
      <w:r>
        <w:rPr>
          <w:sz w:val="20"/>
        </w:rPr>
        <w:t>1:02:14  maar dalo, nahi quran mein.</w:t>
      </w:r>
      <w:r>
        <w:br/>
      </w:r>
      <w:r>
        <w:rPr>
          <w:sz w:val="20"/>
        </w:rPr>
        <w:t>1:02:18  jo logon ne aise law banaye hain apne mulkon mein, woh jurm kiya hai, khud jurm kar rahe hain woh.</w:t>
      </w:r>
      <w:r>
        <w:br/>
      </w:r>
      <w:r>
        <w:rPr>
          <w:sz w:val="20"/>
        </w:rPr>
        <w:t>1:02:23  yani satam ke naam par, yeh murtad ke naam par jo qanoon banaye hain jin mulkon mein, un</w:t>
      </w:r>
      <w:r>
        <w:br/>
      </w:r>
      <w:r>
        <w:rPr>
          <w:sz w:val="20"/>
        </w:rPr>
        <w:t>1:02:27  mulkon ne khud jurm kiya hai.</w:t>
      </w:r>
      <w:r>
        <w:br/>
      </w:r>
      <w:r>
        <w:rPr>
          <w:sz w:val="20"/>
        </w:rPr>
        <w:t>1:02:31  yeh mulk khud pakde jayenge allah taala ke haan, kyunke dekhiye, chahe irtidad ka case ho ya</w:t>
      </w:r>
      <w:r>
        <w:br/>
      </w:r>
      <w:r>
        <w:rPr>
          <w:sz w:val="20"/>
        </w:rPr>
        <w:t>1:02:36  so called sato ka case ho, woh case hai difference of opinion ka case hai.</w:t>
      </w:r>
      <w:r>
        <w:br/>
      </w:r>
      <w:r>
        <w:rPr>
          <w:sz w:val="20"/>
        </w:rPr>
        <w:t>1:02:40  aap isse baat</w:t>
      </w:r>
      <w:r>
        <w:br/>
      </w:r>
      <w:r>
        <w:rPr>
          <w:sz w:val="20"/>
        </w:rPr>
        <w:t>1:02:44  kijiye, miliye isse, usko samjhaiye, kitaab pesh kijiye.</w:t>
      </w:r>
      <w:r>
        <w:br/>
      </w:r>
      <w:r>
        <w:rPr>
          <w:sz w:val="20"/>
        </w:rPr>
        <w:t>1:02:49  yeh musalman isko naam de rakha hai, yani yeh naam musalmanon ko diya hua hai.</w:t>
      </w:r>
      <w:r>
        <w:br/>
      </w:r>
      <w:r>
        <w:rPr>
          <w:sz w:val="20"/>
        </w:rPr>
        <w:t>1:02:53  irtidad aur sato yeh musalmanon ko diya hua naam hai, unke apne nazdeek toh woh difference of</w:t>
      </w:r>
      <w:r>
        <w:br/>
      </w:r>
      <w:r>
        <w:rPr>
          <w:sz w:val="20"/>
        </w:rPr>
        <w:t>1:02:57  opinion ka case hai.</w:t>
      </w:r>
      <w:r>
        <w:br/>
      </w:r>
      <w:r>
        <w:rPr>
          <w:sz w:val="20"/>
        </w:rPr>
        <w:t>1:03:01  woh unse aap pooche toh yeh nahi kahe ke hum hum apne ko irtidad kaise nahi batayenge</w:t>
      </w:r>
      <w:r>
        <w:br/>
      </w:r>
      <w:r>
        <w:rPr>
          <w:sz w:val="20"/>
        </w:rPr>
        <w:t>1:03:06  ge, woh na satam ka kaise batayenge.</w:t>
      </w:r>
      <w:r>
        <w:br/>
      </w:r>
      <w:r>
        <w:rPr>
          <w:sz w:val="20"/>
        </w:rPr>
        <w:t>1:03:10  woh yeh toh aap ne unko yeh naam de rakha hai, unke</w:t>
      </w:r>
      <w:r>
        <w:br/>
      </w:r>
      <w:r>
        <w:rPr>
          <w:sz w:val="20"/>
        </w:rPr>
        <w:t>1:03:14  apne nazdeek woh difference of opinion ka case hai. to aap un ko miliye, un ko samjhaiye, un ko kitab dijiye, un se guftagu kijiye narmi ke sath. maulana, agla ek comment lenge jis pe session ko khatam karenge. yeh comment bheja hai syed ahmad ali sahib ne new delhi se, unhon ne likha hai: maulana, its always delightful to attend your lectures. your words of wisdom if applied to our life</w:t>
      </w:r>
      <w:r>
        <w:br/>
      </w:r>
      <w:r>
        <w:rPr>
          <w:sz w:val="20"/>
        </w:rPr>
        <w:t>1:03:44  life, not just make it simple, but also beautifies our soul, which further helps to develop and strengthen the divine connection with God. may Allah grant you health. jazak Allah khair. so, we we will end the session today. we will be back next sunday same time. thank you.</w:t>
      </w:r>
    </w:p>
    <w:p>
      <w:pPr>
        <w:pStyle w:val="Heading2"/>
      </w:pPr>
      <w:r>
        <w:t>Meaning of Izharuddin and its implications</w:t>
      </w:r>
    </w:p>
    <w:p>
      <w:r>
        <w:rPr>
          <w:color w:val="666666"/>
          <w:sz w:val="18"/>
        </w:rPr>
        <w:t>Society &amp; Dawah · The Expression of Faith (Izhar e Deen) September 1, 2013 · 2m 43s · at 1:04:28 · https://youtu.be/muBDJ8a_8-0?t=3868</w:t>
      </w:r>
    </w:p>
    <w:p>
      <w:r>
        <w:rPr>
          <w:i/>
        </w:rPr>
        <w:t>“Is it right to say 'Izharuddin means to create such a world in which freedom and opportunities are open for peaceful people in the practical sense?'”</w:t>
      </w:r>
    </w:p>
    <w:p>
      <w:r>
        <w:rPr>
          <w:sz w:val="20"/>
        </w:rPr>
        <w:t>1:04:28  maulana agla sawal dilli se hai, miss naghma siddiqui ka. unhon ne likha hai: "Is it right to say 'Izharuddin means to create such a world in which freedom and opportunities are open for peaceful people in the practical sense?'" haan, sahi hai.</w:t>
      </w:r>
      <w:r>
        <w:br/>
      </w:r>
      <w:r>
        <w:rPr>
          <w:sz w:val="20"/>
        </w:rPr>
        <w:t>1:04:48  sirf is mein hukoomat aur shahadat shamil nahin hai. woh alag cheez hai, woh alag cheez hai.</w:t>
      </w:r>
      <w:r>
        <w:br/>
      </w:r>
      <w:r>
        <w:rPr>
          <w:sz w:val="20"/>
        </w:rPr>
        <w:t>1:04:56  "In terms of ideology, sare opportunities khul jayen.</w:t>
      </w:r>
      <w:r>
        <w:br/>
      </w:r>
      <w:r>
        <w:rPr>
          <w:sz w:val="20"/>
        </w:rPr>
        <w:t>1:05:03  "In terms of ideology, sare opportunities khul jayen, wahi idara deen hai. ab woh aaj poori tarah ho chuka hai. ab jo musalman lad rahe hain idhar udhar, woh zabardasti lad rahe hain.</w:t>
      </w:r>
      <w:r>
        <w:br/>
      </w:r>
      <w:r>
        <w:rPr>
          <w:sz w:val="20"/>
        </w:rPr>
        <w:t>1:05:16  hazrat abdullah ibn umar ne is zamane mein kaha tha ke ke jo cheez khatm ho chuki hai, us ko us ko musalman phir se shuru kar den gay.</w:t>
      </w:r>
      <w:r>
        <w:br/>
      </w:r>
      <w:r>
        <w:rPr>
          <w:sz w:val="20"/>
        </w:rPr>
        <w:t>1:05:26  to Allah taala ne jang ka khatma kar diya tha, lekin khud sakhta nazariya bana bana bana kar ladaai chhod di. ab gun culture, bomb culture, aur suicide bombing karte hain, yeh sab khud sakhta hai.</w:t>
      </w:r>
      <w:r>
        <w:br/>
      </w:r>
      <w:r>
        <w:rPr>
          <w:sz w:val="20"/>
        </w:rPr>
        <w:t>1:05:38  iska islam se koi talluq nahin. aaj ki duniya poore maanon mein aman ka daur hai. poore maanon mein aman ka daur aa chuka hai. koi ladaai ki zaroorat nahin hai.</w:t>
      </w:r>
      <w:r>
        <w:br/>
      </w:r>
      <w:r>
        <w:rPr>
          <w:sz w:val="20"/>
        </w:rPr>
        <w:t>1:05:50  khoob aap marfat hasil kijiyay, khoob dawat ka kaam kijiyay, khoob aap akhirat ko</w:t>
      </w:r>
      <w:r>
        <w:br/>
      </w:r>
      <w:r>
        <w:rPr>
          <w:sz w:val="20"/>
        </w:rPr>
        <w:t>1:06:02  ko daryaft kijiyay. yani har aitbaar se apne imaan ko, apne islam ko, apni marfat ko jitna chahen, is mein aap izafa karte chale jaiyay.</w:t>
      </w:r>
      <w:r>
        <w:br/>
      </w:r>
      <w:r>
        <w:rPr>
          <w:sz w:val="20"/>
        </w:rPr>
        <w:t>1:06:13  koi rukawat nahin hai.</w:t>
      </w:r>
      <w:r>
        <w:br/>
      </w:r>
      <w:r>
        <w:rPr>
          <w:sz w:val="20"/>
        </w:rPr>
        <w:t>1:06:14  yeh jo yeh jo rukawaten hain, woh woh hamare rehnamaon ke khud sakhta nazariye ke bana par hain. khud sakhta nazariya jis ka islam se koi talluq nahin.</w:t>
      </w:r>
      <w:r>
        <w:br/>
      </w:r>
      <w:r>
        <w:rPr>
          <w:sz w:val="20"/>
        </w:rPr>
        <w:t>1:06:26  koi jang ki zaroorat nahin hai aaj. kisi gun culture ki zaroorat nahin hai. kisi suicide bombing ki zaroorat nahin hai. sare mawaqe khul chuke hain. marfat ke mawaqe bhi hain aur dawat ke mawaqe bhi hain.</w:t>
      </w:r>
      <w:r>
        <w:br/>
      </w:r>
      <w:r>
        <w:rPr>
          <w:sz w:val="20"/>
        </w:rPr>
        <w:t>1:06:38  koi rukawat nahin hai.</w:t>
      </w:r>
      <w:r>
        <w:br/>
      </w:r>
      <w:r>
        <w:rPr>
          <w:sz w:val="20"/>
        </w:rPr>
        <w:t>1:06:40  jo record ki baat karta hai, woh modern age ko nahin janta. yahi log hain jo jin ko kaha gaya: "man kana fi hathihi al-ummah fa-fi al-akhirati ummah" .</w:t>
      </w:r>
      <w:r>
        <w:br/>
      </w:r>
      <w:r>
        <w:rPr>
          <w:sz w:val="20"/>
        </w:rPr>
        <w:t>1:06:51  modern age se mukammal taur par bekhabar hain woh log jo kehte hain ke modern age jo hai, musalmanon ka dushman hai. mukammal taur par bekhabar. modern age to musalmanon ka, yani islam ka mufeed ban kar zahir hua.</w:t>
      </w:r>
      <w:r>
        <w:br/>
      </w:r>
      <w:r>
        <w:rPr>
          <w:sz w:val="20"/>
        </w:rPr>
        <w:t>1:07:03  modern age islam ka mufeed hai, helper hai, supporter hai.</w:t>
      </w:r>
    </w:p>
    <w:p>
      <w:pPr>
        <w:pStyle w:val="Heading2"/>
      </w:pPr>
      <w:r>
        <w:t>Meaning of Wisdom of Dawa and its importance</w:t>
      </w:r>
    </w:p>
    <w:p>
      <w:r>
        <w:rPr>
          <w:color w:val="666666"/>
          <w:sz w:val="18"/>
        </w:rPr>
        <w:t>Society &amp; Dawah · How to Develop Pratical Wisdom May 5, 2024 · 2m 14s · at 40:33 · https://youtu.be/QIKxtH-MyMM?t=2433</w:t>
      </w:r>
    </w:p>
    <w:p>
      <w:r>
        <w:rPr>
          <w:i/>
        </w:rPr>
        <w:t>“What is the meaning of 'Wisdom of Dawa'? And how has Maulana clarified its importance to the Ummah?”</w:t>
      </w:r>
    </w:p>
    <w:p>
      <w:r>
        <w:rPr>
          <w:sz w:val="20"/>
        </w:rPr>
        <w:t>40:33  Iqbal, Maulana Iqbal Umri ne Chennai se likha hai ke wisdom of life par bohat acha session ho raha hai. mera sawal yeh hai ke wisdom of dawah ka matlab kya hai?</w:t>
      </w:r>
      <w:r>
        <w:br/>
      </w:r>
      <w:r>
        <w:rPr>
          <w:sz w:val="20"/>
        </w:rPr>
        <w:t>40:45  Maulana ne ummat ko is ki ahmiyat kahan tak wazeh ki is ke bare mein bataein. dekhiye yeh to hamari zimmedari hai.</w:t>
      </w:r>
      <w:r>
        <w:br/>
      </w:r>
      <w:r>
        <w:rPr>
          <w:sz w:val="20"/>
        </w:rPr>
        <w:t>40:57  Rasool Allah Salallaho Alaihi Wasallam ne ashaab ko address kiya aur kaha ke mere paigham ko sari dunya mein pohncha do. to yeh to hamari zimmedari hai aur hamein pohnchana hai.</w:t>
      </w:r>
      <w:r>
        <w:br/>
      </w:r>
      <w:r>
        <w:rPr>
          <w:sz w:val="20"/>
        </w:rPr>
        <w:t>41:07  agar hum nahi pohnchate to hamari pooch hogi akhirat mein. to mujhe to yahi samajh mein aata hai. ji apa yeh ek sawal bheja hai Dr. Jyoti Malhotra ne Delhi se.</w:t>
      </w:r>
      <w:r>
        <w:br/>
      </w:r>
      <w:r>
        <w:rPr>
          <w:sz w:val="20"/>
        </w:rPr>
        <w:t>41:20  unhone likha hai is wisdom given to few or to everyone</w:t>
      </w:r>
      <w:r>
        <w:br/>
      </w:r>
      <w:r>
        <w:rPr>
          <w:sz w:val="20"/>
        </w:rPr>
        <w:t>41:25  and how is wisdom different from truth? please advise.</w:t>
      </w:r>
      <w:r>
        <w:br/>
      </w:r>
      <w:r>
        <w:rPr>
          <w:sz w:val="20"/>
        </w:rPr>
        <w:t>41:34  wisdom dekhiye jaise har cheez hai. seeker the seeker kya one who? seekth find bible mein hai shayad. ji ji to har cheez ke liye seeker banna chahiye.</w:t>
      </w:r>
      <w:r>
        <w:br/>
      </w:r>
      <w:r>
        <w:rPr>
          <w:sz w:val="20"/>
        </w:rPr>
        <w:t>41:45  jab seeker hum banenge tabhi hum mehnat bhi karenge aur tabhi hamein Khuda ki madad aayegi.</w:t>
      </w:r>
      <w:r>
        <w:br/>
      </w:r>
      <w:r>
        <w:rPr>
          <w:sz w:val="20"/>
        </w:rPr>
        <w:t>41:52  to is dunya mein hum koi bhi kaam Khuda ki madad ke baghair nahi kar sakte. to is ke liye serious hona padega, distraction ko khatam karna padega aur jo hai ke ghaur o fikr karna padega.</w:t>
      </w:r>
      <w:r>
        <w:br/>
      </w:r>
      <w:r>
        <w:rPr>
          <w:sz w:val="20"/>
        </w:rPr>
        <w:t>42:06  to study karna padega, yeh sab karna padega tabhi wisdom milegi. ji to wisdom aur kya keh rahe hain? sachai. ji kya haan?</w:t>
      </w:r>
      <w:r>
        <w:br/>
      </w:r>
      <w:r>
        <w:rPr>
          <w:sz w:val="20"/>
        </w:rPr>
        <w:t>42:15  are they different or the same? truth to alag hai, truth to alag</w:t>
      </w:r>
      <w:r>
        <w:br/>
      </w:r>
      <w:r>
        <w:rPr>
          <w:sz w:val="20"/>
        </w:rPr>
        <w:t>42:22  hai. wisdom ke zariye se hum truth ko samajhte hain. truth ko paane ke liye wisdom zaroori hai. ji hmm ji apa agla comment bheja hai Dr. Aslam Khan Sahab ne Saharanpur se.</w:t>
      </w:r>
      <w:r>
        <w:br/>
      </w:r>
      <w:r>
        <w:rPr>
          <w:sz w:val="20"/>
        </w:rPr>
        <w:t>42:34  unhone likha hai practical wisdom is the ability to make sound judgment and decisions in practical matters based on deep understanding, patience and experience</w:t>
      </w:r>
    </w:p>
    <w:p>
      <w:pPr>
        <w:pStyle w:val="Heading2"/>
      </w:pPr>
      <w:r>
        <w:t>Media perceptions and Muslim extremes</w:t>
      </w:r>
    </w:p>
    <w:p>
      <w:r>
        <w:rPr>
          <w:color w:val="666666"/>
          <w:sz w:val="18"/>
        </w:rPr>
        <w:t>Society &amp; Dawah · The Crises Management September 18, 2011 · 3m 19s · at 1:17:32 · https://youtu.be/s3cYFtQZwzw?t=4652</w:t>
      </w:r>
    </w:p>
    <w:p>
      <w:r>
        <w:rPr>
          <w:i/>
        </w:rPr>
        <w:t>“A lot of perceptions about crisis is formed by the media and the perception of media is more often manipulated. Therefore many times Muslims go in extremes either by complete approval of media perception or its complete denial. What is the solution to this?”</w:t>
      </w:r>
    </w:p>
    <w:p>
      <w:r>
        <w:rPr>
          <w:sz w:val="20"/>
        </w:rPr>
        <w:t>1:17:32  logon ki mizaj badle to phir achi baat hai is mein rai ki baat to hai nahi mister shantanu ne dilli se yeh sawal likha hai unhon ne likha hai ke a lot of perceptions about crises is formed by the media and the perception of media is more than often manipulated</w:t>
      </w:r>
      <w:r>
        <w:br/>
      </w:r>
      <w:r>
        <w:rPr>
          <w:sz w:val="20"/>
        </w:rPr>
        <w:t>1:17:54  deir for mini times muslims go on extremes either by complete approval of media perception or its complete denial what is the solution to this solution yeh hai ke aap musalmanon ko blame dijiye abhi bhi aap media ko blame de rahe hain yeh to ghalati hai ke har har baat ko daalte hain kai police ke upar kai media ke upar kai falan ke upar phir musalman pe kyun nahi daalte aap</w:t>
      </w:r>
      <w:r>
        <w:br/>
      </w:r>
      <w:r>
        <w:rPr>
          <w:sz w:val="20"/>
        </w:rPr>
        <w:t>1:18:23  yeh kaun sa sochne ka tareeqa hai yeh bohat hi ghair scientific ghair quranic illogical tareeqa hai is</w:t>
      </w:r>
      <w:r>
        <w:br/>
      </w:r>
      <w:r>
        <w:rPr>
          <w:sz w:val="20"/>
        </w:rPr>
        <w:t>1:18:33  se kuch nahi hone wala hai yani musalman ghalati karte hain aur dalte hain media ke upar aap</w:t>
      </w:r>
      <w:r>
        <w:br/>
      </w:r>
      <w:r>
        <w:rPr>
          <w:sz w:val="20"/>
        </w:rPr>
        <w:t>1:18:39  yani musalman apni aql ke liye istemal karte hain apni aql kyun nahi istemal kar sakte yeh</w:t>
      </w:r>
      <w:r>
        <w:br/>
      </w:r>
      <w:r>
        <w:rPr>
          <w:sz w:val="20"/>
        </w:rPr>
        <w:t>1:18:46  musalmanon ko allah ne to aql nahi di hai aql ko istemal karen media mein kya chupta hai</w:t>
      </w:r>
      <w:r>
        <w:br/>
      </w:r>
      <w:r>
        <w:rPr>
          <w:sz w:val="20"/>
        </w:rPr>
        <w:t>1:18:51  isko chhodie aap apni aql se sochiye</w:t>
      </w:r>
      <w:r>
        <w:br/>
      </w:r>
      <w:r>
        <w:rPr>
          <w:sz w:val="20"/>
        </w:rPr>
        <w:t>1:18:54  quran se sochiye quran se quran mein saaf saaf yeh hai ke jaisa tum karoge waisa tum ko milega yeh excuse nahi hai is se zyada excuse ke media ko blame den aur musalmanon ko aap bacha len yeh koi excuse nahi hai Maulana in ka jo sawal hai woh is tarah pooch rahe hain ke kai baar yeh jo perception hai yeh media start kar deti hai karne de</w:t>
      </w:r>
      <w:r>
        <w:br/>
      </w:r>
      <w:r>
        <w:rPr>
          <w:sz w:val="20"/>
        </w:rPr>
        <w:t>1:19:19  jiye is ko haan karne dijiye woh kuch bhi karen woh bhi industry hai woh ek industry hai apne hisab se karegi woh aap is ko excuse kyun banate hain humm hum to nahi hum bhi media hum pe asar nahi lete media ka apni aqal istemal karte hain</w:t>
      </w:r>
      <w:r>
        <w:br/>
      </w:r>
      <w:r>
        <w:rPr>
          <w:sz w:val="20"/>
        </w:rPr>
        <w:t>1:19:38  media to karega bhai woh to industry hai ji</w:t>
      </w:r>
      <w:r>
        <w:br/>
      </w:r>
      <w:r>
        <w:rPr>
          <w:sz w:val="20"/>
        </w:rPr>
        <w:t>1:19:44  Mr Muhammad Shamik Khan ne Delhi se sawal kiya hai</w:t>
      </w:r>
      <w:r>
        <w:br/>
      </w:r>
      <w:r>
        <w:rPr>
          <w:sz w:val="20"/>
        </w:rPr>
        <w:t>1:19:49  unhon ne likha hai today muslims are looked upon as terrorists in this context how can we apply the concept of crisis management mushkil koi terrorist kehta hai aap aap ghor kijiye mushkil sadhu log jante hain to koi nahi kehta main ek terrorist hoon jo tashaddud tashaddud karta hai us ko kehte hain to tashaddud chhod dijiye</w:t>
      </w:r>
      <w:r>
        <w:br/>
      </w:r>
      <w:r>
        <w:rPr>
          <w:sz w:val="20"/>
        </w:rPr>
        <w:t>1:20:18  jo log society bombing karte hain un ko aap condemn nahi karte yani saare ulma chup hain kyun chup hain bhai aaye din society bombing ki misalen aati hain chup kahin woh ulma</w:t>
      </w:r>
      <w:r>
        <w:br/>
      </w:r>
      <w:r>
        <w:rPr>
          <w:sz w:val="20"/>
        </w:rPr>
        <w:t>1:20:31  to woh log jo tashaddud karte hain ya woh log jo tashaddud ko advocacy karte hain woh log jo tashaddud ko justify karte hain un ko kaha jata hai mushkil koi nahi kehta kyunke main is condemn karta hoon</w:t>
      </w:r>
    </w:p>
    <w:p>
      <w:pPr>
        <w:pStyle w:val="Heading2"/>
      </w:pPr>
      <w:r>
        <w:t>Message for da'iz in Arab countries</w:t>
      </w:r>
    </w:p>
    <w:p>
      <w:r>
        <w:rPr>
          <w:color w:val="666666"/>
          <w:sz w:val="18"/>
        </w:rPr>
        <w:t>Society &amp; Dawah · Realistic Approach March 30, 2014 Maulana Wahiduddin Khan · 2m 41s · at 1:00:04 · https://youtu.be/K36UonBsGlA?t=3604</w:t>
      </w:r>
    </w:p>
    <w:p>
      <w:r>
        <w:rPr>
          <w:i/>
        </w:rPr>
        <w:t>“Mashallah, very comprehensive talk on realistic living. I request Maulana sahib to give a message for da'iz living in Arab countries.”</w:t>
      </w:r>
    </w:p>
    <w:p>
      <w:r>
        <w:rPr>
          <w:sz w:val="20"/>
        </w:rPr>
        <w:t>1:00:04  maulana, agla sawal damam se hai. mis ummat ul muiz ne kiya hai. unhon ne likha hai: "mashallah, very comprehensive talk on realistic living.</w:t>
      </w:r>
      <w:r>
        <w:br/>
      </w:r>
      <w:r>
        <w:rPr>
          <w:sz w:val="20"/>
        </w:rPr>
        <w:t>1:00:17  i request maulana sahib to give a message for daiz living in arab countries."</w:t>
      </w:r>
      <w:r>
        <w:br/>
      </w:r>
      <w:r>
        <w:rPr>
          <w:sz w:val="20"/>
        </w:rPr>
        <w:t>1:00:29  dekhiye, arab countries mein ek bohat bari opportunity hai jis ko musalman avail nahi kar rahe. woh kya hai? arab countries mein tail ki dolat hai.</w:t>
      </w:r>
      <w:r>
        <w:br/>
      </w:r>
      <w:r>
        <w:rPr>
          <w:sz w:val="20"/>
        </w:rPr>
        <w:t>1:00:41  wahan rozgar milta hai logon ko. to bohat ziyada log aa rahe hain bahir se. bohat ziyada. yaani ghair muslim bohat ziyada aa rahe hain.</w:t>
      </w:r>
      <w:r>
        <w:br/>
      </w:r>
      <w:r>
        <w:rPr>
          <w:sz w:val="20"/>
        </w:rPr>
        <w:t>1:00:53  aur tourist, yaani wahan par job karne wale, business karne wale aur tourist rozana billion billion aate jate hain.</w:t>
      </w:r>
      <w:r>
        <w:br/>
      </w:r>
      <w:r>
        <w:rPr>
          <w:sz w:val="20"/>
        </w:rPr>
        <w:t>1:01:03  in mein aap literature distribute kijiye. dawah literature un ke darmiyan distribute kijiye. is se zyada aasan kaam konsa hai?</w:t>
      </w:r>
      <w:r>
        <w:br/>
      </w:r>
      <w:r>
        <w:rPr>
          <w:sz w:val="20"/>
        </w:rPr>
        <w:t>1:01:12  sab se aasan kaam yeh hai ke aap printed book aap ke paas ho. aap ki pocket mein, aap ke bag mein. aur jahan aap dekhen kisi ko, us ko dijiye us ko.</w:t>
      </w:r>
      <w:r>
        <w:br/>
      </w:r>
      <w:r>
        <w:rPr>
          <w:sz w:val="20"/>
        </w:rPr>
        <w:t>1:01:24  har jagah aap ko milenge aise log jo aap ke liye madu hain. asal cheez yeh hai ke madu ka concept khatm ho gaya musalmanon se. warna arab dunya mein to bohat mawaqe hain, bohat mawaqe hain, bohat mawaqe hain.</w:t>
      </w:r>
      <w:r>
        <w:br/>
      </w:r>
      <w:r>
        <w:rPr>
          <w:sz w:val="20"/>
        </w:rPr>
        <w:t>1:01:39  misalan dekhiye, egypt hai. egypt mein bohat hi zyada tourism tha. kyon ke wahan bohat hi yaani ancient civilization hoti thi wahan par.</w:t>
      </w:r>
      <w:r>
        <w:br/>
      </w:r>
      <w:r>
        <w:rPr>
          <w:sz w:val="20"/>
        </w:rPr>
        <w:t>1:01:51  aur bohat hi qadeem tareen wahan par monument hain. bohat aate the. khwamkhwah military chala diya wahan par. ladai bhadai chhod diya. agar yeh musalman ladai bhadai na chhodte to wahan to yaani woh yeh surkh koton ko hasil karne ka mauqa tha.</w:t>
      </w:r>
      <w:r>
        <w:br/>
      </w:r>
      <w:r>
        <w:rPr>
          <w:sz w:val="20"/>
        </w:rPr>
        <w:t>1:02:07  yeh saare log jo aate hain bator tourist ke ya bator yaani business ke, un ke darmiyan aap islam phailaiye. aur sab se aasan yeh hai ke printed books apne paas rakhen, un ko dete rahiye, dete rahiye, dete rahiye.</w:t>
      </w:r>
      <w:r>
        <w:br/>
      </w:r>
      <w:r>
        <w:rPr>
          <w:sz w:val="20"/>
        </w:rPr>
        <w:t>1:02:22  un ki zaban mein, har ek ki zaban mein tayyar kijiye kitaben. asal mein asal cheez yeh hai ke logon ko lagta hai dawah ka incentive nahi hai.</w:t>
      </w:r>
      <w:r>
        <w:br/>
      </w:r>
      <w:r>
        <w:rPr>
          <w:sz w:val="20"/>
        </w:rPr>
        <w:t>1:02:31  dawah ka jazba nahi hai. yaani spirit of dawah lack kar rahi hai. na ke aap ne chhod diya aap dawah.</w:t>
      </w:r>
      <w:r>
        <w:br/>
      </w:r>
      <w:r>
        <w:rPr>
          <w:sz w:val="20"/>
        </w:rPr>
        <w:t>1:02:42  yeh hai masla.</w:t>
      </w:r>
    </w:p>
    <w:p>
      <w:pPr>
        <w:pStyle w:val="Heading2"/>
      </w:pPr>
      <w:r>
        <w:t>Message for diaspora in Arab countries</w:t>
      </w:r>
    </w:p>
    <w:p>
      <w:r>
        <w:rPr>
          <w:color w:val="666666"/>
          <w:sz w:val="18"/>
        </w:rPr>
        <w:t>Society &amp; Dawah · Realistic Approach 30 March, 2014 · 2m 41s · at 1:00:19 · https://youtu.be/HIFxmWWiEG4?t=3619</w:t>
      </w:r>
    </w:p>
    <w:p>
      <w:r>
        <w:rPr>
          <w:i/>
        </w:rPr>
        <w:t>“MashaAllah, very comprehensive talk on realistic living. I request Maulana sahib to give a message for dias living in Arab countries.”</w:t>
      </w:r>
    </w:p>
    <w:p>
      <w:r>
        <w:rPr>
          <w:sz w:val="20"/>
        </w:rPr>
        <w:t>1:00:19  maulana, agla sawal dammam se hai. miss ummat ul muiz ne kiya hai. unhon ne likha hai: "Maashallah, very comprehensive talk on realistic living.</w:t>
      </w:r>
      <w:r>
        <w:br/>
      </w:r>
      <w:r>
        <w:rPr>
          <w:sz w:val="20"/>
        </w:rPr>
        <w:t>1:00:31  I request Maulana sahib to give a message for da'wah living in Arab countries."</w:t>
      </w:r>
      <w:r>
        <w:br/>
      </w:r>
      <w:r>
        <w:rPr>
          <w:sz w:val="20"/>
        </w:rPr>
        <w:t>1:00:43  dekhiye, arab countries mein aik bohat bari opportunity hai jis ko musalman avail nahi kar rahe hain. woh kya hai? arab countries mein tail ki daulat hai, wahan rozgar milta hai logon ko.</w:t>
      </w:r>
      <w:r>
        <w:br/>
      </w:r>
      <w:r>
        <w:rPr>
          <w:sz w:val="20"/>
        </w:rPr>
        <w:t>1:00:58  to bohat ziyada log aa rahe hain bahar se, bohat ziyada yani</w:t>
      </w:r>
      <w:r>
        <w:br/>
      </w:r>
      <w:r>
        <w:rPr>
          <w:sz w:val="20"/>
        </w:rPr>
        <w:t>1:01:05  ghair muslim, bohat ziyada aa rahe hain aur tourist yani wahan par job karne wale, business karne wale aur tourist rozana billion billion aate jate hain.</w:t>
      </w:r>
      <w:r>
        <w:br/>
      </w:r>
      <w:r>
        <w:rPr>
          <w:sz w:val="20"/>
        </w:rPr>
        <w:t>1:01:17  in mein aap literature distribute kijiye, da'wah literature un ke darmiyan distribute kijiye. is se ziyada aasan kaam konsa hai?</w:t>
      </w:r>
      <w:r>
        <w:br/>
      </w:r>
      <w:r>
        <w:rPr>
          <w:sz w:val="20"/>
        </w:rPr>
        <w:t>1:01:27  sab se aasan kaam yeh hai ke aap printed book aap ke paas hon, aap ke pocket mein, aap ke bag mein, aur jahan aap dekhen, kisi ko is ko dijiye.</w:t>
      </w:r>
      <w:r>
        <w:br/>
      </w:r>
      <w:r>
        <w:rPr>
          <w:sz w:val="20"/>
        </w:rPr>
        <w:t>1:01:37  is ko har jagah aap ko milenge aise log jo aap ke liye mad'u hain. asal cheez hai ke mad'u concept khatam ho gaya musalmanon se, warna arab dunya mein to bohat mawaqe hain, bohat mawaqe hain, bohat mawaqe hain.</w:t>
      </w:r>
      <w:r>
        <w:br/>
      </w:r>
      <w:r>
        <w:rPr>
          <w:sz w:val="20"/>
        </w:rPr>
        <w:t>1:01:53  misal ke taur par dekhiye, Egypt hai. Egypt mein bohat hi ziyada tourism tha kyunke wahan bohat hi yani ancient relation hoti thi wahan par aur bohat hi qadeem tareen wahan par monument hain.</w:t>
      </w:r>
      <w:r>
        <w:br/>
      </w:r>
      <w:r>
        <w:rPr>
          <w:sz w:val="20"/>
        </w:rPr>
        <w:t>1:02:08  bohat aate the, khwamkhwah milte hain, chala diya wahan par ladai bhidai chhod diya. agar yeh musalman ladai bhidai na chhodte to wahan to yani wohi surkh koton ko hath karne ka moqa tha.</w:t>
      </w:r>
      <w:r>
        <w:br/>
      </w:r>
      <w:r>
        <w:rPr>
          <w:sz w:val="20"/>
        </w:rPr>
        <w:t>1:02:22  yeh saare log jo aate hain bator tourist ke ya bator yani business ke, un ke darmiyan aap Islam phailaiye. Aur sab se aasan yeh hai ke printed books apne paas rakhein, un ko dete rahiye, dete rahiye, dete rahiye.</w:t>
      </w:r>
      <w:r>
        <w:br/>
      </w:r>
      <w:r>
        <w:rPr>
          <w:sz w:val="20"/>
        </w:rPr>
        <w:t>1:02:36  un ki zaban mein, har ek ki zaban mein tayyar kijiye kitaben. Asal mein asal cheez yeh hai ke logon ke andar dawat ka incentive nahi hai, dawat ka jazba nahi hai.</w:t>
      </w:r>
      <w:r>
        <w:br/>
      </w:r>
      <w:r>
        <w:rPr>
          <w:sz w:val="20"/>
        </w:rPr>
        <w:t>1:02:49  yani spirit of dawah leak kar rahi hai, na ke aap choti aap dawah. Yeh hai masla.</w:t>
      </w:r>
    </w:p>
    <w:p>
      <w:pPr>
        <w:pStyle w:val="Heading2"/>
      </w:pPr>
      <w:r>
        <w:t>Message for family during communal tensions</w:t>
      </w:r>
    </w:p>
    <w:p>
      <w:r>
        <w:rPr>
          <w:color w:val="666666"/>
          <w:sz w:val="18"/>
        </w:rPr>
        <w:t>Society &amp; Dawah · From the Spiritual Tree September 8, 2013 Maulana Wahiduddin Khan · 3m 15s · at 49:19 · https://youtu.be/y4bObH7a_64?t=2959</w:t>
      </w:r>
    </w:p>
    <w:p>
      <w:r>
        <w:rPr>
          <w:i/>
        </w:rPr>
        <w:t>“In Muzaffarnagar, the communal riot that is happening is being called political interference. In such conditions, what message should I give to my family and my people?”</w:t>
      </w:r>
    </w:p>
    <w:p>
      <w:r>
        <w:rPr>
          <w:sz w:val="20"/>
        </w:rPr>
        <w:t>49:19  maulana yeh agla sawal aaya hai ans ka muzaffarnagar se. yeh kehte hain: "muzaffarnagar mein jo communal right ho raha hai, us ko log political interference keh rahe hain.</w:t>
      </w:r>
      <w:r>
        <w:br/>
      </w:r>
      <w:r>
        <w:rPr>
          <w:sz w:val="20"/>
        </w:rPr>
        <w:t>49:36  aise halaat mein mein apni family aur apne logon ko kya message pahunchaoon?" dekhein yeh to ek zaban hai ke bas political logon pe blame dena,</w:t>
      </w:r>
      <w:r>
        <w:br/>
      </w:r>
      <w:r>
        <w:rPr>
          <w:sz w:val="20"/>
        </w:rPr>
        <w:t>49:51  is tarah kabhi bhi masla khatam nahi hoga. hamare india mein hamesha mein koi bhi aap baat ho, dekho bhai is ko politicize kar rahe hain. bohat aasan formula hai doosre ke upar dalne ka, partitions par dalne ka.</w:t>
      </w:r>
      <w:r>
        <w:br/>
      </w:r>
      <w:r>
        <w:rPr>
          <w:sz w:val="20"/>
        </w:rPr>
        <w:t>50:06  koi baat ho, yeh is ko dekho politicize kiya ja raha hai, is ke peeche political logon ka hath hai, kuch nahi. yeh sab bas sochiye aap.</w:t>
      </w:r>
      <w:r>
        <w:br/>
      </w:r>
      <w:r>
        <w:rPr>
          <w:sz w:val="20"/>
        </w:rPr>
        <w:t>50:16  aap aap sirf aik aik kaam kijiye ke badi kon hai, shuru karne wala kon hai, is ko pata kijiye aur is ko ja kar condemn kijiye.</w:t>
      </w:r>
      <w:r>
        <w:br/>
      </w:r>
      <w:r>
        <w:rPr>
          <w:sz w:val="20"/>
        </w:rPr>
        <w:t>50:27  bas aur koi doosra kaam nahin. agar aap ki community ka aadmi hai to apni ghalti ko maniye, doosri community se maafi mangiye ke hamari company ne ghalti ki hai, hum maafi chahte hain, hum is ka samjha bujha kar theek karenge.</w:t>
      </w:r>
      <w:r>
        <w:br/>
      </w:r>
      <w:r>
        <w:rPr>
          <w:sz w:val="20"/>
        </w:rPr>
        <w:t>50:44  aur koi bhi hal nahin ke political logon ko aap blame dein, police ko blame dein aur admissions, admission blame dein, is se kuch hone wala nahin hai.</w:t>
      </w:r>
      <w:r>
        <w:br/>
      </w:r>
      <w:r>
        <w:rPr>
          <w:sz w:val="20"/>
        </w:rPr>
        <w:t>50:58  aap ko sirf yeh aik kaam karna hai ke ho is a beginner, yeh is ko pata karein kis ne shuru kiya hai.</w:t>
      </w:r>
      <w:r>
        <w:br/>
      </w:r>
      <w:r>
        <w:rPr>
          <w:sz w:val="20"/>
        </w:rPr>
        <w:t>51:10  islaah wahan hai, is is jis ne shuru kiya hai, is ko pakdiye, is ko samjhaiye, is ki</w:t>
      </w:r>
      <w:r>
        <w:br/>
      </w:r>
      <w:r>
        <w:rPr>
          <w:sz w:val="20"/>
        </w:rPr>
        <w:t>51:21  is ki taadeeb kijiye, agar zaroorat hai to. baqi yeh hai ke yaani apni company ke aadmi ki ki side aap lenge, doosri aadmi is ki side lega aur phir jhagda khatam nahin hoga.</w:t>
      </w:r>
      <w:r>
        <w:br/>
      </w:r>
      <w:r>
        <w:rPr>
          <w:sz w:val="20"/>
        </w:rPr>
        <w:t>51:41  to beharhal mein quran o hadees se jo samjha hoon woh yahi hai ke aisi halat mein</w:t>
      </w:r>
      <w:r>
        <w:br/>
      </w:r>
      <w:r>
        <w:rPr>
          <w:sz w:val="20"/>
        </w:rPr>
        <w:t>51:48  beginner ko talash karna chahiye</w:t>
      </w:r>
      <w:r>
        <w:br/>
      </w:r>
      <w:r>
        <w:rPr>
          <w:sz w:val="20"/>
        </w:rPr>
        <w:t>51:51  aur us ko samjhana chahiye</w:t>
      </w:r>
      <w:r>
        <w:br/>
      </w:r>
      <w:r>
        <w:rPr>
          <w:sz w:val="20"/>
        </w:rPr>
        <w:t>51:55  aur aindah logon ko batana chahiye ke ke</w:t>
      </w:r>
      <w:r>
        <w:br/>
      </w:r>
      <w:r>
        <w:rPr>
          <w:sz w:val="20"/>
        </w:rPr>
        <w:t>52:00  apne aap ko aisi karrawai se bachao jis se reaction ho aur fasad</w:t>
      </w:r>
      <w:r>
        <w:br/>
      </w:r>
      <w:r>
        <w:rPr>
          <w:sz w:val="20"/>
        </w:rPr>
        <w:t>52:07  ki soorat paida ho jaye aur koi hal nahi hai.</w:t>
      </w:r>
      <w:r>
        <w:br/>
      </w:r>
      <w:r>
        <w:rPr>
          <w:sz w:val="20"/>
        </w:rPr>
        <w:t>52:12  maulana yeh comment aaya hai doctor safina ka ajmer se. yeh kehti hain ke: "maulana thanks a lot for making us aware of the goal of our life.</w:t>
      </w:r>
      <w:r>
        <w:br/>
      </w:r>
      <w:r>
        <w:rPr>
          <w:sz w:val="20"/>
        </w:rPr>
        <w:t>52:23  otherwise we also would have been running for the material goal. thanks for making us discover the creation plan of god."</w:t>
      </w:r>
    </w:p>
    <w:p>
      <w:pPr>
        <w:pStyle w:val="Heading2"/>
      </w:pPr>
      <w:r>
        <w:t>Message to family during communal riots</w:t>
      </w:r>
    </w:p>
    <w:p>
      <w:r>
        <w:rPr>
          <w:color w:val="666666"/>
          <w:sz w:val="18"/>
        </w:rPr>
        <w:t>Society &amp; Dawah · From The Spiritual Tree September 8, 2013 · 3m 15s · at 48:42 · https://youtu.be/Vv6vf2N8YQA?t=2922</w:t>
      </w:r>
    </w:p>
    <w:p>
      <w:r>
        <w:rPr>
          <w:i/>
        </w:rPr>
        <w:t>“In Muzaffarnagar, there is communal rioting which people call political interference. What message should I give to my family and people in such conditions?”</w:t>
      </w:r>
    </w:p>
    <w:p>
      <w:r>
        <w:rPr>
          <w:sz w:val="20"/>
        </w:rPr>
        <w:t>48:42  maulana yeh agla sawal aaya hai Anas ka Muzaffarnagar se. yeh kehte hain Muzaffarnagar mein jo Communal Right ho raha hai us ko log Political Interference keh rahe hain.</w:t>
      </w:r>
      <w:r>
        <w:br/>
      </w:r>
      <w:r>
        <w:rPr>
          <w:sz w:val="20"/>
        </w:rPr>
        <w:t>48:59  aise halaat mein mein apni Family aur apne logon ko kya Message pohanchaoon? dekhen yeh to ek zuban hai ke bas Political logon par Blame dena.</w:t>
      </w:r>
      <w:r>
        <w:br/>
      </w:r>
      <w:r>
        <w:rPr>
          <w:sz w:val="20"/>
        </w:rPr>
        <w:t>49:14  is tarah kabhi bhi masla khatam nahi hoga. hamare Endium mein hamesha mein koi bhi baat ho dekho bhai is ko Polarize kar rahe hain. yeh bohat aasan formula hai doosre ke upar daalne ka.</w:t>
      </w:r>
      <w:r>
        <w:br/>
      </w:r>
      <w:r>
        <w:rPr>
          <w:sz w:val="20"/>
        </w:rPr>
        <w:t>49:27  Politicians par daalne ka.</w:t>
      </w:r>
      <w:r>
        <w:br/>
      </w:r>
      <w:r>
        <w:rPr>
          <w:sz w:val="20"/>
        </w:rPr>
        <w:t>49:29  koi koi baat ho yeh is ko dekho Polarize kiya ja raha hai. is ke peeche Political logon ka hath hai. kuch nahi yeh sab bas socheye aap.</w:t>
      </w:r>
      <w:r>
        <w:br/>
      </w:r>
      <w:r>
        <w:rPr>
          <w:sz w:val="20"/>
        </w:rPr>
        <w:t>49:39  aap aap sirf yeh ek kaam kijiye ke baghi kaun hai, shuru karne wala kaun hai, is ko pata kijiye aur is ko ja kar Condemn kijiye.</w:t>
      </w:r>
      <w:r>
        <w:br/>
      </w:r>
      <w:r>
        <w:rPr>
          <w:sz w:val="20"/>
        </w:rPr>
        <w:t>49:51  bas aur koi doosra kaam nahi. agar aap ki Community ka aadmi hai to apni ghalti ko maniye.</w:t>
      </w:r>
      <w:r>
        <w:br/>
      </w:r>
      <w:r>
        <w:rPr>
          <w:sz w:val="20"/>
        </w:rPr>
        <w:t>49:59  doosri Community se maafi mangiye ke hamari Company ne ghalti ki hai, hum maafi chahte hain, hum is ka samjha bujha kar theek karenge. aur koi bhi hal nahi ke Political logon par aap Blame dein, police par Blame dein aur Admissions Admission mein Blame dein, is se kuch hone wala nahi.</w:t>
      </w:r>
      <w:r>
        <w:br/>
      </w:r>
      <w:r>
        <w:rPr>
          <w:sz w:val="20"/>
        </w:rPr>
        <w:t>50:21  aap ko sirf yeh ek kaam karna hai ke Who is the Beginner?</w:t>
      </w:r>
      <w:r>
        <w:br/>
      </w:r>
      <w:r>
        <w:rPr>
          <w:sz w:val="20"/>
        </w:rPr>
        <w:t>50:28  yeh is ka pata karen. kis ne shuru kiya hai? islah wahan hai. is is jis ne shuru kiya hai is ko pakriye, is ko samjhaiye.</w:t>
      </w:r>
      <w:r>
        <w:br/>
      </w:r>
      <w:r>
        <w:rPr>
          <w:sz w:val="20"/>
        </w:rPr>
        <w:t>50:40  is ki</w:t>
      </w:r>
      <w:r>
        <w:br/>
      </w:r>
      <w:r>
        <w:rPr>
          <w:sz w:val="20"/>
        </w:rPr>
        <w:t>50:44  is ki taadeeb kijiye agar zaroorat hai to.</w:t>
      </w:r>
      <w:r>
        <w:br/>
      </w:r>
      <w:r>
        <w:rPr>
          <w:sz w:val="20"/>
        </w:rPr>
        <w:t>50:48  baqi yeh hai ke yani apni Company ke aadmi ki ki Side aap lenge, doosri aadmi is ki Side lega aur phir jhagda khatam nahi hoga.</w:t>
      </w:r>
      <w:r>
        <w:br/>
      </w:r>
      <w:r>
        <w:rPr>
          <w:sz w:val="20"/>
        </w:rPr>
        <w:t>51:04  to behraal mein Quran o Hadees se jo samjha hoon woh yahi hai ke aisi halat mein Beginner ko talash karna chahiye.</w:t>
      </w:r>
      <w:r>
        <w:br/>
      </w:r>
      <w:r>
        <w:rPr>
          <w:sz w:val="20"/>
        </w:rPr>
        <w:t>51:14  aur is ko samjhana chahiye. aur aindah logon ko batana chahiye ke ke apne aap ko aisi karrawai se bachao jis se Reaction ho aur fasad ki soorat paida ho jaye.</w:t>
      </w:r>
      <w:r>
        <w:br/>
      </w:r>
      <w:r>
        <w:rPr>
          <w:sz w:val="20"/>
        </w:rPr>
        <w:t>51:31  aur koi hal nahi hai.</w:t>
      </w:r>
      <w:r>
        <w:br/>
      </w:r>
      <w:r>
        <w:rPr>
          <w:sz w:val="20"/>
        </w:rPr>
        <w:t>51:35  Maulana yeh Comment aaya hai Doctor Safina ka Ajmer se. yeh kehti hain ke Maulana Thanks a lot for making us aware of the goal of our life.</w:t>
      </w:r>
      <w:r>
        <w:br/>
      </w:r>
      <w:r>
        <w:rPr>
          <w:sz w:val="20"/>
        </w:rPr>
        <w:t>51:46  Otherwise we also would have been running for the material goal. Thanks for making us discover the creation plan of God.</w:t>
      </w:r>
    </w:p>
    <w:p>
      <w:pPr>
        <w:pStyle w:val="Heading2"/>
      </w:pPr>
      <w:r>
        <w:t>Misconception about legal action system</w:t>
      </w:r>
    </w:p>
    <w:p>
      <w:r>
        <w:rPr>
          <w:color w:val="666666"/>
          <w:sz w:val="18"/>
        </w:rPr>
        <w:t>Society &amp; Dawah · How to Manage Controversy 10 Nov 2019 - Maulana Wahiduddin Khan · 2m 22s · at 47:57 · https://youtu.be/UafTzJXHrSA?t=2877</w:t>
      </w:r>
    </w:p>
    <w:p>
      <w:r>
        <w:rPr>
          <w:i/>
        </w:rPr>
        <w:t>“What misconception do those people have who want to continue the system by referring to legal action or law? Please explain.”</w:t>
      </w:r>
    </w:p>
    <w:p>
      <w:r>
        <w:rPr>
          <w:sz w:val="20"/>
        </w:rPr>
        <w:t>47:57  hib, jazaak allah." mashallah. maulana, agla sawal chennai se bheja hai maulana iqbal umri ne. unhon ne aap se poocha hai ke: "qanooni karwai ya qanoon ka hawala de kar jo nizam jari rakhna chahte hain, woh log kya maghalta rakhte hain?</w:t>
      </w:r>
      <w:r>
        <w:br/>
      </w:r>
      <w:r>
        <w:rPr>
          <w:sz w:val="20"/>
        </w:rPr>
        <w:t>48:16  is ki wazahat karein." dekhiye,</w:t>
      </w:r>
      <w:r>
        <w:br/>
      </w:r>
      <w:r>
        <w:rPr>
          <w:sz w:val="20"/>
        </w:rPr>
        <w:t>48:23  qanooni karwai ka yeh masla hi nahi tha jo tha.</w:t>
      </w:r>
      <w:r>
        <w:br/>
      </w:r>
      <w:r>
        <w:rPr>
          <w:sz w:val="20"/>
        </w:rPr>
        <w:t>48:30  qanooni karwai kisi ek fard ke bare mein hoti hai. koi ijtimai masla ho to us mein qanoon ka</w:t>
      </w:r>
      <w:r>
        <w:br/>
      </w:r>
      <w:r>
        <w:rPr>
          <w:sz w:val="20"/>
        </w:rPr>
        <w:t>48:42  qanoon ki ek had hai, ek limit hai. misaal ke taur par log parha parhwa chhodte hain diwali mein. ab adalat woh case lagaye le jayein, is se parha parhwa nahi band hoga,</w:t>
      </w:r>
      <w:r>
        <w:br/>
      </w:r>
      <w:r>
        <w:rPr>
          <w:sz w:val="20"/>
        </w:rPr>
        <w:t>48:57  kabhi nahi band hoga. parha parhwa ek ek qomi masla hai, poori poori qaum is ko sacrifice ki hui hai.</w:t>
      </w:r>
      <w:r>
        <w:br/>
      </w:r>
      <w:r>
        <w:rPr>
          <w:sz w:val="20"/>
        </w:rPr>
        <w:t>49:12  to aap dekhein ke jo tareeqa aap ikhtiyar karne ja rahe hain, woh wahan applicable ho ke hai ke nahi hai? applicable ho ke hai ke nahi hai?</w:t>
      </w:r>
      <w:r>
        <w:br/>
      </w:r>
      <w:r>
        <w:rPr>
          <w:sz w:val="20"/>
        </w:rPr>
        <w:t>49:27  yeh jo masla tha ya hai, woh</w:t>
      </w:r>
      <w:r>
        <w:br/>
      </w:r>
      <w:r>
        <w:rPr>
          <w:sz w:val="20"/>
        </w:rPr>
        <w:t>49:34  woh to do group ke darmiyan nizaam ka masla hai. to do group ko aap manage kijiyay.</w:t>
      </w:r>
      <w:r>
        <w:br/>
      </w:r>
      <w:r>
        <w:rPr>
          <w:sz w:val="20"/>
        </w:rPr>
        <w:t>49:54  yeh mein awwal din se kar raha hoon, aaj hi se nahin. Maulana, agla comment bheja hai Ms Sahar Saleem ne Delhi se. unhon ne likha hai: "its always hard how to respond appropriately when defensive hurt or critical</w:t>
      </w:r>
      <w:r>
        <w:br/>
      </w:r>
      <w:r>
        <w:rPr>
          <w:sz w:val="20"/>
        </w:rPr>
        <w:t>50:10  . today after this talk, my take away is: moving forward by stepping back, the master formula. may Allah guide us</w:t>
      </w:r>
    </w:p>
    <w:p>
      <w:pPr>
        <w:pStyle w:val="Heading2"/>
      </w:pPr>
      <w:r>
        <w:t>Mission as revival of Gandhi's mission</w:t>
      </w:r>
    </w:p>
    <w:p>
      <w:r>
        <w:rPr>
          <w:color w:val="666666"/>
          <w:sz w:val="18"/>
        </w:rPr>
        <w:t>Society &amp; Dawah · Politics and Nation Building May 19, 2013 · 2m 54s · at 54:24 · https://youtu.be/kmiMGq0Ki2Q?t=3264</w:t>
      </w:r>
    </w:p>
    <w:p>
      <w:r>
        <w:rPr>
          <w:i/>
        </w:rPr>
        <w:t>“In an interview in April 20, you have related your mission as a revival of Gandhi's mission. This creates confusion in masses. Kindly elaborate your viewpoint in light of your interview.”</w:t>
      </w:r>
    </w:p>
    <w:p>
      <w:r>
        <w:rPr>
          <w:sz w:val="20"/>
        </w:rPr>
        <w:t>54:24  yani result oriented aap ban jayein to bas sab kuch theek ho jayega Maulana agla sawal Kashmir se hai Muhammad Saleem Mir Sahab ka unhone likha hai in an interview in April 20 you have related your mission as a revival of Gandhi's mission this creates confusion in masses</w:t>
      </w:r>
      <w:r>
        <w:br/>
      </w:r>
      <w:r>
        <w:rPr>
          <w:sz w:val="20"/>
        </w:rPr>
        <w:t>54:51  kindly elaborate your viewpoint in light of your interview nahi nahi yeh galat hai aap ne kis context mein main ne kaha hai kya baat kahi hai usko lekar aap ne socha nahi</w:t>
      </w:r>
      <w:r>
        <w:br/>
      </w:r>
      <w:r>
        <w:rPr>
          <w:sz w:val="20"/>
        </w:rPr>
        <w:t>55:09  dekhiye India mein jo secular society hai India mein jo secular samaj hai India mein jo secular nizam hai uske lehaz se maine yeh baat kahi hai ke Mahatma Gandhi ka jo tareeqa tha woh tha non violent activism</w:t>
      </w:r>
      <w:r>
        <w:br/>
      </w:r>
      <w:r>
        <w:rPr>
          <w:sz w:val="20"/>
        </w:rPr>
        <w:t>55:30  non violent activism mein Mahatma Gandhi ka natija yeh bhi tha kisi se nafrat na karo nafrat ko bhi Gandhi violent samajhte the</w:t>
      </w:r>
      <w:r>
        <w:br/>
      </w:r>
      <w:r>
        <w:rPr>
          <w:sz w:val="20"/>
        </w:rPr>
        <w:t>55:40  to maine yeh baat kahi thi India ke context mein Islam ke context mein nahi</w:t>
      </w:r>
      <w:r>
        <w:br/>
      </w:r>
      <w:r>
        <w:rPr>
          <w:sz w:val="20"/>
        </w:rPr>
        <w:t>55:47  islam ke context mein nahi kaha tha main ne is india ke context ke india mein jo secular society hai jis ki majority hindu hai jahan secular log hukumat kar rahe hain aur jo gandhi ko mante hain to main ne kaha ke azadi se pehle jo gandhi ka usool tha usi ko aaj bhi raaij kijiye</w:t>
      </w:r>
      <w:r>
        <w:br/>
      </w:r>
      <w:r>
        <w:rPr>
          <w:sz w:val="20"/>
        </w:rPr>
        <w:t>56:11  pure maano mein aaimah nan al wailent activism yaad rakhiye mahatma gandhi ka jo nan wailent activism tha us mein sirf tashaddud hi nahi violence tha nafrat bhi violence thi heat bhi violence tha aur yeh jo tod phod karte hain log ke koi baat ho gayi to foran jalate phoonkte hain carain jala dete hain buildingen jala dete hain yeh sab gandhi ke nazariye ke khilaf tha</w:t>
      </w:r>
      <w:r>
        <w:br/>
      </w:r>
      <w:r>
        <w:rPr>
          <w:sz w:val="20"/>
        </w:rPr>
        <w:t>56:37  ap ko maloom hai ke gandhi jab tehreek chala rahe the apni</w:t>
      </w:r>
      <w:r>
        <w:br/>
      </w:r>
      <w:r>
        <w:rPr>
          <w:sz w:val="20"/>
        </w:rPr>
        <w:t>56:41  to un ke kuch volunteers jo hain bardoli mein thanay mein ghus gaye mahatma gandhi ke kuch volunteers</w:t>
      </w:r>
      <w:r>
        <w:br/>
      </w:r>
      <w:r>
        <w:rPr>
          <w:sz w:val="20"/>
        </w:rPr>
        <w:t>56:50  wahan aag aag laga di unhon ne to apni movement woh band kar di unhon ne</w:t>
      </w:r>
      <w:r>
        <w:br/>
      </w:r>
      <w:r>
        <w:rPr>
          <w:sz w:val="20"/>
        </w:rPr>
        <w:t>56:58  بند کر دی انہوں نے کہا کہ ہمارے ساتھی ابھی جانتے نہیں ہیں کہ peaceful activism کیسے</w:t>
      </w:r>
      <w:r>
        <w:br/>
      </w:r>
      <w:r>
        <w:rPr>
          <w:sz w:val="20"/>
        </w:rPr>
        <w:t>57:04  hoti hai thanay mein aag laga diya</w:t>
      </w:r>
      <w:r>
        <w:br/>
      </w:r>
      <w:r>
        <w:rPr>
          <w:sz w:val="20"/>
        </w:rPr>
        <w:t>57:08  to india ke context mein maine yeh baat kahi thi ke india mein zaroorat hai ke isi</w:t>
      </w:r>
      <w:r>
        <w:br/>
      </w:r>
      <w:r>
        <w:rPr>
          <w:sz w:val="20"/>
        </w:rPr>
        <w:t>57:13  ko revive kiya jaye phir se gandhi ke tareeqay ko uss ko ap islam ke context mein mat</w:t>
      </w:r>
    </w:p>
    <w:p>
      <w:pPr>
        <w:pStyle w:val="Heading2"/>
      </w:pPr>
      <w:r>
        <w:t>Modern Crusades without naming</w:t>
      </w:r>
    </w:p>
    <w:p>
      <w:r>
        <w:rPr>
          <w:color w:val="666666"/>
          <w:sz w:val="18"/>
        </w:rPr>
        <w:t>Society &amp; Dawah · The Secular Contribution of Islam | April 16, 2017 · 2m 05s · at 46:05 · https://youtu.be/QV_HIq7KeaY?t=2765</w:t>
      </w:r>
    </w:p>
    <w:p>
      <w:r>
        <w:rPr>
          <w:i/>
        </w:rPr>
        <w:t>“You said Crusaders did not take the option of revenge and went in the direction of non-political field, but today can't we say that the West has again started Crusades without naming it as Crusades?”</w:t>
      </w:r>
    </w:p>
    <w:p>
      <w:r>
        <w:rPr>
          <w:sz w:val="20"/>
        </w:rPr>
        <w:t>46:05  ji Maulana, agla sawal abdul wahab sahab ne kiya hai lucknow se, unhone likha hai: Maulana, you said</w:t>
      </w:r>
      <w:r>
        <w:br/>
      </w:r>
      <w:r>
        <w:rPr>
          <w:sz w:val="20"/>
        </w:rPr>
        <w:t>46:15  Crusaders did not take the option of revenge and went in the direction of non-political field, but today can't we</w:t>
      </w:r>
      <w:r>
        <w:br/>
      </w:r>
      <w:r>
        <w:rPr>
          <w:sz w:val="20"/>
        </w:rPr>
        <w:t>46:25  say that the West has again started Crusades without naming it as Crusades?</w:t>
      </w:r>
      <w:r>
        <w:br/>
      </w:r>
      <w:r>
        <w:rPr>
          <w:sz w:val="20"/>
        </w:rPr>
        <w:t>46:30  otherwise, why are they doing so much violence in the Muslim world?</w:t>
      </w:r>
      <w:r>
        <w:br/>
      </w:r>
      <w:r>
        <w:rPr>
          <w:sz w:val="20"/>
        </w:rPr>
        <w:t>46:35  what is your opinion on this? yeh bilkul hi intehai had tak be saros baat hai.</w:t>
      </w:r>
      <w:r>
        <w:br/>
      </w:r>
      <w:r>
        <w:rPr>
          <w:sz w:val="20"/>
        </w:rPr>
        <w:t>46:40  unhone harghiz Crusade nahi choda.</w:t>
      </w:r>
      <w:r>
        <w:br/>
      </w:r>
      <w:r>
        <w:rPr>
          <w:sz w:val="20"/>
        </w:rPr>
        <w:t>46:45  musalmanon ne inteqam ka policy ikhtiyar ki hai.</w:t>
      </w:r>
      <w:r>
        <w:br/>
      </w:r>
      <w:r>
        <w:rPr>
          <w:sz w:val="20"/>
        </w:rPr>
        <w:t>46:50  jagah jagah bomb marte hain, jahan dekhiye bomb marte hain. woh to</w:t>
      </w:r>
      <w:r>
        <w:br/>
      </w:r>
      <w:r>
        <w:rPr>
          <w:sz w:val="20"/>
        </w:rPr>
        <w:t>46:55  retaliate karte hain, woh to control kar rahe hain.</w:t>
      </w:r>
      <w:r>
        <w:br/>
      </w:r>
      <w:r>
        <w:rPr>
          <w:sz w:val="20"/>
        </w:rPr>
        <w:t>46:59  kitne bade falsehood mein jee rahe hain musalman.</w:t>
      </w:r>
      <w:r>
        <w:br/>
      </w:r>
      <w:r>
        <w:rPr>
          <w:sz w:val="20"/>
        </w:rPr>
        <w:t>47:03  saari duniya ke musalman isi falsehood mein jee rahe hain.</w:t>
      </w:r>
      <w:r>
        <w:br/>
      </w:r>
      <w:r>
        <w:rPr>
          <w:sz w:val="20"/>
        </w:rPr>
        <w:t>47:07  apne ko is falsehood se nikaliye.</w:t>
      </w:r>
      <w:r>
        <w:br/>
      </w:r>
      <w:r>
        <w:rPr>
          <w:sz w:val="20"/>
        </w:rPr>
        <w:t>47:10  yeh ek shaitani thinking hai yeh ke jo blame jata hai musalmanon par, woh blame daal rahe hain</w:t>
      </w:r>
      <w:r>
        <w:br/>
      </w:r>
      <w:r>
        <w:rPr>
          <w:sz w:val="20"/>
        </w:rPr>
        <w:t>47:14  aap West par.</w:t>
      </w:r>
      <w:r>
        <w:br/>
      </w:r>
      <w:r>
        <w:rPr>
          <w:sz w:val="20"/>
        </w:rPr>
        <w:t>47:18  West ne harghiz harghiz Crusade ko nahi choda hai.</w:t>
      </w:r>
      <w:r>
        <w:br/>
      </w:r>
      <w:r>
        <w:rPr>
          <w:sz w:val="20"/>
        </w:rPr>
        <w:t>47:22  musalmanon ne chhod rakha hai</w:t>
      </w:r>
      <w:r>
        <w:br/>
      </w:r>
      <w:r>
        <w:rPr>
          <w:sz w:val="20"/>
        </w:rPr>
        <w:t>47:26  society bombing, society bombing, society bombing. To wo control kar rahe hain, kyun nahi control karenge wo? 9/11 kis ne kiya? To wo chahenge ke 9/11 dobara repeat na ho. West chahta hai ke 9/11 dobara repeat na ho. Aap chahte hain ke Ram Mandir, wo Babri Masjid dobara repeat na ho. Sare musalman ye chahte hain ke Babri Masjid dobara repeat na ho. Aise wo chahte hain ke 9/11 dobara repeat na ho.</w:t>
      </w:r>
      <w:r>
        <w:br/>
      </w:r>
      <w:r>
        <w:rPr>
          <w:sz w:val="20"/>
        </w:rPr>
        <w:t>47:56  is falsehood se bahar aaiye.</w:t>
      </w:r>
      <w:r>
        <w:br/>
      </w:r>
      <w:r>
        <w:rPr>
          <w:sz w:val="20"/>
        </w:rPr>
        <w:t>48:01  mera dekhiye, bahut badi ghalati hai.</w:t>
      </w:r>
      <w:r>
        <w:br/>
      </w:r>
      <w:r>
        <w:rPr>
          <w:sz w:val="20"/>
        </w:rPr>
        <w:t>48:06  Allah is is is qism ki soch ko kabhi qabool nahi karega.</w:t>
      </w:r>
    </w:p>
    <w:p>
      <w:pPr>
        <w:pStyle w:val="Heading2"/>
      </w:pPr>
      <w:r>
        <w:t>Most Effective Method of Dawah</w:t>
      </w:r>
    </w:p>
    <w:p>
      <w:r>
        <w:rPr>
          <w:color w:val="666666"/>
          <w:sz w:val="18"/>
        </w:rPr>
        <w:t>Society &amp; Dawah · Example of the Prophet March 20, 2016 · 4m 47s · at 1:06:49 · https://youtu.be/79HmhzXU41w?t=4009</w:t>
      </w:r>
    </w:p>
    <w:p>
      <w:r>
        <w:rPr>
          <w:i/>
        </w:rPr>
        <w:t>“In the light of your experience, what is the most effective method of Dawah?”</w:t>
      </w:r>
    </w:p>
    <w:p>
      <w:r>
        <w:rPr>
          <w:sz w:val="20"/>
        </w:rPr>
        <w:t>1:06:49  Maulana, un ka ek aur sawal hai, unhon ne aap se poocha hai ke apne tajrube ki roshni</w:t>
      </w:r>
      <w:r>
        <w:br/>
      </w:r>
      <w:r>
        <w:rPr>
          <w:sz w:val="20"/>
        </w:rPr>
        <w:t>1:06:54  mein farmayen ke dawat ka mo'asir tareen tareeqa kya hai? dekhiye, mo'asir tareeqa wahi hai jo quran mein</w:t>
      </w:r>
      <w:r>
        <w:br/>
      </w:r>
      <w:r>
        <w:rPr>
          <w:sz w:val="20"/>
        </w:rPr>
        <w:t>1:07:02  bataya gaya, inni lakum naasih.</w:t>
      </w:r>
      <w:r>
        <w:br/>
      </w:r>
      <w:r>
        <w:rPr>
          <w:sz w:val="20"/>
        </w:rPr>
        <w:t>1:07:06  yani da'i ka kalma yeh hona chahiye ke mein tumhara khair khwah hoon.</w:t>
      </w:r>
      <w:r>
        <w:br/>
      </w:r>
      <w:r>
        <w:rPr>
          <w:sz w:val="20"/>
        </w:rPr>
        <w:t>1:07:11  inni lakum naasih.</w:t>
      </w:r>
      <w:r>
        <w:br/>
      </w:r>
      <w:r>
        <w:rPr>
          <w:sz w:val="20"/>
        </w:rPr>
        <w:t>1:07:13  is ka mani yeh hai ke da'i aakhri had tak positive ho, kabhi woh kisi baat, mad'u ki</w:t>
      </w:r>
      <w:r>
        <w:br/>
      </w:r>
      <w:r>
        <w:rPr>
          <w:sz w:val="20"/>
        </w:rPr>
        <w:t>1:07:20  koi baat par offend na ho,</w:t>
      </w:r>
      <w:r>
        <w:br/>
      </w:r>
      <w:r>
        <w:rPr>
          <w:sz w:val="20"/>
        </w:rPr>
        <w:t>1:07:23  woh negative thinking is ke andar na pai jaye.</w:t>
      </w:r>
      <w:r>
        <w:br/>
      </w:r>
      <w:r>
        <w:rPr>
          <w:sz w:val="20"/>
        </w:rPr>
        <w:t>1:07:28  yahi sab. ab mujhe to bohat ziyada faida hua hai apne is mizaj ki wajah se ke mein</w:t>
      </w:r>
      <w:r>
        <w:br/>
      </w:r>
      <w:r>
        <w:rPr>
          <w:sz w:val="20"/>
        </w:rPr>
        <w:t>1:07:34  kisi ki baaton se kabhi, yani offend nahi hota, kabhi bhi nahi.</w:t>
      </w:r>
      <w:r>
        <w:br/>
      </w:r>
      <w:r>
        <w:rPr>
          <w:sz w:val="20"/>
        </w:rPr>
        <w:t>1:07:40  sochta hoon, jaise ek misaal maine batayi thi is se pehle yahan ke mein lucknow mein ek</w:t>
      </w:r>
      <w:r>
        <w:br/>
      </w:r>
      <w:r>
        <w:rPr>
          <w:sz w:val="20"/>
        </w:rPr>
        <w:t>1:07:47  patr bla ek sahib se, bohat hi</w:t>
      </w:r>
      <w:r>
        <w:br/>
      </w:r>
      <w:r>
        <w:rPr>
          <w:sz w:val="20"/>
        </w:rPr>
        <w:t>1:07:51  ultra modern thay woh, woh</w:t>
      </w:r>
      <w:r>
        <w:br/>
      </w:r>
      <w:r>
        <w:rPr>
          <w:sz w:val="20"/>
        </w:rPr>
        <w:t>1:07:55  philosophy ki study ki thi unhon ne</w:t>
      </w:r>
      <w:r>
        <w:br/>
      </w:r>
      <w:r>
        <w:rPr>
          <w:sz w:val="20"/>
        </w:rPr>
        <w:t>1:07:59  aur history bhi parhi thi unhon ne.</w:t>
      </w:r>
      <w:r>
        <w:br/>
      </w:r>
      <w:r>
        <w:rPr>
          <w:sz w:val="20"/>
        </w:rPr>
        <w:t>1:08:02  to unhon ne baat cheet ke douran kaha ke agar muhammad ko,</w:t>
      </w:r>
      <w:r>
        <w:br/>
      </w:r>
      <w:r>
        <w:rPr>
          <w:sz w:val="20"/>
        </w:rPr>
        <w:t>1:08:09  sirf muhammad kaha tha unhon ne, yahan to mujhe maloom hua ke dilli mein ek sath gaye baat</w:t>
      </w:r>
      <w:r>
        <w:br/>
      </w:r>
      <w:r>
        <w:rPr>
          <w:sz w:val="20"/>
        </w:rPr>
        <w:t>1:08:14  karne ke liye islam ke bare mein, unhon ne kaha muhammad sahib, muhammad sahib.</w:t>
      </w:r>
      <w:r>
        <w:br/>
      </w:r>
      <w:r>
        <w:rPr>
          <w:sz w:val="20"/>
        </w:rPr>
        <w:t>1:08:18  to woh musalman bigar gaye is se, tum muhammad sahib kehte ho, hamare paighambar ki gustakhi karte ho.</w:t>
      </w:r>
      <w:r>
        <w:br/>
      </w:r>
      <w:r>
        <w:rPr>
          <w:sz w:val="20"/>
        </w:rPr>
        <w:t>1:08:26  to mein, unhon ne muhammad kaha tha sirf, unhon ne kaha tha ke</w:t>
      </w:r>
      <w:r>
        <w:br/>
      </w:r>
      <w:r>
        <w:rPr>
          <w:sz w:val="20"/>
        </w:rPr>
        <w:t>1:08:31  muhammad ko agar tareekh se nikal liya jaye to tareekh mein kya kami reh jaye gi?</w:t>
      </w:r>
      <w:r>
        <w:br/>
      </w:r>
      <w:r>
        <w:rPr>
          <w:sz w:val="20"/>
        </w:rPr>
        <w:t>1:08:40  muhammad ko agar history se nikal liya jaye to history mein kya kami reh jaye gi? to apparently</w:t>
      </w:r>
      <w:r>
        <w:br/>
      </w:r>
      <w:r>
        <w:rPr>
          <w:sz w:val="20"/>
        </w:rPr>
        <w:t>1:08:45  it was</w:t>
      </w:r>
      <w:r>
        <w:br/>
      </w:r>
      <w:r>
        <w:rPr>
          <w:sz w:val="20"/>
        </w:rPr>
        <w:t>1:08:46  And it was a provocative statement, پر مجھے کچھ نہیں ہوا۔</w:t>
      </w:r>
      <w:r>
        <w:br/>
      </w:r>
      <w:r>
        <w:rPr>
          <w:sz w:val="20"/>
        </w:rPr>
        <w:t>1:08:52  mein sochne laga, yaqeen kijiye ke mein do saal tak socha maine is par aur study ki</w:t>
      </w:r>
      <w:r>
        <w:br/>
      </w:r>
      <w:r>
        <w:rPr>
          <w:sz w:val="20"/>
        </w:rPr>
        <w:t>1:08:58  maine. do saal tak socha aur study ki, phir meri woh kitab ek chhap kitab chhap chuki</w:t>
      </w:r>
      <w:r>
        <w:br/>
      </w:r>
      <w:r>
        <w:rPr>
          <w:sz w:val="20"/>
        </w:rPr>
        <w:t>1:09:04  hai urdu mein, english mein,</w:t>
      </w:r>
      <w:r>
        <w:br/>
      </w:r>
      <w:r>
        <w:rPr>
          <w:sz w:val="20"/>
        </w:rPr>
        <w:t>1:09:07  islam islam dor khalq, english mein hai islam the creator of modern age.</w:t>
      </w:r>
      <w:r>
        <w:br/>
      </w:r>
      <w:r>
        <w:rPr>
          <w:sz w:val="20"/>
        </w:rPr>
        <w:t>1:09:18  to ab koi aadmi, doosra aadmi hai to woh apni rai bolega, apni rai sochega, bolne</w:t>
      </w:r>
      <w:r>
        <w:br/>
      </w:r>
      <w:r>
        <w:rPr>
          <w:sz w:val="20"/>
        </w:rPr>
        <w:t>1:09:25  dijiye, sochne dijiye is ko.</w:t>
      </w:r>
      <w:r>
        <w:br/>
      </w:r>
      <w:r>
        <w:rPr>
          <w:sz w:val="20"/>
        </w:rPr>
        <w:t>1:09:27  aap is ki baat ko</w:t>
      </w:r>
      <w:r>
        <w:br/>
      </w:r>
      <w:r>
        <w:rPr>
          <w:sz w:val="20"/>
        </w:rPr>
        <w:t>1:09:30  sun kar ke</w:t>
      </w:r>
      <w:r>
        <w:br/>
      </w:r>
      <w:r>
        <w:rPr>
          <w:sz w:val="20"/>
        </w:rPr>
        <w:t>1:09:32  sirf, yani khair khwahi ka andaaz mein lijiye is ki baat ko aur gehrai mein jaiye.</w:t>
      </w:r>
      <w:r>
        <w:br/>
      </w:r>
      <w:r>
        <w:rPr>
          <w:sz w:val="20"/>
        </w:rPr>
        <w:t>1:09:42  mere bohat se article aise hain jo</w:t>
      </w:r>
      <w:r>
        <w:br/>
      </w:r>
      <w:r>
        <w:rPr>
          <w:sz w:val="20"/>
        </w:rPr>
        <w:t>1:09:45  bane hain isi tareeqe se ke kisi ne ab koi remark diya islam ke khilaaf ya rasool Allah</w:t>
      </w:r>
      <w:r>
        <w:br/>
      </w:r>
      <w:r>
        <w:rPr>
          <w:sz w:val="20"/>
        </w:rPr>
        <w:t>1:09:53  ke khilaaf, to mein ghussa nahi hua, mein is par sochne laga, study karne laga mein.</w:t>
      </w:r>
      <w:r>
        <w:br/>
      </w:r>
      <w:r>
        <w:rPr>
          <w:sz w:val="20"/>
        </w:rPr>
        <w:t>1:09:59  yahan tak ke bohat bari bari haqiqaten mere samne aain.</w:t>
      </w:r>
      <w:r>
        <w:br/>
      </w:r>
      <w:r>
        <w:rPr>
          <w:sz w:val="20"/>
        </w:rPr>
        <w:t>1:10:06  to mein sochta hoon ke dawat ka tareeqa</w:t>
      </w:r>
      <w:r>
        <w:br/>
      </w:r>
      <w:r>
        <w:rPr>
          <w:sz w:val="20"/>
        </w:rPr>
        <w:t>1:10:10  ke do hi point hain, yeh hai ke dawat ko khalis quran o hadees ki roshni mein pesh</w:t>
      </w:r>
      <w:r>
        <w:br/>
      </w:r>
      <w:r>
        <w:rPr>
          <w:sz w:val="20"/>
        </w:rPr>
        <w:t>1:10:16  kia jaye. Hamari aik qaumi jo soch hai, is ko alag kar ke,</w:t>
      </w:r>
      <w:r>
        <w:br/>
      </w:r>
      <w:r>
        <w:rPr>
          <w:sz w:val="20"/>
        </w:rPr>
        <w:t>1:10:22  hamari apni jo qaumi soch hai, is se bilkul alag kar ke, sirf quran o hadees ki roshni</w:t>
      </w:r>
      <w:r>
        <w:br/>
      </w:r>
      <w:r>
        <w:rPr>
          <w:sz w:val="20"/>
        </w:rPr>
        <w:t>1:10:27  mein dawat pesh pesh karna.</w:t>
      </w:r>
      <w:r>
        <w:br/>
      </w:r>
      <w:r>
        <w:rPr>
          <w:sz w:val="20"/>
        </w:rPr>
        <w:t>1:10:30  aur doosri yeh hai ke hum</w:t>
      </w:r>
      <w:r>
        <w:br/>
      </w:r>
      <w:r>
        <w:rPr>
          <w:sz w:val="20"/>
        </w:rPr>
        <w:t>1:10:33  madu ko poora ijazat dijiye, jo chahe kahe woh, aap kabhi bhi ghussa na hon is ke upar,</w:t>
      </w:r>
      <w:r>
        <w:br/>
      </w:r>
      <w:r>
        <w:rPr>
          <w:sz w:val="20"/>
        </w:rPr>
        <w:t>1:10:40  aur thande tareeqe se sochen.</w:t>
      </w:r>
      <w:r>
        <w:br/>
      </w:r>
      <w:r>
        <w:rPr>
          <w:sz w:val="20"/>
        </w:rPr>
        <w:t>1:10:43  yeh do point hain mere nazdeek, yani effective dawah work ka.</w:t>
      </w:r>
      <w:r>
        <w:br/>
      </w:r>
      <w:r>
        <w:rPr>
          <w:sz w:val="20"/>
        </w:rPr>
        <w:t>1:10:49  Maulana, before we proceed with more questions, I would also like, I would also request you to make</w:t>
      </w:r>
      <w:r>
        <w:br/>
      </w:r>
      <w:r>
        <w:rPr>
          <w:sz w:val="20"/>
        </w:rPr>
        <w:t>1:10:56  Special dua for Dr. Waqar Alam Sahab and Khwaja Qalibuddin Sahab from USA, as it</w:t>
      </w:r>
      <w:r>
        <w:br/>
      </w:r>
      <w:r>
        <w:rPr>
          <w:sz w:val="20"/>
        </w:rPr>
        <w:t>1:11:04  was initially Dr. Waqar Alam who made his trip to Pakistan and to identify your followers in Islam</w:t>
      </w:r>
      <w:r>
        <w:br/>
      </w:r>
      <w:r>
        <w:rPr>
          <w:sz w:val="20"/>
        </w:rPr>
        <w:t>1:11:11  abad, Peshawar, Karachi, Lahore, and then after that Khawaja Qalibuddin Sahab and Dr. Alam, they both went</w:t>
      </w:r>
      <w:r>
        <w:br/>
      </w:r>
      <w:r>
        <w:rPr>
          <w:sz w:val="20"/>
        </w:rPr>
        <w:t>1:11:19  They, they connected the Ar-Risala readers, participated in book fairs, donated the books in libraries, and today alhamdulillah</w:t>
      </w:r>
      <w:r>
        <w:br/>
      </w:r>
      <w:r>
        <w:rPr>
          <w:sz w:val="20"/>
        </w:rPr>
        <w:t>1:11:27  Everybody is working in very organized way.</w:t>
      </w:r>
      <w:r>
        <w:br/>
      </w:r>
      <w:r>
        <w:rPr>
          <w:sz w:val="20"/>
        </w:rPr>
        <w:t>1:11:30  So I would request you to do also special dua for both of them, inshallah.</w:t>
      </w:r>
    </w:p>
    <w:p>
      <w:pPr>
        <w:pStyle w:val="Heading2"/>
      </w:pPr>
      <w:r>
        <w:t>Musharraf's statement on retaliation vs patience</w:t>
      </w:r>
    </w:p>
    <w:p>
      <w:r>
        <w:rPr>
          <w:color w:val="666666"/>
          <w:sz w:val="18"/>
        </w:rPr>
        <w:t>Society &amp; Dawah · Importance of Patience October 26, 2014 · 3m 06s · at 49:02 · https://youtu.be/XdOlp9-fPG0?t=2942</w:t>
      </w:r>
    </w:p>
    <w:p>
      <w:r>
        <w:rPr>
          <w:i/>
        </w:rPr>
        <w:t>“Recently in a television interview, former President of Pakistan General Pervez Musharraf said that 'We are Muslims, we know how to give a befitting reply.' He said this in reference to a question on the Kashmir issue. It is these statements which make Muslim youth think that retaliation is the way in Islam and not patience.”</w:t>
      </w:r>
    </w:p>
    <w:p>
      <w:r>
        <w:rPr>
          <w:sz w:val="20"/>
        </w:rPr>
        <w:t>49:02  Maulana, agla sawal kya hai Kashmir se Hamza sahib ne, aur unhone likha hai: "Maulana, recently in a television interview, former president of Pakistan General Pervez Musharraf said that we are Muslims, we know how to give a befitting reply.</w:t>
      </w:r>
      <w:r>
        <w:br/>
      </w:r>
      <w:r>
        <w:rPr>
          <w:sz w:val="20"/>
        </w:rPr>
        <w:t>49:25  He said this in reference to a question on Kashmir issue.</w:t>
      </w:r>
      <w:r>
        <w:br/>
      </w:r>
      <w:r>
        <w:rPr>
          <w:sz w:val="20"/>
        </w:rPr>
        <w:t>49:30  It is the statements which makes Muslim youth think that retaliation is the way in Islam and not patience.</w:t>
      </w:r>
      <w:r>
        <w:br/>
      </w:r>
      <w:r>
        <w:rPr>
          <w:sz w:val="20"/>
        </w:rPr>
        <w:t>49:39  Maulana, what is your opinion on this?" Dekhiye, logon ko yeh bataiye ke chahe General Pervez Musharraf hon ya koi aur ho, jab woh koi baat kehta hai to aap Quran mein is ka reference dhoondiye.</w:t>
      </w:r>
      <w:r>
        <w:br/>
      </w:r>
      <w:r>
        <w:rPr>
          <w:sz w:val="20"/>
        </w:rPr>
        <w:t>49:55  Agar woh available hai to poochhein un se ke tum jo baat kar rahe ho, woh Quran mein kahan likhi hui hai?</w:t>
      </w:r>
      <w:r>
        <w:br/>
      </w:r>
      <w:r>
        <w:rPr>
          <w:sz w:val="20"/>
        </w:rPr>
        <w:t>50:04  Un se poochhein, telephone kar ke, internet ke zariye se mil kar ke, jaise bhi apne mindset se log bolte hain.</w:t>
      </w:r>
      <w:r>
        <w:br/>
      </w:r>
      <w:r>
        <w:rPr>
          <w:sz w:val="20"/>
        </w:rPr>
        <w:t>50:13  Apne apne mind se to jab tak woh Quran ka koi reference na dein, un ki baat ko bilkul ek yani letter bin mein daal dijiye.</w:t>
      </w:r>
      <w:r>
        <w:br/>
      </w:r>
      <w:r>
        <w:rPr>
          <w:sz w:val="20"/>
        </w:rPr>
        <w:t>50:26  Un ki baat ko aap</w:t>
      </w:r>
      <w:r>
        <w:br/>
      </w:r>
      <w:r>
        <w:rPr>
          <w:sz w:val="20"/>
        </w:rPr>
        <w:t>50:30  Letter bin mein daal dijiye.</w:t>
      </w:r>
      <w:r>
        <w:br/>
      </w:r>
      <w:r>
        <w:rPr>
          <w:sz w:val="20"/>
        </w:rPr>
        <w:t>50:34  Main hairaan hoon ke kaise log kisi ek kehne par rai bana lete hain. To bhaiya, aap kahein ke hum Quran ko nahi mante, hum Quran se hamara koi matlab nahi hai.</w:t>
      </w:r>
      <w:r>
        <w:br/>
      </w:r>
      <w:r>
        <w:rPr>
          <w:sz w:val="20"/>
        </w:rPr>
        <w:t>50:45  Yaani Quran bhi mante hain aur woh ek kisi ki ulti seedhi baat ko hi paal lete hain.</w:t>
      </w:r>
      <w:r>
        <w:br/>
      </w:r>
      <w:r>
        <w:rPr>
          <w:sz w:val="20"/>
        </w:rPr>
        <w:t>50:53  Aisa har statement jo koi aadmi deta hai, woh aap ke liye test hai. Aap ke test hai ke aap kisi kehne par na manen, balkeh Quran mein is ka reference dhoondhen.</w:t>
      </w:r>
      <w:r>
        <w:br/>
      </w:r>
      <w:r>
        <w:rPr>
          <w:sz w:val="20"/>
        </w:rPr>
        <w:t>51:04  Agar Quran se woh theek nikla hai to manen, to na manen, woh aap ka test hai. Bajaye is ke ke koi is ke kehne ke peeche daudein, aap yeh koshish karein ke aap test mein poore utren.</w:t>
      </w:r>
      <w:r>
        <w:br/>
      </w:r>
      <w:r>
        <w:rPr>
          <w:sz w:val="20"/>
        </w:rPr>
        <w:t>51:19  har aadmi, chahe koi bhi ho, us ko us ki baat ko quran par jaancha jayega. agar quran ke mutabiq hai to liya jayega, nahi to nahi.</w:t>
      </w:r>
      <w:r>
        <w:br/>
      </w:r>
      <w:r>
        <w:rPr>
          <w:sz w:val="20"/>
        </w:rPr>
        <w:t>51:33  aur main samajhta hoon parvez musharraf ki jo main kaha, wo wo main beharhaal ma'raz wo hai, yaani rhetoric jo kehte hain, rhetoric hai, is ke ilawa kuch bhi nahi, sirf rhetoric hai.</w:t>
      </w:r>
      <w:r>
        <w:br/>
      </w:r>
      <w:r>
        <w:rPr>
          <w:sz w:val="20"/>
        </w:rPr>
        <w:t>51:48  sawal yeh hai ke parvez musharraf ki zabani mein to kehte hain waqiat hue, to wahan kyun nahi wo jeete? wo jeet nahi sake, wo to yeh to rhetoric hai.</w:t>
      </w:r>
      <w:r>
        <w:br/>
      </w:r>
      <w:r>
        <w:rPr>
          <w:sz w:val="20"/>
        </w:rPr>
        <w:t>51:59  musalman rhetoric ke peeche daurte hain, ajeeb o ghareeb muamla hai ke musalmanon ki badai ke rhetoric ke peeche daurte hain. wo yeh nahi sochte ke is ki haqeeqat kya hai.</w:t>
      </w:r>
    </w:p>
    <w:p>
      <w:pPr>
        <w:pStyle w:val="Heading2"/>
      </w:pPr>
      <w:r>
        <w:t>Muslim integration and dealing with extremists</w:t>
      </w:r>
    </w:p>
    <w:p>
      <w:r>
        <w:rPr>
          <w:color w:val="666666"/>
          <w:sz w:val="18"/>
        </w:rPr>
        <w:t>Society &amp; Dawah · Study of The Quran 23 June 2019 - Maulana Wahiduddin Khan · 4m 17s · at 40:02 · https://youtu.be/tFQnqhFtPko?t=2402</w:t>
      </w:r>
    </w:p>
    <w:p>
      <w:r>
        <w:rPr>
          <w:i/>
        </w:rPr>
        <w:t>“How can Muslims integrate positively with non-Muslims to create harmony? Would it be right for Muslims to disown Muslims who negatively interpret Islam?”</w:t>
      </w:r>
    </w:p>
    <w:p>
      <w:r>
        <w:rPr>
          <w:sz w:val="20"/>
        </w:rPr>
        <w:t>40:02  I will try to inculcate both of them to the best of my capacity. Inshallah." Maulana, agla sawal bheja hai Mr. Rajesh Bhatia ne.</w:t>
      </w:r>
      <w:r>
        <w:br/>
      </w:r>
      <w:r>
        <w:rPr>
          <w:sz w:val="20"/>
        </w:rPr>
        <w:t>40:15  Unhon ne location nahi likhi hai apni. Un ka sawal hai: "How can Muslims integrate positively with non-Muslims to create harmony?</w:t>
      </w:r>
      <w:r>
        <w:br/>
      </w:r>
      <w:r>
        <w:rPr>
          <w:sz w:val="20"/>
        </w:rPr>
        <w:t>40:27  Would it be right for Muslims to disown Muslims who negatively interpret Islam?"</w:t>
      </w:r>
      <w:r>
        <w:br/>
      </w:r>
      <w:r>
        <w:rPr>
          <w:sz w:val="20"/>
        </w:rPr>
        <w:t>40:41  Bhai, dekhiye, main to samajhta hoon ke zindagi ke do formulay hain. Har field mein woh apply kar rahe hain.</w:t>
      </w:r>
      <w:r>
        <w:br/>
      </w:r>
      <w:r>
        <w:rPr>
          <w:sz w:val="20"/>
        </w:rPr>
        <w:t>40:51  Aap aik formula yeh hai ke aisi field duniya mein hoti hai, aisi field jahan aap aur doosra aadmi dono aik raah ke hotay hain.</w:t>
      </w:r>
      <w:r>
        <w:br/>
      </w:r>
      <w:r>
        <w:rPr>
          <w:sz w:val="20"/>
        </w:rPr>
        <w:t>41:07  To is mein kya hota hai ke "I am right, you are also right." Maslan dekhiye, suraj</w:t>
      </w:r>
      <w:r>
        <w:br/>
      </w:r>
      <w:r>
        <w:rPr>
          <w:sz w:val="20"/>
        </w:rPr>
        <w:t>41:22  ab ab is zamane mein yeh mana jata hai ke suraj nahi ghoom raha hai, zameen ghoom rahi hai. To is mein kya hai? Is mein sab ka aik "I am right, you are also right." Yaani har jagah ke log yeh mante hain,</w:t>
      </w:r>
      <w:r>
        <w:br/>
      </w:r>
      <w:r>
        <w:rPr>
          <w:sz w:val="20"/>
        </w:rPr>
        <w:t>41:37  ehl-e-ilm ke suraj zameen suraj ke gird ghhoom rahi hai. to is mein yeh formula hai ke "i am right, you are also right." kuch aur field hai jis mein yeh formula nahi chalta.</w:t>
      </w:r>
      <w:r>
        <w:br/>
      </w:r>
      <w:r>
        <w:rPr>
          <w:sz w:val="20"/>
        </w:rPr>
        <w:t>41:56  to wahan par kya hota hai ke mutual,</w:t>
      </w:r>
      <w:r>
        <w:br/>
      </w:r>
      <w:r>
        <w:rPr>
          <w:sz w:val="20"/>
        </w:rPr>
        <w:t>42:04  yani mutual discussion hota hai, aapas mein samajhte hain baaton ko aur adjust karte hain ek doosre se.</w:t>
      </w:r>
      <w:r>
        <w:br/>
      </w:r>
      <w:r>
        <w:rPr>
          <w:sz w:val="20"/>
        </w:rPr>
        <w:t>42:16  yeh yeh bhi formula chal raha hai, dono formulay chal rahe hain. to aap ko jahan woh formula applicable dikhai parre ke "i am right, you are also right," us ko apply kijiye.</w:t>
      </w:r>
      <w:r>
        <w:br/>
      </w:r>
      <w:r>
        <w:rPr>
          <w:sz w:val="20"/>
        </w:rPr>
        <w:t>42:32  aur jahan yeh formula aap ko applicable maloom ho ke ke jis ko hum kehte hain ke "let us agree to disagree," yeh bhi ek formula hai.</w:t>
      </w:r>
      <w:r>
        <w:br/>
      </w:r>
      <w:r>
        <w:rPr>
          <w:sz w:val="20"/>
        </w:rPr>
        <w:t>42:49  "let us agree to disagree." to jahan woh aap ne qabool ho to woh woh apply kar lijiye. yeh to zindagi ka, yani zindagi mein hota hi hota hai.</w:t>
      </w:r>
      <w:r>
        <w:br/>
      </w:r>
      <w:r>
        <w:rPr>
          <w:sz w:val="20"/>
        </w:rPr>
        <w:t>43:00  aisa hai, hota hi hota hai ke kahin aap yeh formula apply karte hain, kahin woh formula apply karte hain. yani kahin to "let us agree to disagree" ka formula apply karte hain,</w:t>
      </w:r>
      <w:r>
        <w:br/>
      </w:r>
      <w:r>
        <w:rPr>
          <w:sz w:val="20"/>
        </w:rPr>
        <w:t>43:16  kahin yeh formula ke "i am right, you are also right." to yeh yeh koi masla nahi hai. jis jis field mein aap deal kar rahe hon, us ko samajh lein ke woh kis kis field ki ka woh baat hai.</w:t>
      </w:r>
      <w:r>
        <w:br/>
      </w:r>
      <w:r>
        <w:rPr>
          <w:sz w:val="20"/>
        </w:rPr>
        <w:t>43:38  wahan woh apply kar lijiye. mein to aise hi karta hoon. mein dono, dono, dono field mein se mujhe har aadmi ki taraf mujhe bhi nipatna parta hai.</w:t>
      </w:r>
      <w:r>
        <w:br/>
      </w:r>
      <w:r>
        <w:rPr>
          <w:sz w:val="20"/>
        </w:rPr>
        <w:t>43:54  to mein dono mein se ek formula apply kar leta hoon. to is mein, is mein, is mein mushkil kya hai?</w:t>
      </w:r>
      <w:r>
        <w:br/>
      </w:r>
      <w:r>
        <w:rPr>
          <w:sz w:val="20"/>
        </w:rPr>
        <w:t>44:08  mein to koi real problem nahi samajhta is ko.</w:t>
      </w:r>
    </w:p>
    <w:p>
      <w:pPr>
        <w:pStyle w:val="Heading2"/>
      </w:pPr>
      <w:r>
        <w:t>Muslim leaders misguide Ummah in name of Islam</w:t>
      </w:r>
    </w:p>
    <w:p>
      <w:r>
        <w:rPr>
          <w:color w:val="666666"/>
          <w:sz w:val="18"/>
        </w:rPr>
        <w:t>Society &amp; Dawah · Forget the Grievances, January 01, 2017 · 2m 54s · at 53:28 · https://youtu.be/zW4q8dl2cmw?t=3208</w:t>
      </w:r>
    </w:p>
    <w:p>
      <w:r>
        <w:rPr>
          <w:i/>
        </w:rPr>
        <w:t>“Moulana, you said we should have a new beginning, but the problem is that these Muslim leaders will continue to misguide Ummah in the name of Islam.”</w:t>
      </w:r>
    </w:p>
    <w:p>
      <w:r>
        <w:rPr>
          <w:sz w:val="20"/>
        </w:rPr>
        <w:t>53:28  maulana, agla sawal kiya hai firoz khan ne lucknow se, unho ne likha hai: "maulana, you said we</w:t>
      </w:r>
      <w:r>
        <w:br/>
      </w:r>
      <w:r>
        <w:rPr>
          <w:sz w:val="20"/>
        </w:rPr>
        <w:t>53:36  should have a new beginning, but the problem is that these Muslim leaders will continue to misguide</w:t>
      </w:r>
      <w:r>
        <w:br/>
      </w:r>
      <w:r>
        <w:rPr>
          <w:sz w:val="20"/>
        </w:rPr>
        <w:t>53:44  ummah in the name of islam.</w:t>
      </w:r>
      <w:r>
        <w:br/>
      </w:r>
      <w:r>
        <w:rPr>
          <w:sz w:val="20"/>
        </w:rPr>
        <w:t>53:46  so unless they change, the new opportunities can not be availed.</w:t>
      </w:r>
      <w:r>
        <w:br/>
      </w:r>
      <w:r>
        <w:rPr>
          <w:sz w:val="20"/>
        </w:rPr>
        <w:t>53:51  kindly advise that how can we change these so called muslim leaders? " dekhen, yeh koi problem nahi hai.</w:t>
      </w:r>
      <w:r>
        <w:br/>
      </w:r>
      <w:r>
        <w:rPr>
          <w:sz w:val="20"/>
        </w:rPr>
        <w:t>53:59  hamare leaderon se bohat hi bara ek leader hai iblis, woh sari duniya ko baqayda laga hua hai.</w:t>
      </w:r>
      <w:r>
        <w:br/>
      </w:r>
      <w:r>
        <w:rPr>
          <w:sz w:val="20"/>
        </w:rPr>
        <w:t>54:06  koi excuse nahi hai.</w:t>
      </w:r>
      <w:r>
        <w:br/>
      </w:r>
      <w:r>
        <w:rPr>
          <w:sz w:val="20"/>
        </w:rPr>
        <w:t>54:08  apni aql ko istemal kijiye.</w:t>
      </w:r>
      <w:r>
        <w:br/>
      </w:r>
      <w:r>
        <w:rPr>
          <w:sz w:val="20"/>
        </w:rPr>
        <w:t>54:10  aap ke paas jo aql hai, woh sab sab bari cheez hai, us ko istemal kijiye.</w:t>
      </w:r>
      <w:r>
        <w:br/>
      </w:r>
      <w:r>
        <w:rPr>
          <w:sz w:val="20"/>
        </w:rPr>
        <w:t>54:17  aap iblis ka koi excuse nahi bana sakte.</w:t>
      </w:r>
      <w:r>
        <w:br/>
      </w:r>
      <w:r>
        <w:rPr>
          <w:sz w:val="20"/>
        </w:rPr>
        <w:t>54:20  aap aise kisi leader ka excuse nahi bana sakte.</w:t>
      </w:r>
      <w:r>
        <w:br/>
      </w:r>
      <w:r>
        <w:rPr>
          <w:sz w:val="20"/>
        </w:rPr>
        <w:t>54:24  aap apni aql ko istemal kijiye, bas.</w:t>
      </w:r>
      <w:r>
        <w:br/>
      </w:r>
      <w:r>
        <w:rPr>
          <w:sz w:val="20"/>
        </w:rPr>
        <w:t>54:27  میرا ماننا ہے کہ if you are good excuse, don't use it.</w:t>
      </w:r>
      <w:r>
        <w:br/>
      </w:r>
      <w:r>
        <w:rPr>
          <w:sz w:val="20"/>
        </w:rPr>
        <w:t>54:32  okay, so we will end the session.</w:t>
      </w:r>
      <w:r>
        <w:br/>
      </w:r>
      <w:r>
        <w:rPr>
          <w:sz w:val="20"/>
        </w:rPr>
        <w:t>54:35  Just a reminder again that the World Book Fair would be starting at Pragati Maidan, New Delhi, from</w:t>
      </w:r>
      <w:r>
        <w:br/>
      </w:r>
      <w:r>
        <w:rPr>
          <w:sz w:val="20"/>
        </w:rPr>
        <w:t>54:43  Seventh of January and we'll continue till fifteenth of January.</w:t>
      </w:r>
      <w:r>
        <w:br/>
      </w:r>
      <w:r>
        <w:rPr>
          <w:sz w:val="20"/>
        </w:rPr>
        <w:t>54:47  cps international and good word books have taken a stall in hall number eighteen.</w:t>
      </w:r>
      <w:r>
        <w:br/>
      </w:r>
      <w:r>
        <w:rPr>
          <w:sz w:val="20"/>
        </w:rPr>
        <w:t>54:54  the stall number is thirty one and thirty two.</w:t>
      </w:r>
      <w:r>
        <w:br/>
      </w:r>
      <w:r>
        <w:rPr>
          <w:sz w:val="20"/>
        </w:rPr>
        <w:t>54:58  so we invite everyone to visit the good word stall and the cps stall.</w:t>
      </w:r>
      <w:r>
        <w:br/>
      </w:r>
      <w:r>
        <w:rPr>
          <w:sz w:val="20"/>
        </w:rPr>
        <w:t>55:05  also, if you want to volunteer for the dawah service, then please write to us on info</w:t>
      </w:r>
      <w:r>
        <w:br/>
      </w:r>
      <w:r>
        <w:rPr>
          <w:sz w:val="20"/>
        </w:rPr>
        <w:t>55:13  at cps global.org.</w:t>
      </w:r>
      <w:r>
        <w:br/>
      </w:r>
      <w:r>
        <w:rPr>
          <w:sz w:val="20"/>
        </w:rPr>
        <w:t>55:17  daily field team to stay back for further discussion on the same.</w:t>
      </w:r>
      <w:r>
        <w:br/>
      </w:r>
      <w:r>
        <w:rPr>
          <w:sz w:val="20"/>
        </w:rPr>
        <w:t>55:22  thank you, we will be back next week same time.</w:t>
      </w:r>
    </w:p>
    <w:p>
      <w:pPr>
        <w:pStyle w:val="Heading2"/>
      </w:pPr>
      <w:r>
        <w:t>Muslim leadership and modern age</w:t>
      </w:r>
    </w:p>
    <w:p>
      <w:r>
        <w:rPr>
          <w:color w:val="666666"/>
          <w:sz w:val="18"/>
        </w:rPr>
        <w:t>Society &amp; Dawah · Opportunities of the Modern Age | March 05, 2017 · 2m 03s · at 1:05:57 · https://youtu.be/Cv8QEwvQ_fY?t=3957</w:t>
      </w:r>
    </w:p>
    <w:p>
      <w:r>
        <w:rPr>
          <w:i/>
        </w:rPr>
        <w:t>“The present day Muslim leadership has been ignorant of the spirit of the modern age. Is this not the mechanism of counting numbers?”</w:t>
      </w:r>
    </w:p>
    <w:p>
      <w:r>
        <w:rPr>
          <w:sz w:val="20"/>
        </w:rPr>
        <w:t>1:05:57  bhi karenge ye depends upon the situation upon the possibility. Maulana agla sawal Srinagar se bheja</w:t>
      </w:r>
      <w:r>
        <w:br/>
      </w:r>
      <w:r>
        <w:rPr>
          <w:sz w:val="20"/>
        </w:rPr>
        <w:t>1:06:07  ہے ریاض بھٹ صاحب نے انہوں نے لکھا ہے: "The present-day Muslim leadership has been ignorant of</w:t>
      </w:r>
      <w:r>
        <w:br/>
      </w:r>
      <w:r>
        <w:rPr>
          <w:sz w:val="20"/>
        </w:rPr>
        <w:t>1:06:17  spirit of modern age is this is this not the mechanism of counting numbers that is</w:t>
      </w:r>
      <w:r>
        <w:br/>
      </w:r>
      <w:r>
        <w:rPr>
          <w:sz w:val="20"/>
        </w:rPr>
        <w:t>1:06:27  democracy rather than intellect which is responsible for it. What are your views Maulana Sahab on this?" matlab</w:t>
      </w:r>
      <w:r>
        <w:br/>
      </w:r>
      <w:r>
        <w:rPr>
          <w:sz w:val="20"/>
        </w:rPr>
        <w:t>1:06:35  wo democracy ko is pe is ka reason mante hain rather than intellect leadership ka to aap ke</w:t>
      </w:r>
      <w:r>
        <w:br/>
      </w:r>
      <w:r>
        <w:rPr>
          <w:sz w:val="20"/>
        </w:rPr>
        <w:t>1:06:42  dekhiye yeh bilkul ek ek bilkul ek yani bekhabari ki baat mein manta hoon is ko Iqbal</w:t>
      </w:r>
      <w:r>
        <w:br/>
      </w:r>
      <w:r>
        <w:rPr>
          <w:sz w:val="20"/>
        </w:rPr>
        <w:t>1:06:50  ne kaha tha jumhooriyat ke baray mein ke</w:t>
      </w:r>
      <w:r>
        <w:br/>
      </w:r>
      <w:r>
        <w:rPr>
          <w:sz w:val="20"/>
        </w:rPr>
        <w:t>1:06:58  baduon ko gunah karte hain to Allah ne kaha tha yeh bilkul be sarpe ki baat hai is</w:t>
      </w:r>
      <w:r>
        <w:br/>
      </w:r>
      <w:r>
        <w:rPr>
          <w:sz w:val="20"/>
        </w:rPr>
        <w:t>1:07:04  ka wisdom se koi talluq nahi hai gunai ka tareeqa ikhtiyar kiya jayega tolein kaise aap aap</w:t>
      </w:r>
      <w:r>
        <w:br/>
      </w:r>
      <w:r>
        <w:rPr>
          <w:sz w:val="20"/>
        </w:rPr>
        <w:t>1:07:10  ke paas koi tarazu hai ke aap kisi ke ikhlas ko tolein yeh to paighambar ke paas nahi</w:t>
      </w:r>
      <w:r>
        <w:br/>
      </w:r>
      <w:r>
        <w:rPr>
          <w:sz w:val="20"/>
        </w:rPr>
        <w:t>1:07:16  tha yani voters ke ikhlas ko tolein to aap ke paas koi tarazu aisa hai yeh to shayari</w:t>
      </w:r>
      <w:r>
        <w:br/>
      </w:r>
      <w:r>
        <w:rPr>
          <w:sz w:val="20"/>
        </w:rPr>
        <w:t>1:07:22  ki baat hai gunaya hi jayega kyunke tolne ka tarazu Allah ke</w:t>
      </w:r>
      <w:r>
        <w:br/>
      </w:r>
      <w:r>
        <w:rPr>
          <w:sz w:val="20"/>
        </w:rPr>
        <w:t>1:07:28  paas hota hai aap ke paas nahi hota unhone kaha tha Iqbal ne isi ko le ke</w:t>
      </w:r>
      <w:r>
        <w:br/>
      </w:r>
      <w:r>
        <w:rPr>
          <w:sz w:val="20"/>
        </w:rPr>
        <w:t>1:07:36  phir isi ko dohrate rehte hain log jumhooriyat jumhooriyat ek tarz hukumat ka hai ke jis mein bandon</w:t>
      </w:r>
      <w:r>
        <w:br/>
      </w:r>
      <w:r>
        <w:rPr>
          <w:sz w:val="20"/>
        </w:rPr>
        <w:t>1:07:44  ko gunah karte hain traao nahi karte yeh bilkul hi yani be meaning less baat hai kyunke aap</w:t>
      </w:r>
      <w:r>
        <w:br/>
      </w:r>
      <w:r>
        <w:rPr>
          <w:sz w:val="20"/>
        </w:rPr>
        <w:t>1:07:52  tol sakte nahi aap is ko Allah ke bas mein tolna aap gin hi nahi sakte hain aap</w:t>
      </w:r>
    </w:p>
    <w:p>
      <w:pPr>
        <w:pStyle w:val="Heading2"/>
      </w:pPr>
      <w:r>
        <w:t>Muslim parties hijacking the word dawah</w:t>
      </w:r>
    </w:p>
    <w:p>
      <w:r>
        <w:rPr>
          <w:color w:val="666666"/>
          <w:sz w:val="18"/>
        </w:rPr>
        <w:t>Society &amp; Dawah · Paradise Culture January 12, 2014 · 2m 05s · at 1:05:43 · https://youtu.be/Z3A6r7XjE00?t=3943</w:t>
      </w:r>
    </w:p>
    <w:p>
      <w:r>
        <w:rPr>
          <w:i/>
        </w:rPr>
        <w:t>“Maulana, today almost all Muslim parties are talking about dawah work. All these Jamaats are established with different motives, but not with the aim of dawah work. Some of them are trying to hijack the word dawah and trying to take credit for the work which was not their actual aim. And all this they are doing without declaring that their past policies were wrong.”</w:t>
      </w:r>
    </w:p>
    <w:p>
      <w:r>
        <w:rPr>
          <w:sz w:val="20"/>
        </w:rPr>
        <w:t>1:05:43  mahasha Allah, jazak Allah. maulana, agla sawal raichur se hai, zaheeruddin sahab ka. unhon ne likha hai: "maulana, today almost all muslim parties are talking about dawah work.</w:t>
      </w:r>
      <w:r>
        <w:br/>
      </w:r>
      <w:r>
        <w:rPr>
          <w:sz w:val="20"/>
        </w:rPr>
        <w:t>1:05:58  although these jamaat were established with different motives, but not with the aim of dawah work.</w:t>
      </w:r>
      <w:r>
        <w:br/>
      </w:r>
      <w:r>
        <w:rPr>
          <w:sz w:val="20"/>
        </w:rPr>
        <w:t>1:06:06  somehow they are trying to hijack the word dawah and trying to take credit for the work which was not their actual aim. and all this they are doing with without declaring that their past policies were wrong.</w:t>
      </w:r>
      <w:r>
        <w:br/>
      </w:r>
      <w:r>
        <w:rPr>
          <w:sz w:val="20"/>
        </w:rPr>
        <w:t>1:06:21  maulana, what do you have to say about this?" bhai, yeh to Allah taala ka mamla hai. hum ko aap ko apni duty anjam dena hai.</w:t>
      </w:r>
      <w:r>
        <w:br/>
      </w:r>
      <w:r>
        <w:rPr>
          <w:sz w:val="20"/>
        </w:rPr>
        <w:t>1:06:35  yani hum doosron ke liye last alayhim bamisatar, hum doosron ke liye darogha nahi hain. jo duty humein nazar aaye, quran o sunnat ke mutabiq humein us ko anjam dena hai.</w:t>
      </w:r>
      <w:r>
        <w:br/>
      </w:r>
      <w:r>
        <w:rPr>
          <w:sz w:val="20"/>
        </w:rPr>
        <w:t>1:06:51  dunya mein kabhi bhi aisa nahi ho sakta ke log bilkul aap ke nazariye ke mutabiq sahi se chalain. log dunya mein hamesha yeh</w:t>
      </w:r>
      <w:r>
        <w:br/>
      </w:r>
      <w:r>
        <w:rPr>
          <w:sz w:val="20"/>
        </w:rPr>
        <w:t>1:07:01  y sab karenge, pehle bhi kiya, aaj bhi karenge, kar rahe hain, aindah bhi karenge. to dunya ko aap badal nahi sakte. jo cheez aap ne batai aaj, woh pehle bhi thi, aaj aage bhi rahegi.</w:t>
      </w:r>
      <w:r>
        <w:br/>
      </w:r>
      <w:r>
        <w:rPr>
          <w:sz w:val="20"/>
        </w:rPr>
        <w:t>1:07:14  to bajaye is ke ke aap dunya ke liye, yani dunya ke liye is tarah se sochen, apne liye sochen ke mujhe Allah ne tofeeq di hai, sachai ka mujhe shaoor diya hai,</w:t>
      </w:r>
      <w:r>
        <w:br/>
      </w:r>
      <w:r>
        <w:rPr>
          <w:sz w:val="20"/>
        </w:rPr>
        <w:t>1:07:28  to mujhe woh usi kaam ko karna hai.</w:t>
      </w:r>
      <w:r>
        <w:br/>
      </w:r>
      <w:r>
        <w:rPr>
          <w:sz w:val="20"/>
        </w:rPr>
        <w:t>1:07:31  to apni duty ko yaad kijiye, yani apne aap ko duty conscious banaiye, right conscious mat banaiye.</w:t>
      </w:r>
      <w:r>
        <w:br/>
      </w:r>
      <w:r>
        <w:rPr>
          <w:sz w:val="20"/>
        </w:rPr>
        <w:t>1:07:42  yeh masle ka hal hai aur isi mein hamari nijat hai.</w:t>
      </w:r>
    </w:p>
    <w:p>
      <w:pPr>
        <w:pStyle w:val="Heading2"/>
      </w:pPr>
      <w:r>
        <w:t>Muslim's role in Islamic vs non-Islamic countries</w:t>
      </w:r>
    </w:p>
    <w:p>
      <w:r>
        <w:rPr>
          <w:color w:val="666666"/>
          <w:sz w:val="18"/>
        </w:rPr>
        <w:t>Society &amp; Dawah · Conversation with Maulana Wahiduddin Khan | October 01, 2017 · 4m 29s · at 21:05 · https://youtu.be/TmOYGd3rp2M?t=1265</w:t>
      </w:r>
    </w:p>
    <w:p>
      <w:r>
        <w:rPr>
          <w:i/>
        </w:rPr>
        <w:t>“Is the role of a Muslim different in an Islamic country like Pakistan as compared to his role in a non-Islamic country like USA, UK and India? What would you say to this?”</w:t>
      </w:r>
    </w:p>
    <w:p>
      <w:r>
        <w:rPr>
          <w:sz w:val="20"/>
        </w:rPr>
        <w:t>21:05  to aap sirf yeh sochiye ke woh din jab aayega jis ke bare mein kaha gaya hai ke "Yum yaqoomun naasu birab bil aalameen". Us din mera case kya hoga? Yaqeen par khada hone wala ya shakk o shubah par khada hone wala? Bas yahi asal baat hai. Maulana, agla sawal Tariq Badar sahib ne Pakistan se bheja hai. Unhon ne likha hai: "Is the role of Mus</w:t>
      </w:r>
      <w:r>
        <w:br/>
      </w:r>
      <w:r>
        <w:rPr>
          <w:sz w:val="20"/>
        </w:rPr>
        <w:t>21:35  lim different in Islamic country like Pakistan as compared to his role in non-Islamic country like USA, UK</w:t>
      </w:r>
      <w:r>
        <w:br/>
      </w:r>
      <w:r>
        <w:rPr>
          <w:sz w:val="20"/>
        </w:rPr>
        <w:t>21:41  aur India? What would you say to this?" mein nahin manta aisa.</w:t>
      </w:r>
      <w:r>
        <w:br/>
      </w:r>
      <w:r>
        <w:rPr>
          <w:sz w:val="20"/>
        </w:rPr>
        <w:t>21:48  bilkul nahin manta mein is ko.</w:t>
      </w:r>
      <w:r>
        <w:br/>
      </w:r>
      <w:r>
        <w:rPr>
          <w:sz w:val="20"/>
        </w:rPr>
        <w:t>21:54  har mulk mein ek hi kaam karna hai.</w:t>
      </w:r>
      <w:r>
        <w:br/>
      </w:r>
      <w:r>
        <w:rPr>
          <w:sz w:val="20"/>
        </w:rPr>
        <w:t>22:00  aur woh hai Allah rab al-alameen</w:t>
      </w:r>
      <w:r>
        <w:br/>
      </w:r>
      <w:r>
        <w:rPr>
          <w:sz w:val="20"/>
        </w:rPr>
        <w:t>22:07  ki wahdaniyat ka ailan.</w:t>
      </w:r>
      <w:r>
        <w:br/>
      </w:r>
      <w:r>
        <w:rPr>
          <w:sz w:val="20"/>
        </w:rPr>
        <w:t>22:12  jab aap yeh sochen ke har jagah koi amli program ko le kar sochen to lagega aap</w:t>
      </w:r>
      <w:r>
        <w:br/>
      </w:r>
      <w:r>
        <w:rPr>
          <w:sz w:val="20"/>
        </w:rPr>
        <w:t>22:18  ko ke har jagah amli program alag alag hai.</w:t>
      </w:r>
      <w:r>
        <w:br/>
      </w:r>
      <w:r>
        <w:rPr>
          <w:sz w:val="20"/>
        </w:rPr>
        <w:t>22:24  lekin aap sochen jab anzar ko le kar, anzar tafseer ko le kar to sirf ailan hi ek</w:t>
      </w:r>
      <w:r>
        <w:br/>
      </w:r>
      <w:r>
        <w:rPr>
          <w:sz w:val="20"/>
        </w:rPr>
        <w:t>22:29  wahid kaam kar pata hai.</w:t>
      </w:r>
      <w:r>
        <w:br/>
      </w:r>
      <w:r>
        <w:rPr>
          <w:sz w:val="20"/>
        </w:rPr>
        <w:t>22:35  chahe Pakistan ho, chahe America ho.</w:t>
      </w:r>
      <w:r>
        <w:br/>
      </w:r>
      <w:r>
        <w:rPr>
          <w:sz w:val="20"/>
        </w:rPr>
        <w:t>22:41  yani ailan ko le kar sochen, dawat ko le kar sochen.</w:t>
      </w:r>
      <w:r>
        <w:br/>
      </w:r>
      <w:r>
        <w:rPr>
          <w:sz w:val="20"/>
        </w:rPr>
        <w:t>22:45  dawat ka matlab hai ailan.</w:t>
      </w:r>
      <w:r>
        <w:br/>
      </w:r>
      <w:r>
        <w:rPr>
          <w:sz w:val="20"/>
        </w:rPr>
        <w:t>22:50  to woh to peaceful hai har jagah.</w:t>
      </w:r>
      <w:r>
        <w:br/>
      </w:r>
      <w:r>
        <w:rPr>
          <w:sz w:val="20"/>
        </w:rPr>
        <w:t>22:54  wahan na ladai hai, na bomb hai, na gun hai.</w:t>
      </w:r>
      <w:r>
        <w:br/>
      </w:r>
      <w:r>
        <w:rPr>
          <w:sz w:val="20"/>
        </w:rPr>
        <w:t>22:59  lekin hota yeh hai ke log dawat ka tasawwur in ka nahin hai.</w:t>
      </w:r>
      <w:r>
        <w:br/>
      </w:r>
      <w:r>
        <w:rPr>
          <w:sz w:val="20"/>
        </w:rPr>
        <w:t>23:03  anzar tafseer ke tasawwur ka nahin hai.</w:t>
      </w:r>
      <w:r>
        <w:br/>
      </w:r>
      <w:r>
        <w:rPr>
          <w:sz w:val="20"/>
        </w:rPr>
        <w:t>23:08  to har jagah woh koi na koi nikalay gaye hain ke falan dushman hai, is ko maro. falan</w:t>
      </w:r>
      <w:r>
        <w:br/>
      </w:r>
      <w:r>
        <w:rPr>
          <w:sz w:val="20"/>
        </w:rPr>
        <w:t>23:12  Islam ke khilaf hai, is ko qatal karo.</w:t>
      </w:r>
      <w:r>
        <w:br/>
      </w:r>
      <w:r>
        <w:rPr>
          <w:sz w:val="20"/>
        </w:rPr>
        <w:t>23:20  to asal baat yeh hai ke logon ne yahi baat nahi jaani ke islam ki bashriyat aik hi hai.</w:t>
      </w:r>
      <w:r>
        <w:br/>
      </w:r>
      <w:r>
        <w:rPr>
          <w:sz w:val="20"/>
        </w:rPr>
        <w:t>23:28  koi manta aik hi hai.</w:t>
      </w:r>
      <w:r>
        <w:br/>
      </w:r>
      <w:r>
        <w:rPr>
          <w:sz w:val="20"/>
        </w:rPr>
        <w:t>23:36  ya in aik hi sachai hai.</w:t>
      </w:r>
      <w:r>
        <w:br/>
      </w:r>
      <w:r>
        <w:rPr>
          <w:sz w:val="20"/>
        </w:rPr>
        <w:t>23:44  ab woh tauheed hai.</w:t>
      </w:r>
      <w:r>
        <w:br/>
      </w:r>
      <w:r>
        <w:rPr>
          <w:sz w:val="20"/>
        </w:rPr>
        <w:t>23:47  aur aik hi sachai hai jis ko hamein peaceful andaaz mein ailaan karna hai.</w:t>
      </w:r>
      <w:r>
        <w:br/>
      </w:r>
      <w:r>
        <w:rPr>
          <w:sz w:val="20"/>
        </w:rPr>
        <w:t>23:51  koi doosri baat pesh aati hai to woh doosre ki taraf se.</w:t>
      </w:r>
      <w:r>
        <w:br/>
      </w:r>
      <w:r>
        <w:rPr>
          <w:sz w:val="20"/>
        </w:rPr>
        <w:t>23:54  yaani tashaddud hua rasool Allah ki taraf se nahi hai.</w:t>
      </w:r>
      <w:r>
        <w:br/>
      </w:r>
      <w:r>
        <w:rPr>
          <w:sz w:val="20"/>
        </w:rPr>
        <w:t>23:57  doosre ki taraf se hua.</w:t>
      </w:r>
      <w:r>
        <w:br/>
      </w:r>
      <w:r>
        <w:rPr>
          <w:sz w:val="20"/>
        </w:rPr>
        <w:t>24:01  yahan to musalman khud hi tashaddud karte hain.</w:t>
      </w:r>
      <w:r>
        <w:br/>
      </w:r>
      <w:r>
        <w:rPr>
          <w:sz w:val="20"/>
        </w:rPr>
        <w:t>24:04  khud hi bomb maarte hain.</w:t>
      </w:r>
      <w:r>
        <w:br/>
      </w:r>
      <w:r>
        <w:rPr>
          <w:sz w:val="20"/>
        </w:rPr>
        <w:t>24:07  khud hi gun chalate hain.</w:t>
      </w:r>
      <w:r>
        <w:br/>
      </w:r>
      <w:r>
        <w:rPr>
          <w:sz w:val="20"/>
        </w:rPr>
        <w:t>24:11  khud hi suicide bomb</w:t>
      </w:r>
      <w:r>
        <w:br/>
      </w:r>
      <w:r>
        <w:rPr>
          <w:sz w:val="20"/>
        </w:rPr>
        <w:t>24:14  ing karte hain.</w:t>
      </w:r>
      <w:r>
        <w:br/>
      </w:r>
      <w:r>
        <w:rPr>
          <w:sz w:val="20"/>
        </w:rPr>
        <w:t>24:18  is ki wajah yeh hai ke logon ko pata hi nahi ke kya Allah taala ka kya matloob hai.</w:t>
      </w:r>
      <w:r>
        <w:br/>
      </w:r>
      <w:r>
        <w:rPr>
          <w:sz w:val="20"/>
        </w:rPr>
        <w:t>24:23  to jab bhi aap ko dawat ka tasawwur ho, inzaar taaseer ka tasawwur ho, ailaan haq ka tasawwur</w:t>
      </w:r>
      <w:r>
        <w:br/>
      </w:r>
      <w:r>
        <w:rPr>
          <w:sz w:val="20"/>
        </w:rPr>
        <w:t>24:27  ho to aik hi nishana hoga.</w:t>
      </w:r>
      <w:r>
        <w:br/>
      </w:r>
      <w:r>
        <w:rPr>
          <w:sz w:val="20"/>
        </w:rPr>
        <w:t>24:31  is mein koi do hi nahi hogi.</w:t>
      </w:r>
      <w:r>
        <w:br/>
      </w:r>
      <w:r>
        <w:rPr>
          <w:sz w:val="20"/>
        </w:rPr>
        <w:t>24:35  do, teen, chaar, paanch nahi hoga.</w:t>
      </w:r>
      <w:r>
        <w:br/>
      </w:r>
      <w:r>
        <w:rPr>
          <w:sz w:val="20"/>
        </w:rPr>
        <w:t>24:40  kyun ke nishane mein farq bana lete hain</w:t>
      </w:r>
      <w:r>
        <w:br/>
      </w:r>
      <w:r>
        <w:rPr>
          <w:sz w:val="20"/>
        </w:rPr>
        <w:t>24:44  log khud se.</w:t>
      </w:r>
      <w:r>
        <w:br/>
      </w:r>
      <w:r>
        <w:rPr>
          <w:sz w:val="20"/>
        </w:rPr>
        <w:t>24:54  is liye lagta hai ke haan yeh karna hai, wahan woh karna hai.</w:t>
      </w:r>
      <w:r>
        <w:br/>
      </w:r>
      <w:r>
        <w:rPr>
          <w:sz w:val="20"/>
        </w:rPr>
        <w:t>25:04  mere aziz, aik hi kaam hai, woh hai: "ya rasool Allah, yaani tableegh Allah peaceful tareeqe se." phir</w:t>
      </w:r>
      <w:r>
        <w:br/>
      </w:r>
      <w:r>
        <w:rPr>
          <w:sz w:val="20"/>
        </w:rPr>
        <w:t>25:14  yeh sawal khatam ho jayega ke mukhtalif mulkon mein alag alag program, har mulk mein aik hi program.</w:t>
      </w:r>
      <w:r>
        <w:br/>
      </w:r>
      <w:r>
        <w:rPr>
          <w:sz w:val="20"/>
        </w:rPr>
        <w:t>25:24  ab woh hai Allah ki jo wahdaniyat hai, is ka ailaan peaceful andaaz se. bas.</w:t>
      </w:r>
    </w:p>
    <w:p>
      <w:pPr>
        <w:pStyle w:val="Heading2"/>
      </w:pPr>
      <w:r>
        <w:t>Muslims accepting citizenship of non-Islamic countries</w:t>
      </w:r>
    </w:p>
    <w:p>
      <w:r>
        <w:rPr>
          <w:color w:val="666666"/>
          <w:sz w:val="18"/>
        </w:rPr>
        <w:t>Society &amp; Dawah · Islam and Violence October 12, 2014 · 3m 11s · at 1:11:00 · https://youtu.be/KmpXYZjPlj8?t=4260</w:t>
      </w:r>
    </w:p>
    <w:p>
      <w:r>
        <w:rPr>
          <w:i/>
        </w:rPr>
        <w:t>“Recently the Canadian government announced honorary citizenship for Malala Yousafzai. One of my friends mentioned to me that Malala Yousafzai should reject the citizenship because Islam commands that Muslims cannot accept citizenship of non-Islamic countries.”</w:t>
      </w:r>
    </w:p>
    <w:p>
      <w:r>
        <w:rPr>
          <w:sz w:val="20"/>
        </w:rPr>
        <w:t>1:11:00  maulana, agla sawal moradabad se farooq sahab ka hai, aur unhon ne likha hai ke: "recently the canada government announce the honorary citizenship for malala yousafzai.</w:t>
      </w:r>
      <w:r>
        <w:br/>
      </w:r>
      <w:r>
        <w:rPr>
          <w:sz w:val="20"/>
        </w:rPr>
        <w:t>1:11:14  one of my friend mention to me that malala yousafzai should reject the citizenship because islam commands that muslim can not accept citizenship of non islamic countries." yeh kahan?</w:t>
      </w:r>
      <w:r>
        <w:br/>
      </w:r>
      <w:r>
        <w:rPr>
          <w:sz w:val="20"/>
        </w:rPr>
        <w:t>1:11:30  yeh to bilkul laghu baat hai. kahan islam kehta hai ke wahan wahan wahan woh? yeh kahan se islam? kis kis quran mein likha hua hai? log apni laghu baaton ko islam ki taraf mansoob karte hain.</w:t>
      </w:r>
      <w:r>
        <w:br/>
      </w:r>
      <w:r>
        <w:rPr>
          <w:sz w:val="20"/>
        </w:rPr>
        <w:t>1:11:44  kahan quran mein likha hua hai ke kisi ke silsile mein? aur sare musalman jo ja ja kar ke amreeka ke selzar bane hue hain, woh jaiz hain ke najaiz hain?</w:t>
      </w:r>
      <w:r>
        <w:br/>
      </w:r>
      <w:r>
        <w:rPr>
          <w:sz w:val="20"/>
        </w:rPr>
        <w:t>1:11:55  aap is ko kyun malale ke oopar apply karte hain? dunya bhar ke musalmanon mein har ghar mein koi na koi ja kar ke wahan europe mein, amreeka mein basa hua, aur wahan ka selzership le rakhi hai.</w:t>
      </w:r>
      <w:r>
        <w:br/>
      </w:r>
      <w:r>
        <w:rPr>
          <w:sz w:val="20"/>
        </w:rPr>
        <w:t>1:12:06  is ne woh jaiz hai ke najaiz hai?</w:t>
      </w:r>
      <w:r>
        <w:br/>
      </w:r>
      <w:r>
        <w:rPr>
          <w:sz w:val="20"/>
        </w:rPr>
        <w:t>1:12:10  yeh sab bohat hi bohat hi ziyada galat baatein hain, aur bilashuba allah ki taraf pakad hogi. aise aise alfaaz bolne par pakad hogi allah taala ki.</w:t>
      </w:r>
      <w:r>
        <w:br/>
      </w:r>
      <w:r>
        <w:rPr>
          <w:sz w:val="20"/>
        </w:rPr>
        <w:t>1:12:20  yani million billion musalman ja ke wahan reh rahe hain, canada mein, amreeka mein, europe mein, aur selzership le rakhi hai. aur jo sahib ne yeh kaha, un ka bhi koi na koi rishtedar wahan maujood hoga.</w:t>
      </w:r>
      <w:r>
        <w:br/>
      </w:r>
      <w:r>
        <w:rPr>
          <w:sz w:val="20"/>
        </w:rPr>
        <w:t>1:12:36  mein samajhta hoon ke itne insincere ho gaye hain, muslim itne insincere ho gaye hain, is ki koi had o hisab nahin.</w:t>
      </w:r>
      <w:r>
        <w:br/>
      </w:r>
      <w:r>
        <w:rPr>
          <w:sz w:val="20"/>
        </w:rPr>
        <w:t>1:12:43  maulana, agla ek comment aur question hai jo maulana abdul basit umri ne bheja hai, doha qatar se. unhon ne likha hai: "maulana, kyun aisa hua ke musalman daur science se pehle to islam ki numaindagi karte hue dikhai dete hain, lekin daur science ke baad musalman islam ki numaindagi karne se aajiz hain?</w:t>
      </w:r>
      <w:r>
        <w:br/>
      </w:r>
      <w:r>
        <w:rPr>
          <w:sz w:val="20"/>
        </w:rPr>
        <w:t>1:13:10  sirf aap hi ek aalim hain jo jadeed mind ko address karte hain, aur aap ki kitabein aur taqreerein parh kar shukr aur islam par sabit qadmi paida hota hai.</w:t>
      </w:r>
      <w:r>
        <w:br/>
      </w:r>
      <w:r>
        <w:rPr>
          <w:sz w:val="20"/>
        </w:rPr>
        <w:t>1:13:24  science ne jo shukook o shubhat shubhat paida kiye thay, woh door hote hain."</w:t>
      </w:r>
      <w:r>
        <w:br/>
      </w:r>
      <w:r>
        <w:rPr>
          <w:sz w:val="20"/>
        </w:rPr>
        <w:t>1:13:32  asal mein dekhiye, jo jis ko kehte hain nauabadi daur, yani colonial colonializm, jis ko kehte hain, us se pehle musalmanon ka yeh haal nahin tha.</w:t>
      </w:r>
      <w:r>
        <w:br/>
      </w:r>
      <w:r>
        <w:rPr>
          <w:sz w:val="20"/>
        </w:rPr>
        <w:t>1:13:45  us ke baad yeh haal hua ke nafrat, nafrat, hate, hate. to colonial period ke baad jo nafratein aayin musalmanon mein, sare alam, har har aadmi, chahe mister ho ya maulvi, nafrat karne laga.</w:t>
      </w:r>
      <w:r>
        <w:br/>
      </w:r>
      <w:r>
        <w:rPr>
          <w:sz w:val="20"/>
        </w:rPr>
        <w:t>1:13:59  is ki wajah se yeh sab masle paida hue hain. is se pehle musalmanon mein aisa nahin tha.</w:t>
      </w:r>
    </w:p>
    <w:p>
      <w:pPr>
        <w:pStyle w:val="Heading2"/>
      </w:pPr>
      <w:r>
        <w:t>Muslims following Companions' violent aspect</w:t>
      </w:r>
    </w:p>
    <w:p>
      <w:r>
        <w:rPr>
          <w:color w:val="666666"/>
          <w:sz w:val="18"/>
        </w:rPr>
        <w:t>Society &amp; Dawah · Quran A Miracle June 01, 2014 · 2m 30s · at 1:05:04 · https://youtu.be/8KM3lDsj4PY?t=3904</w:t>
      </w:r>
    </w:p>
    <w:p>
      <w:r>
        <w:rPr>
          <w:i/>
        </w:rPr>
        <w:t>“Islam started a new process of peace and ideology whose result was to come much later. The Companions fought each other due to time and circumstances, but today's Muslim could not understand this new process and started following the violent aspect of the Companions. Today Muslims' method of war is exactly the same as that of the Companions but today's circumstances are not the same.”</w:t>
      </w:r>
    </w:p>
    <w:p>
      <w:r>
        <w:rPr>
          <w:sz w:val="20"/>
        </w:rPr>
        <w:t>1:05:04  molana agla sawal kiya hai shahnawaz zafar sahib ne dilli se. unhon ne likha hai ke islam ne peace aur ideology ka ek naya process shuru kiya jis ka result bohat baad ko aana tha.</w:t>
      </w:r>
      <w:r>
        <w:br/>
      </w:r>
      <w:r>
        <w:rPr>
          <w:sz w:val="20"/>
        </w:rPr>
        <w:t>1:05:20  sahaba ne waqt aur halaat ki wajah se ek doosre se jang ki. lekin aaj ka musalman islam ke is naye process ko samajh na saka aur sahaba ke violence wale pehlu ko hi follow karne laga.</w:t>
      </w:r>
      <w:r>
        <w:br/>
      </w:r>
      <w:r>
        <w:rPr>
          <w:sz w:val="20"/>
        </w:rPr>
        <w:t>1:05:36  aaj musalmanon ka tareeqa jang bilkul wahi hai jo sahaba ka tha lekin aaj halaat woh nahin hain jo sahaba ke waqt mein thay.</w:t>
      </w:r>
      <w:r>
        <w:br/>
      </w:r>
      <w:r>
        <w:rPr>
          <w:sz w:val="20"/>
        </w:rPr>
        <w:t>1:05:46  is ignorance ki wajah se aaj musalman peace ko daryaft na kar saka. molana is is ki wazahat karein. wahan pe kitabein jo likhi gayi is poore daur mein bohat hi ghalat numaindagi is mein hai.</w:t>
      </w:r>
      <w:r>
        <w:br/>
      </w:r>
      <w:r>
        <w:rPr>
          <w:sz w:val="20"/>
        </w:rPr>
        <w:t>1:06:01  jaise iqbal ka shair hai talwar woh shair hai ke teghon ke saaye mein kya hai woh pal kar jawan hue hain khanjar hilal ka hai quomi nasha hamara.</w:t>
      </w:r>
      <w:r>
        <w:br/>
      </w:r>
      <w:r>
        <w:rPr>
          <w:sz w:val="20"/>
        </w:rPr>
        <w:t>1:06:15  to isi qism ki kitabein yahan se wahan tak likhi gayi hain saari. aaj bhi likhi ja rahi hain. jis mein jihad ko highlight karte hain. ladai ko highlight karte hain.</w:t>
      </w:r>
      <w:r>
        <w:br/>
      </w:r>
      <w:r>
        <w:rPr>
          <w:sz w:val="20"/>
        </w:rPr>
        <w:t>1:06:25  abhi bhi musalmanon ka mizaj hai ke takrao ki baatein kijiye to bohat bheer akatha ho jaye gi. abhi bhi mizaj hai. to yeh ghalat numaindagi jo ki hai musalmanon ne is ka nateeja hai.</w:t>
      </w:r>
      <w:r>
        <w:br/>
      </w:r>
      <w:r>
        <w:rPr>
          <w:sz w:val="20"/>
        </w:rPr>
        <w:t>1:06:38  to hum ko lotna hoga peechay ki taraf. ek muhaddis ne bohat sahi kaha tha ke ala</w:t>
      </w:r>
      <w:r>
        <w:br/>
      </w:r>
      <w:r>
        <w:rPr>
          <w:sz w:val="20"/>
        </w:rPr>
        <w:t>1:06:50  bhi hua ke is ummat ke baad ke logon ka muamla bhi isi tareeqay se durust hoga jaise shuru ke logon ka muamla durust hua tha. to yeh beech mein jo qital aur badshahat aur empire aur jang hai yeh sab jo chalta raha is se peechay hatiye peechay hatiye peechay hatiye.</w:t>
      </w:r>
      <w:r>
        <w:br/>
      </w:r>
      <w:r>
        <w:rPr>
          <w:sz w:val="20"/>
        </w:rPr>
        <w:t>1:07:08  aur wahan jaiye jahan rasool allah ne jo peace ka yaani peaceful tareeqay se toheed ka kaam kiya tha.</w:t>
      </w:r>
      <w:r>
        <w:br/>
      </w:r>
      <w:r>
        <w:rPr>
          <w:sz w:val="20"/>
        </w:rPr>
        <w:t>1:07:18  is is model ko apnaiye. political model ko chodiye is model ko apnaiye. isi se yaani muamla durust hoga.</w:t>
      </w:r>
    </w:p>
    <w:p>
      <w:pPr>
        <w:pStyle w:val="Heading2"/>
      </w:pPr>
      <w:r>
        <w:t>Muslims with Ideological and Political Differences</w:t>
      </w:r>
    </w:p>
    <w:p>
      <w:r>
        <w:rPr>
          <w:color w:val="666666"/>
          <w:sz w:val="18"/>
        </w:rPr>
        <w:t>Society &amp; Dawah · Lessons from My Journey to Canada II January 10, 2016 · 3m 02s · at 1:02:48 · https://youtu.be/GHF2Ph3GW7A?t=3768</w:t>
      </w:r>
    </w:p>
    <w:p>
      <w:r>
        <w:rPr>
          <w:i/>
        </w:rPr>
        <w:t>“Maulana, I have seen many Muslims who have ideological and political differences.”</w:t>
      </w:r>
    </w:p>
    <w:p>
      <w:r>
        <w:rPr>
          <w:sz w:val="20"/>
        </w:rPr>
        <w:t>1:02:47  inkar ka case nahi hai</w:t>
      </w:r>
      <w:r>
        <w:br/>
      </w:r>
      <w:r>
        <w:rPr>
          <w:sz w:val="20"/>
        </w:rPr>
        <w:t>1:02:48  molana agla sawal</w:t>
      </w:r>
      <w:r>
        <w:br/>
      </w:r>
      <w:r>
        <w:rPr>
          <w:sz w:val="20"/>
        </w:rPr>
        <w:t>1:02:51  سری نگر سے مس کروتولین کا ہے، اور انہوں نے لکھا ہے کہ: "مولانا, have you seen many Muslims</w:t>
      </w:r>
      <w:r>
        <w:br/>
      </w:r>
      <w:r>
        <w:rPr>
          <w:sz w:val="20"/>
        </w:rPr>
        <w:t>1:03:00  ho have ideological aur political differences</w:t>
      </w:r>
      <w:r>
        <w:br/>
      </w:r>
      <w:r>
        <w:rPr>
          <w:sz w:val="20"/>
        </w:rPr>
        <w:t>1:03:04  with someone who has passed away, and they use accusing and abusive language for that person who</w:t>
      </w:r>
      <w:r>
        <w:br/>
      </w:r>
      <w:r>
        <w:rPr>
          <w:sz w:val="20"/>
        </w:rPr>
        <w:t>1:03:11  has died. They pronounce the judgment that God will cast him to hell, and while doing so they</w:t>
      </w:r>
      <w:r>
        <w:br/>
      </w:r>
      <w:r>
        <w:rPr>
          <w:sz w:val="20"/>
        </w:rPr>
        <w:t>1:03:19  justify it by quoting religion."</w:t>
      </w:r>
      <w:r>
        <w:br/>
      </w:r>
      <w:r>
        <w:rPr>
          <w:sz w:val="20"/>
        </w:rPr>
        <w:t>1:03:22  مولانا، what would be your advice to such people?</w:t>
      </w:r>
      <w:r>
        <w:br/>
      </w:r>
      <w:r>
        <w:rPr>
          <w:sz w:val="20"/>
        </w:rPr>
        <w:t>1:03:26  dekhen yeh to koi islam mein hai nahi</w:t>
      </w:r>
      <w:r>
        <w:br/>
      </w:r>
      <w:r>
        <w:rPr>
          <w:sz w:val="20"/>
        </w:rPr>
        <w:t>1:03:28  sahaba ne kabhi aisa kiya nahi</w:t>
      </w:r>
      <w:r>
        <w:br/>
      </w:r>
      <w:r>
        <w:rPr>
          <w:sz w:val="20"/>
        </w:rPr>
        <w:t>1:03:33  sahaba ne aisa nahi kiya</w:t>
      </w:r>
      <w:r>
        <w:br/>
      </w:r>
      <w:r>
        <w:rPr>
          <w:sz w:val="20"/>
        </w:rPr>
        <w:t>1:03:34  jo zinda log hain argument unke samne work karta hai</w:t>
      </w:r>
      <w:r>
        <w:br/>
      </w:r>
      <w:r>
        <w:rPr>
          <w:sz w:val="20"/>
        </w:rPr>
        <w:t>1:03:38  jo jo log mar gaye unka argument kya wo to sunne ke liye maujood nahi hai</w:t>
      </w:r>
      <w:r>
        <w:br/>
      </w:r>
      <w:r>
        <w:rPr>
          <w:sz w:val="20"/>
        </w:rPr>
        <w:t>1:03:44  agar koi unke khayalat se mutasir hai aur unki baton ko kehta hai ke yeh sahi</w:t>
      </w:r>
      <w:r>
        <w:br/>
      </w:r>
      <w:r>
        <w:rPr>
          <w:sz w:val="20"/>
        </w:rPr>
        <w:t>1:03:50  بات ہے، تو آج جو انسان ہے، اس کے mind کو address کرنے کے لیے آپ اس کو</w:t>
      </w:r>
      <w:r>
        <w:br/>
      </w:r>
      <w:r>
        <w:rPr>
          <w:sz w:val="20"/>
        </w:rPr>
        <w:t>1:03:56  iska analysis kar sakte hain</w:t>
      </w:r>
      <w:r>
        <w:br/>
      </w:r>
      <w:r>
        <w:rPr>
          <w:sz w:val="20"/>
        </w:rPr>
        <w:t>1:03:58  lekin jo chala gaya wo chala gaya</w:t>
      </w:r>
      <w:r>
        <w:br/>
      </w:r>
      <w:r>
        <w:rPr>
          <w:sz w:val="20"/>
        </w:rPr>
        <w:t>1:04:01  jo chala gaya usko</w:t>
      </w:r>
      <w:r>
        <w:br/>
      </w:r>
      <w:r>
        <w:rPr>
          <w:sz w:val="20"/>
        </w:rPr>
        <w:t>1:04:05  usko is se kya faida</w:t>
      </w:r>
      <w:r>
        <w:br/>
      </w:r>
      <w:r>
        <w:rPr>
          <w:sz w:val="20"/>
        </w:rPr>
        <w:t>1:04:07  par hadith mein yeh hai ke jo log mar gaye unko bura bhala na kaho</w:t>
      </w:r>
      <w:r>
        <w:br/>
      </w:r>
      <w:r>
        <w:rPr>
          <w:sz w:val="20"/>
        </w:rPr>
        <w:t>1:04:14  to dekhen do baaten alag alag hain</w:t>
      </w:r>
      <w:r>
        <w:br/>
      </w:r>
      <w:r>
        <w:rPr>
          <w:sz w:val="20"/>
        </w:rPr>
        <w:t>1:04:17  ek hai jo mar gaye jo sunne ke liye maujood nahi hain unko bura bhala kehna</w:t>
      </w:r>
      <w:r>
        <w:br/>
      </w:r>
      <w:r>
        <w:rPr>
          <w:sz w:val="20"/>
        </w:rPr>
        <w:t>1:04:24  aur doosri baat yeh hai ke unhone kitab likhi thi</w:t>
      </w:r>
      <w:r>
        <w:br/>
      </w:r>
      <w:r>
        <w:rPr>
          <w:sz w:val="20"/>
        </w:rPr>
        <w:t>1:04:28  unke khayalat abhi bhi libraryon mein maujood hain</w:t>
      </w:r>
      <w:r>
        <w:br/>
      </w:r>
      <w:r>
        <w:rPr>
          <w:sz w:val="20"/>
        </w:rPr>
        <w:t>1:04:32  isko padh kar koi is se</w:t>
      </w:r>
      <w:r>
        <w:br/>
      </w:r>
      <w:r>
        <w:rPr>
          <w:sz w:val="20"/>
        </w:rPr>
        <w:t>1:04:36  yani influence ho jata hai mutasir ho jata hai</w:t>
      </w:r>
      <w:r>
        <w:br/>
      </w:r>
      <w:r>
        <w:rPr>
          <w:sz w:val="20"/>
        </w:rPr>
        <w:t>1:04:40  to jo aaj zinda insan maujood hai uske samne unke khayalat ka tajziya karna</w:t>
      </w:r>
      <w:r>
        <w:br/>
      </w:r>
      <w:r>
        <w:rPr>
          <w:sz w:val="20"/>
        </w:rPr>
        <w:t>1:04:47  to mare hue logon ko bura bhala kehne se koi faida nahi</w:t>
      </w:r>
      <w:r>
        <w:br/>
      </w:r>
      <w:r>
        <w:rPr>
          <w:sz w:val="20"/>
        </w:rPr>
        <w:t>1:04:50  lekin zinda aadmi jo iske baaton se asar le kar isi ki dohra raha hai to is</w:t>
      </w:r>
      <w:r>
        <w:br/>
      </w:r>
      <w:r>
        <w:rPr>
          <w:sz w:val="20"/>
        </w:rPr>
        <w:t>1:04:56  ko to batana padega</w:t>
      </w:r>
      <w:r>
        <w:br/>
      </w:r>
      <w:r>
        <w:rPr>
          <w:sz w:val="20"/>
        </w:rPr>
        <w:t>1:05:00  is ko batana pare ga.</w:t>
      </w:r>
      <w:r>
        <w:br/>
      </w:r>
      <w:r>
        <w:rPr>
          <w:sz w:val="20"/>
        </w:rPr>
        <w:t>1:05:01  la tusub al-amwat, yeh hadith hai: "la tusub al-amwat".</w:t>
      </w:r>
      <w:r>
        <w:br/>
      </w:r>
      <w:r>
        <w:rPr>
          <w:sz w:val="20"/>
        </w:rPr>
        <w:t>1:05:07  tusub ya sub ka matlab to gaali dena, yani bura kehna.</w:t>
      </w:r>
      <w:r>
        <w:br/>
      </w:r>
      <w:r>
        <w:rPr>
          <w:sz w:val="20"/>
        </w:rPr>
        <w:t>1:05:11  maray maray huway logon ko bura na kaho.</w:t>
      </w:r>
      <w:r>
        <w:br/>
      </w:r>
      <w:r>
        <w:rPr>
          <w:sz w:val="20"/>
        </w:rPr>
        <w:t>1:05:17  la tusub al-amwat, yani maray huway logon ko bura na kaho.</w:t>
      </w:r>
      <w:r>
        <w:br/>
      </w:r>
      <w:r>
        <w:rPr>
          <w:sz w:val="20"/>
        </w:rPr>
        <w:t>1:05:20  is ka matlab yeh hai ke personal attack un logon par jo mar gaye, is se mana kiya</w:t>
      </w:r>
      <w:r>
        <w:br/>
      </w:r>
      <w:r>
        <w:rPr>
          <w:sz w:val="20"/>
        </w:rPr>
        <w:t>1:05:26  gaya. Lekin maray huway log jo hain, agar koi un se mutasir hai, to us ko bolna pare</w:t>
      </w:r>
      <w:r>
        <w:br/>
      </w:r>
      <w:r>
        <w:rPr>
          <w:sz w:val="20"/>
        </w:rPr>
        <w:t>1:05:34  ga. Masalan karobar sazinda nahi hai, lekin karobar ki soch jo hai, kitabon mein mojood hai.</w:t>
      </w:r>
      <w:r>
        <w:br/>
      </w:r>
      <w:r>
        <w:rPr>
          <w:sz w:val="20"/>
        </w:rPr>
        <w:t>1:05:40  koi is se mutasir ho kar isi ki baatein kare to hum ko tanqeed karna pare gi.</w:t>
      </w:r>
      <w:r>
        <w:br/>
      </w:r>
      <w:r>
        <w:rPr>
          <w:sz w:val="20"/>
        </w:rPr>
        <w:t>1:05:45  is ko yeh matlab hai is ka.</w:t>
      </w:r>
      <w:r>
        <w:br/>
      </w:r>
      <w:r>
        <w:rPr>
          <w:sz w:val="20"/>
        </w:rPr>
        <w:t>1:05:48  yeh bilkul logical hai, rational hai.</w:t>
      </w:r>
    </w:p>
    <w:p>
      <w:pPr>
        <w:pStyle w:val="Heading2"/>
      </w:pPr>
      <w:r>
        <w:t>Muslims' Failure to Recognize Democracy and Science</w:t>
      </w:r>
    </w:p>
    <w:p>
      <w:r>
        <w:rPr>
          <w:color w:val="666666"/>
          <w:sz w:val="18"/>
        </w:rPr>
        <w:t>Society &amp; Dawah · Age of Democracy May 25, 2014 · 3m 10s · at 1:06:04 · https://youtu.be/pyZy1-EhW1Q?t=3964</w:t>
      </w:r>
    </w:p>
    <w:p>
      <w:r>
        <w:rPr>
          <w:i/>
        </w:rPr>
        <w:t>“What is the root cause of Muslims' failure to recognize the age of democracy and the age of science? And how can they replan their activities?”</w:t>
      </w:r>
    </w:p>
    <w:p>
      <w:r>
        <w:rPr>
          <w:sz w:val="20"/>
        </w:rPr>
        <w:t>1:06:04  maulana, agla sawal roorkee se kiya hai sajid anwar sahib ne. unhon ne likha hai: "maulana, what is the root cause of muslims failure to recognize the age of democracy and the age of science?</w:t>
      </w:r>
      <w:r>
        <w:br/>
      </w:r>
      <w:r>
        <w:rPr>
          <w:sz w:val="20"/>
        </w:rPr>
        <w:t>1:06:19  and how can they replan their activities?" dekhiye, Allah taala ne musalmanon ko iqtidaar diya. unhon ne empire banaya.</w:t>
      </w:r>
      <w:r>
        <w:br/>
      </w:r>
      <w:r>
        <w:rPr>
          <w:sz w:val="20"/>
        </w:rPr>
        <w:t>1:06:31  woh tha kis liye? woh tha quran ki hifazat ke liye. tareekh batati hai keh pichli kitabein jo Allah ki taraf se aayin, woh mehfooz nahi rahien.</w:t>
      </w:r>
      <w:r>
        <w:br/>
      </w:r>
      <w:r>
        <w:rPr>
          <w:sz w:val="20"/>
        </w:rPr>
        <w:t>1:06:40  is ki wajah yeh kya thi keh pichlay jo anbiya thay, jo un ke saathi thay, un ko power nahi mila, political power nahi mila.</w:t>
      </w:r>
      <w:r>
        <w:br/>
      </w:r>
      <w:r>
        <w:rPr>
          <w:sz w:val="20"/>
        </w:rPr>
        <w:t>1:06:50  to main aap se arz kar chuka hoon keh pichlay zamanay mein dissent allowed nahi tha.</w:t>
      </w:r>
      <w:r>
        <w:br/>
      </w:r>
      <w:r>
        <w:rPr>
          <w:sz w:val="20"/>
        </w:rPr>
        <w:t>1:06:56  pura jo daur hai democracy ke pehlay ka, is mein dissent allowed nahi tha. is liye is ko khatam kar dete thay. woh to Allah taala ne insanon ko political power diya taakeh quran ko mehfooz kar sakein.</w:t>
      </w:r>
      <w:r>
        <w:br/>
      </w:r>
      <w:r>
        <w:rPr>
          <w:sz w:val="20"/>
        </w:rPr>
        <w:t>1:07:11  lekin aik lambi muddat tak, yani press ka daur aanay tak baqi raha yeh. to musalman ka obsession ban gaya power.</w:t>
      </w:r>
      <w:r>
        <w:br/>
      </w:r>
      <w:r>
        <w:rPr>
          <w:sz w:val="20"/>
        </w:rPr>
        <w:t>1:07:21  ab woh isi bare mein jee rahe hain. wohi political model, kingship model basa hua hai in ke dimagh mein.</w:t>
      </w:r>
      <w:r>
        <w:br/>
      </w:r>
      <w:r>
        <w:rPr>
          <w:sz w:val="20"/>
        </w:rPr>
        <w:t>1:07:27  ab in ko nai soch aana chahiye ke ab woh daur khatam ho gaya. jab quran mehfooz ho gaya to ab hamein is ki zaroorat nahi hai.</w:t>
      </w:r>
      <w:r>
        <w:br/>
      </w:r>
      <w:r>
        <w:rPr>
          <w:sz w:val="20"/>
        </w:rPr>
        <w:t>1:07:38  to rethink jab tak nahi karenge, jab tak apni ghalti ko daryaft nahi karenge, is ki mere khayal se islaah nahi ho sakti hai.</w:t>
      </w:r>
      <w:r>
        <w:br/>
      </w:r>
      <w:r>
        <w:rPr>
          <w:sz w:val="20"/>
        </w:rPr>
        <w:t>1:07:48  yeh ab musalmanon ko daryaft karna parega ke yeh ماضی ke obsession mein jee rahe hain.</w:t>
      </w:r>
      <w:r>
        <w:br/>
      </w:r>
      <w:r>
        <w:rPr>
          <w:sz w:val="20"/>
        </w:rPr>
        <w:t>1:07:54  maazi ka jo model tha, is model ko ke ab zaroorat hi nahi rahi, woh model khatam ho chuka. woh ab model doosra aa gaya. kyunke hamare jitne likhne wale hain, jitne hamare bolne wale hain, unhone isi ko pakka kiya hai.</w:t>
      </w:r>
      <w:r>
        <w:br/>
      </w:r>
      <w:r>
        <w:rPr>
          <w:sz w:val="20"/>
        </w:rPr>
        <w:t>1:08:09  one to all, jitne bhi likhne wale hain, chahe arab se paida hue hon, india mein paida hue hon, sab isi isi model ko pakka kiye chale ja rahe hain.</w:t>
      </w:r>
      <w:r>
        <w:br/>
      </w:r>
      <w:r>
        <w:rPr>
          <w:sz w:val="20"/>
        </w:rPr>
        <w:t>1:08:20  to awam kya</w:t>
      </w:r>
      <w:r>
        <w:br/>
      </w:r>
      <w:r>
        <w:rPr>
          <w:sz w:val="20"/>
        </w:rPr>
        <w:t>1:08:21  karein? ab chalen, maashrat ko to aql khud khud to hoti nahi. aur jo likhne wala aur bolne wala tabqa hai, woh isi ko pakka kar raha hai, isi ko pakka kar raha hai.</w:t>
      </w:r>
      <w:r>
        <w:br/>
      </w:r>
      <w:r>
        <w:rPr>
          <w:sz w:val="20"/>
        </w:rPr>
        <w:t>1:08:32  misal ke taur par dekhiye, ameer shirk barsaran ki kitab hai, is ka title hai ke "limaza ta'akhkhar al-muslimun wa taqaddama ghayruhu?" musalman kyun peeche reh gaye, doosre log kyun aage ho gaye?</w:t>
      </w:r>
      <w:r>
        <w:br/>
      </w:r>
      <w:r>
        <w:rPr>
          <w:sz w:val="20"/>
        </w:rPr>
        <w:t>1:08:46  to is mein kehte hain jihad, jihad bar qata. yeh yeh is liye ke woh jante hain, unhone yeh yahi jante hain ke main lar lar kar ek hukoomat qaim karoon.</w:t>
      </w:r>
      <w:r>
        <w:br/>
      </w:r>
      <w:r>
        <w:rPr>
          <w:sz w:val="20"/>
        </w:rPr>
        <w:t>1:08:55  yeh jante hi nahi ke democracy mein to ladne ki zaroorat hi nahi hai.</w:t>
      </w:r>
      <w:r>
        <w:br/>
      </w:r>
      <w:r>
        <w:rPr>
          <w:sz w:val="20"/>
        </w:rPr>
        <w:t>1:09:00  saari opportunity khuli hui hain har ek aadmi ke liye.</w:t>
      </w:r>
      <w:r>
        <w:br/>
      </w:r>
      <w:r>
        <w:rPr>
          <w:sz w:val="20"/>
        </w:rPr>
        <w:t>1:09:05  to rethinking musalmanon mein nahi aayi, is wajah se woh kisi cheez ko daryaft nahi kar sake.</w:t>
      </w:r>
    </w:p>
    <w:p>
      <w:pPr>
        <w:pStyle w:val="Heading2"/>
      </w:pPr>
      <w:r>
        <w:t>Muslims' excuse to spread Quran</w:t>
      </w:r>
    </w:p>
    <w:p>
      <w:r>
        <w:rPr>
          <w:color w:val="666666"/>
          <w:sz w:val="18"/>
        </w:rPr>
        <w:t>Society &amp; Dawah · Dars-e-Quran, Chapter 25, V. 1 (Spreading Quran) September 9, 2018 · 3m 04s · at 59:36 · https://youtu.be/zf3V6LP2Qg0?t=3576</w:t>
      </w:r>
    </w:p>
    <w:p>
      <w:r>
        <w:rPr>
          <w:i/>
        </w:rPr>
        <w:t>“Can we say that in the present age, where Christians are spreading Bible in every corner of the world, Muslims have no excuse not to spread the Quran?”</w:t>
      </w:r>
    </w:p>
    <w:p>
      <w:r>
        <w:rPr>
          <w:sz w:val="20"/>
        </w:rPr>
        <w:t>59:36  Maulana, unhon ne ek aur sawal poocha hai ke Maulana, can we say that in the present age, where Christians are spreading Bible in every corner of the world?</w:t>
      </w:r>
      <w:r>
        <w:br/>
      </w:r>
      <w:r>
        <w:rPr>
          <w:sz w:val="20"/>
        </w:rPr>
        <w:t>59:47  muslims have no excuse not to spread the quran. bilashuba, koi excuse nahi hai, koi excuse nahi hai, not at all.</w:t>
      </w:r>
      <w:r>
        <w:br/>
      </w:r>
      <w:r>
        <w:rPr>
          <w:sz w:val="20"/>
        </w:rPr>
        <w:t>1:00:05  Maulana, ek sawal aur hai, yeh bheja hai Farhan Yusuf ne Srinagar se. Maulana, is mein likha hai: As Maulana Sahib, you preached it that there is only one legitimate form of war and that is war fought in defence.</w:t>
      </w:r>
      <w:r>
        <w:br/>
      </w:r>
      <w:r>
        <w:rPr>
          <w:sz w:val="20"/>
        </w:rPr>
        <w:t>1:00:23  other than this, there are no legitimate grounds for war at all in islam.</w:t>
      </w:r>
      <w:r>
        <w:br/>
      </w:r>
      <w:r>
        <w:rPr>
          <w:sz w:val="20"/>
        </w:rPr>
        <w:t>1:00:29  this was mentioned in spirit of islam magazine in august issue 2018, but i found it in contrast to the words 75 of chapter four, which reads:</w:t>
      </w:r>
      <w:r>
        <w:br/>
      </w:r>
      <w:r>
        <w:rPr>
          <w:sz w:val="20"/>
        </w:rPr>
        <w:t>1:00:44  and why is that you don't fight in the cause of god and of those who being weak, are all treated and oppressed men, women and children, whose cry is: our lord, rescue us from this town, whose people are oppressors, and raise for us from your self, one who will protect and raise for us from your self, one who will help.</w:t>
      </w:r>
      <w:r>
        <w:br/>
      </w:r>
      <w:r>
        <w:rPr>
          <w:sz w:val="20"/>
        </w:rPr>
        <w:t>1:01:11  this verse makes it compulsory for a muslim government to wage war against, if all other peaceful methods fail, the ones who have oppressed some other community.</w:t>
      </w:r>
      <w:r>
        <w:br/>
      </w:r>
      <w:r>
        <w:rPr>
          <w:sz w:val="20"/>
        </w:rPr>
        <w:t>1:01:24  kahan woh operation hai? yeh to jhooti baat hai, aaj kisi qisam ki koi rukawat nahin. woh aik temporary jo halat thi, woh to khatam ho chuki.</w:t>
      </w:r>
      <w:r>
        <w:br/>
      </w:r>
      <w:r>
        <w:rPr>
          <w:sz w:val="20"/>
        </w:rPr>
        <w:t>1:01:36  quran ki is aayat mein aik temporary halat ka zikr hai, woh to khatam ho chuki. ab to azadi, azadi hai. yani kitna mujrimana kaam hai ke aap apni beta beti ke liye aap jante hain ke khoob azadi ki parho,</w:t>
      </w:r>
      <w:r>
        <w:br/>
      </w:r>
      <w:r>
        <w:rPr>
          <w:sz w:val="20"/>
        </w:rPr>
        <w:t>1:01:52  parh parh kar taraqqi karo, yeh to jante hain aap. aur yahan aap ko nahin pata hai ke azadi hai ke islam ko phailao, quran ko phailao. yani kaise musalman hain yeh ke woh darte nahin ke Allah taala se poocha jayega ke tum ko yeh khabar thi ke is zamane mein aap ke bachon ke liye azadi hai,</w:t>
      </w:r>
      <w:r>
        <w:br/>
      </w:r>
      <w:r>
        <w:rPr>
          <w:sz w:val="20"/>
        </w:rPr>
        <w:t>1:02:11  rozgar ki, education ki, aur khoob apne bachon ko khoob taraqqi karwa rahe thay? aur yeh pata nahin tha aap ko ke quran ke phailane ki azadi hai?</w:t>
      </w:r>
      <w:r>
        <w:br/>
      </w:r>
      <w:r>
        <w:rPr>
          <w:sz w:val="20"/>
        </w:rPr>
        <w:t>1:02:22  aise logon ko hazar saal tak koday maray jayenge, yaad rakhiye. yani apne bachon ke liye khoob khabar hai in ko ke aaj ke zamane mein taraqqi ka moqa hai, lekin quran ke baray mein unhein khabar nahin hai.</w:t>
      </w:r>
    </w:p>
    <w:p>
      <w:pPr>
        <w:pStyle w:val="Heading2"/>
      </w:pPr>
      <w:r>
        <w:t>Muslims' fighting as hurdle to dawah</w:t>
      </w:r>
    </w:p>
    <w:p>
      <w:r>
        <w:rPr>
          <w:color w:val="666666"/>
          <w:sz w:val="18"/>
        </w:rPr>
        <w:t>Society &amp; Dawah · Discovery of Modern Age I 10th Feb. 13 · 3m 54s · at 1:26:01 · https://youtu.be/Yp5T0KacY84?t=5161</w:t>
      </w:r>
    </w:p>
    <w:p>
      <w:r>
        <w:rPr>
          <w:i/>
        </w:rPr>
        <w:t>“In past Muslims had to fight to remove the hurdles in dawah work. These days Muslims fighting is one of the biggest hurdle in the doing dawah work.”</w:t>
      </w:r>
    </w:p>
    <w:p>
      <w:r>
        <w:rPr>
          <w:sz w:val="20"/>
        </w:rPr>
        <w:t>1:26:01  maulana, agla sawal rae pur se hai idrees sahab ka.</w:t>
      </w:r>
      <w:r>
        <w:br/>
      </w:r>
      <w:r>
        <w:rPr>
          <w:sz w:val="20"/>
        </w:rPr>
        <w:t>1:26:05  unhon ne likha hai: "in past muslims had to fight to remove the hurdles in dawah work.</w:t>
      </w:r>
      <w:r>
        <w:br/>
      </w:r>
      <w:r>
        <w:rPr>
          <w:sz w:val="20"/>
        </w:rPr>
        <w:t>1:26:12  These days Muslims fighting is one of the biggest hurdle in the doing Dawah work.</w:t>
      </w:r>
      <w:r>
        <w:br/>
      </w:r>
      <w:r>
        <w:rPr>
          <w:sz w:val="20"/>
        </w:rPr>
        <w:t>1:26:19  the hurdles in dawah work is not external but internal, and that is the conduct of muslims.</w:t>
      </w:r>
      <w:r>
        <w:br/>
      </w:r>
      <w:r>
        <w:rPr>
          <w:sz w:val="20"/>
        </w:rPr>
        <w:t>1:26:26  Muslims are regarded as the troublemaker in the world and misfit for society.</w:t>
      </w:r>
      <w:r>
        <w:br/>
      </w:r>
      <w:r>
        <w:rPr>
          <w:sz w:val="20"/>
        </w:rPr>
        <w:t>1:26:33  My question is, question is: Is it right to conclude that the right way to follow the ideology</w:t>
      </w:r>
      <w:r>
        <w:br/>
      </w:r>
      <w:r>
        <w:rPr>
          <w:sz w:val="20"/>
        </w:rPr>
        <w:t>1:26:40  of profit and continuation of profits mission would be to be the custodian and promoter of peace, justice,</w:t>
      </w:r>
      <w:r>
        <w:br/>
      </w:r>
      <w:r>
        <w:rPr>
          <w:sz w:val="20"/>
        </w:rPr>
        <w:t>1:26:48  education and well wishing for all? what is your comment?" ke maulana, pehle jo jaise aap ne kai</w:t>
      </w:r>
      <w:r>
        <w:br/>
      </w:r>
      <w:r>
        <w:rPr>
          <w:sz w:val="20"/>
        </w:rPr>
        <w:t>1:26:56  بار بتایا کہ religious persecution کو انہوں نے مسلمان دعویٰ ورک اس لیے نہیں کر پاتے تھے کیونکہ</w:t>
      </w:r>
      <w:r>
        <w:br/>
      </w:r>
      <w:r>
        <w:rPr>
          <w:sz w:val="20"/>
        </w:rPr>
        <w:t>1:27:03  religious persecution tha.</w:t>
      </w:r>
      <w:r>
        <w:br/>
      </w:r>
      <w:r>
        <w:rPr>
          <w:sz w:val="20"/>
        </w:rPr>
        <w:t>1:27:05  But woh khatam hone ke baad ab aaj biggest hurdle woh khud hain kyunki aapas mein itne zyada</w:t>
      </w:r>
      <w:r>
        <w:br/>
      </w:r>
      <w:r>
        <w:rPr>
          <w:sz w:val="20"/>
        </w:rPr>
        <w:t>1:27:13  reaction hote hain, ladaiyan hoti hain.</w:t>
      </w:r>
      <w:r>
        <w:br/>
      </w:r>
      <w:r>
        <w:rPr>
          <w:sz w:val="20"/>
        </w:rPr>
        <w:t>1:27:16  تو وہ یہ پوچھنا چاہ رہے ہیں کہ کیا صحیح طریقہ Prophet کی سنت کو فالو کرنے کا</w:t>
      </w:r>
      <w:r>
        <w:br/>
      </w:r>
      <w:r>
        <w:rPr>
          <w:sz w:val="20"/>
        </w:rPr>
        <w:t>1:27:23  yahi hoga ke woh peace ko promote karen, education ko promote karen? yeh sawal clear nahi hai.</w:t>
      </w:r>
      <w:r>
        <w:br/>
      </w:r>
      <w:r>
        <w:rPr>
          <w:sz w:val="20"/>
        </w:rPr>
        <w:t>1:27:31  beshak nahi hai.</w:t>
      </w:r>
      <w:r>
        <w:br/>
      </w:r>
      <w:r>
        <w:rPr>
          <w:sz w:val="20"/>
        </w:rPr>
        <w:t>1:27:32  ji, beshak nahi hai.</w:t>
      </w:r>
      <w:r>
        <w:br/>
      </w:r>
      <w:r>
        <w:rPr>
          <w:sz w:val="20"/>
        </w:rPr>
        <w:t>1:27:35  clear nahi hai.</w:t>
      </w:r>
      <w:r>
        <w:br/>
      </w:r>
      <w:r>
        <w:rPr>
          <w:sz w:val="20"/>
        </w:rPr>
        <w:t>1:27:36  maulana, doosra sawal lete hain jo khalid ansari ka hai noida se.</w:t>
      </w:r>
      <w:r>
        <w:br/>
      </w:r>
      <w:r>
        <w:rPr>
          <w:sz w:val="20"/>
        </w:rPr>
        <w:t>1:27:41  انہوں نے لکھا ہے: "مولانا، one of my acquaintances who is an IFS officer in a</w:t>
      </w:r>
      <w:r>
        <w:br/>
      </w:r>
      <w:r>
        <w:rPr>
          <w:sz w:val="20"/>
        </w:rPr>
        <w:t>1:27:49  series of interactions got stuck on the logical explanation of the purpose of creation.</w:t>
      </w:r>
      <w:r>
        <w:br/>
      </w:r>
      <w:r>
        <w:rPr>
          <w:sz w:val="20"/>
        </w:rPr>
        <w:t>1:27:55  I managed to open one of your lectures that you delivered a few months ago.</w:t>
      </w:r>
      <w:r>
        <w:br/>
      </w:r>
      <w:r>
        <w:rPr>
          <w:sz w:val="20"/>
        </w:rPr>
        <w:t>1:28:01  You trace the history of thought and specifically talked about philosopher Thales and how the thought progressed to</w:t>
      </w:r>
      <w:r>
        <w:br/>
      </w:r>
      <w:r>
        <w:rPr>
          <w:sz w:val="20"/>
        </w:rPr>
        <w:t>1:28:09  galileo and newton.</w:t>
      </w:r>
      <w:r>
        <w:br/>
      </w:r>
      <w:r>
        <w:rPr>
          <w:sz w:val="20"/>
        </w:rPr>
        <w:t>1:28:10  What drew his attention is your specific mention of the model of thought, mythological, philosophical and intelligent design</w:t>
      </w:r>
      <w:r>
        <w:br/>
      </w:r>
      <w:r>
        <w:rPr>
          <w:sz w:val="20"/>
        </w:rPr>
        <w:t>1:28:18  and how Quran talks about the meaning and the purpose of creation.</w:t>
      </w:r>
      <w:r>
        <w:br/>
      </w:r>
      <w:r>
        <w:rPr>
          <w:sz w:val="20"/>
        </w:rPr>
        <w:t>1:28:23  Now, your lecture CD is with the gentleman and out of curiosity he listened to it over</w:t>
      </w:r>
      <w:r>
        <w:br/>
      </w:r>
      <w:r>
        <w:rPr>
          <w:sz w:val="20"/>
        </w:rPr>
        <w:t>1:28:31  six times.</w:t>
      </w:r>
      <w:r>
        <w:br/>
      </w:r>
      <w:r>
        <w:rPr>
          <w:sz w:val="20"/>
        </w:rPr>
        <w:t>1:28:32  مولانا، I want to share with what he said after three months: the world is blind, especially the</w:t>
      </w:r>
      <w:r>
        <w:br/>
      </w:r>
      <w:r>
        <w:rPr>
          <w:sz w:val="20"/>
        </w:rPr>
        <w:t>1:28:40  Muslims who fail to recognize the amazing wisdom of Maulana Wahiduddin Khan who is a special gift</w:t>
      </w:r>
      <w:r>
        <w:br/>
      </w:r>
      <w:r>
        <w:rPr>
          <w:sz w:val="20"/>
        </w:rPr>
        <w:t>1:28:48  of god to the mankind of this age." jazak allah.</w:t>
      </w:r>
      <w:r>
        <w:br/>
      </w:r>
      <w:r>
        <w:rPr>
          <w:sz w:val="20"/>
        </w:rPr>
        <w:t>1:28:52  okay, we we'll end the session now.</w:t>
      </w:r>
      <w:r>
        <w:br/>
      </w:r>
      <w:r>
        <w:rPr>
          <w:sz w:val="20"/>
        </w:rPr>
        <w:t>1:28:55  thank you.</w:t>
      </w:r>
    </w:p>
    <w:p>
      <w:pPr>
        <w:pStyle w:val="Heading2"/>
      </w:pPr>
      <w:r>
        <w:t>Muslims' loss of intellectual base</w:t>
      </w:r>
    </w:p>
    <w:p>
      <w:r>
        <w:rPr>
          <w:color w:val="666666"/>
          <w:sz w:val="18"/>
        </w:rPr>
        <w:t>Society &amp; Dawah · Realisation of God January 19, 2014 · 3m 33s · at 46:26 · https://youtu.be/uIn3AfDkk6Y?t=2786</w:t>
      </w:r>
    </w:p>
    <w:p>
      <w:r>
        <w:rPr>
          <w:i/>
        </w:rPr>
        <w:t>“Why did the Muslims lose their intellectual base even after they had Quranic guidance?”</w:t>
      </w:r>
    </w:p>
    <w:p>
      <w:r>
        <w:rPr>
          <w:sz w:val="20"/>
        </w:rPr>
        <w:t>46:26  Maulana agla sawal Ajmer se aya hai Dr. Safina Tabassum ka. unhon ne likha hai: "Maulana, why did the Muslims lose their intellectual base even after they had Quranic guidance?"</w:t>
      </w:r>
      <w:r>
        <w:br/>
      </w:r>
      <w:r>
        <w:rPr>
          <w:sz w:val="20"/>
        </w:rPr>
        <w:t>46:45  dekhein, hadith mein aya hai ke "hubbuka al-shay' yu'mi wa yusimm"</w:t>
      </w:r>
      <w:r>
        <w:br/>
      </w:r>
      <w:r>
        <w:rPr>
          <w:sz w:val="20"/>
        </w:rPr>
        <w:t>46:55  yani kisi cheez ki dushmani, kisi cheez ki mohabbat tum ko</w:t>
      </w:r>
      <w:r>
        <w:br/>
      </w:r>
      <w:r>
        <w:rPr>
          <w:sz w:val="20"/>
        </w:rPr>
        <w:t>47:02  andha behra bana deti hai. "hubbuka al-shay' yu'mi wa yusimm" har cheez ki mohabbat tum ko andha behra bana deti hai.</w:t>
      </w:r>
      <w:r>
        <w:br/>
      </w:r>
      <w:r>
        <w:rPr>
          <w:sz w:val="20"/>
        </w:rPr>
        <w:t>47:12  to yeh qaidah hai, balaghat ka usool hai ke is ka aise jumlon mein is ka bar'aks hi is mein mazfoof hota hai.</w:t>
      </w:r>
      <w:r>
        <w:br/>
      </w:r>
      <w:r>
        <w:rPr>
          <w:sz w:val="20"/>
        </w:rPr>
        <w:t>47:23  matlab is mein yeh baat shamil hai ke "bughdhuka al-shay' yu'mi wa yusimm" yani kisi se aap ko nafrat ho jaye to aap us ke baray mein andhe bure ho jayenge.</w:t>
      </w:r>
      <w:r>
        <w:br/>
      </w:r>
      <w:r>
        <w:rPr>
          <w:sz w:val="20"/>
        </w:rPr>
        <w:t>47:35  to Musalmanon ko kuch qoumi shikayatein huin, kuch siyasat shikayatein huin. main dekhta hoon yeh shikayatein bilkul be mani hain, baseless hain. jo Musalmanon ko kuch qoumi shikayatein aur sari shikayatein hain, woh mere nazdeek is qabil hain ke un ko khandaq mein daal diya jaye.</w:t>
      </w:r>
      <w:r>
        <w:br/>
      </w:r>
      <w:r>
        <w:rPr>
          <w:sz w:val="20"/>
        </w:rPr>
        <w:t>47:50  kya shikayat kis baat ki?</w:t>
      </w:r>
      <w:r>
        <w:br/>
      </w:r>
      <w:r>
        <w:rPr>
          <w:sz w:val="20"/>
        </w:rPr>
        <w:t>47:52  lekin beharhal Musalmanon ko shikayat hui, siyasat shikayat, qoumi shikayat, madi shikayat. isi ki wajah se itna zyada manfi ho gaye ke dushman samajh liya, andhe bure ho gaye.</w:t>
      </w:r>
      <w:r>
        <w:br/>
      </w:r>
      <w:r>
        <w:rPr>
          <w:sz w:val="20"/>
        </w:rPr>
        <w:t>48:09  woh al-maghrib ke contribution</w:t>
      </w:r>
      <w:r>
        <w:br/>
      </w:r>
      <w:r>
        <w:rPr>
          <w:sz w:val="20"/>
        </w:rPr>
        <w:t>48:11  ke baray mein, yani bughdh, bughdh maghrib ki wajah se woh maghrib ke contribution ke baray mein andhe bure ho gaye. aur bughdh kyun hua?</w:t>
      </w:r>
      <w:r>
        <w:br/>
      </w:r>
      <w:r>
        <w:rPr>
          <w:sz w:val="20"/>
        </w:rPr>
        <w:t>48:22  qoumi buniyad par, siyasat buniyad par. jo mere nazdeek deathing tha. to main is mein saaf yeh baat kahunga, chahe kisi ko achi lage ya buri lage, kyunke mere nazdeek bohat bari haqeeqat hai jis ka elan hona chahiye.</w:t>
      </w:r>
      <w:r>
        <w:br/>
      </w:r>
      <w:r>
        <w:rPr>
          <w:sz w:val="20"/>
        </w:rPr>
        <w:t>48:38  agar is ka elan na kiya jaye to qayamat hi ruki rahe gi. saada baat nahi hai.</w:t>
      </w:r>
      <w:r>
        <w:br/>
      </w:r>
      <w:r>
        <w:rPr>
          <w:sz w:val="20"/>
        </w:rPr>
        <w:t>48:46  agar aap is ka elan na karein to qayamat aye gi nahi.</w:t>
      </w:r>
      <w:r>
        <w:br/>
      </w:r>
      <w:r>
        <w:rPr>
          <w:sz w:val="20"/>
        </w:rPr>
        <w:t>48:54  main bohat hi serious is mamle mein hoon. to Musalmanon ko apna bughdh bilkul khatam karna pare ga, apne manfi soch ko khatam karna pare ga.</w:t>
      </w:r>
      <w:r>
        <w:br/>
      </w:r>
      <w:r>
        <w:rPr>
          <w:sz w:val="20"/>
        </w:rPr>
        <w:t>49:05  yeh yeh dushman hai, woh</w:t>
      </w:r>
      <w:r>
        <w:br/>
      </w:r>
      <w:r>
        <w:rPr>
          <w:sz w:val="20"/>
        </w:rPr>
        <w:t>49:08  dushman hai. is nazariye ko bilkul hi mita dena pare ga taake Allah ke woh bande jinhon ne apni beshumar mehnatain keen, unhon ne apne aap ko qurban kiya, beshumar log is mein apne aap ko qurban kiya, unhon ne tab yeh cheezein daryaft huin.</w:t>
      </w:r>
      <w:r>
        <w:br/>
      </w:r>
      <w:r>
        <w:rPr>
          <w:sz w:val="20"/>
        </w:rPr>
        <w:t>49:28  to aap agar un ki daryaft ka etraaf na karein to yeh yeh shaitani kaam hoga.</w:t>
      </w:r>
      <w:r>
        <w:br/>
      </w:r>
      <w:r>
        <w:rPr>
          <w:sz w:val="20"/>
        </w:rPr>
        <w:t>49:34  shaitan para shakhs hai jis ne is sunnat ko qaim kiya ke mein etraaf nahi karta. to be etraafi ki sunnat shaitani sunnat hai.</w:t>
      </w:r>
      <w:r>
        <w:br/>
      </w:r>
      <w:r>
        <w:rPr>
          <w:sz w:val="20"/>
        </w:rPr>
        <w:t>49:45  musalman is ghar mein phanse hue hain, un ko is se bahar aana chahiye. be etraafi ki sunnat se jab is se bahar aayenge to un ka aage khulega.</w:t>
      </w:r>
      <w:r>
        <w:br/>
      </w:r>
      <w:r>
        <w:rPr>
          <w:sz w:val="20"/>
        </w:rPr>
        <w:t>49:54  phir woh dekhein ke aal maghrib ka contribution bohat zyada hai, bohat zyada hai, bohat zyada hai.</w:t>
      </w:r>
    </w:p>
    <w:p>
      <w:pPr>
        <w:pStyle w:val="Heading2"/>
      </w:pPr>
      <w:r>
        <w:t>Muslims' negative perception of openness</w:t>
      </w:r>
    </w:p>
    <w:p>
      <w:r>
        <w:rPr>
          <w:color w:val="666666"/>
          <w:sz w:val="18"/>
        </w:rPr>
        <w:t>Society &amp; Dawah · Divine Crusades December 14, 2014 · 2m 17s · at 46:19 · https://youtu.be/qZhY00S5LQg?t=2779</w:t>
      </w:r>
    </w:p>
    <w:p>
      <w:r>
        <w:rPr>
          <w:i/>
        </w:rPr>
        <w:t>“Why do Muslims take 'openness' in a negative sense? They only understand openness as unveiling (lack of hijab).”</w:t>
      </w:r>
    </w:p>
    <w:p>
      <w:r>
        <w:rPr>
          <w:sz w:val="20"/>
        </w:rPr>
        <w:t>46:19  mera agla sawal Maulana Iqbal Umri ka hai, jo abhi Mumbai mein hain aur yeh program dekh rahe hain.</w:t>
      </w:r>
      <w:r>
        <w:br/>
      </w:r>
      <w:r>
        <w:rPr>
          <w:sz w:val="20"/>
        </w:rPr>
        <w:t>46:25  aur unhon ne yeh sawal yeh kiya hai ke Maulana, openness ko musalman manfi maani mein kyun lete</w:t>
      </w:r>
      <w:r>
        <w:br/>
      </w:r>
      <w:r>
        <w:rPr>
          <w:sz w:val="20"/>
        </w:rPr>
        <w:t>46:31  hain? Openness ke maani sirf be pardagi samajhte hain.</w:t>
      </w:r>
      <w:r>
        <w:br/>
      </w:r>
      <w:r>
        <w:rPr>
          <w:sz w:val="20"/>
        </w:rPr>
        <w:t>46:37  yeh to blindness hai. Blindness hai.</w:t>
      </w:r>
      <w:r>
        <w:br/>
      </w:r>
      <w:r>
        <w:rPr>
          <w:sz w:val="20"/>
        </w:rPr>
        <w:t>46:43  Rasool Allah sal Allah alaihi wasallam ke zamane mein Makka mein jo aswaaq hote the, us mein yahi</w:t>
      </w:r>
      <w:r>
        <w:br/>
      </w:r>
      <w:r>
        <w:rPr>
          <w:sz w:val="20"/>
        </w:rPr>
        <w:t>46:49  sab hota tha.</w:t>
      </w:r>
      <w:r>
        <w:br/>
      </w:r>
      <w:r>
        <w:rPr>
          <w:sz w:val="20"/>
        </w:rPr>
        <w:t>46:55  auratein gaati bajati thin, circus hota tha, tamashe hote the.</w:t>
      </w:r>
      <w:r>
        <w:br/>
      </w:r>
      <w:r>
        <w:rPr>
          <w:sz w:val="20"/>
        </w:rPr>
        <w:t>47:01  to Rasool Allah ne kyun nahin samjha ke yeh to be pardagi hai? Yeh to wahan jaate the</w:t>
      </w:r>
      <w:r>
        <w:br/>
      </w:r>
      <w:r>
        <w:rPr>
          <w:sz w:val="20"/>
        </w:rPr>
        <w:t>47:07  aap, ja kar Quran sunate the.</w:t>
      </w:r>
      <w:r>
        <w:br/>
      </w:r>
      <w:r>
        <w:rPr>
          <w:sz w:val="20"/>
        </w:rPr>
        <w:t>47:13  kuch cheezon ko dekh ke problem ke roop mein dekhna, yeh blindness hai, blindness.</w:t>
      </w:r>
      <w:r>
        <w:br/>
      </w:r>
      <w:r>
        <w:rPr>
          <w:sz w:val="20"/>
        </w:rPr>
        <w:t>47:19  aur cheezon ko opposition ke roop mein dekhna, yeh is se Hazrat Akbar aap aankh wale hain.</w:t>
      </w:r>
      <w:r>
        <w:br/>
      </w:r>
      <w:r>
        <w:rPr>
          <w:sz w:val="20"/>
        </w:rPr>
        <w:t>47:25  to jo musalman openness ko samajhte hain, be pardagi, woh to blind hain.</w:t>
      </w:r>
      <w:r>
        <w:br/>
      </w:r>
      <w:r>
        <w:rPr>
          <w:sz w:val="20"/>
        </w:rPr>
        <w:t>47:31  is mein jo pehlu hai, opposition ka, is se be khabar hain.</w:t>
      </w:r>
      <w:r>
        <w:br/>
      </w:r>
      <w:r>
        <w:rPr>
          <w:sz w:val="20"/>
        </w:rPr>
        <w:t>47:37  They are blind.</w:t>
      </w:r>
      <w:r>
        <w:br/>
      </w:r>
      <w:r>
        <w:rPr>
          <w:sz w:val="20"/>
        </w:rPr>
        <w:t>47:44  dunya mein kabhi bhi aisa nahi hoga ke khair jo hai, pure shakal mein hoga. impossible hai.</w:t>
      </w:r>
      <w:r>
        <w:br/>
      </w:r>
      <w:r>
        <w:rPr>
          <w:sz w:val="20"/>
        </w:rPr>
        <w:t>47:49  hamesha khair ke sath kuch na kuch shar mila raha hai, mila rahega.</w:t>
      </w:r>
      <w:r>
        <w:br/>
      </w:r>
      <w:r>
        <w:rPr>
          <w:sz w:val="20"/>
        </w:rPr>
        <w:t>47:54  musalman jo shar ko dekh paate hain, khair ko nahi dekh paate.</w:t>
      </w:r>
      <w:r>
        <w:br/>
      </w:r>
      <w:r>
        <w:rPr>
          <w:sz w:val="20"/>
        </w:rPr>
        <w:t>47:59  yeh toh blindness hai.</w:t>
      </w:r>
      <w:r>
        <w:br/>
      </w:r>
      <w:r>
        <w:rPr>
          <w:sz w:val="20"/>
        </w:rPr>
        <w:t>48:04  hazrat umar ne kaha tha ke aqalmand woh hai jo yeh jaane ke shar mein khair kya hai.</w:t>
      </w:r>
      <w:r>
        <w:br/>
      </w:r>
      <w:r>
        <w:rPr>
          <w:sz w:val="20"/>
        </w:rPr>
        <w:t>48:10  allazi ya'rifu khaira ash-sharrain balkeh yeh kaha do shar dunya mein hain, us mein se lisar shar kaun</w:t>
      </w:r>
      <w:r>
        <w:br/>
      </w:r>
      <w:r>
        <w:rPr>
          <w:sz w:val="20"/>
        </w:rPr>
        <w:t>48:15  sa hai, yeh jaane.</w:t>
      </w:r>
      <w:r>
        <w:br/>
      </w:r>
      <w:r>
        <w:rPr>
          <w:sz w:val="20"/>
        </w:rPr>
        <w:t>48:20  yeh yeh hai islam ka mayar.</w:t>
      </w:r>
      <w:r>
        <w:br/>
      </w:r>
      <w:r>
        <w:rPr>
          <w:sz w:val="20"/>
        </w:rPr>
        <w:t>48:25  aaj kal ke jo musalman hain, jo bas be pardagi, duty, perseverance jante hain, woh toh bilkul blind</w:t>
      </w:r>
      <w:r>
        <w:br/>
      </w:r>
      <w:r>
        <w:rPr>
          <w:sz w:val="20"/>
        </w:rPr>
        <w:t>48:31  log hain, blind.</w:t>
      </w:r>
    </w:p>
    <w:p>
      <w:pPr>
        <w:pStyle w:val="Heading2"/>
      </w:pPr>
      <w:r>
        <w:t>Muslims' unawareness despite knowing Quran</w:t>
      </w:r>
    </w:p>
    <w:p>
      <w:r>
        <w:rPr>
          <w:color w:val="666666"/>
          <w:sz w:val="18"/>
        </w:rPr>
        <w:t>Society &amp; Dawah · Collective Repentance I Feb 24, 2013 Maulana Wahiduddin Khan · 3m 05s · at 1:00:02 · https://youtu.be/lkkolxAL38c?t=3602</w:t>
      </w:r>
    </w:p>
    <w:p>
      <w:r>
        <w:rPr>
          <w:i/>
        </w:rPr>
        <w:t>“In our day-to-day dawah activities, we often talk of giving the Quran to non-Muslims so that they may understand God's creation plan and discover the right path. In contrast, Muslims, despite knowing God's creation plan and the essence of the Quran, are leading their lives on the wrong path. My question is: what is the reason for this unawareness, and how can we address it?”</w:t>
      </w:r>
    </w:p>
    <w:p>
      <w:r>
        <w:rPr>
          <w:sz w:val="20"/>
        </w:rPr>
        <w:t>1:00:02  Maulana, yeh sawal Kashmir se aaya hai Aamir Jan Mori sahib ka. Unhon ne likha hai: "In a day to day dawah activities, we often talk of giving Quran to non-Muslims, so that they could understand the creation plan of God and discover the right path.</w:t>
      </w:r>
      <w:r>
        <w:br/>
      </w:r>
      <w:r>
        <w:rPr>
          <w:sz w:val="20"/>
        </w:rPr>
        <w:t>1:00:24  in contrast to it, muslims despite of knowing the creation plan of god and essence of quran, are leading their life in the wrong path." Maulana sahib, my question is: "what is the reason for this unawareness and how can we address it?"</w:t>
      </w:r>
      <w:r>
        <w:br/>
      </w:r>
      <w:r>
        <w:rPr>
          <w:sz w:val="20"/>
        </w:rPr>
        <w:t>1:00:43  dekhen, yeh islaah ka kaam bohat lambi koshish ke baad hota hai. Musalmanon ki islaah jo nahi hui, is ki wajah yeh hai ke saray musalmanon ko jo likhnay aur bolnay walay thay, aik taraf to kya kar rahay hain?</w:t>
      </w:r>
      <w:r>
        <w:br/>
      </w:r>
      <w:r>
        <w:rPr>
          <w:sz w:val="20"/>
        </w:rPr>
        <w:t>1:01:02  nafrat phaila rahay hain</w:t>
      </w:r>
      <w:r>
        <w:br/>
      </w:r>
      <w:r>
        <w:rPr>
          <w:sz w:val="20"/>
        </w:rPr>
        <w:t>1:01:06  ghair muslim ke khilaf, kafir ke khilaf, west ke khilaf. To nafrat ka jo zehn hai, woh rog ban jata hai islaah ke liye.</w:t>
      </w:r>
      <w:r>
        <w:br/>
      </w:r>
      <w:r>
        <w:rPr>
          <w:sz w:val="20"/>
        </w:rPr>
        <w:t>1:01:19  sab se bari rukawat jo hai musalmanon ke islam mein yeh hai ke un ki jo negative thinking hai,</w:t>
      </w:r>
      <w:r>
        <w:br/>
      </w:r>
      <w:r>
        <w:rPr>
          <w:sz w:val="20"/>
        </w:rPr>
        <w:t>1:01:25  jab tak aap negative thinking ko khatam na karein, tab tak koi islaah nahi ho sakti, kuch bhi islaah nahi ho sakti. har jagah negative thinking, aap ke kashmiri negative thinking hain, saare kashmiri jo hain negative thinking mein mubtala hain.</w:t>
      </w:r>
      <w:r>
        <w:br/>
      </w:r>
      <w:r>
        <w:rPr>
          <w:sz w:val="20"/>
        </w:rPr>
        <w:t>1:01:41  saare arab dunya,</w:t>
      </w:r>
      <w:r>
        <w:br/>
      </w:r>
      <w:r>
        <w:rPr>
          <w:sz w:val="20"/>
        </w:rPr>
        <w:t>1:01:43  koi na koi dushman daryaft kar rakha hai, har ek ne. har jagah ke logon ne ek kuch dushman daryaft kar rakha hai, us ko le kar ke negative bane hue hain.</w:t>
      </w:r>
      <w:r>
        <w:br/>
      </w:r>
      <w:r>
        <w:rPr>
          <w:sz w:val="20"/>
        </w:rPr>
        <w:t>1:01:55  dekhein, jab tak musalmanon ke andar se negative thinking khatam na ki jaye, tab tak koi islaah nahi ho sakti.</w:t>
      </w:r>
      <w:r>
        <w:br/>
      </w:r>
      <w:r>
        <w:rPr>
          <w:sz w:val="20"/>
        </w:rPr>
        <w:t>1:02:03  heer iz de starting point.</w:t>
      </w:r>
      <w:r>
        <w:br/>
      </w:r>
      <w:r>
        <w:rPr>
          <w:sz w:val="20"/>
        </w:rPr>
        <w:t>1:02:09  maulana, yeh sawal kiya hai makan khan sahib ne. unhone apni location nahi likhi hai, par un ka sawal yeh hai: "maulana, weather it is necessary to follow one maslak or i can follow the maslak ahle hadees</w:t>
      </w:r>
      <w:r>
        <w:br/>
      </w:r>
      <w:r>
        <w:rPr>
          <w:sz w:val="20"/>
        </w:rPr>
        <w:t>1:02:26  which does not follow any particular imam's maslak?" is ke bare mein aap batayein. is par dekhiye, hum ne tafseel se likha hai.</w:t>
      </w:r>
      <w:r>
        <w:br/>
      </w:r>
      <w:r>
        <w:rPr>
          <w:sz w:val="20"/>
        </w:rPr>
        <w:t>1:02:35  hamari kitab aap padh lijiye, is ka naam hai "tajdeed deen". pehle aap is kitab ko padhiye, phir sawal kijiye.</w:t>
      </w:r>
      <w:r>
        <w:br/>
      </w:r>
      <w:r>
        <w:rPr>
          <w:sz w:val="20"/>
        </w:rPr>
        <w:t>1:02:45  yeh jo yeh jo masle phailaye, is qism ke sawalat phailaye hue hain musalmanon mein, isi par yeh kitab hai "tajdeed deen".</w:t>
      </w:r>
      <w:r>
        <w:br/>
      </w:r>
      <w:r>
        <w:rPr>
          <w:sz w:val="20"/>
        </w:rPr>
        <w:t>1:02:55  to aap pehle is kitab ko padhiye, ek baar nahi, do baar padhiye, phir jo sawal aap ke zehen mein aata hai, woh woh sawal kijiye. main inshallah is ka jawab doonga.</w:t>
      </w:r>
    </w:p>
    <w:p>
      <w:pPr>
        <w:pStyle w:val="Heading2"/>
      </w:pPr>
      <w:r>
        <w:t>Nation first versus religion first</w:t>
      </w:r>
    </w:p>
    <w:p>
      <w:r>
        <w:rPr>
          <w:color w:val="666666"/>
          <w:sz w:val="18"/>
        </w:rPr>
        <w:t>Society &amp; Dawah · Nation Building On India's Republic Day Jan 26, 2020 Maulana Wahiduddin Khan · 2m 33s · at 39:52 · https://youtu.be/58CVocbLAb8?t=2392</w:t>
      </w:r>
    </w:p>
    <w:p>
      <w:r>
        <w:rPr>
          <w:i/>
        </w:rPr>
        <w:t>“Maulana, is it nation first or religion first?”</w:t>
      </w:r>
    </w:p>
    <w:p>
      <w:r>
        <w:rPr>
          <w:sz w:val="20"/>
        </w:rPr>
        <w:t>39:52  You have increased my spirit of struggle today even more. jazak Allah Maulana." Maulana agla sawal lena chahenge.</w:t>
      </w:r>
      <w:r>
        <w:br/>
      </w:r>
      <w:r>
        <w:rPr>
          <w:sz w:val="20"/>
        </w:rPr>
        <w:t>40:03  do logon ne kuch milte julte sawal kiye hain to hum dono sawal padhenge. pehla sawal Kanpur se hai Waseem Khan sahab ka.</w:t>
      </w:r>
      <w:r>
        <w:br/>
      </w:r>
      <w:r>
        <w:rPr>
          <w:sz w:val="20"/>
        </w:rPr>
        <w:t>40:13  unhone likha hai: "Maulana is nation first aur religion first.</w:t>
      </w:r>
      <w:r>
        <w:br/>
      </w:r>
      <w:r>
        <w:rPr>
          <w:sz w:val="20"/>
        </w:rPr>
        <w:t>40:19  What should be the order of the priority?" Mehtab Ahmed sahab ne Dhampur se kuch aisa hi sawal bheja hai. unhone likha hai: "Maulana sahab love of the mother land is it part of iman?</w:t>
      </w:r>
      <w:r>
        <w:br/>
      </w:r>
      <w:r>
        <w:rPr>
          <w:sz w:val="20"/>
        </w:rPr>
        <w:t>40:34  Please guide us."</w:t>
      </w:r>
      <w:r>
        <w:br/>
      </w:r>
      <w:r>
        <w:rPr>
          <w:sz w:val="20"/>
        </w:rPr>
        <w:t>40:38  dekhen ek hadith hai agarche kuch log is ko</w:t>
      </w:r>
      <w:r>
        <w:br/>
      </w:r>
      <w:r>
        <w:rPr>
          <w:sz w:val="20"/>
        </w:rPr>
        <w:t>40:45  zaeef batate hain</w:t>
      </w:r>
      <w:r>
        <w:br/>
      </w:r>
      <w:r>
        <w:rPr>
          <w:sz w:val="20"/>
        </w:rPr>
        <w:t>40:50  wo hai: "hubb ul watan min al iman." hubb ul watan min al iman. watan ki mohabbat iman ka juz hai.</w:t>
      </w:r>
      <w:r>
        <w:br/>
      </w:r>
      <w:r>
        <w:rPr>
          <w:sz w:val="20"/>
        </w:rPr>
        <w:t>41:04  to jab maine padha is hadith ko: "hubb ul watan min al iman." watan ki mohabbat iman ka juz hai.</w:t>
      </w:r>
      <w:r>
        <w:br/>
      </w:r>
      <w:r>
        <w:rPr>
          <w:sz w:val="20"/>
        </w:rPr>
        <w:t>41:15  to jab maine kuch bahut tafseel ki is rai ko padha ke yeh zaeef hai ya mauzu hai to maine meri meri nature ne meri meri fitrat hai us ne kaha ke yeh hadith agar hadith Rasool na ho tab bhi woh hadith fitrat hai.</w:t>
      </w:r>
      <w:r>
        <w:br/>
      </w:r>
      <w:r>
        <w:rPr>
          <w:sz w:val="20"/>
        </w:rPr>
        <w:t>41:39  yeh hadith bil farz agar hadith Rasool na ho tab bhi woh hadith fitrat hai. woh hum sab ke dil ki pukar hai.</w:t>
      </w:r>
      <w:r>
        <w:br/>
      </w:r>
      <w:r>
        <w:rPr>
          <w:sz w:val="20"/>
        </w:rPr>
        <w:t>41:53  hum sab ke dil ki pukar hai. kyunke watan ki mohabbat aise hi fitri hai jaise maa ki mohabbat. jis tarah aap ne maa ki mohabbat karte hain aise hi aap ke dil mein fitri taur par apne watan ki mohabbat aati hai.</w:t>
      </w:r>
      <w:r>
        <w:br/>
      </w:r>
      <w:r>
        <w:rPr>
          <w:sz w:val="20"/>
        </w:rPr>
        <w:t>42:12  wo part of part of nature hai wo. watan ki mohabbat part of nature hai.</w:t>
      </w:r>
    </w:p>
    <w:p>
      <w:pPr>
        <w:pStyle w:val="Heading2"/>
      </w:pPr>
      <w:r>
        <w:t>Nature and Changeability of Sharia Law</w:t>
      </w:r>
    </w:p>
    <w:p>
      <w:r>
        <w:rPr>
          <w:color w:val="666666"/>
          <w:sz w:val="18"/>
        </w:rPr>
        <w:t>Society &amp; Dawah · Spirit of the Age Nov 6, 2016 · 4m 06s · at 1:01:25 · https://youtu.be/QAW9LP53xQk?t=3685</w:t>
      </w:r>
    </w:p>
    <w:p>
      <w:r>
        <w:rPr>
          <w:i/>
        </w:rPr>
        <w:t>“What is Sharia law? How was it established? Is it possible to make any changes in Sharia? What is your opinion on this?”</w:t>
      </w:r>
    </w:p>
    <w:p>
      <w:r>
        <w:rPr>
          <w:sz w:val="20"/>
        </w:rPr>
        <w:t>1:01:25  maulana, agla sawal mister ajay dravidi ne kiya hai dilli se, aur unhon ne aap se poocha hai:</w:t>
      </w:r>
      <w:r>
        <w:br/>
      </w:r>
      <w:r>
        <w:rPr>
          <w:sz w:val="20"/>
        </w:rPr>
        <w:t>1:01:31  maulana sahib, what is sharia law? how was it established?</w:t>
      </w:r>
      <w:r>
        <w:br/>
      </w:r>
      <w:r>
        <w:rPr>
          <w:sz w:val="20"/>
        </w:rPr>
        <w:t>1:01:37  is it possible to make any changes in sharia? what is your opinion on this? yeh sharia law</w:t>
      </w:r>
      <w:r>
        <w:br/>
      </w:r>
      <w:r>
        <w:rPr>
          <w:sz w:val="20"/>
        </w:rPr>
        <w:t>1:01:42  ka jo lafz hai, yeh yeh is zamanay mein bola jata hai, koi sharia law aisa tha nahi</w:t>
      </w:r>
      <w:r>
        <w:br/>
      </w:r>
      <w:r>
        <w:rPr>
          <w:sz w:val="20"/>
        </w:rPr>
        <w:t>1:01:47  pehlay, fiqah thi, fiqah bohat kuch cheezon ke moamlay mein hai.</w:t>
      </w:r>
      <w:r>
        <w:br/>
      </w:r>
      <w:r>
        <w:rPr>
          <w:sz w:val="20"/>
        </w:rPr>
        <w:t>1:01:52  aur doosri baat yeh hai ke koi sharia law aisa nahi hai jo absolute ho.</w:t>
      </w:r>
      <w:r>
        <w:br/>
      </w:r>
      <w:r>
        <w:rPr>
          <w:sz w:val="20"/>
        </w:rPr>
        <w:t>1:01:57  aap ek aise mulk mein hain jahan ke secularism hai, jahan ke majority secularism believe karti hai, to</w:t>
      </w:r>
      <w:r>
        <w:br/>
      </w:r>
      <w:r>
        <w:rPr>
          <w:sz w:val="20"/>
        </w:rPr>
        <w:t>1:02:02  aap is ko mutabiq kijiye.</w:t>
      </w:r>
      <w:r>
        <w:br/>
      </w:r>
      <w:r>
        <w:rPr>
          <w:sz w:val="20"/>
        </w:rPr>
        <w:t>1:02:07  aap ka jo zaati mamlaat hain, namaz roza, us ko koi rukawat nahi.</w:t>
      </w:r>
      <w:r>
        <w:br/>
      </w:r>
      <w:r>
        <w:rPr>
          <w:sz w:val="20"/>
        </w:rPr>
        <w:t>1:02:12  to aap zaati mamlaat mein aap apne is par chaliye, namaz roza.</w:t>
      </w:r>
      <w:r>
        <w:br/>
      </w:r>
      <w:r>
        <w:rPr>
          <w:sz w:val="20"/>
        </w:rPr>
        <w:t>1:02:17  baqi law jo hai, law of land ko follow kijiye.</w:t>
      </w:r>
      <w:r>
        <w:br/>
      </w:r>
      <w:r>
        <w:rPr>
          <w:sz w:val="20"/>
        </w:rPr>
        <w:t>1:02:22  yani agar aap kisi secular country mein hain to aap law of land ko follow kijiye.</w:t>
      </w:r>
      <w:r>
        <w:br/>
      </w:r>
      <w:r>
        <w:rPr>
          <w:sz w:val="20"/>
        </w:rPr>
        <w:t>1:02:27  koi absolute status mein koi sharia law nahi hai.</w:t>
      </w:r>
      <w:r>
        <w:br/>
      </w:r>
      <w:r>
        <w:rPr>
          <w:sz w:val="20"/>
        </w:rPr>
        <w:t>1:02:32  absolute status mein woh hai jo namaz roza hai, us mein koi rukawat hi nahi hai.</w:t>
      </w:r>
      <w:r>
        <w:br/>
      </w:r>
      <w:r>
        <w:rPr>
          <w:sz w:val="20"/>
        </w:rPr>
        <w:t>1:02:37  ab aap parhiye, masjid mein na jana chahein to ghar mein parhiye.</w:t>
      </w:r>
      <w:r>
        <w:br/>
      </w:r>
      <w:r>
        <w:rPr>
          <w:sz w:val="20"/>
        </w:rPr>
        <w:t>1:02:42  to yeh do cheezein alag alag hain.</w:t>
      </w:r>
      <w:r>
        <w:br/>
      </w:r>
      <w:r>
        <w:rPr>
          <w:sz w:val="20"/>
        </w:rPr>
        <w:t>1:02:47  ek hai ibadat, ek hai law.</w:t>
      </w:r>
      <w:r>
        <w:br/>
      </w:r>
      <w:r>
        <w:rPr>
          <w:sz w:val="20"/>
        </w:rPr>
        <w:t>1:02:52  ibadat ke maamle mein koi rukawat hai hi nahi.</w:t>
      </w:r>
      <w:r>
        <w:br/>
      </w:r>
      <w:r>
        <w:rPr>
          <w:sz w:val="20"/>
        </w:rPr>
        <w:t>1:02:57  ibadat khane mein kijiye, chahe ghar mein kijiye, koi rukawat nahi.</w:t>
      </w:r>
      <w:r>
        <w:br/>
      </w:r>
      <w:r>
        <w:rPr>
          <w:sz w:val="20"/>
        </w:rPr>
        <w:t>1:03:02  aur jo law ka maamla hai, to law ke maamle mein aap jaan lijiye ke koi is qism</w:t>
      </w:r>
      <w:r>
        <w:br/>
      </w:r>
      <w:r>
        <w:rPr>
          <w:sz w:val="20"/>
        </w:rPr>
        <w:t>1:03:07  ki baat nahi hai ke aap ko kahin bhi hon, ek absolute status mein koi law aap ko</w:t>
      </w:r>
      <w:r>
        <w:br/>
      </w:r>
      <w:r>
        <w:rPr>
          <w:sz w:val="20"/>
        </w:rPr>
        <w:t>1:03:12  apne upar apply karna hai.</w:t>
      </w:r>
      <w:r>
        <w:br/>
      </w:r>
      <w:r>
        <w:rPr>
          <w:sz w:val="20"/>
        </w:rPr>
        <w:t>1:03:17  aisa harghaz nahi hai.</w:t>
      </w:r>
      <w:r>
        <w:br/>
      </w:r>
      <w:r>
        <w:rPr>
          <w:sz w:val="20"/>
        </w:rPr>
        <w:t>1:03:22  jo kahe galat kehta hai, woh yani fiqah ka ek accepted masla hai ke taghayyur al-ahkam bi taghayyur al-zaman wal-ahkam.</w:t>
      </w:r>
      <w:r>
        <w:br/>
      </w:r>
      <w:r>
        <w:rPr>
          <w:sz w:val="20"/>
        </w:rPr>
        <w:t>1:03:27  yani jaise halaat hon, waisa qanoon hai.</w:t>
      </w:r>
      <w:r>
        <w:br/>
      </w:r>
      <w:r>
        <w:rPr>
          <w:sz w:val="20"/>
        </w:rPr>
        <w:t>1:03:32  to India mein, mislan, India mein humein secular law hai.</w:t>
      </w:r>
      <w:r>
        <w:br/>
      </w:r>
      <w:r>
        <w:rPr>
          <w:sz w:val="20"/>
        </w:rPr>
        <w:t>1:03:37  to is ko, is ko, is ko ikhtiyar kijiye.</w:t>
      </w:r>
      <w:r>
        <w:br/>
      </w:r>
      <w:r>
        <w:rPr>
          <w:sz w:val="20"/>
        </w:rPr>
        <w:t>1:03:42  apne mamlaat ko yahan ke court mein settle kijiye.</w:t>
      </w:r>
      <w:r>
        <w:br/>
      </w:r>
      <w:r>
        <w:rPr>
          <w:sz w:val="20"/>
        </w:rPr>
        <w:t>1:03:47  harghaz yeh nahi ke aap yahan Islami hukumat qaim karein aur phir wahan qazi bithayein.</w:t>
      </w:r>
      <w:r>
        <w:br/>
      </w:r>
      <w:r>
        <w:rPr>
          <w:sz w:val="20"/>
        </w:rPr>
        <w:t>1:03:52  yeh bilkul yani galat hai jo aisa kehta hai.</w:t>
      </w:r>
      <w:r>
        <w:br/>
      </w:r>
      <w:r>
        <w:rPr>
          <w:sz w:val="20"/>
        </w:rPr>
        <w:t>1:03:57  is ki koi asal quran o hadees mein nahi hai.</w:t>
      </w:r>
      <w:r>
        <w:br/>
      </w:r>
      <w:r>
        <w:rPr>
          <w:sz w:val="20"/>
        </w:rPr>
        <w:t>1:04:02  molana, abhi abhi comment aaya hai doctor farida khanoom ka kolkatta se, aur unhon ne likha hai: "Today</w:t>
      </w:r>
      <w:r>
        <w:br/>
      </w:r>
      <w:r>
        <w:rPr>
          <w:sz w:val="20"/>
        </w:rPr>
        <w:t>1:04:07  I am in Calcutta watching molana live on the Facebook.</w:t>
      </w:r>
      <w:r>
        <w:br/>
      </w:r>
      <w:r>
        <w:rPr>
          <w:sz w:val="20"/>
        </w:rPr>
        <w:t>1:04:13  The voice is very clear, alhamdulillah. Here I addressed in Calcutta University and Bishops College. They greatly appreciated the peaceful message of Islam. They also want honestly to meet Maulana sahib.</w:t>
      </w:r>
      <w:r>
        <w:br/>
      </w:r>
      <w:r>
        <w:rPr>
          <w:sz w:val="20"/>
        </w:rPr>
        <w:t>1:04:31  The Calcutta CPS team is mashallah very strong and they are doing dawah work on a very big scale. Maulana sahib, please pray for them so that they may work more and more. "Allah taala madad farmaye in hazraat ki. Allah taala unka hami o nasir ho. Hum bhi dua karte hain. Maulana, agla comment bheja hai Maulana Farhad Ahmed sahib ne Delhi se, aur unhone likha hai: "Molana, for many days there was a question in my mind that what is the origin of the principle 'ignore the problem and avail the opportunities' which is mentioned in Quran. But your today's interpretation of 'رجز' that is 'ignore the problem' answered my question." Mashallah. Okay, so we will end this session today. We will be back next Sunday same time. Thank you.</w:t>
      </w:r>
    </w:p>
    <w:p>
      <w:pPr>
        <w:pStyle w:val="Heading2"/>
      </w:pPr>
      <w:r>
        <w:t>Nature and changeability of Sharia law</w:t>
      </w:r>
    </w:p>
    <w:p>
      <w:r>
        <w:rPr>
          <w:color w:val="666666"/>
          <w:sz w:val="18"/>
        </w:rPr>
        <w:t>Society &amp; Dawah · Spirit of the Age November 06, 2016 · 4m 58s · at 51:57 · https://youtu.be/URWoioUiDO4?t=3117</w:t>
      </w:r>
    </w:p>
    <w:p>
      <w:r>
        <w:rPr>
          <w:i/>
        </w:rPr>
        <w:t>“What is Sharia law? How was it established? Is it possible to make any changes in Sharia? What is your opinion on this?”</w:t>
      </w:r>
    </w:p>
    <w:p>
      <w:r>
        <w:rPr>
          <w:sz w:val="20"/>
        </w:rPr>
        <w:t>51:57  maulana, agla sawal mister ajay divedi ne kiya hai dilli se, aur unhon ne aap se poocha hai,</w:t>
      </w:r>
      <w:r>
        <w:br/>
      </w:r>
      <w:r>
        <w:rPr>
          <w:sz w:val="20"/>
        </w:rPr>
        <w:t>52:05  مولانا صاحب، what is Sharia law, how was it established, is it possible to make any changes in</w:t>
      </w:r>
      <w:r>
        <w:br/>
      </w:r>
      <w:r>
        <w:rPr>
          <w:sz w:val="20"/>
        </w:rPr>
        <w:t>52:12  sharia, what is your opinion on this.</w:t>
      </w:r>
      <w:r>
        <w:br/>
      </w:r>
      <w:r>
        <w:rPr>
          <w:sz w:val="20"/>
        </w:rPr>
        <w:t>52:15  yeh sharia law ka jo lafz hai, yeh yeh is zamane mein bola jata hai, koi sharia law</w:t>
      </w:r>
      <w:r>
        <w:br/>
      </w:r>
      <w:r>
        <w:rPr>
          <w:sz w:val="20"/>
        </w:rPr>
        <w:t>52:23  aisa tha nahi pehle, fiqh thi, fiqh bohat kuch cheezon ke mamle mein hai.</w:t>
      </w:r>
      <w:r>
        <w:br/>
      </w:r>
      <w:r>
        <w:rPr>
          <w:sz w:val="20"/>
        </w:rPr>
        <w:t>52:29  aur doosri baat yeh hai ke koi sharia law aisa nahi hai jo absolute ho.</w:t>
      </w:r>
      <w:r>
        <w:br/>
      </w:r>
      <w:r>
        <w:rPr>
          <w:sz w:val="20"/>
        </w:rPr>
        <w:t>52:35  aap ek aise mulk mein hain jahan ke secularism hai, jahan ke majority secularism believe karti hai, to</w:t>
      </w:r>
      <w:r>
        <w:br/>
      </w:r>
      <w:r>
        <w:rPr>
          <w:sz w:val="20"/>
        </w:rPr>
        <w:t>52:43  aap is ko mutabiq kijiye.</w:t>
      </w:r>
      <w:r>
        <w:br/>
      </w:r>
      <w:r>
        <w:rPr>
          <w:sz w:val="20"/>
        </w:rPr>
        <w:t>52:45  aap ka jo zaati mamlaat hain, namaz roza, is mein koi rukawat nahi, to aap zaati mamlaat mein</w:t>
      </w:r>
      <w:r>
        <w:br/>
      </w:r>
      <w:r>
        <w:rPr>
          <w:sz w:val="20"/>
        </w:rPr>
        <w:t>52:53  aap apne is par chaliye, namaz roza par.</w:t>
      </w:r>
      <w:r>
        <w:br/>
      </w:r>
      <w:r>
        <w:rPr>
          <w:sz w:val="20"/>
        </w:rPr>
        <w:t>52:56  baqi law jo hai, law law of land ko follow kijiye, yani agar aap kisi secular country mein</w:t>
      </w:r>
      <w:r>
        <w:br/>
      </w:r>
      <w:r>
        <w:rPr>
          <w:sz w:val="20"/>
        </w:rPr>
        <w:t>53:04  hain to aap law of land ko follow kijiye, koi absolute states mein koi sharia law nahi hai.</w:t>
      </w:r>
      <w:r>
        <w:br/>
      </w:r>
      <w:r>
        <w:rPr>
          <w:sz w:val="20"/>
        </w:rPr>
        <w:t>53:12  absolute states mein woh hai jo namaz roza hai, is mein koi rukawat hi nahi hai.</w:t>
      </w:r>
      <w:r>
        <w:br/>
      </w:r>
      <w:r>
        <w:rPr>
          <w:sz w:val="20"/>
        </w:rPr>
        <w:t>53:19  ab aap parhiye, masjid mein na jana chahein to ghar mein parhiye.</w:t>
      </w:r>
      <w:r>
        <w:br/>
      </w:r>
      <w:r>
        <w:rPr>
          <w:sz w:val="20"/>
        </w:rPr>
        <w:t>53:24  to yeh do cheezein alag alag hain, ek hai ibadat, ek hai law.</w:t>
      </w:r>
      <w:r>
        <w:br/>
      </w:r>
      <w:r>
        <w:rPr>
          <w:sz w:val="20"/>
        </w:rPr>
        <w:t>53:29  ibadat ke mamle mein koi rukawat hai hi nahi, ibadat khane mein kijiye, chahe ghar mein kijiye, koi</w:t>
      </w:r>
      <w:r>
        <w:br/>
      </w:r>
      <w:r>
        <w:rPr>
          <w:sz w:val="20"/>
        </w:rPr>
        <w:t>53:37  rukawat nahin.</w:t>
      </w:r>
      <w:r>
        <w:br/>
      </w:r>
      <w:r>
        <w:rPr>
          <w:sz w:val="20"/>
        </w:rPr>
        <w:t>53:39  aur jo law ka mamla hai, to law ke mamle mein aap jaan lijiye ke koi is qism</w:t>
      </w:r>
      <w:r>
        <w:br/>
      </w:r>
      <w:r>
        <w:rPr>
          <w:sz w:val="20"/>
        </w:rPr>
        <w:t>53:46  ki baat nahin hai ke aap ko kahin bhi hon, ek absolute status mein koi law aap ko</w:t>
      </w:r>
      <w:r>
        <w:br/>
      </w:r>
      <w:r>
        <w:rPr>
          <w:sz w:val="20"/>
        </w:rPr>
        <w:t>53:54  apne upar apply karna hai.</w:t>
      </w:r>
      <w:r>
        <w:br/>
      </w:r>
      <w:r>
        <w:rPr>
          <w:sz w:val="20"/>
        </w:rPr>
        <w:t>53:56  aisa hargiz nahin hai, jo kahe galat kehta hai, woh yaani fiqh ka ek accepted masla hai ke</w:t>
      </w:r>
      <w:r>
        <w:br/>
      </w:r>
      <w:r>
        <w:rPr>
          <w:sz w:val="20"/>
        </w:rPr>
        <w:t>54:04  taghayyur al-ahkam bi taghayyur al-zaman wal-makan, yaani jaise halaat hon, waisa qanoon hai.</w:t>
      </w:r>
      <w:r>
        <w:br/>
      </w:r>
      <w:r>
        <w:rPr>
          <w:sz w:val="20"/>
        </w:rPr>
        <w:t>54:09  to India mein, mislan, India mein hamein secular law hai, to us ko us ko us ko ikhtiyar</w:t>
      </w:r>
      <w:r>
        <w:br/>
      </w:r>
      <w:r>
        <w:rPr>
          <w:sz w:val="20"/>
        </w:rPr>
        <w:t>54:17  kijiye, apne mamlaat ko yahan ke court mein settle kijiye.</w:t>
      </w:r>
      <w:r>
        <w:br/>
      </w:r>
      <w:r>
        <w:rPr>
          <w:sz w:val="20"/>
        </w:rPr>
        <w:t>54:21  hargiz yeh nahin ke aap yahan Islami hukumat qaim karein aur phir wahan qazi bithayein, yeh bilkul yaani</w:t>
      </w:r>
      <w:r>
        <w:br/>
      </w:r>
      <w:r>
        <w:rPr>
          <w:sz w:val="20"/>
        </w:rPr>
        <w:t>54:29  galat hai jo aisa kehta hai, is ki koi asal Quran o Hadees mein nahin hai.</w:t>
      </w:r>
      <w:r>
        <w:br/>
      </w:r>
      <w:r>
        <w:rPr>
          <w:sz w:val="20"/>
        </w:rPr>
        <w:t>54:36  Maulana, abhi abhi comment aaya hai Dr. Fareeda Khanam ka, aah, Kolkata se, aur unhon ne likha hai,</w:t>
      </w:r>
      <w:r>
        <w:br/>
      </w:r>
      <w:r>
        <w:rPr>
          <w:sz w:val="20"/>
        </w:rPr>
        <w:t>54:44  today I am in Kolkata watching Maulana live on the Facebook, the voice is very clear, Alhamdulillah,</w:t>
      </w:r>
      <w:r>
        <w:br/>
      </w:r>
      <w:r>
        <w:rPr>
          <w:sz w:val="20"/>
        </w:rPr>
        <w:t>54:51  here I addressed in Kolkata University and Bishop's College, they greatly appreciated the peaceful message of Islam,</w:t>
      </w:r>
      <w:r>
        <w:br/>
      </w:r>
      <w:r>
        <w:rPr>
          <w:sz w:val="20"/>
        </w:rPr>
        <w:t>54:59  they also want honestly to meet Maulana sahib, the Kolkata CPS team is Mashallah very strong,</w:t>
      </w:r>
      <w:r>
        <w:br/>
      </w:r>
      <w:r>
        <w:rPr>
          <w:sz w:val="20"/>
        </w:rPr>
        <w:t>55:07  and they are doing dawah work on a very big scale, Maulana sahib, please pray for them so</w:t>
      </w:r>
      <w:r>
        <w:br/>
      </w:r>
      <w:r>
        <w:rPr>
          <w:sz w:val="20"/>
        </w:rPr>
        <w:t>55:15  that they may work more and more.</w:t>
      </w:r>
      <w:r>
        <w:br/>
      </w:r>
      <w:r>
        <w:rPr>
          <w:sz w:val="20"/>
        </w:rPr>
        <w:t>55:18  Allah taala madad farmaye in hazraat ki, Allah taala un ka hami o nasir ho, hum yeh dua</w:t>
      </w:r>
      <w:r>
        <w:br/>
      </w:r>
      <w:r>
        <w:rPr>
          <w:sz w:val="20"/>
        </w:rPr>
        <w:t>55:25  karte hain.</w:t>
      </w:r>
      <w:r>
        <w:br/>
      </w:r>
      <w:r>
        <w:rPr>
          <w:sz w:val="20"/>
        </w:rPr>
        <w:t>55:27  Maulana, agla comment bheja hai Maulana Farad Ahmed sahib ne Delhi se, aur unhon ne likha hai, Maulana,</w:t>
      </w:r>
      <w:r>
        <w:br/>
      </w:r>
      <w:r>
        <w:rPr>
          <w:sz w:val="20"/>
        </w:rPr>
        <w:t>55:35  for many days, there was a question in my mind, that what is the origin of the principle,</w:t>
      </w:r>
      <w:r>
        <w:br/>
      </w:r>
      <w:r>
        <w:rPr>
          <w:sz w:val="20"/>
        </w:rPr>
        <w:t>55:42  ignore the problem and avail the opportunities, which is mentioned in Quran, but your today interpretation of verses,</w:t>
      </w:r>
      <w:r>
        <w:br/>
      </w:r>
      <w:r>
        <w:rPr>
          <w:sz w:val="20"/>
        </w:rPr>
        <w:t>55:50  that is ignore the problem, answered my question.</w:t>
      </w:r>
      <w:r>
        <w:br/>
      </w:r>
      <w:r>
        <w:rPr>
          <w:sz w:val="20"/>
        </w:rPr>
        <w:t>55:53  masha'allah.</w:t>
      </w:r>
      <w:r>
        <w:br/>
      </w:r>
      <w:r>
        <w:rPr>
          <w:sz w:val="20"/>
        </w:rPr>
        <w:t>55:55  okay, so we we'll end the session today, we'll be back next sunday, same time, thank you.</w:t>
      </w:r>
    </w:p>
    <w:p>
      <w:pPr>
        <w:pStyle w:val="Heading2"/>
      </w:pPr>
      <w:r>
        <w:t>Necessity of tazkiyah, dawah, nation-building</w:t>
      </w:r>
    </w:p>
    <w:p>
      <w:r>
        <w:rPr>
          <w:color w:val="666666"/>
          <w:sz w:val="18"/>
        </w:rPr>
        <w:t>Society &amp; Dawah · An Intellectual Journey May 1, 2011 · 3m 22s · at 1:15:56 · https://youtu.be/AqjjyimoIqw?t=4556</w:t>
      </w:r>
    </w:p>
    <w:p>
      <w:r>
        <w:rPr>
          <w:i/>
        </w:rPr>
        <w:t>“Tazkiyah of individuals, divine dawah, and nation-building: are all three equally necessary?”</w:t>
      </w:r>
    </w:p>
    <w:p>
      <w:r>
        <w:rPr>
          <w:sz w:val="20"/>
        </w:rPr>
        <w:t>1:15:56  maulana iqbal umri ne bangalore se sawal kiya hai, unhone likha hai: "tazkiya afraad, ilahia dawat aur taameer millat, kya in teeno kamon ki ek jaisi zaroorat hai?" nahin, dekhiye, taameer millat ek alag kaam hai, woh qaumi kaam hai,</w:t>
      </w:r>
      <w:r>
        <w:br/>
      </w:r>
      <w:r>
        <w:rPr>
          <w:sz w:val="20"/>
        </w:rPr>
        <w:t>1:16:14  isko in do mein nahin shamil kar sakte aap. tazkiya aur ilahia dawat, yeh dono deeni kaam hain.</w:t>
      </w:r>
      <w:r>
        <w:br/>
      </w:r>
      <w:r>
        <w:rPr>
          <w:sz w:val="20"/>
        </w:rPr>
        <w:t>1:16:25  taameer millat qaumi kaam hai, iska koi talluq deen se nahin hai. tazkiya yeh hai ke apne aap ko purify karna, as an individual, aap jo ek fard hain, ek jo individual hain, uske andar jo negative thought aate hain, jo nafratein aati hain, shikayat aati hai, ghussa aata hai, inteqaam aata hai, tashaddud aata hai, us se apne ko purify karo, bachao apne aap ko.</w:t>
      </w:r>
      <w:r>
        <w:br/>
      </w:r>
      <w:r>
        <w:rPr>
          <w:sz w:val="20"/>
        </w:rPr>
        <w:t>1:16:52  100 percent positive response, 100 percent positive personality banao. positive personality banane ka naam hai tazkiya, yeh hai shakhsi aitbaar se.</w:t>
      </w:r>
      <w:r>
        <w:br/>
      </w:r>
      <w:r>
        <w:rPr>
          <w:sz w:val="20"/>
        </w:rPr>
        <w:t>1:17:04  aur ahya-e-dawat jo hai, woh ijtamai aitbaar se hai, yani doosron ke aitbaar se hai. apne aitbaar se zimmedari aap ki hai ke apne aap ko purified soul banao.</w:t>
      </w:r>
      <w:r>
        <w:br/>
      </w:r>
      <w:r>
        <w:rPr>
          <w:sz w:val="20"/>
        </w:rPr>
        <w:t>1:17:15  doosron ke aitbaar se zimmedari aap ki yeh hai ke aap isko creation plan of god jo hai, us se ba-khabar karo. bas yahi do hain. baqi taameer millat, woh qaumi kaam hai, woh koi karta hai to kare, nahin karta to use koi na jannat milegi na na koi, is se koi khuda ki rehmat ke darwaze khulenge.</w:t>
      </w:r>
      <w:r>
        <w:br/>
      </w:r>
      <w:r>
        <w:rPr>
          <w:sz w:val="20"/>
        </w:rPr>
        <w:t>1:17:31  iski wajah se woh qaumi kaam hai. woh asal kaam deen mein yahi do hain:</w:t>
      </w:r>
      <w:r>
        <w:br/>
      </w:r>
      <w:r>
        <w:rPr>
          <w:sz w:val="20"/>
        </w:rPr>
        <w:t>1:17:37  apne aap ko ek purified soul banana, har qism ki negativity se pak karna apne aap ko, aur doosron ko Allah ka jo takhleeqi mansooba hai, jo creation plan of god hai, us se ba-khabar karna.</w:t>
      </w:r>
      <w:r>
        <w:br/>
      </w:r>
      <w:r>
        <w:rPr>
          <w:sz w:val="20"/>
        </w:rPr>
        <w:t>1:17:52  yeh bhi ek puraman kaam hai, bilkul puraman. is is dawti kaam ka koi bhi talluq na siyasat se hai, na millat se hai, na yani qaum qaumi fakhr ko establish karne se hai, kuch bhi nahin.</w:t>
      </w:r>
      <w:r>
        <w:br/>
      </w:r>
      <w:r>
        <w:rPr>
          <w:sz w:val="20"/>
        </w:rPr>
        <w:t>1:18:05  jo aadmi dawat ko le kar qaumi fakhr establish kare, woh bilashuba batil par hai, is mein koi shakk nahin.</w:t>
      </w:r>
      <w:r>
        <w:br/>
      </w:r>
      <w:r>
        <w:rPr>
          <w:sz w:val="20"/>
        </w:rPr>
        <w:t>1:18:12  dawat ka talluq qaumi fakhr se hargiz nahin hai, hargiz nahin hai. woh aap logon ko yani ab sabit karen ke hamara mazhab sab se ooncha, hamari qaum sab se oonchi,</w:t>
      </w:r>
      <w:r>
        <w:br/>
      </w:r>
      <w:r>
        <w:rPr>
          <w:sz w:val="20"/>
        </w:rPr>
        <w:t>1:18:26  aur hamara quran sab se ooncha, aur logon ke fakhr ke nafsiyat ko ghiza dein, to yeh qaumi kaam hai, iska deen se koi talluq nahin. dawat khalisatan naam hai peaceful andaaz</w:t>
      </w:r>
      <w:r>
        <w:br/>
      </w:r>
      <w:r>
        <w:rPr>
          <w:sz w:val="20"/>
        </w:rPr>
        <w:t>1:18:39  mein Allah ke hidayat ko logon tak pahunchana, bas unki khair khwahi ke jazbe ke tehat, khalisatan unki khair khwahi ke jazbe ke tehat, taake woh jahannum se bachein aur jannat ka rasta unke liye,</w:t>
      </w:r>
      <w:r>
        <w:br/>
      </w:r>
      <w:r>
        <w:rPr>
          <w:sz w:val="20"/>
        </w:rPr>
        <w:t>1:18:53  jannat ke darwaze unke liye khulen. bas baqi jo taameer millat hai, woh woh qaumi kaam hai. jo kare to kare, na kare to na kare, yeh unka kaam hai.</w:t>
      </w:r>
      <w:r>
        <w:br/>
      </w:r>
      <w:r>
        <w:rPr>
          <w:sz w:val="20"/>
        </w:rPr>
        <w:t>1:19:04  hum hum is mein nahin involve ho sakte, isi liye h</w:t>
      </w:r>
      <w:r>
        <w:br/>
      </w:r>
      <w:r>
        <w:rPr>
          <w:sz w:val="20"/>
        </w:rPr>
        <w:t>1:19:08  um taameer millat ko ek qaumi kaam samajhte hain. jinko qaumi dilchaspi ho, woh karen. isko hum is mein apne ko shamil nahin karenge.</w:t>
      </w:r>
    </w:p>
    <w:p>
      <w:pPr>
        <w:pStyle w:val="Heading2"/>
      </w:pPr>
      <w:r>
        <w:t>Need for union of Muslim governments</w:t>
      </w:r>
    </w:p>
    <w:p>
      <w:r>
        <w:rPr>
          <w:color w:val="666666"/>
          <w:sz w:val="18"/>
        </w:rPr>
        <w:t>Society &amp; Dawah · The Expression of Faith (Izhar e Deen) September 1, 2013 · 2m 16s · at 53:53 · https://youtu.be/muBDJ8a_8-0?t=3233</w:t>
      </w:r>
    </w:p>
    <w:p>
      <w:r>
        <w:rPr>
          <w:i/>
        </w:rPr>
        <w:t>“Maulana, just like the United Nations, a union of Muslim governments is also necessary. How correct is it to think this way?”</w:t>
      </w:r>
    </w:p>
    <w:p>
      <w:r>
        <w:rPr>
          <w:sz w:val="20"/>
        </w:rPr>
        <w:t>53:53  maulana, agla sawal bangalore se hai, naseerullah sahab ka.</w:t>
      </w:r>
      <w:r>
        <w:br/>
      </w:r>
      <w:r>
        <w:rPr>
          <w:sz w:val="20"/>
        </w:rPr>
        <w:t>53:57  unhon ne likha hai: "maulana, aqwam mutahidda ki tarah muslim hukoomaton ka ittehad bhi zaroori hai. is tarah sochana kahan tak sahi hai?" bhai, aap alag se kyun sochte hain?</w:t>
      </w:r>
      <w:r>
        <w:br/>
      </w:r>
      <w:r>
        <w:rPr>
          <w:sz w:val="20"/>
        </w:rPr>
        <w:t>54:11  is ka hissa baniye. musalman abhi tak qawam-e-unaita ka hissa nahi hain. member to zaroor is ke hain, lekin wahan ja kar sirf apni apni qawm ki baatein karte hain.</w:t>
      </w:r>
      <w:r>
        <w:br/>
      </w:r>
      <w:r>
        <w:rPr>
          <w:sz w:val="20"/>
        </w:rPr>
        <w:t>54:20  insan ki baat nahi karte. yeh thinking hi galat hai ke musalman ko le kar sochna</w:t>
      </w:r>
      <w:r>
        <w:br/>
      </w:r>
      <w:r>
        <w:rPr>
          <w:sz w:val="20"/>
        </w:rPr>
        <w:t>54:27  saheeh hai ke saare insan ko le kar socho. main is thinking ko galat bhi samajhta hoon. muslim oriented thinking yeh saheeh thinking nahi hai.</w:t>
      </w:r>
      <w:r>
        <w:br/>
      </w:r>
      <w:r>
        <w:rPr>
          <w:sz w:val="20"/>
        </w:rPr>
        <w:t>54:38  hum bare bare logon ko is waqt suntay hain ke hazrat ko ummat ka bara dard tha. hazrat ko ummat ka dard kyun tha? bhai, insan ka dard kyun nahi tha? main jab parhta hoon bare bare logon ke ke halaat mein ke hazrat ko ummat ka bara dard tha to mujhe ta'ajjub hota hai.</w:t>
      </w:r>
      <w:r>
        <w:br/>
      </w:r>
      <w:r>
        <w:rPr>
          <w:sz w:val="20"/>
        </w:rPr>
        <w:t>54:53  rasool Allah ke baray mein to nahi parhtay hum aisa.</w:t>
      </w:r>
      <w:r>
        <w:br/>
      </w:r>
      <w:r>
        <w:rPr>
          <w:sz w:val="20"/>
        </w:rPr>
        <w:t>54:56  quran mein dekhiye, insan naas, insan naas bar bar aata hai. to aap ke andar saare insan ko le kar sochen, aap saare saare insan ko le kar sochen.</w:t>
      </w:r>
      <w:r>
        <w:br/>
      </w:r>
      <w:r>
        <w:rPr>
          <w:sz w:val="20"/>
        </w:rPr>
        <w:t>55:10  main dekhta hoon ke qawam-e-unaita mein jo muslim mumalik hain, wahan bhi woh bas un ko musalmani ki baatein karna aata hai. insan ki baat karna nahi aata un ko.</w:t>
      </w:r>
      <w:r>
        <w:br/>
      </w:r>
      <w:r>
        <w:rPr>
          <w:sz w:val="20"/>
        </w:rPr>
        <w:t>55:19  yeh soch bilkul galat hai aur is ka koi faida nahi. agar bana bhi na aap to woh ek ghetto hoga.</w:t>
      </w:r>
      <w:r>
        <w:br/>
      </w:r>
      <w:r>
        <w:rPr>
          <w:sz w:val="20"/>
        </w:rPr>
        <w:t>55:27  yaad rakhiye, musalman is waqt ghetto mentality mein jee rahe hain. un ki bastiyan ghetto bastiyan hain, un ki universityan ghetto university hain, un ke idaray ghetto idaray hain.</w:t>
      </w:r>
      <w:r>
        <w:br/>
      </w:r>
      <w:r>
        <w:rPr>
          <w:sz w:val="20"/>
        </w:rPr>
        <w:t>55:38  jis cheez se yahood nikal aaye, wahan musalman wapas chalay gaye hain. ek zamanah tha ke hindu yahudion ke jitnay sab hota tha, woh ghetto hota tha. un ke idaray ghetto idaray thay, un ki bastiyan ghetto bastiyan theen.</w:t>
      </w:r>
      <w:r>
        <w:br/>
      </w:r>
      <w:r>
        <w:rPr>
          <w:sz w:val="20"/>
        </w:rPr>
        <w:t>55:52  ab wohi musalmanon ka haal hai. to agar aisa idara bana sakay musalman to woh ghetto idara hoga. woh kisi kaam ka nahi hoga.</w:t>
      </w:r>
      <w:r>
        <w:br/>
      </w:r>
      <w:r>
        <w:rPr>
          <w:sz w:val="20"/>
        </w:rPr>
        <w:t>56:01  woh woh na musalman ke kaam hoga na insan ke kaam ka hoga.</w:t>
      </w:r>
    </w:p>
    <w:p>
      <w:pPr>
        <w:pStyle w:val="Heading2"/>
      </w:pPr>
      <w:r>
        <w:t>Neglect of spreading Quran today</w:t>
      </w:r>
    </w:p>
    <w:p>
      <w:r>
        <w:rPr>
          <w:color w:val="666666"/>
          <w:sz w:val="18"/>
        </w:rPr>
        <w:t>Society &amp; Dawah · Dars-e-Quran, Chapter 38, V. 29 (Contemplation on the Quran) | October 7, 2018 · 4m 25s · at 1:10:41 · https://youtu.be/bF57J8TD8no?t=4241</w:t>
      </w:r>
    </w:p>
    <w:p>
      <w:r>
        <w:rPr>
          <w:i/>
        </w:rPr>
        <w:t>“How did it happen that the work of spreading the Quran has been so neglected by people today?”</w:t>
      </w:r>
    </w:p>
    <w:p>
      <w:r>
        <w:rPr>
          <w:sz w:val="20"/>
        </w:rPr>
        <w:t>1:10:41  maulana, miss dania mustafa ne karachi pakistan se sawal bheja hai.</w:t>
      </w:r>
      <w:r>
        <w:br/>
      </w:r>
      <w:r>
        <w:rPr>
          <w:sz w:val="20"/>
        </w:rPr>
        <w:t>1:10:49  انہوں نے آپ سے پوچھا ہے کہ "مولانا صاحب، how did this happen that the work of spreading</w:t>
      </w:r>
      <w:r>
        <w:br/>
      </w:r>
      <w:r>
        <w:rPr>
          <w:sz w:val="20"/>
        </w:rPr>
        <w:t>1:10:57  Quran has been so neglected by people today?"</w:t>
      </w:r>
      <w:r>
        <w:br/>
      </w:r>
      <w:r>
        <w:rPr>
          <w:sz w:val="20"/>
        </w:rPr>
        <w:t>1:11:05  bhai, yeh mat sochiye, yeh ulta sochna hai.</w:t>
      </w:r>
      <w:r>
        <w:br/>
      </w:r>
      <w:r>
        <w:rPr>
          <w:sz w:val="20"/>
        </w:rPr>
        <w:t>1:11:10  یہ یہ precedent card before the horse ہے۔</w:t>
      </w:r>
      <w:r>
        <w:br/>
      </w:r>
      <w:r>
        <w:rPr>
          <w:sz w:val="20"/>
        </w:rPr>
        <w:t>1:11:15  bhai, aap agar dekhein ke woh kaam kam ho raha hai to aap apna time aur zyada dijiye,</w:t>
      </w:r>
      <w:r>
        <w:br/>
      </w:r>
      <w:r>
        <w:rPr>
          <w:sz w:val="20"/>
        </w:rPr>
        <w:t>1:11:20  aap aur zyada apni energy lagaiye.</w:t>
      </w:r>
      <w:r>
        <w:br/>
      </w:r>
      <w:r>
        <w:rPr>
          <w:sz w:val="20"/>
        </w:rPr>
        <w:t>1:11:25  yeh ulta soch rahe hain aap, yani doosron ko le kar soch rahe hain, apne ko le kar sochiye.</w:t>
      </w:r>
      <w:r>
        <w:br/>
      </w:r>
      <w:r>
        <w:rPr>
          <w:sz w:val="20"/>
        </w:rPr>
        <w:t>1:11:30  agar kisi kisi</w:t>
      </w:r>
      <w:r>
        <w:br/>
      </w:r>
      <w:r>
        <w:rPr>
          <w:sz w:val="20"/>
        </w:rPr>
        <w:t>1:11:35  basti mein farz kijiye ke masjid nahi hai, us waqt ba-jamaat namaz nahi hoti to yeh mat kijiye</w:t>
      </w:r>
      <w:r>
        <w:br/>
      </w:r>
      <w:r>
        <w:rPr>
          <w:sz w:val="20"/>
        </w:rPr>
        <w:t>1:11:43  ke haan masjid nahi hai, haan masjid nahi hai.</w:t>
      </w:r>
      <w:r>
        <w:br/>
      </w:r>
      <w:r>
        <w:rPr>
          <w:sz w:val="20"/>
        </w:rPr>
        <w:t>1:11:51  nahi, aap khud uthiye aur koi spot talash kijiye, is ke liye fundraising kijiye aur masjid bana daliye.</w:t>
      </w:r>
      <w:r>
        <w:br/>
      </w:r>
      <w:r>
        <w:rPr>
          <w:sz w:val="20"/>
        </w:rPr>
        <w:t>1:11:58  yani jab koi cheez lacking hai to aap ko apni zimmedari par</w:t>
      </w:r>
      <w:r>
        <w:br/>
      </w:r>
      <w:r>
        <w:rPr>
          <w:sz w:val="20"/>
        </w:rPr>
        <w:t>1:12:06  stick karna chahiye. Dr. Najma Siddiqui ne Delhi se comment bheja hai. Unhone likha hai: "Maulana, you are you are the only one who focuses on spirit of inquiry in religion. Reading Quran with spirit of inquiry to think, understand and get wisdom is the greatest thing I learned. Padhna nahi aata to sochna to aata hai. Socho, so</w:t>
      </w:r>
      <w:r>
        <w:br/>
      </w:r>
      <w:r>
        <w:rPr>
          <w:sz w:val="20"/>
        </w:rPr>
        <w:t>1:12:36  cho is also a great lesson." doctor hina ne london se likha hai: "jazak allah maulana, may allah give you a long life to fulfill this peaceful mission. amongst muslim, there is a general understanding that distribution of quran is not the duty of professional</w:t>
      </w:r>
      <w:r>
        <w:br/>
      </w:r>
      <w:r>
        <w:rPr>
          <w:sz w:val="20"/>
        </w:rPr>
        <w:t>1:13:06  z ho are working and doing jobs.</w:t>
      </w:r>
      <w:r>
        <w:br/>
      </w:r>
      <w:r>
        <w:rPr>
          <w:sz w:val="20"/>
        </w:rPr>
        <w:t>1:13:12  Only there are certain Muslims who are dedicated to Masjid or dedicated to deen who should do this job.</w:t>
      </w:r>
      <w:r>
        <w:br/>
      </w:r>
      <w:r>
        <w:rPr>
          <w:sz w:val="20"/>
        </w:rPr>
        <w:t>1:13:18  If people like doctors, teachers, engineers do this work, they are looked at with doubt that why are</w:t>
      </w:r>
      <w:r>
        <w:br/>
      </w:r>
      <w:r>
        <w:rPr>
          <w:sz w:val="20"/>
        </w:rPr>
        <w:t>1:13:24  Are they doing this? Are they paid? Are they radicalized? Are they psycho? Etc.</w:t>
      </w:r>
      <w:r>
        <w:br/>
      </w:r>
      <w:r>
        <w:rPr>
          <w:sz w:val="20"/>
        </w:rPr>
        <w:t>1:13:30  I was wondering whether in Christianity only P</w:t>
      </w:r>
      <w:r>
        <w:br/>
      </w:r>
      <w:r>
        <w:rPr>
          <w:sz w:val="20"/>
        </w:rPr>
        <w:t>1:13:36  "people connected directly with church do this job, or common people also take time out for this." Is</w:t>
      </w:r>
      <w:r>
        <w:br/>
      </w:r>
      <w:r>
        <w:rPr>
          <w:sz w:val="20"/>
        </w:rPr>
        <w:t>1:13:44  zamane mein to yeh kaam itna aasan hai.</w:t>
      </w:r>
      <w:r>
        <w:br/>
      </w:r>
      <w:r>
        <w:rPr>
          <w:sz w:val="20"/>
        </w:rPr>
        <w:t>1:13:51  aap doctor hain, engineer hain, dukandar hain, kuch bhi hain.</w:t>
      </w:r>
      <w:r>
        <w:br/>
      </w:r>
      <w:r>
        <w:rPr>
          <w:sz w:val="20"/>
        </w:rPr>
        <w:t>1:13:59  wahan par aik aik aik space, aik jagah bana lijiye aur wahan par aap quran mukhtalif zubanon mein</w:t>
      </w:r>
      <w:r>
        <w:br/>
      </w:r>
      <w:r>
        <w:rPr>
          <w:sz w:val="20"/>
        </w:rPr>
        <w:t>1:14:06  rakh dijiye.</w:t>
      </w:r>
      <w:r>
        <w:br/>
      </w:r>
      <w:r>
        <w:rPr>
          <w:sz w:val="20"/>
        </w:rPr>
        <w:t>1:14:14  jo aayenge aap ke paas log, woh apne aap hi lete rehte hain, aap hi lete rehte hain.</w:t>
      </w:r>
      <w:r>
        <w:br/>
      </w:r>
      <w:r>
        <w:rPr>
          <w:sz w:val="20"/>
        </w:rPr>
        <w:t>1:14:21  abhi hamare aik sahab hain, hamare aik saathi hain, aik doctor ke paas jate hain.</w:t>
      </w:r>
      <w:r>
        <w:br/>
      </w:r>
      <w:r>
        <w:rPr>
          <w:sz w:val="20"/>
        </w:rPr>
        <w:t>1:14:29  woh to unhon ne wahan par aik pamphlet rakhwa diya tha jis ka naam hai "purpose of life".</w:t>
      </w:r>
      <w:r>
        <w:br/>
      </w:r>
      <w:r>
        <w:rPr>
          <w:sz w:val="20"/>
        </w:rPr>
        <w:t>1:14:36  to doosri baar woh wahan gaye to doctor ne khud kaha, doctor ne khud kaha ke bhai yeh kitab to bahut popular ho rahi hai aur aur bhejiyega. to log to khud hi chahte hain, aap ab rakh to dijiye, aap apne jahan aap hain, wahan us ko rakh to dijiye, khud hi log lete rahenge."</w:t>
      </w:r>
    </w:p>
    <w:p>
      <w:pPr>
        <w:pStyle w:val="Heading2"/>
      </w:pPr>
      <w:r>
        <w:t>Neglecting peace and wisdom in lectures</w:t>
      </w:r>
    </w:p>
    <w:p>
      <w:r>
        <w:rPr>
          <w:color w:val="666666"/>
          <w:sz w:val="18"/>
        </w:rPr>
        <w:t>Society &amp; Dawah · The Problem of Evil December 4, 2011 · 4m 02s · at 1:11:13 · https://youtu.be/SMqtVjaGHfw?t=4273</w:t>
      </w:r>
    </w:p>
    <w:p>
      <w:r>
        <w:rPr>
          <w:i/>
        </w:rPr>
        <w:t>“Precious wisdom like the importance of peace and virtuous incidents like Hudaybiya, Prophet Yusuf and the idols of Mecca are ignored in your lectures. They mostly use the language of fanaticism and dogmatism.”</w:t>
      </w:r>
    </w:p>
    <w:p>
      <w:r>
        <w:rPr>
          <w:sz w:val="20"/>
        </w:rPr>
        <w:t>1:11:13  maulana, agla sawal aaya hai Mr Idrees ka Raipur</w:t>
      </w:r>
      <w:r>
        <w:br/>
      </w:r>
      <w:r>
        <w:rPr>
          <w:sz w:val="20"/>
        </w:rPr>
        <w:t>1:11:17  Sahib. unhon ne likha hai ke "precious wisdom like importance of peace and virtuous incidents like of Hudaybiyyah, Hazrat Yusuf and idols of Mecca are ignored in other taqreer.</w:t>
      </w:r>
      <w:r>
        <w:br/>
      </w:r>
      <w:r>
        <w:rPr>
          <w:sz w:val="20"/>
        </w:rPr>
        <w:t>1:11:33  they mostly use language of fanaticism and dogmatism</w:t>
      </w:r>
      <w:r>
        <w:br/>
      </w:r>
      <w:r>
        <w:rPr>
          <w:sz w:val="20"/>
        </w:rPr>
        <w:t>1:11:39  rather than quoting Quran and Hadith. they base their speech on stories and shakhsiyat and their audience appreciate.</w:t>
      </w:r>
      <w:r>
        <w:br/>
      </w:r>
      <w:r>
        <w:rPr>
          <w:sz w:val="20"/>
        </w:rPr>
        <w:t>1:11:49  please advise under this situation what is the appropriate way to start a process of improvement? should one start by approaching speaker or audience?" Kya main samjha nahi question ko?</w:t>
      </w:r>
      <w:r>
        <w:br/>
      </w:r>
      <w:r>
        <w:rPr>
          <w:sz w:val="20"/>
        </w:rPr>
        <w:t>1:12:04  maulana, woh yeh keh rahe hain ke aksar jo taqreer hoti hai jo yeh log karte hain, kis ki taqreer? meri taqreer? nahin, nahin, jo ulama ki taqreer hoti hai ya jo scholars ki taqreer hoti hai, yeh kehna chahiye na ke batana chahiye kis ki taqreer?</w:t>
      </w:r>
      <w:r>
        <w:br/>
      </w:r>
      <w:r>
        <w:rPr>
          <w:sz w:val="20"/>
        </w:rPr>
        <w:t>1:12:15  main samjha ek mere bare mein keh rahe</w:t>
      </w:r>
      <w:r>
        <w:br/>
      </w:r>
      <w:r>
        <w:rPr>
          <w:sz w:val="20"/>
        </w:rPr>
        <w:t>1:12:17  hain woh? nahin, nahin, nahin. hain ji, unhon ne woh shayad woh yahi kehna chah rahe hain. maulana, likha nahin hai unhon ne woh word. toh woh yeh keh rahe hain ke is mein woh woh sab cheezein ignore karte hain jo Hudaybiyyah incident hain.</w:t>
      </w:r>
      <w:r>
        <w:br/>
      </w:r>
      <w:r>
        <w:rPr>
          <w:sz w:val="20"/>
        </w:rPr>
        <w:t>1:12:30  haan, toh main ji ji, is mein yeh baat clear honi chahiye. main bhai samjha ke meri taqreer pe bol rahe hain woh. ji,</w:t>
      </w:r>
      <w:r>
        <w:br/>
      </w:r>
      <w:r>
        <w:rPr>
          <w:sz w:val="20"/>
        </w:rPr>
        <w:t>1:12:41  cheezein hamesha ambiguity rahengi. is liye quran mein hai "wa laqad arsalna ilaika ayatin bayyinat wa ma kafara billazina fatu fit taghuti wa yaktufuru billahi faqad dallal dalal بعيدا". yani cheezon par element of doubt ka parda hamesha hi rahega kyunke is ke baghair test nahin ho sakta.</w:t>
      </w:r>
      <w:r>
        <w:br/>
      </w:r>
      <w:r>
        <w:rPr>
          <w:sz w:val="20"/>
        </w:rPr>
        <w:t>1:12:57  agar aap chahein ke element of doubt na rahe toh yeh pass bolna hi hai. "that is part of creation plan".</w:t>
      </w:r>
      <w:r>
        <w:br/>
      </w:r>
      <w:r>
        <w:rPr>
          <w:sz w:val="20"/>
        </w:rPr>
        <w:t>1:13:04  toh woh toh rahega chahe ulama ki taqreer ho ya kitabein hon ya media ho. har jagah element of doubt rahega. aap kabhi bhi yeh umeed na rakhiye ke element of doubt jo hai woh khatam kar diya jayega.</w:t>
      </w:r>
      <w:r>
        <w:br/>
      </w:r>
      <w:r>
        <w:rPr>
          <w:sz w:val="20"/>
        </w:rPr>
        <w:t>1:13:17  ab aap apni aql ko istemal kijiye, apni power of analysis ko istemal kijiye. bas aur koi option nahin, doosra nahin hai. apni reason ko istemal kijiye.</w:t>
      </w:r>
      <w:r>
        <w:br/>
      </w:r>
      <w:r>
        <w:rPr>
          <w:sz w:val="20"/>
        </w:rPr>
        <w:t>1:13:30  ah</w:t>
      </w:r>
      <w:r>
        <w:br/>
      </w:r>
      <w:r>
        <w:rPr>
          <w:sz w:val="20"/>
        </w:rPr>
        <w:t>1:13:31  maulana, Raipur se hi Miss Shabana ka ek question aaya hai. unhon ne likha hai: "Maulana sahib, it is often mentioned that prepared mind is needed to grasp the message.</w:t>
      </w:r>
      <w:r>
        <w:br/>
      </w:r>
      <w:r>
        <w:rPr>
          <w:sz w:val="20"/>
        </w:rPr>
        <w:t>1:13:43  please advise if dai has any role in preparing mind. if yes, how it is done?"</w:t>
      </w:r>
      <w:r>
        <w:br/>
      </w:r>
      <w:r>
        <w:rPr>
          <w:sz w:val="20"/>
        </w:rPr>
        <w:t>1:13:52  dekhein, apne mind ko prepare karne ke liye sab se jo zaroori condition hai woh hai apne aap ko distraction se bachana.</w:t>
      </w:r>
      <w:r>
        <w:br/>
      </w:r>
      <w:r>
        <w:rPr>
          <w:sz w:val="20"/>
        </w:rPr>
        <w:t>1:14:03  misal ke taur par, maine dekha gharon mein ke auratein jo hain, un ka soul concern kaha jata hai: "bachche, bachche, bachche" ya "kitchen, kitchen, kitchen".</w:t>
      </w:r>
      <w:r>
        <w:br/>
      </w:r>
      <w:r>
        <w:rPr>
          <w:sz w:val="20"/>
        </w:rPr>
        <w:t>1:14:13  toh woh har waqt distraction hi mein jeeti hain. auratein toh koi mind prepare kis tarah hoga? mardon ka haal yeh hai ke "money, money, money" har waqt money hai.</w:t>
      </w:r>
      <w:r>
        <w:br/>
      </w:r>
      <w:r>
        <w:rPr>
          <w:sz w:val="20"/>
        </w:rPr>
        <w:t>1:14:22  toh koi kisi ko mind distract kiye hue hai, kisi ko is ke bachche distract kiye hue hain, kisi ko is ke political jo interest hai woh distract kiye hue hain.</w:t>
      </w:r>
      <w:r>
        <w:br/>
      </w:r>
      <w:r>
        <w:rPr>
          <w:sz w:val="20"/>
        </w:rPr>
        <w:t>1:14:32  toh woh toh hoga phir ke aadmi prepared mind nahin ho banega. toh agar aadmi chahta hai ke main prepared mind banu taake main cheezon ko grasp kar sakoon, yeh sab fawaid hasil kar sakoon, toh phir apne ko distraction se bachana padega.</w:t>
      </w:r>
      <w:r>
        <w:br/>
      </w:r>
      <w:r>
        <w:rPr>
          <w:sz w:val="20"/>
        </w:rPr>
        <w:t>1:14:49  yeh price toh deni hi padegi.</w:t>
      </w:r>
      <w:r>
        <w:br/>
      </w:r>
      <w:r>
        <w:rPr>
          <w:sz w:val="20"/>
        </w:rPr>
        <w:t>1:14:51  agar aadmi chahe ke main distract bhi hota rahu aur mujhe yani mera mind tayyar bhi ho jaye toh yeh toh "ae khayalast o malast o junoon" aisa hone wala nahin hai.</w:t>
      </w:r>
      <w:r>
        <w:br/>
      </w:r>
      <w:r>
        <w:rPr>
          <w:sz w:val="20"/>
        </w:rPr>
        <w:t>1:15:04  har cheez ki ek price hoti hai. woh zehn banane ki ek bhi ek price hai, woh hai apne ko distraction se bachana.</w:t>
      </w:r>
    </w:p>
    <w:p>
      <w:pPr>
        <w:pStyle w:val="Heading2"/>
      </w:pPr>
      <w:r>
        <w:t>Neutralizing Communal Polarization Formula</w:t>
      </w:r>
    </w:p>
    <w:p>
      <w:r>
        <w:rPr>
          <w:color w:val="666666"/>
          <w:sz w:val="18"/>
        </w:rPr>
        <w:t>Society &amp; Dawah · From the Spiritual Tree September 8, 2013 Maulana Wahiduddin Khan · 3m 52s · at 45:27 · https://youtu.be/y4bObH7a_64?t=2727</w:t>
      </w:r>
    </w:p>
    <w:p>
      <w:r>
        <w:rPr>
          <w:i/>
        </w:rPr>
        <w:t>“A seminar was held in neutralizing communal polarization in Saturday in Chennai. Team Chennai attended the program but didn't get any single formula. Maulana, we want your view on this topic.”</w:t>
      </w:r>
    </w:p>
    <w:p>
      <w:r>
        <w:rPr>
          <w:sz w:val="20"/>
        </w:rPr>
        <w:t>45:27  maulana yeh pehla sawal aaya hai chennai se maulana israr umri ka. ke kehte hain: "a seminar was held on neutralizing of communal polarization in saturday in chennai.</w:t>
      </w:r>
      <w:r>
        <w:br/>
      </w:r>
      <w:r>
        <w:rPr>
          <w:sz w:val="20"/>
        </w:rPr>
        <w:t>45:44  team chennai attended this program but they didn't get any single formula. maulana we want your view on this topic.</w:t>
      </w:r>
      <w:r>
        <w:br/>
      </w:r>
      <w:r>
        <w:rPr>
          <w:sz w:val="20"/>
        </w:rPr>
        <w:t>46:04  dekhein communal harmony har ek boli bolta hai us ki communal harmony to boli lekin har ek chahta hai us ki apni condition par har ek ki apni condition hai chahta hai ke doosra aadmi is ko accept kare.</w:t>
      </w:r>
      <w:r>
        <w:br/>
      </w:r>
      <w:r>
        <w:rPr>
          <w:sz w:val="20"/>
        </w:rPr>
        <w:t>46:23  mein is formula ko nahi manta.</w:t>
      </w:r>
      <w:r>
        <w:br/>
      </w:r>
      <w:r>
        <w:rPr>
          <w:sz w:val="20"/>
        </w:rPr>
        <w:t>46:28  mein ne dekhein jo formula jo islam ne diya hai wo sirf yeh hai ke khud aap problem create na karein bas.</w:t>
      </w:r>
      <w:r>
        <w:br/>
      </w:r>
      <w:r>
        <w:rPr>
          <w:sz w:val="20"/>
        </w:rPr>
        <w:t>46:39  lekin ek hadith hai ke: "wallah la yuman wallah la yuman wallah la yuman alladhi la yaman jaroqwa".</w:t>
      </w:r>
      <w:r>
        <w:br/>
      </w:r>
      <w:r>
        <w:rPr>
          <w:sz w:val="20"/>
        </w:rPr>
        <w:t>46:51  khuda qasam wo momin nahi hai, khuda qasam momin nahi hai, khuda qasam momin nahi hai jo apne padosi ke liye problem create kare.</w:t>
      </w:r>
      <w:r>
        <w:br/>
      </w:r>
      <w:r>
        <w:rPr>
          <w:sz w:val="20"/>
        </w:rPr>
        <w:t>47:03  dekhein yeh saada taur par religious formula nahi hai, yeh social harmony ka formula hai.</w:t>
      </w:r>
      <w:r>
        <w:br/>
      </w:r>
      <w:r>
        <w:rPr>
          <w:sz w:val="20"/>
        </w:rPr>
        <w:t>47:13  how to establish social harmony is ka formula hai, wo kya hai? apne aap ko problem create karne se bachaiye, is ke baad samaj mein harmony hogi.</w:t>
      </w:r>
      <w:r>
        <w:br/>
      </w:r>
      <w:r>
        <w:rPr>
          <w:sz w:val="20"/>
        </w:rPr>
        <w:t>47:27  doosron ka kehna hai ke tum karo, police kare, government kare, is se kuch hone wala nahi hai. har ek pass ek, har ek ke paas ek list hoti hai ke police yeh kare, government yeh kare, doosri community yeh kare, falan yeh kare, falan wo kare, kuch nahi.</w:t>
      </w:r>
      <w:r>
        <w:br/>
      </w:r>
      <w:r>
        <w:rPr>
          <w:sz w:val="20"/>
        </w:rPr>
        <w:t>47:43  simple formula hai ke aap khud ko is se bachaiye ke aap koi problem create karein doosron ke liye, bas is ke baad harmony hogi.</w:t>
      </w:r>
      <w:r>
        <w:br/>
      </w:r>
      <w:r>
        <w:rPr>
          <w:sz w:val="20"/>
        </w:rPr>
        <w:t>47:57  yahi formula diya gaya hai quran mein aur hadith mein.</w:t>
      </w:r>
      <w:r>
        <w:br/>
      </w:r>
      <w:r>
        <w:rPr>
          <w:sz w:val="20"/>
        </w:rPr>
        <w:t>48:04  aur is ke siwa koi bhi formula nahi, koi bhi formula nahi.</w:t>
      </w:r>
      <w:r>
        <w:br/>
      </w:r>
      <w:r>
        <w:rPr>
          <w:sz w:val="20"/>
        </w:rPr>
        <w:t>48:13  ek bohat hi zabardast ek ek ek sahabi ka qaul hai ke: "jo aadmi doosre ke chote sar par</w:t>
      </w:r>
      <w:r>
        <w:br/>
      </w:r>
      <w:r>
        <w:rPr>
          <w:sz w:val="20"/>
        </w:rPr>
        <w:t>48:33  ko bardasht nahi karega, us ko us ke bare sar ko bardasht karna parega". is ka matlab kya hai? agar bil farz samaj mein koi aadmi aap ko koi aisa waqia kare jis se aap ko takleef pahunche to us ko sabr ke khane mein daliye,</w:t>
      </w:r>
      <w:r>
        <w:br/>
      </w:r>
      <w:r>
        <w:rPr>
          <w:sz w:val="20"/>
        </w:rPr>
        <w:t>48:52  sabr ke khane mein. kyunke agar aap ne is se jawab al jawab ka issue banaya to kya hoga?</w:t>
      </w:r>
      <w:r>
        <w:br/>
      </w:r>
      <w:r>
        <w:rPr>
          <w:sz w:val="20"/>
        </w:rPr>
        <w:t>49:00  phir masla badhega. abhi agar kisi ne koi ek aap ke khilaf ek baat boli thi to us ke baad gun chalegi, bomb chalega. to mein dekh yahi social harmony ka formula hai aur koi doosra formula nahi.</w:t>
      </w:r>
    </w:p>
    <w:p>
      <w:pPr>
        <w:pStyle w:val="Heading2"/>
      </w:pPr>
      <w:r>
        <w:t>Non-violence in Japan vs Palestine</w:t>
      </w:r>
    </w:p>
    <w:p>
      <w:r>
        <w:rPr>
          <w:color w:val="666666"/>
          <w:sz w:val="18"/>
        </w:rPr>
        <w:t>Society &amp; Dawah · The Secret of Divine Wisdom September 2, 2012 · 2m 01s · at 1:26:11 · https://youtu.be/ZXQlrW7PqAE?t=5171</w:t>
      </w:r>
    </w:p>
    <w:p>
      <w:r>
        <w:rPr>
          <w:i/>
        </w:rPr>
        <w:t>“I told a big scholar that Japan succeeded by adopting non-violence while Palestinians adopted violence and are still suffering. He replied that Japan is just following America and Palestine is facing conspiracy. What is your view on this?”</w:t>
      </w:r>
    </w:p>
    <w:p>
      <w:r>
        <w:rPr>
          <w:sz w:val="20"/>
        </w:rPr>
        <w:t>1:26:11  to yeh to ek ek law of nature hai har aadmi ki duhai tajurba hai aur mukhtalif qomon ki misalein bhi is mein hain to is mein main main nahi samajhta kisi argument ki zaroorat hai maulana agla sawal tamil nadu se hai maulana farhad ahmed sahib ka</w:t>
      </w:r>
      <w:r>
        <w:br/>
      </w:r>
      <w:r>
        <w:rPr>
          <w:sz w:val="20"/>
        </w:rPr>
        <w:t>1:26:30  unho'n ne likha hai main ne ek baray 'alim ko kaha ke japan ne non violence ka rasta ikhtiyar kiya to kamyab ho gaya magar falasteen walon ne violence ka rasta ikhtiyar kiya to aj tak pareshan ho rahe hain yeh</w:t>
      </w:r>
      <w:r>
        <w:br/>
      </w:r>
      <w:r>
        <w:rPr>
          <w:sz w:val="20"/>
        </w:rPr>
        <w:t>1:26:47  baat sun kar unho'n ne kaha ke main japan ke ta'alluq se aisa nahi samajhta hoon balkeh woh amreeka ka dam chala hai aur falasteen mein dam chala hai aur falasteen mein sazish ho rahi hai is liye wahan abhi tak solution nahi aya hai is ke bare mein aap kya kahengay sir jhooti baatein hain ab log jhooti baatein to kuch bolay abhi ghar ko aap kahengay ke hathi hai to main kya karunga bat</w:t>
      </w:r>
      <w:r>
        <w:br/>
      </w:r>
      <w:r>
        <w:rPr>
          <w:sz w:val="20"/>
        </w:rPr>
        <w:t>1:27:13  aiye ek admi aa ke chala hai yahan par sab hathiyan baithi hui hain yahan par sab oont baithe hue hain to main kya karunga koi sir hai peer yeh koi logic hai is mein in baaton ka koi jawab nahi hai so is ki khamoshi ek ulti baat to kuch bhi kahiye aap is kamre mein ek martaba ek sahib aaye darwaze par yeh sacha qissa batata hoon aap ko darwaze pe khare hue aur darwaze pe dekh dekh ke chale gaye ja ke apne sathiyon se kaha ke</w:t>
      </w:r>
      <w:r>
        <w:br/>
      </w:r>
      <w:r>
        <w:rPr>
          <w:sz w:val="20"/>
        </w:rPr>
        <w:t>1:27:42  arey bhai wahan mein gaya tha woh to is mein kuch qalb laga</w:t>
      </w:r>
      <w:r>
        <w:br/>
      </w:r>
      <w:r>
        <w:rPr>
          <w:sz w:val="20"/>
        </w:rPr>
        <w:t>1:27:46  ab bataiye ke yeh hum is spirituality ki baat karte hain Allah ke khauf ki baat karte hain</w:t>
      </w:r>
      <w:r>
        <w:br/>
      </w:r>
      <w:r>
        <w:rPr>
          <w:sz w:val="20"/>
        </w:rPr>
        <w:t>1:27:52  dawat Allah ki baat karte hain aur unhein laga ke yeh qalb hai to is ka koi jawab</w:t>
      </w:r>
      <w:r>
        <w:br/>
      </w:r>
      <w:r>
        <w:rPr>
          <w:sz w:val="20"/>
        </w:rPr>
        <w:t>1:27:57  hai yeh to shaitan ki boliyan hain shaitan ki boliyan band nahi hongi is ka koi jawab</w:t>
      </w:r>
      <w:r>
        <w:br/>
      </w:r>
      <w:r>
        <w:rPr>
          <w:sz w:val="20"/>
        </w:rPr>
        <w:t>1:28:04  nahi siwaye is ke dua kiya jaye aise logon ke liye dua hota hai jawab nahi hota</w:t>
      </w:r>
    </w:p>
    <w:p>
      <w:pPr>
        <w:pStyle w:val="Heading2"/>
      </w:pPr>
      <w:r>
        <w:t>Obligation to establish Islamic empire</w:t>
      </w:r>
    </w:p>
    <w:p>
      <w:r>
        <w:rPr>
          <w:color w:val="666666"/>
          <w:sz w:val="18"/>
        </w:rPr>
        <w:t>Society &amp; Dawah · Double Standards of Present-Day Muslims August 6, 2017 · 2m 12s · at 49:00 · https://youtu.be/k1NcZQpHTyg?t=2940</w:t>
      </w:r>
    </w:p>
    <w:p>
      <w:r>
        <w:rPr>
          <w:i/>
        </w:rPr>
        <w:t>“Is it obligatory upon Muslims to establish an Islamic empire? Please elaborate.”</w:t>
      </w:r>
    </w:p>
    <w:p>
      <w:r>
        <w:rPr>
          <w:sz w:val="20"/>
        </w:rPr>
        <w:t>49:00  Maulana, agla sawal aya hai Bilal Ahmed sahib ka Kashmir se. un ke do sawal hain. Maulana, pehla sawal yeh hai ke "Is it obligatory upon Muslims to establish Islamic empire</w:t>
      </w:r>
      <w:r>
        <w:br/>
      </w:r>
      <w:r>
        <w:rPr>
          <w:sz w:val="20"/>
        </w:rPr>
        <w:t>49:14  ? Please elaborate." yeh hai hi nahi. Islamic park qaim karna hai hi nahi. yeh to jhooti baat hai. khwah is mein Quran mein, na Hadees mein ke Islamic park qaim karo, yeh to hai hi nahi.</w:t>
      </w:r>
      <w:r>
        <w:br/>
      </w:r>
      <w:r>
        <w:rPr>
          <w:sz w:val="20"/>
        </w:rPr>
        <w:t>49:28  yeh to baseless baat hai. obligatory to halanke hai hi nahi sarr se.</w:t>
      </w:r>
      <w:r>
        <w:br/>
      </w:r>
      <w:r>
        <w:rPr>
          <w:sz w:val="20"/>
        </w:rPr>
        <w:t>49:40  aur doosra sawal un ka hai Maulana. "You have interpreted that where the word qalb is used, it is human intellect." dekhen ji, is tarah ke jitne bhi alfaaz hain, sab mind ke maene mein hain.</w:t>
      </w:r>
      <w:r>
        <w:br/>
      </w:r>
      <w:r>
        <w:rPr>
          <w:sz w:val="20"/>
        </w:rPr>
        <w:t>49:53  chahe qalb ho ya sadr ho ya fuad ho, jitne alfaaz hain, sab se murad hai mind.</w:t>
      </w:r>
      <w:r>
        <w:br/>
      </w:r>
      <w:r>
        <w:rPr>
          <w:sz w:val="20"/>
        </w:rPr>
        <w:t>50:03  baqi jo heart hai, heart to sirf blood circulation ka zariya hai. us ke paas koi soch nahi hoti. yeh thinking heart ka koi wajood nahi hai.</w:t>
      </w:r>
      <w:r>
        <w:br/>
      </w:r>
      <w:r>
        <w:rPr>
          <w:sz w:val="20"/>
        </w:rPr>
        <w:t>50:14  to alfaaz mukhtalif istemal hue hain Quran majeed mein, lekin sab ko murad hai mind mein. Maulana, ek sahib ne likha hai, comment kiya hai aur ek question bhi kiya hai, lekin naam nahi diya hai.</w:t>
      </w:r>
      <w:r>
        <w:br/>
      </w:r>
      <w:r>
        <w:rPr>
          <w:sz w:val="20"/>
        </w:rPr>
        <w:t>50:25  Kashmir se hai yeh. Maulana "Today lecture was mind blowing." jazak Allah. aur un ka sawal yeh hai ke Maulana "What is the simple formula or simple way so that we can unite humanity on a single platform,</w:t>
      </w:r>
      <w:r>
        <w:br/>
      </w:r>
      <w:r>
        <w:rPr>
          <w:sz w:val="20"/>
        </w:rPr>
        <w:t>50:43  especially Muslim community?" dekhen, yeh yeh goal hi nahi hai ke humanity ko ek platform par layen.</w:t>
      </w:r>
      <w:r>
        <w:br/>
      </w:r>
      <w:r>
        <w:rPr>
          <w:sz w:val="20"/>
        </w:rPr>
        <w:t>50:52  goal yeh hai ke apne aap ko apna tazkiya kijiye. goal yeh hai ke apna tazkiya kijiye. "lilmulakhkhidhin munafarada" har insan akela akela Allah ke samne, yani accountable hoga.</w:t>
      </w:r>
    </w:p>
    <w:p>
      <w:pPr>
        <w:pStyle w:val="Heading2"/>
      </w:pPr>
      <w:r>
        <w:t>Obstacles in dawah work everywhere</w:t>
      </w:r>
    </w:p>
    <w:p>
      <w:r>
        <w:rPr>
          <w:color w:val="666666"/>
          <w:sz w:val="18"/>
        </w:rPr>
        <w:t>Society &amp; Dawah · Eid-al-Azha I October 13, 2013 · 2m 57s · at 1:01:00 · https://youtu.be/oy7zn-uODcU?t=3660</w:t>
      </w:r>
    </w:p>
    <w:p>
      <w:r>
        <w:rPr>
          <w:i/>
        </w:rPr>
        <w:t>“You say that there is no obstacle in the path of dawah, but from Islamic countries to non-Islamic countries, there are obstacles everywhere in doing dawah work. Please explain.”</w:t>
      </w:r>
    </w:p>
    <w:p>
      <w:r>
        <w:rPr>
          <w:sz w:val="20"/>
        </w:rPr>
        <w:t>1:01:00  quran translation by maulana sahib maulana agla sawal delhi se hai jameel akhtar sahib ka jameel akhtar sahib</w:t>
      </w:r>
      <w:r>
        <w:br/>
      </w:r>
      <w:r>
        <w:rPr>
          <w:sz w:val="20"/>
        </w:rPr>
        <w:t>1:01:07  ka unhon ne likha hai aap kehte hain ke dawat ke rastay mein koi rukawat nahi hai magar</w:t>
      </w:r>
      <w:r>
        <w:br/>
      </w:r>
      <w:r>
        <w:rPr>
          <w:sz w:val="20"/>
        </w:rPr>
        <w:t>1:01:15  islami mulk se le kar ghair islami mulk tak dawat kaam karne mein jagah jagah rukawatein hain aur</w:t>
      </w:r>
      <w:r>
        <w:br/>
      </w:r>
      <w:r>
        <w:rPr>
          <w:sz w:val="20"/>
        </w:rPr>
        <w:t>1:01:23  iski khabrein roz sunai deti hain is ke baray mein aap kya kahenge yeh bilkul galat</w:t>
      </w:r>
      <w:r>
        <w:br/>
      </w:r>
      <w:r>
        <w:rPr>
          <w:sz w:val="20"/>
        </w:rPr>
        <w:t>1:01:30  baat hai dawat ke rastay mein kahin rukawat nahi hai log chala rahe hain politics opposition is ke</w:t>
      </w:r>
      <w:r>
        <w:br/>
      </w:r>
      <w:r>
        <w:rPr>
          <w:sz w:val="20"/>
        </w:rPr>
        <w:t>1:01:38  khilaf hukumatain yani iqdam karti hain dawat ke liye kahan rukawat hai dawat nama hai peaceful peace</w:t>
      </w:r>
      <w:r>
        <w:br/>
      </w:r>
      <w:r>
        <w:rPr>
          <w:sz w:val="20"/>
        </w:rPr>
        <w:t>1:01:46  full da'wah work ka wahan kahin rukawat nahi hai lekin log kya kar rahe hain ke hukumaton ko</w:t>
      </w:r>
      <w:r>
        <w:br/>
      </w:r>
      <w:r>
        <w:rPr>
          <w:sz w:val="20"/>
        </w:rPr>
        <w:t>1:01:54  incite karna hukumaton ko mitana hukumaton ko dethrone karna yeh tareeqay chalate hain to is ke khilaf</w:t>
      </w:r>
      <w:r>
        <w:br/>
      </w:r>
      <w:r>
        <w:rPr>
          <w:sz w:val="20"/>
        </w:rPr>
        <w:t>1:02:01  hukumatain zahir hai retaliate karengi dunya ka koi mulk nahi hai including russia including china jahan peace</w:t>
      </w:r>
      <w:r>
        <w:br/>
      </w:r>
      <w:r>
        <w:rPr>
          <w:sz w:val="20"/>
        </w:rPr>
        <w:t>1:02:09  full da'wah work par koi rukawat ho lekin log kya karte hain ke har jagah jhanda utha lete</w:t>
      </w:r>
      <w:r>
        <w:br/>
      </w:r>
      <w:r>
        <w:rPr>
          <w:sz w:val="20"/>
        </w:rPr>
        <w:t>1:02:17  hain siyasat ka hundred sathi jhanda utha lete hain mislan china jo hai ek communist mulk hai wahan</w:t>
      </w:r>
      <w:r>
        <w:br/>
      </w:r>
      <w:r>
        <w:rPr>
          <w:sz w:val="20"/>
        </w:rPr>
        <w:t>1:02:24  koi rukawat nahi thi lekin shingkian gehra ek area jahan musalmanon ki majority hai to wahan jhanda utha</w:t>
      </w:r>
      <w:r>
        <w:br/>
      </w:r>
      <w:r>
        <w:rPr>
          <w:sz w:val="20"/>
        </w:rPr>
        <w:t>1:02:32  liya politics ka separate land to hukumat ne unki mukhalifatein ki to kehte hain ke dekho rukawat</w:t>
      </w:r>
      <w:r>
        <w:br/>
      </w:r>
      <w:r>
        <w:rPr>
          <w:sz w:val="20"/>
        </w:rPr>
        <w:t>1:02:40  dal rahe hain rukawat dawat ke liye nahi hai woh tumhari jhooti politics ke liye yani har jagah</w:t>
      </w:r>
      <w:r>
        <w:br/>
      </w:r>
      <w:r>
        <w:rPr>
          <w:sz w:val="20"/>
        </w:rPr>
        <w:t>1:02:48  yani be-maani qism ki politics chalai hui hain politics ke khilaf hoti hai na ke dawat ke</w:t>
      </w:r>
      <w:r>
        <w:br/>
      </w:r>
      <w:r>
        <w:rPr>
          <w:sz w:val="20"/>
        </w:rPr>
        <w:t>1:02:55  khilaf yeh bohat bari fallacy hai jis se musalman mubtala hain sari dunya mein har jagah yahi samajhte</w:t>
      </w:r>
      <w:r>
        <w:br/>
      </w:r>
      <w:r>
        <w:rPr>
          <w:sz w:val="20"/>
        </w:rPr>
        <w:t>1:03:03  hain log ke dekho bhai rukawat koi rukawat nahi hai bilkul bilashubah yeh jhooti baat hai ke rukawat</w:t>
      </w:r>
      <w:r>
        <w:br/>
      </w:r>
      <w:r>
        <w:rPr>
          <w:sz w:val="20"/>
        </w:rPr>
        <w:t>1:03:11  hai na america mein na china mein na russia mein na india mein lekin aap politics aap yani</w:t>
      </w:r>
      <w:r>
        <w:br/>
      </w:r>
      <w:r>
        <w:rPr>
          <w:sz w:val="20"/>
        </w:rPr>
        <w:t>1:03:18  jisko kehte hain politics of opposition chalayenge to hukumatain zahir hai ke aap ko khatra samjhe</w:t>
      </w:r>
      <w:r>
        <w:br/>
      </w:r>
      <w:r>
        <w:rPr>
          <w:sz w:val="20"/>
        </w:rPr>
        <w:t>1:03:26  ge apne liye isi liye maine kaha tha abhi ke yeh abal bajay maal ki politics hai</w:t>
      </w:r>
      <w:r>
        <w:br/>
      </w:r>
      <w:r>
        <w:rPr>
          <w:sz w:val="20"/>
        </w:rPr>
        <w:t>1:03:34  abal bajay maal ka jo yeh abal bajay maal ki politics ka result hai yeh dawat ka result</w:t>
      </w:r>
      <w:r>
        <w:br/>
      </w:r>
      <w:r>
        <w:rPr>
          <w:sz w:val="20"/>
        </w:rPr>
        <w:t>1:03:42  nahi hai hum is mulk mein da'wati kaam kar rahe hain aur sari dunya mein kar rahe hain</w:t>
      </w:r>
      <w:r>
        <w:br/>
      </w:r>
      <w:r>
        <w:rPr>
          <w:sz w:val="20"/>
        </w:rPr>
        <w:t>1:03:49  hamare sathi kuch in ko record nahi hai kuch bhi record nahi hai aj tak kahin record nahi</w:t>
      </w:r>
    </w:p>
    <w:p>
      <w:pPr>
        <w:pStyle w:val="Heading2"/>
      </w:pPr>
      <w:r>
        <w:t>Opinion on Lucknow High Court verdict and mosque</w:t>
      </w:r>
    </w:p>
    <w:p>
      <w:r>
        <w:rPr>
          <w:color w:val="666666"/>
          <w:sz w:val="18"/>
        </w:rPr>
        <w:t>Society &amp; Dawah · Art of Crisis Management October 3, 2010 · 4m 40s · at 1:35:42 · https://youtu.be/sKdyThFThXo?t=5742</w:t>
      </w:r>
    </w:p>
    <w:p>
      <w:r>
        <w:rPr>
          <w:i/>
        </w:rPr>
        <w:t>“We feel we must accept the Lucknow High Court verdict. What is your opinion? How can we compel the Waqf Board for not going for appeal? Should a mosque be rebuilt at the site joining the Ram Mandir?”</w:t>
      </w:r>
    </w:p>
    <w:p>
      <w:r>
        <w:rPr>
          <w:sz w:val="20"/>
        </w:rPr>
        <w:t>1:35:42  maulana, aik sawal aur poocha gaya hai dilli se. likhne walay ne apna naam nahin diya hai. poocha hai ke "we feel we must accept lucknow high court verdict.</w:t>
      </w:r>
      <w:r>
        <w:br/>
      </w:r>
      <w:r>
        <w:rPr>
          <w:sz w:val="20"/>
        </w:rPr>
        <w:t>1:35:54  what is your opinion?</w:t>
      </w:r>
      <w:r>
        <w:br/>
      </w:r>
      <w:r>
        <w:rPr>
          <w:sz w:val="20"/>
        </w:rPr>
        <w:t>1:35:56  how can we compel waqf board for not going for appeal? should a mosque be rebuilt at joining to ram mandir?" kindly comment.</w:t>
      </w:r>
      <w:r>
        <w:br/>
      </w:r>
      <w:r>
        <w:rPr>
          <w:sz w:val="20"/>
        </w:rPr>
        <w:t>1:36:07  dekhiye, aaj kal jo rujhan hai musalmanon ka hai, woh kya hai? musalmanon ka nahin, so called leaderon ka ke hum supreme court bajayen ge. yeh bilkul stepped baat hai, stepped.</w:t>
      </w:r>
      <w:r>
        <w:br/>
      </w:r>
      <w:r>
        <w:rPr>
          <w:sz w:val="20"/>
        </w:rPr>
        <w:t>1:36:21  yaani agar abhi jo judgment aaya hai, is ko musalman samajhte hain ke musalmanon ke ke sath insaaf nahin hua hai, aur aur chahte hain ke supreme court bajayen.</w:t>
      </w:r>
      <w:r>
        <w:br/>
      </w:r>
      <w:r>
        <w:rPr>
          <w:sz w:val="20"/>
        </w:rPr>
        <w:t>1:36:36  jaise suppose supreme court ka ka judgment aik dam musalmanon ke haq mein ho jaye. suppose is judgment supreme court kar de ke woh jo zameen hai, woh saari ki saari musalmanon ko de di jaye.</w:t>
      </w:r>
      <w:r>
        <w:br/>
      </w:r>
      <w:r>
        <w:rPr>
          <w:sz w:val="20"/>
        </w:rPr>
        <w:t>1:36:50  farz kijiye,</w:t>
      </w:r>
      <w:r>
        <w:br/>
      </w:r>
      <w:r>
        <w:rPr>
          <w:sz w:val="20"/>
        </w:rPr>
        <w:t>1:36:51  to aap samajhte hain ke aisa ho jayega?</w:t>
      </w:r>
      <w:r>
        <w:br/>
      </w:r>
      <w:r>
        <w:rPr>
          <w:sz w:val="20"/>
        </w:rPr>
        <w:t>1:36:56  musalmanon ne 1985 mein isi mulk mein shabanon ke muamle mein jo kiya, woh bhool gaye.</w:t>
      </w:r>
      <w:r>
        <w:br/>
      </w:r>
      <w:r>
        <w:rPr>
          <w:sz w:val="20"/>
        </w:rPr>
        <w:t>1:37:07  woh shabanon ke case jo tha, supreme court ne judgment diya apna, supreme court ne, aur saare musalmanon ke khilaaf khade hue, uth ke kaha ke hum nahi mante is ko,</w:t>
      </w:r>
      <w:r>
        <w:br/>
      </w:r>
      <w:r>
        <w:rPr>
          <w:sz w:val="20"/>
        </w:rPr>
        <w:t>1:37:20  radd kar diya is faisle ko. to jo musalmanon ne kiya, woh hindu ke yaani hindu ko is ka haq nahi hai. agar musalman samajhte hain ke hamara right hai ke hum supreme court ke faisle ko na manen, to aap kya aap samajhte hain ke hindu ka right nahi hai?</w:t>
      </w:r>
      <w:r>
        <w:br/>
      </w:r>
      <w:r>
        <w:rPr>
          <w:sz w:val="20"/>
        </w:rPr>
        <w:t>1:37:35  yeh to suppose supreme court faisla de de aap ke haq mein, tab bhi woh chalne wala nahi hai. to hindu committee khadi ho jayegi ke hum nahi mante, jaise ke aap khade hue shabanon ke muamle mein.</w:t>
      </w:r>
      <w:r>
        <w:br/>
      </w:r>
      <w:r>
        <w:rPr>
          <w:sz w:val="20"/>
        </w:rPr>
        <w:t>1:37:48  yeh sab bilkul stepped baaten hain, ahmaqana baaten hain, kuch nahi. aap is ko full stop lagaiye, koi kaam mat lagaiye.</w:t>
      </w:r>
      <w:r>
        <w:br/>
      </w:r>
      <w:r>
        <w:rPr>
          <w:sz w:val="20"/>
        </w:rPr>
        <w:t>1:37:59  jo log yeh kehte hain ke out of court is ko decide kiya jaye, dono committee mil kar ke, woh is baat se ke aap phir kaam laga rahe hain.</w:t>
      </w:r>
      <w:r>
        <w:br/>
      </w:r>
      <w:r>
        <w:rPr>
          <w:sz w:val="20"/>
        </w:rPr>
        <w:t>1:38:09  jo yeh kehte hain ke supreme court mein hum jayen, is ka matlab woh kaam laga rahe hain.</w:t>
      </w:r>
      <w:r>
        <w:br/>
      </w:r>
      <w:r>
        <w:rPr>
          <w:sz w:val="20"/>
        </w:rPr>
        <w:t>1:38:14  main ne bar bar yeh kaha hai ke is mein kaam lagayenge to lagta hi rahega kaam, forever. aap full stop lagaiye, kahin na kahin rok dijiye. bas to ab jo ab jo sahi stand musalmanon ka hona chahiye, woh yeh hona chahiye ke court ke jo bhi faisle hote hain,</w:t>
      </w:r>
      <w:r>
        <w:br/>
      </w:r>
      <w:r>
        <w:rPr>
          <w:sz w:val="20"/>
        </w:rPr>
        <w:t>1:38:32  us ko implement karne ki zimmedari hoti hai government ki, administration ki.</w:t>
      </w:r>
      <w:r>
        <w:br/>
      </w:r>
      <w:r>
        <w:rPr>
          <w:sz w:val="20"/>
        </w:rPr>
        <w:t>1:38:37  to jo faisla kiya hai court ne, ab ab court ke faisle ke baad ab jo kaam hai, government ka shuru hota hai.</w:t>
      </w:r>
      <w:r>
        <w:br/>
      </w:r>
      <w:r>
        <w:rPr>
          <w:sz w:val="20"/>
        </w:rPr>
        <w:t>1:38:45  government ko implement kare. agar government ke nazdeek faisle mein koi lacuna hai, to us ko clarify karwaye khud government.</w:t>
      </w:r>
      <w:r>
        <w:br/>
      </w:r>
      <w:r>
        <w:rPr>
          <w:sz w:val="20"/>
        </w:rPr>
        <w:t>1:38:57  government clarify karwaye phir se is se. musalman is se alag ho jayen, bilkul</w:t>
      </w:r>
      <w:r>
        <w:br/>
      </w:r>
      <w:r>
        <w:rPr>
          <w:sz w:val="20"/>
        </w:rPr>
        <w:t>1:39:01  musalman ka role khatam ho gaya. aur kaam lagayenge to kamal lagta rahega, yahan tak ke aap barbaad hote rahenge. aur koi kahin bhi yaani kabhi kabhi bhi cheez se decide nahi ho gaya, kabhi bhi nahi hogi decide.</w:t>
      </w:r>
      <w:r>
        <w:br/>
      </w:r>
      <w:r>
        <w:rPr>
          <w:sz w:val="20"/>
        </w:rPr>
        <w:t>1:39:18  yeh now and never ka muamla hai, yaani aaj ya to aaj aap full stop laga dijiye, aur nahi to kabhi full stop nahi lagega.</w:t>
      </w:r>
      <w:r>
        <w:br/>
      </w:r>
      <w:r>
        <w:rPr>
          <w:sz w:val="20"/>
        </w:rPr>
        <w:t>1:39:29  main ne 1952 mein bhi kaha tha ke full stop lagao aur kaam mat lagao, nahi to lagta ja ke kaam aaye, ek ke baad ek ke baad ek baat. wohi ho raha hai, 60 baras se kaam lag rahe hain, to abhi 60 baras aur kaam lagte rahenge,</w:t>
      </w:r>
      <w:r>
        <w:br/>
      </w:r>
      <w:r>
        <w:rPr>
          <w:sz w:val="20"/>
        </w:rPr>
        <w:t>1:39:43  kuch bhi nahi. musalman is muamle mein khamosh ho jayen, aur yeh man len ke adalat ka faisla jo hai, us ko implement karna government ka kaam hai, woh kare.</w:t>
      </w:r>
      <w:r>
        <w:br/>
      </w:r>
      <w:r>
        <w:rPr>
          <w:sz w:val="20"/>
        </w:rPr>
        <w:t>1:39:56  clarification chahiye government ko, to woh khud pooche court se. ab ab kaam government ka hai, musalmanon ka kuch bhi nahi hai. maulana, yeh sawal matlab is se peace, is se peace qaim hoga, normality qaim hogi.</w:t>
      </w:r>
      <w:r>
        <w:br/>
      </w:r>
      <w:r>
        <w:rPr>
          <w:sz w:val="20"/>
        </w:rPr>
        <w:t>1:40:12  hindu muslimon ke taalluqat jo hain, woh normal ho jayenge, aur woh supreme hai. woh isi ko main supreme samajhta hoon.</w:t>
      </w:r>
    </w:p>
    <w:p>
      <w:pPr>
        <w:pStyle w:val="Heading2"/>
      </w:pPr>
      <w:r>
        <w:t>Opinion on consumerism in the hall</w:t>
      </w:r>
    </w:p>
    <w:p>
      <w:r>
        <w:rPr>
          <w:color w:val="666666"/>
          <w:sz w:val="18"/>
        </w:rPr>
        <w:t>Society &amp; Dawah · Age of Consumerism January 6, 2013 · 2m 38s · at 1:18:21 · https://youtu.be/zJRZ1OKUhgA?t=4701</w:t>
      </w:r>
    </w:p>
    <w:p>
      <w:r>
        <w:rPr>
          <w:i/>
        </w:rPr>
        <w:t>“I can see lots of consumerism like Apple laptops, desktops, and Android phones in the hall. What is your opinion?”</w:t>
      </w:r>
    </w:p>
    <w:p>
      <w:r>
        <w:rPr>
          <w:sz w:val="20"/>
        </w:rPr>
        <w:t>1:18:21  maulana, unka ek aur sawal hai. unhone likha hai: "i can see here in the hall lots of consumerism like apple laptop, desktop and android mobile phones, etcetera.</w:t>
      </w:r>
      <w:r>
        <w:br/>
      </w:r>
      <w:r>
        <w:rPr>
          <w:sz w:val="20"/>
        </w:rPr>
        <w:t>1:18:34  they all are in front of your eyes. what is your opinion?" is mani mein aap ne meri baat samjhi nahi, aap ne suna bhi nahi meri baat ko. shayad aap apne mani mein jee rahe the, aap yahan nahi the, yahan par yahan nahi the.</w:t>
      </w:r>
      <w:r>
        <w:br/>
      </w:r>
      <w:r>
        <w:rPr>
          <w:sz w:val="20"/>
        </w:rPr>
        <w:t>1:18:48  aap aap</w:t>
      </w:r>
      <w:r>
        <w:br/>
      </w:r>
      <w:r>
        <w:rPr>
          <w:sz w:val="20"/>
        </w:rPr>
        <w:t>1:18:50  is se pehle jahan the, wahin abhi bhi wahin the. aap dekhiye, hamein hum ek commission chala rahe hain, ek global mission, international mission.</w:t>
      </w:r>
      <w:r>
        <w:br/>
      </w:r>
      <w:r>
        <w:rPr>
          <w:sz w:val="20"/>
        </w:rPr>
        <w:t>1:19:00  apni baat ko saare duniya mein pahunchana hai, to aap kaise pahunchayenge? yahan jitni cheezein aap dekhenge, sab zaroorat ki cheezein hain. yaani global modern communication jeete hain hum.</w:t>
      </w:r>
      <w:r>
        <w:br/>
      </w:r>
      <w:r>
        <w:rPr>
          <w:sz w:val="20"/>
        </w:rPr>
        <w:t>1:19:13  hamein ek global mission hum chala rahe hain, to kaise chalayenge? bataiye, is ke baghair chalayenge aap?</w:t>
      </w:r>
      <w:r>
        <w:br/>
      </w:r>
      <w:r>
        <w:rPr>
          <w:sz w:val="20"/>
        </w:rPr>
        <w:t>1:19:19  to ek cheez hoti hai, yaani apni shauk ko poora karna, apni khwahish ko poora karna, apni shaan o shaukat ko poora karna, woh ek alag cheez hai.</w:t>
      </w:r>
      <w:r>
        <w:br/>
      </w:r>
      <w:r>
        <w:rPr>
          <w:sz w:val="20"/>
        </w:rPr>
        <w:t>1:19:30  yeh to bilkul zaroorat ki cheezein hain. yeh mission ke aitbaar se dekhiye, is ko mission ke aitbaar se. mere khayal se aap yahan tashreef rakhte honge, lekin aap maujood nahi yahan par hain.</w:t>
      </w:r>
      <w:r>
        <w:br/>
      </w:r>
      <w:r>
        <w:rPr>
          <w:sz w:val="20"/>
        </w:rPr>
        <w:t>1:19:44  meri baaton ko suna nahi aap ne.</w:t>
      </w:r>
      <w:r>
        <w:br/>
      </w:r>
      <w:r>
        <w:rPr>
          <w:sz w:val="20"/>
        </w:rPr>
        <w:t>1:19:49  ek fard woh hai jo bas kahin kamre mein jee raha hai, uska maamla alag hai. lekin jo jo man of mission hai, uske maamlaat alag hote hain. man of mission ki zaroorat hai ke is waqt telephone ho, uske paas computer ho, uske paas laptop ho taake saari duniya mein apni baat ko pahuncha sake.</w:t>
      </w:r>
      <w:r>
        <w:br/>
      </w:r>
      <w:r>
        <w:rPr>
          <w:sz w:val="20"/>
        </w:rPr>
        <w:t>1:20:06  woh to aap aap is aitbaar se dekhiye ke meri personal life ko aap dekhiye, mere kamre mein ke main kaise rehta hoon.</w:t>
      </w:r>
      <w:r>
        <w:br/>
      </w:r>
      <w:r>
        <w:rPr>
          <w:sz w:val="20"/>
        </w:rPr>
        <w:t>1:20:17  mission ke aitbaar se main kya kar raha hoon, is ko is is se mat naapiye. aap meri jo personal life hai ke main kapda kaisa hai, meri kursi kaisi hai, mera khana kaisa hai, woh ek alag cheez hai.</w:t>
      </w:r>
      <w:r>
        <w:br/>
      </w:r>
      <w:r>
        <w:rPr>
          <w:sz w:val="20"/>
        </w:rPr>
        <w:t>1:20:31  is ko alag kar ke dekhiye. aur doosri ke mission ko chalane ke liye main kya kar raha hoon, woh ek alag cheez hai. ya to mission ko aap band kar dein.</w:t>
      </w:r>
      <w:r>
        <w:br/>
      </w:r>
      <w:r>
        <w:rPr>
          <w:sz w:val="20"/>
        </w:rPr>
        <w:t>1:20:41  yeh age jo hai, yeh is mein is age mein hum ko apni baat ko saari duniya tak pahunchana hai, to kaise pahunchayen? bataiye, most modern technique jo hai, woh hum istemaal karenge is ko kyunke woh hamare man ambition ki zaroorat hai.</w:t>
      </w:r>
      <w:r>
        <w:br/>
      </w:r>
      <w:r>
        <w:rPr>
          <w:sz w:val="20"/>
        </w:rPr>
        <w:t>1:20:56  woh</w:t>
      </w:r>
    </w:p>
    <w:p>
      <w:pPr>
        <w:pStyle w:val="Heading2"/>
      </w:pPr>
      <w:r>
        <w:t>Opposite effect of modern civilization</w:t>
      </w:r>
    </w:p>
    <w:p>
      <w:r>
        <w:rPr>
          <w:color w:val="666666"/>
          <w:sz w:val="18"/>
        </w:rPr>
        <w:t>Society &amp; Dawah · Discovery of Paradise March 22, 2015 · 2m 12s · at 58:06 · https://youtu.be/2axrfd7sZkE?t=3486</w:t>
      </w:r>
    </w:p>
    <w:p>
      <w:r>
        <w:rPr>
          <w:i/>
        </w:rPr>
        <w:t>“Modern civilization was supposed to make people happy and comfortable, but today we see more cases of depression, tension, suicide and murder. Why this opposite effect?”</w:t>
      </w:r>
    </w:p>
    <w:p>
      <w:r>
        <w:rPr>
          <w:sz w:val="20"/>
        </w:rPr>
        <w:t>58:06  maulana, agla sawal bangalore se kiya hai. maulana, agla sawal bangalore se kiya hai mr. ravi ne, aur unhon ne likha hai ke: "modern civilization was supposed to make people happy and comfortable,</w:t>
      </w:r>
      <w:r>
        <w:br/>
      </w:r>
      <w:r>
        <w:rPr>
          <w:sz w:val="20"/>
        </w:rPr>
        <w:t>58:23  but today we see more cases of depression, tension, suicide and murder.</w:t>
      </w:r>
      <w:r>
        <w:br/>
      </w:r>
      <w:r>
        <w:rPr>
          <w:sz w:val="20"/>
        </w:rPr>
        <w:t>58:30  This is much much more than when civilization was not so modern in earlier periods. Why this opposite effect?</w:t>
      </w:r>
      <w:r>
        <w:br/>
      </w:r>
      <w:r>
        <w:rPr>
          <w:sz w:val="20"/>
        </w:rPr>
        <w:t>58:40  واٹ از دا ریزن اکارڈنگ ٹو یو مولانا؟" دیکھیں، میرے علم میں تو کوئی بھی شخص نہیں جو یہ کلیم کرے کہ ماڈرن سویلائزیشن نے لوگوں کو ہیپینس دیا ہے۔</w:t>
      </w:r>
      <w:r>
        <w:br/>
      </w:r>
      <w:r>
        <w:rPr>
          <w:sz w:val="20"/>
        </w:rPr>
        <w:t>58:51  ایسا کوئی مجھے نہیں معلوم۔</w:t>
      </w:r>
      <w:r>
        <w:br/>
      </w:r>
      <w:r>
        <w:rPr>
          <w:sz w:val="20"/>
        </w:rPr>
        <w:t>58:55  ماڈرن سویلائزیشن چاہتی تھی دینا ہیپینس، یعنی لیکن مل گئی ہے، وہ چیز اچیو ہو گئی ہے۔</w:t>
      </w:r>
      <w:r>
        <w:br/>
      </w:r>
      <w:r>
        <w:rPr>
          <w:sz w:val="20"/>
        </w:rPr>
        <w:t>59:05  تو کوئی بھی نہیں کلیم کر</w:t>
      </w:r>
      <w:r>
        <w:br/>
      </w:r>
      <w:r>
        <w:rPr>
          <w:sz w:val="20"/>
        </w:rPr>
        <w:t>59:06  تا۔ جیسے مثال کے طور پر دیکھیں، لارڈ بارڈن رسل، جو برٹش پلاسفر ہے، کچھ کتاب ہے ہیپینس، اسی پر ہے۔</w:t>
      </w:r>
      <w:r>
        <w:br/>
      </w:r>
      <w:r>
        <w:rPr>
          <w:sz w:val="20"/>
        </w:rPr>
        <w:t>59:15  اس نے کہا کہ ہیپینس جو ہے، ہم نہیں پا سکے۔ ہیپینس شاید اچیوبلی نہیں ہے۔ تو ماڈرن سویلائزیشن نے انسان کے لیے کچھ نئی اپرچونیٹیز دی ہیں، یہ صحیح ہے۔</w:t>
      </w:r>
      <w:r>
        <w:br/>
      </w:r>
      <w:r>
        <w:rPr>
          <w:sz w:val="20"/>
        </w:rPr>
        <w:t>59:29  مثلاً، یہ جو ہے کمیونیکیشن پہلے نہیں تھا، لیکن یہ کہنا صحیح نہیں ہے کہ اس نے ہیپینس بھی دے دی۔</w:t>
      </w:r>
      <w:r>
        <w:br/>
      </w:r>
      <w:r>
        <w:rPr>
          <w:sz w:val="20"/>
        </w:rPr>
        <w:t>59:39  دے دی ہے، یہ تو کوئی بھی کلیم نہیں کرتا۔ میرے خیال سے چاہا تھا کہ ہیپینس دے دے سکے وہ، لیکن وہ یعنی پیکٹلی دے دیا انہوں نے۔</w:t>
      </w:r>
      <w:r>
        <w:br/>
      </w:r>
      <w:r>
        <w:rPr>
          <w:sz w:val="20"/>
        </w:rPr>
        <w:t>59:50  ایسا تو نہیں ہے، بلکہ اس تجربے سے پتہ چلتا ہے کہ مٹیریل سویلائزیشن کے سوا کچھ اور ہمیں چاہیے۔</w:t>
      </w:r>
      <w:r>
        <w:br/>
      </w:r>
      <w:r>
        <w:rPr>
          <w:sz w:val="20"/>
        </w:rPr>
        <w:t>1:00:01  جو مٹیریل کلچر ہے، یا مٹیریل سویلائزیشن ہے، یا مٹیریل ڈیولپمنٹ ہے، اس کے سوا کچھ اور ہمیں چاہیے، تب ہمیں ریئل ہیپینس ملے گی۔</w:t>
      </w:r>
      <w:r>
        <w:br/>
      </w:r>
      <w:r>
        <w:rPr>
          <w:sz w:val="20"/>
        </w:rPr>
        <w:t>1:00:12  اس ایکسپیرینس سے تو یہ بات ثابت ہوتی ہے۔</w:t>
      </w:r>
    </w:p>
    <w:p>
      <w:pPr>
        <w:pStyle w:val="Heading2"/>
      </w:pPr>
      <w:r>
        <w:t>Option for CPS members in Pakistan</w:t>
      </w:r>
    </w:p>
    <w:p>
      <w:r>
        <w:rPr>
          <w:color w:val="666666"/>
          <w:sz w:val="18"/>
        </w:rPr>
        <w:t>Society &amp; Dawah · Experience of Hyderabad CPS Meet December 1, 2013 · 2m 01s · at 1:06:53 · https://youtu.be/Y8mcxF2Lhyc?t=4013</w:t>
      </w:r>
    </w:p>
    <w:p>
      <w:r>
        <w:rPr>
          <w:i/>
        </w:rPr>
        <w:t>“What is the option for CPS members living in Pakistan regarding staying in Pakistan? Please explain.”</w:t>
      </w:r>
    </w:p>
    <w:p>
      <w:r>
        <w:rPr>
          <w:sz w:val="20"/>
        </w:rPr>
        <w:t>1:06:53  maulana, agla sawal pakistan se kiya hai aamir aamir bin yusuf sahib ne. unhon ne likha hai: "maulana sahib, jo cps ke members pakistan mein rehte hain, un ke liye pakistan mein rehne ka kya option hai?</w:t>
      </w:r>
      <w:r>
        <w:br/>
      </w:r>
      <w:r>
        <w:rPr>
          <w:sz w:val="20"/>
        </w:rPr>
        <w:t>1:07:09  is ke baray mein batayen." option ka kya matlab</w:t>
      </w:r>
      <w:r>
        <w:br/>
      </w:r>
      <w:r>
        <w:rPr>
          <w:sz w:val="20"/>
        </w:rPr>
        <w:t>1:07:13  bhai? woh yeh mein samajh nahin aaya. is sawal ka matlab hi nahin samajh mein aaya. option ka kya matlab bhai? aap jahan bhi rahen, aap ek hi sab ka woh apne liye marifat, doosre ki dawat hai.</w:t>
      </w:r>
      <w:r>
        <w:br/>
      </w:r>
      <w:r>
        <w:rPr>
          <w:sz w:val="20"/>
        </w:rPr>
        <w:t>1:07:29  ji chahe pakistan mein ho, india mein ho, option ki baat to yeh hai hi nahin. matlab jo zimmedari hai quran sunnat ke aitbar se, woh yeh hai ke mujhe apne liye marifat hasil karna hai.</w:t>
      </w:r>
      <w:r>
        <w:br/>
      </w:r>
      <w:r>
        <w:rPr>
          <w:sz w:val="20"/>
        </w:rPr>
        <w:t>1:07:43  isi marifat se ibadat, akhlaq sab paida hongi aur doosron ke liye dawat daai banna hai, khair khwah bankar ke. yeh yeh two point mission hai.</w:t>
      </w:r>
      <w:r>
        <w:br/>
      </w:r>
      <w:r>
        <w:rPr>
          <w:sz w:val="20"/>
        </w:rPr>
        <w:t>1:07:53  yeh marifat aur dawat, bhai woh bhi karen.</w:t>
      </w:r>
      <w:r>
        <w:br/>
      </w:r>
      <w:r>
        <w:rPr>
          <w:sz w:val="20"/>
        </w:rPr>
        <w:t>1:07:58  baqi wahan jo ladai bhadai ho rahi hai, main usko galat samajhta hoon. aur tarah tarah ki yaani ladaiyan wahan pe chal rahi hain.</w:t>
      </w:r>
      <w:r>
        <w:br/>
      </w:r>
      <w:r>
        <w:rPr>
          <w:sz w:val="20"/>
        </w:rPr>
        <w:t>1:08:08  aur sab se zyada tawakkud to yeh hai ke shatme rasool ka jo qanoon unke haan hai,</w:t>
      </w:r>
      <w:r>
        <w:br/>
      </w:r>
      <w:r>
        <w:rPr>
          <w:sz w:val="20"/>
        </w:rPr>
        <w:t>1:08:14  bas koi rumor kahin hogi ke isne rasool Allah ke shatme kiya hai aur ja ke marte hain, jalate hain, phoonkte hain. yeh to yaani yeh to bas bataoon ke koi iski mere paas alfaaz nahin ke kin alfaaz mein isko kardab karoon.</w:t>
      </w:r>
      <w:r>
        <w:br/>
      </w:r>
      <w:r>
        <w:rPr>
          <w:sz w:val="20"/>
        </w:rPr>
        <w:t>1:08:28  main isko islam ko badnaam karna hai, islam ke naam par islam ko badnaam karna hai.</w:t>
      </w:r>
      <w:r>
        <w:br/>
      </w:r>
      <w:r>
        <w:rPr>
          <w:sz w:val="20"/>
        </w:rPr>
        <w:t>1:08:37  is tarah ke qanoon ko main bilkul galat samajhta hoon.</w:t>
      </w:r>
      <w:r>
        <w:br/>
      </w:r>
      <w:r>
        <w:rPr>
          <w:sz w:val="20"/>
        </w:rPr>
        <w:t>1:08:41  yeh galat qanoon hai. yeh shayad mere rasool ki qatl, shayad iske peeche shah ibn taimiya ho ya koi bhi ho, behraal main isko galat samajhta hoon.</w:t>
      </w:r>
      <w:r>
        <w:br/>
      </w:r>
      <w:r>
        <w:rPr>
          <w:sz w:val="20"/>
        </w:rPr>
        <w:t>1:08:49  main ne kitab likhi hai.</w:t>
      </w:r>
    </w:p>
    <w:p>
      <w:pPr>
        <w:pStyle w:val="Heading2"/>
      </w:pPr>
      <w:r>
        <w:t>Origin of falsehood in community</w:t>
      </w:r>
    </w:p>
    <w:p>
      <w:r>
        <w:rPr>
          <w:color w:val="666666"/>
          <w:sz w:val="18"/>
        </w:rPr>
        <w:t>Society &amp; Dawah · Realistic Approach March 30, 2014 Maulana Wahiduddin Khan · 4m 51s · at 1:10:56 · https://youtu.be/K36UonBsGlA?t=4256</w:t>
      </w:r>
    </w:p>
    <w:p>
      <w:r>
        <w:rPr>
          <w:i/>
        </w:rPr>
        <w:t>“How does a sense of falsehood arise within a community?”</w:t>
      </w:r>
    </w:p>
    <w:p>
      <w:r>
        <w:rPr>
          <w:sz w:val="20"/>
        </w:rPr>
        <w:t>1:10:56  maulana, agla sawal dilli se kya hai miss raziya siddiqui ne. unhon ne aap se poocha hai: "how does a sense of falsehood arise within a community؟" is ke baray mein batayein.</w:t>
      </w:r>
      <w:r>
        <w:br/>
      </w:r>
      <w:r>
        <w:rPr>
          <w:sz w:val="20"/>
        </w:rPr>
        <w:t>1:11:12  dekhiye, yeh woh jo kaha tha woh stefire skilar ne, wohi is ka behtareen jawab hai ke paranoia.</w:t>
      </w:r>
      <w:r>
        <w:br/>
      </w:r>
      <w:r>
        <w:rPr>
          <w:sz w:val="20"/>
        </w:rPr>
        <w:t>1:11:24  angrezi mein ek lafz hai paranoia. yani paranoia develop karta hai. paranoia ka matlab hota hai.</w:t>
      </w:r>
      <w:r>
        <w:br/>
      </w:r>
      <w:r>
        <w:rPr>
          <w:sz w:val="20"/>
        </w:rPr>
        <w:t>1:11:35  jisko hum kehte hain persian mein padram sultan bood. mera baap badshah tha. to khud to kuch hai hi nahi.</w:t>
      </w:r>
      <w:r>
        <w:br/>
      </w:r>
      <w:r>
        <w:rPr>
          <w:sz w:val="20"/>
        </w:rPr>
        <w:t>1:11:46  baap badshah tha, us par fakhr kar rahe hain. yeh hai paranoia. yeh to jab bhi aadmi.</w:t>
      </w:r>
      <w:r>
        <w:br/>
      </w:r>
      <w:r>
        <w:rPr>
          <w:sz w:val="20"/>
        </w:rPr>
        <w:t>1:11:54  to musalmanon ka mamla yeh hai ke ek zamana tha ke un ki hukoomatein theen, un ka empire tha. unhon ne taj mahal banaya, lal qila banaya, qutub numa banaya.</w:t>
      </w:r>
      <w:r>
        <w:br/>
      </w:r>
      <w:r>
        <w:rPr>
          <w:sz w:val="20"/>
        </w:rPr>
        <w:t>1:12:03  ek daur tha woh. to ab to woh daur khatam ho gaya. ab to kuch bhi un ke paas nahi hai. lekin kitabein jo hamari likhi gayeen, mere nazdeek jitni kitabein likhi ja rahi theen is zamane ke, sab ne ek bohat bara yani ek bura kaam kiya apni qaum ke sath ke tareekh ke zariye unhein ubharna chaha.</w:t>
      </w:r>
      <w:r>
        <w:br/>
      </w:r>
      <w:r>
        <w:rPr>
          <w:sz w:val="20"/>
        </w:rPr>
        <w:t>1:12:27  yani tareekh ko yaad dila kar unhein ubharna chaha. yeh main hairaan hoon ke yeh logon ke paas aqal thi ke aqal ke siwa koi aur cheez un ke dimaghon mein thi. yeh guzri hui tareekh se aap kisi qaum ko ubharein ge to kya paida hoga?</w:t>
      </w:r>
      <w:r>
        <w:br/>
      </w:r>
      <w:r>
        <w:rPr>
          <w:sz w:val="20"/>
        </w:rPr>
        <w:t>1:12:40  yani false pride aaye ga. sare musalman is zamane ke jo hain, jo leader hain, jo leader hain, jo kitabein likhein, mujhe kisi ka exception nahi maloom ke mazi ki jo azmatein hain, us ko yaad dila kar ke unhein ubharna.</w:t>
      </w:r>
      <w:r>
        <w:br/>
      </w:r>
      <w:r>
        <w:rPr>
          <w:sz w:val="20"/>
        </w:rPr>
        <w:t>1:12:59  is se to false pride paida hoga. wohi paida hua. to musalmanon mein jo paranoic character hai, woh is ke zimmedar yahi muslim rehnuma, muslim writer aur muslim mustahiqeen hain.</w:t>
      </w:r>
      <w:r>
        <w:br/>
      </w:r>
      <w:r>
        <w:rPr>
          <w:sz w:val="20"/>
        </w:rPr>
        <w:t>1:13:15  aap musalmanon ki jo bhi kitab le ke padhiye, sab mein wohi mazi ki azmatein bayan ki jayengi. hum yeh thay, hum woh thay. hum yeh thay, hum woh thay.</w:t>
      </w:r>
      <w:r>
        <w:br/>
      </w:r>
      <w:r>
        <w:rPr>
          <w:sz w:val="20"/>
        </w:rPr>
        <w:t>1:13:27  hum hi thay, yani kya hai woh, hum hi chhaye hue thay sharq se ta gharb duniya mein.</w:t>
      </w:r>
      <w:r>
        <w:br/>
      </w:r>
      <w:r>
        <w:rPr>
          <w:sz w:val="20"/>
        </w:rPr>
        <w:t>1:13:36  hum hi chhaye hue thay sharq se ta gharb duniya mein. na tha pala kisi muslim ka duniya mein gira hum se.</w:t>
      </w:r>
      <w:r>
        <w:br/>
      </w:r>
      <w:r>
        <w:rPr>
          <w:sz w:val="20"/>
        </w:rPr>
        <w:t>1:13:47  to yahi cheez hai ke woh azmat jo chali gayi, us ko yaad dila kar ke aap unhein chahte hain, unhein revive karna.</w:t>
      </w:r>
      <w:r>
        <w:br/>
      </w:r>
      <w:r>
        <w:rPr>
          <w:sz w:val="20"/>
        </w:rPr>
        <w:t>1:13:57  to is se koi positive soch nahi aayegi. is se false pride aayega. wohi aa gaya musalmanon mein. is ke zimmedar wohi log hain jinhon ne is zamane mein musalmanon ko qadeem tareekh yaad dila kar ke unhein dobara ubharna chaha.</w:t>
      </w:r>
      <w:r>
        <w:br/>
      </w:r>
      <w:r>
        <w:rPr>
          <w:sz w:val="20"/>
        </w:rPr>
        <w:t>1:14:14  koi shayar ne kaha tha ke: "hudaira nawara talakh termiden chazooq naghma kamyabi hudaira teez tar mikhana cho mahmal na garan bini." yahi sab cheez hai jis ne musalmanon ko yeh halat kar rakhi hai.</w:t>
      </w:r>
      <w:r>
        <w:br/>
      </w:r>
      <w:r>
        <w:rPr>
          <w:sz w:val="20"/>
        </w:rPr>
        <w:t>1:14:29  yani jo musalman paranoic character ban gaye, is ki zimmedari khud un par nahi hai. un ke rehnumaon par hai. jinhon ne mamle ko samjhe baghair ek galat rehnumai deen unhein.</w:t>
      </w:r>
      <w:r>
        <w:br/>
      </w:r>
      <w:r>
        <w:rPr>
          <w:sz w:val="20"/>
        </w:rPr>
        <w:t>1:14:46  okay, we will end this session now</w:t>
      </w:r>
      <w:r>
        <w:br/>
      </w:r>
      <w:r>
        <w:rPr>
          <w:sz w:val="20"/>
        </w:rPr>
        <w:t>1:14:48  . thank you.</w:t>
      </w:r>
    </w:p>
    <w:p>
      <w:pPr>
        <w:pStyle w:val="Heading2"/>
      </w:pPr>
      <w:r>
        <w:t>Overcoming Tough Times for Muslims</w:t>
      </w:r>
    </w:p>
    <w:p>
      <w:r>
        <w:rPr>
          <w:color w:val="666666"/>
          <w:sz w:val="18"/>
        </w:rPr>
        <w:t>Society &amp; Dawah · The Age of Alternative April 24, 2016 · 2m 20s · at 51:52 · https://youtu.be/JoilI-TK4Ig?t=3112</w:t>
      </w:r>
    </w:p>
    <w:p>
      <w:r>
        <w:rPr>
          <w:i/>
        </w:rPr>
        <w:t>“Islam and Muslims are going through one of the toughest times ever. Any suggestion to get through this situation and be as respected as we all were before?”</w:t>
      </w:r>
    </w:p>
    <w:p>
      <w:r>
        <w:rPr>
          <w:sz w:val="20"/>
        </w:rPr>
        <w:t>51:52  koi weight nahi hai is ka. maulana, agla sawal lete hain jo zakariya fazil sahib ne bheja hai. unhon ne likha hai ke: "islam and muslims are going through one of the toughest time ever.</w:t>
      </w:r>
      <w:r>
        <w:br/>
      </w:r>
      <w:r>
        <w:rPr>
          <w:sz w:val="20"/>
        </w:rPr>
        <w:t>52:05  any suggestion to get through this situation and be as respected as we all were before?"</w:t>
      </w:r>
      <w:r>
        <w:br/>
      </w:r>
      <w:r>
        <w:rPr>
          <w:sz w:val="20"/>
        </w:rPr>
        <w:t>52:13  " main is ko nahi manta. toughest time nahi hai, best time hai. kahan toughest time hai?</w:t>
      </w:r>
      <w:r>
        <w:br/>
      </w:r>
      <w:r>
        <w:rPr>
          <w:sz w:val="20"/>
        </w:rPr>
        <w:t>52:23  main ek parhta hoon, hyderabad mein tha, ek jalsa tha musalmanon ka, yahi baat kahi gayi thi. to unhon ne kaha yahan itne sare log hain, koi ek shakhs khara ho kar kahe ke 47 se pehle is ki family bohat achhe halat mein thi, aaj barbaad halat mein hai.</w:t>
      </w:r>
      <w:r>
        <w:br/>
      </w:r>
      <w:r>
        <w:rPr>
          <w:sz w:val="20"/>
        </w:rPr>
        <w:t>52:40  ek ek ek shakhs hi khara hua to toughest kahan hai? time hai. har family jo hai, aaj pehle se behtar hai. har family pehle se behtar hai.</w:t>
      </w:r>
      <w:r>
        <w:br/>
      </w:r>
      <w:r>
        <w:rPr>
          <w:sz w:val="20"/>
        </w:rPr>
        <w:t>52:49  har masjid, har madrasa pehle se behtar hai. yeh kahan toughest kahan hai? yeh to ek ek rumour hai. kisi masjid mein jaiye, kisi madrasa mein jaiye, shandar buildingen ban rahi hain, pehle zyada student hain, pehle zyada un ke paas paisa hai,</w:t>
      </w:r>
      <w:r>
        <w:br/>
      </w:r>
      <w:r>
        <w:rPr>
          <w:sz w:val="20"/>
        </w:rPr>
        <w:t>53:05  bade bade jalse kar rahe hain. toughest kahan hai? yeh to yeh to bas rumour hai. toughest best time hai, yeh best time hai. maulana, aksar musalman is liye toughest time kehte hain kyunke har jagah media mein islam ko as a religion of violence bataya ja raha hai aur musalmanon ko musalman mehsoos karte hain ke un ko target kiya ja raha hai.</w:t>
      </w:r>
      <w:r>
        <w:br/>
      </w:r>
      <w:r>
        <w:rPr>
          <w:sz w:val="20"/>
        </w:rPr>
        <w:t>53:29  to is sense mein woh toughest time mante hain is ko. koi media yeh nahi kehta ke yeh islam is religion of violence.</w:t>
      </w:r>
      <w:r>
        <w:br/>
      </w:r>
      <w:r>
        <w:rPr>
          <w:sz w:val="20"/>
        </w:rPr>
        <w:t>53:38  woh khabron ko chhapta hai, aap news create karte hain, woh chhapta hai. aap bataiye kaun sa media hai jo yeh kehta hai ke islam is religion of violence?</w:t>
      </w:r>
      <w:r>
        <w:br/>
      </w:r>
      <w:r>
        <w:rPr>
          <w:sz w:val="20"/>
        </w:rPr>
        <w:t>53:47  kaun kehta hai woh? woh khabrein chhapte hain to aap khabrein create mat kijiye, aap bomb mat mariye, aap gun kachar mat chalaiye. to media jo hai, woh news agency hai.</w:t>
      </w:r>
      <w:r>
        <w:br/>
      </w:r>
      <w:r>
        <w:rPr>
          <w:sz w:val="20"/>
        </w:rPr>
        <w:t>54:03  news agency, woh koi fatwa dena engineer ka kaam nahi hai. to aap news create karte hain to news aati hai, news mat create kiye to nahi aayegi.</w:t>
      </w:r>
    </w:p>
    <w:p>
      <w:pPr>
        <w:pStyle w:val="Heading2"/>
      </w:pPr>
      <w:r>
        <w:t>Overcoming inhibitions for dawah</w:t>
      </w:r>
    </w:p>
    <w:p>
      <w:r>
        <w:rPr>
          <w:color w:val="666666"/>
          <w:sz w:val="18"/>
        </w:rPr>
        <w:t>Society &amp; Dawah · How God Manages Human History December 23, 2018 · 3m 35s · at 1:20:59 · https://youtu.be/j_yxigrCl5U?t=4859</w:t>
      </w:r>
    </w:p>
    <w:p>
      <w:r>
        <w:rPr>
          <w:i/>
        </w:rPr>
        <w:t>“How to overcome our inhibitions for doing da'wah work? Please explain about this.”</w:t>
      </w:r>
    </w:p>
    <w:p>
      <w:r>
        <w:rPr>
          <w:sz w:val="20"/>
        </w:rPr>
        <w:t>1:20:59  yeh toh in ka murad kya hai? specific tor par bataein. Maulana, agla sawal lena chahein ge. Yeh Mumbai se bheja hai Sajid Anwar sahib ne.</w:t>
      </w:r>
      <w:r>
        <w:br/>
      </w:r>
      <w:r>
        <w:rPr>
          <w:sz w:val="20"/>
        </w:rPr>
        <w:t>1:21:10  unhon ne likha hai: "Maulana! How to overcome our inhibitions for doing da'wah work? Is ke bare mein bataein." Bhai, inhibition kaun si?</w:t>
      </w:r>
      <w:r>
        <w:br/>
      </w:r>
      <w:r>
        <w:rPr>
          <w:sz w:val="20"/>
        </w:rPr>
        <w:t>1:21:21  is ko is ka toh naam liya nahi unhon ne. Maulana, aksar log hesitate karte hain Quran dene se ya baat karne se. Un ke zehn mein different different reasons aate hain is ko le ke.</w:t>
      </w:r>
      <w:r>
        <w:br/>
      </w:r>
      <w:r>
        <w:rPr>
          <w:sz w:val="20"/>
        </w:rPr>
        <w:t>1:21:33  toh general level pe kaise inhibitions ko? Yeh aisi hamari report ke mutabiq yeh koi koi fitne ki soorat nahi hai.</w:t>
      </w:r>
      <w:r>
        <w:br/>
      </w:r>
      <w:r>
        <w:rPr>
          <w:sz w:val="20"/>
        </w:rPr>
        <w:t>1:21:44  aka daka koi kisi ko hota hai toh is ko chhoriye.</w:t>
      </w:r>
      <w:r>
        <w:br/>
      </w:r>
      <w:r>
        <w:rPr>
          <w:sz w:val="20"/>
        </w:rPr>
        <w:t>1:21:50  misalan mein apna qissa batata hoon aap ko inhibition ka. Hum Poland gaye. Poland mein Christian ka ek program tha.</w:t>
      </w:r>
      <w:r>
        <w:br/>
      </w:r>
      <w:r>
        <w:rPr>
          <w:sz w:val="20"/>
        </w:rPr>
        <w:t>1:21:59  bade bade padri wahan aaye hue the. Toh woh baithe the kursi'on par. Toh wahan jo maine kaha manage karna seekhiye, toh wahan par yeh hua ke un ko pohanchaya jaye.</w:t>
      </w:r>
      <w:r>
        <w:br/>
      </w:r>
      <w:r>
        <w:rPr>
          <w:sz w:val="20"/>
        </w:rPr>
        <w:t>1:22:17  nahi, woh woh woh jo tha padri logon ko kuch oblation ho gaya ke Quran ko phaila rahe ho. Yahan toh hamara ruk gaya.</w:t>
      </w:r>
      <w:r>
        <w:br/>
      </w:r>
      <w:r>
        <w:rPr>
          <w:sz w:val="20"/>
        </w:rPr>
        <w:t>1:22:29  hamara ho gaya. Aap the us waqt? Ji ji ji. Aap bata dijiye woh kya hua tha. Toh it was a very aah, I mean an interesting incident.</w:t>
      </w:r>
      <w:r>
        <w:br/>
      </w:r>
      <w:r>
        <w:rPr>
          <w:sz w:val="20"/>
        </w:rPr>
        <w:t>1:22:38  In fact, it was aah, I would say a demonstration aah to all the CPS workers that how they should get creative aah when they are doing da'wah work and they should not get intimidated by the environment.</w:t>
      </w:r>
      <w:r>
        <w:br/>
      </w:r>
      <w:r>
        <w:rPr>
          <w:sz w:val="20"/>
        </w:rPr>
        <w:t>1:22:51  toh is doran aah bohat bari gathering thi jaise Maulana sahib bata rahe hain and there were leaders, top leaders, faith leaders from all over the world and it was a mammoth gathering.</w:t>
      </w:r>
      <w:r>
        <w:br/>
      </w:r>
      <w:r>
        <w:rPr>
          <w:sz w:val="20"/>
        </w:rPr>
        <w:t>1:23:03  toh is doran aah aah yeh hua ke kaise distribute karein Quran. Toh Sadia Khan aah aah ne bari creatively she went to aah the Christian faith leader who was the leader aah sitting there in the gathering and she went there and she bowed her head and she said: "Bless me Father</w:t>
      </w:r>
      <w:r>
        <w:br/>
      </w:r>
      <w:r>
        <w:rPr>
          <w:sz w:val="20"/>
        </w:rPr>
        <w:t>1:23:24  . Toh sar jhuka diya. Yeh da'i ne sar jhuka diya. Yeh hai taleem-e-qalb.</w:t>
      </w:r>
      <w:r>
        <w:br/>
      </w:r>
      <w:r>
        <w:rPr>
          <w:sz w:val="20"/>
        </w:rPr>
        <w:t>1:23:35  Maulana, is mein yeh bhi batana chahein ge ke is ka yeh impact hua ke aah woh almost for five ten seconds he kept looking at Sadia. He could not react and then he immediately took the Quran from Sadia and then he smiled aur us ke baad phir woh ek dam opportunity jo hai woh hum logon ke liye khul gayi aur hum log</w:t>
      </w:r>
    </w:p>
    <w:p>
      <w:pPr>
        <w:pStyle w:val="Heading2"/>
      </w:pPr>
      <w:r>
        <w:t>Pakistan's creation after two hundred years of war</w:t>
      </w:r>
    </w:p>
    <w:p>
      <w:r>
        <w:rPr>
          <w:color w:val="666666"/>
          <w:sz w:val="18"/>
        </w:rPr>
        <w:t>Society &amp; Dawah · The Lesson of History September 21, 2014 · 3m 34s · at 47:37 · https://youtu.be/aMVHLKMkhcQ?t=2857</w:t>
      </w:r>
    </w:p>
    <w:p>
      <w:r>
        <w:rPr>
          <w:i/>
        </w:rPr>
        <w:t>“For Pakistan it has always been said that it came into being after two hundred years of war.”</w:t>
      </w:r>
    </w:p>
    <w:p>
      <w:r>
        <w:rPr>
          <w:sz w:val="20"/>
        </w:rPr>
        <w:t>47:37  quran agla sawal doctor hanna ne karaya hai UK se.</w:t>
      </w:r>
      <w:r>
        <w:br/>
      </w:r>
      <w:r>
        <w:rPr>
          <w:sz w:val="20"/>
        </w:rPr>
        <w:t>47:41  unhon ne likha hai ke</w:t>
      </w:r>
      <w:r>
        <w:br/>
      </w:r>
      <w:r>
        <w:rPr>
          <w:sz w:val="20"/>
        </w:rPr>
        <w:t>47:44  For Pakistan it has always been said that it came into being after two hundred years of jang</w:t>
      </w:r>
      <w:r>
        <w:br/>
      </w:r>
      <w:r>
        <w:rPr>
          <w:sz w:val="20"/>
        </w:rPr>
        <w:t>47:52  azadi on twenty-seventh Ramadan after laila tul qadr so it was a reply from God of the long-standing duas</w:t>
      </w:r>
      <w:r>
        <w:br/>
      </w:r>
      <w:r>
        <w:rPr>
          <w:sz w:val="20"/>
        </w:rPr>
        <w:t>48:02  of millions of Muslim men, women, and children for a place where they could live as Muslims without</w:t>
      </w:r>
      <w:r>
        <w:br/>
      </w:r>
      <w:r>
        <w:rPr>
          <w:sz w:val="20"/>
        </w:rPr>
        <w:t>48:10  oppression.</w:t>
      </w:r>
      <w:r>
        <w:br/>
      </w:r>
      <w:r>
        <w:rPr>
          <w:sz w:val="20"/>
        </w:rPr>
        <w:t>48:11  So Muslims of Pakistan still believe this that it's a reply of their grandparents and forefathers' long-standing duas and prayers and hence connected to religion.</w:t>
      </w:r>
      <w:r>
        <w:br/>
      </w:r>
      <w:r>
        <w:rPr>
          <w:sz w:val="20"/>
        </w:rPr>
        <w:t>48:24  maulana, kaisi dua hai ke aaj to Pakistan mein aapas mein musalman is se bhi zyada lad rahe hain jitna ke India mein kaha jata tha ke hindu mus</w:t>
      </w:r>
      <w:r>
        <w:br/>
      </w:r>
      <w:r>
        <w:rPr>
          <w:sz w:val="20"/>
        </w:rPr>
        <w:t>48:36  alman ki jo batai jati thi, us se hazar guna zyada musalman hi aapas mein lad rahe hain Pakistan mein. yeh kaisi dua qabool hui aur kaisi Allah taala ne use kiya?</w:t>
      </w:r>
      <w:r>
        <w:br/>
      </w:r>
      <w:r>
        <w:rPr>
          <w:sz w:val="20"/>
        </w:rPr>
        <w:t>48:48  dekhen, mein ek bar tak gaya tha Iraq to wahan par mujhe ek ek Pakistani mile jo shia the aur woh, ya'ni meri umr ke the, woh senior the.</w:t>
      </w:r>
      <w:r>
        <w:br/>
      </w:r>
      <w:r>
        <w:rPr>
          <w:sz w:val="20"/>
        </w:rPr>
        <w:t>49:02  to unhon ne bataya ke mein paida hua tha Delhi mein, phir Pakistan bana to mein yahan aa gaya Pakistan. to wahan woh gaye the, woh safar mein kyunke wahan par mazar hai.</w:t>
      </w:r>
      <w:r>
        <w:br/>
      </w:r>
      <w:r>
        <w:rPr>
          <w:sz w:val="20"/>
        </w:rPr>
        <w:t>49:19  to mein ne un se poocha ke aap ne Pakistan ko bhi dekha hai aur India ko bhi dekha hai, dono mein kya farq hai?</w:t>
      </w:r>
      <w:r>
        <w:br/>
      </w:r>
      <w:r>
        <w:rPr>
          <w:sz w:val="20"/>
        </w:rPr>
        <w:t>49:29  yani pakistan banne se pehle ka india bhi dekha hai aur pakistan banne ka bhi daur dekha hai, aap ne kya farq hai? to aap yaqeen kijiyega, woh aadmi rone laga.</w:t>
      </w:r>
      <w:r>
        <w:br/>
      </w:r>
      <w:r>
        <w:rPr>
          <w:sz w:val="20"/>
        </w:rPr>
        <w:t>49:43  rone laga, ro kar us ne kaha ke mujhe to is ka is waqt koi farq nahi nazar aata ke india mein hindu muslim ladte the ya shia sunni lad rahe hain.</w:t>
      </w:r>
      <w:r>
        <w:br/>
      </w:r>
      <w:r>
        <w:rPr>
          <w:sz w:val="20"/>
        </w:rPr>
        <w:t>49:57  to yeh kaisi dua qabool hui?</w:t>
      </w:r>
      <w:r>
        <w:br/>
      </w:r>
      <w:r>
        <w:rPr>
          <w:sz w:val="20"/>
        </w:rPr>
        <w:t>49:59  yeh to false food mein jeete hain musalman, isi ki misaal yeh bhi hai. musalman false food mein jeete hain, is ki ek misaal yeh hai.</w:t>
      </w:r>
      <w:r>
        <w:br/>
      </w:r>
      <w:r>
        <w:rPr>
          <w:sz w:val="20"/>
        </w:rPr>
        <w:t>50:09  bilkul yeh ghalat hai ke pakistan ko duaon se bana hai. yani Allah taala ka matlab yeh nahi ke aap separate land banayein, ke aap Allah taala ka matlab hai ke saath jo hai islam phailayein, dawat work karein.</w:t>
      </w:r>
      <w:r>
        <w:br/>
      </w:r>
      <w:r>
        <w:rPr>
          <w:sz w:val="20"/>
        </w:rPr>
        <w:t>50:22  yeh to Allah ki marzi ke khilaf hai ke aap tukre tukre karein aur nateeja kya hoga? dawat ka kaam ruk j</w:t>
      </w:r>
      <w:r>
        <w:br/>
      </w:r>
      <w:r>
        <w:rPr>
          <w:sz w:val="20"/>
        </w:rPr>
        <w:t>50:29  aye. jab se pakistan bana hai, dawat ka kaam bilkul jeopardized ho gaya hai. yeh konsa Allah ki marzi hai?</w:t>
      </w:r>
      <w:r>
        <w:br/>
      </w:r>
      <w:r>
        <w:rPr>
          <w:sz w:val="20"/>
        </w:rPr>
        <w:t>50:39  yeh bilkul hi false muslim. saare pakistani false food mein jeete hain. saare pakistani false food mein jeete hain. is mein mujhe koi shaq nahi hai.</w:t>
      </w:r>
      <w:r>
        <w:br/>
      </w:r>
      <w:r>
        <w:rPr>
          <w:sz w:val="20"/>
        </w:rPr>
        <w:t>50:48  agar aap ko is mein koi tafseel janna ho to meri kitab padhiyega, hind pak diary. meri kitab hai hind pak diary</w:t>
      </w:r>
      <w:r>
        <w:br/>
      </w:r>
      <w:r>
        <w:rPr>
          <w:sz w:val="20"/>
        </w:rPr>
        <w:t>50:57  . is mein aap jaanein ke saare pakistan false food mein jeete hain. is mein aap is ki tafseel janna chahte hain to is kitab ko padhiyega.</w:t>
      </w:r>
    </w:p>
    <w:p>
      <w:pPr>
        <w:pStyle w:val="Heading2"/>
      </w:pPr>
      <w:r>
        <w:t>Peace Among Freedom Misusers: God's Fear or Laws?</w:t>
      </w:r>
    </w:p>
    <w:p>
      <w:r>
        <w:rPr>
          <w:color w:val="666666"/>
          <w:sz w:val="18"/>
        </w:rPr>
        <w:t>Society &amp; Dawah · Religion and Democracy December 25, 2011 · 4m 10s · at 1:42:01 · https://youtu.be/8Mf_yvDA8ik?t=6121</w:t>
      </w:r>
    </w:p>
    <w:p>
      <w:r>
        <w:rPr>
          <w:i/>
        </w:rPr>
        <w:t>“How can peace be established among those who misuse freedom? Through fear of God or through the force of laws?”</w:t>
      </w:r>
    </w:p>
    <w:p>
      <w:r>
        <w:rPr>
          <w:sz w:val="20"/>
        </w:rPr>
        <w:t>1:42:01  maulana, agla sawal aaya hai maulana israr umri ka tamil</w:t>
      </w:r>
      <w:r>
        <w:br/>
      </w:r>
      <w:r>
        <w:rPr>
          <w:sz w:val="20"/>
        </w:rPr>
        <w:t>1:42:06  nadu se. unhon ne likha hai: "azaadi ko misuse karne walon ke darmiyan aman kis tarah qaim ho sakta hai?</w:t>
      </w:r>
      <w:r>
        <w:br/>
      </w:r>
      <w:r>
        <w:rPr>
          <w:sz w:val="20"/>
        </w:rPr>
        <w:t>1:42:15  khauf-e-khuda se ya qawaneen ke zor zor se?" dekhen, qanoon ke zor se to kabhi aap nahi kaam sakta.</w:t>
      </w:r>
      <w:r>
        <w:br/>
      </w:r>
      <w:r>
        <w:rPr>
          <w:sz w:val="20"/>
        </w:rPr>
        <w:t>1:42:24  yeh to impossible hai.</w:t>
      </w:r>
      <w:r>
        <w:br/>
      </w:r>
      <w:r>
        <w:rPr>
          <w:sz w:val="20"/>
        </w:rPr>
        <w:t>1:42:27  qanoon se sirf yeh hota hai ke jo ghalat log hain, woh underground ho kar kaam karne lagte hain.</w:t>
      </w:r>
      <w:r>
        <w:br/>
      </w:r>
      <w:r>
        <w:rPr>
          <w:sz w:val="20"/>
        </w:rPr>
        <w:t>1:42:36  yaani corruption aata hai, tarah tarah ka. qanoon ke zariye se kabhi bhi peace aa sakta.</w:t>
      </w:r>
      <w:r>
        <w:br/>
      </w:r>
      <w:r>
        <w:rPr>
          <w:sz w:val="20"/>
        </w:rPr>
        <w:t>1:42:46  peace to aaye ga logon ke andar. yeh yeh samajh paida ki jaye ke is peace rahe ga to sab ko faida hai. peace hoga to sab ko faida hai.</w:t>
      </w:r>
      <w:r>
        <w:br/>
      </w:r>
      <w:r>
        <w:rPr>
          <w:sz w:val="20"/>
        </w:rPr>
        <w:t>1:42:56  yaani ab chahe business ho ya education ho ya mazhabi sargarmiyan hon, koi bhi family life ho, social life ho, har cheez bohat smooth tareeqe se chale chale gi.</w:t>
      </w:r>
      <w:r>
        <w:br/>
      </w:r>
      <w:r>
        <w:rPr>
          <w:sz w:val="20"/>
        </w:rPr>
        <w:t>1:43:08  is raaz ko log jaan len ke peace se sab ko faida hai. baghair qanoon se to peace aata nahi. jahan bhi aap ko dictatorship thi, aap dekhiye arab countries mein dictatorship thi, wahan kya hua?</w:t>
      </w:r>
      <w:r>
        <w:br/>
      </w:r>
      <w:r>
        <w:rPr>
          <w:sz w:val="20"/>
        </w:rPr>
        <w:t>1:43:22  kya peace tha? aaya wahan? wahan andar andar sab kuch ho raha tha.</w:t>
      </w:r>
      <w:r>
        <w:br/>
      </w:r>
      <w:r>
        <w:rPr>
          <w:sz w:val="20"/>
        </w:rPr>
        <w:t>1:43:26  ab woh bhadak uthe to aap dekhiye kya aalam hai. to qanoon ke qanoon ke zariye peace qaim karne ki koshish karna yaani aik aur burai paida karna hai, zyada bari burai.</w:t>
      </w:r>
      <w:r>
        <w:br/>
      </w:r>
      <w:r>
        <w:rPr>
          <w:sz w:val="20"/>
        </w:rPr>
        <w:t>1:43:44  to sahi baat yeh hai ke logon ke andar soch laayi jaye, logon ke andar yaani peace ki ahmiyat ko logon ko bata j</w:t>
      </w:r>
      <w:r>
        <w:br/>
      </w:r>
      <w:r>
        <w:rPr>
          <w:sz w:val="20"/>
        </w:rPr>
        <w:t>1:43:54  aye. jitna zyada log peace ki ahmiyat ko samjhenge, utne zyada woh peaceful bante chale jayenge. Maulana, Quran speaks about many criminal laws like punishment for theft, murder, adultery, etcetera.</w:t>
      </w:r>
      <w:r>
        <w:br/>
      </w:r>
      <w:r>
        <w:rPr>
          <w:sz w:val="20"/>
        </w:rPr>
        <w:t>1:44:11  what is the significance of these descriptions? dekhiye, yeh sab haalaat par depend karta hai.</w:t>
      </w:r>
      <w:r>
        <w:br/>
      </w:r>
      <w:r>
        <w:rPr>
          <w:sz w:val="20"/>
        </w:rPr>
        <w:t>1:44:20  haalaat par yeh nahi ke aap kahein har jagah ja kar ke aap lage logon ko kora maarne hain. jaise haalaat, waisa un ka nafiz.</w:t>
      </w:r>
      <w:r>
        <w:br/>
      </w:r>
      <w:r>
        <w:rPr>
          <w:sz w:val="20"/>
        </w:rPr>
        <w:t>1:44:30  Bukhari mein aik riwayat hai, Khwaja Shah ne farmaya ke Islam mein pehle yaani logon ka mizaj banaya gaya, logon ki soch badli gayi, logon ka character badla gaya.</w:t>
      </w:r>
      <w:r>
        <w:br/>
      </w:r>
      <w:r>
        <w:rPr>
          <w:sz w:val="20"/>
        </w:rPr>
        <w:t>1:44:44  pehley yeh hua, phir jab yeh sab ho chuka to hukum utra us ke baad ke sharab na piyo aur zina mat karo.</w:t>
      </w:r>
      <w:r>
        <w:br/>
      </w:r>
      <w:r>
        <w:rPr>
          <w:sz w:val="20"/>
        </w:rPr>
        <w:t>1:44:53  to</w:t>
      </w:r>
      <w:r>
        <w:br/>
      </w:r>
      <w:r>
        <w:rPr>
          <w:sz w:val="20"/>
        </w:rPr>
        <w:t>1:44:54  woh kehti hain, Bukhari mein riwayat maujood hai ke agar pehle hi yeh keh diya jata to kehte ke "la nuzool zina abadan, la nuzool khamr abadan".</w:t>
      </w:r>
      <w:r>
        <w:br/>
      </w:r>
      <w:r>
        <w:rPr>
          <w:sz w:val="20"/>
        </w:rPr>
        <w:t>1:45:04  to aap us ke khilaaf ja sakte hain, jo jo rasool Allah ka tareeqa tha, us ke khilaaf ja sakte hain. Aap yaani rasool Allah alehالسلام ne kya ke makkah mein sab naafiz kar dein qanoon.</w:t>
      </w:r>
      <w:r>
        <w:br/>
      </w:r>
      <w:r>
        <w:rPr>
          <w:sz w:val="20"/>
        </w:rPr>
        <w:t>1:45:17  to aap qanoon ka nafaz yeh yahan se yaani beginning yahan se nahi hoti. Beginning hoti hai zehan banane se, soch banane se, society banane se.</w:t>
      </w:r>
      <w:r>
        <w:br/>
      </w:r>
      <w:r>
        <w:rPr>
          <w:sz w:val="20"/>
        </w:rPr>
        <w:t>1:45:29  masla yeh hai, yeh nahi kar sakte aap hukoomat pe qabza kar lein aur phir lage ko logon ko kode maarne, koda maarne. Jaisa ke baaz countries mein hua, amalan kuch bhi nahi ho saka.</w:t>
      </w:r>
      <w:r>
        <w:br/>
      </w:r>
      <w:r>
        <w:rPr>
          <w:sz w:val="20"/>
        </w:rPr>
        <w:t>1:45:42  hukoomat pe qabza kar ke naafiz nahi hote hudood, balke logon ke zehan ko badalne se hudood naafiz hote hain. Jaisa ke rasool Allah ne kiya.</w:t>
      </w:r>
      <w:r>
        <w:br/>
      </w:r>
      <w:r>
        <w:rPr>
          <w:sz w:val="20"/>
        </w:rPr>
        <w:t>1:45:51  Bukhari ki riwayat aap padh lijiye, Hazrat Aisha ki ke pehle dilon ko badla jata hai, phir hudood naafiz kiye jate hain. Yaani ek hukoomat ko qabza kar lo, us ke baad logon ko koda maar maar ke hudood naafiz karo.</w:t>
      </w:r>
      <w:r>
        <w:br/>
      </w:r>
      <w:r>
        <w:rPr>
          <w:sz w:val="20"/>
        </w:rPr>
        <w:t>1:46:04  yeh to yeh to woh hai sarkashi hai, yeh Islam nahi hai.</w:t>
      </w:r>
    </w:p>
    <w:p>
      <w:pPr>
        <w:pStyle w:val="Heading2"/>
      </w:pPr>
      <w:r>
        <w:t>Peace among those misusing freedom: fear of God or laws?</w:t>
      </w:r>
    </w:p>
    <w:p>
      <w:r>
        <w:rPr>
          <w:color w:val="666666"/>
          <w:sz w:val="18"/>
        </w:rPr>
        <w:t>Society &amp; Dawah · Discovery of God (In Conversation with Maulana) December 25, 2011 · 2m 00s · at 41:06 · https://youtu.be/-1c1d7cFj0s?t=2466</w:t>
      </w:r>
    </w:p>
    <w:p>
      <w:r>
        <w:rPr>
          <w:i/>
        </w:rPr>
        <w:t>“How can peace be established among those who misuse freedom? Through fear of God or through force of laws?”</w:t>
      </w:r>
    </w:p>
    <w:p>
      <w:r>
        <w:rPr>
          <w:sz w:val="20"/>
        </w:rPr>
        <w:t>41:06  maulana, agla sawal aya hai Maulana Israr Umri ka Tamil Nadu se. Unhone likha hai: "Azadi ko misuse karne walon ke darmiyan aman kis tarah qaim ho sakta hai?</w:t>
      </w:r>
      <w:r>
        <w:br/>
      </w:r>
      <w:r>
        <w:rPr>
          <w:sz w:val="20"/>
        </w:rPr>
        <w:t>41:20  khauf Khuda se ya qawaneen ke zor zor se?"</w:t>
      </w:r>
      <w:r>
        <w:br/>
      </w:r>
      <w:r>
        <w:rPr>
          <w:sz w:val="20"/>
        </w:rPr>
        <w:t>41:27  dekhen, qanoon ke zor se to kabhi aap nahi kaam sakta. Yeh to impossible hai. Qanoon se sirf yeh hota hai ke jo galat log hain, woh underground ho kar kaam karne lagte hain.</w:t>
      </w:r>
      <w:r>
        <w:br/>
      </w:r>
      <w:r>
        <w:rPr>
          <w:sz w:val="20"/>
        </w:rPr>
        <w:t>41:41  yani corruption aata hai tarah tarah ka. Qanoon ke zariye se kabhi bhi peace nahi aa sakta.</w:t>
      </w:r>
      <w:r>
        <w:br/>
      </w:r>
      <w:r>
        <w:rPr>
          <w:sz w:val="20"/>
        </w:rPr>
        <w:t>41:51  peace to aayega. Logon ko kehte hain yeh samajh paida ki jaye ke is peace rahega to sab ko faida hai. Peace hoga to sab ko faida hai.</w:t>
      </w:r>
      <w:r>
        <w:br/>
      </w:r>
      <w:r>
        <w:rPr>
          <w:sz w:val="20"/>
        </w:rPr>
        <w:t>42:01  yani ab chahe business ho ya education ho ya mazhabi sargarmian hon, koi bhi family life ho, social life ho, har cheez bohat smooth tarike se chale chale gi.</w:t>
      </w:r>
      <w:r>
        <w:br/>
      </w:r>
      <w:r>
        <w:rPr>
          <w:sz w:val="20"/>
        </w:rPr>
        <w:t>42:13  is raaz ko log jaan len ke peace se sab ko faida hai. Baghair qanoon se to peace aata nahi. Jahan bhi aap ko dictatorship thi, aap dekhiye Arab countries mein dictatorship thi, wahan kya hua?</w:t>
      </w:r>
      <w:r>
        <w:br/>
      </w:r>
      <w:r>
        <w:rPr>
          <w:sz w:val="20"/>
        </w:rPr>
        <w:t>42:27  kya peace tha? Aaya wahan? Wahan andar andar sab kuch ho raha tha. Ab woh bhadak uthe to aap dekhiye kya aalam hai. To qanoon ke qanoon ke zariye peace qaim karne ki koshish karna yani ek aur burai paida karna hai, zyada badi burai.</w:t>
      </w:r>
      <w:r>
        <w:br/>
      </w:r>
      <w:r>
        <w:rPr>
          <w:sz w:val="20"/>
        </w:rPr>
        <w:t>42:49  to sahi baat yeh hai ke logon ke andar soch lai jaye, logon ke andar yani peace ki ahmiyat ko logon ko bataya jaye.</w:t>
      </w:r>
      <w:r>
        <w:br/>
      </w:r>
      <w:r>
        <w:rPr>
          <w:sz w:val="20"/>
        </w:rPr>
        <w:t>43:00  jitna zyada log peace ki ahmiyat ko samjhenge, utne zyada woh peaceful bante chale jayenge.</w:t>
      </w:r>
    </w:p>
    <w:p>
      <w:pPr>
        <w:pStyle w:val="Heading2"/>
      </w:pPr>
      <w:r>
        <w:t>Peace efforts seen as cowardice</w:t>
      </w:r>
    </w:p>
    <w:p>
      <w:r>
        <w:rPr>
          <w:color w:val="666666"/>
          <w:sz w:val="18"/>
        </w:rPr>
        <w:t>Society &amp; Dawah · Man and Paradise May 05, 2013 · 2m 11s · at 1:00:07 · https://youtu.be/VyFgim3pvts?t=3607</w:t>
      </w:r>
    </w:p>
    <w:p>
      <w:r>
        <w:rPr>
          <w:i/>
        </w:rPr>
        <w:t>“Often, efforts made towards peace are considered cowardice by people. What is the reason for this?”</w:t>
      </w:r>
    </w:p>
    <w:p>
      <w:r>
        <w:rPr>
          <w:sz w:val="20"/>
        </w:rPr>
        <w:t>1:00:07  Maulana, agla sawal Bangalore se hai, Rafiq sahib ka</w:t>
      </w:r>
      <w:r>
        <w:br/>
      </w:r>
      <w:r>
        <w:rPr>
          <w:sz w:val="20"/>
        </w:rPr>
        <w:t>1:00:11  . unhon ne likha hai: "Maulana sahib, aksar aman ki taraf ki gayi koshishon ko log buzdi samjhte hain. is ka karan kya hai?" phir wohi main kahunga ke kyun log majmoo'ay ko le kar raah banate hain?</w:t>
      </w:r>
      <w:r>
        <w:br/>
      </w:r>
      <w:r>
        <w:rPr>
          <w:sz w:val="20"/>
        </w:rPr>
        <w:t>1:00:28  majmooa yeh aisi baatein kehta hai, afraad nahi kehte aisi baatein. bohat se afraad aise hain jo is ke khilaaf rai un ki hoti hai.</w:t>
      </w:r>
      <w:r>
        <w:br/>
      </w:r>
      <w:r>
        <w:rPr>
          <w:sz w:val="20"/>
        </w:rPr>
        <w:t>1:00:39  mein samajhta hoon ke poori tareekh mein yeh ghalti hui hai ke logon ne rai banai majmooay ki dikkat mein. fard ko le kar rai banai hai, kyunke Allah ka aap ko yeh jaanna chahiye ke Allah ka jo creation plan hai, woh mabni par fard hai, mabni par majmooa nahi hai.</w:t>
      </w:r>
      <w:r>
        <w:br/>
      </w:r>
      <w:r>
        <w:rPr>
          <w:sz w:val="20"/>
        </w:rPr>
        <w:t>1:00:58  Allah ko poori history se afraad select karne hain, poori history se. koi majmooa nahi ke ek majmooa hai, us ko le kar jannat dakhil kar do</w:t>
      </w:r>
      <w:r>
        <w:br/>
      </w:r>
      <w:r>
        <w:rPr>
          <w:sz w:val="20"/>
        </w:rPr>
        <w:t>1:01:09  . koi majmooa nahi, na koi ummat hai, na koi society hai, na koi majmooa hai. sab sab sab jannat dakhil kar do. aisa nahi hone wala.</w:t>
      </w:r>
      <w:r>
        <w:br/>
      </w:r>
      <w:r>
        <w:rPr>
          <w:sz w:val="20"/>
        </w:rPr>
        <w:t>1:01:19  afraad chune jayenge ummaton se bhi aur samajon se bhi. is maamle mein sara confusion is liye paida hota hai ke log jo khaliq ka jo mansooba hai takhleeqi, us ko samjhe baghair khud sakhta tor par rai qaim karte hain.</w:t>
      </w:r>
    </w:p>
    <w:p>
      <w:pPr>
        <w:pStyle w:val="Heading2"/>
      </w:pPr>
      <w:r>
        <w:t>Pious Muslim Hating Non-Muslims and Avoiding Dawah</w:t>
      </w:r>
    </w:p>
    <w:p>
      <w:r>
        <w:rPr>
          <w:color w:val="666666"/>
          <w:sz w:val="18"/>
        </w:rPr>
        <w:t>Society &amp; Dawah · Peaceful Islamic Mission December 28, 2014 · 3m 33s · at 56:51 · https://youtu.be/aLacalXEtRA?t=3411</w:t>
      </w:r>
    </w:p>
    <w:p>
      <w:r>
        <w:rPr>
          <w:i/>
        </w:rPr>
        <w:t>“Maulana, if a Muslim is pious but hates non-Muslims and due to his worldly affairs is not keen on Dawah work.”</w:t>
      </w:r>
    </w:p>
    <w:p>
      <w:r>
        <w:rPr>
          <w:sz w:val="20"/>
        </w:rPr>
        <w:t>56:51  maulana, agla sawal ah maulana farhad umri ne bheja hai dilli se, aur unhon ne likha hai ke:</w:t>
      </w:r>
      <w:r>
        <w:br/>
      </w:r>
      <w:r>
        <w:rPr>
          <w:sz w:val="20"/>
        </w:rPr>
        <w:t>56:57  "مولانا، if a Muslim who is pious but hates non-Muslims and due to his worldly affairs is</w:t>
      </w:r>
      <w:r>
        <w:br/>
      </w:r>
      <w:r>
        <w:rPr>
          <w:sz w:val="20"/>
        </w:rPr>
        <w:t>57:03  not can in daawa work.</w:t>
      </w:r>
      <w:r>
        <w:br/>
      </w:r>
      <w:r>
        <w:rPr>
          <w:sz w:val="20"/>
        </w:rPr>
        <w:t>57:09  will such a muslim be judged as innocent in the eyes of god?" what is your comment? kya</w:t>
      </w:r>
      <w:r>
        <w:br/>
      </w:r>
      <w:r>
        <w:rPr>
          <w:sz w:val="20"/>
        </w:rPr>
        <w:t>57:15  kya matlab hai? ke maulana, agar ek muslim jo apne worldly affairs mein phansa hua hai aur wo</w:t>
      </w:r>
      <w:r>
        <w:br/>
      </w:r>
      <w:r>
        <w:rPr>
          <w:sz w:val="20"/>
        </w:rPr>
        <w:t>57:21  daawa work nahi kar raha hai, lekin wo waise ah dekhne pe pious muslim hai, ah lekin is</w:t>
      </w:r>
      <w:r>
        <w:br/>
      </w:r>
      <w:r>
        <w:rPr>
          <w:sz w:val="20"/>
        </w:rPr>
        <w:t>57:27  ke dil mein nafrat hai non muslim ke liye, to kya wo allah taala ke samne innocent paye</w:t>
      </w:r>
      <w:r>
        <w:br/>
      </w:r>
      <w:r>
        <w:rPr>
          <w:sz w:val="20"/>
        </w:rPr>
        <w:t>57:33  ga? nahi, har giz.</w:t>
      </w:r>
      <w:r>
        <w:br/>
      </w:r>
      <w:r>
        <w:rPr>
          <w:sz w:val="20"/>
        </w:rPr>
        <w:t>57:39  nafrat ka to nafrat to haram hai.</w:t>
      </w:r>
      <w:r>
        <w:br/>
      </w:r>
      <w:r>
        <w:rPr>
          <w:sz w:val="20"/>
        </w:rPr>
        <w:t>57:45  nafrat ki kisi ko ijazat nahi hai.</w:t>
      </w:r>
      <w:r>
        <w:br/>
      </w:r>
      <w:r>
        <w:rPr>
          <w:sz w:val="20"/>
        </w:rPr>
        <w:t>57:51  allah ka paida kiya hua, yani allah ke paida kiye hue insan nafrat karenge? aap apne koi</w:t>
      </w:r>
      <w:r>
        <w:br/>
      </w:r>
      <w:r>
        <w:rPr>
          <w:sz w:val="20"/>
        </w:rPr>
        <w:t>57:57  baap apne bete se nafrat kar sakta hai? koi duniya mein aisa baap nahi hoga jo apne bete</w:t>
      </w:r>
      <w:r>
        <w:br/>
      </w:r>
      <w:r>
        <w:rPr>
          <w:sz w:val="20"/>
        </w:rPr>
        <w:t>58:03  se nafrat kare.</w:t>
      </w:r>
      <w:r>
        <w:br/>
      </w:r>
      <w:r>
        <w:rPr>
          <w:sz w:val="20"/>
        </w:rPr>
        <w:t>58:09  to to baap ka, yani bete ke ke ke paida hone mein baap ka hissa kya hai? one</w:t>
      </w:r>
      <w:r>
        <w:br/>
      </w:r>
      <w:r>
        <w:rPr>
          <w:sz w:val="20"/>
        </w:rPr>
        <w:t>58:14  percent bhi nahi hai.</w:t>
      </w:r>
      <w:r>
        <w:br/>
      </w:r>
      <w:r>
        <w:rPr>
          <w:sz w:val="20"/>
        </w:rPr>
        <w:t>58:20  wo to allah ne paida kiya hai.</w:t>
      </w:r>
      <w:r>
        <w:br/>
      </w:r>
      <w:r>
        <w:rPr>
          <w:sz w:val="20"/>
        </w:rPr>
        <w:t>58:26  to allah ki takhleeq ke karishma hai har insan.</w:t>
      </w:r>
      <w:r>
        <w:br/>
      </w:r>
      <w:r>
        <w:rPr>
          <w:sz w:val="20"/>
        </w:rPr>
        <w:t>58:32  har insan allah ki creation ka ek namuna hai.</w:t>
      </w:r>
      <w:r>
        <w:br/>
      </w:r>
      <w:r>
        <w:rPr>
          <w:sz w:val="20"/>
        </w:rPr>
        <w:t>58:38  is se aap nafrat karenge? bilashuba haram hai, is mein koi shaq hi nahi.</w:t>
      </w:r>
      <w:r>
        <w:br/>
      </w:r>
      <w:r>
        <w:rPr>
          <w:sz w:val="20"/>
        </w:rPr>
        <w:t>58:44  maulana, un ka ek aur sawal hai.</w:t>
      </w:r>
      <w:r>
        <w:br/>
      </w:r>
      <w:r>
        <w:rPr>
          <w:sz w:val="20"/>
        </w:rPr>
        <w:t>58:50  انہوں نے لکھا ہے کہ: "There is a common phrase used in the Muslim history about non-Muslims,</w:t>
      </w:r>
      <w:r>
        <w:br/>
      </w:r>
      <w:r>
        <w:rPr>
          <w:sz w:val="20"/>
        </w:rPr>
        <w:t>58:56  that is wo waseela jahannum hua, fana fil nar hua, etc." is use of such phrase islamic? islamic</w:t>
      </w:r>
      <w:r>
        <w:br/>
      </w:r>
      <w:r>
        <w:rPr>
          <w:sz w:val="20"/>
        </w:rPr>
        <w:t>59:02  nahi, yeh to haram hai.</w:t>
      </w:r>
      <w:r>
        <w:br/>
      </w:r>
      <w:r>
        <w:rPr>
          <w:sz w:val="20"/>
        </w:rPr>
        <w:t>59:08  Aisa aisa bolna haram hai.</w:t>
      </w:r>
      <w:r>
        <w:br/>
      </w:r>
      <w:r>
        <w:rPr>
          <w:sz w:val="20"/>
        </w:rPr>
        <w:t>59:14  Kyun? Aap nahi bata sakte ke Rasool Allah Sal Allah Alaihi Wasallam ke aisa kabhi kiya ho ya</w:t>
      </w:r>
      <w:r>
        <w:br/>
      </w:r>
      <w:r>
        <w:rPr>
          <w:sz w:val="20"/>
        </w:rPr>
        <w:t>59:20  Sahaba ne aisa kiya ho.</w:t>
      </w:r>
      <w:r>
        <w:br/>
      </w:r>
      <w:r>
        <w:rPr>
          <w:sz w:val="20"/>
        </w:rPr>
        <w:t>59:26  Rasool Allah Sal Allah Alaihi Wasallam ke saamne se ek Yahudi janaza nikla.</w:t>
      </w:r>
      <w:r>
        <w:br/>
      </w:r>
      <w:r>
        <w:rPr>
          <w:sz w:val="20"/>
        </w:rPr>
        <w:t>59:32  Yahudi janaza, yaani ek dead body Yahudi ki le ja rahe the log.</w:t>
      </w:r>
      <w:r>
        <w:br/>
      </w:r>
      <w:r>
        <w:rPr>
          <w:sz w:val="20"/>
        </w:rPr>
        <w:t>59:38  To aap ne yeh nahi kaha ke, yaani fi nar wastaqar, yeh nahi farmaya aap ne.</w:t>
      </w:r>
      <w:r>
        <w:br/>
      </w:r>
      <w:r>
        <w:rPr>
          <w:sz w:val="20"/>
        </w:rPr>
        <w:t>59:44  Aaj kal Musalman yahi kehte hain, koi janaza agar hua aisa to kehte hain ke fi nar wastaqar.</w:t>
      </w:r>
      <w:r>
        <w:br/>
      </w:r>
      <w:r>
        <w:rPr>
          <w:sz w:val="20"/>
        </w:rPr>
        <w:t>59:50  Kya haq hai aap ko aisa kehne ka? Rasool Allah Sal Allah Alaihi Wasallam to iski respect</w:t>
      </w:r>
      <w:r>
        <w:br/>
      </w:r>
      <w:r>
        <w:rPr>
          <w:sz w:val="20"/>
        </w:rPr>
        <w:t>59:55  ke liye khade ho gaye, aur kisi ne taajjub kiya ke aap respect de rahe hain Yahudi janaze ko.</w:t>
      </w:r>
      <w:r>
        <w:br/>
      </w:r>
      <w:r>
        <w:rPr>
          <w:sz w:val="20"/>
        </w:rPr>
        <w:t>1:00:01  To aap ne farmaya ke: "Alaih al-dafn, main bhi insan, woh bhi insan." Yeh hai Islam.</w:t>
      </w:r>
      <w:r>
        <w:br/>
      </w:r>
      <w:r>
        <w:rPr>
          <w:sz w:val="20"/>
        </w:rPr>
        <w:t>1:00:07  Baaki jo Musalman kar rahe hain aaj kal fi nar wastaqar, yeh to haram hai.</w:t>
      </w:r>
      <w:r>
        <w:br/>
      </w:r>
      <w:r>
        <w:rPr>
          <w:sz w:val="20"/>
        </w:rPr>
        <w:t>1:00:13  Is mein koi shaq nahi hai ke is ko haram hone ki, kyunke na Sahaba ne aisa kiya,</w:t>
      </w:r>
      <w:r>
        <w:br/>
      </w:r>
      <w:r>
        <w:rPr>
          <w:sz w:val="20"/>
        </w:rPr>
        <w:t>1:00:19  na Rasool Allah Sal Allah Alaihi Wasallam ne aisa kiya.</w:t>
      </w:r>
    </w:p>
    <w:p>
      <w:pPr>
        <w:pStyle w:val="Heading2"/>
      </w:pPr>
      <w:r>
        <w:t>Political Instability and Islam Protection</w:t>
      </w:r>
    </w:p>
    <w:p>
      <w:r>
        <w:rPr>
          <w:color w:val="666666"/>
          <w:sz w:val="18"/>
        </w:rPr>
        <w:t>Society &amp; Dawah · Surah Al-'Asr I November 23, 2014 Maulana Wahiduddin Khan · 2m 29s · at 1:03:02 · https://youtu.be/3dBMIUC0Dqw?t=3782</w:t>
      </w:r>
    </w:p>
    <w:p>
      <w:r>
        <w:rPr>
          <w:i/>
        </w:rPr>
        <w:t>“What is the amicable solution to political instability in Central Asia? How can we protect Islam from misinterpretation in this era of globalization?”</w:t>
      </w:r>
    </w:p>
    <w:p>
      <w:r>
        <w:rPr>
          <w:sz w:val="20"/>
        </w:rPr>
        <w:t>1:03:02  Maulana, agla sawal Delhi se kiya hai Mr. Sagar ne aur unhon ne likha hai What is the available, what is the amicable solution of political instability in Central Asia?</w:t>
      </w:r>
      <w:r>
        <w:br/>
      </w:r>
      <w:r>
        <w:rPr>
          <w:sz w:val="20"/>
        </w:rPr>
        <w:t>1:03:17  How can we protect Islam from misinterpretation in this era of globalization? Mein dekhen, yeh political sawal hai.</w:t>
      </w:r>
      <w:r>
        <w:br/>
      </w:r>
      <w:r>
        <w:rPr>
          <w:sz w:val="20"/>
        </w:rPr>
        <w:t>1:03:27  mujhe political sawalat se koi dilchaspi nahi. Baqi mein</w:t>
      </w:r>
      <w:r>
        <w:br/>
      </w:r>
      <w:r>
        <w:rPr>
          <w:sz w:val="20"/>
        </w:rPr>
        <w:t>1:03:35  bator principle ke yeh manta hoon ke dawat ka kaam jo hai woh sab masle ka hal hai. Dawat Allah ka kaam agar hum karen to is se kya hota hai?</w:t>
      </w:r>
      <w:r>
        <w:br/>
      </w:r>
      <w:r>
        <w:rPr>
          <w:sz w:val="20"/>
        </w:rPr>
        <w:t>1:03:48  Party thinking aati hai. Insan ke liye sympathy aati hai.</w:t>
      </w:r>
      <w:r>
        <w:br/>
      </w:r>
      <w:r>
        <w:rPr>
          <w:sz w:val="20"/>
        </w:rPr>
        <w:t>1:03:53  aur parties mein itna zyada involvement logon ka woh ghaTta hai. Yani power ki jo dhoom machi hui hai, sab log sochte hain ke kya power milna hai ya na milna hai, dono barabar hain.</w:t>
      </w:r>
      <w:r>
        <w:br/>
      </w:r>
      <w:r>
        <w:rPr>
          <w:sz w:val="20"/>
        </w:rPr>
        <w:t>1:04:08  to</w:t>
      </w:r>
      <w:r>
        <w:br/>
      </w:r>
      <w:r>
        <w:rPr>
          <w:sz w:val="20"/>
        </w:rPr>
        <w:t>1:04:09  realistic approach aata hai. Da'wah ka kaam karen jo dilon ko aap mutasir karenge. Un ke andar modesty aayegi.</w:t>
      </w:r>
      <w:r>
        <w:br/>
      </w:r>
      <w:r>
        <w:rPr>
          <w:sz w:val="20"/>
        </w:rPr>
        <w:t>1:04:20  realistic approach aye ga. doosron ke liye sympathy aye gi.</w:t>
      </w:r>
      <w:r>
        <w:br/>
      </w:r>
      <w:r>
        <w:rPr>
          <w:sz w:val="20"/>
        </w:rPr>
        <w:t>1:04:25  peaceful yani yani thinking aye gi. to sab cheezain durust hon gi. main daikhain, kisi bhi maslay ka koi short term hal nahi hota.</w:t>
      </w:r>
      <w:r>
        <w:br/>
      </w:r>
      <w:r>
        <w:rPr>
          <w:sz w:val="20"/>
        </w:rPr>
        <w:t>1:04:38  log daurtay hain short term hal par.</w:t>
      </w:r>
      <w:r>
        <w:br/>
      </w:r>
      <w:r>
        <w:rPr>
          <w:sz w:val="20"/>
        </w:rPr>
        <w:t>1:04:41  main daikhain, kisi cheez ka bhi, yeh social mamlaat ya national mamlaat ya international mamlaat mein koi bhi short term solution possible hi nahi.</w:t>
      </w:r>
      <w:r>
        <w:br/>
      </w:r>
      <w:r>
        <w:rPr>
          <w:sz w:val="20"/>
        </w:rPr>
        <w:t>1:04:54  logon ko acha lagta hai, daurtay hain isi ke liye. sirf</w:t>
      </w:r>
      <w:r>
        <w:br/>
      </w:r>
      <w:r>
        <w:rPr>
          <w:sz w:val="20"/>
        </w:rPr>
        <w:t>1:05:00  is tarah ke mamlaat mein sirf long term solution hi work karta hai. aur woh is ko hum kar rahay hain. hum agarche hamara mission, political mission nahi hai, lekin jo hum dawat Allah ka hum kaam kar rahay hain, indirect way mein isi mein saray cheezon ka solution hai.</w:t>
      </w:r>
      <w:r>
        <w:br/>
      </w:r>
      <w:r>
        <w:rPr>
          <w:sz w:val="20"/>
        </w:rPr>
        <w:t>1:05:18  indirect tor par hamara jo dawat Allah ka mission hai, woh direct tor par is ki dawat ka mission hai. lekin indirect way mein wohi solution hai saray mamlaat ka.</w:t>
      </w:r>
    </w:p>
    <w:p>
      <w:pPr>
        <w:pStyle w:val="Heading2"/>
      </w:pPr>
      <w:r>
        <w:t>Political conflict among the Righteous Caliphs</w:t>
      </w:r>
    </w:p>
    <w:p>
      <w:r>
        <w:rPr>
          <w:color w:val="666666"/>
          <w:sz w:val="18"/>
        </w:rPr>
        <w:t>Society &amp; Dawah · Islam and Politics November 17, 2013 · 2m 19s · at 59:13 · https://youtu.be/LgKA8wg4NPc?t=3553</w:t>
      </w:r>
    </w:p>
    <w:p>
      <w:r>
        <w:rPr>
          <w:i/>
        </w:rPr>
        <w:t>“The political interpretation of religion is undoubtedly a wrong interpretation, due to which most Muslims today are misguided. Then how did it happen that during the era of the Righteous Caliphs there was also political conflict, even though they were the ones who understood religion in its original form? Please explain this.”</w:t>
      </w:r>
    </w:p>
    <w:p>
      <w:r>
        <w:rPr>
          <w:sz w:val="20"/>
        </w:rPr>
        <w:t>59:13  maulana agla sawal dilli se kya hai shahnawaz zafar sahib ne unhon ne likha hai deen ki siyasi taabeer beshak ek galat taabeer hai jis ki wajah se aaj ke beshtar musalman bhatke hue hain</w:t>
      </w:r>
      <w:r>
        <w:br/>
      </w:r>
      <w:r>
        <w:rPr>
          <w:sz w:val="20"/>
        </w:rPr>
        <w:t>59:30  to phir aisa kaise hua ke khulafa-e-rashideen ke daur mein bhi siyasi takrao hua jabke woh log deen ko is ke asal roop mein samajhne wale the is ke bare mein hamein batayen dekhen kya takrao ka matlab main nahin keh raha yeh main nahin keh raha hoon ke political interpretation se takrao paida hota hai takrao ki to bohat si baaten hain</w:t>
      </w:r>
      <w:r>
        <w:br/>
      </w:r>
      <w:r>
        <w:rPr>
          <w:sz w:val="20"/>
        </w:rPr>
        <w:t>59:56  sadak pe log takra jate hain rasta nahin diya to takra gaye to takrao ke mukhtalif asbab hote hain wahan par jo takrao tha yani hazrat muawiya mein hazrat ali mein woh takrao jo tha us ki buniyad political interpretation nahin tha woh darasal yeh tha ke hazrat usman ki ki shahadat hui thi un ko qatal kiya gaya tha</w:t>
      </w:r>
      <w:r>
        <w:br/>
      </w:r>
      <w:r>
        <w:rPr>
          <w:sz w:val="20"/>
        </w:rPr>
        <w:t>1:00:25  to masla yeh tha ke jo qatilin the un ko saza di jaye to hazrat muawiya jo the un ka israr yeh tha ke qatilin jo hain woh un ke wirsa ko hawale kiye jayen hazrat usman aur hazrat muawiya dono ek hi qabile ke the yani bani umayya se dono ka taalluq tha</w:t>
      </w:r>
      <w:r>
        <w:br/>
      </w:r>
      <w:r>
        <w:rPr>
          <w:sz w:val="20"/>
        </w:rPr>
        <w:t>1:00:47  to un ka jo jo wahan par jo riwaj chala raha tha pehle se woh yahi tha ke qatil ko maqtul ke wirsa ko hawale kar diya jata tha phir woh jis tarah chahen us ko saza den yeh riwaj tha wahan to hazrat ali kehte the ke nahin hum us ko adalat mein jayenge wahan par karwai hogi adalti faisle ke تحت wahan par nafiz kiya jayega jo jo tay hoga</w:t>
      </w:r>
      <w:r>
        <w:br/>
      </w:r>
      <w:r>
        <w:rPr>
          <w:sz w:val="20"/>
        </w:rPr>
        <w:t>1:01:16  yeh yeh yeh do raay ka takrao tha do raah ka takrao tha yeh barhte barhte jang shuru ikhtiyar ki gayi to wahan jo takrao pesh aaya woh is ke sabab doosra tha political interpretation se koi talluq nahi tha</w:t>
      </w:r>
    </w:p>
    <w:p>
      <w:pPr>
        <w:pStyle w:val="Heading2"/>
      </w:pPr>
      <w:r>
        <w:t>Political status quo versus peaceful da'wah in Libya</w:t>
      </w:r>
    </w:p>
    <w:p>
      <w:r>
        <w:rPr>
          <w:color w:val="666666"/>
          <w:sz w:val="18"/>
        </w:rPr>
        <w:t>Society &amp; Dawah · Politics and Nation Building May 19, 2013 · 3m 19s · at 1:03:48 · https://youtu.be/kmiMGq0Ki2Q?t=3828</w:t>
      </w:r>
    </w:p>
    <w:p>
      <w:r>
        <w:rPr>
          <w:i/>
        </w:rPr>
        <w:t>“In today's lecture you said accept political status quo but you also mentioned name of one of your associates from Libya who was doing da'wah peacefully but was killed by the government. Recently Libyans visited you and said conditions are better and they have started regrouping for da'wah. My question is: Had the people there not raise their voices against their rulers' tyranny and dethrone him? How could those Libyans...”</w:t>
      </w:r>
    </w:p>
    <w:p>
      <w:r>
        <w:rPr>
          <w:sz w:val="20"/>
        </w:rPr>
        <w:t>1:03:48  maulana agla sawal karachi pakistan se aaya hai miss sana ka unho ne likha hai maulana sahib i am a political journalist by profession and have been following your lectures for quite some time now</w:t>
      </w:r>
      <w:r>
        <w:br/>
      </w:r>
      <w:r>
        <w:rPr>
          <w:sz w:val="20"/>
        </w:rPr>
        <w:t>1:04:05  in today lecture you said that accept political status quo ism but you also mentioned name of one of your associate from libya sheikh mohammed qaid who was doing dawa peacefully but was caught and then killed by then government recently few libyans visited you and they said that since conditions in libya are better now hence they have started regrouping for dawa again</w:t>
      </w:r>
      <w:r>
        <w:br/>
      </w:r>
      <w:r>
        <w:rPr>
          <w:sz w:val="20"/>
        </w:rPr>
        <w:t>1:04:35  maulana sahib my question is had the people there not raised their voices against their rulers tyranny and dethroned him how could those libyans even ever thought of regrouping for dawa again under those former conditions when their former ruler was against even their peaceful dawa peaceful work</w:t>
      </w:r>
      <w:r>
        <w:br/>
      </w:r>
      <w:r>
        <w:rPr>
          <w:sz w:val="20"/>
        </w:rPr>
        <w:t>1:04:59  my second question is if you will accept one person as a political imam then what is the point of elections in a democracy lastly i want to say maulana sahib may allah bless you with health and long life you are a pearl of ummah bhai question pakad liya main ap bataein pehla question pehle kya hai pehla wala maul</w:t>
      </w:r>
      <w:r>
        <w:br/>
      </w:r>
      <w:r>
        <w:rPr>
          <w:sz w:val="20"/>
        </w:rPr>
        <w:t>1:05:25  ana woh status quizm ko le ke unhon ne sawal kiya hai ke ap ne jo aj kaha lecture mein to woh yeh keh rahe hain ke libya mein to logon ne ah violence kara ruler ke khilaf aur dethrone kar diya aur sath hi mein unhon ne yeh bhi kaha ke jo wahan ke log hain jo daawa work kar rahe hain unhon ne regrouping bhi kari aur daawa work jari rakha to is ko le ke unhon ne sawal kiya hai Maulana kya sawal kiya hai</w:t>
      </w:r>
      <w:r>
        <w:br/>
      </w:r>
      <w:r>
        <w:rPr>
          <w:sz w:val="20"/>
        </w:rPr>
        <w:t>1:05:53  kya sawal to samjha nahi mein hmm hain Maulana woh sawal actually is se link nahi ho pa raha hai ah jo unhon ne ah mention kara hai bhai doosre log kya kar rahe hain hmm is mein sawal kya banaya hai unhon ne woh to clear nahi hua na hmm hain ji</w:t>
      </w:r>
      <w:r>
        <w:br/>
      </w:r>
      <w:r>
        <w:rPr>
          <w:sz w:val="20"/>
        </w:rPr>
        <w:t>1:06:13  Maulana jo doosra sawal hai woh ah is ke baray mein ap bata sakte hain ke ah of of you well accept one person as ar political imam hmm then what is the point of elections in a democracy yehi to hai bhai ek imam chun lo yeh to mein ne kaha hmm ke democracy mein jab ek party ya ek shakhs chun liya gaya to us ko maan lijiye ab yeh na shor machai ke rigging hui hui</w:t>
      </w:r>
      <w:r>
        <w:br/>
      </w:r>
      <w:r>
        <w:rPr>
          <w:sz w:val="20"/>
        </w:rPr>
        <w:t>1:06:41  yeh to mein ne kaha hmm ap chale jaiye doosre kaam karne ke liye yani education ki field mein daawa field mein business ki field mein aur logon ke andar lal jhagda khatam karne ki field mein bohat kaam hai sab kijiye woh woh woh to wohi baat hai wahan bhi ji ke election ka result accept kar lijiye yeh mat kahiye ke result ko ap challenge karein wohi to baat hai yaar</w:t>
      </w:r>
    </w:p>
    <w:p>
      <w:pPr>
        <w:pStyle w:val="Heading2"/>
      </w:pPr>
      <w:r>
        <w:t>Political vs Ideological Empire Perception</w:t>
      </w:r>
    </w:p>
    <w:p>
      <w:r>
        <w:rPr>
          <w:color w:val="666666"/>
          <w:sz w:val="18"/>
        </w:rPr>
        <w:t>Society &amp; Dawah · The Purpose of Existence-9th September 2012 · 2m 37s · at 1:13:59 · https://youtu.be/KxCy8m6k_MQ?t=4439</w:t>
      </w:r>
    </w:p>
    <w:p>
      <w:r>
        <w:rPr>
          <w:i/>
        </w:rPr>
        <w:t>“People consider a political empire as something great, but they do not consider an ideological empire as something great. Why is that?”</w:t>
      </w:r>
    </w:p>
    <w:p>
      <w:r>
        <w:rPr>
          <w:sz w:val="20"/>
        </w:rPr>
        <w:t>1:13:59  Maulana, agla sawal Hyderabad se aaya hai Maulana Inayat Umri sahib ka.</w:t>
      </w:r>
      <w:r>
        <w:br/>
      </w:r>
      <w:r>
        <w:rPr>
          <w:sz w:val="20"/>
        </w:rPr>
        <w:t>1:14:05  unhon ne aap se poocha hai ke political empire ko log bari cheez samajhte hain, magar ideological empire</w:t>
      </w:r>
      <w:r>
        <w:br/>
      </w:r>
      <w:r>
        <w:rPr>
          <w:sz w:val="20"/>
        </w:rPr>
        <w:t>1:14:11  ko bari cheez nahin samajhte hain.</w:t>
      </w:r>
      <w:r>
        <w:br/>
      </w:r>
      <w:r>
        <w:rPr>
          <w:sz w:val="20"/>
        </w:rPr>
        <w:t>1:14:17  maulana, aisa kyun hai? dekhen, yeh yani soch ki kami ka nateeja hai.</w:t>
      </w:r>
      <w:r>
        <w:br/>
      </w:r>
      <w:r>
        <w:rPr>
          <w:sz w:val="20"/>
        </w:rPr>
        <w:t>1:14:23  soch ki kami political empire ka political headache hai.</w:t>
      </w:r>
      <w:r>
        <w:br/>
      </w:r>
      <w:r>
        <w:rPr>
          <w:sz w:val="20"/>
        </w:rPr>
        <w:t>1:14:29  jitne bhi emperor hue hain, sab ke liye empire se ek problem thi.</w:t>
      </w:r>
      <w:r>
        <w:br/>
      </w:r>
      <w:r>
        <w:rPr>
          <w:sz w:val="20"/>
        </w:rPr>
        <w:t>1:14:35  alexander se le kar ke obama tak har waqt problem ghire hue hain, har waqt masle mein ghire hue hain.</w:t>
      </w:r>
      <w:r>
        <w:br/>
      </w:r>
      <w:r>
        <w:rPr>
          <w:sz w:val="20"/>
        </w:rPr>
        <w:t>1:14:41  koi neend nahin aati un ki, sleeping pills kha ke sote hain.</w:t>
      </w:r>
      <w:r>
        <w:br/>
      </w:r>
      <w:r>
        <w:rPr>
          <w:sz w:val="20"/>
        </w:rPr>
        <w:t>1:14:48  to political empire is ke liye hai jo jo yani mein to samajhta hoon ke jo jis ki</w:t>
      </w:r>
      <w:r>
        <w:br/>
      </w:r>
      <w:r>
        <w:rPr>
          <w:sz w:val="20"/>
        </w:rPr>
        <w:t>1:14:54  soch develop na hui ho.</w:t>
      </w:r>
      <w:r>
        <w:br/>
      </w:r>
      <w:r>
        <w:rPr>
          <w:sz w:val="20"/>
        </w:rPr>
        <w:t>1:15:00  mein to kuch bhi nahin samajhta is ko.</w:t>
      </w:r>
      <w:r>
        <w:br/>
      </w:r>
      <w:r>
        <w:rPr>
          <w:sz w:val="20"/>
        </w:rPr>
        <w:t>1:15:06  jo bhi jin logon ko bhi hukoomaten mili hain, jo bare bare uhde pe baithe hue hain, un</w:t>
      </w:r>
      <w:r>
        <w:br/>
      </w:r>
      <w:r>
        <w:rPr>
          <w:sz w:val="20"/>
        </w:rPr>
        <w:t>1:15:12  ka aap study kijiye qareeb se.</w:t>
      </w:r>
      <w:r>
        <w:br/>
      </w:r>
      <w:r>
        <w:rPr>
          <w:sz w:val="20"/>
        </w:rPr>
        <w:t>1:15:18  raat din problem mein ghire rehte hain, woh ek second bhi unhein azadi nahin sochne ke liye.</w:t>
      </w:r>
      <w:r>
        <w:br/>
      </w:r>
      <w:r>
        <w:rPr>
          <w:sz w:val="20"/>
        </w:rPr>
        <w:t>1:15:24  to mein kaha karta hoon ke hukoomat to headache hai, headache doosron ko de dijiye, aap khud azad</w:t>
      </w:r>
      <w:r>
        <w:br/>
      </w:r>
      <w:r>
        <w:rPr>
          <w:sz w:val="20"/>
        </w:rPr>
        <w:t>1:15:30  ho kar sochiye, azad ho kar apne apne develop kijiye, apne apne yani intellectual development ka kaam kijiye.</w:t>
      </w:r>
      <w:r>
        <w:br/>
      </w:r>
      <w:r>
        <w:rPr>
          <w:sz w:val="20"/>
        </w:rPr>
        <w:t>1:15:36  abhi mein pichli baar bataya tha aap ko ke india ki sab se bari state hai up.</w:t>
      </w:r>
      <w:r>
        <w:br/>
      </w:r>
      <w:r>
        <w:rPr>
          <w:sz w:val="20"/>
        </w:rPr>
        <w:t>1:15:42  to up mein is waqt jo chief minister hain, woh mr. akhilesh yadav hain.</w:t>
      </w:r>
      <w:r>
        <w:br/>
      </w:r>
      <w:r>
        <w:rPr>
          <w:sz w:val="20"/>
        </w:rPr>
        <w:t>1:15:48  to un ka ek interview chha pa tha times of india mein, bohat detail ke sath.</w:t>
      </w:r>
      <w:r>
        <w:br/>
      </w:r>
      <w:r>
        <w:rPr>
          <w:sz w:val="20"/>
        </w:rPr>
        <w:t>1:15:54  to interview mein unhon ne un se poocha ke chief minister banne ke baad aap koi cheez miss</w:t>
      </w:r>
      <w:r>
        <w:br/>
      </w:r>
      <w:r>
        <w:rPr>
          <w:sz w:val="20"/>
        </w:rPr>
        <w:t>1:16:00  kar rahe hain kya? to foran kehte hain, "freedom yani chief minister ban gaye aur freedom chhin gayi,</w:t>
      </w:r>
      <w:r>
        <w:br/>
      </w:r>
      <w:r>
        <w:rPr>
          <w:sz w:val="20"/>
        </w:rPr>
        <w:t>1:16:06  to kya faida?" mein kehta hoon, "chief minister banne se aap ghor kijiye, yeh sab ka haal hai.</w:t>
      </w:r>
      <w:r>
        <w:br/>
      </w:r>
      <w:r>
        <w:rPr>
          <w:sz w:val="20"/>
        </w:rPr>
        <w:t>1:16:12  jeddah mein jitne bhi ruler hain, jitne bhi emperor hain, jitne bhi king hain, sab ka haal yahi tha.</w:t>
      </w:r>
      <w:r>
        <w:br/>
      </w:r>
      <w:r>
        <w:rPr>
          <w:sz w:val="20"/>
        </w:rPr>
        <w:t>1:16:18  to is liye mein kehta hoon ke hukoomat ya empire ek headache hai, headache doosron ke hawale kar</w:t>
      </w:r>
      <w:r>
        <w:br/>
      </w:r>
      <w:r>
        <w:rPr>
          <w:sz w:val="20"/>
        </w:rPr>
        <w:t>1:16:24  dijiye aur aap azadi ke sath apna kaam kijiye, apna spiritual development, intellectual development is field mein jahan</w:t>
      </w:r>
      <w:r>
        <w:br/>
      </w:r>
      <w:r>
        <w:rPr>
          <w:sz w:val="20"/>
        </w:rPr>
        <w:t>1:16:30  koi rukawat nahin.</w:t>
      </w:r>
    </w:p>
    <w:p>
      <w:pPr>
        <w:pStyle w:val="Heading2"/>
      </w:pPr>
      <w:r>
        <w:t>Positive response to Western development as dawah</w:t>
      </w:r>
    </w:p>
    <w:p>
      <w:r>
        <w:rPr>
          <w:color w:val="666666"/>
          <w:sz w:val="18"/>
        </w:rPr>
        <w:t>Society &amp; Dawah · Peace of Mind April 19, 2015 Maulana Wahiduddin Khan · 2m 35s · at 48:06 · https://youtu.be/bGLY0ALNtjw?t=2886</w:t>
      </w:r>
    </w:p>
    <w:p>
      <w:r>
        <w:rPr>
          <w:i/>
        </w:rPr>
        <w:t>“Whenever you give a positive response to Western development and consider it as dawah...”</w:t>
      </w:r>
    </w:p>
    <w:p>
      <w:r>
        <w:rPr>
          <w:sz w:val="20"/>
        </w:rPr>
        <w:t>48:06  maulana, maulana agla sawaal Chennai se hai.</w:t>
      </w:r>
      <w:r>
        <w:br/>
      </w:r>
      <w:r>
        <w:rPr>
          <w:sz w:val="20"/>
        </w:rPr>
        <w:t>48:10  aur maulana Iqbal Umri ne kiya hai.</w:t>
      </w:r>
      <w:r>
        <w:br/>
      </w:r>
      <w:r>
        <w:rPr>
          <w:sz w:val="20"/>
        </w:rPr>
        <w:t>48:12  انہوں نے لکھا ہے: جب بھی آپ Western development کا positive response دیتے ہیں، اور اس کو دعوت</w:t>
      </w:r>
      <w:r>
        <w:br/>
      </w:r>
      <w:r>
        <w:rPr>
          <w:sz w:val="20"/>
        </w:rPr>
        <w:t>48:20  aur marifat se relate karte hain, to kyun ulama yeh kehte hain ke agar ulama aur madaris na</w:t>
      </w:r>
      <w:r>
        <w:br/>
      </w:r>
      <w:r>
        <w:rPr>
          <w:sz w:val="20"/>
        </w:rPr>
        <w:t>48:27  rehte to na islam rehta, na dawat rehti.</w:t>
      </w:r>
      <w:r>
        <w:br/>
      </w:r>
      <w:r>
        <w:rPr>
          <w:sz w:val="20"/>
        </w:rPr>
        <w:t>48:32  maazi mein islam sar buland tha, ab kahan hai?</w:t>
      </w:r>
      <w:r>
        <w:br/>
      </w:r>
      <w:r>
        <w:rPr>
          <w:sz w:val="20"/>
        </w:rPr>
        <w:t>48:38  yeh to kehne ki baat hai.</w:t>
      </w:r>
      <w:r>
        <w:br/>
      </w:r>
      <w:r>
        <w:rPr>
          <w:sz w:val="20"/>
        </w:rPr>
        <w:t>48:41  yeh to kehne ki baat hai.</w:t>
      </w:r>
      <w:r>
        <w:br/>
      </w:r>
      <w:r>
        <w:rPr>
          <w:sz w:val="20"/>
        </w:rPr>
        <w:t>48:43  agar madaris se sara kaam ho raha hai to yahi, yahi ulma shikayat kyun karte hain? inhi ulma</w:t>
      </w:r>
      <w:r>
        <w:br/>
      </w:r>
      <w:r>
        <w:rPr>
          <w:sz w:val="20"/>
        </w:rPr>
        <w:t>48:49  ki taqreerein suniye aap.</w:t>
      </w:r>
      <w:r>
        <w:br/>
      </w:r>
      <w:r>
        <w:rPr>
          <w:sz w:val="20"/>
        </w:rPr>
        <w:t>48:51  yeh to musalmanon ka bura haal batayenge, zulm batayenge logon ka, tarah tarah ke masle bayan</w:t>
      </w:r>
      <w:r>
        <w:br/>
      </w:r>
      <w:r>
        <w:rPr>
          <w:sz w:val="20"/>
        </w:rPr>
        <w:t>48:58  karenge. to madaris se agar sare masle hal ho rahe hain to yahi ulma aisi taqreerein kyun</w:t>
      </w:r>
      <w:r>
        <w:br/>
      </w:r>
      <w:r>
        <w:rPr>
          <w:sz w:val="20"/>
        </w:rPr>
        <w:t>49:03  karte hain? mislan sare ulma yeh taqreerein karte hain ke musalmanon mein ittehad nahi hai.</w:t>
      </w:r>
      <w:r>
        <w:br/>
      </w:r>
      <w:r>
        <w:rPr>
          <w:sz w:val="20"/>
        </w:rPr>
        <w:t>49:08  sare ulma, sare ulma karte hain ke musalman aapas mein lad rahe hain.</w:t>
      </w:r>
      <w:r>
        <w:br/>
      </w:r>
      <w:r>
        <w:rPr>
          <w:sz w:val="20"/>
        </w:rPr>
        <w:t>49:12  to yeh sab kyun hai?</w:t>
      </w:r>
      <w:r>
        <w:br/>
      </w:r>
      <w:r>
        <w:rPr>
          <w:sz w:val="20"/>
        </w:rPr>
        <w:t>49:15  yahi ulma ittehad conference karte hain aur is mein shikayatein karte hain ke musalmanon mein ittehad nahi hai.</w:t>
      </w:r>
      <w:r>
        <w:br/>
      </w:r>
      <w:r>
        <w:rPr>
          <w:sz w:val="20"/>
        </w:rPr>
        <w:t>49:22  to kyun, kyun yeh hai? agar madarse se sab kuch ho raha hai to aisa kyun hai?</w:t>
      </w:r>
      <w:r>
        <w:br/>
      </w:r>
      <w:r>
        <w:rPr>
          <w:sz w:val="20"/>
        </w:rPr>
        <w:t>49:28  to yeh mein samajhta hoon ke, yani deep thinking na hone ka nateeja hai.</w:t>
      </w:r>
      <w:r>
        <w:br/>
      </w:r>
      <w:r>
        <w:rPr>
          <w:sz w:val="20"/>
        </w:rPr>
        <w:t>49:38  maulana unka ek aur sawal hai.</w:t>
      </w:r>
      <w:r>
        <w:br/>
      </w:r>
      <w:r>
        <w:rPr>
          <w:sz w:val="20"/>
        </w:rPr>
        <w:t>49:40  unhon ne aap se poocha hai ke aalami conversion matloob hai ya aalami taur par khuda ke word</w:t>
      </w:r>
      <w:r>
        <w:br/>
      </w:r>
      <w:r>
        <w:rPr>
          <w:sz w:val="20"/>
        </w:rPr>
        <w:t>49:47  ko convey karna? is ko wazeh karen.</w:t>
      </w:r>
      <w:r>
        <w:br/>
      </w:r>
      <w:r>
        <w:rPr>
          <w:sz w:val="20"/>
        </w:rPr>
        <w:t>49:52  conversion hai hi nahi.</w:t>
      </w:r>
      <w:r>
        <w:br/>
      </w:r>
      <w:r>
        <w:rPr>
          <w:sz w:val="20"/>
        </w:rPr>
        <w:t>49:54  conversion ka tasawwur hi nahi hai</w:t>
      </w:r>
      <w:r>
        <w:br/>
      </w:r>
      <w:r>
        <w:rPr>
          <w:sz w:val="20"/>
        </w:rPr>
        <w:t>49:58  mere nazdeek. kyunke mazhab mere nazdeek, jo maine samjha hai, woh personal choice ka naam hai.</w:t>
      </w:r>
      <w:r>
        <w:br/>
      </w:r>
      <w:r>
        <w:rPr>
          <w:sz w:val="20"/>
        </w:rPr>
        <w:t>50:05  conversion to ek koi doosra hai jo aap ko convert karta hai.</w:t>
      </w:r>
      <w:r>
        <w:br/>
      </w:r>
      <w:r>
        <w:rPr>
          <w:sz w:val="20"/>
        </w:rPr>
        <w:t>50:09  woh hai hi nahi.</w:t>
      </w:r>
      <w:r>
        <w:br/>
      </w:r>
      <w:r>
        <w:rPr>
          <w:sz w:val="20"/>
        </w:rPr>
        <w:t>50:11  yeh aap ka personal choice hai.</w:t>
      </w:r>
      <w:r>
        <w:br/>
      </w:r>
      <w:r>
        <w:rPr>
          <w:sz w:val="20"/>
        </w:rPr>
        <w:t>50:13  aap study karen, aap mutala karen, aur jis cheez ko aap sachai samjhen us ko maan len.</w:t>
      </w:r>
      <w:r>
        <w:br/>
      </w:r>
      <w:r>
        <w:rPr>
          <w:sz w:val="20"/>
        </w:rPr>
        <w:t>50:22  to yeh personal choice ka naam hai.</w:t>
      </w:r>
      <w:r>
        <w:br/>
      </w:r>
      <w:r>
        <w:rPr>
          <w:sz w:val="20"/>
        </w:rPr>
        <w:t>50:25  aur jahan tak dawat hai, mere nazdeek dawat naam hai pounchanay ka, pounchanay ka, pounchanay ka.</w:t>
      </w:r>
      <w:r>
        <w:br/>
      </w:r>
      <w:r>
        <w:rPr>
          <w:sz w:val="20"/>
        </w:rPr>
        <w:t>50:30  yeh logon ka apna kaam hai ke woh</w:t>
      </w:r>
      <w:r>
        <w:br/>
      </w:r>
      <w:r>
        <w:rPr>
          <w:sz w:val="20"/>
        </w:rPr>
        <w:t>50:34  apne liye kis cheez ka</w:t>
      </w:r>
      <w:r>
        <w:br/>
      </w:r>
      <w:r>
        <w:rPr>
          <w:sz w:val="20"/>
        </w:rPr>
        <w:t>50:37  intekhab karte hain.</w:t>
      </w:r>
    </w:p>
    <w:p>
      <w:pPr>
        <w:pStyle w:val="Heading2"/>
      </w:pPr>
      <w:r>
        <w:t>Presenting creation plan in Islamic context</w:t>
      </w:r>
    </w:p>
    <w:p>
      <w:r>
        <w:rPr>
          <w:color w:val="666666"/>
          <w:sz w:val="18"/>
        </w:rPr>
        <w:t>Society &amp; Dawah · Spiritual Goal January 15, 2017 · 2m 29s · at 51:10 · https://youtu.be/D3JYu4p_P34?t=3070</w:t>
      </w:r>
    </w:p>
    <w:p>
      <w:r>
        <w:rPr>
          <w:i/>
        </w:rPr>
        <w:t>“Maulana, whenever I tell people creation plan of God, they listen to me carefully. But when I tell them that this creation plan of God is according to Islam, they suddenly lose their interest and start thinking that I am propagating Islam. So my question is: how can I tell creation plan of God in the context of Islam?”</w:t>
      </w:r>
    </w:p>
    <w:p>
      <w:r>
        <w:rPr>
          <w:sz w:val="20"/>
        </w:rPr>
        <w:t>51:10  opportunity in all the spheres of life." Maulana, agla sawal Miss Shabana Idrees ne bheja hai Raipur se.</w:t>
      </w:r>
      <w:r>
        <w:br/>
      </w:r>
      <w:r>
        <w:rPr>
          <w:sz w:val="20"/>
        </w:rPr>
        <w:t>51:17  unhon ne likha hai: "Maulana sahib, whenever I tell people creation plan of God, they listen to me carefully.</w:t>
      </w:r>
      <w:r>
        <w:br/>
      </w:r>
      <w:r>
        <w:rPr>
          <w:sz w:val="20"/>
        </w:rPr>
        <w:t>51:24  But when I tell them that this creation plan of God is according to Islam, they suddenly lose their interest and start thinking that I am propagating Islam. So my question is: how can I tell creation plan of God in the context of Islam?"</w:t>
      </w:r>
      <w:r>
        <w:br/>
      </w:r>
      <w:r>
        <w:rPr>
          <w:sz w:val="20"/>
        </w:rPr>
        <w:t>51:42  " dekhen, ek hi sitting mein aap sari baat nahin kar sakte.</w:t>
      </w:r>
      <w:r>
        <w:br/>
      </w:r>
      <w:r>
        <w:rPr>
          <w:sz w:val="20"/>
        </w:rPr>
        <w:t>51:47  yeh ek process hai.</w:t>
      </w:r>
      <w:r>
        <w:br/>
      </w:r>
      <w:r>
        <w:rPr>
          <w:sz w:val="20"/>
        </w:rPr>
        <w:t>51:53  dawat jo hai, woh ek process hai.</w:t>
      </w:r>
      <w:r>
        <w:br/>
      </w:r>
      <w:r>
        <w:rPr>
          <w:sz w:val="20"/>
        </w:rPr>
        <w:t>51:59  yeh nahin ke bas ek hi sitting mein announce kar dein sari baat A se Z tak.</w:t>
      </w:r>
      <w:r>
        <w:br/>
      </w:r>
      <w:r>
        <w:rPr>
          <w:sz w:val="20"/>
        </w:rPr>
        <w:t>52:05  to aadmi pakdega nahin.</w:t>
      </w:r>
      <w:r>
        <w:br/>
      </w:r>
      <w:r>
        <w:rPr>
          <w:sz w:val="20"/>
        </w:rPr>
        <w:t>52:11  aap dekhen ke audience jo hai, kitna accept ho sakta hai. itna kahiye.</w:t>
      </w:r>
      <w:r>
        <w:br/>
      </w:r>
      <w:r>
        <w:rPr>
          <w:sz w:val="20"/>
        </w:rPr>
        <w:t>52:17  baqi ke liye is ko kahiye ke kitabein padho, literature dijiye is ko.</w:t>
      </w:r>
      <w:r>
        <w:br/>
      </w:r>
      <w:r>
        <w:rPr>
          <w:sz w:val="20"/>
        </w:rPr>
        <w:t>52:23  yani aap baat cheet mein, discussion mein to itna hi kahiye jitna ke aap ka mukhatib sunne ke</w:t>
      </w:r>
      <w:r>
        <w:br/>
      </w:r>
      <w:r>
        <w:rPr>
          <w:sz w:val="20"/>
        </w:rPr>
        <w:t>52:28  liye tayyar hai.</w:t>
      </w:r>
      <w:r>
        <w:br/>
      </w:r>
      <w:r>
        <w:rPr>
          <w:sz w:val="20"/>
        </w:rPr>
        <w:t>52:34  baqi ke liye aap kitabein dijiye.</w:t>
      </w:r>
      <w:r>
        <w:br/>
      </w:r>
      <w:r>
        <w:rPr>
          <w:sz w:val="20"/>
        </w:rPr>
        <w:t>52:40  kyun ke kitabein jo hain, woh aadmi jo padhta hai to woh alag padhta hai.</w:t>
      </w:r>
      <w:r>
        <w:br/>
      </w:r>
      <w:r>
        <w:rPr>
          <w:sz w:val="20"/>
        </w:rPr>
        <w:t>52:46  us waqt woh har cheez padh sakta hai.</w:t>
      </w:r>
      <w:r>
        <w:br/>
      </w:r>
      <w:r>
        <w:rPr>
          <w:sz w:val="20"/>
        </w:rPr>
        <w:t>52:52  lekin sunne mein is ka ego saamne aa jata hai.</w:t>
      </w:r>
      <w:r>
        <w:br/>
      </w:r>
      <w:r>
        <w:rPr>
          <w:sz w:val="20"/>
        </w:rPr>
        <w:t>52:58  to aap yeh kijiye ke jab direct baat cheet ka mauqa hai to aap wahi itna hi bolie</w:t>
      </w:r>
      <w:r>
        <w:br/>
      </w:r>
      <w:r>
        <w:rPr>
          <w:sz w:val="20"/>
        </w:rPr>
        <w:t>53:04  jitna ke aap woh accept karne ke mood mein hain.</w:t>
      </w:r>
      <w:r>
        <w:br/>
      </w:r>
      <w:r>
        <w:rPr>
          <w:sz w:val="20"/>
        </w:rPr>
        <w:t>53:09  is tarah bolie hi mat.</w:t>
      </w:r>
      <w:r>
        <w:br/>
      </w:r>
      <w:r>
        <w:rPr>
          <w:sz w:val="20"/>
        </w:rPr>
        <w:t>53:15  yani qalam sawa, jo quran mein aaya hai, qalam sawa, common ground ke mutabiq baqi ke liye kitabein</w:t>
      </w:r>
      <w:r>
        <w:br/>
      </w:r>
      <w:r>
        <w:rPr>
          <w:sz w:val="20"/>
        </w:rPr>
        <w:t>53:21  dijiye, quran dijiye.</w:t>
      </w:r>
      <w:r>
        <w:br/>
      </w:r>
      <w:r>
        <w:rPr>
          <w:sz w:val="20"/>
        </w:rPr>
        <w:t>53:27  to yeh two fold process hai dawat.</w:t>
      </w:r>
      <w:r>
        <w:br/>
      </w:r>
      <w:r>
        <w:rPr>
          <w:sz w:val="20"/>
        </w:rPr>
        <w:t>53:33  yani ek kaam hoga mulaqaat ke zariye, doosra kaam hoga quran ke zariye aur kitabon ke zariye.</w:t>
      </w:r>
    </w:p>
    <w:p>
      <w:pPr>
        <w:pStyle w:val="Heading2"/>
      </w:pPr>
      <w:r>
        <w:t>Presenting peaceful Islam against Boko Haram</w:t>
      </w:r>
    </w:p>
    <w:p>
      <w:r>
        <w:rPr>
          <w:color w:val="666666"/>
          <w:sz w:val="18"/>
        </w:rPr>
        <w:t>Society &amp; Dawah · Quran A Miracle June 01, 2014 · 2m 06s · at 58:54 · https://youtu.be/8KM3lDsj4PY?t=3534</w:t>
      </w:r>
    </w:p>
    <w:p>
      <w:r>
        <w:rPr>
          <w:i/>
        </w:rPr>
        <w:t>“Maulana, on one side you are there who talk about peaceful Islam, and on the other side there are organizations like Boko Haram who present a violent image of Islam. How do we tell people that Islam's image is not in violence? Please tell us about this.”</w:t>
      </w:r>
    </w:p>
    <w:p>
      <w:r>
        <w:rPr>
          <w:sz w:val="20"/>
        </w:rPr>
        <w:t>58:54  maulana agla sawal bangalore se hai aanhon ne sawal kiya hai unhon ne apna naam nahi likha hai. un ka sawal is tareeqe se hai maulana ek taraf aap hain jo peaceful islam ki baat karte hain.</w:t>
      </w:r>
      <w:r>
        <w:br/>
      </w:r>
      <w:r>
        <w:rPr>
          <w:sz w:val="20"/>
        </w:rPr>
        <w:t>59:09  aur doosri taraf boko haram jaisi tanzeemein hain jo violent islam ki tasweer pesh kar rahe hain. maulana hum logon ko kaise batayein ke islam ki tasweer violence mein nahi hai?</w:t>
      </w:r>
      <w:r>
        <w:br/>
      </w:r>
      <w:r>
        <w:rPr>
          <w:sz w:val="20"/>
        </w:rPr>
        <w:t>59:23  is ke bare mein batayein. bohat aasan hai aap mujh se poochein ke boko haram jo maarta hai logon ko bomb to kahan quran mein likha hua hai ke aisa karo larkiyon ko hostage banao bomb maar kar tabah karo yeh kahan likha hua hai quran mein?</w:t>
      </w:r>
      <w:r>
        <w:br/>
      </w:r>
      <w:r>
        <w:rPr>
          <w:sz w:val="20"/>
        </w:rPr>
        <w:t>59:44  quran mein to dekhiye ayat hai ke ek shakhs ko agar tum ne mara ek fard ko to</w:t>
      </w:r>
      <w:r>
        <w:br/>
      </w:r>
      <w:r>
        <w:rPr>
          <w:sz w:val="20"/>
        </w:rPr>
        <w:t>59:53  saare mankind ko maarne ke barabar hai. to quran mein to yeh taleem hai. aur jo aadmi apne ko momin samjhe us us ke bare mein bhi quran mein ayat hai ke agar tum maroge to jahannum mein jaoge.</w:t>
      </w:r>
      <w:r>
        <w:br/>
      </w:r>
      <w:r>
        <w:rPr>
          <w:sz w:val="20"/>
        </w:rPr>
        <w:t>1:00:10  to aap yeh ayat aap dekh kar bataiye. to quran ek hamare liye is aitbaar se ek bohat bari cheez hai ke ek ke is ek hamare liye ek point of reference hai kisi baat ko batane ke liye.</w:t>
      </w:r>
      <w:r>
        <w:br/>
      </w:r>
      <w:r>
        <w:rPr>
          <w:sz w:val="20"/>
        </w:rPr>
        <w:t>1:00:22  agar quran na hota to hamare paas koi point of reference na hota. ab yeh to accepted hai ke yeh quran khuda ki kitab hai.</w:t>
      </w:r>
      <w:r>
        <w:br/>
      </w:r>
      <w:r>
        <w:rPr>
          <w:sz w:val="20"/>
        </w:rPr>
        <w:t>1:00:32  to aap un ko bataiye ke dekho kahan is mein jo hai woh to ulta hai. tum ko insaan ki jaan ka ehtram karna chahiye tum ko maar rahe ho.</w:t>
      </w:r>
      <w:r>
        <w:br/>
      </w:r>
      <w:r>
        <w:rPr>
          <w:sz w:val="20"/>
        </w:rPr>
        <w:t>1:00:40  ulta kar rahe ho. to pakad jaao pakde hoge tum. to quran ki woh aayatein hain un ko sunaiye jo un ke khilaaf jaati hain.</w:t>
      </w:r>
      <w:r>
        <w:br/>
      </w:r>
      <w:r>
        <w:rPr>
          <w:sz w:val="20"/>
        </w:rPr>
        <w:t>1:00:50  aur jo peace ki baatein karti hain. is par aap ne bohat likha hai aap hamari kitabon ko padhiye.</w:t>
      </w:r>
    </w:p>
    <w:p>
      <w:pPr>
        <w:pStyle w:val="Heading2"/>
      </w:pPr>
      <w:r>
        <w:t>Price to pay for jihad fi sabilillah</w:t>
      </w:r>
    </w:p>
    <w:p>
      <w:r>
        <w:rPr>
          <w:color w:val="666666"/>
          <w:sz w:val="18"/>
        </w:rPr>
        <w:t>Society &amp; Dawah · Jihad Fillah June 23, 2013 · 3m 45s · at 50:55 · https://youtu.be/NRTno1eQTos?t=3055</w:t>
      </w:r>
    </w:p>
    <w:p>
      <w:r>
        <w:rPr>
          <w:i/>
        </w:rPr>
        <w:t>“What is the price that we have to pay to be able to do jihad fi sabilillah?”</w:t>
      </w:r>
    </w:p>
    <w:p>
      <w:r>
        <w:rPr>
          <w:sz w:val="20"/>
        </w:rPr>
        <w:t>50:55  maulana, agla sawal dilli se hai miss naghma siddiqui ka. unhon ne likha hai: "what is the price that we have to pay to be able to do jehad jehad fi Allah?</w:t>
      </w:r>
      <w:r>
        <w:br/>
      </w:r>
      <w:r>
        <w:rPr>
          <w:sz w:val="20"/>
        </w:rPr>
        <w:t>51:08  " bhai, yeh to main pehle bhi arz kar chuka hoon ke sab se, yani yeh ek hi price dena hai, woh hai distraction se bachana.</w:t>
      </w:r>
      <w:r>
        <w:br/>
      </w:r>
      <w:r>
        <w:rPr>
          <w:sz w:val="20"/>
        </w:rPr>
        <w:t>51:19  bas kya cheez distraction hai? is ko bhi log nahi jante. kya cheez distraction hai?</w:t>
      </w:r>
      <w:r>
        <w:br/>
      </w:r>
      <w:r>
        <w:rPr>
          <w:sz w:val="20"/>
        </w:rPr>
        <w:t>51:28  is ko bhi log nahi jante. to beharhal is ko daryaft kijiye ke distraction kya hai aur is se aap logon ko bachaiye.</w:t>
      </w:r>
      <w:r>
        <w:br/>
      </w:r>
      <w:r>
        <w:rPr>
          <w:sz w:val="20"/>
        </w:rPr>
        <w:t>51:39  tab aap aap is qabil honge ke aap ke andar jehad fi Allah ka process jari ho. yeh ek process hai, intellectual process.</w:t>
      </w:r>
      <w:r>
        <w:br/>
      </w:r>
      <w:r>
        <w:rPr>
          <w:sz w:val="20"/>
        </w:rPr>
        <w:t>51:49  to intellectual process jab jari ho payega, jab aap apne ko bachayen distraction se.</w:t>
      </w:r>
      <w:r>
        <w:br/>
      </w:r>
      <w:r>
        <w:rPr>
          <w:sz w:val="20"/>
        </w:rPr>
        <w:t>51:58  mera jo tajurba hai, har aadmi ka yahi case hai ke woh distract hota rehta hai. har aadmi ka yahi case hai.</w:t>
      </w:r>
      <w:r>
        <w:br/>
      </w:r>
      <w:r>
        <w:rPr>
          <w:sz w:val="20"/>
        </w:rPr>
        <w:t>52:07  isi distraction ki wajah se logon ko sachai milti nahi. woh is qabil nahi hote ke jehad fi Allah karen. woh lekin dheere dheere aadmi ko distraction se itni mohabbat ho jati hai ke us ko chhod nahi pata.</w:t>
      </w:r>
      <w:r>
        <w:br/>
      </w:r>
      <w:r>
        <w:rPr>
          <w:sz w:val="20"/>
        </w:rPr>
        <w:t>52:27  ek sahab the, woh koi zamane ki baat hai, jo cigarette nahi tha, beedi peete the. woh jo cigarette ki jagah beedi, main bohat ko samjhata tha ke aap isi phanse rehte hain, aap aap ko koi, yani aala daryaft nahi hogi.</w:t>
      </w:r>
      <w:r>
        <w:br/>
      </w:r>
      <w:r>
        <w:rPr>
          <w:sz w:val="20"/>
        </w:rPr>
        <w:t>52:48  kyun ke woh chhod nahi paate the, kyun ke woh mehboob ho jati hai. woh woh mehboob ho jati hai. woh to isi tarah distraction, jis cheez mein aadmi bohat der tak distract hota rahe, woh us ko mehboob ho jati hai.</w:t>
      </w:r>
      <w:r>
        <w:br/>
      </w:r>
      <w:r>
        <w:rPr>
          <w:sz w:val="20"/>
        </w:rPr>
        <w:t>53:02  yahan tak ke mera ek taza ek tajurba yeh hai ke ke pleasure ki ek nai ek qism meri samajh mein aayi hai, us ko main kehta hoon negative pleasure.</w:t>
      </w:r>
      <w:r>
        <w:br/>
      </w:r>
      <w:r>
        <w:rPr>
          <w:sz w:val="20"/>
        </w:rPr>
        <w:t>53:14  woh bhi distraction hai ke agar aap ki zindagi mein bitter memories kuch hon, aap ko koi museebaten pesh aayi hon, kuch aap ko loss hua ho, kisi ne aap ko dhoka diya ho, to woh that is bitter memory.</w:t>
      </w:r>
      <w:r>
        <w:br/>
      </w:r>
      <w:r>
        <w:rPr>
          <w:sz w:val="20"/>
        </w:rPr>
        <w:t>53:30  to us ko aap charcha karte hain, isi ko sochte hain. to yahan tak ho jata hai ke is mein aap ko ek ek qism ka pleasure milne lagta hai, jis tarah khwahish ko khajash hota hai.</w:t>
      </w:r>
      <w:r>
        <w:br/>
      </w:r>
      <w:r>
        <w:rPr>
          <w:sz w:val="20"/>
        </w:rPr>
        <w:t>53:41  khwahish ho, aap khajayen to is mein ek aap ko phir pleasure milega. that is negative pleasure. negative pleasure matlab yeh hai ke acha to lagta hai, lekin faida kuch nahi is ka.</w:t>
      </w:r>
      <w:r>
        <w:br/>
      </w:r>
      <w:r>
        <w:rPr>
          <w:sz w:val="20"/>
        </w:rPr>
        <w:t>53:53  to main ne yeh paya hai ke jo log, yani jin ki zindagi mein, yani woh hua ho, setback hua ho, to aksar negative pleasure mein phans jate hain.</w:t>
      </w:r>
      <w:r>
        <w:br/>
      </w:r>
      <w:r>
        <w:rPr>
          <w:sz w:val="20"/>
        </w:rPr>
        <w:t>54:05  woh isi ko sochte hain, isi ko charcha karte hain. aur is is ko sochne aur charcha karne mein un ko chunke khwahish khajane khajane ke tareeqe se ek lazzat milti hai, to phanse rehte hain, phanse rehte hain.</w:t>
      </w:r>
      <w:r>
        <w:br/>
      </w:r>
      <w:r>
        <w:rPr>
          <w:sz w:val="20"/>
        </w:rPr>
        <w:t>54:17  is se bahar nahi aa paate. woh bhi that is also a case of distraction.</w:t>
      </w:r>
      <w:r>
        <w:br/>
      </w:r>
      <w:r>
        <w:rPr>
          <w:sz w:val="20"/>
        </w:rPr>
        <w:t>54:23  to itni zyada qismen hain distraction ki hain ke la tuddu wala tahsa. yeh aadmi khud ghaur kar ke samajh sakta hai ke mere liye main main main kis kaun kaun se distraction mein phansa hua hoon.</w:t>
      </w:r>
    </w:p>
    <w:p>
      <w:pPr>
        <w:pStyle w:val="Heading2"/>
      </w:pPr>
      <w:r>
        <w:t>Priority of protecting religion over spreading</w:t>
      </w:r>
    </w:p>
    <w:p>
      <w:r>
        <w:rPr>
          <w:color w:val="666666"/>
          <w:sz w:val="18"/>
        </w:rPr>
        <w:t>Society &amp; Dawah · Peaceful Islamic Mission December 28, 2014 · 2m 57s · at 44:40 · https://youtu.be/aLacalXEtRA?t=2680</w:t>
      </w:r>
    </w:p>
    <w:p>
      <w:r>
        <w:rPr>
          <w:i/>
        </w:rPr>
        <w:t>“A person said that protecting the religion is prior to spreading the religion. When I asked him for evidence, he said 'إن الجنة...'”</w:t>
      </w:r>
    </w:p>
    <w:p>
      <w:r>
        <w:rPr>
          <w:sz w:val="20"/>
        </w:rPr>
        <w:t>44:40  maulana, ab hum sawal lena chahenge jo Maulana Iqbal Umri ne bheja hai Chennai se aur unhon</w:t>
      </w:r>
      <w:r>
        <w:br/>
      </w:r>
      <w:r>
        <w:rPr>
          <w:sz w:val="20"/>
        </w:rPr>
        <w:t>44:46  ne likha hai: Maulana aik sahib ne kaha ke hifazat deen ishai'at deen par muqaddam hai.</w:t>
      </w:r>
      <w:r>
        <w:br/>
      </w:r>
      <w:r>
        <w:rPr>
          <w:sz w:val="20"/>
        </w:rPr>
        <w:t>44:53  jab mein ne un se is baat ki daleel mangi to unhon ne yeh kaha ke "innal jannata</w:t>
      </w:r>
      <w:r>
        <w:br/>
      </w:r>
      <w:r>
        <w:rPr>
          <w:sz w:val="20"/>
        </w:rPr>
        <w:t>44:59  tahata zillal suyuf".</w:t>
      </w:r>
      <w:r>
        <w:br/>
      </w:r>
      <w:r>
        <w:rPr>
          <w:sz w:val="20"/>
        </w:rPr>
        <w:t>45:05  maulana, is jumle ka matlab kya hai? is mein kya mughalta hai? is ko wazeh karen.</w:t>
      </w:r>
      <w:r>
        <w:br/>
      </w:r>
      <w:r>
        <w:rPr>
          <w:sz w:val="20"/>
        </w:rPr>
        <w:t>45:12  dekhen, yeh jo hadith hai "innal jannata tahta zillissuyuf", yeh jannat talwar ke saaye ke neeche hai,</w:t>
      </w:r>
      <w:r>
        <w:br/>
      </w:r>
      <w:r>
        <w:rPr>
          <w:sz w:val="20"/>
        </w:rPr>
        <w:t>45:18  woh is waqt ki hadith hai jab ke jang ho rahi thi.</w:t>
      </w:r>
      <w:r>
        <w:br/>
      </w:r>
      <w:r>
        <w:rPr>
          <w:sz w:val="20"/>
        </w:rPr>
        <w:t>45:24  is ko jo log generalize karte hain, woh plash par jurm karte hain, jurm.</w:t>
      </w:r>
      <w:r>
        <w:br/>
      </w:r>
      <w:r>
        <w:rPr>
          <w:sz w:val="20"/>
        </w:rPr>
        <w:t>45:31  Allah kehta hai pakde jayenge woh.</w:t>
      </w:r>
      <w:r>
        <w:br/>
      </w:r>
      <w:r>
        <w:rPr>
          <w:sz w:val="20"/>
        </w:rPr>
        <w:t>45:37  yani jang ho rahi thi, wahan jab dushman jo the Rasool Allah salallahu alaihi wasallam ke, attack</w:t>
      </w:r>
      <w:r>
        <w:br/>
      </w:r>
      <w:r>
        <w:rPr>
          <w:sz w:val="20"/>
        </w:rPr>
        <w:t>45:43  kar diya tha badi taqat le kar ke, woh mil pade the.</w:t>
      </w:r>
      <w:r>
        <w:br/>
      </w:r>
      <w:r>
        <w:rPr>
          <w:sz w:val="20"/>
        </w:rPr>
        <w:t>45:50  is waqt log logon ki himmat badhane ke liye Rasool Allah salallahu alaihi wasallam ne farmaya ke</w:t>
      </w:r>
      <w:r>
        <w:br/>
      </w:r>
      <w:r>
        <w:rPr>
          <w:sz w:val="20"/>
        </w:rPr>
        <w:t>45:56  agarche bahut badi taqat aa gayi hai lekin tum Allah ke bharose par muqabla karo.</w:t>
      </w:r>
      <w:r>
        <w:br/>
      </w:r>
      <w:r>
        <w:rPr>
          <w:sz w:val="20"/>
        </w:rPr>
        <w:t>46:02  is waqt aap ne farmaya tha ke "innal jannata tahta zillissuyuf", is ko generalize karna, hamesha talwar</w:t>
      </w:r>
      <w:r>
        <w:br/>
      </w:r>
      <w:r>
        <w:rPr>
          <w:sz w:val="20"/>
        </w:rPr>
        <w:t>46:09  chalana, yeh bilkul haram hai Islam mein, haram hai, haram hai.</w:t>
      </w:r>
      <w:r>
        <w:br/>
      </w:r>
      <w:r>
        <w:rPr>
          <w:sz w:val="20"/>
        </w:rPr>
        <w:t>46:15  jo aisa kahe, woh bilashuba Allah ka ki flogging hogi.</w:t>
      </w:r>
      <w:r>
        <w:br/>
      </w:r>
      <w:r>
        <w:rPr>
          <w:sz w:val="20"/>
        </w:rPr>
        <w:t>46:21  is waqt jab ke battle jari thi, Rasool Allah salallahu alaihi wasallam ko hamla kiye hue the</w:t>
      </w:r>
      <w:r>
        <w:br/>
      </w:r>
      <w:r>
        <w:rPr>
          <w:sz w:val="20"/>
        </w:rPr>
        <w:t>46:28  log aur logon ke yeh dekh kar ke hum to kamzor hain, woh zyada taqatwar hain, to Rasool</w:t>
      </w:r>
      <w:r>
        <w:br/>
      </w:r>
      <w:r>
        <w:rPr>
          <w:sz w:val="20"/>
        </w:rPr>
        <w:t>46:34  Allah salallahu alaihi wasallam ne jo himmat badhane ke liye yeh farmaya tha.</w:t>
      </w:r>
      <w:r>
        <w:br/>
      </w:r>
      <w:r>
        <w:rPr>
          <w:sz w:val="20"/>
        </w:rPr>
        <w:t>46:40  ab jo log is ko yeh absolute sense mein le kar ke is ko generalize karein, woh to</w:t>
      </w:r>
      <w:r>
        <w:br/>
      </w:r>
      <w:r>
        <w:rPr>
          <w:sz w:val="20"/>
        </w:rPr>
        <w:t>46:47  jurm kar rahe hain, woh Islam ke daai nahin hain, apne apne nafs ke daai hain woh.</w:t>
      </w:r>
      <w:r>
        <w:br/>
      </w:r>
      <w:r>
        <w:rPr>
          <w:sz w:val="20"/>
        </w:rPr>
        <w:t>46:53  aur yeh baat ke yeh muqaddam hai, woh muqaddam hai, yeh bilkul hi yeh bilkul besare</w:t>
      </w:r>
      <w:r>
        <w:br/>
      </w:r>
      <w:r>
        <w:rPr>
          <w:sz w:val="20"/>
        </w:rPr>
        <w:t>46:59  ek baat hai.</w:t>
      </w:r>
      <w:r>
        <w:br/>
      </w:r>
      <w:r>
        <w:rPr>
          <w:sz w:val="20"/>
        </w:rPr>
        <w:t>47:06  kahan Quran mein likha hua hai ke muqaddam muakhar hai? Yeh kahan likha hua hai? Yeh sab yani</w:t>
      </w:r>
      <w:r>
        <w:br/>
      </w:r>
      <w:r>
        <w:rPr>
          <w:sz w:val="20"/>
        </w:rPr>
        <w:t>47:12  fanni bahasein hain aur baseless bahasein hain, is mein poori qaum ko uljha rakha hai in logon ne.</w:t>
      </w:r>
      <w:r>
        <w:br/>
      </w:r>
      <w:r>
        <w:rPr>
          <w:sz w:val="20"/>
        </w:rPr>
        <w:t>47:18  jahan zaroorat hifazat ki, aap hifazat ki jiye, jahan zaroorat irshad ki, aap irshad ki jiye.</w:t>
      </w:r>
      <w:r>
        <w:br/>
      </w:r>
      <w:r>
        <w:rPr>
          <w:sz w:val="20"/>
        </w:rPr>
        <w:t>47:25  yeh zaroorat tay karti hai in baaton ko, aap ka fanni bahason se nahin tay hota ke kaun</w:t>
      </w:r>
      <w:r>
        <w:br/>
      </w:r>
      <w:r>
        <w:rPr>
          <w:sz w:val="20"/>
        </w:rPr>
        <w:t>47:31  muqaddam, kaun muakhar hai.</w:t>
      </w:r>
    </w:p>
    <w:p>
      <w:pPr>
        <w:pStyle w:val="Heading2"/>
      </w:pPr>
      <w:r>
        <w:t>Procedure for bringing someone to CPS class</w:t>
      </w:r>
    </w:p>
    <w:p>
      <w:r>
        <w:rPr>
          <w:color w:val="666666"/>
          <w:sz w:val="18"/>
        </w:rPr>
        <w:t>Society &amp; Dawah · Material Science and Spiritual Science 20 May 2012 · 3m 26s · at 1:03:17 · https://youtu.be/4K6CxjThlxQ?t=3797</w:t>
      </w:r>
    </w:p>
    <w:p>
      <w:r>
        <w:rPr>
          <w:i/>
        </w:rPr>
        <w:t>“When we bring a person to CPS's weekly spiritual class, what is the principle? Should we first have him read CPS literature for a considerable period, or bring him to the class without reading literature? Also, please mention any incident of the Companions in this regard, and give the incident of Aqil.”</w:t>
      </w:r>
    </w:p>
    <w:p>
      <w:r>
        <w:rPr>
          <w:sz w:val="20"/>
        </w:rPr>
        <w:t>1:03:17  Maulana agla sawal Dilli se hai Mr Sufiyan ka</w:t>
      </w:r>
      <w:r>
        <w:br/>
      </w:r>
      <w:r>
        <w:rPr>
          <w:sz w:val="20"/>
        </w:rPr>
        <w:t>1:03:21  unhon ne likha hai ke jab hum kisi aadmi ko CPS ke weekly spiritual class mein layen to is ka usool kya hai kya hum pehle kafi muddat tak is ko CPS ka literature parhwaien ya literature parhwaye baghair is ko CPS ki class mein le ayen is silsile mein Sahaba ka koi waqia ho to is ko bhi batayen</w:t>
      </w:r>
      <w:r>
        <w:br/>
      </w:r>
      <w:r>
        <w:rPr>
          <w:sz w:val="20"/>
        </w:rPr>
        <w:t>1:03:47  abhi aqal ka waqia diye</w:t>
      </w:r>
      <w:r>
        <w:br/>
      </w:r>
      <w:r>
        <w:rPr>
          <w:sz w:val="20"/>
        </w:rPr>
        <w:t>1:03:49  aap Sahaba ka waqia kyun chahte hain aqal se sochiye CPS ki class jo hai dunya mein ek alag hi type ki class hai dekhen do qism ki classes hoti hain ek ek already society mein kuch masail hain unhi ko le kar cheekh pukar karna</w:t>
      </w:r>
      <w:r>
        <w:br/>
      </w:r>
      <w:r>
        <w:rPr>
          <w:sz w:val="20"/>
        </w:rPr>
        <w:t>1:04:09  yani already masail hain un ko le kar cheekh pukar karna ke bijli nahi mil rahi hai pani nahi aa raha hai aur is ki hukoomat hai un ka masla hai to log isi mein jeete hain subah sham isi ko le kar ke aap lage lage cheekh pukar karne to is ke liye kisi ko tayyar karne ki zaroorat nahi wo to already tayyar hai peshi tayyar hai lekin hamari jo class hai is type ki nahi hai is ke liye sab log un prepared hain un prepared</w:t>
      </w:r>
      <w:r>
        <w:br/>
      </w:r>
      <w:r>
        <w:rPr>
          <w:sz w:val="20"/>
        </w:rPr>
        <w:t>1:04:37  doosron ke jalsay ke liye sare audience jo prepared hote hain already prepared hote hain kuch karna karna nahi le ke chalaiye ye class jo hai is ke liye sab log un un prepared hain yani top ke ulama bhi un prepared hain unhein bhi kuch kitab parhani pare gi maaf kijiye ga to jo aadmi chahta hai kisi ko yahan lana to sab se pehle is ko prepared mind banaye wo kya tareeqa kitaben parhwaiye</w:t>
      </w:r>
      <w:r>
        <w:br/>
      </w:r>
      <w:r>
        <w:rPr>
          <w:sz w:val="20"/>
        </w:rPr>
        <w:t>1:05:05  kuchh is ke andar familiar ho jaye woh hamari baton ke tab lana mufeed hai</w:t>
      </w:r>
      <w:r>
        <w:br/>
      </w:r>
      <w:r>
        <w:rPr>
          <w:sz w:val="20"/>
        </w:rPr>
        <w:t>1:05:11  misal ke taur par dekhiye</w:t>
      </w:r>
      <w:r>
        <w:br/>
      </w:r>
      <w:r>
        <w:rPr>
          <w:sz w:val="20"/>
        </w:rPr>
        <w:t>1:05:14  kisi bhi jalse aap jaiye kisi bhi jalse mein har jagah log mobile istemal karte hain har jagah</w:t>
      </w:r>
      <w:r>
        <w:br/>
      </w:r>
      <w:r>
        <w:rPr>
          <w:sz w:val="20"/>
        </w:rPr>
        <w:t>1:05:21  chahe Muslim ho ya Hindu ke hon Musalman hon Isai kisi ka bhi woh jante hi nahi ke</w:t>
      </w:r>
      <w:r>
        <w:br/>
      </w:r>
      <w:r>
        <w:rPr>
          <w:sz w:val="20"/>
        </w:rPr>
        <w:t>1:05:28  hum jalse mein ja to mobile nahi istemal karna hai ab yahan par hum mobile ko yani haram</w:t>
      </w:r>
      <w:r>
        <w:br/>
      </w:r>
      <w:r>
        <w:rPr>
          <w:sz w:val="20"/>
        </w:rPr>
        <w:t>1:05:32  se bura samajhte hain koi mobile istemal kare yahan par</w:t>
      </w:r>
      <w:r>
        <w:br/>
      </w:r>
      <w:r>
        <w:rPr>
          <w:sz w:val="20"/>
        </w:rPr>
        <w:t>1:05:37  is class ke andar koi mobile istemal kare to main is ko haram se kam nahi samajhta to kis ko khabar hai is ki log samajhte hain ye to ye to ye to koi nahi masjid mein istemal karte hain hum jalsay mein karte hain to yahan kyun nahi karenge masjidon mein log istemal karte hain mobile ko haram mein istemal karte hain hatta ke tawaf kar rahe hain kaba ki tablegh istemal karte hain to sochenge ke yahan kyun nahi istemal kar rahe hain aap</w:t>
      </w:r>
      <w:r>
        <w:br/>
      </w:r>
      <w:r>
        <w:rPr>
          <w:sz w:val="20"/>
        </w:rPr>
        <w:t>1:06:03  to logon ko pehle tayyar kijiye ke bhai yahan mobile nahi istemal hoga yahan beech mein nahi bolna yahan cross question nahi nahi karni hai yahan koi political baaten nahi karni hain tab laiye nahi to aap wo layenge to hamari wo kya hoga ek ek ek problem hoga ek liability hoga wo</w:t>
      </w:r>
      <w:r>
        <w:br/>
      </w:r>
      <w:r>
        <w:rPr>
          <w:sz w:val="20"/>
        </w:rPr>
        <w:t>1:06:25  to is class ki khair khwahi ye hai ke aap jab layen kisi ko to sab se pehle is ko yani is ke mind ko prepare karen tab layen kuch kitaben parhwaiye kuch is ko jo tareeqa hai wo aap jante hain</w:t>
      </w:r>
    </w:p>
    <w:p>
      <w:pPr>
        <w:pStyle w:val="Heading2"/>
      </w:pPr>
      <w:r>
        <w:t>Protecting Muslim nation vs spreading Islam</w:t>
      </w:r>
    </w:p>
    <w:p>
      <w:r>
        <w:rPr>
          <w:color w:val="666666"/>
          <w:sz w:val="18"/>
        </w:rPr>
        <w:t>Society &amp; Dawah · The Problem of Evil December 4, 2011 · 2m 55s · at 1:39:47 · https://youtu.be/SMqtVjaGHfw?t=5987</w:t>
      </w:r>
    </w:p>
    <w:p>
      <w:r>
        <w:rPr>
          <w:i/>
        </w:rPr>
        <w:t>“A person said that protecting the intellectual and practical aspects of the future Muslim nation is necessary, not the spread of Islam. Please explain about this.”</w:t>
      </w:r>
    </w:p>
    <w:p>
      <w:r>
        <w:rPr>
          <w:sz w:val="20"/>
        </w:rPr>
        <w:t>1:39:47  maulana, agla sawal aya hai maulana iqbal umri ka, tamil nadu se.</w:t>
      </w:r>
      <w:r>
        <w:br/>
      </w:r>
      <w:r>
        <w:rPr>
          <w:sz w:val="20"/>
        </w:rPr>
        <w:t>1:39:52  unhon ne likha hai: "maulana, aik sahib ne farmaya anay wali muslim qaum ki fikri aur amli hifazat zaroori hai, na ke islam ki ishaat.</w:t>
      </w:r>
      <w:r>
        <w:br/>
      </w:r>
      <w:r>
        <w:rPr>
          <w:sz w:val="20"/>
        </w:rPr>
        <w:t>1:40:06  is ke baray mein aap batayen." dono yaksa'n tor par zaroori hain, woh bhi zaroori hai, woh bhi zaroori hai.</w:t>
      </w:r>
      <w:r>
        <w:br/>
      </w:r>
      <w:r>
        <w:rPr>
          <w:sz w:val="20"/>
        </w:rPr>
        <w:t>1:40:16  aap kahein ke khana khana zaroori hai, pani peena zaroori nahi hai. hain,</w:t>
      </w:r>
      <w:r>
        <w:br/>
      </w:r>
      <w:r>
        <w:rPr>
          <w:sz w:val="20"/>
        </w:rPr>
        <w:t>1:40:21  aap kahein jaagna zaroori hai, sona zaroori nahi hai. yeh to koi nazariya hi nahi hai. zaroorat kisi koi aik cheez ki nahi hua karti, aik hi cheez zaroorat nahi hoti.</w:t>
      </w:r>
      <w:r>
        <w:br/>
      </w:r>
      <w:r>
        <w:rPr>
          <w:sz w:val="20"/>
        </w:rPr>
        <w:t>1:40:34  to aap apne ko tayyar karne ke liye, apne ko tayyar karna bhi zaroori hai, aur islam ke liye apni jo jo fariza hai, us ko ada karna bhi zaroori hai.</w:t>
      </w:r>
      <w:r>
        <w:br/>
      </w:r>
      <w:r>
        <w:rPr>
          <w:sz w:val="20"/>
        </w:rPr>
        <w:t>1:40:48  kya phir se parhiye is ko?</w:t>
      </w:r>
      <w:r>
        <w:br/>
      </w:r>
      <w:r>
        <w:rPr>
          <w:sz w:val="20"/>
        </w:rPr>
        <w:t>1:40:50  aik maulana, aik sahib ne farmaya: "anay wali muslim qaum ki fikri aur amli hifazat zaroori hai, na ke islam ki ishaat."</w:t>
      </w:r>
      <w:r>
        <w:br/>
      </w:r>
      <w:r>
        <w:rPr>
          <w:sz w:val="20"/>
        </w:rPr>
        <w:t>1:41:02  dekhein, aik to yeh mein kahunga ke log apne dimagh se bolte rehte hain. yeh baat jo hai, apne dimagh se hai. aap quran mein dhoondhiye ke kya yeh baat quran mein likhi hui hai?</w:t>
      </w:r>
      <w:r>
        <w:br/>
      </w:r>
      <w:r>
        <w:rPr>
          <w:sz w:val="20"/>
        </w:rPr>
        <w:t>1:41:15  yeh quran mein likha hua hai.</w:t>
      </w:r>
      <w:r>
        <w:br/>
      </w:r>
      <w:r>
        <w:rPr>
          <w:sz w:val="20"/>
        </w:rPr>
        <w:t>1:41:18  sab se bari musibat yeh hai ke sab aadmi apne dimagh se bolte hain. yeh nahi sochte ke woh quran mein likha hua hai ke nahi likha hua hai. quran mein likha hua hai, jabke "likoon ar rasool shaheedan alaikum wa takoon shuhada al nas".</w:t>
      </w:r>
      <w:r>
        <w:br/>
      </w:r>
      <w:r>
        <w:rPr>
          <w:sz w:val="20"/>
        </w:rPr>
        <w:t>1:41:32  to aap kaise yeh keh sakte hain ke ummat muslima ki hifazat karna hai aur da'wati kaam phaar bajayen? woh hamari zimmedari nahi hai.</w:t>
      </w:r>
      <w:r>
        <w:br/>
      </w:r>
      <w:r>
        <w:rPr>
          <w:sz w:val="20"/>
        </w:rPr>
        <w:t>1:41:41  quran mein saaf saaf yeh hai ke "ummat akoon awwal aman aslam". aik taraf yeh hai, doosri taraf "da'i ila Allah bi yadi wa sirajun muneera".</w:t>
      </w:r>
      <w:r>
        <w:br/>
      </w:r>
      <w:r>
        <w:rPr>
          <w:sz w:val="20"/>
        </w:rPr>
        <w:t>1:41:51  yani apne aap ko momin banana, muslim banana, aik yeh zimmedari hai. doosri yeh hai ke aap doosri qaumon ke aage da'wat Allah ka kaam karna, islam ki ishaat karna.</w:t>
      </w:r>
      <w:r>
        <w:br/>
      </w:r>
      <w:r>
        <w:rPr>
          <w:sz w:val="20"/>
        </w:rPr>
        <w:t>1:42:03  to dono aik sath matloob hain. yeh is mein se koi aisa nahi hai jo ghair zaroori ho.</w:t>
      </w:r>
      <w:r>
        <w:br/>
      </w:r>
      <w:r>
        <w:rPr>
          <w:sz w:val="20"/>
        </w:rPr>
        <w:t>1:42:12  to aap ko apne aap ko, ummat muslima ko musalsal tayyar bhi karte rehna hai, aur sath sath aap ko da'wat ka kaam bhi karte rehna hai.</w:t>
      </w:r>
      <w:r>
        <w:br/>
      </w:r>
      <w:r>
        <w:rPr>
          <w:sz w:val="20"/>
        </w:rPr>
        <w:t>1:42:24  jis tarah se pani peena hai, khana bhi khana hai, jaagna hai, sona bhi hai. to yeh to aik fitri nizam hai.</w:t>
      </w:r>
      <w:r>
        <w:br/>
      </w:r>
      <w:r>
        <w:rPr>
          <w:sz w:val="20"/>
        </w:rPr>
        <w:t>1:42:33  aap aik ko le kar doosre ko chhod dein, yeh aap ko khud sakhta hai. quran se is ka koi ta'alluq nahi hai.</w:t>
      </w:r>
    </w:p>
    <w:p>
      <w:pPr>
        <w:pStyle w:val="Heading2"/>
      </w:pPr>
      <w:r>
        <w:t>Protection of Muslims vs propagation of Islam</w:t>
      </w:r>
    </w:p>
    <w:p>
      <w:r>
        <w:rPr>
          <w:color w:val="666666"/>
          <w:sz w:val="18"/>
        </w:rPr>
        <w:t>Society &amp; Dawah · Q&amp;A 04 DEC 2011 Maulana Wahiduddin Khan · 3m 10s · at 41:25 · https://youtu.be/KIMNmuUZoGo?t=2485</w:t>
      </w:r>
    </w:p>
    <w:p>
      <w:r>
        <w:rPr>
          <w:i/>
        </w:rPr>
        <w:t>“A person said that the intellectual and practical protection of the future Muslim nation is necessary, not the propagation of Islam. Please explain this.”</w:t>
      </w:r>
    </w:p>
    <w:p>
      <w:r>
        <w:rPr>
          <w:sz w:val="20"/>
        </w:rPr>
        <w:t>41:25  maulānā aglā sawāl āyā hai maulānā iqbāl 'umrī kā tamiil nāḍu se. Unhoṅne likhā hai: "maulānā ek sāhab ne farmāyā āne vālī muslim qaum kī fikrī aur 'amalī ḥifāzat zarūrī hai na ke islām kī āshā'at.</w:t>
      </w:r>
      <w:r>
        <w:br/>
      </w:r>
      <w:r>
        <w:rPr>
          <w:sz w:val="20"/>
        </w:rPr>
        <w:t>41:45  is ke bāre meṅ āp batā'eṅ."</w:t>
      </w:r>
      <w:r>
        <w:br/>
      </w:r>
      <w:r>
        <w:rPr>
          <w:sz w:val="20"/>
        </w:rPr>
        <w:t>41:51  donon yaksāṅ taur par zarūrī haiṅ. woh bhī zarūrī hai, woh bhī zarūrī hai. āp kaheṅ ke ḳhānā ḳhānā zarūrī hai, pānī pīnā zarūrī nahīṅ hai.</w:t>
      </w:r>
      <w:r>
        <w:br/>
      </w:r>
      <w:r>
        <w:rPr>
          <w:sz w:val="20"/>
        </w:rPr>
        <w:t>42:00  haiṅ? āp kaheṅ jāgnā zarūrī hai, sonā zarūrī nahīṅ hai. yeh to ko'ī nazariya nahīṅ hai. zarūrat kisī ko'ī ek cīz kī nahīṅ huā kartī.</w:t>
      </w:r>
      <w:r>
        <w:br/>
      </w:r>
      <w:r>
        <w:rPr>
          <w:sz w:val="20"/>
        </w:rPr>
        <w:t>42:12  ek hī cīz zarūrat nahīṅ hotī. to āp apne ko taiyār karne ke lie apne ko taiyār karnā bhī zarūrī hai.</w:t>
      </w:r>
      <w:r>
        <w:br/>
      </w:r>
      <w:r>
        <w:rPr>
          <w:sz w:val="20"/>
        </w:rPr>
        <w:t>42:22  aur islām ke lie apnī jo jo farīza hai us ko adā karnā bhī zarūrī hai. kyā phir se paṛhīye us ko?</w:t>
      </w:r>
      <w:r>
        <w:br/>
      </w:r>
      <w:r>
        <w:rPr>
          <w:sz w:val="20"/>
        </w:rPr>
        <w:t>42:38  ek maulānā ek sāhab ne farmāyā āne vālī muslim qaum kī fikrī aur 'amalī ḥifāzat zarūrī hai na ke islām kī āshā'at.</w:t>
      </w:r>
      <w:r>
        <w:br/>
      </w:r>
      <w:r>
        <w:rPr>
          <w:sz w:val="20"/>
        </w:rPr>
        <w:t>42:51  dekhīye ek to yeh maiṅ kahūṅgā ke log apne dimāġh se bolte rahte haiṅ. yeh bāt apne dimāġh se hai. āp qur'ān meṅ ḍhūṅḍhīye ke kyā yeh bāt qur'ān meṅ likhī hu'ī hai?</w:t>
      </w:r>
      <w:r>
        <w:br/>
      </w:r>
      <w:r>
        <w:rPr>
          <w:sz w:val="20"/>
        </w:rPr>
        <w:t>43:04  yeh quran mein likha hua hai? sab se bari museebat yeh hai ke</w:t>
      </w:r>
      <w:r>
        <w:br/>
      </w:r>
      <w:r>
        <w:rPr>
          <w:sz w:val="20"/>
        </w:rPr>
        <w:t>43:11  sab aadmi apne dimaagh se bolte hain. yeh nahi sochte ke woh quran mein likha hua hai ke nahi likha hua hai. quran mein likha hua hai jabke "likon al-rasool shaheeda wa alaikum wa takoono shuhadaa al-nas" to aap kaise yeh keh sakte hain ke ummat-e-muslima ki hifazat karna hai aur da'wati kaam phaar bajaye?</w:t>
      </w:r>
      <w:r>
        <w:br/>
      </w:r>
      <w:r>
        <w:rPr>
          <w:sz w:val="20"/>
        </w:rPr>
        <w:t>43:29  woh hamari zimmedari nahi hai. quran mein saaf saaf yeh hai ke "ummat akon awwal min aslam" ek taraf yeh hai.</w:t>
      </w:r>
      <w:r>
        <w:br/>
      </w:r>
      <w:r>
        <w:rPr>
          <w:sz w:val="20"/>
        </w:rPr>
        <w:t>43:38  dusri taraf "da'i ilallah ba'idi wa siraj munira" yaani apne aap ko momin banana, muslim banana.</w:t>
      </w:r>
      <w:r>
        <w:br/>
      </w:r>
      <w:r>
        <w:rPr>
          <w:sz w:val="20"/>
        </w:rPr>
        <w:t>43:47  ek yeh zimmedari hai. doosri yeh hai ke aap doosri qaumon ke aage da'wat-e-ilallah ka kaam karna, islam ki isha'at karna. to dono ek saath matloob hain.</w:t>
      </w:r>
      <w:r>
        <w:br/>
      </w:r>
      <w:r>
        <w:rPr>
          <w:sz w:val="20"/>
        </w:rPr>
        <w:t>43:56  yeh is mein se koi aisa nahi hai jo</w:t>
      </w:r>
      <w:r>
        <w:br/>
      </w:r>
      <w:r>
        <w:rPr>
          <w:sz w:val="20"/>
        </w:rPr>
        <w:t>44:00  ghair zaroori ho. to aap ko apne aap ko, ummat-e-muslima ko musalsal tayyar bhi karte rehna hai.</w:t>
      </w:r>
      <w:r>
        <w:br/>
      </w:r>
      <w:r>
        <w:rPr>
          <w:sz w:val="20"/>
        </w:rPr>
        <w:t>44:11  aur saath saath aap ko da'wat ka kaam bhi karte rehna hai. jis tarah se pani peena hai, khana bhi khana hai.</w:t>
      </w:r>
      <w:r>
        <w:br/>
      </w:r>
      <w:r>
        <w:rPr>
          <w:sz w:val="20"/>
        </w:rPr>
        <w:t>44:20  jaagna hai, sona bhi hai. to yeh to ek fitri nizam hai. aap ek ko le kar doosre ko chhod dein.</w:t>
      </w:r>
      <w:r>
        <w:br/>
      </w:r>
      <w:r>
        <w:rPr>
          <w:sz w:val="20"/>
        </w:rPr>
        <w:t>44:29  yeh aap ko khud sakhta hai, quran se is ka koi ta'alluq nahi hai.</w:t>
      </w:r>
      <w:r>
        <w:br/>
      </w:r>
      <w:r>
        <w:rPr>
          <w:sz w:val="20"/>
        </w:rPr>
        <w:t>44:36  maulana agla sawal hai miss naghma siddiqui ka. unhon ne likha hai: "How can one do merciless introspection of oneself?"</w:t>
      </w:r>
    </w:p>
    <w:p>
      <w:pPr>
        <w:pStyle w:val="Heading2"/>
      </w:pPr>
      <w:r>
        <w:t>Protesting small issues to protect prayers</w:t>
      </w:r>
    </w:p>
    <w:p>
      <w:r>
        <w:rPr>
          <w:color w:val="666666"/>
          <w:sz w:val="18"/>
        </w:rPr>
        <w:t>Society &amp; Dawah · Spirit of the Age November 06, 2016 · 2m 36s · at 43:11 · https://youtu.be/URWoioUiDO4?t=2591</w:t>
      </w:r>
    </w:p>
    <w:p>
      <w:r>
        <w:rPr>
          <w:i/>
        </w:rPr>
        <w:t>“Many Muslims say that if we do not protest on small issues, then our prayers and fasting will also be objected to.”</w:t>
      </w:r>
    </w:p>
    <w:p>
      <w:r>
        <w:rPr>
          <w:sz w:val="20"/>
        </w:rPr>
        <w:t>43:11  maulana, agla sawal doctor safina tabassum ne bheja hai ajmer se, aur unhon ne likha hai, maulana, maulana</w:t>
      </w:r>
      <w:r>
        <w:br/>
      </w:r>
      <w:r>
        <w:rPr>
          <w:sz w:val="20"/>
        </w:rPr>
        <w:t>43:18  sahib, bohat musalmanon ka yeh kehna hai ke agar hum choti choti baton par protest nahi karenge</w:t>
      </w:r>
      <w:r>
        <w:br/>
      </w:r>
      <w:r>
        <w:rPr>
          <w:sz w:val="20"/>
        </w:rPr>
        <w:t>43:26  to hamare namaz roze par bhi eteraz hone lagega.</w:t>
      </w:r>
      <w:r>
        <w:br/>
      </w:r>
      <w:r>
        <w:rPr>
          <w:sz w:val="20"/>
        </w:rPr>
        <w:t>43:30  un logon ko kya kaha jaye, is ke bare mein bataein.</w:t>
      </w:r>
      <w:r>
        <w:br/>
      </w:r>
      <w:r>
        <w:rPr>
          <w:sz w:val="20"/>
        </w:rPr>
        <w:t>43:35  yeh to ek jhoota, ek jhoota, yani jhoota doubt hai, baseless doubt hai.</w:t>
      </w:r>
      <w:r>
        <w:br/>
      </w:r>
      <w:r>
        <w:rPr>
          <w:sz w:val="20"/>
        </w:rPr>
        <w:t>43:41  yeh yehi to mein keh raha hoon bar bar ke musalmanon ki ghalti hai ke wo isi spirit</w:t>
      </w:r>
      <w:r>
        <w:br/>
      </w:r>
      <w:r>
        <w:rPr>
          <w:sz w:val="20"/>
        </w:rPr>
        <w:t>43:49  of age ko jante nahi.</w:t>
      </w:r>
      <w:r>
        <w:br/>
      </w:r>
      <w:r>
        <w:rPr>
          <w:sz w:val="20"/>
        </w:rPr>
        <w:t>43:51  kabhi namumkin hai ke aap ki namaz roze par record dali jaye.</w:t>
      </w:r>
      <w:r>
        <w:br/>
      </w:r>
      <w:r>
        <w:rPr>
          <w:sz w:val="20"/>
        </w:rPr>
        <w:t>43:56  duniya mein kahin bhi record nahi hai.</w:t>
      </w:r>
      <w:r>
        <w:br/>
      </w:r>
      <w:r>
        <w:rPr>
          <w:sz w:val="20"/>
        </w:rPr>
        <w:t>43:59  record jo hai, aap ke nuisance par hai, aap ke virus par hai ke masjidon mein is kya</w:t>
      </w:r>
      <w:r>
        <w:br/>
      </w:r>
      <w:r>
        <w:rPr>
          <w:sz w:val="20"/>
        </w:rPr>
        <w:t>44:07  aaj kal ho raha hai ke juma ke din ekatha hote hain to wo masjidon mein nafrat ki</w:t>
      </w:r>
      <w:r>
        <w:br/>
      </w:r>
      <w:r>
        <w:rPr>
          <w:sz w:val="20"/>
        </w:rPr>
        <w:t>44:14  taqreerein hoti hain ke dushman hain, yani hamein, yani hum yeh karna hai, wo karna hai.</w:t>
      </w:r>
      <w:r>
        <w:br/>
      </w:r>
      <w:r>
        <w:rPr>
          <w:sz w:val="20"/>
        </w:rPr>
        <w:t>44:21  to yeh cheez buri hai.</w:t>
      </w:r>
      <w:r>
        <w:br/>
      </w:r>
      <w:r>
        <w:rPr>
          <w:sz w:val="20"/>
        </w:rPr>
        <w:t>44:23  nafrat namaz nahi buri hai.</w:t>
      </w:r>
      <w:r>
        <w:br/>
      </w:r>
      <w:r>
        <w:rPr>
          <w:sz w:val="20"/>
        </w:rPr>
        <w:t>44:26  koi duniya mein aisa nahi hai jo namaz ko roke.</w:t>
      </w:r>
      <w:r>
        <w:br/>
      </w:r>
      <w:r>
        <w:rPr>
          <w:sz w:val="20"/>
        </w:rPr>
        <w:t>44:30  jo rokega, wohi ke aap aisi baat karte hain jo zamane ke khilaf ho, yani tashaddud ki</w:t>
      </w:r>
      <w:r>
        <w:br/>
      </w:r>
      <w:r>
        <w:rPr>
          <w:sz w:val="20"/>
        </w:rPr>
        <w:t>44:38  baat, nafrat ki baat.</w:t>
      </w:r>
      <w:r>
        <w:br/>
      </w:r>
      <w:r>
        <w:rPr>
          <w:sz w:val="20"/>
        </w:rPr>
        <w:t>44:39  yeh bilkul jhoota hai, sarapa jhoota hai.</w:t>
      </w:r>
      <w:r>
        <w:br/>
      </w:r>
      <w:r>
        <w:rPr>
          <w:sz w:val="20"/>
        </w:rPr>
        <w:t>44:42  yeh kehna ke namaz ko rokenge, is ki koi asal nahi hai.</w:t>
      </w:r>
      <w:r>
        <w:br/>
      </w:r>
      <w:r>
        <w:rPr>
          <w:sz w:val="20"/>
        </w:rPr>
        <w:t>44:48  bilkul jhooti baat hai.</w:t>
      </w:r>
      <w:r>
        <w:br/>
      </w:r>
      <w:r>
        <w:rPr>
          <w:sz w:val="20"/>
        </w:rPr>
        <w:t>44:50  mein ne kitni bar gaya hoon, mein church mein gaya hoon, mandir mein gaya hoon, namaz ka waqt</w:t>
      </w:r>
      <w:r>
        <w:br/>
      </w:r>
      <w:r>
        <w:rPr>
          <w:sz w:val="20"/>
        </w:rPr>
        <w:t>44:57  hoga, logon ne khoob kaha, aaj namaz padhiye.</w:t>
      </w:r>
      <w:r>
        <w:br/>
      </w:r>
      <w:r>
        <w:rPr>
          <w:sz w:val="20"/>
        </w:rPr>
        <w:t>45:01  khade khade hote hain ehteram ke liye.</w:t>
      </w:r>
      <w:r>
        <w:br/>
      </w:r>
      <w:r>
        <w:rPr>
          <w:sz w:val="20"/>
        </w:rPr>
        <w:t>45:04  ek baar tha, qissa likha tha maine risale mein ke paruram shastri ka program tha chapati par</w:t>
      </w:r>
      <w:r>
        <w:br/>
      </w:r>
      <w:r>
        <w:rPr>
          <w:sz w:val="20"/>
        </w:rPr>
        <w:t>45:11  bombay mein, aur bahut bada majma tha wahan.</w:t>
      </w:r>
      <w:r>
        <w:br/>
      </w:r>
      <w:r>
        <w:rPr>
          <w:sz w:val="20"/>
        </w:rPr>
        <w:t>45:15  to bahut ooncha pandal laga hua tha.</w:t>
      </w:r>
      <w:r>
        <w:br/>
      </w:r>
      <w:r>
        <w:rPr>
          <w:sz w:val="20"/>
        </w:rPr>
        <w:t>45:18  to maghrib ka waqt ho gaya.</w:t>
      </w:r>
      <w:r>
        <w:br/>
      </w:r>
      <w:r>
        <w:rPr>
          <w:sz w:val="20"/>
        </w:rPr>
        <w:t>45:20  to maine kaha ke maghrib ka waqt ho gaya hai.</w:t>
      </w:r>
      <w:r>
        <w:br/>
      </w:r>
      <w:r>
        <w:rPr>
          <w:sz w:val="20"/>
        </w:rPr>
        <w:t>45:25  to unhone kaha ke aap yahin padhiye, is yahin padhiye, pandal par.</w:t>
      </w:r>
      <w:r>
        <w:br/>
      </w:r>
      <w:r>
        <w:rPr>
          <w:sz w:val="20"/>
        </w:rPr>
        <w:t>45:31  to unhone apni taqreer rok di.</w:t>
      </w:r>
      <w:r>
        <w:br/>
      </w:r>
      <w:r>
        <w:rPr>
          <w:sz w:val="20"/>
        </w:rPr>
        <w:t>45:34  aur maine sab ke saamne, lakhon aadmi the, aur pandal, ooncha pandal tha, woh khade ho kar</w:t>
      </w:r>
      <w:r>
        <w:br/>
      </w:r>
      <w:r>
        <w:rPr>
          <w:sz w:val="20"/>
        </w:rPr>
        <w:t>45:41  namaz padhi.</w:t>
      </w:r>
      <w:r>
        <w:br/>
      </w:r>
      <w:r>
        <w:rPr>
          <w:sz w:val="20"/>
        </w:rPr>
        <w:t>45:43  yeh jhooti baat hai, yeh yeh to jhooti baat hai.</w:t>
      </w:r>
    </w:p>
    <w:p>
      <w:pPr>
        <w:pStyle w:val="Heading2"/>
      </w:pPr>
      <w:r>
        <w:t>Protesting small matters to protect worship</w:t>
      </w:r>
    </w:p>
    <w:p>
      <w:r>
        <w:rPr>
          <w:color w:val="666666"/>
          <w:sz w:val="18"/>
        </w:rPr>
        <w:t>Society &amp; Dawah · Spirit of the Age Nov 6, 2016 · 2m 47s · at 52:21 · https://youtu.be/QAW9LP53xQk?t=3141</w:t>
      </w:r>
    </w:p>
    <w:p>
      <w:r>
        <w:rPr>
          <w:i/>
        </w:rPr>
        <w:t>“Many Muslims say that if we do not protest over small matters, then our prayers and fasting will also be objected to.”</w:t>
      </w:r>
    </w:p>
    <w:p>
      <w:r>
        <w:rPr>
          <w:sz w:val="20"/>
        </w:rPr>
        <w:t>52:21  maulana, agla sawal doctor safeena tabassum ne bheja hai ajmer se, aur unhon ne likha hai: maulana sahib,</w:t>
      </w:r>
      <w:r>
        <w:br/>
      </w:r>
      <w:r>
        <w:rPr>
          <w:sz w:val="20"/>
        </w:rPr>
        <w:t>52:26  bohat musalmanon ka yeh kehna hai ke agar hum choti choti baaton par protest nahi karenge to</w:t>
      </w:r>
      <w:r>
        <w:br/>
      </w:r>
      <w:r>
        <w:rPr>
          <w:sz w:val="20"/>
        </w:rPr>
        <w:t>52:31  hamare namaz roze par bhi eteraz hone lagega.</w:t>
      </w:r>
      <w:r>
        <w:br/>
      </w:r>
      <w:r>
        <w:rPr>
          <w:sz w:val="20"/>
        </w:rPr>
        <w:t>52:36  un logon ko kya kaha jaye, is ke baray mein batayein.</w:t>
      </w:r>
      <w:r>
        <w:br/>
      </w:r>
      <w:r>
        <w:rPr>
          <w:sz w:val="20"/>
        </w:rPr>
        <w:t>52:41  yeh to aik jhoota, aik jhoota yani jhoota doubt hai, baseless doubt hai.</w:t>
      </w:r>
      <w:r>
        <w:br/>
      </w:r>
      <w:r>
        <w:rPr>
          <w:sz w:val="20"/>
        </w:rPr>
        <w:t>52:46  yeh yahi to main keh raha hoon bar bar ke musalmanon ki ghalti hai ke woh isi speed</w:t>
      </w:r>
      <w:r>
        <w:br/>
      </w:r>
      <w:r>
        <w:rPr>
          <w:sz w:val="20"/>
        </w:rPr>
        <w:t>52:52  of age ko jante nahi.</w:t>
      </w:r>
      <w:r>
        <w:br/>
      </w:r>
      <w:r>
        <w:rPr>
          <w:sz w:val="20"/>
        </w:rPr>
        <w:t>52:57  kabhi namumkin hai ke aap ki namaz roze par record dali jaye.</w:t>
      </w:r>
      <w:r>
        <w:br/>
      </w:r>
      <w:r>
        <w:rPr>
          <w:sz w:val="20"/>
        </w:rPr>
        <w:t>53:02  duniya mein kahin bhi record nahi hai.</w:t>
      </w:r>
      <w:r>
        <w:br/>
      </w:r>
      <w:r>
        <w:rPr>
          <w:sz w:val="20"/>
        </w:rPr>
        <w:t>53:07  record jo hai, aap ke nuisance par hai, aap ke violence par hai ke masjidon mein is kiya</w:t>
      </w:r>
      <w:r>
        <w:br/>
      </w:r>
      <w:r>
        <w:rPr>
          <w:sz w:val="20"/>
        </w:rPr>
        <w:t>53:12  aaj kal ho raha hai ke jume ke din ekatha hote hain to masjidon mein nafrat ki taqreerein</w:t>
      </w:r>
      <w:r>
        <w:br/>
      </w:r>
      <w:r>
        <w:rPr>
          <w:sz w:val="20"/>
        </w:rPr>
        <w:t>53:17  hoti hain ke dushman hain, unhein humein, unhein hum yeh karna hai, woh karna hai.</w:t>
      </w:r>
      <w:r>
        <w:br/>
      </w:r>
      <w:r>
        <w:rPr>
          <w:sz w:val="20"/>
        </w:rPr>
        <w:t>53:22  to yeh cheez buri hai.</w:t>
      </w:r>
      <w:r>
        <w:br/>
      </w:r>
      <w:r>
        <w:rPr>
          <w:sz w:val="20"/>
        </w:rPr>
        <w:t>53:27  nafrat namaz nahi buri hai.</w:t>
      </w:r>
      <w:r>
        <w:br/>
      </w:r>
      <w:r>
        <w:rPr>
          <w:sz w:val="20"/>
        </w:rPr>
        <w:t>53:32  koi duniya mein aisa nahi hai jo namaz ko roke.</w:t>
      </w:r>
      <w:r>
        <w:br/>
      </w:r>
      <w:r>
        <w:rPr>
          <w:sz w:val="20"/>
        </w:rPr>
        <w:t>53:37  jo roke ga, wohi ke aap aisi baat karte hain jo zamane ke khilaf ho, yani tashaddud ki</w:t>
      </w:r>
      <w:r>
        <w:br/>
      </w:r>
      <w:r>
        <w:rPr>
          <w:sz w:val="20"/>
        </w:rPr>
        <w:t>53:42  baat, nafrat ki baat.</w:t>
      </w:r>
      <w:r>
        <w:br/>
      </w:r>
      <w:r>
        <w:rPr>
          <w:sz w:val="20"/>
        </w:rPr>
        <w:t>53:47  yeh bilkul jhoote sarapa jhoot hai yeh kehna ke namaz ko rokeinge.</w:t>
      </w:r>
      <w:r>
        <w:br/>
      </w:r>
      <w:r>
        <w:rPr>
          <w:sz w:val="20"/>
        </w:rPr>
        <w:t>53:52  is ki koi asal nahi hai.</w:t>
      </w:r>
      <w:r>
        <w:br/>
      </w:r>
      <w:r>
        <w:rPr>
          <w:sz w:val="20"/>
        </w:rPr>
        <w:t>53:57  bilkul jhooti baat hai.</w:t>
      </w:r>
      <w:r>
        <w:br/>
      </w:r>
      <w:r>
        <w:rPr>
          <w:sz w:val="20"/>
        </w:rPr>
        <w:t>54:02  main ne kitni baar gaya hoon, main church mein gaya hoon, mandir mein gaya hoon, namaz ka waqt</w:t>
      </w:r>
      <w:r>
        <w:br/>
      </w:r>
      <w:r>
        <w:rPr>
          <w:sz w:val="20"/>
        </w:rPr>
        <w:t>54:07  hoga, logon ne khoob kaha aaj namaz padhiye.</w:t>
      </w:r>
      <w:r>
        <w:br/>
      </w:r>
      <w:r>
        <w:rPr>
          <w:sz w:val="20"/>
        </w:rPr>
        <w:t>54:13  khare khare hotay hain ehtram ke liye.</w:t>
      </w:r>
      <w:r>
        <w:br/>
      </w:r>
      <w:r>
        <w:rPr>
          <w:sz w:val="20"/>
        </w:rPr>
        <w:t>54:18  aik martaba qissa likha tha mein ne risalay mein ke parvaram shastri ka program tha chapati par bombay</w:t>
      </w:r>
      <w:r>
        <w:br/>
      </w:r>
      <w:r>
        <w:rPr>
          <w:sz w:val="20"/>
        </w:rPr>
        <w:t>54:23  mein, aur bohat bara majma tha wahan.</w:t>
      </w:r>
      <w:r>
        <w:br/>
      </w:r>
      <w:r>
        <w:rPr>
          <w:sz w:val="20"/>
        </w:rPr>
        <w:t>54:28  to bohat ooncha pandal laga hua tha.</w:t>
      </w:r>
      <w:r>
        <w:br/>
      </w:r>
      <w:r>
        <w:rPr>
          <w:sz w:val="20"/>
        </w:rPr>
        <w:t>54:33  to maghrib ka waqt ho gaya.</w:t>
      </w:r>
      <w:r>
        <w:br/>
      </w:r>
      <w:r>
        <w:rPr>
          <w:sz w:val="20"/>
        </w:rPr>
        <w:t>54:38  to mein ne kaha ke maghrib ka waqt ho gaya hai.</w:t>
      </w:r>
      <w:r>
        <w:br/>
      </w:r>
      <w:r>
        <w:rPr>
          <w:sz w:val="20"/>
        </w:rPr>
        <w:t>54:43  to unhon ne kaha ke aap yahin parhiye, yahin parhiye pandal par.</w:t>
      </w:r>
      <w:r>
        <w:br/>
      </w:r>
      <w:r>
        <w:rPr>
          <w:sz w:val="20"/>
        </w:rPr>
        <w:t>54:48  to unhon ne apni taqreer rok di.</w:t>
      </w:r>
      <w:r>
        <w:br/>
      </w:r>
      <w:r>
        <w:rPr>
          <w:sz w:val="20"/>
        </w:rPr>
        <w:t>54:53  aur mein ne sab ke samne, lakhon aadmi thay, wahi pandal, ooncha pandal tha, woh khare ho kar namaz parhi.</w:t>
      </w:r>
      <w:r>
        <w:br/>
      </w:r>
      <w:r>
        <w:rPr>
          <w:sz w:val="20"/>
        </w:rPr>
        <w:t>54:58  yeh jhooti baat hai yeh.</w:t>
      </w:r>
      <w:r>
        <w:br/>
      </w:r>
      <w:r>
        <w:rPr>
          <w:sz w:val="20"/>
        </w:rPr>
        <w:t>55:03  yeh to jhooti baat hai.</w:t>
      </w:r>
    </w:p>
    <w:p>
      <w:pPr>
        <w:pStyle w:val="Heading2"/>
      </w:pPr>
      <w:r>
        <w:t>Purpose of Muslim unity emphasis</w:t>
      </w:r>
    </w:p>
    <w:p>
      <w:r>
        <w:rPr>
          <w:color w:val="666666"/>
          <w:sz w:val="18"/>
        </w:rPr>
        <w:t>Society &amp; Dawah · Dars-e-Quran, Chapter 2, Verse 61 February 11, 2018 · 4m 25s · at 57:41 · https://youtu.be/rgoE0nvFJJI?t=3461</w:t>
      </w:r>
    </w:p>
    <w:p>
      <w:r>
        <w:rPr>
          <w:i/>
        </w:rPr>
        <w:t>“Nowadays, Muslims strongly emphasize unity of Muslims (Ittihad al-Muslimin), but what is the purpose behind this unity?”</w:t>
      </w:r>
    </w:p>
    <w:p>
      <w:r>
        <w:rPr>
          <w:sz w:val="20"/>
        </w:rPr>
        <w:t>57:41  molana agla sawal lete hain jo abdul rauf khateeb sahab ne bheja hai chiplun se</w:t>
      </w:r>
      <w:r>
        <w:br/>
      </w:r>
      <w:r>
        <w:rPr>
          <w:sz w:val="20"/>
        </w:rPr>
        <w:t>57:49  unho ne likha hai molana aj kal musalmanon ki taraf se ittehad ul muslimeen par bharpoor zor diya jata</w:t>
      </w:r>
      <w:r>
        <w:br/>
      </w:r>
      <w:r>
        <w:rPr>
          <w:sz w:val="20"/>
        </w:rPr>
        <w:t>57:57  hai lekin sab ka maqsad is ittehad ke peechay sirf aik hi hai aur woh hai musalmanon ka</w:t>
      </w:r>
      <w:r>
        <w:br/>
      </w:r>
      <w:r>
        <w:rPr>
          <w:sz w:val="20"/>
        </w:rPr>
        <w:t>58:05  un ka khoya hua shandar maazi aur maqam wapas dila diya jana dawat e islam ittehad ul muslimeen ka maqsad</w:t>
      </w:r>
      <w:r>
        <w:br/>
      </w:r>
      <w:r>
        <w:rPr>
          <w:sz w:val="20"/>
        </w:rPr>
        <w:t>58:16  nahi hai molana is ke baray mein kuch farmayein</w:t>
      </w:r>
      <w:r>
        <w:br/>
      </w:r>
      <w:r>
        <w:rPr>
          <w:sz w:val="20"/>
        </w:rPr>
        <w:t>58:23  dekhein bas yeh kahoon ga ke yeh</w:t>
      </w:r>
      <w:r>
        <w:br/>
      </w:r>
      <w:r>
        <w:rPr>
          <w:sz w:val="20"/>
        </w:rPr>
        <w:t>58:29  it is due to an awareness</w:t>
      </w:r>
      <w:r>
        <w:br/>
      </w:r>
      <w:r>
        <w:rPr>
          <w:sz w:val="20"/>
        </w:rPr>
        <w:t>58:33  be khabari ka musalman jo jee rahe hain shandar maazi to haal to is se bhi shandar hai</w:t>
      </w:r>
      <w:r>
        <w:br/>
      </w:r>
      <w:r>
        <w:rPr>
          <w:sz w:val="20"/>
        </w:rPr>
        <w:t>58:44  bas bas musalmanon ka jo haal hai is se bhi shandar hai faraz sahib aik aik hadees dikha</w:t>
      </w:r>
      <w:r>
        <w:br/>
      </w:r>
      <w:r>
        <w:rPr>
          <w:sz w:val="20"/>
        </w:rPr>
        <w:t>58:50  dijiye jo aik aik aurat chalay gi</w:t>
      </w:r>
      <w:r>
        <w:br/>
      </w:r>
      <w:r>
        <w:rPr>
          <w:sz w:val="20"/>
        </w:rPr>
        <w:t>58:54  woh oont se kahan se kahan jab aur koi is ko dar rahe hon ge kisi ka woh</w:t>
      </w:r>
      <w:r>
        <w:br/>
      </w:r>
      <w:r>
        <w:rPr>
          <w:sz w:val="20"/>
        </w:rPr>
        <w:t>58:59  ayat dikha di to woh hadees</w:t>
      </w:r>
      <w:r>
        <w:br/>
      </w:r>
      <w:r>
        <w:rPr>
          <w:sz w:val="20"/>
        </w:rPr>
        <w:t>59:04  main aik misal deta hoon ap ko bohat hi yani intresting misal hai musalmanon ki be khabari ka musalmanon ki be khabari ka</w:t>
      </w:r>
      <w:r>
        <w:br/>
      </w:r>
      <w:r>
        <w:rPr>
          <w:sz w:val="20"/>
        </w:rPr>
        <w:t>59:20  shandar mazi shandar mazi yani shandar hal ko janay hon shandar hal ko diskavar karo wo to kuch bhi nahi tha jis ko ap shandar mazi samajhtay hain wo to nathing tha wo aj ke hal ke muqablay mein</w:t>
      </w:r>
      <w:r>
        <w:br/>
      </w:r>
      <w:r>
        <w:rPr>
          <w:sz w:val="20"/>
        </w:rPr>
        <w:t>59:37  is hadees ko parhiye aur tarjuma kijiye is ka.</w:t>
      </w:r>
      <w:r>
        <w:br/>
      </w:r>
      <w:r>
        <w:rPr>
          <w:sz w:val="20"/>
        </w:rPr>
        <w:t>59:41  an khubab ibn al arrad qala shukuna ila rasool Allah sallallahu alaihi wasallam wa huwa mutawassit burdah fi dhil</w:t>
      </w:r>
      <w:r>
        <w:br/>
      </w:r>
      <w:r>
        <w:rPr>
          <w:sz w:val="20"/>
        </w:rPr>
        <w:t>59:49  al kaabah qulna lahu ala tastansir lana ala tad'u Allah lana qala kana al rajul fi man qablakum</w:t>
      </w:r>
      <w:r>
        <w:br/>
      </w:r>
      <w:r>
        <w:rPr>
          <w:sz w:val="20"/>
        </w:rPr>
        <w:t>1:00:00  fi fi fi</w:t>
      </w:r>
      <w:r>
        <w:br/>
      </w:r>
      <w:r>
        <w:rPr>
          <w:sz w:val="20"/>
        </w:rPr>
        <w:t>1:00:35  sahih al-bukhari hadis number 3612</w:t>
      </w:r>
      <w:r>
        <w:br/>
      </w:r>
      <w:r>
        <w:rPr>
          <w:sz w:val="20"/>
        </w:rPr>
        <w:t>1:00:39  khabab bin arad se riwayat hai wo kehtay hain ke hum ne rasul allah sal allah alayhi wa sallam se shikayat ki us waqt wo ka·ba ke saye mein apni chadar ko takiya banaye hue letay thay hum ne kaha kya ap hamaray liye madad nahi mangtay kya ap hamaray liye allah ta·ala se dua nahi kartay ap ne kaha ap say pehlay admi thay</w:t>
      </w:r>
      <w:r>
        <w:br/>
      </w:r>
      <w:r>
        <w:rPr>
          <w:sz w:val="20"/>
        </w:rPr>
        <w:t>1:01:07  un ke liye zameen khodi jati</w:t>
      </w:r>
    </w:p>
    <w:p>
      <w:pPr>
        <w:pStyle w:val="Heading2"/>
      </w:pPr>
      <w:r>
        <w:t>Purpose of ideology when implementation is less than ideal</w:t>
      </w:r>
    </w:p>
    <w:p>
      <w:r>
        <w:rPr>
          <w:color w:val="666666"/>
          <w:sz w:val="18"/>
        </w:rPr>
        <w:t>Society &amp; Dawah · Islam Ideology, Team and Method October 09, 2011 · 3m 20s · at 1:17:50 · https://youtu.be/zRilc1fG6c0?t=4670</w:t>
      </w:r>
    </w:p>
    <w:p>
      <w:r>
        <w:rPr>
          <w:i/>
        </w:rPr>
        <w:t>“When the implementation of an ideology is less than ideal, then what is the purpose that an ideology serves? Kindly explain.”</w:t>
      </w:r>
    </w:p>
    <w:p>
      <w:r>
        <w:rPr>
          <w:sz w:val="20"/>
        </w:rPr>
        <w:t>1:17:50  agla sawal Maulana Mas Sadia ne kiya hai</w:t>
      </w:r>
      <w:r>
        <w:br/>
      </w:r>
      <w:r>
        <w:rPr>
          <w:sz w:val="20"/>
        </w:rPr>
        <w:t>1:17:53  Dilli se. unhon ne likha hai ke "When the implementation of an ideology is less than ideal, then what is the purpose that ideology serves? Kindiely explain." Dekhiye, ideology jo hai, wahi to le kar ek aadmi apne aap ko theek karta hai.</w:t>
      </w:r>
      <w:r>
        <w:br/>
      </w:r>
      <w:r>
        <w:rPr>
          <w:sz w:val="20"/>
        </w:rPr>
        <w:t>1:18:05  agar agar mujhe yeh maloom ho ke meri koi ideology nahi hai to mera to personality nahi banegi. to ideology ek aadmi ka zaati target hota hai.</w:t>
      </w:r>
      <w:r>
        <w:br/>
      </w:r>
      <w:r>
        <w:rPr>
          <w:sz w:val="20"/>
        </w:rPr>
        <w:t>1:18:17  lekin aap jab samaj mein aayein, logon ke darmiyan aayein to aap wahan, aap aap wahan aap ko practor banna padta hai.</w:t>
      </w:r>
      <w:r>
        <w:br/>
      </w:r>
      <w:r>
        <w:rPr>
          <w:sz w:val="20"/>
        </w:rPr>
        <w:t>1:18:31  mera matlab yeh nahi hai ke ideology jo hai ya ideal, idealism jo hai, woh is tarah se ghair zaroori hai.</w:t>
      </w:r>
      <w:r>
        <w:br/>
      </w:r>
      <w:r>
        <w:rPr>
          <w:sz w:val="20"/>
        </w:rPr>
        <w:t>1:18:39  to mera manna hai ke idealism ek shakhs ki zaat ke liye to bahut hi important hai. is se aadmi ko target milta hai ke mujhe yeh banna hai, yeh banna hai, yeh banna hai.</w:t>
      </w:r>
      <w:r>
        <w:br/>
      </w:r>
      <w:r>
        <w:rPr>
          <w:sz w:val="20"/>
        </w:rPr>
        <w:t>1:18:48  lekin samaj mein chuki bahut se log hote hain, is liye aap ko wahan practical banna padta hai.</w:t>
      </w:r>
      <w:r>
        <w:br/>
      </w:r>
      <w:r>
        <w:rPr>
          <w:sz w:val="20"/>
        </w:rPr>
        <w:t>1:19:00  agar agar ek ideal na ho to fard ka, fard ko koi nishana nahi milega. agar ideal na ho to ek individual ko aage badhne ke liye koi target nahi rahega.</w:t>
      </w:r>
      <w:r>
        <w:br/>
      </w:r>
      <w:r>
        <w:rPr>
          <w:sz w:val="20"/>
        </w:rPr>
        <w:t>1:19:05  yani target aisa hona chahiye jo aadmi hamesha is mein sar garam rahe. to mera manna yeh hai ke individual, individual ke liye idealism aur samaj ke liye practical.</w:t>
      </w:r>
      <w:r>
        <w:br/>
      </w:r>
      <w:r>
        <w:rPr>
          <w:sz w:val="20"/>
        </w:rPr>
        <w:t>1:19:18  yani yani</w:t>
      </w:r>
      <w:r>
        <w:br/>
      </w:r>
      <w:r>
        <w:rPr>
          <w:sz w:val="20"/>
        </w:rPr>
        <w:t>1:19:36  yani yani</w:t>
      </w:r>
      <w:r>
        <w:br/>
      </w:r>
      <w:r>
        <w:rPr>
          <w:sz w:val="20"/>
        </w:rPr>
        <w:t>1:19:37  aadmi, yaani hum ko apni zaat ke liye to ideal banna chahiye, apni zaat ke liye, lekin samaaj ke liye humein practical banna chahiye. yeh mera manna hai.</w:t>
      </w:r>
      <w:r>
        <w:br/>
      </w:r>
      <w:r>
        <w:rPr>
          <w:sz w:val="20"/>
        </w:rPr>
        <w:t>1:19:48  mister abdul rehman ne dilli se likha hai: "maulana sahib, since the agitation of anna hazare, there are a lot of debates, discussions and articles regarding how to eradicate corruption from India.</w:t>
      </w:r>
      <w:r>
        <w:br/>
      </w:r>
      <w:r>
        <w:rPr>
          <w:sz w:val="20"/>
        </w:rPr>
        <w:t>1:20:06  kindly put forward the best method as per you." dekhen, yeh bart waghera se yeh sab cheezein khatam nahi hoti.</w:t>
      </w:r>
      <w:r>
        <w:br/>
      </w:r>
      <w:r>
        <w:rPr>
          <w:sz w:val="20"/>
        </w:rPr>
        <w:t>1:20:17  iska bart se koi talluq nahi hai. yeh to aap logon ko educate karen, is se hogi. bart se khatam ho jaye corruption, yeh aap corruption ko under estimate karenge.</w:t>
      </w:r>
      <w:r>
        <w:br/>
      </w:r>
      <w:r>
        <w:rPr>
          <w:sz w:val="20"/>
        </w:rPr>
        <w:t>1:20:32  jo aadmi yeh samjhe ke bart rakhne se corruption khatam ho jayega, woh corruption ko under estimate kar raha hai. aap ko insaan ko educate karna hai, insaan ke mind ko badalna hai, insaan ki soch ko badalna hai.</w:t>
      </w:r>
      <w:r>
        <w:br/>
      </w:r>
      <w:r>
        <w:rPr>
          <w:sz w:val="20"/>
        </w:rPr>
        <w:t>1:20:48  tab ja ke corruption khatam hoga. yeh ek long term planning hai. waqti dhoom machane se corruption khatam nahi ho sakta hai.</w:t>
      </w:r>
      <w:r>
        <w:br/>
      </w:r>
      <w:r>
        <w:rPr>
          <w:sz w:val="20"/>
        </w:rPr>
        <w:t>1:20:59  yeh bohat lambi baat hai, is ko mein yahan nahi kar sakta. koi sahib ko interest ho to mere paas aa jayen, mein un ko bataunga ke meri soch kya hai is maamle mein.</w:t>
      </w:r>
    </w:p>
    <w:p>
      <w:pPr>
        <w:pStyle w:val="Heading2"/>
      </w:pPr>
      <w:r>
        <w:t>Pursuing peace in Kashmir despite wrong interpretations</w:t>
      </w:r>
    </w:p>
    <w:p>
      <w:r>
        <w:rPr>
          <w:color w:val="666666"/>
          <w:sz w:val="18"/>
        </w:rPr>
        <w:t>Society &amp; Dawah · Problem of Dajjal 29 sept, 2019 - Maulana Wahiduddin Khan · 2m 43s · at 1:02:05 · https://youtu.be/PL-Kv-sE68w?t=3725</w:t>
      </w:r>
    </w:p>
    <w:p>
      <w:r>
        <w:rPr>
          <w:i/>
        </w:rPr>
        <w:t>“In a place like Kashmir, where traditional Quranic teachings with wrong interpretations are ingrained, how can one pursue the ideology of actual peace?”</w:t>
      </w:r>
    </w:p>
    <w:p>
      <w:r>
        <w:rPr>
          <w:sz w:val="20"/>
        </w:rPr>
        <w:t>1:02:05  may allah protect us." miss mehak fiaz khan ne sawal kiya hai dilli se. unhon ne likha hai: "maulana sahib, in a place like kashmir, when one faces odd situations one or the other day,</w:t>
      </w:r>
      <w:r>
        <w:br/>
      </w:r>
      <w:r>
        <w:rPr>
          <w:sz w:val="20"/>
        </w:rPr>
        <w:t>1:02:22  widening the ideology of actual peace has become really difficult. everyone has a harsh and oppressive story to tell.</w:t>
      </w:r>
      <w:r>
        <w:br/>
      </w:r>
      <w:r>
        <w:rPr>
          <w:sz w:val="20"/>
        </w:rPr>
        <w:t>1:02:32  alhamdulillah, i have never witnessed anything bad, but traditional teachings of quran with wrong interpretations is ingrained everywhere, which has made it even more difficult.</w:t>
      </w:r>
      <w:r>
        <w:br/>
      </w:r>
      <w:r>
        <w:rPr>
          <w:sz w:val="20"/>
        </w:rPr>
        <w:t>1:02:47  kindly suggest a basic way to start with." bhai, dekhiye, saaf baat hai ke agar aap apni taraf se kuch kahein, apni taraf se toh jo chahe kahiye.</w:t>
      </w:r>
      <w:r>
        <w:br/>
      </w:r>
      <w:r>
        <w:rPr>
          <w:sz w:val="20"/>
        </w:rPr>
        <w:t>1:03:03  apni taraf se ke mein aisa karunga, mera yeh sochna hai, mera yeh manna hai toh jo chahe kahiye. lekin jab aap naam lein islam ka, quran ka toh aap ko reference dena padega.</w:t>
      </w:r>
      <w:r>
        <w:br/>
      </w:r>
      <w:r>
        <w:rPr>
          <w:sz w:val="20"/>
        </w:rPr>
        <w:t>1:03:18  reference dena padega. toh jo log is waqt jhanda uthaye hue hain woh kehte hain ke yeh islam hai.</w:t>
      </w:r>
      <w:r>
        <w:br/>
      </w:r>
      <w:r>
        <w:rPr>
          <w:sz w:val="20"/>
        </w:rPr>
        <w:t>1:03:27  to bhai, jab islam hai to pehle to reference to pesh karo. yeh to aik bilkul logic, logical baat hai ke islam ke naam se aap koi baat kahein to aap ko islam ki reference dena pare ga.</w:t>
      </w:r>
      <w:r>
        <w:br/>
      </w:r>
      <w:r>
        <w:rPr>
          <w:sz w:val="20"/>
        </w:rPr>
        <w:t>1:03:45  apni taraf se kijiye, jo chahe kijiye, jo chahe kijiye.</w:t>
      </w:r>
      <w:r>
        <w:br/>
      </w:r>
      <w:r>
        <w:rPr>
          <w:sz w:val="20"/>
        </w:rPr>
        <w:t>1:04:00  maulana, agla comment bheja hai miss shabina ali ne kolkata se. unho ne likha hai: "maulana, today you gave us the clarity of where the era of the dajaliyat starts and what is its ideology.</w:t>
      </w:r>
      <w:r>
        <w:br/>
      </w:r>
      <w:r>
        <w:rPr>
          <w:sz w:val="20"/>
        </w:rPr>
        <w:t>1:04:17  from what i have understood from the very inspiring lecture of today, that where there was rise of some fascist group, there was also the rise in dajaliyat, that is islamization of violence.</w:t>
      </w:r>
      <w:r>
        <w:br/>
      </w:r>
      <w:r>
        <w:rPr>
          <w:sz w:val="20"/>
        </w:rPr>
        <w:t>1:04:31  islam is the religion of peace, love, tolerance, patience and fear of allah. god has made this world full of hardship to see who is a predictable character and who can be placed in the world of paradise.</w:t>
      </w:r>
    </w:p>
    <w:p>
      <w:pPr>
        <w:pStyle w:val="Heading2"/>
      </w:pPr>
      <w:r>
        <w:t>Question about Pakistan opposition leaders</w:t>
      </w:r>
    </w:p>
    <w:p>
      <w:r>
        <w:rPr>
          <w:color w:val="666666"/>
          <w:sz w:val="18"/>
        </w:rPr>
        <w:t>Society &amp; Dawah · Concept of Jihad in Islam September 7, 2014 · 3m 27s · at 44:32 · https://youtu.be/GnKBYM8HbuQ?t=2672</w:t>
      </w:r>
    </w:p>
    <w:p>
      <w:r>
        <w:rPr>
          <w:i/>
        </w:rPr>
        <w:t>“My question is that currently in Pakistan the issue that is going on, then two opposition leaders...”</w:t>
      </w:r>
    </w:p>
    <w:p>
      <w:r>
        <w:rPr>
          <w:sz w:val="20"/>
        </w:rPr>
        <w:t>44:32  Maulana, yeh sawal Saudi Arabia se aya hai Dr. Hina ka, aur unhone likha hai ke Maulana</w:t>
      </w:r>
      <w:r>
        <w:br/>
      </w:r>
      <w:r>
        <w:rPr>
          <w:sz w:val="20"/>
        </w:rPr>
        <w:t>44:38  sahab jazak Allah for the beautiful talk that you gave yesterday.</w:t>
      </w:r>
      <w:r>
        <w:br/>
      </w:r>
      <w:r>
        <w:rPr>
          <w:sz w:val="20"/>
        </w:rPr>
        <w:t>44:45  mera sawal yeh hai ke is waqt Pakistan mein jo masla chal raha hai, to do opposition leaders</w:t>
      </w:r>
      <w:r>
        <w:br/>
      </w:r>
      <w:r>
        <w:rPr>
          <w:sz w:val="20"/>
        </w:rPr>
        <w:t>44:52  jo campaign chala rahe hain, woh yeh keh rahe hain ke they are not doing any complaints but</w:t>
      </w:r>
      <w:r>
        <w:br/>
      </w:r>
      <w:r>
        <w:rPr>
          <w:sz w:val="20"/>
        </w:rPr>
        <w:t>44:59  they have stood up for the rights of poor.</w:t>
      </w:r>
      <w:r>
        <w:br/>
      </w:r>
      <w:r>
        <w:rPr>
          <w:sz w:val="20"/>
        </w:rPr>
        <w:t>45:06  kyunke ameer ghareeb ka farq bohat ho gaya hai Pakistan mein.</w:t>
      </w:r>
      <w:r>
        <w:br/>
      </w:r>
      <w:r>
        <w:rPr>
          <w:sz w:val="20"/>
        </w:rPr>
        <w:t>45:12  mulk ke leaders jo ate hain, apni jeb bharte hain, apne business, apna business karte hain, aur apne</w:t>
      </w:r>
      <w:r>
        <w:br/>
      </w:r>
      <w:r>
        <w:rPr>
          <w:sz w:val="20"/>
        </w:rPr>
        <w:t>45:19  bachon ke foreign bank accounts bharte hain, aur ghareeb ke bachhe wohin rehte hain.</w:t>
      </w:r>
      <w:r>
        <w:br/>
      </w:r>
      <w:r>
        <w:rPr>
          <w:sz w:val="20"/>
        </w:rPr>
        <w:t>45:26  My question is, is it okay to help such leaders in protest because they are trying to challenge</w:t>
      </w:r>
      <w:r>
        <w:br/>
      </w:r>
      <w:r>
        <w:rPr>
          <w:sz w:val="20"/>
        </w:rPr>
        <w:t>45:33  the zulm and operation peacefully?</w:t>
      </w:r>
      <w:r>
        <w:br/>
      </w:r>
      <w:r>
        <w:rPr>
          <w:sz w:val="20"/>
        </w:rPr>
        <w:t>45:40  dekhiye, zulm ko challenge karna yeh shaitani kaam hai.</w:t>
      </w:r>
      <w:r>
        <w:br/>
      </w:r>
      <w:r>
        <w:rPr>
          <w:sz w:val="20"/>
        </w:rPr>
        <w:t>45:45  kisi peghambar ne kabhi zulm ko challenge nahi kiya, shaitan ne kiya.</w:t>
      </w:r>
      <w:r>
        <w:br/>
      </w:r>
      <w:r>
        <w:rPr>
          <w:sz w:val="20"/>
        </w:rPr>
        <w:t>45:50  yeh jo log kar rahe hain, yeh shaitani kaam kar rahe hain, naam le rahe hain islam ka.</w:t>
      </w:r>
      <w:r>
        <w:br/>
      </w:r>
      <w:r>
        <w:rPr>
          <w:sz w:val="20"/>
        </w:rPr>
        <w:t>45:55  bilashuba, is mein koi shaq nahi mujhe ke jo zulm ko challenge karta hai aur huqooq insani ka</w:t>
      </w:r>
      <w:r>
        <w:br/>
      </w:r>
      <w:r>
        <w:rPr>
          <w:sz w:val="20"/>
        </w:rPr>
        <w:t>46:01  jhanda uthata hai, woh shaitani kaam karta hai.</w:t>
      </w:r>
      <w:r>
        <w:br/>
      </w:r>
      <w:r>
        <w:rPr>
          <w:sz w:val="20"/>
        </w:rPr>
        <w:t>46:06  woh, aur mein kahunga you have to see the result yeh jhanda toh pehle bhi uthaya tha</w:t>
      </w:r>
      <w:r>
        <w:br/>
      </w:r>
      <w:r>
        <w:rPr>
          <w:sz w:val="20"/>
        </w:rPr>
        <w:t>46:11  logon ne, result kahan nikla? khud Pakistan jo bana tha, woh bhi isi jhande par bana tha.</w:t>
      </w:r>
      <w:r>
        <w:br/>
      </w:r>
      <w:r>
        <w:rPr>
          <w:sz w:val="20"/>
        </w:rPr>
        <w:t>46:17  toh Pakistan ban kar woh maqsad hasil kyun nahi hua? dekhiye, yeh peghambar ka tareeqa nahi hai ke</w:t>
      </w:r>
      <w:r>
        <w:br/>
      </w:r>
      <w:r>
        <w:rPr>
          <w:sz w:val="20"/>
        </w:rPr>
        <w:t>46:22  jhande uthaye jayen.</w:t>
      </w:r>
      <w:r>
        <w:br/>
      </w:r>
      <w:r>
        <w:rPr>
          <w:sz w:val="20"/>
        </w:rPr>
        <w:t>46:27  The very ideology is wrong.</w:t>
      </w:r>
      <w:r>
        <w:br/>
      </w:r>
      <w:r>
        <w:rPr>
          <w:sz w:val="20"/>
        </w:rPr>
        <w:t>46:33  zulm ko khatam karna, hukoomat qaim karna, siyasi nizam banana, yeh ideology galat hai.</w:t>
      </w:r>
      <w:r>
        <w:br/>
      </w:r>
      <w:r>
        <w:rPr>
          <w:sz w:val="20"/>
        </w:rPr>
        <w:t>46:38  aap sirf yeh kijiye ke logon ki ideology ko badlie, logon ke mind ko badlie, logon ki soch ko badlie.</w:t>
      </w:r>
      <w:r>
        <w:br/>
      </w:r>
      <w:r>
        <w:rPr>
          <w:sz w:val="20"/>
        </w:rPr>
        <w:t>46:43  direct taur par in se takrane se koi faida nahi, chahe un ki hukoomat ho ya un ki</w:t>
      </w:r>
      <w:r>
        <w:br/>
      </w:r>
      <w:r>
        <w:rPr>
          <w:sz w:val="20"/>
        </w:rPr>
        <w:t>46:49  hukoomat ho, haalat wahi rahe gi.</w:t>
      </w:r>
      <w:r>
        <w:br/>
      </w:r>
      <w:r>
        <w:rPr>
          <w:sz w:val="20"/>
        </w:rPr>
        <w:t>46:54  aap ko ideology ko badalna hai, logon ki soch ko badalna hai, tab kaam hoga, warna kuch kaam nahi hoga.</w:t>
      </w:r>
      <w:r>
        <w:br/>
      </w:r>
      <w:r>
        <w:rPr>
          <w:sz w:val="20"/>
        </w:rPr>
        <w:t>46:59  abhi bhi jo maine baatein kahi hain, isi ko saare Pakistan mein phaila dijiye.</w:t>
      </w:r>
      <w:r>
        <w:br/>
      </w:r>
      <w:r>
        <w:rPr>
          <w:sz w:val="20"/>
        </w:rPr>
        <w:t>47:05  aap abhi jo mera lecture hai, woh saare Pakistan mein phaila dijiye.</w:t>
      </w:r>
      <w:r>
        <w:br/>
      </w:r>
      <w:r>
        <w:rPr>
          <w:sz w:val="20"/>
        </w:rPr>
        <w:t>47:10  yehi kaam kijiye, aap ek ek shakhs ko yeh meri awaaz sunwa dijiye, aur phir dekhiye ke Pakistan</w:t>
      </w:r>
      <w:r>
        <w:br/>
      </w:r>
      <w:r>
        <w:rPr>
          <w:sz w:val="20"/>
        </w:rPr>
        <w:t>47:16  mein ek naya inqilab paida ho jayega.</w:t>
      </w:r>
      <w:r>
        <w:br/>
      </w:r>
      <w:r>
        <w:rPr>
          <w:sz w:val="20"/>
        </w:rPr>
        <w:t>47:21  ek naya inqilab paida ho jayega.</w:t>
      </w:r>
      <w:r>
        <w:br/>
      </w:r>
      <w:r>
        <w:rPr>
          <w:sz w:val="20"/>
        </w:rPr>
        <w:t>47:26  toh dekhiye, Quran mein ek ayat hai ke Khuda ka tareeqa hai jar se aana أَطَلَّىٰ بُنْيَانَهُم jar</w:t>
      </w:r>
      <w:r>
        <w:br/>
      </w:r>
      <w:r>
        <w:rPr>
          <w:sz w:val="20"/>
        </w:rPr>
        <w:t>47:32  se kya hai? mind ko badalna, ideology ko badalna, soch ko badalna.</w:t>
      </w:r>
      <w:r>
        <w:br/>
      </w:r>
      <w:r>
        <w:rPr>
          <w:sz w:val="20"/>
        </w:rPr>
        <w:t>47:37  toh mein aap se kehta hoon ke aap sirf ek kaam kijiye ke mera aaj ka jo lecture</w:t>
      </w:r>
      <w:r>
        <w:br/>
      </w:r>
      <w:r>
        <w:rPr>
          <w:sz w:val="20"/>
        </w:rPr>
        <w:t>47:43  hai, is ke beshumar copyan banwaiye, saare Pakistan mein phaila dijiye, aur phir dekhiye aap.</w:t>
      </w:r>
      <w:r>
        <w:br/>
      </w:r>
      <w:r>
        <w:rPr>
          <w:sz w:val="20"/>
        </w:rPr>
        <w:t>47:48  aur yeh jo kar rahe hain log protest, yeh toh nothing hai, yeh toh fasad hai, fasad.</w:t>
      </w:r>
      <w:r>
        <w:br/>
      </w:r>
      <w:r>
        <w:rPr>
          <w:sz w:val="20"/>
        </w:rPr>
        <w:t>47:53  is ka Islam se koi talluq nahi hai.</w:t>
      </w:r>
    </w:p>
    <w:p>
      <w:pPr>
        <w:pStyle w:val="Heading2"/>
      </w:pPr>
      <w:r>
        <w:t>Question about secularism and Islam</w:t>
      </w:r>
    </w:p>
    <w:p>
      <w:r>
        <w:rPr>
          <w:color w:val="666666"/>
          <w:sz w:val="18"/>
        </w:rPr>
        <w:t>Society &amp; Dawah · Example of the Prophet March 20, 2016 · 4m 28s · at 1:22:30 · https://youtu.be/79HmhzXU41w?t=4950</w:t>
      </w:r>
    </w:p>
    <w:p>
      <w:r>
        <w:rPr>
          <w:i/>
        </w:rPr>
        <w:t>“I have read almost all your literature. You consider secularism as exactly Islam, limit religion to individual matters, while for social matters you rely on human reason and consciousness...”</w:t>
      </w:r>
    </w:p>
    <w:p>
      <w:r>
        <w:rPr>
          <w:sz w:val="20"/>
        </w:rPr>
        <w:t>1:22:30  yeh Maulana, agla sawal lete hain jo Pakistan se hai, aur unhon ne likha hai</w:t>
      </w:r>
      <w:r>
        <w:br/>
      </w:r>
      <w:r>
        <w:rPr>
          <w:sz w:val="20"/>
        </w:rPr>
        <w:t>1:22:37  aap ka literature taqreeban saara read kar chuka hoon, aap secularism ko ain Islam qarar dete hain, mazhab</w:t>
      </w:r>
      <w:r>
        <w:br/>
      </w:r>
      <w:r>
        <w:rPr>
          <w:sz w:val="20"/>
        </w:rPr>
        <w:t>1:22:46  ko infiradi matter tak mehdood samajhte hain, jabke ijtimai matters ke liye aap insani aql o shaoor par</w:t>
      </w:r>
      <w:r>
        <w:br/>
      </w:r>
      <w:r>
        <w:rPr>
          <w:sz w:val="20"/>
        </w:rPr>
        <w:t>1:22:55  aitmad karne ka hukum dete hain.</w:t>
      </w:r>
      <w:r>
        <w:br/>
      </w:r>
      <w:r>
        <w:rPr>
          <w:sz w:val="20"/>
        </w:rPr>
        <w:t>1:22:57  aap ki yeh ta'beer deen kya sari Muslim countries ke liye hai ya sirf India aur deegar countries</w:t>
      </w:r>
      <w:r>
        <w:br/>
      </w:r>
      <w:r>
        <w:rPr>
          <w:sz w:val="20"/>
        </w:rPr>
        <w:t>1:23:05  ke liye, jahan musalman aqalliyat mein hain? is ko wazeh karen.</w:t>
      </w:r>
      <w:r>
        <w:br/>
      </w:r>
      <w:r>
        <w:rPr>
          <w:sz w:val="20"/>
        </w:rPr>
        <w:t>1:23:13  dekhiye, kuch log jo extremism ka shikar hain, ghulu ka, wo secularism ko ek ek muqaddas nazariya mante</w:t>
      </w:r>
      <w:r>
        <w:br/>
      </w:r>
      <w:r>
        <w:rPr>
          <w:sz w:val="20"/>
        </w:rPr>
        <w:t>1:23:23  hain, is liye wo taraqqi karte hain.</w:t>
      </w:r>
      <w:r>
        <w:br/>
      </w:r>
      <w:r>
        <w:rPr>
          <w:sz w:val="20"/>
        </w:rPr>
        <w:t>1:23:24  wo jis tarah mazhab ek aqida hai, samajhte hain ke secularism bhi ek aqida hai, yeh bilkul, yani</w:t>
      </w:r>
      <w:r>
        <w:br/>
      </w:r>
      <w:r>
        <w:rPr>
          <w:sz w:val="20"/>
        </w:rPr>
        <w:t>1:23:33  it is wrong, completely wrong.</w:t>
      </w:r>
      <w:r>
        <w:br/>
      </w:r>
      <w:r>
        <w:rPr>
          <w:sz w:val="20"/>
        </w:rPr>
        <w:t>1:23:35  koi bhi aqida nahi samajhta is ko, secularism method hai, method, wo aqida nahi hai.</w:t>
      </w:r>
      <w:r>
        <w:br/>
      </w:r>
      <w:r>
        <w:rPr>
          <w:sz w:val="20"/>
        </w:rPr>
        <w:t>1:23:41  there is difference between method and aqida.</w:t>
      </w:r>
      <w:r>
        <w:br/>
      </w:r>
      <w:r>
        <w:rPr>
          <w:sz w:val="20"/>
        </w:rPr>
        <w:t>1:23:46  rasool Allah ne jab lafz rasool ko mita diya tha, to is ko aap aqida banayein to lage</w:t>
      </w:r>
      <w:r>
        <w:br/>
      </w:r>
      <w:r>
        <w:rPr>
          <w:sz w:val="20"/>
        </w:rPr>
        <w:t>1:23:50  ke yeh bohat galat kaam hua.</w:t>
      </w:r>
      <w:r>
        <w:br/>
      </w:r>
      <w:r>
        <w:rPr>
          <w:sz w:val="20"/>
        </w:rPr>
        <w:t>1:23:53  kaba but rakhe hue the, is ko aqida banayein to aap kahenge to bohat galat kaam hua.</w:t>
      </w:r>
      <w:r>
        <w:br/>
      </w:r>
      <w:r>
        <w:rPr>
          <w:sz w:val="20"/>
        </w:rPr>
        <w:t>1:23:58  to cheezon ko, har cheez ko aqida banana, isi ko to main kehta hoon ke cheezon ko logical</w:t>
      </w:r>
      <w:r>
        <w:br/>
      </w:r>
      <w:r>
        <w:rPr>
          <w:sz w:val="20"/>
        </w:rPr>
        <w:t>1:24:05  end tak le jana.</w:t>
      </w:r>
      <w:r>
        <w:br/>
      </w:r>
      <w:r>
        <w:rPr>
          <w:sz w:val="20"/>
        </w:rPr>
        <w:t>1:24:07  secularism ek method hai.</w:t>
      </w:r>
      <w:r>
        <w:br/>
      </w:r>
      <w:r>
        <w:rPr>
          <w:sz w:val="20"/>
        </w:rPr>
        <w:t>1:24:09  logon ne dekha ke is zamane mein khas taur par jab ke, yani log yahan wahan jate hain,</w:t>
      </w:r>
      <w:r>
        <w:br/>
      </w:r>
      <w:r>
        <w:rPr>
          <w:sz w:val="20"/>
        </w:rPr>
        <w:t>1:24:18  bohat zyada samaj mein phaila hua hai, to har har mulk mein, har har society mein, tarah tarah</w:t>
      </w:r>
      <w:r>
        <w:br/>
      </w:r>
      <w:r>
        <w:rPr>
          <w:sz w:val="20"/>
        </w:rPr>
        <w:t>1:24:24  ke religion, tarah tarah ke culture wale jama ho gaye hain.</w:t>
      </w:r>
      <w:r>
        <w:br/>
      </w:r>
      <w:r>
        <w:rPr>
          <w:sz w:val="20"/>
        </w:rPr>
        <w:t>1:24:30  to how to establish harmony among these people? to is ke liye secularism ka formula ijad hua.</w:t>
      </w:r>
      <w:r>
        <w:br/>
      </w:r>
      <w:r>
        <w:rPr>
          <w:sz w:val="20"/>
        </w:rPr>
        <w:t>1:24:39  to secularism ka matlab, secularism ek ek method hai, wo aqida nahi hai kabhi bhi,</w:t>
      </w:r>
      <w:r>
        <w:br/>
      </w:r>
      <w:r>
        <w:rPr>
          <w:sz w:val="20"/>
        </w:rPr>
        <w:t>1:24:46  aur method ke taur par best hai.</w:t>
      </w:r>
      <w:r>
        <w:br/>
      </w:r>
      <w:r>
        <w:rPr>
          <w:sz w:val="20"/>
        </w:rPr>
        <w:t>1:24:48  wo main samajhta hoon, kyunke aap kya karen, jab ek society mein differences hain to aap ladenge,</w:t>
      </w:r>
      <w:r>
        <w:br/>
      </w:r>
      <w:r>
        <w:rPr>
          <w:sz w:val="20"/>
        </w:rPr>
        <w:t>1:24:54  ladenge to khoon kharaba hoga.</w:t>
      </w:r>
      <w:r>
        <w:br/>
      </w:r>
      <w:r>
        <w:rPr>
          <w:sz w:val="20"/>
        </w:rPr>
        <w:t>1:24:56  is se acha yeh hai ke har ek ko, yani har ek ko mauqa dijiye,</w:t>
      </w:r>
      <w:r>
        <w:br/>
      </w:r>
      <w:r>
        <w:rPr>
          <w:sz w:val="20"/>
        </w:rPr>
        <w:t>1:25:02  aur main samajhta hoon ke yeh yeh khud rasool Allah ne ikhtiyar farmaya tha.</w:t>
      </w:r>
      <w:r>
        <w:br/>
      </w:r>
      <w:r>
        <w:rPr>
          <w:sz w:val="20"/>
        </w:rPr>
        <w:t>1:25:07  madine mein jab aaye aap to us waqt madina ek ek multi-religious society tha, yani muslim the</w:t>
      </w:r>
      <w:r>
        <w:br/>
      </w:r>
      <w:r>
        <w:rPr>
          <w:sz w:val="20"/>
        </w:rPr>
        <w:t>1:25:14  aur yahudi the, roughly half half the.</w:t>
      </w:r>
      <w:r>
        <w:br/>
      </w:r>
      <w:r>
        <w:rPr>
          <w:sz w:val="20"/>
        </w:rPr>
        <w:t>1:25:17  to aap ne ek ek charter jaari kiya, jis ka tha, jis mein likha gaya tha ke lill</w:t>
      </w:r>
      <w:r>
        <w:br/>
      </w:r>
      <w:r>
        <w:rPr>
          <w:sz w:val="20"/>
        </w:rPr>
        <w:t>1:25:24  yahood deen wa al muslimeen deen,</w:t>
      </w:r>
      <w:r>
        <w:br/>
      </w:r>
      <w:r>
        <w:rPr>
          <w:sz w:val="20"/>
        </w:rPr>
        <w:t>1:25:27  musalman ke liye musalman ka deen, yahoodi ke liye yahoodi ka deen.</w:t>
      </w:r>
      <w:r>
        <w:br/>
      </w:r>
      <w:r>
        <w:rPr>
          <w:sz w:val="20"/>
        </w:rPr>
        <w:t>1:25:31  yahi to hai, yahi spirit hai secularism ki, yahi spirit hai secularism ki</w:t>
      </w:r>
      <w:r>
        <w:br/>
      </w:r>
      <w:r>
        <w:rPr>
          <w:sz w:val="20"/>
        </w:rPr>
        <w:t>1:25:37  ke ittifaq wale daire mein hum sab mil ke kaam karein, aur baqi jo daire hai, yaani jis</w:t>
      </w:r>
      <w:r>
        <w:br/>
      </w:r>
      <w:r>
        <w:rPr>
          <w:sz w:val="20"/>
        </w:rPr>
        <w:t>1:25:45  mein ittifaq nahi, to wahan tum apna karo, tum apna karo.</w:t>
      </w:r>
      <w:r>
        <w:br/>
      </w:r>
      <w:r>
        <w:rPr>
          <w:sz w:val="20"/>
        </w:rPr>
        <w:t>1:25:49  misalan economic development,</w:t>
      </w:r>
      <w:r>
        <w:br/>
      </w:r>
      <w:r>
        <w:rPr>
          <w:sz w:val="20"/>
        </w:rPr>
        <w:t>1:25:53  city planning, industry, ye sab aise idare hain jo sab ke faide ke liye hain.</w:t>
      </w:r>
      <w:r>
        <w:br/>
      </w:r>
      <w:r>
        <w:rPr>
          <w:sz w:val="20"/>
        </w:rPr>
        <w:t>1:26:00  to wahan sab log ek mil kar ke</w:t>
      </w:r>
      <w:r>
        <w:br/>
      </w:r>
      <w:r>
        <w:rPr>
          <w:sz w:val="20"/>
        </w:rPr>
        <w:t>1:26:05  wo mutahid ho jayein, ye secular daire yahi hai.</w:t>
      </w:r>
      <w:r>
        <w:br/>
      </w:r>
      <w:r>
        <w:rPr>
          <w:sz w:val="20"/>
        </w:rPr>
        <w:t>1:26:08  aur doosra daire hai ke aap ki abad ka tareeqa kya ho, aap ka mazhabi aqeedah kya ho,</w:t>
      </w:r>
      <w:r>
        <w:br/>
      </w:r>
      <w:r>
        <w:rPr>
          <w:sz w:val="20"/>
        </w:rPr>
        <w:t>1:26:15  ye is ye mazhabi daire hai.</w:t>
      </w:r>
      <w:r>
        <w:br/>
      </w:r>
      <w:r>
        <w:rPr>
          <w:sz w:val="20"/>
        </w:rPr>
        <w:t>1:26:18  to secularism ek ek settlement ka naam hai, aqeedah ka naam nahi hai.</w:t>
      </w:r>
      <w:r>
        <w:br/>
      </w:r>
      <w:r>
        <w:rPr>
          <w:sz w:val="20"/>
        </w:rPr>
        <w:t>1:26:24  mein samajhta hoon ke best settlement ye hai, khud rasool Allah ne ye settlement kiya tha madine mein,</w:t>
      </w:r>
      <w:r>
        <w:br/>
      </w:r>
      <w:r>
        <w:rPr>
          <w:sz w:val="20"/>
        </w:rPr>
        <w:t>1:26:30  lill yahood deen wa al muslimeen deen,</w:t>
      </w:r>
      <w:r>
        <w:br/>
      </w:r>
      <w:r>
        <w:rPr>
          <w:sz w:val="20"/>
        </w:rPr>
        <w:t>1:26:34  un ke liye un ka deen, un ke liye un ka deen.</w:t>
      </w:r>
      <w:r>
        <w:br/>
      </w:r>
      <w:r>
        <w:rPr>
          <w:sz w:val="20"/>
        </w:rPr>
        <w:t>1:26:37  is ka matlab kya? yahood ka deen bhi hote hi sachha tha, musalman ka deen sachha tha, ye</w:t>
      </w:r>
      <w:r>
        <w:br/>
      </w:r>
      <w:r>
        <w:rPr>
          <w:sz w:val="20"/>
        </w:rPr>
        <w:t>1:26:41  matlab nikalenge aap,</w:t>
      </w:r>
      <w:r>
        <w:br/>
      </w:r>
      <w:r>
        <w:rPr>
          <w:sz w:val="20"/>
        </w:rPr>
        <w:t>1:26:44  ye matlab nahi hai is ka.</w:t>
      </w:r>
      <w:r>
        <w:br/>
      </w:r>
      <w:r>
        <w:rPr>
          <w:sz w:val="20"/>
        </w:rPr>
        <w:t>1:26:46  to secularism ek settlement hai, social settlement ya political settlement, bas is se to aur kuch nahi hai,</w:t>
      </w:r>
      <w:r>
        <w:br/>
      </w:r>
      <w:r>
        <w:rPr>
          <w:sz w:val="20"/>
        </w:rPr>
        <w:t>1:26:54  wo aqeedah nahi hai.</w:t>
      </w:r>
    </w:p>
    <w:p>
      <w:pPr>
        <w:pStyle w:val="Heading2"/>
      </w:pPr>
      <w:r>
        <w:t>Question on India-Pakistan firing situation</w:t>
      </w:r>
    </w:p>
    <w:p>
      <w:r>
        <w:rPr>
          <w:color w:val="666666"/>
          <w:sz w:val="18"/>
        </w:rPr>
        <w:t>Society &amp; Dawah · Islam and Violence October 12, 2014 · 3m 30s · at 48:25 · https://youtu.be/KmpXYZjPlj8?t=2905</w:t>
      </w:r>
    </w:p>
    <w:p>
      <w:r>
        <w:rPr>
          <w:i/>
        </w:rPr>
        <w:t>“Regarding the firing between India and Pakistan, in that background yesterday a Hindustan...”</w:t>
      </w:r>
    </w:p>
    <w:p>
      <w:r>
        <w:rPr>
          <w:sz w:val="20"/>
        </w:rPr>
        <w:t>48:25  Maulana, agla sawal Maulana Farhad Salafi Sahab ne kiya hai Delhi se,</w:t>
      </w:r>
      <w:r>
        <w:br/>
      </w:r>
      <w:r>
        <w:rPr>
          <w:sz w:val="20"/>
        </w:rPr>
        <w:t>48:32  aur unhon ne likha hai ke India</w:t>
      </w:r>
      <w:r>
        <w:br/>
      </w:r>
      <w:r>
        <w:rPr>
          <w:sz w:val="20"/>
        </w:rPr>
        <w:t>48:36  aur Pakistan ke beech mein jo firing chal rahi hai, usi ke background mein kal ek Hindustan</w:t>
      </w:r>
      <w:r>
        <w:br/>
      </w:r>
      <w:r>
        <w:rPr>
          <w:sz w:val="20"/>
        </w:rPr>
        <w:t>48:43  Times mein ek news thi jis mein yeh likha tha ke Pakistan ki ek Muslim jamaat ne Pakistan</w:t>
      </w:r>
      <w:r>
        <w:br/>
      </w:r>
      <w:r>
        <w:rPr>
          <w:sz w:val="20"/>
        </w:rPr>
        <w:t>48:51  government se yeh mutalba kiya hai ke hindustan ke khilaf jihad kiya jae.</w:t>
      </w:r>
      <w:r>
        <w:br/>
      </w:r>
      <w:r>
        <w:rPr>
          <w:sz w:val="20"/>
        </w:rPr>
        <w:t>48:58  is news ko padh kar mere zehan mein baat aayi, yeh baat aayi ke aise log yeh nahin chahte hain ke India mein dawat ka kaam peaceful andaaz mein ho.</w:t>
      </w:r>
      <w:r>
        <w:br/>
      </w:r>
      <w:r>
        <w:rPr>
          <w:sz w:val="20"/>
        </w:rPr>
        <w:t>49:09  maulana, is ke bare mein aap kya kahengay? main to samajhta hoon ke yeh ghalati nahi hai, balkay crime hai.</w:t>
      </w:r>
      <w:r>
        <w:br/>
      </w:r>
      <w:r>
        <w:rPr>
          <w:sz w:val="20"/>
        </w:rPr>
        <w:t>49:19  crime</w:t>
      </w:r>
      <w:r>
        <w:br/>
      </w:r>
      <w:r>
        <w:rPr>
          <w:sz w:val="20"/>
        </w:rPr>
        <w:t>49:22  crime pakistan walon ne pehli ghalati yeh ki ke ke india ke log, jo un ke liye madu ka darja rakhtay thay, un se larai kar ke alag kilwaya.</w:t>
      </w:r>
      <w:r>
        <w:br/>
      </w:r>
      <w:r>
        <w:rPr>
          <w:sz w:val="20"/>
        </w:rPr>
        <w:t>49:32  partition bilashuba is ka islam se koi talluq nahi. islam mein partition ka koi concept hi nahi. koi islam mein partition ka koi concept nahi hai.</w:t>
      </w:r>
      <w:r>
        <w:br/>
      </w:r>
      <w:r>
        <w:rPr>
          <w:sz w:val="20"/>
        </w:rPr>
        <w:t>49:44  lar phir kar alag karwaya, halankay india ke logon ke liye madu khenchtay thay.</w:t>
      </w:r>
      <w:r>
        <w:br/>
      </w:r>
      <w:r>
        <w:rPr>
          <w:sz w:val="20"/>
        </w:rPr>
        <w:t>49:51  to alag karwanay ke baad kam se kam chup chap bethay hain. ab jo jihad ki baatein kar rahay hain, to yeh ghalati nahi hai, yeh crime hai. is ka talluq jihad se kuch bhi nahi hai.</w:t>
      </w:r>
      <w:r>
        <w:br/>
      </w:r>
      <w:r>
        <w:rPr>
          <w:sz w:val="20"/>
        </w:rPr>
        <w:t>50:01  yeh wohi hai: "yasmunahu bighair asmaa yuhallilunahu"</w:t>
      </w:r>
      <w:r>
        <w:br/>
      </w:r>
      <w:r>
        <w:rPr>
          <w:sz w:val="20"/>
        </w:rPr>
        <w:t>50:08  ke tashaddud ka naam rakh diya jihad, aur woh larai chhod rahay hain.</w:t>
      </w:r>
      <w:r>
        <w:br/>
      </w:r>
      <w:r>
        <w:rPr>
          <w:sz w:val="20"/>
        </w:rPr>
        <w:t>50:16  beh-haal, main is mein zara bhi shakk nahi ke pakistan walon ne pehlay sirf ghalati ki thi, ab woh crime kar rahay hain. un ko yeh sab band karna chahiye.</w:t>
      </w:r>
      <w:r>
        <w:br/>
      </w:r>
      <w:r>
        <w:rPr>
          <w:sz w:val="20"/>
        </w:rPr>
        <w:t>50:25  border par jo shelling ho rahi hai, woh to itni ghalat cheez hai ke us ko sun kar mujhe samajh nahi aati ke aakhri minus hai ya kya cheez hai.</w:t>
      </w:r>
      <w:r>
        <w:br/>
      </w:r>
      <w:r>
        <w:rPr>
          <w:sz w:val="20"/>
        </w:rPr>
        <w:t>50:35  wahan, wahan, wahan ke logon mein kaun sa culture chal raha hai?</w:t>
      </w:r>
      <w:r>
        <w:br/>
      </w:r>
      <w:r>
        <w:rPr>
          <w:sz w:val="20"/>
        </w:rPr>
        <w:t>50:39  mujhe to aisa lagta hai ke pehlay tashaddud culture tha, yani pehlay partition culture aaya, phir tashaddud culture aaya, ab minus culture aa gaya hai.</w:t>
      </w:r>
      <w:r>
        <w:br/>
      </w:r>
      <w:r>
        <w:rPr>
          <w:sz w:val="20"/>
        </w:rPr>
        <w:t>50:50  maaf kijiyega, main bohat hi is bare mein mera dil dukhi hai. pehlay logon ke haan partition culture tha, phir aaya tashaddud culture, hate culture.</w:t>
      </w:r>
      <w:r>
        <w:br/>
      </w:r>
      <w:r>
        <w:rPr>
          <w:sz w:val="20"/>
        </w:rPr>
        <w:t>51:00  ab to yeh jo ho raha hai, yeh crime ho raha hai. crime!</w:t>
      </w:r>
      <w:r>
        <w:br/>
      </w:r>
      <w:r>
        <w:rPr>
          <w:sz w:val="20"/>
        </w:rPr>
        <w:t>51:06  pakistanion ke liye aik hi jaiz tareeqa hai ke woh india se dosti karen, sari sargarmiyon ko internet ke zariye khatam kar den.</w:t>
      </w:r>
      <w:r>
        <w:br/>
      </w:r>
      <w:r>
        <w:rPr>
          <w:sz w:val="20"/>
        </w:rPr>
        <w:t>51:16  warna mujhe is tarah bhi shakk nahi ke Allah ke haan pakray jayengay. yaqeen kijiye, main is ko soch kar rota hoon ke kitni sakht pakar hogi in pakistanion ki.</w:t>
      </w:r>
      <w:r>
        <w:br/>
      </w:r>
      <w:r>
        <w:rPr>
          <w:sz w:val="20"/>
        </w:rPr>
        <w:t>51:26  apni tanhaiyon mein rota hoon main</w:t>
      </w:r>
      <w:r>
        <w:br/>
      </w:r>
      <w:r>
        <w:rPr>
          <w:sz w:val="20"/>
        </w:rPr>
        <w:t>51:28  ke in pakistanion ko Allah ke haan kitni sakht pakar hogi ke jhooti larai tum ne ki hai, us ko jihad keh diya hai, Allah ka naam de diya hai.</w:t>
      </w:r>
      <w:r>
        <w:br/>
      </w:r>
      <w:r>
        <w:rPr>
          <w:sz w:val="20"/>
        </w:rPr>
        <w:t>51:39  main, mera bohat dukh, dukhi is mamlay mein hoon, aur main koi bhi justification nahi hai musalmanon ko, koi just, koi bhi justification nahi hai pakistanion ke liye india ke khilaf jang karne ka.</w:t>
      </w:r>
      <w:r>
        <w:br/>
      </w:r>
      <w:r>
        <w:rPr>
          <w:sz w:val="20"/>
        </w:rPr>
        <w:t>51:53  koi justification nahi.</w:t>
      </w:r>
    </w:p>
    <w:p>
      <w:pPr>
        <w:pStyle w:val="Heading2"/>
      </w:pPr>
      <w:r>
        <w:t>Quran and Hadith references on loving country</w:t>
      </w:r>
    </w:p>
    <w:p>
      <w:r>
        <w:rPr>
          <w:color w:val="666666"/>
          <w:sz w:val="18"/>
        </w:rPr>
        <w:t>Society &amp; Dawah · Present Day Muslims Jan 13, 2013 · 3m 19s · at 1:00:26 · https://youtu.be/CVcbWVYitog?t=3626</w:t>
      </w:r>
    </w:p>
    <w:p>
      <w:r>
        <w:rPr>
          <w:i/>
        </w:rPr>
        <w:t>“One of our companions here needs to know specific references from Quran and Hadith which command or suggest a Muslim to love his country. This is in the background of grown tension between India and Pakistan to know the Islamic perspective on the love for country.”</w:t>
      </w:r>
    </w:p>
    <w:p>
      <w:r>
        <w:rPr>
          <w:sz w:val="20"/>
        </w:rPr>
        <w:t>1:00:26  Maulana, agla sawal Noida se hai, aah Khalid Ansari sahib ka. unhon ne likha hai "Maulana, with God's grace, today I have thirteen people with me in Noida who have joined for today's class through live webcast.</w:t>
      </w:r>
      <w:r>
        <w:br/>
      </w:r>
      <w:r>
        <w:rPr>
          <w:sz w:val="20"/>
        </w:rPr>
        <w:t>1:00:43  One of our companions here needs to know specific references from Quran and Hadith which command or suggest a Muslim to love his country.</w:t>
      </w:r>
      <w:r>
        <w:br/>
      </w:r>
      <w:r>
        <w:rPr>
          <w:sz w:val="20"/>
        </w:rPr>
        <w:t>1:00:54  This is in the background of grown tension between India and Pakistan to know the Islamic perspective on the love for country, which is the hot topic these days.</w:t>
      </w:r>
      <w:r>
        <w:br/>
      </w:r>
      <w:r>
        <w:rPr>
          <w:sz w:val="20"/>
        </w:rPr>
        <w:t>1:01:06  It would be great if you could share your understanding on this subject." bhai, dekhiye, pehli baat yeh hai ke Quran mein yeh Muslim, non Muslim ka jo jo jo Division kar rakha hai, woh hai hi nahin.</w:t>
      </w:r>
      <w:r>
        <w:br/>
      </w:r>
      <w:r>
        <w:rPr>
          <w:sz w:val="20"/>
        </w:rPr>
        <w:t>1:01:21  Quran mein insaan, insaan, insaan hai.</w:t>
      </w:r>
      <w:r>
        <w:br/>
      </w:r>
      <w:r>
        <w:rPr>
          <w:sz w:val="20"/>
        </w:rPr>
        <w:t>1:01:24  goya saari duniya jo hai, yeh dar-ul-insaan hai. yeh to Abbasi daur ke fuqaha ne yeh aik bid'at paida ki, bid'at ke dar-ul-Islam, dar-ul-harb, dar-ul-karb banaya.</w:t>
      </w:r>
      <w:r>
        <w:br/>
      </w:r>
      <w:r>
        <w:rPr>
          <w:sz w:val="20"/>
        </w:rPr>
        <w:t>1:01:37  is ka quran se hadith koi talluq nahi hai. abbasi daur ke fuqaha ki bidat hai yeh. quran mein to aap har insan hi insan hain. eiha insan, eiha insan, eiha insan.</w:t>
      </w:r>
      <w:r>
        <w:br/>
      </w:r>
      <w:r>
        <w:rPr>
          <w:sz w:val="20"/>
        </w:rPr>
        <w:t>1:01:51  to quran ke mutabiq to yeh hai ke yeh dunya darulinsan hai, jaise mein, waise doosre.</w:t>
      </w:r>
      <w:r>
        <w:br/>
      </w:r>
      <w:r>
        <w:rPr>
          <w:sz w:val="20"/>
        </w:rPr>
        <w:t>1:02:00  yeh tafreeq hi nahi hai ke muslim, non muslim, balke sab musalman hain.</w:t>
      </w:r>
      <w:r>
        <w:br/>
      </w:r>
      <w:r>
        <w:rPr>
          <w:sz w:val="20"/>
        </w:rPr>
        <w:t>1:02:08  khud rasool Allah salallaho alaihi wasallam ke bare mein ek waqea maine likha tha risale mein ke jab madine mein the rasool Allah salallaho alaihi wasallam to wahan par bahut se yahoodi the.</w:t>
      </w:r>
      <w:r>
        <w:br/>
      </w:r>
      <w:r>
        <w:rPr>
          <w:sz w:val="20"/>
        </w:rPr>
        <w:t>1:02:19  to ek din yahoodi ka janaza guzra to aap khade ho gaye us ki ta'zeem ke liye. to ek shakhs ne kaha ke yeh to yahoodi ka janaza tha, musalman ka tha hi nahi.</w:t>
      </w:r>
      <w:r>
        <w:br/>
      </w:r>
      <w:r>
        <w:rPr>
          <w:sz w:val="20"/>
        </w:rPr>
        <w:t>1:02:30  aap ne farmaya ke alaihis salat nafsan kya woh insan nahi tha? to main bhi insan, woh bhi insan.</w:t>
      </w:r>
      <w:r>
        <w:br/>
      </w:r>
      <w:r>
        <w:rPr>
          <w:sz w:val="20"/>
        </w:rPr>
        <w:t>1:02:39  to har ek, har ek ka respect do, har ek ko barabar ka darja do.</w:t>
      </w:r>
      <w:r>
        <w:br/>
      </w:r>
      <w:r>
        <w:rPr>
          <w:sz w:val="20"/>
        </w:rPr>
        <w:t>1:02:46  yeh to yaani ek baseless taqseem hai jo ki gayi hai. is ka islam se koi talluq nahi hai. hisab ke nazdeek dekhiye, hadith hai ke khalq ahlullah yeh sare insan Allah ke woh hain, progeny hain, Allah ki family hain.</w:t>
      </w:r>
      <w:r>
        <w:br/>
      </w:r>
      <w:r>
        <w:rPr>
          <w:sz w:val="20"/>
        </w:rPr>
        <w:t>1:03:08  to is ka matlab hai ke har ek jo hai, yaani har ek jo hai, aap ka sister aur brother hai, sab sister aur brother hain.</w:t>
      </w:r>
      <w:r>
        <w:br/>
      </w:r>
      <w:r>
        <w:rPr>
          <w:sz w:val="20"/>
        </w:rPr>
        <w:t>1:03:19  yeh to ek family wahan par reh rahe hain. to yeh to taqseem jo hai, quran o hadith mein nahi hai. yeh to taqseem ki gayi hai baad ke zamane mein.</w:t>
      </w:r>
      <w:r>
        <w:br/>
      </w:r>
      <w:r>
        <w:rPr>
          <w:sz w:val="20"/>
        </w:rPr>
        <w:t>1:03:29  woh main is ko bidat samajhta hoon, is taqseem ko. to aap quran o hadith wale islam par aajaiye</w:t>
      </w:r>
      <w:r>
        <w:br/>
      </w:r>
      <w:r>
        <w:rPr>
          <w:sz w:val="20"/>
        </w:rPr>
        <w:t>1:03:36  to wohi hai, koi doosri cheez is mein hai hi nahi.</w:t>
      </w:r>
    </w:p>
    <w:p>
      <w:pPr>
        <w:pStyle w:val="Heading2"/>
      </w:pPr>
      <w:r>
        <w:t>Quran distribution and a seeker's need</w:t>
      </w:r>
    </w:p>
    <w:p>
      <w:r>
        <w:rPr>
          <w:color w:val="666666"/>
          <w:sz w:val="18"/>
        </w:rPr>
        <w:t>Society &amp; Dawah · Man and the Laws of Nature April 1, 2012 · 3m 04s · at 1:16:40 · https://youtu.be/coIrwYQgb6Y?t=4600</w:t>
      </w:r>
    </w:p>
    <w:p>
      <w:r>
        <w:rPr>
          <w:i/>
        </w:rPr>
        <w:t>“Today, I went to Nehru Park and distributed copies of the Quran. One gentleman responded: 'I have been waiting to read the Quran for the last ten years, but I could not find a copy.'”</w:t>
      </w:r>
    </w:p>
    <w:p>
      <w:r>
        <w:rPr>
          <w:sz w:val="20"/>
        </w:rPr>
        <w:t>1:16:40  bas apne liye aur sab ke liye yeh dua karta hoon ke Allah mujhe aapse zyada se zyada seekhne aur samajhne ka mauqa de." Maulana, agla sawal hai doctor farida khanam ka delhi se.</w:t>
      </w:r>
      <w:r>
        <w:br/>
      </w:r>
      <w:r>
        <w:rPr>
          <w:sz w:val="20"/>
        </w:rPr>
        <w:t>1:16:55  unhone likha hai: "today, i went to nehru park and distributed copies of the quran.</w:t>
      </w:r>
      <w:r>
        <w:br/>
      </w:r>
      <w:r>
        <w:rPr>
          <w:sz w:val="20"/>
        </w:rPr>
        <w:t>1:17:02  one gentleman responded in these words: 'i have been waiting to read the quran for the last ten years, but i could not find a copy.</w:t>
      </w:r>
      <w:r>
        <w:br/>
      </w:r>
      <w:r>
        <w:rPr>
          <w:sz w:val="20"/>
        </w:rPr>
        <w:t>1:17:13  now, i am eighty years old. i thank god for choosing me for this blessing.'</w:t>
      </w:r>
      <w:r>
        <w:br/>
      </w:r>
      <w:r>
        <w:rPr>
          <w:sz w:val="20"/>
        </w:rPr>
        <w:t>1:17:20  maulana, my question is that: 'i want to ask, why is it that muslims do not give quran to non muslims, while the prophet had expressly commanded them to convey the divine message to mankind?'" dekhiye,</w:t>
      </w:r>
      <w:r>
        <w:br/>
      </w:r>
      <w:r>
        <w:rPr>
          <w:sz w:val="20"/>
        </w:rPr>
        <w:t>1:17:36  shaitan jo hai, is ka sab se bara fitna kya hai? jab woh muqaddas ban kar aata hai, yeh deen ke naam par aata hai.</w:t>
      </w:r>
      <w:r>
        <w:br/>
      </w:r>
      <w:r>
        <w:rPr>
          <w:sz w:val="20"/>
        </w:rPr>
        <w:t>1:17:45  yeh ulma ne likha, aap is ki kitab parh lijiye, talbiyah se halabi, jo kitab hai ibn qaim ki, ke shaitan ka sab se bara fitna yeh hai ke woh islam ke naam par aap ko behkaye, deen ke naam par behkaye.</w:t>
      </w:r>
      <w:r>
        <w:br/>
      </w:r>
      <w:r>
        <w:rPr>
          <w:sz w:val="20"/>
        </w:rPr>
        <w:t>1:17:58  to shaitan ne bohat hi bara fitna chher rakha hai, jis mein hum is waqt mubtala hain, woh hai be-hurmati ka tasawwur ke quran ki be-hurmati hogi.</w:t>
      </w:r>
      <w:r>
        <w:br/>
      </w:r>
      <w:r>
        <w:rPr>
          <w:sz w:val="20"/>
        </w:rPr>
        <w:t>1:18:07  yeh to bilkul hai hi nahi ke na quran mein, na hadith mein, kyunke be-hurmati hogi, is liye in ko quran nahi detey.</w:t>
      </w:r>
      <w:r>
        <w:br/>
      </w:r>
      <w:r>
        <w:rPr>
          <w:sz w:val="20"/>
        </w:rPr>
        <w:t>1:18:14  yani yeh bilkul hi shaitani nazariya yeh hai ke quran ki ko be-hurmati se bachao, aur is ke liye in ko ghair muslimon ko na do.</w:t>
      </w:r>
      <w:r>
        <w:br/>
      </w:r>
      <w:r>
        <w:rPr>
          <w:sz w:val="20"/>
        </w:rPr>
        <w:t>1:18:24  mein is ko bilkul batil samajhta hoon, aik shaitani tareeqa samajhta hoon ke aap be-hurmati ke tasawwur se quran ko ghair muslimon tak na dein.</w:t>
      </w:r>
      <w:r>
        <w:br/>
      </w:r>
      <w:r>
        <w:rPr>
          <w:sz w:val="20"/>
        </w:rPr>
        <w:t>1:18:35  bilkul is se koi sarta sar be bes besles baat</w:t>
      </w:r>
      <w:r>
        <w:br/>
      </w:r>
      <w:r>
        <w:rPr>
          <w:sz w:val="20"/>
        </w:rPr>
        <w:t>1:18:39  hai. hamein chahiye ke quran yani achhe khoob phailayein. yani agar farz kiye koi hindu arabi janta hai, arabi mein dein to is mein koi be-hurmati nahi hai.</w:t>
      </w:r>
      <w:r>
        <w:br/>
      </w:r>
      <w:r>
        <w:rPr>
          <w:sz w:val="20"/>
        </w:rPr>
        <w:t>1:18:50  aisa nahi ke sirf translation mein kehta hoon, translation ke siwa jo arabi text hai, agar koi hindu arabi text parhna chahta hai, us ko bhi dijiye, koi be-hurmati nahi hai.</w:t>
      </w:r>
      <w:r>
        <w:br/>
      </w:r>
      <w:r>
        <w:rPr>
          <w:sz w:val="20"/>
        </w:rPr>
        <w:t>1:19:01  quran isi liye utra hai ke logon ko pohanchaya jaye, logon ko Allah ka jo jo creation plan hai, us se logon ko ba-khabar kiya jaye.</w:t>
      </w:r>
      <w:r>
        <w:br/>
      </w:r>
      <w:r>
        <w:rPr>
          <w:sz w:val="20"/>
        </w:rPr>
        <w:t>1:19:10  to is ko dena hi dena hai, hamein</w:t>
      </w:r>
      <w:r>
        <w:br/>
      </w:r>
      <w:r>
        <w:rPr>
          <w:sz w:val="20"/>
        </w:rPr>
        <w:t>1:19:12  koi condition nahi, koi be-hurmati nahi, koi koi is mein burai nahi. jo bhi chahe quran ko hasil karna, us ko dijiye, chahe translation dijiye, chahe text dijiye.</w:t>
      </w:r>
      <w:r>
        <w:br/>
      </w:r>
      <w:r>
        <w:rPr>
          <w:sz w:val="20"/>
        </w:rPr>
        <w:t>1:19:25  yeh be-hurmati ka tasawwur batil hai, yeh shaitani masla hai,</w:t>
      </w:r>
      <w:r>
        <w:br/>
      </w:r>
      <w:r>
        <w:rPr>
          <w:sz w:val="20"/>
        </w:rPr>
        <w:t>1:19:30  islam se is ka koi talluq nahi. isi isi isi tasawwur ne yeh kiya ke musalman apne gharon mein rakhe rehte hain, quran khud tilawat karte hain, aur woh non muslim tak is ko nahi pohanchate.</w:t>
      </w:r>
    </w:p>
    <w:p>
      <w:pPr>
        <w:pStyle w:val="Heading2"/>
      </w:pPr>
      <w:r>
        <w:t>Rationale for interfaith interaction despite risks</w:t>
      </w:r>
    </w:p>
    <w:p>
      <w:r>
        <w:rPr>
          <w:color w:val="666666"/>
          <w:sz w:val="18"/>
        </w:rPr>
        <w:t>Society &amp; Dawah · The Deeper Meaning of The Quran 18 Aug 2019 - Maulana Wahiduddin Khan · 2m 02s · at 47:20 · https://youtu.be/EYyhbiR_ZIQ?t=2840</w:t>
      </w:r>
    </w:p>
    <w:p>
      <w:r>
        <w:rPr>
          <w:i/>
        </w:rPr>
        <w:t>“What is the rationale for your call for interaction with others as this may also mislead Muslims if they are open towards interaction with other faith people?”</w:t>
      </w:r>
    </w:p>
    <w:p>
      <w:r>
        <w:rPr>
          <w:sz w:val="20"/>
        </w:rPr>
        <w:t>47:20  Maulana, agla sawal kya hai Salman Sahab ne Lucknow se. unhon ne aap se poocha hai keh "What is the rationale for your call for interaction with others as this may also mislead Muslims if they are open towards interaction with other faith</w:t>
      </w:r>
      <w:r>
        <w:br/>
      </w:r>
      <w:r>
        <w:rPr>
          <w:sz w:val="20"/>
        </w:rPr>
        <w:t>47:43  people?"</w:t>
      </w:r>
      <w:r>
        <w:br/>
      </w:r>
      <w:r>
        <w:rPr>
          <w:sz w:val="20"/>
        </w:rPr>
        <w:t>47:48  dekhiye, mislead, mislead pehle boliye ga. Mislead, mislead. haan, mislead. yeh koi criterion nahi hai. duniya mein kaun si zabaan hai?</w:t>
      </w:r>
      <w:r>
        <w:br/>
      </w:r>
      <w:r>
        <w:rPr>
          <w:sz w:val="20"/>
        </w:rPr>
        <w:t>47:58  khud Arabi zabaan parh kar ke log gumrah ho jaate hain. yeh kaun si baat hai? yeh koi mayar nahi hai. jitne gumrah firqay duniya mein paida hue, woh sab Arabi zabaan mein mahir thay.</w:t>
      </w:r>
      <w:r>
        <w:br/>
      </w:r>
      <w:r>
        <w:rPr>
          <w:sz w:val="20"/>
        </w:rPr>
        <w:t>48:15  jitne Islam mein firqay nikale hain, woh sab Arabi ke mahir thay. yeh koi baat nahi hai.</w:t>
      </w:r>
      <w:r>
        <w:br/>
      </w:r>
      <w:r>
        <w:rPr>
          <w:sz w:val="20"/>
        </w:rPr>
        <w:t>48:29  Maulana, agla comment Pakistan se bheja hai Tariq Badar Sahab ne. unhon ne likha hai: "Today's lecture was important in understanding the importance of other languages and not only Arabic.</w:t>
      </w:r>
      <w:r>
        <w:br/>
      </w:r>
      <w:r>
        <w:rPr>
          <w:sz w:val="20"/>
        </w:rPr>
        <w:t>48:45  Maulana, in Pakistan still we find few people who try to understand the Quran and mostly read it for thought, even the educated people.</w:t>
      </w:r>
      <w:r>
        <w:br/>
      </w:r>
      <w:r>
        <w:rPr>
          <w:sz w:val="20"/>
        </w:rPr>
        <w:t>48:58  Distributing Quran translations is helping to break this mindset. Jazak Allah Maulana for guiding us in this direction.</w:t>
      </w:r>
      <w:r>
        <w:br/>
      </w:r>
      <w:r>
        <w:rPr>
          <w:sz w:val="20"/>
        </w:rPr>
        <w:t>49:13  Masha Allah.</w:t>
      </w:r>
    </w:p>
    <w:p>
      <w:pPr>
        <w:pStyle w:val="Heading2"/>
      </w:pPr>
      <w:r>
        <w:t>Re-planning: Dawah vs political unity</w:t>
      </w:r>
    </w:p>
    <w:p>
      <w:r>
        <w:rPr>
          <w:color w:val="666666"/>
          <w:sz w:val="18"/>
        </w:rPr>
        <w:t>Society &amp; Dawah · Tawbah-e-Nasuh (Sincere Repentance) 16 Feb 2020 - Maulana Wahiduddin Khan · 4m 27s · at 40:58 · https://youtu.be/0CccKs-1Uu8?t=2458</w:t>
      </w:r>
    </w:p>
    <w:p>
      <w:r>
        <w:rPr>
          <w:i/>
        </w:rPr>
        <w:t>“Instead of protest, we need to do accountability and re-planning. That is correct. But Maulana, Muslims are not ready for planning for Dawah; rather they want to unite for political re-planning. In which field is re-planning needed? Please clarify.”</w:t>
      </w:r>
    </w:p>
    <w:p>
      <w:r>
        <w:rPr>
          <w:sz w:val="20"/>
        </w:rPr>
        <w:t>40:58  maulana agla sawal bheja hai maulana iqbal umri ne chennai se. unhon ne likha hai: "ehtejaj ke bajaye ehtesab karna hai aur re planning karni hai.</w:t>
      </w:r>
      <w:r>
        <w:br/>
      </w:r>
      <w:r>
        <w:rPr>
          <w:sz w:val="20"/>
        </w:rPr>
        <w:t>41:11  yahi sahi hai. magar maulana musalman dawat ki planning ke liye tayyar nahi, balkeh siyasi re planning ke liye</w:t>
      </w:r>
      <w:r>
        <w:br/>
      </w:r>
      <w:r>
        <w:rPr>
          <w:sz w:val="20"/>
        </w:rPr>
        <w:t>41:21  muattahid hona chahte hain. aakhir kis maidan mein re planning ki zaroorat hai? is ko wazeh karen."</w:t>
      </w:r>
      <w:r>
        <w:br/>
      </w:r>
      <w:r>
        <w:rPr>
          <w:sz w:val="20"/>
        </w:rPr>
        <w:t>41:32  parties ke bare mein bhi nahi hai. main to apne bachpan ke zamane se suna hoon ke is is khauf mein ghogha saadat thi, aaj bhi ghogha saadat hai.</w:t>
      </w:r>
      <w:r>
        <w:br/>
      </w:r>
      <w:r>
        <w:rPr>
          <w:sz w:val="20"/>
        </w:rPr>
        <w:t>41:44  re planning kahan hai?</w:t>
      </w:r>
      <w:r>
        <w:br/>
      </w:r>
      <w:r>
        <w:rPr>
          <w:sz w:val="20"/>
        </w:rPr>
        <w:t>41:48  misalan dekhiye, main ek misal deta hoon aap ko ke jis zamane mein</w:t>
      </w:r>
      <w:r>
        <w:br/>
      </w:r>
      <w:r>
        <w:rPr>
          <w:sz w:val="20"/>
        </w:rPr>
        <w:t>41:56  british raj tha, us zamane mein kuch leader ubhre. jab baaldin afghani, rasheed raza, iqbal aur modoodi in sab logon ne yeh kaha ke</w:t>
      </w:r>
      <w:r>
        <w:br/>
      </w:r>
      <w:r>
        <w:rPr>
          <w:sz w:val="20"/>
        </w:rPr>
        <w:t>42:14  musalmanon ki qayamat islami qayamat hai, is par kitaben likhi gayeen. yeh bohat bari ghalati thi mere nazdeek.</w:t>
      </w:r>
      <w:r>
        <w:br/>
      </w:r>
      <w:r>
        <w:rPr>
          <w:sz w:val="20"/>
        </w:rPr>
        <w:t>42:24  yeh dunya mein bohat dinon ke baad</w:t>
      </w:r>
      <w:r>
        <w:br/>
      </w:r>
      <w:r>
        <w:rPr>
          <w:sz w:val="20"/>
        </w:rPr>
        <w:t>42:29  mudabireen ne yeh samjha tha ke chounke siyasat, chounke jography had bandi nahi hai, dunya mein ek zamana tha ke jography had bandi nahi thi.</w:t>
      </w:r>
      <w:r>
        <w:br/>
      </w:r>
      <w:r>
        <w:rPr>
          <w:sz w:val="20"/>
        </w:rPr>
        <w:t>42:43  jis ki talwar jahan tak pohnchti hai, wahi is ka</w:t>
      </w:r>
      <w:r>
        <w:br/>
      </w:r>
      <w:r>
        <w:rPr>
          <w:sz w:val="20"/>
        </w:rPr>
        <w:t>42:48  is ka hota tha. to yeh bohat bara kaam hua hai tareekh mein ke jografiy had bandi, is ko kehte hain watan par mabni qomiyat.</w:t>
      </w:r>
      <w:r>
        <w:br/>
      </w:r>
      <w:r>
        <w:rPr>
          <w:sz w:val="20"/>
        </w:rPr>
        <w:t>43:00  lekan musalman poori tareekh mein is ka mazaaq urate rahe</w:t>
      </w:r>
      <w:r>
        <w:br/>
      </w:r>
      <w:r>
        <w:rPr>
          <w:sz w:val="20"/>
        </w:rPr>
        <w:t>43:05  ke watan par mabni qomiyat nahi, balkeh mazhab par mabni hai, Islam par mabni hai. aaj bhi is ghalti ko koi banne ke liye tayyar nahi hai.</w:t>
      </w:r>
      <w:r>
        <w:br/>
      </w:r>
      <w:r>
        <w:rPr>
          <w:sz w:val="20"/>
        </w:rPr>
        <w:t>43:17  ek zamana tha ke Iqbal aur jawab din Afghani aur Rasheed Raza</w:t>
      </w:r>
      <w:r>
        <w:br/>
      </w:r>
      <w:r>
        <w:rPr>
          <w:sz w:val="20"/>
        </w:rPr>
        <w:t>43:22  aur Maudoodi yeh sab log yehi boli bolte the: "Islami qomiyat, Islami qomiyat." qomiyat Islami nahi hoti.</w:t>
      </w:r>
      <w:r>
        <w:br/>
      </w:r>
      <w:r>
        <w:rPr>
          <w:sz w:val="20"/>
        </w:rPr>
        <w:t>43:33  jografiy se qomiyat banti hai. kyunke jahan insaan rahe, jahan ghar banaye,</w:t>
      </w:r>
      <w:r>
        <w:br/>
      </w:r>
      <w:r>
        <w:rPr>
          <w:sz w:val="20"/>
        </w:rPr>
        <w:t>43:39  wahan. to yeh yeh jo dunya ke mudabireen ne yeh usool ikhtiyar kiya ke qomiyat mabni watan mein honi chahiye,</w:t>
      </w:r>
      <w:r>
        <w:br/>
      </w:r>
      <w:r>
        <w:rPr>
          <w:sz w:val="20"/>
        </w:rPr>
        <w:t>43:56  tab dunya mein yeh riwaj aaya ke aaj aap</w:t>
      </w:r>
      <w:r>
        <w:br/>
      </w:r>
      <w:r>
        <w:rPr>
          <w:sz w:val="20"/>
        </w:rPr>
        <w:t>44:00  poore aman ke sath jahan chahein wahan jaiye. aap ke paas travel document hona chahiye. yaani visa aur passport.</w:t>
      </w:r>
      <w:r>
        <w:br/>
      </w:r>
      <w:r>
        <w:rPr>
          <w:sz w:val="20"/>
        </w:rPr>
        <w:t>44:09  yaani kaisi ajeeb baat hai.</w:t>
      </w:r>
      <w:r>
        <w:br/>
      </w:r>
      <w:r>
        <w:rPr>
          <w:sz w:val="20"/>
        </w:rPr>
        <w:t>44:12  Islam ke zamane mein, Rasool Allah ke zamane mein jo jo talwar le ke chalte the aur is ko ghalat taur par is ko jihad ka title laga diya.</w:t>
      </w:r>
      <w:r>
        <w:br/>
      </w:r>
      <w:r>
        <w:rPr>
          <w:sz w:val="20"/>
        </w:rPr>
        <w:t>44:26  talwar le ke chalne ko. to talwar chalte the apni hifazat ke liye, jihad ke liye nahi. yaad rakhiye, jo log qadeem zamane mein jate the yahan wahan talwar le kar ke, to woh jang ke nahi,</w:t>
      </w:r>
    </w:p>
    <w:p>
      <w:pPr>
        <w:pStyle w:val="Heading2"/>
      </w:pPr>
      <w:r>
        <w:t>Reality of Wala and Bara</w:t>
      </w:r>
    </w:p>
    <w:p>
      <w:r>
        <w:rPr>
          <w:color w:val="666666"/>
          <w:sz w:val="18"/>
        </w:rPr>
        <w:t>Society &amp; Dawah · Building A Creative Personality | 20 Nov 2011 · 2m 46s · at 1:41:19 · https://youtu.be/jdfhpwfEvKg?t=6079</w:t>
      </w:r>
    </w:p>
    <w:p>
      <w:r>
        <w:rPr>
          <w:i/>
        </w:rPr>
        <w:t>“What is the reality of the issue of Wala and Bara?”</w:t>
      </w:r>
    </w:p>
    <w:p>
      <w:r>
        <w:rPr>
          <w:sz w:val="20"/>
        </w:rPr>
        <w:t>1:41:19  woh fatwa dete hain, lekin manta kon hai in ke fatwe ko? ji, maulana, agla sawal aya hai.</w:t>
      </w:r>
      <w:r>
        <w:br/>
      </w:r>
      <w:r>
        <w:rPr>
          <w:sz w:val="20"/>
        </w:rPr>
        <w:t>1:41:24  maulana inayatullah</w:t>
      </w:r>
      <w:r>
        <w:br/>
      </w:r>
      <w:r>
        <w:rPr>
          <w:sz w:val="20"/>
        </w:rPr>
        <w:t>1:41:29  umri ka bangalore se. unhon ne likha hai ke wala aur bara ke masle ki haqeeqat kya hai? dekhiye, aaj kal kuch aisi kitabein likhi gayi hain arbon, arab duniya mein. is mein woh kehte hain ke wala musalmanon ke liye hai aur bara ghair musalmanon</w:t>
      </w:r>
      <w:r>
        <w:br/>
      </w:r>
      <w:r>
        <w:rPr>
          <w:sz w:val="20"/>
        </w:rPr>
        <w:t>1:41:59  ke liye hai.</w:t>
      </w:r>
      <w:r>
        <w:br/>
      </w:r>
      <w:r>
        <w:rPr>
          <w:sz w:val="20"/>
        </w:rPr>
        <w:t>1:42:04  kyun ke quran mein aisa aya hai, aaye hain references ke tum ko musalmanon se wala maani, yani gehra</w:t>
      </w:r>
      <w:r>
        <w:br/>
      </w:r>
      <w:r>
        <w:rPr>
          <w:sz w:val="20"/>
        </w:rPr>
        <w:t>1:42:09  ta'alluq, mohabbat ka ta'alluq, aur bara maani un se judai, alheydgi.</w:t>
      </w:r>
      <w:r>
        <w:br/>
      </w:r>
      <w:r>
        <w:rPr>
          <w:sz w:val="20"/>
        </w:rPr>
        <w:t>1:42:14  to kaha ghair muslimon se hamein judai, distance banana chahiye, juda hona chahiye, aur sirf musalmanon se hamein</w:t>
      </w:r>
      <w:r>
        <w:br/>
      </w:r>
      <w:r>
        <w:rPr>
          <w:sz w:val="20"/>
        </w:rPr>
        <w:t>1:42:19  ta'alluq rakhna chahiye.</w:t>
      </w:r>
      <w:r>
        <w:br/>
      </w:r>
      <w:r>
        <w:rPr>
          <w:sz w:val="20"/>
        </w:rPr>
        <w:t>1:42:24  to yeh aisi kitabein likhi gayi hain ke mein</w:t>
      </w:r>
      <w:r>
        <w:br/>
      </w:r>
      <w:r>
        <w:rPr>
          <w:sz w:val="20"/>
        </w:rPr>
        <w:t>1:42:29  in kitabon ko bilkul galat samajhta hoon, aur quran ke hawale galat dete hain. yaani jo quran mein yeh aayatein jo hain, woh kisi particular situation ke liye hain, us ko aam karte hain, woh us ko generalize karte hain. woh yaani yeh kaha gaya hai, maslan ke jab musalman kisi doosre groh se etwar hon to wahan par bara hoga. yaani hum se ta'alluq distance banana parega, kyunke</w:t>
      </w:r>
      <w:r>
        <w:br/>
      </w:r>
      <w:r>
        <w:rPr>
          <w:sz w:val="20"/>
        </w:rPr>
        <w:t>1:42:59  razdari bartni parti hai, raaz muntaqil ho jate hain, to hum ko distance maintain karna parega.</w:t>
      </w:r>
      <w:r>
        <w:br/>
      </w:r>
      <w:r>
        <w:rPr>
          <w:sz w:val="20"/>
        </w:rPr>
        <w:t>1:43:04  to woh halat jang ke liye is ko, is ko generalize kar diya unhon ne, aur sari duniya</w:t>
      </w:r>
      <w:r>
        <w:br/>
      </w:r>
      <w:r>
        <w:rPr>
          <w:sz w:val="20"/>
        </w:rPr>
        <w:t>1:43:09  ke jo ghair muslim hain, un se dori banao.</w:t>
      </w:r>
      <w:r>
        <w:br/>
      </w:r>
      <w:r>
        <w:rPr>
          <w:sz w:val="20"/>
        </w:rPr>
        <w:t>1:43:14  yeh bilkul galat thi, yeh islam se koi talluq is ka nahi hai.</w:t>
      </w:r>
      <w:r>
        <w:br/>
      </w:r>
      <w:r>
        <w:rPr>
          <w:sz w:val="20"/>
        </w:rPr>
        <w:t>1:43:19  arbon ka muamla dekhen, ek baat bataon mein aap ko ke sare arbon ka muamla yeh hai ke</w:t>
      </w:r>
      <w:r>
        <w:br/>
      </w:r>
      <w:r>
        <w:rPr>
          <w:sz w:val="20"/>
        </w:rPr>
        <w:t>1:43:24  woh in ka jo islam hai, woh sara ka sara falasteen se bana hai, israel se bana hai, saaf</w:t>
      </w:r>
      <w:r>
        <w:br/>
      </w:r>
      <w:r>
        <w:rPr>
          <w:sz w:val="20"/>
        </w:rPr>
        <w:t>1:43:29  isi se le kar ke in ka mind banaya hai.</w:t>
      </w:r>
      <w:r>
        <w:br/>
      </w:r>
      <w:r>
        <w:rPr>
          <w:sz w:val="20"/>
        </w:rPr>
        <w:t>1:43:35  chunki unhein nafrat hai yahudiyon se, is wajah se woh sare islam ko isi waqt explain karte hain.</w:t>
      </w:r>
      <w:r>
        <w:br/>
      </w:r>
      <w:r>
        <w:rPr>
          <w:sz w:val="20"/>
        </w:rPr>
        <w:t>1:43:40  woh sare arab jo hain, gehrai ke sath yahudi nafrat mein mubtala hain, bas yeh israel se nafrat</w:t>
      </w:r>
      <w:r>
        <w:br/>
      </w:r>
      <w:r>
        <w:rPr>
          <w:sz w:val="20"/>
        </w:rPr>
        <w:t>1:43:45  mein mubtala hain, bohat hi gehrai ke sath.</w:t>
      </w:r>
      <w:r>
        <w:br/>
      </w:r>
      <w:r>
        <w:rPr>
          <w:sz w:val="20"/>
        </w:rPr>
        <w:t>1:43:50  wohi refer karta hai in ke taqreeron mein, in ke mazmoonon mein, in ki kitabon mein.</w:t>
      </w:r>
      <w:r>
        <w:br/>
      </w:r>
      <w:r>
        <w:rPr>
          <w:sz w:val="20"/>
        </w:rPr>
        <w:t>1:43:55  toh arbon ki kitabon ko ka aap zariya na banayen.</w:t>
      </w:r>
      <w:r>
        <w:br/>
      </w:r>
      <w:r>
        <w:rPr>
          <w:sz w:val="20"/>
        </w:rPr>
        <w:t>1:44:01  aap quran o hadith ko direct parhen toh aap islam samajh mein ayega.</w:t>
      </w:r>
    </w:p>
    <w:p>
      <w:pPr>
        <w:pStyle w:val="Heading2"/>
      </w:pPr>
      <w:r>
        <w:t>Reason behind Muslim superiority thinking</w:t>
      </w:r>
    </w:p>
    <w:p>
      <w:r>
        <w:rPr>
          <w:color w:val="666666"/>
          <w:sz w:val="18"/>
        </w:rPr>
        <w:t>Society &amp; Dawah · Age of Alternatives April 05, 2015 · 2m 11s · at 1:06:28 · https://youtu.be/4v0uCM2BZuA?t=3988</w:t>
      </w:r>
    </w:p>
    <w:p>
      <w:r>
        <w:rPr>
          <w:i/>
        </w:rPr>
        <w:t>“Muslims think that they are superior to non-Muslims. What is the reason for this kind of thinking?”</w:t>
      </w:r>
    </w:p>
    <w:p>
      <w:r>
        <w:rPr>
          <w:sz w:val="20"/>
        </w:rPr>
        <w:t>1:06:28  maulana, agla sawal bhopal se hai. faisal sahab ne kiya hai aur unhon ne likha hai ke "muslims think that they are superior to non muslims.</w:t>
      </w:r>
      <w:r>
        <w:br/>
      </w:r>
      <w:r>
        <w:rPr>
          <w:sz w:val="20"/>
        </w:rPr>
        <w:t>1:06:39  " maulana, what is the reason for this kind of thinking? yeh yehud ki mazahamat hai. hadith mein aata hai ke "tum yahud ki naqal karoge,</w:t>
      </w:r>
      <w:r>
        <w:br/>
      </w:r>
      <w:r>
        <w:rPr>
          <w:sz w:val="20"/>
        </w:rPr>
        <w:t>1:06:54  mazahamat mani naqal karna."</w:t>
      </w:r>
      <w:r>
        <w:br/>
      </w:r>
      <w:r>
        <w:rPr>
          <w:sz w:val="20"/>
        </w:rPr>
        <w:t>1:06:57  to aap yahud ki tareekh padhiye, wahan un ke haan aik kitaben likhi hain ke waqai is pe likhi gayi hain. jewish supremacism, jewish yani yahudi bartari, baqayda kitaben maujood hain.</w:t>
      </w:r>
      <w:r>
        <w:br/>
      </w:r>
      <w:r>
        <w:rPr>
          <w:sz w:val="20"/>
        </w:rPr>
        <w:t>1:07:11  is ki jewish supremacism to wohi yahan bhi aa gaya. muslim supremacism yahud ki naqal mein apne ko bartar samajhna, yeh bilkul hi baseless baat hai ke koi bartar hai Allah ke nazdeek, koi bartar nahi, sab barabar hain,</w:t>
      </w:r>
      <w:r>
        <w:br/>
      </w:r>
      <w:r>
        <w:rPr>
          <w:sz w:val="20"/>
        </w:rPr>
        <w:t>1:07:28  koi bartar nahi hai Allah ke haan, sab barabar hain. yeh to yahudion ki naqal hai ke koi islam se koi talluq is ka nahi hai. yani jewish supremacism ki jagah unhon ne muslim supremacism bana bana rakha hai.</w:t>
      </w:r>
      <w:r>
        <w:br/>
      </w:r>
      <w:r>
        <w:rPr>
          <w:sz w:val="20"/>
        </w:rPr>
        <w:t>1:07:43  aur yeh hadith mein maujood tha ke musalman jo hain poori naqal karenge yahudiyon ki. yeh yeh isi hadith ki hai, yaani wohi peshangoi poori ho rahi hai.</w:t>
      </w:r>
      <w:r>
        <w:br/>
      </w:r>
      <w:r>
        <w:rPr>
          <w:sz w:val="20"/>
        </w:rPr>
        <w:t>1:08:01  yeh ayat hai Quran mein: "ya allazina kafaroo</w:t>
      </w:r>
      <w:r>
        <w:br/>
      </w:r>
      <w:r>
        <w:rPr>
          <w:sz w:val="20"/>
        </w:rPr>
        <w:t>1:08:04  " . yaani yeh yahud ki mazahamat, mazahamat maani imitate karna, naqal karna.</w:t>
      </w:r>
      <w:r>
        <w:br/>
      </w:r>
      <w:r>
        <w:rPr>
          <w:sz w:val="20"/>
        </w:rPr>
        <w:t>1:08:12  dekhen, yahud ke maani kya hain? yahud ke maani hain zawal yafta ummat, zawal yafta qaum. to jis tarah yahud ek zawal yafta qaum bane, aise hi hadith ke mutabiq musalman bhi zawal yafta qaum ban jayenge.</w:t>
      </w:r>
      <w:r>
        <w:br/>
      </w:r>
      <w:r>
        <w:rPr>
          <w:sz w:val="20"/>
        </w:rPr>
        <w:t>1:08:28  to is ka yeh phenomenon hai. to woh to hona hi h</w:t>
      </w:r>
      <w:r>
        <w:br/>
      </w:r>
      <w:r>
        <w:rPr>
          <w:sz w:val="20"/>
        </w:rPr>
        <w:t>1:08:32  ona tha hadith ki peshangoi ke mutabiq.</w:t>
      </w:r>
    </w:p>
    <w:p>
      <w:pPr>
        <w:pStyle w:val="Heading2"/>
      </w:pPr>
      <w:r>
        <w:t>Reason for majority following secular ideology</w:t>
      </w:r>
    </w:p>
    <w:p>
      <w:r>
        <w:rPr>
          <w:color w:val="666666"/>
          <w:sz w:val="18"/>
        </w:rPr>
        <w:t>Society &amp; Dawah · Divine Ideology of Life I 11 July 2010 · 3m 37s · at 1:26:34 · https://youtu.be/wOmHVfyjMJY?t=5194</w:t>
      </w:r>
    </w:p>
    <w:p>
      <w:r>
        <w:rPr>
          <w:i/>
        </w:rPr>
        <w:t>“Why is the majority of humanity following secular ideology?”</w:t>
      </w:r>
    </w:p>
    <w:p>
      <w:r>
        <w:rPr>
          <w:sz w:val="20"/>
        </w:rPr>
        <w:t>1:26:34  maulana, agla sawal kya hai? mister dilraj singh ne dilli se. unhon ne likha hai ke "Why is the majority of humanity following secular ideology?"</w:t>
      </w:r>
      <w:r>
        <w:br/>
      </w:r>
      <w:r>
        <w:rPr>
          <w:sz w:val="20"/>
        </w:rPr>
        <w:t>1:26:48  aasan hai bas, aur aur kuch nahi.</w:t>
      </w:r>
      <w:r>
        <w:br/>
      </w:r>
      <w:r>
        <w:rPr>
          <w:sz w:val="20"/>
        </w:rPr>
        <w:t>1:26:52  khaao, kamaao, hawaa karo, bohat aasan hai. jis mein naseehat banna hai na, koi sensitivity dikhana hai, na honesty ki zaroorat hai. aur agar aap jo doosra lifestyle hai, us mein aap ko sincere banna hai, honest banna hai, responsibility lena hai, duty poora karna hai.</w:t>
      </w:r>
      <w:r>
        <w:br/>
      </w:r>
      <w:r>
        <w:rPr>
          <w:sz w:val="20"/>
        </w:rPr>
        <w:t>1:27:10  to zahir hai ke woh mushkil lagta hai.</w:t>
      </w:r>
      <w:r>
        <w:br/>
      </w:r>
      <w:r>
        <w:rPr>
          <w:sz w:val="20"/>
        </w:rPr>
        <w:t>1:27:14  yeh insaan jo hai, bas easy goer hai, aasani ki taraf bhagta hai. aur mushkil se is ko ghabrahat hoti hai.</w:t>
      </w:r>
      <w:r>
        <w:br/>
      </w:r>
      <w:r>
        <w:rPr>
          <w:sz w:val="20"/>
        </w:rPr>
        <w:t>1:27:23  aur to koi khaas wajah nahi hai. inhi se poochhiye agar to aap andar se. discontentment aata hai in ko. contentment nahi aata.</w:t>
      </w:r>
      <w:r>
        <w:br/>
      </w:r>
      <w:r>
        <w:rPr>
          <w:sz w:val="20"/>
        </w:rPr>
        <w:t>1:27:33  lekin aasan hai woh.</w:t>
      </w:r>
      <w:r>
        <w:br/>
      </w:r>
      <w:r>
        <w:rPr>
          <w:sz w:val="20"/>
        </w:rPr>
        <w:t>1:27:34  keh raha tha na, kuch nahi. ek ek system chala ja raha hai. isi mein hum bhi jo apnay ko ek purza ban gaye hain. hamein paisa aa raha hai.</w:t>
      </w:r>
      <w:r>
        <w:br/>
      </w:r>
      <w:r>
        <w:rPr>
          <w:sz w:val="20"/>
        </w:rPr>
        <w:t>1:27:43  hamara bhi ghar ban raha hai. aur agar woh hai to aap ko independently ek life banani parti hai. to is mein soch na aaye.</w:t>
      </w:r>
      <w:r>
        <w:br/>
      </w:r>
      <w:r>
        <w:rPr>
          <w:sz w:val="20"/>
        </w:rPr>
        <w:t>1:27:52  is mein sensitivity hai, is mein seriousness hai, is mein duty hai, responsibility hai, accountability hai. to aadmi ghabrata hai hamesha is se.</w:t>
      </w:r>
      <w:r>
        <w:br/>
      </w:r>
      <w:r>
        <w:rPr>
          <w:sz w:val="20"/>
        </w:rPr>
        <w:t>1:28:03  abhi aaj kal mein radio sunta hoon daily. minister log poster dete hain stage par. rozana. suggestion dete hain. aisa hona chahiye, waisa hona chahiye.</w:t>
      </w:r>
      <w:r>
        <w:br/>
      </w:r>
      <w:r>
        <w:rPr>
          <w:sz w:val="20"/>
        </w:rPr>
        <w:t>1:28:12  mein sochta hoon ke ministry ki zaroorat kya hai in ko? yeh to hum bhi kar sakte hain aisa. minister to implement karnay ke liye hota hai. magar agar desh mein corruption hai to aap is shif taqreer kar rahe hain.</w:t>
      </w:r>
      <w:r>
        <w:br/>
      </w:r>
      <w:r>
        <w:rPr>
          <w:sz w:val="20"/>
        </w:rPr>
        <w:t>1:28:26  stage par speech dena corruption ke khilaaf yeh minister ka kaam nahi hai.</w:t>
      </w:r>
      <w:r>
        <w:br/>
      </w:r>
      <w:r>
        <w:rPr>
          <w:sz w:val="20"/>
        </w:rPr>
        <w:t>1:28:33  minister ka kaam hai is par action karna. ja kar rakho, mitaya is ko. yaani matlab yeh ke jaise misaal ke taur par woh surprise visit kare.</w:t>
      </w:r>
      <w:r>
        <w:br/>
      </w:r>
      <w:r>
        <w:rPr>
          <w:sz w:val="20"/>
        </w:rPr>
        <w:t>1:28:42  visit badal kar ke. jahan paao aik aik afsar aisa kar raha hai, usi waqt is ko dismiss kar de. usi waqt dismiss kar de.</w:t>
      </w:r>
      <w:r>
        <w:br/>
      </w:r>
      <w:r>
        <w:rPr>
          <w:sz w:val="20"/>
        </w:rPr>
        <w:t>1:28:54  aaj kal kya hota hai? suspend karte hain. suspend hi nahi thi.</w:t>
      </w:r>
      <w:r>
        <w:br/>
      </w:r>
      <w:r>
        <w:rPr>
          <w:sz w:val="20"/>
        </w:rPr>
        <w:t>1:28:57  aaj kal yeh hai ke suspend kar dijiye. woh tankhwah khai milti rehti hai is ko baithe baithe. aur jeet jata hai case trial kar ke. minister ko hota hai, ikhtiyar hota hai woh suspend kar sakta hai.</w:t>
      </w:r>
      <w:r>
        <w:br/>
      </w:r>
      <w:r>
        <w:rPr>
          <w:sz w:val="20"/>
        </w:rPr>
        <w:t>1:29:08  nahi, dismiss kar sakta hai. to jaao. har office mein. India mein sirf aik hi minister mein jaanta hoon jis ne aisa kiya, woh Rafeeq Abdul Quddus.</w:t>
      </w:r>
      <w:r>
        <w:br/>
      </w:r>
      <w:r>
        <w:rPr>
          <w:sz w:val="20"/>
        </w:rPr>
        <w:t>1:29:20  jis department mein hota tha, woh sab darte the is se. kyun ke achaanak pahunch jata tha. surprise visit leta tha woh.</w:t>
      </w:r>
      <w:r>
        <w:br/>
      </w:r>
      <w:r>
        <w:rPr>
          <w:sz w:val="20"/>
        </w:rPr>
        <w:t>1:29:26  usi waqt dismiss karta tha woh. to corruption free ho gaya tha is ka department. to minister log jo hai, bahar ke woh aasan hai woh. jo bahar dete hain, achhe achhe bahar to bohat aasan hai woh.</w:t>
      </w:r>
      <w:r>
        <w:br/>
      </w:r>
      <w:r>
        <w:rPr>
          <w:sz w:val="20"/>
        </w:rPr>
        <w:t>1:29:40  jis stage par dekho, woh minister log dikhai dete hain. achhe achhe bahar dete hain.</w:t>
      </w:r>
      <w:r>
        <w:br/>
      </w:r>
      <w:r>
        <w:rPr>
          <w:sz w:val="20"/>
        </w:rPr>
        <w:t>1:29:46  bhai tum tum woh karo. logon ko. tumhare paas power hai to authority ho. to is ko implement karo is ko.</w:t>
      </w:r>
      <w:r>
        <w:br/>
      </w:r>
      <w:r>
        <w:rPr>
          <w:sz w:val="20"/>
        </w:rPr>
        <w:t>1:29:56  in ko punishment do, in ko dismiss karo in ko. kya dete ho? to har aadmi to easy goer hai. aasan ka option le rakha hai is ne.</w:t>
      </w:r>
      <w:r>
        <w:br/>
      </w:r>
      <w:r>
        <w:rPr>
          <w:sz w:val="20"/>
        </w:rPr>
        <w:t>1:30:06  woh yahan bhi hai.</w:t>
      </w:r>
    </w:p>
    <w:p>
      <w:pPr>
        <w:pStyle w:val="Heading2"/>
      </w:pPr>
      <w:r>
        <w:t>Reasons for Muslim backwardness and solutions</w:t>
      </w:r>
    </w:p>
    <w:p>
      <w:r>
        <w:rPr>
          <w:color w:val="666666"/>
          <w:sz w:val="18"/>
        </w:rPr>
        <w:t>Society &amp; Dawah · How to Lead a Life of Fulfilment September 24, 2017 · 2m 18s · at 1:06:48 · https://youtu.be/WUoQOo2_zd8?t=4008</w:t>
      </w:r>
    </w:p>
    <w:p>
      <w:r>
        <w:rPr>
          <w:i/>
        </w:rPr>
        <w:t>“According to you, what is the main reason of Muslim backwardness all around the world and what should we do to improve their state? Muslims have never seriously taken modern education; they don't even know what it is.”</w:t>
      </w:r>
    </w:p>
    <w:p>
      <w:r>
        <w:rPr>
          <w:sz w:val="20"/>
        </w:rPr>
        <w:t>1:06:48  molana agla sawal bheja hai tanzeem islah-e-sahib ne dilli se unhon ne likha hai ke according to you what is the main reason of muslim backwardness all around the world and what should we do to improve their state</w:t>
      </w:r>
      <w:r>
        <w:br/>
      </w:r>
      <w:r>
        <w:rPr>
          <w:sz w:val="20"/>
        </w:rPr>
        <w:t>1:07:08  musalmanon ne kabhi seriously modern education ko liya hi nahi kuch log padhte hain to sirf service ke liye</w:t>
      </w:r>
      <w:r>
        <w:br/>
      </w:r>
      <w:r>
        <w:rPr>
          <w:sz w:val="20"/>
        </w:rPr>
        <w:t>1:07:19  woh jaan balkay main to aisa hota hoon kuch jantay bhi nahi ke modern education kya cheez hai musalman jahan tak main sab mila hoon logon se log jantay hi nahi ke modern education kya hai</w:t>
      </w:r>
      <w:r>
        <w:br/>
      </w:r>
      <w:r>
        <w:rPr>
          <w:sz w:val="20"/>
        </w:rPr>
        <w:t>1:07:34  modern education jo hai aik kya hai aik naya pichlay chand sau barson mein aik nai dunya discover hui hai woh jo traditional dunya thi us ki ab aik scientific dunya</w:t>
      </w:r>
      <w:r>
        <w:br/>
      </w:r>
      <w:r>
        <w:rPr>
          <w:sz w:val="20"/>
        </w:rPr>
        <w:t>1:07:55  to modern education ka matlab hai ke aaj ki jo dunya hai us ko janna us ke mutabiq</w:t>
      </w:r>
      <w:r>
        <w:br/>
      </w:r>
      <w:r>
        <w:rPr>
          <w:sz w:val="20"/>
        </w:rPr>
        <w:t>1:08:05  dunya mein apni jagah banana to musalman to kuch jante hi nahi bohat se bohat jante hain ke</w:t>
      </w:r>
      <w:r>
        <w:br/>
      </w:r>
      <w:r>
        <w:rPr>
          <w:sz w:val="20"/>
        </w:rPr>
        <w:t>1:08:10  engineer ban jao service le lo mba ban jao service lete jante hain bas</w:t>
      </w:r>
      <w:r>
        <w:br/>
      </w:r>
      <w:r>
        <w:rPr>
          <w:sz w:val="20"/>
        </w:rPr>
        <w:t>1:08:18  modern education real science mein kya cheez hai us ko jante nahi</w:t>
      </w:r>
      <w:r>
        <w:br/>
      </w:r>
      <w:r>
        <w:rPr>
          <w:sz w:val="20"/>
        </w:rPr>
        <w:t>1:08:24  mera tajurba to yahi hai</w:t>
      </w:r>
      <w:r>
        <w:br/>
      </w:r>
      <w:r>
        <w:rPr>
          <w:sz w:val="20"/>
        </w:rPr>
        <w:t>1:08:27  to musalmanon ko jo karna hai wo sirf pehla kaam yahi hai ke wo janiye ke modern world</w:t>
      </w:r>
      <w:r>
        <w:br/>
      </w:r>
      <w:r>
        <w:rPr>
          <w:sz w:val="20"/>
        </w:rPr>
        <w:t>1:08:34  kya hai modern education kya hai</w:t>
      </w:r>
      <w:r>
        <w:br/>
      </w:r>
      <w:r>
        <w:rPr>
          <w:sz w:val="20"/>
        </w:rPr>
        <w:t>1:08:38  aur is mein apni</w:t>
      </w:r>
      <w:r>
        <w:br/>
      </w:r>
      <w:r>
        <w:rPr>
          <w:sz w:val="20"/>
        </w:rPr>
        <w:t>1:08:40  aur</w:t>
      </w:r>
      <w:r>
        <w:br/>
      </w:r>
      <w:r>
        <w:rPr>
          <w:sz w:val="20"/>
        </w:rPr>
        <w:t>1:08:41  yeh bhi musalman nahi jantay ke aaj ki dunya mein competition hai aap kisi ko koi right nahi koi musalmanon ka jo zehan hai woh samajhtay hain ke har cheez hamari right hai right kahan se ho gaya musalmanon to</w:t>
      </w:r>
      <w:r>
        <w:br/>
      </w:r>
      <w:r>
        <w:rPr>
          <w:sz w:val="20"/>
        </w:rPr>
        <w:t>1:09:00  competition based world hai yeh</w:t>
      </w:r>
    </w:p>
    <w:p>
      <w:pPr>
        <w:pStyle w:val="Heading2"/>
      </w:pPr>
      <w:r>
        <w:t>Reasons for Muslims underestimating Dawah</w:t>
      </w:r>
    </w:p>
    <w:p>
      <w:r>
        <w:rPr>
          <w:color w:val="666666"/>
          <w:sz w:val="18"/>
        </w:rPr>
        <w:t>Society &amp; Dawah · Don't Be Angry Culture January 15, 2012 Maulana Wahiduddin Khan · 4m 35s · at 1:10:01 · https://youtu.be/rY1Ikwmwwdk?t=4201</w:t>
      </w:r>
    </w:p>
    <w:p>
      <w:r>
        <w:rPr>
          <w:i/>
        </w:rPr>
        <w:t>“Why do Muslims underestimate Dawah? What is the reason?”</w:t>
      </w:r>
    </w:p>
    <w:p>
      <w:r>
        <w:rPr>
          <w:sz w:val="20"/>
        </w:rPr>
        <w:t>1:10:01  maulana, agla sawal aya hai tamil nadu se maulana iqbal umri sahib ka. unhon ne likha hai: "musalman dawat ka kyun kam tar andaza karte hain?</w:t>
      </w:r>
      <w:r>
        <w:br/>
      </w:r>
      <w:r>
        <w:rPr>
          <w:sz w:val="20"/>
        </w:rPr>
        <w:t>1:10:12  iski kya waja hai?"</w:t>
      </w:r>
      <w:r>
        <w:br/>
      </w:r>
      <w:r>
        <w:rPr>
          <w:sz w:val="20"/>
        </w:rPr>
        <w:t>1:10:22  main to samajhta hoon ke wahi waja hai jo maine kaha, ghussa. is waqt musalman jo hain sab ghusse mein hain.</w:t>
      </w:r>
      <w:r>
        <w:br/>
      </w:r>
      <w:r>
        <w:rPr>
          <w:sz w:val="20"/>
        </w:rPr>
        <w:t>1:10:30  ghussa ka matlab yeh hai ke har ek ko dushman samjhe hue hain. ke israel hamara dushman hai, america hamara dushman hai. woh hamare khilaf sazish kar rahe hain.</w:t>
      </w:r>
      <w:r>
        <w:br/>
      </w:r>
      <w:r>
        <w:rPr>
          <w:sz w:val="20"/>
        </w:rPr>
        <w:t>1:10:41  woh hum ko neecha dikhana chahte hain. yani yeh chhaya hua hai dimaghon par. is ki waja se dawat ka kaam un ko samajh mein nahi ata.</w:t>
      </w:r>
      <w:r>
        <w:br/>
      </w:r>
      <w:r>
        <w:rPr>
          <w:sz w:val="20"/>
        </w:rPr>
        <w:t>1:10:52  aur goli aur bam zyada samajh mein ata hai.</w:t>
      </w:r>
      <w:r>
        <w:br/>
      </w:r>
      <w:r>
        <w:rPr>
          <w:sz w:val="20"/>
        </w:rPr>
        <w:t>1:10:57  to asal raaz jo hai, main samajhta hoon ke kuch waqiaat se ghussa ho kar ke jo musalmanon mein manfi soch aa gayi, woh record ban gayi dawat ki ahmiyat ko samajhne mein.</w:t>
      </w:r>
      <w:r>
        <w:br/>
      </w:r>
      <w:r>
        <w:rPr>
          <w:sz w:val="20"/>
        </w:rPr>
        <w:t>1:11:16  ab main mislan mujhe koi kisi ke paas, main kisi se nafrat nahi karta. mujhe kisi se nafrat nahi hai. na Israel se, na America se, na na na Hindu se, na falan se, na falan se, kisi se.</w:t>
      </w:r>
      <w:r>
        <w:br/>
      </w:r>
      <w:r>
        <w:rPr>
          <w:sz w:val="20"/>
        </w:rPr>
        <w:t>1:11:31  sab ko main insaan samajhta hoon. to main samajhta hoon ke dawat se bada koi kaam nahi hai. to jar mein jo hai, jar mein woh manfi soch hai.</w:t>
      </w:r>
      <w:r>
        <w:br/>
      </w:r>
      <w:r>
        <w:rPr>
          <w:sz w:val="20"/>
        </w:rPr>
        <w:t>1:11:42  manfi soch. ke musalman, musalman is daur mein pichhad gaye to samajhte hain ke doosra un ko pichha kiya hua hai. apni ghalti apne upar nahi dhalte.</w:t>
      </w:r>
      <w:r>
        <w:br/>
      </w:r>
      <w:r>
        <w:rPr>
          <w:sz w:val="20"/>
        </w:rPr>
        <w:t>1:11:52  quran mein to hai ke har aadmi apne kiye ko bhagta hai. apne kiye ko. saaf saaf likha hua hai ke aadmi apne kiye ko bhagta hai.</w:t>
      </w:r>
      <w:r>
        <w:br/>
      </w:r>
      <w:r>
        <w:rPr>
          <w:sz w:val="20"/>
        </w:rPr>
        <w:t>1:12:05  kisi ki saazish se, kisi ki dushmani se koi nuksan nahi hota is ka.</w:t>
      </w:r>
      <w:r>
        <w:br/>
      </w:r>
      <w:r>
        <w:rPr>
          <w:sz w:val="20"/>
        </w:rPr>
        <w:t>1:12:10  lekin musalmanon ne, musalman matlab un ke un ke rehnamaon ne yeh ghalt zehan dala. sab se bura role mere khayal se rehnamaon ka hua hai is zamane mein.</w:t>
      </w:r>
      <w:r>
        <w:br/>
      </w:r>
      <w:r>
        <w:rPr>
          <w:sz w:val="20"/>
        </w:rPr>
        <w:t>1:12:19  jitne rehnama uthe, sab rad-e-amal, rad-e-amal mein uthe. mujhe ek bhi rehnama nahi maloom is daur ka, is do sau saal ke andar, jo rad-e-amal ke mein na utha ho.</w:t>
      </w:r>
      <w:r>
        <w:br/>
      </w:r>
      <w:r>
        <w:rPr>
          <w:sz w:val="20"/>
        </w:rPr>
        <w:t>1:12:31  sab rad-e-amal, rad-e-amal, rad-e-amal.</w:t>
      </w:r>
      <w:r>
        <w:br/>
      </w:r>
      <w:r>
        <w:rPr>
          <w:sz w:val="20"/>
        </w:rPr>
        <w:t>1:12:34  to rad-e-amal se kya hota hai? negative thinking aati hai. phir kya hai? tashaddud aata hai. aur sari cheezein aati rehti hain isi mein.</w:t>
      </w:r>
      <w:r>
        <w:br/>
      </w:r>
      <w:r>
        <w:rPr>
          <w:sz w:val="20"/>
        </w:rPr>
        <w:t>1:12:44  aur phir jab yeh sab hoga to zahir hai ke dawat Allah ki koi ahmiyat nazar nahi aayegi aap ko.</w:t>
      </w:r>
      <w:r>
        <w:br/>
      </w:r>
      <w:r>
        <w:rPr>
          <w:sz w:val="20"/>
        </w:rPr>
        <w:t>1:12:56  mujhe ek waqia yaad aata hai ke main ek martaba Mewat mein tha.</w:t>
      </w:r>
      <w:r>
        <w:br/>
      </w:r>
      <w:r>
        <w:rPr>
          <w:sz w:val="20"/>
        </w:rPr>
        <w:t>1:13:01  to Mewat mein ek ek band ban raha tha. is mein bohat se Mewati bator mazdoor kaam kar rahe the. woh musalman the sab, sab ke sab.</w:t>
      </w:r>
      <w:r>
        <w:br/>
      </w:r>
      <w:r>
        <w:rPr>
          <w:sz w:val="20"/>
        </w:rPr>
        <w:t>1:13:13  to do group the, kisi wajah se jhagda ho gaya. aur jhagda hua to laathiyan uth uth gayeen. to main gaya, ek daadhi wale musalman the, is mein Mewati.</w:t>
      </w:r>
      <w:r>
        <w:br/>
      </w:r>
      <w:r>
        <w:rPr>
          <w:sz w:val="20"/>
        </w:rPr>
        <w:t>1:13:27  un se main ne kaha ke dekhiye sahib, yeh aap yeh bhi musalman, wohi musalman, aap log yani ladna chahte hain aur laathiyan chalana chahte hain, yeh to Islam mein jaiz nahi hai.</w:t>
      </w:r>
      <w:r>
        <w:br/>
      </w:r>
      <w:r>
        <w:rPr>
          <w:sz w:val="20"/>
        </w:rPr>
        <w:t>1:13:41  aapas ki ladai Islam mein jaiz nahi hai. to kuch quran o hadith maine sunaya. to woh daadhi wale kya kehte hain? chalo molvi, is waqt hum ko quran mein sunao.</w:t>
      </w:r>
      <w:r>
        <w:br/>
      </w:r>
      <w:r>
        <w:rPr>
          <w:sz w:val="20"/>
        </w:rPr>
        <w:t>1:13:52  is waqt hum ko inteqaam lena hai.</w:t>
      </w:r>
      <w:r>
        <w:br/>
      </w:r>
      <w:r>
        <w:rPr>
          <w:sz w:val="20"/>
        </w:rPr>
        <w:t>1:13:55  to jab inteqaam ki nafrat, jab nafrat aa jaye, inteqaam aa jaye to quran o hadith ko le ke koi sochta nahi hai. phir phir apne apne is mein sochta hai, apne manfi jazbati is ke liye wahid run ban jaate hain.</w:t>
      </w:r>
      <w:r>
        <w:br/>
      </w:r>
      <w:r>
        <w:rPr>
          <w:sz w:val="20"/>
        </w:rPr>
        <w:t>1:14:11  yeh sab kis ne kiya hai? aam musalmanon ne nahi, yeh rehnamaon ne kiya hai. rehnamaon ne musalmanon ko yeh sab suna suna kar ke, yeh dushman hai, woh dushman hai, woh dushman hai, woh d</w:t>
      </w:r>
      <w:r>
        <w:br/>
      </w:r>
      <w:r>
        <w:rPr>
          <w:sz w:val="20"/>
        </w:rPr>
        <w:t>1:14:22  ushman hai, yeh sab khabrein dein in rehnamaon ne musalmanon ko. to sari zimmedari rehnamaon ki hai. is do sau saal mein jo rehnama uthe, unhone na manfi boli bol bol kar ke musalmanon ko manfi bana diya.</w:t>
      </w:r>
    </w:p>
    <w:p>
      <w:pPr>
        <w:pStyle w:val="Heading2"/>
      </w:pPr>
      <w:r>
        <w:t>Reasons for disharmony in present society</w:t>
      </w:r>
    </w:p>
    <w:p>
      <w:r>
        <w:rPr>
          <w:color w:val="666666"/>
          <w:sz w:val="18"/>
        </w:rPr>
        <w:t>Society &amp; Dawah · Nation Building On India's Republic Day Jan 26, 2020 Maulana Wahiduddin Khan · 2m 20s · at 32:42 · https://youtu.be/58CVocbLAb8?t=1962</w:t>
      </w:r>
    </w:p>
    <w:p>
      <w:r>
        <w:rPr>
          <w:i/>
        </w:rPr>
        <w:t>“What according to you are the reasons for disharmony in the present society? Why are people all over the world so full of hatred today? Is it due to the rise of material interest or something else?”</w:t>
      </w:r>
    </w:p>
    <w:p>
      <w:r>
        <w:rPr>
          <w:sz w:val="20"/>
        </w:rPr>
        <w:t>32:42  Maulana kuch sawal lena chahenge. Yeh sawal bheja hai Ahmedabad se Syed Sirajuddin sahib ne.</w:t>
      </w:r>
      <w:r>
        <w:br/>
      </w:r>
      <w:r>
        <w:rPr>
          <w:sz w:val="20"/>
        </w:rPr>
        <w:t>32:51  unho ne likha hai: "maulana what according to you are the reasons for disharmony in the present society?</w:t>
      </w:r>
      <w:r>
        <w:br/>
      </w:r>
      <w:r>
        <w:rPr>
          <w:sz w:val="20"/>
        </w:rPr>
        <w:t>32:59  Why are people all over the world so full of hatred today? Is it due to the rise of material interest or something else?"</w:t>
      </w:r>
      <w:r>
        <w:br/>
      </w:r>
      <w:r>
        <w:rPr>
          <w:sz w:val="20"/>
        </w:rPr>
        <w:t>33:13  dekhen main</w:t>
      </w:r>
      <w:r>
        <w:br/>
      </w:r>
      <w:r>
        <w:rPr>
          <w:sz w:val="20"/>
        </w:rPr>
        <w:t>33:18  main yeh keh sakta hoon apne baray mein ke main by birth positive thinker hoon.</w:t>
      </w:r>
      <w:r>
        <w:br/>
      </w:r>
      <w:r>
        <w:rPr>
          <w:sz w:val="20"/>
        </w:rPr>
        <w:t>33:29  By birth positive thinker hoon. jab main chota tha, chota, to mujhe yaad hai ke hamare gaon mein, hamare paros mein ek chori hui, jaruri ki.</w:t>
      </w:r>
      <w:r>
        <w:br/>
      </w:r>
      <w:r>
        <w:rPr>
          <w:sz w:val="20"/>
        </w:rPr>
        <w:t>33:50  to ghar ke kisi aadmi ne, main wahan bachpan ka jawan tha, aise aata jata tha, to kisi ne mera naam le liya ke main nikal le gaya golri.</w:t>
      </w:r>
      <w:r>
        <w:br/>
      </w:r>
      <w:r>
        <w:rPr>
          <w:sz w:val="20"/>
        </w:rPr>
        <w:t>34:08  to aap yaqeen kijiye ke main hansne hansne hansne laga ke kitni absurd baat hai ke main chori karoon ga?</w:t>
      </w:r>
      <w:r>
        <w:br/>
      </w:r>
      <w:r>
        <w:rPr>
          <w:sz w:val="20"/>
        </w:rPr>
        <w:t>34:17  kis liye? to main bachpan se main positive thinker hoon. to har cheez mein positivity dhoondna.</w:t>
      </w:r>
      <w:r>
        <w:br/>
      </w:r>
      <w:r>
        <w:rPr>
          <w:sz w:val="20"/>
        </w:rPr>
        <w:t>34:33  jaise aap dekhiye ke quran se kuch log nikalte hain jihad, jihad. aur isi quran se maine nikala, dekhiye aaj, ke spirit of struggle, isi waqt aap peaceful struggle.</w:t>
      </w:r>
      <w:r>
        <w:br/>
      </w:r>
      <w:r>
        <w:rPr>
          <w:sz w:val="20"/>
        </w:rPr>
        <w:t>34:50  to yeh meri allah taala ki dein hai ke main bachpan se positive thinker hoon.</w:t>
      </w:r>
    </w:p>
    <w:p>
      <w:pPr>
        <w:pStyle w:val="Heading2"/>
      </w:pPr>
      <w:r>
        <w:t>Recommended books for introducing Islam</w:t>
      </w:r>
    </w:p>
    <w:p>
      <w:r>
        <w:rPr>
          <w:color w:val="666666"/>
          <w:sz w:val="18"/>
        </w:rPr>
        <w:t>Society &amp; Dawah · Sahaba and Muhaddithin 24th June 2012 - Maulana Wahiduddin Khan · 2m 37s · at 1:14:17 · https://youtu.be/tUPo7MI0Bdo?t=4457</w:t>
      </w:r>
    </w:p>
    <w:p>
      <w:r>
        <w:rPr>
          <w:i/>
        </w:rPr>
        <w:t>“What books should we give to those who come into our contact to tell them about Islam?”</w:t>
      </w:r>
    </w:p>
    <w:p>
      <w:r>
        <w:rPr>
          <w:sz w:val="20"/>
        </w:rPr>
        <w:t>1:14:17  Maulana, agla sawal Delhi se hai, Nazim Ahmed sahib ka. Unhon ne likha hai: "Jo log hamare sampark mein aate hain, un ko Islam ke bare mein batane ke liye kaun si kitabein hum dein?" Is ke bare mein bataein.</w:t>
      </w:r>
      <w:r>
        <w:br/>
      </w:r>
      <w:r>
        <w:rPr>
          <w:sz w:val="20"/>
        </w:rPr>
        <w:t>1:14:35  Bhai, dekhein, yeh koi</w:t>
      </w:r>
      <w:r>
        <w:br/>
      </w:r>
      <w:r>
        <w:rPr>
          <w:sz w:val="20"/>
        </w:rPr>
        <w:t>1:14:39  Yaani yeh koi batane ki baat nahi hai, yeh toh aap ki samajhne ki baat hai. Kyun ke jo aap ke sampark mein aate hain, woh kya hain? Toh woh tarah tarah ke log ho sakte hain.</w:t>
      </w:r>
      <w:r>
        <w:br/>
      </w:r>
      <w:r>
        <w:rPr>
          <w:sz w:val="20"/>
        </w:rPr>
        <w:t>1:14:50  Insaan ki toh bohat qismein hain. Toh aap ko khud kitabein padhna hoga,</w:t>
      </w:r>
      <w:r>
        <w:br/>
      </w:r>
      <w:r>
        <w:rPr>
          <w:sz w:val="20"/>
        </w:rPr>
        <w:t>1:14:56  Kitaab padh ke khud aap ko tay karna hoga ke un ke mind ko address karne wali kitaab kaun si hai. Yeh koi doosra aadmi nahi bata sakta hai.</w:t>
      </w:r>
      <w:r>
        <w:br/>
      </w:r>
      <w:r>
        <w:rPr>
          <w:sz w:val="20"/>
        </w:rPr>
        <w:t>1:15:10  Maulana, agla ek comment aaya hai, Patna se, Bihar se, Danial sahib ka. Unhon ne likha hai: "Maulana, pichhle Sunday ko main Delhi mein tha, main ne CPS Hall mein aap ke lecture ko attend kiya, jis ka topic tha Political Activism aur Futile Activism.</w:t>
      </w:r>
      <w:r>
        <w:br/>
      </w:r>
      <w:r>
        <w:rPr>
          <w:sz w:val="20"/>
        </w:rPr>
        <w:t>1:15:30  Aur aaj main online lecture yeh sun raha hoon, in dono lecture se kai bohat zyada important Islam ke aspects clear hue, jis ke baad mere</w:t>
      </w:r>
      <w:r>
        <w:br/>
      </w:r>
      <w:r>
        <w:rPr>
          <w:sz w:val="20"/>
        </w:rPr>
        <w:t>1:15:40  andar thrilling ka ehsaas ho raha hai. Jo baatein main ne samjhi, woh yeh hain ke hum 200 saal se political empire ko regain karne ki koshish kar rahe hain.</w:t>
      </w:r>
      <w:r>
        <w:br/>
      </w:r>
      <w:r>
        <w:rPr>
          <w:sz w:val="20"/>
        </w:rPr>
        <w:t>1:15:52  halankeh is se bhi bara, is se bhi, is se bhi zyada bara empire maujood hai, aur woh hai daawa empire.</w:t>
      </w:r>
      <w:r>
        <w:br/>
      </w:r>
      <w:r>
        <w:rPr>
          <w:sz w:val="20"/>
        </w:rPr>
        <w:t>1:16:01  aur daawa empire ke baad kisi aur empire ki zaroorat nahi.</w:t>
      </w:r>
      <w:r>
        <w:br/>
      </w:r>
      <w:r>
        <w:rPr>
          <w:sz w:val="20"/>
        </w:rPr>
        <w:t>1:16:06  doosri ahem baat yeh hai ke Quran ke mutabiq hamare liye zimmedari yeh hai ke hum adl ko apnayen, na ke adl ko nafiz karne ke liye purtashaddud jiddojehad karen.</w:t>
      </w:r>
      <w:r>
        <w:br/>
      </w:r>
      <w:r>
        <w:rPr>
          <w:sz w:val="20"/>
        </w:rPr>
        <w:t>1:16:20  teesri, prophet aur sahaba ke zamane mein religious persecution ka zamana tha. un logon ne jo bhi defense confrontation kiya, uska asal maqsad religious persecution ko</w:t>
      </w:r>
      <w:r>
        <w:br/>
      </w:r>
      <w:r>
        <w:rPr>
          <w:sz w:val="20"/>
        </w:rPr>
        <w:t>1:16:34  khatam karne ka tha, na ke political power ko gain karne ka. aur unhi ki koshishon ke nateejay mein jo process shuru hua, uska culmination aaj freedom of expression hai.</w:t>
      </w:r>
      <w:r>
        <w:br/>
      </w:r>
      <w:r>
        <w:rPr>
          <w:sz w:val="20"/>
        </w:rPr>
        <w:t>1:16:48  Maulana sahib, yeh baatein kya maine sahi samjhi? theek, bohat sahi, bilkul sahi hai,</w:t>
      </w:r>
    </w:p>
    <w:p>
      <w:pPr>
        <w:pStyle w:val="Heading2"/>
      </w:pPr>
      <w:r>
        <w:t>Reforming scholars to purify Islamic thought</w:t>
      </w:r>
    </w:p>
    <w:p>
      <w:r>
        <w:rPr>
          <w:color w:val="666666"/>
          <w:sz w:val="18"/>
        </w:rPr>
        <w:t>Society &amp; Dawah · Mission of Tajdeed (Revival of Islam) September 15, 2019 Maulana Wahiduddin Khan · 3m 20s · at 55:58 · https://youtu.be/jGfoAffJ4-8?t=3358</w:t>
      </w:r>
    </w:p>
    <w:p>
      <w:r>
        <w:rPr>
          <w:i/>
        </w:rPr>
        <w:t>“Your explanation of derailment of Islamic religious thought is most appropriate and relevant today. But since the derailment was caused by the scholars, isn't it important to reform the scholars rather than the people? To purify the river, the polluting pipelines need to be plugged. Otherwise, no matter how much cleansing is done, the river of current Islamic thought will continue to be polluted.”</w:t>
      </w:r>
    </w:p>
    <w:p>
      <w:r>
        <w:rPr>
          <w:sz w:val="20"/>
        </w:rPr>
        <w:t>55:58  maulana, agla sawal dilli se hai. hamid iqbal sahib ne kiya hai. unhon ne likha hai: "Your explanation of derailment of Islamic religious thought is most appropriate and relevant today.</w:t>
      </w:r>
      <w:r>
        <w:br/>
      </w:r>
      <w:r>
        <w:rPr>
          <w:sz w:val="20"/>
        </w:rPr>
        <w:t>56:16  but since the derailment was caused by the ulama, isnt it important to reform the ulama rather than the people?</w:t>
      </w:r>
      <w:r>
        <w:br/>
      </w:r>
      <w:r>
        <w:rPr>
          <w:sz w:val="20"/>
        </w:rPr>
        <w:t>56:27  to purify the river, the polluting pipelines need to be plugged. otherwise, no matter how much cleansing is done, the river of current islamic thought will continue to be polluted." dekhiye, mein ne kabhi nahi kaha ke ulama se aata hai.</w:t>
      </w:r>
      <w:r>
        <w:br/>
      </w:r>
      <w:r>
        <w:rPr>
          <w:sz w:val="20"/>
        </w:rPr>
        <w:t>56:45  yeh mein ne kabhi nahi kaha ke yeh aata hai interaction se aata hai. mein ne yeh kaha ke yeh aap keh rahe hain, meri taraf mat lagaiye is ko.</w:t>
      </w:r>
      <w:r>
        <w:br/>
      </w:r>
      <w:r>
        <w:rPr>
          <w:sz w:val="20"/>
        </w:rPr>
        <w:t>56:56  mein ne yeh kabhi nahi kaha ke ulama se aata hai, derailment interaction se aata hai, ikhtilaf se aata hai. woh fitri hai. jab ikhtilaf hoga to kuch na kuch idhar ki baat, udhar idhar ki baat, idhar mil mil jayegi.</w:t>
      </w:r>
      <w:r>
        <w:br/>
      </w:r>
      <w:r>
        <w:rPr>
          <w:sz w:val="20"/>
        </w:rPr>
        <w:t>57:11  to woh phenomena hai ikhtilaf ka, ulama ka phenomena nahi hai. woh</w:t>
      </w:r>
      <w:r>
        <w:br/>
      </w:r>
      <w:r>
        <w:rPr>
          <w:sz w:val="20"/>
        </w:rPr>
        <w:t>57:23  Maulana, agla comment bheja hai Professor Najma Siddiqui ne Dilli se. Unhon ne likha hai: "Maulana, today talk on tajdid clarified many concepts very meaningfully.</w:t>
      </w:r>
      <w:r>
        <w:br/>
      </w:r>
      <w:r>
        <w:rPr>
          <w:sz w:val="20"/>
        </w:rPr>
        <w:t>57:38  bringing back from the derailment seems a long process. ve all need to work very hard and play our role very sincerely.</w:t>
      </w:r>
      <w:r>
        <w:br/>
      </w:r>
      <w:r>
        <w:rPr>
          <w:sz w:val="20"/>
        </w:rPr>
        <w:t>57:50  jazak allah for inspiring us</w:t>
      </w:r>
      <w:r>
        <w:br/>
      </w:r>
      <w:r>
        <w:rPr>
          <w:sz w:val="20"/>
        </w:rPr>
        <w:t>57:52  ." masha'allah. Azhar Mubarak Sahib ne Bhagalpur se likha hai: "Maulana, you are a great positivist which I experience many times by his words.</w:t>
      </w:r>
      <w:r>
        <w:br/>
      </w:r>
      <w:r>
        <w:rPr>
          <w:sz w:val="20"/>
        </w:rPr>
        <w:t>58:03  many of the complexities he explains with very simple words."</w:t>
      </w:r>
      <w:r>
        <w:br/>
      </w:r>
      <w:r>
        <w:rPr>
          <w:sz w:val="20"/>
        </w:rPr>
        <w:t>58:18  okay, so we will end the session now. thank you.</w:t>
      </w:r>
    </w:p>
    <w:p>
      <w:pPr>
        <w:pStyle w:val="Heading2"/>
      </w:pPr>
      <w:r>
        <w:t>Reformist society vs state reform</w:t>
      </w:r>
    </w:p>
    <w:p>
      <w:r>
        <w:rPr>
          <w:color w:val="666666"/>
          <w:sz w:val="18"/>
        </w:rPr>
        <w:t>Society &amp; Dawah · Example of the Prophet March 20, 2016 · 2m 10s · at 52:13 · https://youtu.be/79HmhzXU41w?t=3133</w:t>
      </w:r>
    </w:p>
    <w:p>
      <w:r>
        <w:rPr>
          <w:i/>
        </w:rPr>
        <w:t>“Is it necessary to form a reformist society, or is reform of the state more important? Please explain.”</w:t>
      </w:r>
    </w:p>
    <w:p>
      <w:r>
        <w:rPr>
          <w:sz w:val="20"/>
        </w:rPr>
        <w:t>52:12  dekh rahe hain.</w:t>
      </w:r>
      <w:r>
        <w:br/>
      </w:r>
      <w:r>
        <w:rPr>
          <w:sz w:val="20"/>
        </w:rPr>
        <w:t>52:13  pehla sawal hai altaf hussain sahib ka pakistan mianwali se, aur unhon ne likha hai ke kya aik</w:t>
      </w:r>
      <w:r>
        <w:br/>
      </w:r>
      <w:r>
        <w:rPr>
          <w:sz w:val="20"/>
        </w:rPr>
        <w:t>52:22  islahi society tashkeel dena zaroori hai ya riyasat ki islaah zyada aham hai? is ke baray mein batayen.</w:t>
      </w:r>
      <w:r>
        <w:br/>
      </w:r>
      <w:r>
        <w:rPr>
          <w:sz w:val="20"/>
        </w:rPr>
        <w:t>52:32  dekhen, islami riyasat koi mission hi nahi hai.</w:t>
      </w:r>
      <w:r>
        <w:br/>
      </w:r>
      <w:r>
        <w:rPr>
          <w:sz w:val="20"/>
        </w:rPr>
        <w:t>52:35  islam mein koi na quran mein ayat hai, na koi hadith hai jis mein kaha gaya ho ke</w:t>
      </w:r>
      <w:r>
        <w:br/>
      </w:r>
      <w:r>
        <w:rPr>
          <w:sz w:val="20"/>
        </w:rPr>
        <w:t>52:40  ab musalmano tum islam hukoomat qaim karo.</w:t>
      </w:r>
      <w:r>
        <w:br/>
      </w:r>
      <w:r>
        <w:rPr>
          <w:sz w:val="20"/>
        </w:rPr>
        <w:t>52:43  yeh to sarray se mission hi nahi hai.</w:t>
      </w:r>
      <w:r>
        <w:br/>
      </w:r>
      <w:r>
        <w:rPr>
          <w:sz w:val="20"/>
        </w:rPr>
        <w:t>52:47  mission jo bhi quran mein bataya gaya, a a insan to apna tazkiya kar, kyunke tazkiya ke zariye</w:t>
      </w:r>
      <w:r>
        <w:br/>
      </w:r>
      <w:r>
        <w:rPr>
          <w:sz w:val="20"/>
        </w:rPr>
        <w:t>52:54  jannat milegi.</w:t>
      </w:r>
      <w:r>
        <w:br/>
      </w:r>
      <w:r>
        <w:rPr>
          <w:sz w:val="20"/>
        </w:rPr>
        <w:t>52:57  to islam ka jo mission hai, woh fard ka tazkiya yaad rakhiye.</w:t>
      </w:r>
      <w:r>
        <w:br/>
      </w:r>
      <w:r>
        <w:rPr>
          <w:sz w:val="20"/>
        </w:rPr>
        <w:t>53:04  alhamdulillah rabbil alameen jo hai, woh kahan waqe hota hai? fard ka dar waqe hota hai.</w:t>
      </w:r>
      <w:r>
        <w:br/>
      </w:r>
      <w:r>
        <w:rPr>
          <w:sz w:val="20"/>
        </w:rPr>
        <w:t>53:13  yeh bohat hi important baat is ko hamein samajhna chahiye ke islam ka nishana fard hai.</w:t>
      </w:r>
      <w:r>
        <w:br/>
      </w:r>
      <w:r>
        <w:rPr>
          <w:sz w:val="20"/>
        </w:rPr>
        <w:t>53:20  koi system ya koi hukoomat yeh hai hi nahi.</w:t>
      </w:r>
      <w:r>
        <w:br/>
      </w:r>
      <w:r>
        <w:rPr>
          <w:sz w:val="20"/>
        </w:rPr>
        <w:t>53:23  islam ka nishana woh to halaat ke process ke tehat kabhi hoga, kabhi nahi hoga, lekin nishana nahi</w:t>
      </w:r>
      <w:r>
        <w:br/>
      </w:r>
      <w:r>
        <w:rPr>
          <w:sz w:val="20"/>
        </w:rPr>
        <w:t>53:30  he. woh nishana yeh hai ke har aadmi alhamdulillah rabbul alameen ki speed pe jiye.</w:t>
      </w:r>
      <w:r>
        <w:br/>
      </w:r>
      <w:r>
        <w:rPr>
          <w:sz w:val="20"/>
        </w:rPr>
        <w:t>53:38  har aadmi ke andar</w:t>
      </w:r>
      <w:r>
        <w:br/>
      </w:r>
      <w:r>
        <w:rPr>
          <w:sz w:val="20"/>
        </w:rPr>
        <w:t>53:40  wo cheez paida ho jis ko quran mein kaha gaya hai: allah se hubb shadeed aur khauf shadeed.</w:t>
      </w:r>
      <w:r>
        <w:br/>
      </w:r>
      <w:r>
        <w:rPr>
          <w:sz w:val="20"/>
        </w:rPr>
        <w:t>53:47  har aadmi apna tazkiya kare, kyunke aise afraad jab paida honge tab society banegi.</w:t>
      </w:r>
      <w:r>
        <w:br/>
      </w:r>
      <w:r>
        <w:rPr>
          <w:sz w:val="20"/>
        </w:rPr>
        <w:t>53:53  aur society banegi tab saleh hukoomat banegi.</w:t>
      </w:r>
      <w:r>
        <w:br/>
      </w:r>
      <w:r>
        <w:rPr>
          <w:sz w:val="20"/>
        </w:rPr>
        <w:t>53:57  ke hadees mein hai: kama takoonu kazalika yuwalla alaikum</w:t>
      </w:r>
      <w:r>
        <w:br/>
      </w:r>
      <w:r>
        <w:rPr>
          <w:sz w:val="20"/>
        </w:rPr>
        <w:t>54:01  saleh afraad se saleh muashra aur saleh muashre se saleh hukoomat.</w:t>
      </w:r>
      <w:r>
        <w:br/>
      </w:r>
      <w:r>
        <w:rPr>
          <w:sz w:val="20"/>
        </w:rPr>
        <w:t>54:07  agar aap na fard banayein na society banayein, aap jump kar dein, hamein hukoomat qaim karna hai to</w:t>
      </w:r>
      <w:r>
        <w:br/>
      </w:r>
      <w:r>
        <w:rPr>
          <w:sz w:val="20"/>
        </w:rPr>
        <w:t>54:13  kuch bhi nahi hone wala siwaye siwaye takhreeb kari ke.</w:t>
      </w:r>
      <w:r>
        <w:br/>
      </w:r>
      <w:r>
        <w:rPr>
          <w:sz w:val="20"/>
        </w:rPr>
        <w:t>54:21  yeh mere mutalliq ka khulasa hai.</w:t>
      </w:r>
    </w:p>
    <w:p>
      <w:pPr>
        <w:pStyle w:val="Heading2"/>
      </w:pPr>
      <w:r>
        <w:t>Refuting the Idea of Islamic Empire</w:t>
      </w:r>
    </w:p>
    <w:p>
      <w:r>
        <w:rPr>
          <w:color w:val="666666"/>
          <w:sz w:val="18"/>
        </w:rPr>
        <w:t>Society &amp; Dawah · Religion and Democracy December 25, 2011 · 2m 30s · at 1:20:03 · https://youtu.be/8Mf_yvDA8ik?t=4803</w:t>
      </w:r>
    </w:p>
    <w:p>
      <w:r>
        <w:rPr>
          <w:i/>
        </w:rPr>
        <w:t>“The reward for spiritual knowledge (ma'rifat) and dawah will be given in the afterlife, but the benefit of a Muslim empire will be given in this world. Muslims are waiting for an Islamic government to be established. Maulana, how can this wrong idea be explained? Explain that it is not possible.”</w:t>
      </w:r>
    </w:p>
    <w:p>
      <w:r>
        <w:rPr>
          <w:sz w:val="20"/>
        </w:rPr>
        <w:t>1:20:03  maulana, agla sawal aaya hai tamil nadu se maulana farhat ahmad salafi umri ka. unhone poocha hai ke marifat aur dawat ka inaam akhirat mein milega, magar muslim empire ka faida dunya mein milega.</w:t>
      </w:r>
      <w:r>
        <w:br/>
      </w:r>
      <w:r>
        <w:rPr>
          <w:sz w:val="20"/>
        </w:rPr>
        <w:t>1:20:21  muslim isi isi cheez ki baat pe iska intezar kar rahe hain ke islami hukumat kab qaim hogi. maulana, is galat baat ko kaise samjhaya jaye?</w:t>
      </w:r>
      <w:r>
        <w:br/>
      </w:r>
      <w:r>
        <w:rPr>
          <w:sz w:val="20"/>
        </w:rPr>
        <w:t>1:20:34  samjhaya jaye ke woh possible nahi hai.</w:t>
      </w:r>
      <w:r>
        <w:br/>
      </w:r>
      <w:r>
        <w:rPr>
          <w:sz w:val="20"/>
        </w:rPr>
        <w:t>1:20:37  jis cheez ko muslim jo kehte hain ke muslim hukumatain thi, to woh hukumat kahan thi? woh to dynasty thi. ek khandan hukumat kar raha tha, aam musalmanon ko to kuch bhi nahi mila hua tha, aur sari dunya mein muslim hukumat woh to possible hi nahi hai, mumkin hi nahi hai.</w:t>
      </w:r>
      <w:r>
        <w:br/>
      </w:r>
      <w:r>
        <w:rPr>
          <w:sz w:val="20"/>
        </w:rPr>
        <w:t>1:20:55  to ek unachievable goal ke liye musalman jo hai, apne dimagh khwamkhwah is mein apne dimagh ko masroof kiye hue hain. yeh goal achievable hi nahi hai ke sari dunya mein islami hukumat qaim ho.</w:t>
      </w:r>
      <w:r>
        <w:br/>
      </w:r>
      <w:r>
        <w:rPr>
          <w:sz w:val="20"/>
        </w:rPr>
        <w:t>1:21:07  na kabhi hua, na aindah hone wala hai, aur jo hukumatain bani thi musalmanon ki, woh sab dynasty thi, yaani khandani badshahat.</w:t>
      </w:r>
      <w:r>
        <w:br/>
      </w:r>
      <w:r>
        <w:rPr>
          <w:sz w:val="20"/>
        </w:rPr>
        <w:t>1:21:17  jo kuch mila hua tha, ek khandan ko mila hua tha. to dynasty ke liye aap saare apne aap ko kya khatam kar denge?</w:t>
      </w:r>
      <w:r>
        <w:br/>
      </w:r>
      <w:r>
        <w:rPr>
          <w:sz w:val="20"/>
        </w:rPr>
        <w:t>1:21:26  isi ko, isi ke peeche.</w:t>
      </w:r>
      <w:r>
        <w:br/>
      </w:r>
      <w:r>
        <w:rPr>
          <w:sz w:val="20"/>
        </w:rPr>
        <w:t>1:21:32  to behal, yeh mere nazdeek political goal achievable nahi hai, sirf ek fareb hai, ek romantic concept hai. yeh woh achieve hi nahi ho sakta kabhi is dunya mein, jo ke test ke liye banayi gayi hai.</w:t>
      </w:r>
      <w:r>
        <w:br/>
      </w:r>
      <w:r>
        <w:rPr>
          <w:sz w:val="20"/>
        </w:rPr>
        <w:t>1:21:47  aur marifat aur dawat to har ek aadmi ke liye achievable hai. har aadmi apne aap ko aarif bana sakta hai, har aadmi apne aap ko daai bana sakta hai.</w:t>
      </w:r>
      <w:r>
        <w:br/>
      </w:r>
      <w:r>
        <w:rPr>
          <w:sz w:val="20"/>
        </w:rPr>
        <w:t>1:22:00  is baat ko log</w:t>
      </w:r>
      <w:r>
        <w:br/>
      </w:r>
      <w:r>
        <w:rPr>
          <w:sz w:val="20"/>
        </w:rPr>
        <w:t>1:22:01  nahi samajhte, is farq ko jaan lein. agar ke aarif banna aur daai banna, yeh to hamare bas mein hai, lekin islami hukumat sari dunya mein qaim karna, yeh to bas mein nahi hai, achievable hi nahi hai.</w:t>
      </w:r>
      <w:r>
        <w:br/>
      </w:r>
      <w:r>
        <w:rPr>
          <w:sz w:val="20"/>
        </w:rPr>
        <w:t>1:22:11  woh sarr se isko chand samajhte hain, samajhte hain yeh log, aur bohat si kitabein chapi hui hain jo is mein romantic baatein hain.</w:t>
      </w:r>
      <w:r>
        <w:br/>
      </w:r>
      <w:r>
        <w:rPr>
          <w:sz w:val="20"/>
        </w:rPr>
        <w:t>1:22:20  in romantic baaton mein phanse hue hain log. to isko clear kar diya jaye to inshallah yaqeenan apni islaah kar lenge log.</w:t>
      </w:r>
    </w:p>
    <w:p>
      <w:pPr>
        <w:pStyle w:val="Heading2"/>
      </w:pPr>
      <w:r>
        <w:t>Religious obligation for Muslims suffering</w:t>
      </w:r>
    </w:p>
    <w:p>
      <w:r>
        <w:rPr>
          <w:color w:val="666666"/>
          <w:sz w:val="18"/>
        </w:rPr>
        <w:t>Society &amp; Dawah · Realization of God December 18, 2016 Maulana Wahiduddin Khan · 2m 26s · at 1:05:59 · https://youtu.be/LHKb2btTIT8?t=3959</w:t>
      </w:r>
    </w:p>
    <w:p>
      <w:r>
        <w:rPr>
          <w:i/>
        </w:rPr>
        <w:t>“Whatever is happening to Muslims all over the world is known to everyone. We are being slaughtered everywhere. Is there any religious obligation on all the Muslims and...”</w:t>
      </w:r>
    </w:p>
    <w:p>
      <w:r>
        <w:rPr>
          <w:sz w:val="20"/>
        </w:rPr>
        <w:t>1:05:59  chahti hai usi ke peeche dauren aap ji maulana agla sawal imran khan sahib ne kiya hai aa</w:t>
      </w:r>
      <w:r>
        <w:br/>
      </w:r>
      <w:r>
        <w:rPr>
          <w:sz w:val="20"/>
        </w:rPr>
        <w:t>1:06:07  lahore pakistan se aur unhon ne likha hai whatever is happening to muslims all over the world is</w:t>
      </w:r>
      <w:r>
        <w:br/>
      </w:r>
      <w:r>
        <w:rPr>
          <w:sz w:val="20"/>
        </w:rPr>
        <w:t>1:06:14  known to everyone we are being slaughtered everywhere is there any religious obligations on all the muslims and</w:t>
      </w:r>
      <w:r>
        <w:br/>
      </w:r>
      <w:r>
        <w:rPr>
          <w:sz w:val="20"/>
        </w:rPr>
        <w:t>1:06:22  how should we all respond.</w:t>
      </w:r>
      <w:r>
        <w:br/>
      </w:r>
      <w:r>
        <w:rPr>
          <w:sz w:val="20"/>
        </w:rPr>
        <w:t>1:06:30  ho raha hai dekhen yeh yeh baat hi galat hai ke musalmanon ko mara ja raha hai musalman</w:t>
      </w:r>
      <w:r>
        <w:br/>
      </w:r>
      <w:r>
        <w:rPr>
          <w:sz w:val="20"/>
        </w:rPr>
        <w:t>1:06:37  ke amal par retaliate kiya ja raha hai woh sari baatein hain jisko aap kehte hain ke</w:t>
      </w:r>
      <w:r>
        <w:br/>
      </w:r>
      <w:r>
        <w:rPr>
          <w:sz w:val="20"/>
        </w:rPr>
        <w:t>1:06:45  musalman mara ja raha hai woh sari baatein retaliation hain bohat maine isko parha hai kahin</w:t>
      </w:r>
      <w:r>
        <w:br/>
      </w:r>
      <w:r>
        <w:rPr>
          <w:sz w:val="20"/>
        </w:rPr>
        <w:t>1:06:53  bhi aisa nahi ke khwamkhwah koi musalmanon ko maar raha hai bhediya bankar ke koi bhi musalmanon</w:t>
      </w:r>
      <w:r>
        <w:br/>
      </w:r>
      <w:r>
        <w:rPr>
          <w:sz w:val="20"/>
        </w:rPr>
        <w:t>1:07:00  ke liye bhediya nahi hai lekin musalmanon ne khud sakhta tor par jihad ka ek tasawwur banaya hai</w:t>
      </w:r>
      <w:r>
        <w:br/>
      </w:r>
      <w:r>
        <w:rPr>
          <w:sz w:val="20"/>
        </w:rPr>
        <w:t>1:07:08  jihad ke tasawwur ke tehat woh pathar marte hain bomb marte hain to log retaliate karte hain is</w:t>
      </w:r>
      <w:r>
        <w:br/>
      </w:r>
      <w:r>
        <w:rPr>
          <w:sz w:val="20"/>
        </w:rPr>
        <w:t>1:07:16  ka hal sirf ek hai aap apna act khatm kijiye to reaction bhi khatm ho jayega aap</w:t>
      </w:r>
      <w:r>
        <w:br/>
      </w:r>
      <w:r>
        <w:rPr>
          <w:sz w:val="20"/>
        </w:rPr>
        <w:t>1:07:24  ka jo action hai usko khatm kijiye reaction apne aap khatm ho jayega retaliation khatm ho</w:t>
      </w:r>
      <w:r>
        <w:br/>
      </w:r>
      <w:r>
        <w:rPr>
          <w:sz w:val="20"/>
        </w:rPr>
        <w:t>1:07:31  jayega yahi ek hi hal hai koi doosra hal hi nahi hai doosra hal ka tajurba ho</w:t>
      </w:r>
      <w:r>
        <w:br/>
      </w:r>
      <w:r>
        <w:rPr>
          <w:sz w:val="20"/>
        </w:rPr>
        <w:t>1:07:39  chuka kashmir mein falasteen mein har jagah beshumar paisa beshumar sacrifices ke bawajood kuch bhi nahi</w:t>
      </w:r>
      <w:r>
        <w:br/>
      </w:r>
      <w:r>
        <w:rPr>
          <w:sz w:val="20"/>
        </w:rPr>
        <w:t>1:07:47  hasil hua kuch hasil nahi hua jahan jahan aap bata rahe hain mislan kashmir mein mislan falasteen mein</w:t>
      </w:r>
      <w:r>
        <w:br/>
      </w:r>
      <w:r>
        <w:rPr>
          <w:sz w:val="20"/>
        </w:rPr>
        <w:t>1:07:54  beshumar sacrifice ki gayi lekin result kuch nahi aur har jagah kyun har jagah yahi hai ke</w:t>
      </w:r>
      <w:r>
        <w:br/>
      </w:r>
      <w:r>
        <w:rPr>
          <w:sz w:val="20"/>
        </w:rPr>
        <w:t>1:08:02  retaliation ka concept musalmanon ko maloom hi nahi woh one sided story unke maloom hai unko</w:t>
      </w:r>
      <w:r>
        <w:br/>
      </w:r>
      <w:r>
        <w:rPr>
          <w:sz w:val="20"/>
        </w:rPr>
        <w:t>1:08:10  one sided story yani unhon ne kya yeh nahi jante isko unhon ne doosre ne kya is</w:t>
      </w:r>
      <w:r>
        <w:br/>
      </w:r>
      <w:r>
        <w:rPr>
          <w:sz w:val="20"/>
        </w:rPr>
        <w:t>1:08:18  ko jante hain aur isko zulm kehte hain isko zulm ko aap retaliation samjhiye bas sab</w:t>
      </w:r>
    </w:p>
    <w:p>
      <w:pPr>
        <w:pStyle w:val="Heading2"/>
      </w:pPr>
      <w:r>
        <w:t>Removing wishful thinking about global Islamic revolution</w:t>
      </w:r>
    </w:p>
    <w:p>
      <w:r>
        <w:rPr>
          <w:color w:val="666666"/>
          <w:sz w:val="18"/>
        </w:rPr>
        <w:t>Society &amp; Dawah · Revival of Muslim Ummah, February 4, 2013 · 2m 57s · at 1:16:06 · https://youtu.be/xB3MfWhLHoM?t=4566</w:t>
      </w:r>
    </w:p>
    <w:p>
      <w:r>
        <w:rPr>
          <w:i/>
        </w:rPr>
        <w:t>“How can we remove the wishful thinking that like the revolution in Egypt, there will be revolution all over the world and the whole world will come under Islam?”</w:t>
      </w:r>
    </w:p>
    <w:p>
      <w:r>
        <w:rPr>
          <w:sz w:val="20"/>
        </w:rPr>
        <w:t>1:16:06  Maulana, agla sawal aaya hai Tamil Nadu se Maulana Iqbal Umri ka. Unhon ne likha hai: "Ek sahib ne bari umeed se kaha ke Misr ke inqilab ki tarah saari duniya mein inqilab hoga.</w:t>
      </w:r>
      <w:r>
        <w:br/>
      </w:r>
      <w:r>
        <w:rPr>
          <w:sz w:val="20"/>
        </w:rPr>
        <w:t>1:16:22  sari dunya islam ke saye mein aane wali hai. yahi hadith ka taqaza hai.</w:t>
      </w:r>
      <w:r>
        <w:br/>
      </w:r>
      <w:r>
        <w:rPr>
          <w:sz w:val="20"/>
        </w:rPr>
        <w:t>1:16:28  maulana, is khush fehmi ko hum kaise door karen?" ab yeh to jo in jis so call inqilab se misr mein kuch nahi hua, yeh so call jo islaah hai to misr mein kuch nahi hua.</w:t>
      </w:r>
      <w:r>
        <w:br/>
      </w:r>
      <w:r>
        <w:rPr>
          <w:sz w:val="20"/>
        </w:rPr>
        <w:t>1:16:43  aaj ki khabar dekh li aap paper mein jo aaj hi khabar aai hai to borsi sahib ne yeh kaha hai ke yahan par sazish ho rahi hai mere khilaf aur dobara chahti hai,</w:t>
      </w:r>
      <w:r>
        <w:br/>
      </w:r>
      <w:r>
        <w:rPr>
          <w:sz w:val="20"/>
        </w:rPr>
        <w:t>1:16:56  yani fauj chahti hai ke dobara power mein aa jaye. aur aaj hi dekhiye ke wahan par aaj ki khabron mein 60 aadmi mar chuke hain. yeh islami inqilab ke daur hain aur in ka jo sardar thay, bahar hain, bahar ja ke to bomb maar rahe hain.</w:t>
      </w:r>
      <w:r>
        <w:br/>
      </w:r>
      <w:r>
        <w:rPr>
          <w:sz w:val="20"/>
        </w:rPr>
        <w:t>1:17:11  to very that islamic</w:t>
      </w:r>
      <w:r>
        <w:br/>
      </w:r>
      <w:r>
        <w:rPr>
          <w:sz w:val="20"/>
        </w:rPr>
        <w:t>1:17:13  , yani revolution hai. yeh to yeh to musalman jeete hain, khush fehmi hai. kuch bhi is mein kuch bhi nahi hua, na hone wala hai.</w:t>
      </w:r>
      <w:r>
        <w:br/>
      </w:r>
      <w:r>
        <w:rPr>
          <w:sz w:val="20"/>
        </w:rPr>
        <w:t>1:17:25  yeh so called jo islam ki revolution hai, woh kuch bhi nahi hai, kuch bhi nahi hai, kuch bhi nahi. jis ko jis ko shakk ho to thori dair aur intezar kar le aur kuch dinon ke baad maloom ho jayega.</w:t>
      </w:r>
      <w:r>
        <w:br/>
      </w:r>
      <w:r>
        <w:rPr>
          <w:sz w:val="20"/>
        </w:rPr>
        <w:t>1:17:35  jo jo cheez aai thi misr mein, woh kuch bhi nahi thi, sirf shor shar tha, hangama tha aur us ke sath kuch bhi nahi tha. yani islam ko mazak hai.</w:t>
      </w:r>
      <w:r>
        <w:br/>
      </w:r>
      <w:r>
        <w:rPr>
          <w:sz w:val="20"/>
        </w:rPr>
        <w:t>1:17:44  islam se aa jayega. islam ko kiya samajhte hain aap? islam ko yeh ke ek glass yahan se utha ke maarein to aisi koi islam hai? kuch</w:t>
      </w:r>
      <w:r>
        <w:br/>
      </w:r>
      <w:r>
        <w:rPr>
          <w:sz w:val="20"/>
        </w:rPr>
        <w:t>1:17:54  kis qadar zyada log be khabar hain islam se aur insani history se, human psychology se. kis tarah be khabar hain log</w:t>
      </w:r>
      <w:r>
        <w:br/>
      </w:r>
      <w:r>
        <w:rPr>
          <w:sz w:val="20"/>
        </w:rPr>
        <w:t>1:18:04  ke yeh samajhte hain ke is tarah islam aa jayega? shor ghor karo to islam aa jayega. yeh aise hi sab log yahan shor ghor karen to hum ek bagh ugayein, ek garden ugayein.</w:t>
      </w:r>
      <w:r>
        <w:br/>
      </w:r>
      <w:r>
        <w:rPr>
          <w:sz w:val="20"/>
        </w:rPr>
        <w:t>1:18:13  yani hum log is kamre mein shor ghor karen to ek garden ugaye, uga ugaye. aise hi musalman samajhte hain ke shor ghor karo to islam aa jayega.</w:t>
      </w:r>
      <w:r>
        <w:br/>
      </w:r>
      <w:r>
        <w:rPr>
          <w:sz w:val="20"/>
        </w:rPr>
        <w:t>1:18:21  hamare shor ghor karne se yahan garden age ga. is kamre mein</w:t>
      </w:r>
      <w:r>
        <w:br/>
      </w:r>
      <w:r>
        <w:rPr>
          <w:sz w:val="20"/>
        </w:rPr>
        <w:t>1:18:29  kis qadar zyada be khabar hain. musalman mein hairaan hoon ke woh kuch nahi jante, na Allah, yani history kiya cheez hai, Allah ta'ala ke creation plan kiya hai aur human psychology kiya hai, tareekh mein inqilab kaise aata hai, yeh kuch bhi nahi jante.</w:t>
      </w:r>
      <w:r>
        <w:br/>
      </w:r>
      <w:r>
        <w:rPr>
          <w:sz w:val="20"/>
        </w:rPr>
        <w:t>1:18:45  bas khali bolte hain, bolte hain, bolte hain. mujhe bohat ta'ajub hota hai ke aisa kyun hai aur aise musalmanon ka anjam kiya hone wala hai mustaqbil mein.</w:t>
      </w:r>
      <w:r>
        <w:br/>
      </w:r>
      <w:r>
        <w:rPr>
          <w:sz w:val="20"/>
        </w:rPr>
        <w:t>1:18:55  jab agar yeh surat persist karti hai, yaqeen kijiye, koi anjam musalmanon ka nahi hai, kuch anjam nahi.</w:t>
      </w:r>
    </w:p>
    <w:p>
      <w:pPr>
        <w:pStyle w:val="Heading2"/>
      </w:pPr>
      <w:r>
        <w:t>Responding to criticism of Muslim backwardness</w:t>
      </w:r>
    </w:p>
    <w:p>
      <w:r>
        <w:rPr>
          <w:color w:val="666666"/>
          <w:sz w:val="18"/>
        </w:rPr>
        <w:t>Society &amp; Dawah · Mission of Tajdeed (Revival of Islam) September 15, 2019 Maulana Wahiduddin Khan · 3m 38s · at 29:22 · https://youtu.be/jGfoAffJ4-8?t=1762</w:t>
      </w:r>
    </w:p>
    <w:p>
      <w:r>
        <w:rPr>
          <w:i/>
        </w:rPr>
        <w:t>“I have many non-Muslim friends who ask why there is so much illiteracy and poverty among Muslims. They attribute it to outdated Islamic ideology, mainly the Quran, and say if Muslims were more scientific, their state would be better. How should I address such a question?”</w:t>
      </w:r>
    </w:p>
    <w:p>
      <w:r>
        <w:rPr>
          <w:sz w:val="20"/>
        </w:rPr>
        <w:t>29:22  maulana, agla sawal lucknow se hai, ayaz khan sahib ne bheja hai. unhon ne likha hai: "maulana, i have many non muslim friends and they often ask me a simple question that why there is so much illiteracy and poverty among muslims.</w:t>
      </w:r>
      <w:r>
        <w:br/>
      </w:r>
      <w:r>
        <w:rPr>
          <w:sz w:val="20"/>
        </w:rPr>
        <w:t>29:45  they attribute it to outdated islamic ideology that is mainly quran and say that if muslims would have been more scientific in their thinking then their state would have been much better.</w:t>
      </w:r>
      <w:r>
        <w:br/>
      </w:r>
      <w:r>
        <w:rPr>
          <w:sz w:val="20"/>
        </w:rPr>
        <w:t>30:00  but because they follow outdated quran, therefore there is so much of poverty and illiteracy. maulana, how should i address such ques</w:t>
      </w:r>
      <w:r>
        <w:br/>
      </w:r>
      <w:r>
        <w:rPr>
          <w:sz w:val="20"/>
        </w:rPr>
        <w:t>30:11  tions?" dekhiye, yeh galat hai. poverty musalmanon mein poverty nahin hai. aap muslim society mein jaiye, khoob kharch karte hain log, marketing khoob karte hain, shadiyon mein khoob kar karte hain, paisa bhi khoob kama rahe hain.</w:t>
      </w:r>
      <w:r>
        <w:br/>
      </w:r>
      <w:r>
        <w:rPr>
          <w:sz w:val="20"/>
        </w:rPr>
        <w:t>30:29  yeh bilkul yeh myth hai, myth yeh baat nahin hai. phir se aap survey ke survey kijiye. isi jis colony mein hum hain, yeh jo colony hai,</w:t>
      </w:r>
      <w:r>
        <w:br/>
      </w:r>
      <w:r>
        <w:rPr>
          <w:sz w:val="20"/>
        </w:rPr>
        <w:t>30:44  yeh hindu logon ki colony samajhati thi. pehle hindu logon ki colony, aaj is mein majority musalman ki hai, khoob paisa kamaya unhon ne aur jo ghar hindu logon ke thay, usay khareed liya.</w:t>
      </w:r>
      <w:r>
        <w:br/>
      </w:r>
      <w:r>
        <w:rPr>
          <w:sz w:val="20"/>
        </w:rPr>
        <w:t>31:00  to yeh yeh to ek myth hai, aisa kuch nahi hai. Is mulk mein bohat achi baat yeh hai ke sab ke liye mawaqe khule hue hain, opportunities sab ke liye khuli hui hain.</w:t>
      </w:r>
      <w:r>
        <w:br/>
      </w:r>
      <w:r>
        <w:rPr>
          <w:sz w:val="20"/>
        </w:rPr>
        <w:t>31:14  khoob kamao, khoob khao, khoob business banao, barhao, taraqqi karo, yeh sab ho raha hai India mein. Yeh myth hai ke nahi ho raha hai.</w:t>
      </w:r>
      <w:r>
        <w:br/>
      </w:r>
      <w:r>
        <w:rPr>
          <w:sz w:val="20"/>
        </w:rPr>
        <w:t>31:31  main ne khud jo ghar hamare sathiyon ne jo building khareedi thi, yeh do building jahan hum hain aur C one, C 29, yeh dono Hindu logon ke paas theen, aaj hamare paas hain.</w:t>
      </w:r>
      <w:r>
        <w:br/>
      </w:r>
      <w:r>
        <w:rPr>
          <w:sz w:val="20"/>
        </w:rPr>
        <w:t>31:46  yeh myth hai, bilkul is ka koi talluq Islam se nahi hai, na waqe se hai.</w:t>
      </w:r>
      <w:r>
        <w:br/>
      </w:r>
      <w:r>
        <w:rPr>
          <w:sz w:val="20"/>
        </w:rPr>
        <w:t>31:58  Doctor Naghma Siddiqui ne Delhi se likha hai: "Maulana, I understood clearly today the importance of tajdeed or revival from your example of derailment of Islam due to influences of the time and bringing Islam back in its track.</w:t>
      </w:r>
      <w:r>
        <w:br/>
      </w:r>
      <w:r>
        <w:rPr>
          <w:sz w:val="20"/>
        </w:rPr>
        <w:t>32:18  I reiterate my commitment to this tajdeedi mission for the rest of my life." Sajid Ahmed Khan sahib, mashallah, mashallah.</w:t>
      </w:r>
      <w:r>
        <w:br/>
      </w:r>
      <w:r>
        <w:rPr>
          <w:sz w:val="20"/>
        </w:rPr>
        <w:t>32:28  Sajid Ahmed Khan sahib ne Nagpur se likha hai: "The best way to remove the darkness is to spread the brightness</w:t>
      </w:r>
      <w:r>
        <w:br/>
      </w:r>
      <w:r>
        <w:rPr>
          <w:sz w:val="20"/>
        </w:rPr>
        <w:t>32:36  . Maulana sahib, you have shown the best way to remove the darkness of hatred and complaints by the light of love and well wishing.</w:t>
      </w:r>
      <w:r>
        <w:br/>
      </w:r>
      <w:r>
        <w:rPr>
          <w:sz w:val="20"/>
        </w:rPr>
        <w:t>32:47  That's a noble cause. I pray may Allah guide all of us to get the spirit of da'wah and be firm in this path till the last breath." Mashallah.</w:t>
      </w:r>
    </w:p>
    <w:p>
      <w:pPr>
        <w:pStyle w:val="Heading2"/>
      </w:pPr>
      <w:r>
        <w:t>Response to China and Iraq incidents</w:t>
      </w:r>
    </w:p>
    <w:p>
      <w:r>
        <w:rPr>
          <w:color w:val="666666"/>
          <w:sz w:val="18"/>
        </w:rPr>
        <w:t>Society &amp; Dawah · Importance of Peace August 17, 2014 · 4m 34s · at 1:16:05 · https://youtu.be/ifxSwh2Jckw?t=4565</w:t>
      </w:r>
    </w:p>
    <w:p>
      <w:r>
        <w:rPr>
          <w:i/>
        </w:rPr>
        <w:t>“Please consider two recent incidents: Firstly, in China the government has put some restrictions on the Ramadan fast. Secondly, in Iraq minorities are forced to migrate or convert. What is your view on these?”</w:t>
      </w:r>
    </w:p>
    <w:p>
      <w:r>
        <w:rPr>
          <w:sz w:val="20"/>
        </w:rPr>
        <w:t>1:16:05  yahan yahi hone wala hai. agar aap pe razi nahi hain aap to phir ek nai universe create kijiye, ek nai duniya banaiye. maulana, agla sawal idrees sahab ne kiya hai, rae pur se.</w:t>
      </w:r>
      <w:r>
        <w:br/>
      </w:r>
      <w:r>
        <w:rPr>
          <w:sz w:val="20"/>
        </w:rPr>
        <w:t>1:16:14  aur unhone likha hai: "Please consider two recent incidents. Firstly, in China government has put some restrictions on Ramadan fast.</w:t>
      </w:r>
      <w:r>
        <w:br/>
      </w:r>
      <w:r>
        <w:rPr>
          <w:sz w:val="20"/>
        </w:rPr>
        <w:t>1:16:28  Secondly, in Iraq minorities are forced to migrate or convert.</w:t>
      </w:r>
      <w:r>
        <w:br/>
      </w:r>
      <w:r>
        <w:rPr>
          <w:sz w:val="20"/>
        </w:rPr>
        <w:t>1:16:34  In every mosque, the incidents like the first one are highlighted as zulm done on Muslims and there is budwah done. However, there is no mention of the second incident that is zulm done by Muslims." Maulana, why is this double standard?</w:t>
      </w:r>
      <w:r>
        <w:br/>
      </w:r>
      <w:r>
        <w:rPr>
          <w:sz w:val="20"/>
        </w:rPr>
        <w:t>1:16:56  yeh double standard kya hai? maulana, unhone do incidents highlight kare hain jo abhi haal hi mein samne aa rahe hain.</w:t>
      </w:r>
      <w:r>
        <w:br/>
      </w:r>
      <w:r>
        <w:rPr>
          <w:sz w:val="20"/>
        </w:rPr>
        <w:t>1:17:04  pehla to jo china government ne abhi ramzan ke douran fast ke upar ban lagaya hai. nahi, dekhiye, yeh galat hai. yeh baat sahi nahi ke ramzan par ban lagaya hai.</w:t>
      </w:r>
      <w:r>
        <w:br/>
      </w:r>
      <w:r>
        <w:rPr>
          <w:sz w:val="20"/>
        </w:rPr>
        <w:t>1:17:14  is ki poori baat nahi aayi hai urdu media mein. aap is ko detail mein padhiye internet se to aap samjhenge.</w:t>
      </w:r>
      <w:r>
        <w:br/>
      </w:r>
      <w:r>
        <w:rPr>
          <w:sz w:val="20"/>
        </w:rPr>
        <w:t>1:17:23  main ne dekha, is mein china ke case zulm ke case nahi hain. wahan pe musalman Muslims are paying the price of their own stupid policies. aap internet par detail padhiye.</w:t>
      </w:r>
      <w:r>
        <w:br/>
      </w:r>
      <w:r>
        <w:rPr>
          <w:sz w:val="20"/>
        </w:rPr>
        <w:t>1:17:33  maulana, jo un ka sawal hai, unhone ek to yeh highlight karaya hai. doosri cheez unhone batai hai ke iraq mein jaise abhi bohat zyada minorities ko mara ja raha hai aur force conversion kiya ja raha hai.</w:t>
      </w:r>
      <w:r>
        <w:br/>
      </w:r>
      <w:r>
        <w:rPr>
          <w:sz w:val="20"/>
        </w:rPr>
        <w:t>1:17:44  to wo yeh keh rahe hain ke china ka jo ban hai, us ko to bohat highlight karte hain masjidon mein aur bohat budwahayein karte hain. lekin jo iraq mein jo musalman kar rahe hain, us ko bilkul highlight nahi karte.</w:t>
      </w:r>
      <w:r>
        <w:br/>
      </w:r>
      <w:r>
        <w:rPr>
          <w:sz w:val="20"/>
        </w:rPr>
        <w:t>1:17:54  woh yeh to musalmanon se puchte hain, mujh se kyun puchte hain? main to budwah karne ko haram samajhta hoon. budwah islam mein jaiz hi nahi hai.</w:t>
      </w:r>
      <w:r>
        <w:br/>
      </w:r>
      <w:r>
        <w:rPr>
          <w:sz w:val="20"/>
        </w:rPr>
        <w:t>1:18:03  budwah to islam mein jaiz hi nahi. aap koi aisa kaam karein jo jaiz hi na ho to main us ko kahan ko bataiye? abhi kal parson kuch aur logon se mulaqat hui, kuch ulma se jo is ki baat kar rahe the budwah ke aur jis ko kehte hain woh qunoot-e-nazila.</w:t>
      </w:r>
      <w:r>
        <w:br/>
      </w:r>
      <w:r>
        <w:rPr>
          <w:sz w:val="20"/>
        </w:rPr>
        <w:t>1:18:21  to main ne kaha qunoot-e-nazila jo hai, woh woh woh ek hawala dete hain ek hadith ka. lekin woh poora hawala nahi dete.</w:t>
      </w:r>
      <w:r>
        <w:br/>
      </w:r>
      <w:r>
        <w:rPr>
          <w:sz w:val="20"/>
        </w:rPr>
        <w:t>1:18:31  dekhiye, ek waqia hua madini ke dour mein, us ko kehte hain bir maunah. wahan par un logon ne kuch sahaba ko shaheed kar diya tha.</w:t>
      </w:r>
      <w:r>
        <w:br/>
      </w:r>
      <w:r>
        <w:rPr>
          <w:sz w:val="20"/>
        </w:rPr>
        <w:t>1:18:43  us waqt rasool allah ki zuban se budwah ke alfaaz nikle the.</w:t>
      </w:r>
      <w:r>
        <w:br/>
      </w:r>
      <w:r>
        <w:rPr>
          <w:sz w:val="20"/>
        </w:rPr>
        <w:t>1:18:47  is mauqe par jab aap ne suna yeh khabar ke un shaheed kar diya to aap ki zuban se budwah ke alfaaz nikle. lekin isi hadith mein yeh bhi hai ke isi waqt jibreel ko allah taala ne bheja.</w:t>
      </w:r>
      <w:r>
        <w:br/>
      </w:r>
      <w:r>
        <w:rPr>
          <w:sz w:val="20"/>
        </w:rPr>
        <w:t>1:18:58  jibreel aaye aur unhone kaha ke muhammad, aap ko yeh budwah karne ka haq nahi hai. phir rasool allah ne is ke baad kabhi budwah nahi ki.</w:t>
      </w:r>
      <w:r>
        <w:br/>
      </w:r>
      <w:r>
        <w:rPr>
          <w:sz w:val="20"/>
        </w:rPr>
        <w:t>1:19:10  yeh aap padh sakte hain is ko kitabon mein. aur quran mein jo ayat hai, allah se le kar mera raush hai.</w:t>
      </w:r>
      <w:r>
        <w:br/>
      </w:r>
      <w:r>
        <w:rPr>
          <w:sz w:val="20"/>
        </w:rPr>
        <w:t>1:19:20  is ke tehat tafseer mein parh lijiye aap. ke rasool ALLAH ne jo badwa ki thi, aik baar ki thi. aur phir kabhi nahi ki. to woh to najaaiz hai.</w:t>
      </w:r>
      <w:r>
        <w:br/>
      </w:r>
      <w:r>
        <w:rPr>
          <w:sz w:val="20"/>
        </w:rPr>
        <w:t>1:19:30  to is hadees ke first part ko le kar badwaayein karte hain. qunoot naazla parhte hain. yahan se le kar america tak. aur second part ko bhule hue hain.</w:t>
      </w:r>
      <w:r>
        <w:br/>
      </w:r>
      <w:r>
        <w:rPr>
          <w:sz w:val="20"/>
        </w:rPr>
        <w:t>1:19:39  to jo musalman aisa karein, woh to sarkashi karte hain. hum kya kahein is ke baray mein? unhi se poochiye jo musalman aisa karte hain.</w:t>
      </w:r>
    </w:p>
    <w:p>
      <w:pPr>
        <w:pStyle w:val="Heading2"/>
      </w:pPr>
      <w:r>
        <w:t>Response to Sri Lanka attack and terrorism in Islam</w:t>
      </w:r>
    </w:p>
    <w:p>
      <w:r>
        <w:rPr>
          <w:color w:val="666666"/>
          <w:sz w:val="18"/>
        </w:rPr>
        <w:t>Society &amp; Dawah · Realization of God May 5, 2019 · 3m 02s · at 37:32 · https://youtu.be/5X-vCFqiR4U?t=2252</w:t>
      </w:r>
    </w:p>
    <w:p>
      <w:r>
        <w:rPr>
          <w:i/>
        </w:rPr>
        <w:t>“Recently so many innocent people died in Sri Lanka suicide attack on the day of Easter. The attack was claimed by ISIS in retaliation to New Zealand killing. Once again, Islam was dragged into the discussion of terror and extremism. How do you see such developments? What is your message to all those youths who are involved in such terror acts?”</w:t>
      </w:r>
    </w:p>
    <w:p>
      <w:r>
        <w:rPr>
          <w:sz w:val="20"/>
        </w:rPr>
        <w:t>37:32  maulana, agla sawal dubai se bheja hai waseem siddiqui sahib ne. unhon ne likha hai: "maulana, recently so many innocent people died in sri lanka suicide attack on the day of easter.</w:t>
      </w:r>
      <w:r>
        <w:br/>
      </w:r>
      <w:r>
        <w:rPr>
          <w:sz w:val="20"/>
        </w:rPr>
        <w:t>37:47  the attack was claimed by isis in retaliation to new zealand killing. once again, islam was dragged in the discussion of terror and extremism.</w:t>
      </w:r>
      <w:r>
        <w:br/>
      </w:r>
      <w:r>
        <w:rPr>
          <w:sz w:val="20"/>
        </w:rPr>
        <w:t>37:58  maulana sahib, how do you see such developments? what is your message to all those youths who are involved in such terror acts?</w:t>
      </w:r>
      <w:r>
        <w:br/>
      </w:r>
      <w:r>
        <w:rPr>
          <w:sz w:val="20"/>
        </w:rPr>
        <w:t>38:08  what is your advice to people with extreme extremist mentality?"</w:t>
      </w:r>
      <w:r>
        <w:br/>
      </w:r>
      <w:r>
        <w:rPr>
          <w:sz w:val="20"/>
        </w:rPr>
        <w:t>38:13  bhai, yeh to itna ajeeb hai ke yeh log bas jo bhi khabar suni main ne ke koi ke yeh log parhe likhe thay ke yeh animal thay.</w:t>
      </w:r>
      <w:r>
        <w:br/>
      </w:r>
      <w:r>
        <w:rPr>
          <w:sz w:val="20"/>
        </w:rPr>
        <w:t>38:25  aap ek woh response dekhen jo khud new zealand mein hua ke ek shakhs ne aisa waqea kiya lekin wahan ki poori qaum, poori government, hatta ke prime minister ne kehta hai positive response diya.</w:t>
      </w:r>
      <w:r>
        <w:br/>
      </w:r>
      <w:r>
        <w:rPr>
          <w:sz w:val="20"/>
        </w:rPr>
        <w:t>38:40  to kaise woh log thay jinhon ne woh us ke naam par</w:t>
      </w:r>
      <w:r>
        <w:br/>
      </w:r>
      <w:r>
        <w:rPr>
          <w:sz w:val="20"/>
        </w:rPr>
        <w:t>38:49  society babak ki itne positive waqeye, itne positive reaction ke naam par negative reaction? yeh to bas batao ke yeh log aisa kiya hai.</w:t>
      </w:r>
      <w:r>
        <w:br/>
      </w:r>
      <w:r>
        <w:rPr>
          <w:sz w:val="20"/>
        </w:rPr>
        <w:t>39:00  woh in awareness ki aakhri had par thay, woh bekhabari ki aakhri had par thay. sab log jante hain, sari dunya ke ek insan ne waqea kiya tha new zealand mein, ek hi insan ne.</w:t>
      </w:r>
      <w:r>
        <w:br/>
      </w:r>
      <w:r>
        <w:rPr>
          <w:sz w:val="20"/>
        </w:rPr>
        <w:t>39:16  lekin is se jo is ke baad jo hua, woh ke new zealand ki poori poori qaum positive uth gayi, hatta ke prime minister khud isa, aap log jante hain.</w:t>
      </w:r>
      <w:r>
        <w:br/>
      </w:r>
      <w:r>
        <w:rPr>
          <w:sz w:val="20"/>
        </w:rPr>
        <w:t>39:31  to yeh is waqey ka baray mein sirf yahi kahunga ke woh insan jis ne, woh log jis ne aisa kiya hai, yeh ek insan yeh hai ke woh bekhabari ki aakhri had par thay aur Allah taala ka kabhi qabool nahi kiye jayenge.</w:t>
      </w:r>
      <w:r>
        <w:br/>
      </w:r>
      <w:r>
        <w:rPr>
          <w:sz w:val="20"/>
        </w:rPr>
        <w:t>39:47  woh aisa nahi ke woh Allah taala ka shaheed shumar honge. is se bari bhool nahi ho sakti.</w:t>
      </w:r>
      <w:r>
        <w:br/>
      </w:r>
      <w:r>
        <w:rPr>
          <w:sz w:val="20"/>
        </w:rPr>
        <w:t>39:56  aisi ahem kar harkat par aadmi shaheed ka darja paye. is ka shahadat se koi talluq nahi, islam se koi talluq nahi, jihad se koi talluq nahi.</w:t>
      </w:r>
      <w:r>
        <w:br/>
      </w:r>
      <w:r>
        <w:rPr>
          <w:sz w:val="20"/>
        </w:rPr>
        <w:t>40:08  yeh to bekhabari ki woh aakhri had hai jis ke baad woh aa jata hai mad</w:t>
      </w:r>
      <w:r>
        <w:br/>
      </w:r>
      <w:r>
        <w:rPr>
          <w:sz w:val="20"/>
        </w:rPr>
        <w:t>40:19  ness and doubles awareness ki woh had jis ka aakhri yeh ho jata hai mad and doubles.</w:t>
      </w:r>
    </w:p>
    <w:p>
      <w:pPr>
        <w:pStyle w:val="Heading2"/>
      </w:pPr>
      <w:r>
        <w:t>Response to hadith condemning nationalism</w:t>
      </w:r>
    </w:p>
    <w:p>
      <w:r>
        <w:rPr>
          <w:color w:val="666666"/>
          <w:sz w:val="18"/>
        </w:rPr>
        <w:t>Society &amp; Dawah · Importance of Peace August 17, 2014 · 2m 59s · at 51:03 · https://youtu.be/ifxSwh2Jckw?t=3063</w:t>
      </w:r>
    </w:p>
    <w:p>
      <w:r>
        <w:rPr>
          <w:i/>
        </w:rPr>
        <w:t>“On the occasion of Independence Day, one of my Muslim friends quoted some hadith condemning nationalism for Muslims. What should be my answer for him?”</w:t>
      </w:r>
    </w:p>
    <w:p>
      <w:r>
        <w:rPr>
          <w:sz w:val="20"/>
        </w:rPr>
        <w:t>51:03  nahi to meri jo kitab chhapi hai, woh isi mauzu par hai, izhar-e-deen. is ko aap parh kar is se aap jaan sakte hain. maulana, agla sawal ajmer se hai.</w:t>
      </w:r>
      <w:r>
        <w:br/>
      </w:r>
      <w:r>
        <w:rPr>
          <w:sz w:val="20"/>
        </w:rPr>
        <w:t>51:13  doctor safina tabassum ne kiya hai aur unhon ne likha hai: maulana sahib on the occasion of Independence Day, one of my Muslim friends quoted some hadith condemning nationalism for Muslims.</w:t>
      </w:r>
      <w:r>
        <w:br/>
      </w:r>
      <w:r>
        <w:rPr>
          <w:sz w:val="20"/>
        </w:rPr>
        <w:t>51:30  What should be my answer for him? Ple</w:t>
      </w:r>
      <w:r>
        <w:br/>
      </w:r>
      <w:r>
        <w:rPr>
          <w:sz w:val="20"/>
        </w:rPr>
        <w:t>51:33  ase guide me. to woh hadith to ab mujhe pata nahi kaun si hadith unhon ne ki. lekin jahan tak main samajhta hoon, naye sunniz jo hai, woh aain-e-islami tareeqa hai.</w:t>
      </w:r>
      <w:r>
        <w:br/>
      </w:r>
      <w:r>
        <w:rPr>
          <w:sz w:val="20"/>
        </w:rPr>
        <w:t>51:47  naye sunniz koi kufr nahi hai.</w:t>
      </w:r>
      <w:r>
        <w:br/>
      </w:r>
      <w:r>
        <w:rPr>
          <w:sz w:val="20"/>
        </w:rPr>
        <w:t>51:52  har cheez ko log ghair islami bana lete hain ke democracy islam ke khilaf hai. aur naye sunniz islam ke khilaf hai. aur modern concept hai, wataniyat ka, woh islam ke khilaf.</w:t>
      </w:r>
      <w:r>
        <w:br/>
      </w:r>
      <w:r>
        <w:rPr>
          <w:sz w:val="20"/>
        </w:rPr>
        <w:t>52:06  yeh to bilkul galat baatein hain. is ka islam se koi talluq nahi hai. logon ne khud hi khud bana rakha hai. islam dekhiye, sirf do cheez ka naam hai.</w:t>
      </w:r>
      <w:r>
        <w:br/>
      </w:r>
      <w:r>
        <w:rPr>
          <w:sz w:val="20"/>
        </w:rPr>
        <w:t>52:21  Allah ko aik manna aur insano ki khair khwahi. Sare insano ki khair khwah ban jaiye. Aur aik Allah ko apna rab banaiye.</w:t>
      </w:r>
      <w:r>
        <w:br/>
      </w:r>
      <w:r>
        <w:rPr>
          <w:sz w:val="20"/>
        </w:rPr>
        <w:t>52:33  Yeh do cheezen basic hain Islam mein. Bas. Baqi yeh musalmano ne ghalat taur par har cheez ko yeh Islam ke khilaf ho, Islam ke khilaf ho, Islam ke khilaf ho, yeh bana rakha hai.</w:t>
      </w:r>
      <w:r>
        <w:br/>
      </w:r>
      <w:r>
        <w:rPr>
          <w:sz w:val="20"/>
        </w:rPr>
        <w:t>52:45  Yeh bilkul ghalat baatein hain.</w:t>
      </w:r>
      <w:r>
        <w:br/>
      </w:r>
      <w:r>
        <w:rPr>
          <w:sz w:val="20"/>
        </w:rPr>
        <w:t>52:50  Is par bhi bohat likh chuka hoon mein apni kitabon mein. Kafi is mein likha hai. Maslan aap meri kitab "Deen Kamil" parhiye. Is mein is par guftagu ki gayi hai.</w:t>
      </w:r>
      <w:r>
        <w:br/>
      </w:r>
      <w:r>
        <w:rPr>
          <w:sz w:val="20"/>
        </w:rPr>
        <w:t>53:04  Fuqaha ke haan aik usool hai jis ko kehte hain "Taysir al-Fatwa" aur "Ta'seer al-Fatwa". Yani</w:t>
      </w:r>
      <w:r>
        <w:br/>
      </w:r>
      <w:r>
        <w:rPr>
          <w:sz w:val="20"/>
        </w:rPr>
        <w:t>53:15  Fatwa de kar mamle ko mushkil banana. Aik hai fatwa de kar mamle ko aasan banana. To is zamani ke ulama ne sirf aik hi baat jani hai, woh "Ta'seer al-Fatwa".</w:t>
      </w:r>
      <w:r>
        <w:br/>
      </w:r>
      <w:r>
        <w:rPr>
          <w:sz w:val="20"/>
        </w:rPr>
        <w:t>53:26  Aise fatwe do ke sab zindagi mushkil hoti chali jaye. "Taysir al-Fatwa" par kisi aalim amal nahi karta. Karega to choti choti baaton mein, choti choti baaton mein.</w:t>
      </w:r>
      <w:r>
        <w:br/>
      </w:r>
      <w:r>
        <w:rPr>
          <w:sz w:val="20"/>
        </w:rPr>
        <w:t>53:40  Jo badi badi baatein hain, is mein har aadmi mein "Ta'seer al-Fatwa" ka usool pakde hue hai.</w:t>
      </w:r>
      <w:r>
        <w:br/>
      </w:r>
      <w:r>
        <w:rPr>
          <w:sz w:val="20"/>
        </w:rPr>
        <w:t>53:49  Choti baaton mein "Taysir al-Fatwa" aur badi baaton mein "Ta'seer al-Fatwa". Yeh sare ulama ka tareeqa hai. Ab kya karein, yeh hamein bhugtna padta hai is ko.</w:t>
      </w:r>
    </w:p>
    <w:p>
      <w:pPr>
        <w:pStyle w:val="Heading2"/>
      </w:pPr>
      <w:r>
        <w:t>Response to propaganda about Christianity work</w:t>
      </w:r>
    </w:p>
    <w:p>
      <w:r>
        <w:rPr>
          <w:color w:val="666666"/>
          <w:sz w:val="18"/>
        </w:rPr>
        <w:t>Society &amp; Dawah · God in the Age of Science January 08, 2017 · 2m 10s · at 1:00:52 · https://youtu.be/au1bRdQDZ0U?t=3652</w:t>
      </w:r>
    </w:p>
    <w:p>
      <w:r>
        <w:rPr>
          <w:i/>
        </w:rPr>
        <w:t>“Maulana, there is propaganda against you that you work for Christianity. What do you say about this?”</w:t>
      </w:r>
    </w:p>
    <w:p>
      <w:r>
        <w:rPr>
          <w:sz w:val="20"/>
        </w:rPr>
        <w:t>1:00:52  ga woh yeh mera formula hai ji Maulana agla sawal kashmir se bheja hai shaukat mir sahib ne</w:t>
      </w:r>
      <w:r>
        <w:br/>
      </w:r>
      <w:r>
        <w:rPr>
          <w:sz w:val="20"/>
        </w:rPr>
        <w:t>1:01:00  aur unhon ne likha hai Maulana sahib aap ke khilaf yeh propaganda hai ke aap christianity ke liye</w:t>
      </w:r>
      <w:r>
        <w:br/>
      </w:r>
      <w:r>
        <w:rPr>
          <w:sz w:val="20"/>
        </w:rPr>
        <w:t>1:01:07  kaam karte hain is ke bare mein aap kya kahenge.</w:t>
      </w:r>
      <w:r>
        <w:br/>
      </w:r>
      <w:r>
        <w:rPr>
          <w:sz w:val="20"/>
        </w:rPr>
        <w:t>1:01:15  batao koi event do suboot do jhoota to jhoot to lagate hain Allah ke par bhi laga diya</w:t>
      </w:r>
      <w:r>
        <w:br/>
      </w:r>
      <w:r>
        <w:rPr>
          <w:sz w:val="20"/>
        </w:rPr>
        <w:t>1:01:22  jhoot shaitan ne Allah par jhoot laga diya rab bima aghwathni shaitan ne kaha tha Allah taala se</w:t>
      </w:r>
      <w:r>
        <w:br/>
      </w:r>
      <w:r>
        <w:rPr>
          <w:sz w:val="20"/>
        </w:rPr>
        <w:t>1:01:30  direct rab bima aghwathni yeh jhoota ilzaam laga diya Allah par to jhoote ilzaam ki to koi had</w:t>
      </w:r>
      <w:r>
        <w:br/>
      </w:r>
      <w:r>
        <w:rPr>
          <w:sz w:val="20"/>
        </w:rPr>
        <w:t>1:01:38  nahi hai rasool Allah par laga diya jhoota ilzaam aya hazrat aisha par laga diya jhoota jhoota ilzaam</w:t>
      </w:r>
      <w:r>
        <w:br/>
      </w:r>
      <w:r>
        <w:rPr>
          <w:sz w:val="20"/>
        </w:rPr>
        <w:t>1:01:45  Allah par lagaya hazrat aisha par lagaya rasool Allah par lagaya to un se pucho un se puchein</w:t>
      </w:r>
      <w:r>
        <w:br/>
      </w:r>
      <w:r>
        <w:rPr>
          <w:sz w:val="20"/>
        </w:rPr>
        <w:t>1:01:53  ke kya tumhare paas daleel hai daleel batao koi daleel batao nahi to tum shaitan ke bhai ho</w:t>
      </w:r>
      <w:r>
        <w:br/>
      </w:r>
      <w:r>
        <w:rPr>
          <w:sz w:val="20"/>
        </w:rPr>
        <w:t>1:02:01  jo daleel ke baghair kisi pe ilzaam lagaye jaye woh to shaitan ka bhai hai mein itni sari</w:t>
      </w:r>
      <w:r>
        <w:br/>
      </w:r>
      <w:r>
        <w:rPr>
          <w:sz w:val="20"/>
        </w:rPr>
        <w:t>1:02:09  kitabein hain itne article hain itni speeches hain un ko padhiye aur is mein kuch mila to bataiye</w:t>
      </w:r>
      <w:r>
        <w:br/>
      </w:r>
      <w:r>
        <w:rPr>
          <w:sz w:val="20"/>
        </w:rPr>
        <w:t>1:02:16  yaad rakhiye mera sirf do cheezein hain mera concern quran aur hadith bas aur kuch nahi aur mein</w:t>
      </w:r>
      <w:r>
        <w:br/>
      </w:r>
      <w:r>
        <w:rPr>
          <w:sz w:val="20"/>
        </w:rPr>
        <w:t>1:02:24  kuch nahi jaanta quran aur hadith se mujhe aap galat sabit karein to kijiye nahi to Allah ke</w:t>
      </w:r>
      <w:r>
        <w:br/>
      </w:r>
      <w:r>
        <w:rPr>
          <w:sz w:val="20"/>
        </w:rPr>
        <w:t>1:02:32  aap jhoote qarar paayenge meri kisi bhi cheez ko aap judge kar sakte hain quran se aur</w:t>
      </w:r>
      <w:r>
        <w:br/>
      </w:r>
      <w:r>
        <w:rPr>
          <w:sz w:val="20"/>
        </w:rPr>
        <w:t>1:02:39  hadith se kisi aur se aap karenge to aap Allah ke haan jhoote qarar paayenge aur</w:t>
      </w:r>
      <w:r>
        <w:br/>
      </w:r>
      <w:r>
        <w:rPr>
          <w:sz w:val="20"/>
        </w:rPr>
        <w:t>1:02:47  jhoote logon ke liye yaad rakhiye jahannam hai saada baat nahi hai yeh meri kisi baat jo mera</w:t>
      </w:r>
      <w:r>
        <w:br/>
      </w:r>
      <w:r>
        <w:rPr>
          <w:sz w:val="20"/>
        </w:rPr>
        <w:t>1:02:55  mukhalif ho woh meri baat ko quran o hadith se galat sabit kare nahi karega aisa to</w:t>
      </w:r>
    </w:p>
    <w:p>
      <w:pPr>
        <w:pStyle w:val="Heading2"/>
      </w:pPr>
      <w:r>
        <w:t>Responsibility for peaceful conditions in dawah</w:t>
      </w:r>
    </w:p>
    <w:p>
      <w:r>
        <w:rPr>
          <w:color w:val="666666"/>
          <w:sz w:val="18"/>
        </w:rPr>
        <w:t>Society &amp; Dawah · Man and the Laws of Nature April 1, 2012 · 3m 29s · at 1:13:10 · https://youtu.be/coIrwYQgb6Y?t=4390</w:t>
      </w:r>
    </w:p>
    <w:p>
      <w:r>
        <w:rPr>
          <w:i/>
        </w:rPr>
        <w:t>“Is the responsibility of keeping the situation peaceful on the one being invited (mad'u) or on the one inviting (da'i)?”</w:t>
      </w:r>
    </w:p>
    <w:p>
      <w:r>
        <w:rPr>
          <w:sz w:val="20"/>
        </w:rPr>
        <w:t>1:13:10  maulana, agla sawal aaya hai bangalore se maulana inayatullah umri sahib ka. unhone aap se poocha hai ke halaat ko puraman rakhne ki zimmedari madu par hai ya daai par?</w:t>
      </w:r>
      <w:r>
        <w:br/>
      </w:r>
      <w:r>
        <w:rPr>
          <w:sz w:val="20"/>
        </w:rPr>
        <w:t>1:13:23  daai par, sirf daai par.</w:t>
      </w:r>
      <w:r>
        <w:br/>
      </w:r>
      <w:r>
        <w:rPr>
          <w:sz w:val="20"/>
        </w:rPr>
        <w:t>1:13:28  madu par jab dawe daalne ke maani hain, kabhi bhi halaat yani muaddal na hon, kyunke yeh to hamara interest hai is mein ke halaat achhe jab banenge, tabhi to hum dawat de sakenge.</w:t>
      </w:r>
      <w:r>
        <w:br/>
      </w:r>
      <w:r>
        <w:rPr>
          <w:sz w:val="20"/>
        </w:rPr>
        <w:t>1:13:45  madu ka kya? madu ka yeh concern nahi hai,</w:t>
      </w:r>
      <w:r>
        <w:br/>
      </w:r>
      <w:r>
        <w:rPr>
          <w:sz w:val="20"/>
        </w:rPr>
        <w:t>1:13:50  hamara concern hai ke halaat ko normalize karna taake dawat ka kaam jo hai, woh ho sake. is ki behtareen misaal jo hai, khud rasool Allah ki zindagi hai ke aap ne yak tarfa tor par yani adjust kiya taake normal se waqe reh</w:t>
      </w:r>
      <w:r>
        <w:br/>
      </w:r>
      <w:r>
        <w:rPr>
          <w:sz w:val="20"/>
        </w:rPr>
        <w:t>1:14:09  e. misaal ke tor par hudaybiya mein aap ne hudaybiya ka jo agreement tha, us mein aap ne jo other party thi, us ke conditions ko unilaterally maan liya hai, ek ek kar ke maan liya, kyunke is ke manne se peace aata tha.</w:t>
      </w:r>
      <w:r>
        <w:br/>
      </w:r>
      <w:r>
        <w:rPr>
          <w:sz w:val="20"/>
        </w:rPr>
        <w:t>1:14:26  to is mein koi shaq nahi ke madu par zimmedari daalna ke woh peace qaim kare, yeh bilkul in natural aur impossible baat hai.</w:t>
      </w:r>
      <w:r>
        <w:br/>
      </w:r>
      <w:r>
        <w:rPr>
          <w:sz w:val="20"/>
        </w:rPr>
        <w:t>1:14:37  daai ko zimmedari lena chahiye ke jo jo hukum ka jo makkah kaha karta hoon ke "I will do it" apne upar lena chahiye ke mujhe normal, mujhe halaat ko normalize karna hai, mujhe peace qaim karna hai taake dawat ka jo mission mera hai, woh saboot tor par chalta rahe.</w:t>
      </w:r>
      <w:r>
        <w:br/>
      </w:r>
      <w:r>
        <w:rPr>
          <w:sz w:val="20"/>
        </w:rPr>
        <w:t>1:14:59  to bilashuba halaat ko normalize karna daai ki zimmedari hai, madu ki zimmedari nahi hai.</w:t>
      </w:r>
      <w:r>
        <w:br/>
      </w:r>
      <w:r>
        <w:rPr>
          <w:sz w:val="20"/>
        </w:rPr>
        <w:t>1:15:06  misalan India mein dekhiye, musalman jo aaye din maang le khade hote hain, main is ko bilkul galat samajhta hoon, bahut zyada galat samajhta hoon.</w:t>
      </w:r>
      <w:r>
        <w:br/>
      </w:r>
      <w:r>
        <w:rPr>
          <w:sz w:val="20"/>
        </w:rPr>
        <w:t>1:15:16  maang le le ke uthte hain to kya hota hai? nafratein paida hoti hain, normal halaat baqi nahi rehte, aapas mein dushmani yan hoti hain, kahin kahin takrao ho jata hai, ladai hoti hai.</w:t>
      </w:r>
      <w:r>
        <w:br/>
      </w:r>
      <w:r>
        <w:rPr>
          <w:sz w:val="20"/>
        </w:rPr>
        <w:t>1:15:27  yeh sab mera dekh haram se kam nahi hai. musalmanon ko chahiye ke yak tarfa tor par apni shikayaton ko khatm kar dein, koi shikayat nahi</w:t>
      </w:r>
      <w:r>
        <w:br/>
      </w:r>
      <w:r>
        <w:rPr>
          <w:sz w:val="20"/>
        </w:rPr>
        <w:t>1:15:35  ۔ misaal ke tor par, agar un ko job nahi milta aur na job mile, na mile job, is ko le kar ke juloos nikalna, hungama karna, aur phir is ke baad bloodshed hona, yeh bilkul haram se kam nahi hai.</w:t>
      </w:r>
      <w:r>
        <w:br/>
      </w:r>
      <w:r>
        <w:rPr>
          <w:sz w:val="20"/>
        </w:rPr>
        <w:t>1:15:49  to koi bhi jo maang le kar musalman khade hote hain, is maang ki wajah se jo takrao hota hai, jo nafrat paida hoti hai, woh sab dawat ki shariyat mein haram hai.</w:t>
      </w:r>
      <w:r>
        <w:br/>
      </w:r>
      <w:r>
        <w:rPr>
          <w:sz w:val="20"/>
        </w:rPr>
        <w:t>1:16:00  musalmanon ko chahiye ke yak tarfa tor par unilaterally woh sab ko khatm kar dein taake peace qaim ho, aur peace jab qaim hoga to dua work ho sakega.</w:t>
      </w:r>
      <w:r>
        <w:br/>
      </w:r>
      <w:r>
        <w:rPr>
          <w:sz w:val="20"/>
        </w:rPr>
        <w:t>1:16:14  maulana, agla ek comment aaya hai doha se, ab maulana abdul basit umri sahib ka. unhone likha hai: "maulana, mujhe bahut khushi ho rahi hai ke al risala mission ko join kar ke sahi maano mein zindagi kya hai, us ko thrilling ki satah par jaan raha hoon.</w:t>
      </w:r>
      <w:r>
        <w:br/>
      </w:r>
      <w:r>
        <w:rPr>
          <w:sz w:val="20"/>
        </w:rPr>
        <w:t>1:16:33  maulana, aap ko kitni bhi duaen doon, kam hain. Allah hi aap ko is ka sahi badla dega.</w:t>
      </w:r>
    </w:p>
    <w:p>
      <w:pPr>
        <w:pStyle w:val="Heading2"/>
      </w:pPr>
      <w:r>
        <w:t>Responsibility of Muslims to spread Islam</w:t>
      </w:r>
    </w:p>
    <w:p>
      <w:r>
        <w:rPr>
          <w:color w:val="666666"/>
          <w:sz w:val="18"/>
        </w:rPr>
        <w:t>Society &amp; Dawah · Why Violence 17 Nov 2019 - Maulana Wahiduddin Khan · 2m 35s · at 37:55 · https://youtu.be/W8ybr-qO96c?t=2275</w:t>
      </w:r>
    </w:p>
    <w:p>
      <w:r>
        <w:rPr>
          <w:i/>
        </w:rPr>
        <w:t>“Please shed light on why Muslim masses are behind in dawah. Is it every Muslim's responsibility to understand Islam and convey it to the world?”</w:t>
      </w:r>
    </w:p>
    <w:p>
      <w:r>
        <w:rPr>
          <w:sz w:val="20"/>
        </w:rPr>
        <w:t>37:55  Maulana agla sawal lena chahenge yeh ah Delhi se bheja hai ah Sita Ram Pawar sahab ne jo class mein maujood hain</w:t>
      </w:r>
      <w:r>
        <w:br/>
      </w:r>
      <w:r>
        <w:rPr>
          <w:sz w:val="20"/>
        </w:rPr>
        <w:t>38:05  unhone likha hai Maulana sahab Muslim awam jo deen ki dawah mein peechay hain us par thora roshni daliye</w:t>
      </w:r>
      <w:r>
        <w:br/>
      </w:r>
      <w:r>
        <w:rPr>
          <w:sz w:val="20"/>
        </w:rPr>
        <w:t>38:14  kya yeh har Musalman ki zimmedari hai ke Islam ko samjhe aur use dunya mein phanchaaye is ke baray mein bataiye aap</w:t>
      </w:r>
      <w:r>
        <w:br/>
      </w:r>
      <w:r>
        <w:rPr>
          <w:sz w:val="20"/>
        </w:rPr>
        <w:t>38:27  yeh sirf Musalman ki baat nahi hai Islam ki baat nahi hai aap apne ko le ke sochiye jo insan kisi sachai ko discover kare sachai ko</w:t>
      </w:r>
      <w:r>
        <w:br/>
      </w:r>
      <w:r>
        <w:rPr>
          <w:sz w:val="20"/>
        </w:rPr>
        <w:t>38:46  misal ke taur par yeh sachai yeh daryaft kare yeh discover kare ke ab jo zamana khatam ho gaya hai jab koi maqsad hasil karne ke liye pathar marna parta tha goli chalani parti thi ab kuch nahi</w:t>
      </w:r>
      <w:r>
        <w:br/>
      </w:r>
      <w:r>
        <w:rPr>
          <w:sz w:val="20"/>
        </w:rPr>
        <w:t>39:03  communication ko istemal kijiye</w:t>
      </w:r>
      <w:r>
        <w:br/>
      </w:r>
      <w:r>
        <w:rPr>
          <w:sz w:val="20"/>
        </w:rPr>
        <w:t>39:08  peaceful negotiation ke zariye apni baton ko phanchaie to koi bhi acha amar acha maqsad jo apne samne rakhta ho</w:t>
      </w:r>
      <w:r>
        <w:br/>
      </w:r>
      <w:r>
        <w:rPr>
          <w:sz w:val="20"/>
        </w:rPr>
        <w:t>39:22  un sab ko yahi karna hai sirf Musalman ki baat nahi hai sirf Islam ki baat nahi hai agar aap koi bhi baat zindagi mein aap ne discover ki hai to us ko le ke uth jaiye</w:t>
      </w:r>
      <w:r>
        <w:br/>
      </w:r>
      <w:r>
        <w:rPr>
          <w:sz w:val="20"/>
        </w:rPr>
        <w:t>39:40  na aap ko pathar marna hai na kuch karna hai bas peaceful tareeqay se logon tak apni baat phanchaana hai bas jaisa hamare saathi Allah ke fazal se har jagah kar rahe hain</w:t>
      </w:r>
      <w:r>
        <w:br/>
      </w:r>
      <w:r>
        <w:rPr>
          <w:sz w:val="20"/>
        </w:rPr>
        <w:t>40:01  Muhammad Irfan Rashidi sahab ne Nagpur se comment bheja hai unhone likha hai Muslim should rethink and adopt the ideology of peace</w:t>
      </w:r>
      <w:r>
        <w:br/>
      </w:r>
      <w:r>
        <w:rPr>
          <w:sz w:val="20"/>
        </w:rPr>
        <w:t>40:10  . This is the need of the art." jazak allah maulana sahib.</w:t>
      </w:r>
      <w:r>
        <w:br/>
      </w:r>
      <w:r>
        <w:rPr>
          <w:sz w:val="20"/>
        </w:rPr>
        <w:t>40:17  muhammad ammar sahib ne dili se comment bheja hai. unhon ne likha hai: "maulana, it is because of your rethinking only that the entire CPS is working in a hundred percent peaceful way.</w:t>
      </w:r>
    </w:p>
    <w:p>
      <w:pPr>
        <w:pStyle w:val="Heading2"/>
      </w:pPr>
      <w:r>
        <w:t>Revival of caliphate versus revival of Ummah</w:t>
      </w:r>
    </w:p>
    <w:p>
      <w:r>
        <w:rPr>
          <w:color w:val="666666"/>
          <w:sz w:val="18"/>
        </w:rPr>
        <w:t>Society &amp; Dawah · The Problem of Intellectual Stagnation May 13, 2012 · 3m 04s · at 58:57 · https://youtu.be/Qi5BZlv-Vog?t=3537</w:t>
      </w:r>
    </w:p>
    <w:p>
      <w:r>
        <w:rPr>
          <w:i/>
        </w:rPr>
        <w:t>“Maulana, why is there a clamour for revival of the caliphate instead of revival of the Ummah? This is a bid'ah, not a sunnah.”</w:t>
      </w:r>
    </w:p>
    <w:p>
      <w:r>
        <w:rPr>
          <w:sz w:val="20"/>
        </w:rPr>
        <w:t>58:57  maulana, yeh sawal aaya hai bangalore se Maulana Farhat Ahmad Salafi sahib ka. unhon ne aap se poocha hai ke Maulana ahya-e-ummat ki bajaye ahya-e-khilafat ki dhoom kyun hai?</w:t>
      </w:r>
      <w:r>
        <w:br/>
      </w:r>
      <w:r>
        <w:rPr>
          <w:sz w:val="20"/>
        </w:rPr>
        <w:t>59:12  yeh mere aziz aik bid'at hai, na ke sunnat.</w:t>
      </w:r>
      <w:r>
        <w:br/>
      </w:r>
      <w:r>
        <w:rPr>
          <w:sz w:val="20"/>
        </w:rPr>
        <w:t>59:24  yeh is ko main sunnat nahi</w:t>
      </w:r>
      <w:r>
        <w:br/>
      </w:r>
      <w:r>
        <w:rPr>
          <w:sz w:val="20"/>
        </w:rPr>
        <w:t>59:26  manunga. asal mein hua yeh ke baad ke zamaney mein jab musalmanon ka aik bara saltanat ban gayi, us zamaney mein yeh fiqh develop hua ke islam ke liye zaroori hai ke is ka political power ho.</w:t>
      </w:r>
      <w:r>
        <w:br/>
      </w:r>
      <w:r>
        <w:rPr>
          <w:sz w:val="20"/>
        </w:rPr>
        <w:t>59:45  to is ke liye unhon ne khilafat Allah mein istemal kiya.</w:t>
      </w:r>
      <w:r>
        <w:br/>
      </w:r>
      <w:r>
        <w:rPr>
          <w:sz w:val="20"/>
        </w:rPr>
        <w:t>59:52  warna jo hadith mein jo alfaaz hain, woh tajdeed aur ahya ke alfaaz hain, yani deen ki tajdeed. deen ki tajdeed yeh hai ke jab jamood aa jaye to jamood ko todna,</w:t>
      </w:r>
      <w:r>
        <w:br/>
      </w:r>
      <w:r>
        <w:rPr>
          <w:sz w:val="20"/>
        </w:rPr>
        <w:t>1:00:07  jab zawaal aa jaye to phir dobara un mein harkat paida karna, jab</w:t>
      </w:r>
      <w:r>
        <w:br/>
      </w:r>
      <w:r>
        <w:rPr>
          <w:sz w:val="20"/>
        </w:rPr>
        <w:t>1:00:15  spirit khatm ho jaye, phir form reh jaye to phir se spirit ko le aana. yeh yeh hai ehya aur tajdeed ka kaam. baqi yeh ke hukoomat qaim karna, yeh bilkul hi aik mubtadaana tasawwur hai.</w:t>
      </w:r>
      <w:r>
        <w:br/>
      </w:r>
      <w:r>
        <w:rPr>
          <w:sz w:val="20"/>
        </w:rPr>
        <w:t>1:00:30  kyunke main logon se poochta hoon ke mujhe batao ke kahan Quran ya Hadees mein hai yeh hukum ke "aqim dawlat al-Islam" yeh kahan likha hua hai?</w:t>
      </w:r>
      <w:r>
        <w:br/>
      </w:r>
      <w:r>
        <w:rPr>
          <w:sz w:val="20"/>
        </w:rPr>
        <w:t>1:00:39  hukoomat Islami qaim karo, yeh kahan likha hua hai?</w:t>
      </w:r>
      <w:r>
        <w:br/>
      </w:r>
      <w:r>
        <w:rPr>
          <w:sz w:val="20"/>
        </w:rPr>
        <w:t>1:00:43  to yeh khud saakhta hai aur yeh yeh fiqh develop hua hai Abbasi daur mein aur phir woh chalta raha, chalta raha, chalta raha. Abbasi daur aap jante hain ke qurun mashhood lah bil khair ke baad ka daur hai.</w:t>
      </w:r>
      <w:r>
        <w:br/>
      </w:r>
      <w:r>
        <w:rPr>
          <w:sz w:val="20"/>
        </w:rPr>
        <w:t>1:00:59  Islam mein dekhiye, qurun qurun thalatha ko miyar mana gaya hai. teen daur yaani ahad risalat, ahad Sahaba, ahad Tabeen, yeh teen daur miyari daur hain.</w:t>
      </w:r>
      <w:r>
        <w:br/>
      </w:r>
      <w:r>
        <w:rPr>
          <w:sz w:val="20"/>
        </w:rPr>
        <w:t>1:01:11  is ke baad jo hai, woh miyari daur nahi hai. to koi bhi aisi cheez jo qurun thalatha ke baad paida hui ho, woh bilashuba qabil e tanqeed hai, qabil e tajziya hai.</w:t>
      </w:r>
      <w:r>
        <w:br/>
      </w:r>
      <w:r>
        <w:rPr>
          <w:sz w:val="20"/>
        </w:rPr>
        <w:t>1:01:24  is ko hum as it is as it is nahi le sakte.</w:t>
      </w:r>
      <w:r>
        <w:br/>
      </w:r>
      <w:r>
        <w:rPr>
          <w:sz w:val="20"/>
        </w:rPr>
        <w:t>1:01:28  isi mein se yeh tasawwur bhi hai, siyasi iqtidaar qaim karne ka tasawwur hai jis ko khilafat yaani is ko Islamize kar ke is ko khilafat ka naam dijiye ga.</w:t>
      </w:r>
      <w:r>
        <w:br/>
      </w:r>
      <w:r>
        <w:rPr>
          <w:sz w:val="20"/>
        </w:rPr>
        <w:t>1:01:43  jo khulafa thay, charon khulafa, woh bhi Ameer ul Momineen kehelate thay.</w:t>
      </w:r>
      <w:r>
        <w:br/>
      </w:r>
      <w:r>
        <w:rPr>
          <w:sz w:val="20"/>
        </w:rPr>
        <w:t>1:01:52  yeh khilafat ka lafz to baad ko raaij hua hai, woh woh Ameer ul Momineen kehelate thay.</w:t>
      </w:r>
    </w:p>
    <w:p>
      <w:pPr>
        <w:pStyle w:val="Heading2"/>
      </w:pPr>
      <w:r>
        <w:t>Role of Dai in preparing minds of Madu</w:t>
      </w:r>
    </w:p>
    <w:p>
      <w:r>
        <w:rPr>
          <w:color w:val="666666"/>
          <w:sz w:val="18"/>
        </w:rPr>
        <w:t>Society &amp; Dawah · Importance of Creative Thinking December 11, 2011 · 2m 24s · at 1:37:10 · https://youtu.be/jfML9Arb0S4?t=5830</w:t>
      </w:r>
    </w:p>
    <w:p>
      <w:r>
        <w:rPr>
          <w:i/>
        </w:rPr>
        <w:t>“It is often mentioned that a prepared mind is needed to grasp the message. Please advise if the Dai has any role in preparing minds of the Madu. If yes, how is it done?”</w:t>
      </w:r>
    </w:p>
    <w:p>
      <w:r>
        <w:rPr>
          <w:sz w:val="20"/>
        </w:rPr>
        <w:t>1:37:10  Maulana, agla sawal aaya hai Mr Idrees ka Raipur se. unhon ne likha hai: "Maulana sahib, it is often mentioned that prepared mind is needed to grasp the message.</w:t>
      </w:r>
      <w:r>
        <w:br/>
      </w:r>
      <w:r>
        <w:rPr>
          <w:sz w:val="20"/>
        </w:rPr>
        <w:t>1:37:24  please advise if there is any role in preparing minds of the mad'u. if yes, how it is done?"</w:t>
      </w:r>
      <w:r>
        <w:br/>
      </w:r>
      <w:r>
        <w:rPr>
          <w:sz w:val="20"/>
        </w:rPr>
        <w:t>1:37:35  dekhen, sab se zyada zaroori hai mad'u ke bare mein bill wisher banna, react na karna.</w:t>
      </w:r>
      <w:r>
        <w:br/>
      </w:r>
      <w:r>
        <w:rPr>
          <w:sz w:val="20"/>
        </w:rPr>
        <w:t>1:37:46  dekhen, mad'u jo hai woh bhi insan hai, us ke andar bhi nature hai, wahi divine nature jo aap ke andar hai. aisa nahi ke woh kuch aur hai.</w:t>
      </w:r>
      <w:r>
        <w:br/>
      </w:r>
      <w:r>
        <w:rPr>
          <w:sz w:val="20"/>
        </w:rPr>
        <w:t>1:37:57  to jab aap react karte hain to kya hota hai? us ki nature jo hai jaag nahi paati, nahi jaagti, nahi, balkeh woh soyi padi rehti hai.</w:t>
      </w:r>
      <w:r>
        <w:br/>
      </w:r>
      <w:r>
        <w:rPr>
          <w:sz w:val="20"/>
        </w:rPr>
        <w:t>1:38:09  lekin agar aap is ka khair khwahi karen, mohabbat ka amal karen, patience ke sath us se baat karen aur provoke na hon to us ka nature jaagta hai.</w:t>
      </w:r>
      <w:r>
        <w:br/>
      </w:r>
      <w:r>
        <w:rPr>
          <w:sz w:val="20"/>
        </w:rPr>
        <w:t>1:38:20  aap preparation kisi limited se mat lijie.</w:t>
      </w:r>
      <w:r>
        <w:br/>
      </w:r>
      <w:r>
        <w:rPr>
          <w:sz w:val="20"/>
        </w:rPr>
        <w:t>1:38:25  yeh bhi preparation hai ke aap is ka taleeq faqal ka mamla karen, patience ka mamla karen. yeh bhi preparation hi hai kyunke is ki nature jagti hai.</w:t>
      </w:r>
      <w:r>
        <w:br/>
      </w:r>
      <w:r>
        <w:rPr>
          <w:sz w:val="20"/>
        </w:rPr>
        <w:t>1:38:35  is ka nature jo hai, aap is tareeqe se koshish karen ke is ka is ka mind address ho. aap is ko parhiye. sab se pehle aap is mudo ko parhiye ke mudo ki soch kya hai,</w:t>
      </w:r>
      <w:r>
        <w:br/>
      </w:r>
      <w:r>
        <w:rPr>
          <w:sz w:val="20"/>
        </w:rPr>
        <w:t>1:38:49  is ka apna mind kya hai,</w:t>
      </w:r>
      <w:r>
        <w:br/>
      </w:r>
      <w:r>
        <w:rPr>
          <w:sz w:val="20"/>
        </w:rPr>
        <w:t>1:38:52  is ka kis kis cheez ko value dena, na value na dena, kis kis tareeqe se hota hai. aur phir aap is tarah baat kijiye ke is ka mind address ho.</w:t>
      </w:r>
      <w:r>
        <w:br/>
      </w:r>
      <w:r>
        <w:rPr>
          <w:sz w:val="20"/>
        </w:rPr>
        <w:t>1:39:04  to mudo ko prepare karne ka mehdood maene mein na lijie, limited se mat lijie. main samajhta hoon sab se bara jo hathiyar hai dai ke paas woh hai mohabbat, khair khwahi.</w:t>
      </w:r>
      <w:r>
        <w:br/>
      </w:r>
      <w:r>
        <w:rPr>
          <w:sz w:val="20"/>
        </w:rPr>
        <w:t>1:39:22  yani ek lafz mein kahoon ke mudo friendly behaviour, yeh sab se bara hathiyar hai. mudo friendly behaviour.</w:t>
      </w:r>
    </w:p>
    <w:p>
      <w:pPr>
        <w:pStyle w:val="Heading2"/>
      </w:pPr>
      <w:r>
        <w:t>Sachar Committee and reservations for Muslims</w:t>
      </w:r>
    </w:p>
    <w:p>
      <w:r>
        <w:rPr>
          <w:color w:val="666666"/>
          <w:sz w:val="18"/>
        </w:rPr>
        <w:t>Society &amp; Dawah · Islam in Daily Life May 26, 2013 · 2m 46s · at 55:19 · https://youtu.be/iNyWPrbyyhA?t=3319</w:t>
      </w:r>
    </w:p>
    <w:p>
      <w:r>
        <w:rPr>
          <w:i/>
        </w:rPr>
        <w:t>“Should Indian Muslims accept the recommendations of the Sachar Committee? Is it correct according to Quran and Hadith? Is it permissible for Muslims to take reservations from the government?”</w:t>
      </w:r>
    </w:p>
    <w:p>
      <w:r>
        <w:rPr>
          <w:sz w:val="20"/>
        </w:rPr>
        <w:t>55:19  Maulana agla sawal Dilli se hai, Muhammad Shah Shahabaz Alam Sahab ka</w:t>
      </w:r>
      <w:r>
        <w:br/>
      </w:r>
      <w:r>
        <w:rPr>
          <w:sz w:val="20"/>
        </w:rPr>
        <w:t>55:25  . Unhon ne likha hai: "Kya Bharatiya Musalmanon ko kendra sarkar dwara gathit Sachar Committee dwara di gayi recommendation unko maan lena chahiye?</w:t>
      </w:r>
      <w:r>
        <w:br/>
      </w:r>
      <w:r>
        <w:rPr>
          <w:sz w:val="20"/>
        </w:rPr>
        <w:t>55:37  Kya yeh Quran aur Hadees ki roshni mein sahi hai? Aur kya sarkar se aarakshan lena Musalmanon ke liye jaayaz hai? Is ke bare mein bataein." Dekhein yeh sab sawalat hamare sawalat nahi hain.</w:t>
      </w:r>
      <w:r>
        <w:br/>
      </w:r>
      <w:r>
        <w:rPr>
          <w:sz w:val="20"/>
        </w:rPr>
        <w:t>55:50  Yeh aap jaanein, hum toh in sab baaton ko sochte bhi nahi.</w:t>
      </w:r>
      <w:r>
        <w:br/>
      </w:r>
      <w:r>
        <w:rPr>
          <w:sz w:val="20"/>
        </w:rPr>
        <w:t>55:56  Hum toh Quran Majeed ki woh aayatein ko le kar sochte hain jis mein likha hua hai ke koi bhi doosra aadmi tumhara mustaqbil nahi bana sakta.</w:t>
      </w:r>
      <w:r>
        <w:br/>
      </w:r>
      <w:r>
        <w:rPr>
          <w:sz w:val="20"/>
        </w:rPr>
        <w:t>56:06  Tum khud apna mustaqbil banaoge, banega nahi toh nahi ban sakta.</w:t>
      </w:r>
      <w:r>
        <w:br/>
      </w:r>
      <w:r>
        <w:rPr>
          <w:sz w:val="20"/>
        </w:rPr>
        <w:t>56:10  Jo log samajhte hain ke reservation aur Sachar Committee se aap ka future banega, toh main samajhta hoon ke woh, yaani woh Khuda se inkar toh main nahi kahunga, lekin Khuda ko neglect karne ke barabar hai.</w:t>
      </w:r>
      <w:r>
        <w:br/>
      </w:r>
      <w:r>
        <w:rPr>
          <w:sz w:val="20"/>
        </w:rPr>
        <w:t>56:26  Kyun ke Quran mein saaf saaf hai ke wahi hoga jo jo tum jo tum mehnat karoge, jitna tum mehnat karoge utna paoge. "Laysa lil insaani illaa maa sagha" .</w:t>
      </w:r>
      <w:r>
        <w:br/>
      </w:r>
      <w:r>
        <w:rPr>
          <w:sz w:val="20"/>
        </w:rPr>
        <w:t>56:35  Toh aap kyun dekhte hain Sachar Committee</w:t>
      </w:r>
      <w:r>
        <w:br/>
      </w:r>
      <w:r>
        <w:rPr>
          <w:sz w:val="20"/>
        </w:rPr>
        <w:t>56:37  ko? Aap kyun mutalba karte hain reservation ka? Apne upar bharosa kijiye. Yeh thinking hi mere nazdeek bilkul jahiliyat ki thinking hai aur Islam ke khilaaf thinking hai ke aap kisi aur par bharosa karein.</w:t>
      </w:r>
      <w:r>
        <w:br/>
      </w:r>
      <w:r>
        <w:rPr>
          <w:sz w:val="20"/>
        </w:rPr>
        <w:t>56:53  Apne upar bharosa kijiye. Apne apne apne aap aap par bharosa kijiye.</w:t>
      </w:r>
      <w:r>
        <w:br/>
      </w:r>
      <w:r>
        <w:rPr>
          <w:sz w:val="20"/>
        </w:rPr>
        <w:t>56:58  Aap ko Allah Ta'ala ne haath paon diya hai, dimaag diya hai, salahiyat di hai, is ko unfold kijiye. Aur itni misalein hain ke baghair reservation ke aur Sachar Committee ka jab koi naam bhi nahi jaanta tha, tab Dr. Abdul Kalam jaisa insaan bana.</w:t>
      </w:r>
      <w:r>
        <w:br/>
      </w:r>
      <w:r>
        <w:rPr>
          <w:sz w:val="20"/>
        </w:rPr>
        <w:t>57:15  Dr. Abdul Kalam paida hue ek ghareeb family mein, school ki fees nahi de sakta tha, un ke maa baap nahi de sakte the. Lekin wahi insaan jo hai President of India bana.</w:t>
      </w:r>
      <w:r>
        <w:br/>
      </w:r>
      <w:r>
        <w:rPr>
          <w:sz w:val="20"/>
        </w:rPr>
        <w:t>57:25  Toh kahin Sachar ke bete hain, woh kaisa reservation?</w:t>
      </w:r>
      <w:r>
        <w:br/>
      </w:r>
      <w:r>
        <w:rPr>
          <w:sz w:val="20"/>
        </w:rPr>
        <w:t>57:29  Logon ko kehte hain in ko motivate kijiye, logon ke muharrik jagaiye. Yeh asal kaam hai. Main toh samajhta hoon ke woh log dushman hain Musalmanon ke jo Sachar Committee ki baatein karte hain aur reservation ki baatein karte hain.</w:t>
      </w:r>
      <w:r>
        <w:br/>
      </w:r>
      <w:r>
        <w:rPr>
          <w:sz w:val="20"/>
        </w:rPr>
        <w:t>57:44  Musalmanon ka dost woh hai jo Musalmanon ke yeh bataye ke apni Khuda ki di hui salahiyaton ko unfold karo. Khuda ne jo di hai jo tumhare andar salahiyat, us ko</w:t>
      </w:r>
      <w:r>
        <w:br/>
      </w:r>
      <w:r>
        <w:rPr>
          <w:sz w:val="20"/>
        </w:rPr>
        <w:t>57:57  unfold karo. Woh toh Islam Musalmanon ka dost hai. Jo in cheezon ko dalta hai Musalmanon ke dimaaghon mein, main us ko Musalmanon ka dushman samajhta hoon.</w:t>
      </w:r>
    </w:p>
    <w:p>
      <w:pPr>
        <w:pStyle w:val="Heading2"/>
      </w:pPr>
      <w:r>
        <w:t>Saddened by Delhi's consumer culture</w:t>
      </w:r>
    </w:p>
    <w:p>
      <w:r>
        <w:rPr>
          <w:color w:val="666666"/>
          <w:sz w:val="18"/>
        </w:rPr>
        <w:t>Society &amp; Dawah · Age of Consumerism January 6, 2013 · 2m 53s · at 1:05:09 · https://youtu.be/zJRZ1OKUhgA?t=3909</w:t>
      </w:r>
    </w:p>
    <w:p>
      <w:r>
        <w:rPr>
          <w:i/>
        </w:rPr>
        <w:t>“Since four days, I have been in Delhi. I am very sad to see the Delhiites. They are totally trapped in consumer and entertaining culture. They sleep late and get up late at 12 in the morning. I try to do dawah work, but nobody is ready to listen.”</w:t>
      </w:r>
    </w:p>
    <w:p>
      <w:r>
        <w:rPr>
          <w:sz w:val="20"/>
        </w:rPr>
        <w:t>1:05:09  maulana, agla sawal saharanpur se hai, syed mohsin bilal sahab ka. unhone likha hai: "since four days, i have been in delhi.</w:t>
      </w:r>
      <w:r>
        <w:br/>
      </w:r>
      <w:r>
        <w:rPr>
          <w:sz w:val="20"/>
        </w:rPr>
        <w:t>1:05:19  i am very sad to see the delhiites. they are totally trapped in consumer and entertaining culture.</w:t>
      </w:r>
      <w:r>
        <w:br/>
      </w:r>
      <w:r>
        <w:rPr>
          <w:sz w:val="20"/>
        </w:rPr>
        <w:t>1:05:27  they sleep late and they get up late at 12 in the morning. i try to do dawah work, but nobody is ready to listen.</w:t>
      </w:r>
      <w:r>
        <w:br/>
      </w:r>
      <w:r>
        <w:rPr>
          <w:sz w:val="20"/>
        </w:rPr>
        <w:t>1:05:37  they think they are intelligent. so how? how to give message to these kind of intelligent people?" dekhiye, aisa hundred percent nahi hai.</w:t>
      </w:r>
      <w:r>
        <w:br/>
      </w:r>
      <w:r>
        <w:rPr>
          <w:sz w:val="20"/>
        </w:rPr>
        <w:t>1:05:48  aap seeker ko talash kijiye. seeker isi mein ek shakhs seeker hoga.</w:t>
      </w:r>
      <w:r>
        <w:br/>
      </w:r>
      <w:r>
        <w:rPr>
          <w:sz w:val="20"/>
        </w:rPr>
        <w:t>1:05:55  misalan mein bata doon aap ko aaj hi ka experience. aaj ka</w:t>
      </w:r>
      <w:r>
        <w:br/>
      </w:r>
      <w:r>
        <w:rPr>
          <w:sz w:val="20"/>
        </w:rPr>
        <w:t>1:06:01  hamare paas ek sahab aaye, jo senior professor hain, woh ab retire ho gaye hain. un ke yani woh eighties ke late eighties mein hain.</w:t>
      </w:r>
      <w:r>
        <w:br/>
      </w:r>
      <w:r>
        <w:rPr>
          <w:sz w:val="20"/>
        </w:rPr>
        <w:t>1:06:15  woh is waqt to woh khud bhi english mein kitabein likhi hain. unhone</w:t>
      </w:r>
      <w:r>
        <w:br/>
      </w:r>
      <w:r>
        <w:rPr>
          <w:sz w:val="20"/>
        </w:rPr>
        <w:t>1:06:23  to hamare paas aaye, ab taqreeban der tak rahe. woh hamare kai saathi bhi wahan maujood the.</w:t>
      </w:r>
      <w:r>
        <w:br/>
      </w:r>
      <w:r>
        <w:rPr>
          <w:sz w:val="20"/>
        </w:rPr>
        <w:t>1:06:33  to hamare haan kitabein un ko di gayeen aur baatein huin. ab aaj hi un ke message aaye. aaj hi bohat ajeeb o ghareeb message. aap bataiye, kya message hai?</w:t>
      </w:r>
      <w:r>
        <w:br/>
      </w:r>
      <w:r>
        <w:rPr>
          <w:sz w:val="20"/>
        </w:rPr>
        <w:t>1:06:44  ah, well, he gave a call in the morning and he said that i have been going through Maulana literature and i must say that its very rich and very comprehensive and daily i am getting you know something out of the literature.</w:t>
      </w:r>
      <w:r>
        <w:br/>
      </w:r>
      <w:r>
        <w:rPr>
          <w:sz w:val="20"/>
        </w:rPr>
        <w:t>1:06:58  in fact, ah, he finished one book yesterday itself and he was saying that i will continue my study and when i reach back home because he is in this travel, i am going to write a letter to Maulana sahib.</w:t>
      </w:r>
      <w:r>
        <w:br/>
      </w:r>
      <w:r>
        <w:rPr>
          <w:sz w:val="20"/>
        </w:rPr>
        <w:t>1:07:11  b. and one additional thing he said, what he said that i want to congratulate Maulana sahib because there are a lot of youngsters involved in this mission.</w:t>
      </w:r>
      <w:r>
        <w:br/>
      </w:r>
      <w:r>
        <w:rPr>
          <w:sz w:val="20"/>
        </w:rPr>
        <w:t>1:07:19  so he was very happy and very moved by Maulana sahib literature. dekhiye, asal baat kya hai? aap bheed ko kyun dekhte hain?</w:t>
      </w:r>
      <w:r>
        <w:br/>
      </w:r>
      <w:r>
        <w:rPr>
          <w:sz w:val="20"/>
        </w:rPr>
        <w:t>1:07:30  yani sab ko le kar kyun sochte hain? aap individual ko le kar sochiye. individual isi ko mein seeker keh raha hoon</w:t>
      </w:r>
      <w:r>
        <w:br/>
      </w:r>
      <w:r>
        <w:rPr>
          <w:sz w:val="20"/>
        </w:rPr>
        <w:t>1:07:37  . agar aap bheed ko le kar sochenge to hamesha aap ko mayoosi milegi, frustration.</w:t>
      </w:r>
      <w:r>
        <w:br/>
      </w:r>
      <w:r>
        <w:rPr>
          <w:sz w:val="20"/>
        </w:rPr>
        <w:t>1:07:45  lekin individual to hamesha maujood hote hain, un se kabhi dunya khali nahi hoti. to aap ka target individual hona chahiye, na ke bheed.</w:t>
      </w:r>
      <w:r>
        <w:br/>
      </w:r>
      <w:r>
        <w:rPr>
          <w:sz w:val="20"/>
        </w:rPr>
        <w:t>1:07:56  tab aap aisi baat nahi farmayenge.</w:t>
      </w:r>
    </w:p>
    <w:p>
      <w:pPr>
        <w:pStyle w:val="Heading2"/>
      </w:pPr>
      <w:r>
        <w:t>Scholar's contradictory actions: peace lecture vs long march</w:t>
      </w:r>
    </w:p>
    <w:p>
      <w:r>
        <w:rPr>
          <w:color w:val="666666"/>
          <w:sz w:val="18"/>
        </w:rPr>
        <w:t>Society &amp; Dawah · Present Day Muslims Jan 13, 2013 · 2m 55s · at 1:06:18 · https://youtu.be/CVcbWVYitog?t=3978</w:t>
      </w:r>
    </w:p>
    <w:p>
      <w:r>
        <w:rPr>
          <w:i/>
        </w:rPr>
        <w:t>“A Pakistan Muslim scholar has recently delivered a lecture in India on spirituality and peace during his visit. Now the same scholar is leading the long march in Pakistan, resulting in the confrontation with the prevailing system of the country.”</w:t>
      </w:r>
    </w:p>
    <w:p>
      <w:r>
        <w:rPr>
          <w:sz w:val="20"/>
        </w:rPr>
        <w:t>1:06:18  Maulana, agla sawal aaya hai Muhammad Saleem Mir sahib ka. unhon ne apni Location nahi likhi hai.</w:t>
      </w:r>
      <w:r>
        <w:br/>
      </w:r>
      <w:r>
        <w:rPr>
          <w:sz w:val="20"/>
        </w:rPr>
        <w:t>1:06:25  un ka sawal yeh hai "A Pakistan Muslim scholar has recently delivered a lecture in India on spirituality and peace during his visit.</w:t>
      </w:r>
      <w:r>
        <w:br/>
      </w:r>
      <w:r>
        <w:rPr>
          <w:sz w:val="20"/>
        </w:rPr>
        <w:t>1:06:37  Now the same scholar is leading the long march in Pakistan, resulting in the confrontation with the prevailing system of the country.</w:t>
      </w:r>
      <w:r>
        <w:br/>
      </w:r>
      <w:r>
        <w:rPr>
          <w:sz w:val="20"/>
        </w:rPr>
        <w:t>1:06:47  Isn't this a good sign for the countrymen which are already involved in un-Islamic terrorism?</w:t>
      </w:r>
      <w:r>
        <w:br/>
      </w:r>
      <w:r>
        <w:rPr>
          <w:sz w:val="20"/>
        </w:rPr>
        <w:t>1:06:54  What is your comment on this?" abhi to saare log jee rahe hain is mein Contradiction mein, Confusion mein. wahi tehqeeq kiya unhon ne to woh ek mauqa tha to yeh bol diya, doosre mauqe par bol diya hoga.</w:t>
      </w:r>
      <w:r>
        <w:br/>
      </w:r>
      <w:r>
        <w:rPr>
          <w:sz w:val="20"/>
        </w:rPr>
        <w:t>1:07:08  mein ek qissa aap ko sunata hoon, bohat hi Illustrative qissa ke Atal Bihari Vajpayee, aap jante hain ke woh BJP ke Leader hain.</w:t>
      </w:r>
      <w:r>
        <w:br/>
      </w:r>
      <w:r>
        <w:rPr>
          <w:sz w:val="20"/>
        </w:rPr>
        <w:t>1:07:22  to ek baar to aisa hua ke un ko musalmanon ke jalse mein bulaya gaya. shayad Seerat ka jalsa tha. to khoob achi taqreer ki unhon ne, bohat umda taqreer.</w:t>
      </w:r>
      <w:r>
        <w:br/>
      </w:r>
      <w:r>
        <w:rPr>
          <w:sz w:val="20"/>
        </w:rPr>
        <w:t>1:07:32  to taqreer ke baad kisi musalman ne poocha un se ke bhai aap to mashhoor hain ke aap Muslim dushman aadmi hain, aap ne bari achi taqreer ki.</w:t>
      </w:r>
      <w:r>
        <w:br/>
      </w:r>
      <w:r>
        <w:rPr>
          <w:sz w:val="20"/>
        </w:rPr>
        <w:t>1:07:42  to unhon ne kaha ke haan ji, speaker nahi bolta, stage bulwata hai.</w:t>
      </w:r>
      <w:r>
        <w:br/>
      </w:r>
      <w:r>
        <w:rPr>
          <w:sz w:val="20"/>
        </w:rPr>
        <w:t>1:07:50  yeh log aise hi hain, yeh Man of Stage hain, yeh log. jahan mauqa dekha, woh bol diya, jahan mauqa dekha, woh bol diya. woh Man of Stage hain, woh.</w:t>
      </w:r>
      <w:r>
        <w:br/>
      </w:r>
      <w:r>
        <w:rPr>
          <w:sz w:val="20"/>
        </w:rPr>
        <w:t>1:07:59  jahan in ko wah wah mile, jahan woh taaliyan bajein, woh isi boli bol dete hain woh. in ki koi Value nahi hai, na Spiritual Talk ki bhi value nahi hai, aur Political Talk ki bhi value nahi hai.</w:t>
      </w:r>
      <w:r>
        <w:br/>
      </w:r>
      <w:r>
        <w:rPr>
          <w:sz w:val="20"/>
        </w:rPr>
        <w:t>1:08:13  donon hi bilkul yani Baseless ch</w:t>
      </w:r>
      <w:r>
        <w:br/>
      </w:r>
      <w:r>
        <w:rPr>
          <w:sz w:val="20"/>
        </w:rPr>
        <w:t>1:08:18  zeen hain. mein in ko kya, mein in ko Spiritual Talk bhi koi ahmiyat nahi deta. kyunke mein janta hoon ke yeh yeh log jo hain, doosri jagah jayenge, doosri boli bol denge.</w:t>
      </w:r>
      <w:r>
        <w:br/>
      </w:r>
      <w:r>
        <w:rPr>
          <w:sz w:val="20"/>
        </w:rPr>
        <w:t>1:08:30  kya aisi aisi ahmiyat, aisi Talk ki ahmiyat kya hai ke dil mein nahi hai, aap zabaan se bol rahe hain.</w:t>
      </w:r>
      <w:r>
        <w:br/>
      </w:r>
      <w:r>
        <w:rPr>
          <w:sz w:val="20"/>
        </w:rPr>
        <w:t>1:08:39  to yeh log jee rahe hain na Spirituality mein, na Politics mein. woh jee rahe hain Stage Culture mein.</w:t>
      </w:r>
      <w:r>
        <w:br/>
      </w:r>
      <w:r>
        <w:rPr>
          <w:sz w:val="20"/>
        </w:rPr>
        <w:t>1:08:47  Stage Culture jo is zamane mein khaas taur par Stage Culture ka bohat bara Culture aa gaya hai, jo pehle nahi tha. to sab yeh yeh sab log Stage wale log hain, is mein ta'ajjub ki baat nahi hai.</w:t>
      </w:r>
      <w:r>
        <w:br/>
      </w:r>
      <w:r>
        <w:rPr>
          <w:sz w:val="20"/>
        </w:rPr>
        <w:t>1:09:01  aur kisi ek shakhs ka muamla nahi, sab ka muamla yahi hai. sab Stage Culture ke aadmi hain, woh usi ke mutabiq bolte hain.</w:t>
      </w:r>
    </w:p>
    <w:p>
      <w:pPr>
        <w:pStyle w:val="Heading2"/>
      </w:pPr>
      <w:r>
        <w:t>Scholars' Silence Leads to Public Violence</w:t>
      </w:r>
    </w:p>
    <w:p>
      <w:r>
        <w:rPr>
          <w:color w:val="666666"/>
          <w:sz w:val="18"/>
        </w:rPr>
        <w:t>Society &amp; Dawah · Divine Law of Success 14th October 2012 Slow · 2m 37s · at 1:14:18 · https://youtu.be/2zXfZhIf1jA?t=4458</w:t>
      </w:r>
    </w:p>
    <w:p>
      <w:r>
        <w:rPr>
          <w:i/>
        </w:rPr>
        <w:t>“A person said that when scholars do not give a scholarly response to misunderstandings and remain silent, then common people resort to fighting. What is your opinion on this?”</w:t>
      </w:r>
    </w:p>
    <w:p>
      <w:r>
        <w:rPr>
          <w:sz w:val="20"/>
        </w:rPr>
        <w:t>1:14:18  Maulana, agla sawal Tamil Nadu se hai, Maulana Iqbal Umri sahib ka.</w:t>
      </w:r>
      <w:r>
        <w:br/>
      </w:r>
      <w:r>
        <w:rPr>
          <w:sz w:val="20"/>
        </w:rPr>
        <w:t>1:14:24  unhone aap se poocha hai: Maulana, ek sahib ne kaha ke jab ulma galatfehmi ka ilmi</w:t>
      </w:r>
      <w:r>
        <w:br/>
      </w:r>
      <w:r>
        <w:rPr>
          <w:sz w:val="20"/>
        </w:rPr>
        <w:t>1:14:30  jawab nahi dete aur chup rehte hain, to awam hazraat ladai pe utar aate hain.</w:t>
      </w:r>
      <w:r>
        <w:br/>
      </w:r>
      <w:r>
        <w:rPr>
          <w:sz w:val="20"/>
        </w:rPr>
        <w:t>1:14:36  yeh awam ki galti hai, ulma ki nahi.</w:t>
      </w:r>
      <w:r>
        <w:br/>
      </w:r>
      <w:r>
        <w:rPr>
          <w:sz w:val="20"/>
        </w:rPr>
        <w:t>1:14:42  iske bare mein aap kya kahenge? Nahi, har giz nahi, ulma ki galti hai.</w:t>
      </w:r>
      <w:r>
        <w:br/>
      </w:r>
      <w:r>
        <w:rPr>
          <w:sz w:val="20"/>
        </w:rPr>
        <w:t>1:14:48  hadith mein aata hai ke agar ek aalim kisi baat ko jaane ki galat hai to us ko</w:t>
      </w:r>
      <w:r>
        <w:br/>
      </w:r>
      <w:r>
        <w:rPr>
          <w:sz w:val="20"/>
        </w:rPr>
        <w:t>1:14:54  bolna padega.</w:t>
      </w:r>
      <w:r>
        <w:br/>
      </w:r>
      <w:r>
        <w:rPr>
          <w:sz w:val="20"/>
        </w:rPr>
        <w:t>1:15:00  agar woh nahin bolta hai to woh us ko kaha gaya ke shaitan aakhras, goonga shaitan.</w:t>
      </w:r>
      <w:r>
        <w:br/>
      </w:r>
      <w:r>
        <w:rPr>
          <w:sz w:val="20"/>
        </w:rPr>
        <w:t>1:15:06  yani aise insaan ko jo galati ko jaane ki galati hai, phir bhi chup raha hai, bola nahin</w:t>
      </w:r>
      <w:r>
        <w:br/>
      </w:r>
      <w:r>
        <w:rPr>
          <w:sz w:val="20"/>
        </w:rPr>
        <w:t>1:15:12  to woh shaitan aakhras kaha gaya hadith mein.</w:t>
      </w:r>
      <w:r>
        <w:br/>
      </w:r>
      <w:r>
        <w:rPr>
          <w:sz w:val="20"/>
        </w:rPr>
        <w:t>1:15:18  yeh to bohat bari zimmedari hai ke jante hue aap is par is ke khilaf na bolen.</w:t>
      </w:r>
      <w:r>
        <w:br/>
      </w:r>
      <w:r>
        <w:rPr>
          <w:sz w:val="20"/>
        </w:rPr>
        <w:t>1:15:24  haan, bolne mein khair khwahi honi chahiye, daleel ki zuban mein honi chahiye, hikmat ke sath bolna chahiye.</w:t>
      </w:r>
      <w:r>
        <w:br/>
      </w:r>
      <w:r>
        <w:rPr>
          <w:sz w:val="20"/>
        </w:rPr>
        <w:t>1:15:30  woh theek hai apni galati, lekin na bola to yeh to shaitan aakhras apne ko sabit karna hai.</w:t>
      </w:r>
      <w:r>
        <w:br/>
      </w:r>
      <w:r>
        <w:rPr>
          <w:sz w:val="20"/>
        </w:rPr>
        <w:t>1:15:36  maulana, up se mister athar shamsi sahab ka sawal aaya hai.</w:t>
      </w:r>
      <w:r>
        <w:br/>
      </w:r>
      <w:r>
        <w:rPr>
          <w:sz w:val="20"/>
        </w:rPr>
        <w:t>1:15:42  انہوں نے آپ سے پوچھا ہے کہ how can we perform spirited salat? اس کے بارے میں بتائیں۔</w:t>
      </w:r>
      <w:r>
        <w:br/>
      </w:r>
      <w:r>
        <w:rPr>
          <w:sz w:val="20"/>
        </w:rPr>
        <w:t>1:15:49  hmm, kya spirited salat kis tarah ada ki jaye? is ke bare mein bataen.</w:t>
      </w:r>
      <w:r>
        <w:br/>
      </w:r>
      <w:r>
        <w:rPr>
          <w:sz w:val="20"/>
        </w:rPr>
        <w:t>1:15:55  main mard yahi samajhta hoon ke namaz mein jo padhaya jata hai, jo afaal kiye jate hain, us</w:t>
      </w:r>
      <w:r>
        <w:br/>
      </w:r>
      <w:r>
        <w:rPr>
          <w:sz w:val="20"/>
        </w:rPr>
        <w:t>1:16:01  ko samajhte hue karna.</w:t>
      </w:r>
      <w:r>
        <w:br/>
      </w:r>
      <w:r>
        <w:rPr>
          <w:sz w:val="20"/>
        </w:rPr>
        <w:t>1:16:07  isi se spirit aati hai.</w:t>
      </w:r>
      <w:r>
        <w:br/>
      </w:r>
      <w:r>
        <w:rPr>
          <w:sz w:val="20"/>
        </w:rPr>
        <w:t>1:16:13  jo quran ke alfaaz padhte hain, hum jo dua aur zikr ke jo alfaaz padhte hain, hum is</w:t>
      </w:r>
      <w:r>
        <w:br/>
      </w:r>
      <w:r>
        <w:rPr>
          <w:sz w:val="20"/>
        </w:rPr>
        <w:t>1:16:19  ko agar hum samajh boojh kar padhen aur jis tarah hum khade hote hain, jhukte hain, sajde mein</w:t>
      </w:r>
      <w:r>
        <w:br/>
      </w:r>
      <w:r>
        <w:rPr>
          <w:sz w:val="20"/>
        </w:rPr>
        <w:t>1:16:25  jaate hain, us ko hum sochein ke ke kis ke, yani kis liye main aisa kar raha hoon,</w:t>
      </w:r>
      <w:r>
        <w:br/>
      </w:r>
      <w:r>
        <w:rPr>
          <w:sz w:val="20"/>
        </w:rPr>
        <w:t>1:16:31  to soch se aati hai spirit.</w:t>
      </w:r>
      <w:r>
        <w:br/>
      </w:r>
      <w:r>
        <w:rPr>
          <w:sz w:val="20"/>
        </w:rPr>
        <w:t>1:16:37  koi is ka purasarar tareeqa nahin hai.</w:t>
      </w:r>
      <w:r>
        <w:br/>
      </w:r>
      <w:r>
        <w:rPr>
          <w:sz w:val="20"/>
        </w:rPr>
        <w:t>1:16:43  jitna aadmi sochega, utna hi us ke andar spirit aayegi.</w:t>
      </w:r>
      <w:r>
        <w:br/>
      </w:r>
      <w:r>
        <w:rPr>
          <w:sz w:val="20"/>
        </w:rPr>
        <w:t>1:16:49  aur dua, dua to hamesha har kaam mein karte hain, karna hi hai humein.</w:t>
      </w:r>
    </w:p>
    <w:p>
      <w:pPr>
        <w:pStyle w:val="Heading2"/>
      </w:pPr>
      <w:r>
        <w:t>Scholarship of unqualified Islam writers</w:t>
      </w:r>
    </w:p>
    <w:p>
      <w:r>
        <w:rPr>
          <w:color w:val="666666"/>
          <w:sz w:val="18"/>
        </w:rPr>
        <w:t>Society &amp; Dawah · Life After Death January 22, 2012 · 2m 07s · at 1:41:35 · https://youtu.be/5hVH1BLKBF4?t=6095</w:t>
      </w:r>
    </w:p>
    <w:p>
      <w:r>
        <w:rPr>
          <w:i/>
        </w:rPr>
        <w:t>“Nowadays, people have emerged who are writing and publishing articles and books on Islam. These people neither possess the required scholarship related to Islam nor do they know what is called the art of writing. What would you say about such people?”</w:t>
      </w:r>
    </w:p>
    <w:p>
      <w:r>
        <w:rPr>
          <w:sz w:val="20"/>
        </w:rPr>
        <w:t>1:41:35  Maulana, in ka aik aur sawal hai. unhon ne likha hai: "aajkal aisay log uthe hain jo Islam par articles aur kitabein likh kar chhaap rahe hain.</w:t>
      </w:r>
      <w:r>
        <w:br/>
      </w:r>
      <w:r>
        <w:rPr>
          <w:sz w:val="20"/>
        </w:rPr>
        <w:t>1:41:46  yeh log na Islam ki nisbat se matloob scholarship rakhte hain aur na woh is cheez ko jante hain jis ko art of writing kaha jata hai.</w:t>
      </w:r>
      <w:r>
        <w:br/>
      </w:r>
      <w:r>
        <w:rPr>
          <w:sz w:val="20"/>
        </w:rPr>
        <w:t>1:41:56  aisay logon ke baray mein aap kya farmayein ge?</w:t>
      </w:r>
      <w:r>
        <w:br/>
      </w:r>
      <w:r>
        <w:rPr>
          <w:sz w:val="20"/>
        </w:rPr>
        <w:t>1:42:03  bhai, hum kya kahein ge? yeh to azaadi hai. aadmi kuch bhi karega, hum kya kar sakte hain is ko? koi koi rasta to rok nahin sakte aap. waqai ke un ki jo kitabein hain</w:t>
      </w:r>
      <w:r>
        <w:br/>
      </w:r>
      <w:r>
        <w:rPr>
          <w:sz w:val="20"/>
        </w:rPr>
        <w:t>1:42:13  aur dead ho jati hain, aisay log jo art of writing nahin jante hon, woh woh chhaapte hain, chhaap kar doston ko free mein baant'te hain. main aksar logon se kehta hoon, mere paas aayein ge aadmi, aik kitaab, aik gift karega apni.</w:t>
      </w:r>
      <w:r>
        <w:br/>
      </w:r>
      <w:r>
        <w:rPr>
          <w:sz w:val="20"/>
        </w:rPr>
        <w:t>1:42:27  to main kehta hoon, aakhir paisa west kiya aap ne? jo kitaab marketable na ho, us ko chhaapna bhi nahin chahiye. bas free mein baant'te hain doston ke ke main bhi musannif hoon.</w:t>
      </w:r>
      <w:r>
        <w:br/>
      </w:r>
      <w:r>
        <w:rPr>
          <w:sz w:val="20"/>
        </w:rPr>
        <w:t>1:42:41  aik martaba main ne aik mazmoon likha, isi tarah ke trending se mazmoon likha tha. to main ne kaha tha ke aaj kal jo articles chhapte hain, jo kitabein chhap'ti hain, un ka aik hi title hona chahiye.</w:t>
      </w:r>
      <w:r>
        <w:br/>
      </w:r>
      <w:r>
        <w:rPr>
          <w:sz w:val="20"/>
        </w:rPr>
        <w:t>1:42:55  aik hi title: "main writer hoon". bas. yaani apne writer hone ka ailaan kar rahe hain. baqi baat kuch bhi is ke andar nahin hoti.</w:t>
      </w:r>
      <w:r>
        <w:br/>
      </w:r>
      <w:r>
        <w:rPr>
          <w:sz w:val="20"/>
        </w:rPr>
        <w:t>1:43:06  to batane ke liye ke main bhi writer hoon, main bhi musannif hoon, main bhi author hoon,</w:t>
      </w:r>
      <w:r>
        <w:br/>
      </w:r>
      <w:r>
        <w:rPr>
          <w:sz w:val="20"/>
        </w:rPr>
        <w:t>1:43:10  chhaapte hain kitabein to apne doston ko woh free mein baant'te hain. koi parhta uṛta hai nahin in ko. ab kya kiya jaye? azaadi hai to aadmi karega.</w:t>
      </w:r>
      <w:r>
        <w:br/>
      </w:r>
      <w:r>
        <w:rPr>
          <w:sz w:val="20"/>
        </w:rPr>
        <w:t>1:43:21  lekin law of nature khud hi is ko, yaani woh maslay ko hal kar raha hai. kyunke woh kitabein aati hain aur raddi mein chali jati hain.</w:t>
      </w:r>
      <w:r>
        <w:br/>
      </w:r>
      <w:r>
        <w:rPr>
          <w:sz w:val="20"/>
        </w:rPr>
        <w:t>1:43:30  koi parhta nahin hai is ko. aap ab survey kar lijiyay. is tarah ki kitabein koi parhta parhta nahin.</w:t>
      </w:r>
      <w:r>
        <w:br/>
      </w:r>
      <w:r>
        <w:rPr>
          <w:sz w:val="20"/>
        </w:rPr>
        <w:t>1:43:38  woh sab raddi mein jati hain.</w:t>
      </w:r>
    </w:p>
    <w:p>
      <w:pPr>
        <w:pStyle w:val="Heading2"/>
      </w:pPr>
      <w:r>
        <w:t>Seeing Al-Risala as a Divine Mission</w:t>
      </w:r>
    </w:p>
    <w:p>
      <w:r>
        <w:rPr>
          <w:color w:val="666666"/>
          <w:sz w:val="18"/>
        </w:rPr>
        <w:t>Society &amp; Dawah · Q&amp;A 13 Nov 2011 · 3m 48s · at 33:09 · https://youtu.be/oOZ9h37_pL8?t=1989</w:t>
      </w:r>
    </w:p>
    <w:p>
      <w:r>
        <w:rPr>
          <w:i/>
        </w:rPr>
        <w:t>“My experience is that most people read Al-Risala only as a periodical and fail to discover it as a divine mission. How can we tell people that Al-Risala is not just a periodical but a divine mission?”</w:t>
      </w:r>
    </w:p>
    <w:p>
      <w:r>
        <w:rPr>
          <w:sz w:val="20"/>
        </w:rPr>
        <w:t>33:09  maulana ek aur sawal hai un ka. unhon ne likha hai ke mera tajurba hai ke aksar log al risala ko sirf ek periodical ki hesiyat se padhte hain.</w:t>
      </w:r>
      <w:r>
        <w:br/>
      </w:r>
      <w:r>
        <w:rPr>
          <w:sz w:val="20"/>
        </w:rPr>
        <w:t>33:21  woh al-risalah ko aik khodai mission ke tor par discover karne mein nakaam rehte hain. logon ko kis tarah yeh bataya jaye ke al-risalah sirf aik periodical nahi balkeh al-risalah aik divine mission hai?</w:t>
      </w:r>
      <w:r>
        <w:br/>
      </w:r>
      <w:r>
        <w:rPr>
          <w:sz w:val="20"/>
        </w:rPr>
        <w:t>33:37  dekhye al-risalah chunke b-zahair aik risalah hai magazine. aik majallah hai aik purcha hai. to is ka model jo hai mahol mein woh kya hai?</w:t>
      </w:r>
      <w:r>
        <w:br/>
      </w:r>
      <w:r>
        <w:rPr>
          <w:sz w:val="20"/>
        </w:rPr>
        <w:t>33:48  woh periodical ka mahol hai. periodical jo hai aya mahine ke aik tareekh ko kuch dekha kuch nahi dekha rakh diya is ko.</w:t>
      </w:r>
      <w:r>
        <w:br/>
      </w:r>
      <w:r>
        <w:rPr>
          <w:sz w:val="20"/>
        </w:rPr>
        <w:t>33:57  to saare periodicals jo hote hain unhon ne aik model qaim kar diya hai. is model mein aik naya purcha nikla al-risalah.</w:t>
      </w:r>
      <w:r>
        <w:br/>
      </w:r>
      <w:r>
        <w:rPr>
          <w:sz w:val="20"/>
        </w:rPr>
        <w:t>34:07  jo is model se alag hai woh. to log jante nahi. aik model jo maroof ho jaye jo logon ke zehnon mein chha jaye to is se alag ho kar soch nahi paate.</w:t>
      </w:r>
      <w:r>
        <w:br/>
      </w:r>
      <w:r>
        <w:rPr>
          <w:sz w:val="20"/>
        </w:rPr>
        <w:t>34:21  al-risalah aik hi purcha hai saare alam mein. balkeh poori sahhafati dor mein pehli baar aik aisa purcha hai jo poore maloom aik mission hai mission.</w:t>
      </w:r>
      <w:r>
        <w:br/>
      </w:r>
      <w:r>
        <w:rPr>
          <w:sz w:val="20"/>
        </w:rPr>
        <w:t>34:31  dawe ke aitbar se bohat se purche dawe karte hain ke mission hai woh lekin haqeeqat mein woh sirf daawa hota hai. dekhye mission kya cheez hai?</w:t>
      </w:r>
      <w:r>
        <w:br/>
      </w:r>
      <w:r>
        <w:rPr>
          <w:sz w:val="20"/>
        </w:rPr>
        <w:t>34:41  purcha nikalne wala khud mission mein jeeta hai. tab mission wala purcha banta hai. yaad rakhiye jo purcha jo murattab karta hai woh khud mission mein bhi jeena parta hai is ko.</w:t>
      </w:r>
      <w:r>
        <w:br/>
      </w:r>
      <w:r>
        <w:rPr>
          <w:sz w:val="20"/>
        </w:rPr>
        <w:t>34:55  mission ko ise orhna poshana bana parta hai.</w:t>
      </w:r>
      <w:r>
        <w:br/>
      </w:r>
      <w:r>
        <w:rPr>
          <w:sz w:val="20"/>
        </w:rPr>
        <w:t>34:59  isi mein jeena isi mein halkaan karna apne aap ko. yeh karna parta hai mission mein. tab woh purcha banta hai mission ka. to aisa purcha mere ilm ke mutabiq sirf al-risalah hai.</w:t>
      </w:r>
      <w:r>
        <w:br/>
      </w:r>
      <w:r>
        <w:rPr>
          <w:sz w:val="20"/>
        </w:rPr>
        <w:t>35:11  to chunke logon ko yeh model maloom nahi.</w:t>
      </w:r>
      <w:r>
        <w:br/>
      </w:r>
      <w:r>
        <w:rPr>
          <w:sz w:val="20"/>
        </w:rPr>
        <w:t>35:16  jo samaj mein ya dunya mein jo model hain wohi periodical ke model hain. to shaoori ya ghair shaoori tor par samajh lete hain ke yeh bhi aik purcha hoga bas.</w:t>
      </w:r>
      <w:r>
        <w:br/>
      </w:r>
      <w:r>
        <w:rPr>
          <w:sz w:val="20"/>
        </w:rPr>
        <w:t>35:27  to aik martaba parh liya. to haqeeqat yeh hai ke al-risalah ko pehle aap ko discover karna parega ke yeh mission ka mission hai. yeh</w:t>
      </w:r>
      <w:r>
        <w:br/>
      </w:r>
      <w:r>
        <w:rPr>
          <w:sz w:val="20"/>
        </w:rPr>
        <w:t>35:35  periodical nahi hai. yeh tab is ko aap ahmiyat denge. tab is ko padhenge. is liye main kaha karta hoon yeh likha tha maine risale mein ke jis ne al-risalah ko aik baar parha us ne nahi parha.</w:t>
      </w:r>
      <w:r>
        <w:br/>
      </w:r>
      <w:r>
        <w:rPr>
          <w:sz w:val="20"/>
        </w:rPr>
        <w:t>35:47  jis ne al-risalah ko do baar parha us ne parha. aur jis ne al-risalah ko kai baar parha us ne samjha is ko.</w:t>
      </w:r>
      <w:r>
        <w:br/>
      </w:r>
      <w:r>
        <w:rPr>
          <w:sz w:val="20"/>
        </w:rPr>
        <w:t>35:54  phir repeat karta hoon main. al-risalah ko mahana mein al-risalah jo hai hamara. al-risalah ko jis ne aik baar parha us ne nahi parha.</w:t>
      </w:r>
      <w:r>
        <w:br/>
      </w:r>
      <w:r>
        <w:rPr>
          <w:sz w:val="20"/>
        </w:rPr>
        <w:t>36:04  jis ne do baar parha us ne parha. jis ne kai baar parha us ne al-risalah ko samjha.</w:t>
      </w:r>
      <w:r>
        <w:br/>
      </w:r>
      <w:r>
        <w:rPr>
          <w:sz w:val="20"/>
        </w:rPr>
        <w:t>36:10  kyunke woh aik mahol se alag aik paigham deta hai woh. aap apni conditioning ki wajah se is ko aap samajh nahi paate.</w:t>
      </w:r>
      <w:r>
        <w:br/>
      </w:r>
      <w:r>
        <w:rPr>
          <w:sz w:val="20"/>
        </w:rPr>
        <w:t>36:22  to jab tak aap apni conditioning ko torein nahi aur apni</w:t>
      </w:r>
      <w:r>
        <w:br/>
      </w:r>
      <w:r>
        <w:rPr>
          <w:sz w:val="20"/>
        </w:rPr>
        <w:t>36:28  conditioning se bahar aa kar na sochein aap samajh nahi sakte risale ko. apne mindset ke lehaz se risala ko padhenge aap. jo aap ke mind mein hai wohi aap ko risale mein nazar ayega.</w:t>
      </w:r>
      <w:r>
        <w:br/>
      </w:r>
      <w:r>
        <w:rPr>
          <w:sz w:val="20"/>
        </w:rPr>
        <w:t>36:42  to beharhal main kahunga ke jo log al-risalah ko padhte hain</w:t>
      </w:r>
      <w:r>
        <w:br/>
      </w:r>
      <w:r>
        <w:rPr>
          <w:sz w:val="20"/>
        </w:rPr>
        <w:t>36:47  woh phir se al-risalah ko discover karein. aur phir se is ko is ko is ko is ki samajh kar ke is ko padhein.</w:t>
      </w:r>
    </w:p>
    <w:p>
      <w:pPr>
        <w:pStyle w:val="Heading2"/>
      </w:pPr>
      <w:r>
        <w:t>Shift from Ideal System to Ideal Human</w:t>
      </w:r>
    </w:p>
    <w:p>
      <w:r>
        <w:rPr>
          <w:color w:val="666666"/>
          <w:sz w:val="18"/>
        </w:rPr>
        <w:t>Society &amp; Dawah · Message of The Quran March 29, 2015 · 2m 06s · at 44:23 · https://youtu.be/u57TpiO8A7Y?t=2663</w:t>
      </w:r>
    </w:p>
    <w:p>
      <w:r>
        <w:rPr>
          <w:i/>
        </w:rPr>
        <w:t>“People say that not talking about the system is to make Islam landless. Once you were also a preacher of the ideal system, but how did you realize that the ideal human...”</w:t>
      </w:r>
    </w:p>
    <w:p>
      <w:r>
        <w:rPr>
          <w:sz w:val="20"/>
        </w:rPr>
        <w:t>44:23  maulana yeh sawal aaya hai tamil nadu se maulana iqbal umri ka aur unhon ne likha hai</w:t>
      </w:r>
      <w:r>
        <w:br/>
      </w:r>
      <w:r>
        <w:rPr>
          <w:sz w:val="20"/>
        </w:rPr>
        <w:t>44:32  maulana log kehte hain ke system ki baat na karna islam ko be zameen karna hai</w:t>
      </w:r>
      <w:r>
        <w:br/>
      </w:r>
      <w:r>
        <w:rPr>
          <w:sz w:val="20"/>
        </w:rPr>
        <w:t>44:40  ek zamane mein aap bhi ideal system ke daai the lekin aap ne kaise jana ke ideal insan</w:t>
      </w:r>
      <w:r>
        <w:br/>
      </w:r>
      <w:r>
        <w:rPr>
          <w:sz w:val="20"/>
        </w:rPr>
        <w:t>44:47  banana hi quran ka maqsad hai maulana is mein jo mughalta hai us ko wazeh karein</w:t>
      </w:r>
      <w:r>
        <w:br/>
      </w:r>
      <w:r>
        <w:rPr>
          <w:sz w:val="20"/>
        </w:rPr>
        <w:t>44:55  dekhiye main kabhi bhi ideal system ka daai nahi tha aap meri kitab</w:t>
      </w:r>
      <w:r>
        <w:br/>
      </w:r>
      <w:r>
        <w:rPr>
          <w:sz w:val="20"/>
        </w:rPr>
        <w:t>45:03  sab chhapi hui parh sakte hain aur us zamane mein jab ke main yani yeh islam mission shuru</w:t>
      </w:r>
      <w:r>
        <w:br/>
      </w:r>
      <w:r>
        <w:rPr>
          <w:sz w:val="20"/>
        </w:rPr>
        <w:t>45:11  nahi kiya tha us zamane ke jo mere mazameen the us ko maine chhap diya hai is</w:t>
      </w:r>
      <w:r>
        <w:br/>
      </w:r>
      <w:r>
        <w:rPr>
          <w:sz w:val="20"/>
        </w:rPr>
        <w:t>45:16  ka naam hai quran ka matloob insan is mein aap parh lijiye jo baatein aaj main kehta hoon</w:t>
      </w:r>
      <w:r>
        <w:br/>
      </w:r>
      <w:r>
        <w:rPr>
          <w:sz w:val="20"/>
        </w:rPr>
        <w:t>45:22  wahi baat is mein bhi kehta tha</w:t>
      </w:r>
      <w:r>
        <w:br/>
      </w:r>
      <w:r>
        <w:rPr>
          <w:sz w:val="20"/>
        </w:rPr>
        <w:t>45:26  is mein tareekh likhi hui kab kab woh likha kab kab chhaapa to mere pichhle mazameen aap parhein</w:t>
      </w:r>
      <w:r>
        <w:br/>
      </w:r>
      <w:r>
        <w:rPr>
          <w:sz w:val="20"/>
        </w:rPr>
        <w:t>45:32  aur aaj ke mazameen parhein to dono mein koi farq nahi dikha dega aap ko doosri baat</w:t>
      </w:r>
      <w:r>
        <w:br/>
      </w:r>
      <w:r>
        <w:rPr>
          <w:sz w:val="20"/>
        </w:rPr>
        <w:t>45:40  yeh hai ke system</w:t>
      </w:r>
      <w:r>
        <w:br/>
      </w:r>
      <w:r>
        <w:rPr>
          <w:sz w:val="20"/>
        </w:rPr>
        <w:t>45:43  ko jo ahmiyat dete hain log to apne dimagh se dete hain</w:t>
      </w:r>
      <w:r>
        <w:br/>
      </w:r>
      <w:r>
        <w:rPr>
          <w:sz w:val="20"/>
        </w:rPr>
        <w:t>45:49  unhein quran se sabit karna padega</w:t>
      </w:r>
      <w:r>
        <w:br/>
      </w:r>
      <w:r>
        <w:rPr>
          <w:sz w:val="20"/>
        </w:rPr>
        <w:t>45:53  quran mein kahin ek koi ayat bataiye ke quran mein yeh kaha gaya ke aye mus</w:t>
      </w:r>
      <w:r>
        <w:br/>
      </w:r>
      <w:r>
        <w:rPr>
          <w:sz w:val="20"/>
        </w:rPr>
        <w:t>45:57  lmanon tmhara farz yeh hai ke tum system ko qaim karo nizam ko qaim karo yeh kahan quran</w:t>
      </w:r>
      <w:r>
        <w:br/>
      </w:r>
      <w:r>
        <w:rPr>
          <w:sz w:val="20"/>
        </w:rPr>
        <w:t>46:03  mein hai to kahin bhi nahin hai quran mein to hai ke Allah se daro Allah se mohabbat</w:t>
      </w:r>
      <w:r>
        <w:br/>
      </w:r>
      <w:r>
        <w:rPr>
          <w:sz w:val="20"/>
        </w:rPr>
        <w:t>46:08  karo Allah ke upar ghor o fikr karo yani sab isprit ki baaten hain tadabbur ki baaten hain</w:t>
      </w:r>
      <w:r>
        <w:br/>
      </w:r>
      <w:r>
        <w:rPr>
          <w:sz w:val="20"/>
        </w:rPr>
        <w:t>46:16  to jab tak aap quran se koi dalil na dein yeh baat qabil e ghor nahin hogi apne apne</w:t>
      </w:r>
      <w:r>
        <w:br/>
      </w:r>
      <w:r>
        <w:rPr>
          <w:sz w:val="20"/>
        </w:rPr>
        <w:t>46:23  mind se jo baat kahein woh quran ki baat kaise ho sakti hai</w:t>
      </w:r>
    </w:p>
    <w:p>
      <w:pPr>
        <w:pStyle w:val="Heading2"/>
      </w:pPr>
      <w:r>
        <w:t>Should India adopt Saudi-style moral laws?</w:t>
      </w:r>
    </w:p>
    <w:p>
      <w:r>
        <w:rPr>
          <w:color w:val="666666"/>
          <w:sz w:val="18"/>
        </w:rPr>
        <w:t>Society &amp; Dawah · The Road to Paradise December 30, 2012 Maulana Wahiduddin Khan · 2m 06s · at 1:25:56 · https://youtu.be/vUiaPsYF4Tk?t=5156</w:t>
      </w:r>
    </w:p>
    <w:p>
      <w:r>
        <w:rPr>
          <w:i/>
        </w:rPr>
        <w:t>“Some Muslims say that India should make a law like Saudi Arabia to control moral evils. What is your opinion on this?”</w:t>
      </w:r>
    </w:p>
    <w:p>
      <w:r>
        <w:rPr>
          <w:sz w:val="20"/>
        </w:rPr>
        <w:t>1:25:56  maulana, agla sawal dilli se hai, maulana farhad ahmad sahab ka.</w:t>
      </w:r>
      <w:r>
        <w:br/>
      </w:r>
      <w:r>
        <w:rPr>
          <w:sz w:val="20"/>
        </w:rPr>
        <w:t>1:26:00  unhone likha hai: "aaj kal kuch musalman ye kehte hain ke india mein saudi jaisa qanoon banana chahiye taake yahan ikhlaqi evil par control kiya ja sake." maulana, is ke bare mein aap...</w:t>
      </w:r>
      <w:r>
        <w:br/>
      </w:r>
      <w:r>
        <w:rPr>
          <w:sz w:val="20"/>
        </w:rPr>
        <w:t>1:26:14  ye bekar baatein hain. kiya qanoon aise banta hai kahin? parliament banati hai qanoon? ye aap ke kehne se qanoon ban jaye ga?</w:t>
      </w:r>
      <w:r>
        <w:br/>
      </w:r>
      <w:r>
        <w:rPr>
          <w:sz w:val="20"/>
        </w:rPr>
        <w:t>1:26:23  jo log kehte hain, wo bilkul... main samajhta hoon ke ye log... ilm hai, na aql hai. la banate hain, kaise la banta hai? pure samaj se election hota hai, elect hote hain log, parliament banate hain, phir parliament ke log qanoon banate hain.</w:t>
      </w:r>
      <w:r>
        <w:br/>
      </w:r>
      <w:r>
        <w:rPr>
          <w:sz w:val="20"/>
        </w:rPr>
        <w:t>1:26:38  aap ye keh dein ke wo aisa qanoon banayein ge, wo... ye bekar baatein hain. koi sar napaye is baat ko kahe.</w:t>
      </w:r>
      <w:r>
        <w:br/>
      </w:r>
      <w:r>
        <w:rPr>
          <w:sz w:val="20"/>
        </w:rPr>
        <w:t>1:26:47  aur saudi arab mein aap ko kiya pata hai ke saudi arab mein kiya hai, kiya nahi?</w:t>
      </w:r>
      <w:r>
        <w:br/>
      </w:r>
      <w:r>
        <w:rPr>
          <w:sz w:val="20"/>
        </w:rPr>
        <w:t>1:26:51  aap ja ke rahiye, ek mahine to phans lein aap ko. main saudi arab se india ko behtar samajhta hoon, yaad rakhiye. india mein jo hum ko azadi hai, azadi, wo saudi arab mein nahi hai.</w:t>
      </w:r>
      <w:r>
        <w:br/>
      </w:r>
      <w:r>
        <w:rPr>
          <w:sz w:val="20"/>
        </w:rPr>
        <w:t>1:27:02  yeh program hum karte hain, hum nahi kar sakte Saudi Arab mein. Saudi Arab mein nahi kar sakte yeh program hum. To mein to azadi ko sab se bari cheez samajhta hoon.</w:t>
      </w:r>
      <w:r>
        <w:br/>
      </w:r>
      <w:r>
        <w:rPr>
          <w:sz w:val="20"/>
        </w:rPr>
        <w:t>1:27:16  sab se bari cheez azadi hai.</w:t>
      </w:r>
      <w:r>
        <w:br/>
      </w:r>
      <w:r>
        <w:rPr>
          <w:sz w:val="20"/>
        </w:rPr>
        <w:t>1:27:19  azadi nahi to koi taraqqi nahi. Wahan par khane peene ka hai, bas khoob khao, khoob khoob kamao, khoob khao. Koi azad activity aap nahi kar sakte wahan par.</w:t>
      </w:r>
      <w:r>
        <w:br/>
      </w:r>
      <w:r>
        <w:rPr>
          <w:sz w:val="20"/>
        </w:rPr>
        <w:t>1:27:32  yeh sare log jo ulama jate hain, wahan par jate hain, woh paisa lane ke liye. Wahan, yahan, wahan, woh kuch nahi kar sakte. Woh mujhe paisa dena hai to woh wahan jate bhi nahi.</w:t>
      </w:r>
      <w:r>
        <w:br/>
      </w:r>
      <w:r>
        <w:rPr>
          <w:sz w:val="20"/>
        </w:rPr>
        <w:t>1:27:45  mujhe to mission chahiye, mission. Koi bhi bare se bara aalim Saudi Arab mein interpreted mission nahi chala sakta. Hum to bohat bhi nemmat samajhte hain India ko.</w:t>
      </w:r>
      <w:r>
        <w:br/>
      </w:r>
      <w:r>
        <w:rPr>
          <w:sz w:val="20"/>
        </w:rPr>
        <w:t>1:27:55  kaise? nadar log hain jo India ki value nahi jante.</w:t>
      </w:r>
    </w:p>
    <w:p>
      <w:pPr>
        <w:pStyle w:val="Heading2"/>
      </w:pPr>
      <w:r>
        <w:t>Should Muslims accept Babri Masjid verdict or appeal?</w:t>
      </w:r>
    </w:p>
    <w:p>
      <w:r>
        <w:rPr>
          <w:color w:val="666666"/>
          <w:sz w:val="18"/>
        </w:rPr>
        <w:t>Society &amp; Dawah · Art of Crisis Management I 3 October, 2010 Maulana Wahiduddin Khan · 2m 10s · at 1:40:10 · https://youtu.be/mcJZ0YEOolk?t=6010</w:t>
      </w:r>
    </w:p>
    <w:p>
      <w:r>
        <w:rPr>
          <w:i/>
        </w:rPr>
        <w:t>“Maulana, regarding the Babri Masjid court verdict, the court said Muslims should also be given a share. This was better than before. Muslims accepted it and were ready for dawah ilallah, but that did not happen. Now they are talking about filing a case in the Supreme Court.”</w:t>
      </w:r>
    </w:p>
    <w:p>
      <w:r>
        <w:rPr>
          <w:sz w:val="20"/>
        </w:rPr>
        <w:t>1:40:10  maulana, yeh sawal kiya hai Maulana Abdul Basit Umri ne Doha Qatar se. unhone likha hai: "Maulana Babri, masjid se mutalliq adalat adalti faisle mein musalmanon ko bhi ek hissa dene ki baat kahi gayi hai.</w:t>
      </w:r>
      <w:r>
        <w:br/>
      </w:r>
      <w:r>
        <w:rPr>
          <w:sz w:val="20"/>
        </w:rPr>
        <w:t>1:40:26  yeh pehle se to behtar thi. musalman is ko accept karte, aur dawat al Allah ke liye poori tarah mustaed hote, magar aisa nahi hua.</w:t>
      </w:r>
      <w:r>
        <w:br/>
      </w:r>
      <w:r>
        <w:rPr>
          <w:sz w:val="20"/>
        </w:rPr>
        <w:t>1:40:38  ab supreme court mein muqadma dair karne ki baat kar rahe hain.</w:t>
      </w:r>
      <w:r>
        <w:br/>
      </w:r>
      <w:r>
        <w:rPr>
          <w:sz w:val="20"/>
        </w:rPr>
        <w:t>1:40:43  kya yeh soorat e haal wahi nahi hai jo Arab mein Falasteen ke mutalliq hua? 1947 mein jo baat kahi gayi, to usay musalmanon ne maana nahi.</w:t>
      </w:r>
      <w:r>
        <w:br/>
      </w:r>
      <w:r>
        <w:rPr>
          <w:sz w:val="20"/>
        </w:rPr>
        <w:t>1:40:55  ab musalman is se bhi haath dho dho bethe hain. is ke bare mein bataein. haan, sahi baat hai.</w:t>
      </w:r>
      <w:r>
        <w:br/>
      </w:r>
      <w:r>
        <w:rPr>
          <w:sz w:val="20"/>
        </w:rPr>
        <w:t>1:41:03  1948 mein Falasteen ko taqseem kiya gaya, us ko partition kiya gaya. roughly aadha diya gaya yahoodi logon ko, aadha deegar Arabon ko.</w:t>
      </w:r>
      <w:r>
        <w:br/>
      </w:r>
      <w:r>
        <w:rPr>
          <w:sz w:val="20"/>
        </w:rPr>
        <w:t>1:41:16  musalmanon ko maan lena chahiye tha is ko, maan lekin unhone kaam laga diya,</w:t>
      </w:r>
      <w:r>
        <w:br/>
      </w:r>
      <w:r>
        <w:rPr>
          <w:sz w:val="20"/>
        </w:rPr>
        <w:t>1:41:22  aur aaj tak kaam hi lag raha hai. aur jo tha, woh bhi kho kho diya Arabon ne. dekhiye, controversial maamlaat mein aap ko status quo ko maanna padta hai.</w:t>
      </w:r>
      <w:r>
        <w:br/>
      </w:r>
      <w:r>
        <w:rPr>
          <w:sz w:val="20"/>
        </w:rPr>
        <w:t>1:41:34  yaad rakhiye, controversial mamlaat mein agar status quo na maanein to kabhi bhi baat khatam nahi hoti,</w:t>
      </w:r>
      <w:r>
        <w:br/>
      </w:r>
      <w:r>
        <w:rPr>
          <w:sz w:val="20"/>
        </w:rPr>
        <w:t>1:41:42  kabhi baat khatam nahi hoti. 48 mein jo status quo tha Falasteen ka, us ko maanna chahiye tha. un ko Kashmir mein yahi jo 47 ke baad jo status quo tha, us ko maanna chahiye tha.</w:t>
      </w:r>
      <w:r>
        <w:br/>
      </w:r>
      <w:r>
        <w:rPr>
          <w:sz w:val="20"/>
        </w:rPr>
        <w:t>1:41:57  aisi yahan bhi jo status quo tha Babri Masjid mein, woh maan lena chahiye tha. is ko nahi maana to dekhiye, lad rahe hain, mar rahe hain, kat rahe hain, tabaah ho rahe hain, har har har jagah.</w:t>
      </w:r>
      <w:r>
        <w:br/>
      </w:r>
      <w:r>
        <w:rPr>
          <w:sz w:val="20"/>
        </w:rPr>
        <w:t>1:42:07  faida kuch bhi nahi.</w:t>
      </w:r>
      <w:r>
        <w:br/>
      </w:r>
      <w:r>
        <w:rPr>
          <w:sz w:val="20"/>
        </w:rPr>
        <w:t>1:42:12  you have to accept the status quo, this is only option for you.</w:t>
      </w:r>
    </w:p>
    <w:p>
      <w:pPr>
        <w:pStyle w:val="Heading2"/>
      </w:pPr>
      <w:r>
        <w:t>Should Muslims build for non-Muslims</w:t>
      </w:r>
    </w:p>
    <w:p>
      <w:r>
        <w:rPr>
          <w:color w:val="666666"/>
          <w:sz w:val="18"/>
        </w:rPr>
        <w:t>Society &amp; Dawah · The Purpose of Life | April 30, 2017 · 2m 10s · at 40:23 · https://youtu.be/ue3I3uQEYb8?t=2423</w:t>
      </w:r>
    </w:p>
    <w:p>
      <w:r>
        <w:rPr>
          <w:i/>
        </w:rPr>
        <w:t>“My question is: should Muslims not build for non-Muslims because non-Muslims are kafir?”</w:t>
      </w:r>
    </w:p>
    <w:p>
      <w:r>
        <w:rPr>
          <w:sz w:val="20"/>
        </w:rPr>
        <w:t>40:23  maulana agla sawal ali sahab ne bheja hai unhone location nahi likhi hai unhone bheja hai</w:t>
      </w:r>
      <w:r>
        <w:br/>
      </w:r>
      <w:r>
        <w:rPr>
          <w:sz w:val="20"/>
        </w:rPr>
        <w:t>40:28  سوال مولانا صاحب My question is that should Muslims do</w:t>
      </w:r>
      <w:r>
        <w:br/>
      </w:r>
      <w:r>
        <w:rPr>
          <w:sz w:val="20"/>
        </w:rPr>
        <w:t>40:33  we not allowed to non-Muslims because non-Muslims are kafir.</w:t>
      </w:r>
      <w:r>
        <w:br/>
      </w:r>
      <w:r>
        <w:rPr>
          <w:sz w:val="20"/>
        </w:rPr>
        <w:t>40:39  ya allah ya allah yeh bilkul galat soch hi galat hai kafir kyun woh insaan hai woh woh</w:t>
      </w:r>
      <w:r>
        <w:br/>
      </w:r>
      <w:r>
        <w:rPr>
          <w:sz w:val="20"/>
        </w:rPr>
        <w:t>40:45  insaan hai itni itni galat soch hai yeh itni galat soch hai ke is ka islam se koi</w:t>
      </w:r>
      <w:r>
        <w:br/>
      </w:r>
      <w:r>
        <w:rPr>
          <w:sz w:val="20"/>
        </w:rPr>
        <w:t>40:51  taalluq nahi hai har paida hone wala insaan insaan hai bas.</w:t>
      </w:r>
      <w:r>
        <w:br/>
      </w:r>
      <w:r>
        <w:rPr>
          <w:sz w:val="20"/>
        </w:rPr>
        <w:t>40:58  bilkul galat soch hai woh is ka</w:t>
      </w:r>
      <w:r>
        <w:br/>
      </w:r>
      <w:r>
        <w:rPr>
          <w:sz w:val="20"/>
        </w:rPr>
        <w:t>41:04  islam se koi talluq nahi.</w:t>
      </w:r>
      <w:r>
        <w:br/>
      </w:r>
      <w:r>
        <w:rPr>
          <w:sz w:val="20"/>
        </w:rPr>
        <w:t>41:11  ji maulana jo blood donation ko le ke sawal hai to kya blood donation dena chahiye kya woh jaiz hai.</w:t>
      </w:r>
      <w:r>
        <w:br/>
      </w:r>
      <w:r>
        <w:rPr>
          <w:sz w:val="20"/>
        </w:rPr>
        <w:t>41:19  bilkul jaiz hai is mein jaiz najais ka sawal hi nahi is tarah ki cheezon mein jaiz najais nahi hota.</w:t>
      </w:r>
      <w:r>
        <w:br/>
      </w:r>
      <w:r>
        <w:rPr>
          <w:sz w:val="20"/>
        </w:rPr>
        <w:t>41:26  ji yeh toh fiqah ka masla hai yeh baqaydah is mein</w:t>
      </w:r>
      <w:r>
        <w:br/>
      </w:r>
      <w:r>
        <w:rPr>
          <w:sz w:val="20"/>
        </w:rPr>
        <w:t>41:34  jaiz najais ka koi masla hi nahi hai yeh agar medical test mein aap ka blood woh hai jo doosre ko de sakein aap to dijiye bas koi jaiz najais ka sawal nahi hai yeh medical test ki baat hai yeh. ji okay so we we will end today session we will be back next sunday same time thank you.</w:t>
      </w:r>
    </w:p>
    <w:p>
      <w:pPr>
        <w:pStyle w:val="Heading2"/>
      </w:pPr>
      <w:r>
        <w:t>Should Muslims wage combined jihad against West?</w:t>
      </w:r>
    </w:p>
    <w:p>
      <w:r>
        <w:rPr>
          <w:color w:val="666666"/>
          <w:sz w:val="18"/>
        </w:rPr>
        <w:t>Society &amp; Dawah · Pillars of Western Thought October 6, 2013 · 4m 03s · at 52:33 · https://youtu.be/o4WfPvju5_M?t=3153</w:t>
      </w:r>
    </w:p>
    <w:p>
      <w:r>
        <w:rPr>
          <w:i/>
        </w:rPr>
        <w:t>“Today you spoke about the Western world, but it is the Western world which is exploiting the Muslim world and is the real enemy of Islam. What do you have to say about it? Should the Muslim world not unite together and wage a combined jihad against the West?”</w:t>
      </w:r>
    </w:p>
    <w:p>
      <w:r>
        <w:rPr>
          <w:sz w:val="20"/>
        </w:rPr>
        <w:t>52:33  Maulana, yeh sawal Hyderabad se aaya hai Sarfaraz sahib ka. unhon ne likha hai: "Maulana, today you spoke about the western world, but it is the western world which is exploiting the Muslim world and is the real enemy of Islam.</w:t>
      </w:r>
      <w:r>
        <w:br/>
      </w:r>
      <w:r>
        <w:rPr>
          <w:sz w:val="20"/>
        </w:rPr>
        <w:t>52:51  What do you have to say about it? Should the Muslim world not unite together and wage a combined jihad against the w</w:t>
      </w:r>
      <w:r>
        <w:br/>
      </w:r>
      <w:r>
        <w:rPr>
          <w:sz w:val="20"/>
        </w:rPr>
        <w:t>53:00  est?" bhai, is soch ko to main hundred percent galat samajhta hoon ke koi enemy hamara hai. yeh qaumi soch hai. qaumi soch musalmanon mein koi ek shakhs bhi nahi nahi maloom mujhe jis ne is soch ko banane se pehle Quran ko padha ho.</w:t>
      </w:r>
      <w:r>
        <w:br/>
      </w:r>
      <w:r>
        <w:rPr>
          <w:sz w:val="20"/>
        </w:rPr>
        <w:t>53:19  misal ke taur par, aap agar Quran ko padhen shuru se aakhir tak yeh samajhne ke liye to kya hoga</w:t>
      </w:r>
      <w:r>
        <w:br/>
      </w:r>
      <w:r>
        <w:rPr>
          <w:sz w:val="20"/>
        </w:rPr>
        <w:t>53:27  ? jagah jagah aap ko milega aap ke khilaf ayatein, misal ke taur par: "antum al-a'aloon in kuntum momineen" yani iman wali sifat tumhara darja hongi to tumhein koi kamyabi hogi.</w:t>
      </w:r>
      <w:r>
        <w:br/>
      </w:r>
      <w:r>
        <w:rPr>
          <w:sz w:val="20"/>
        </w:rPr>
        <w:t>53:42  to musalman to do sau saal se lad rahe hain, aisa nahi ke ladai abhi shuru hi nahi hui. ladai to do sau saal jari hai, to kamyab kyun nahi hui? is ke mani ke hamara tareeqa-e-kaam par iman nahi tha ya qaumi tha.</w:t>
      </w:r>
      <w:r>
        <w:br/>
      </w:r>
      <w:r>
        <w:rPr>
          <w:sz w:val="20"/>
        </w:rPr>
        <w:t>53:58  aise hi Quran mein aap padhenge, aap dekhiye ke: "Innallaha la yughayyiru ma bi qawmin hatta yughayyiru ma bi anfusihim" is ke mani ke islah ka aaghaz apne aap se hota hai.</w:t>
      </w:r>
      <w:r>
        <w:br/>
      </w:r>
      <w:r>
        <w:rPr>
          <w:sz w:val="20"/>
        </w:rPr>
        <w:t>54:12  to kabhi musalmanon ne bataiye, kabhi is par koi un ka jalsa hua yeh sochne ke liye ke bhai duniya mein hum ko jo problem hai, to hamari apni zaati, hamare andar kya kamiyan hain?</w:t>
      </w:r>
      <w:r>
        <w:br/>
      </w:r>
      <w:r>
        <w:rPr>
          <w:sz w:val="20"/>
        </w:rPr>
        <w:t>54:23  kabhi koi jalsa mujhe bataiye sirf doosron ko bura bhala karne ke liye jalsay hote hain.</w:t>
      </w:r>
      <w:r>
        <w:br/>
      </w:r>
      <w:r>
        <w:rPr>
          <w:sz w:val="20"/>
        </w:rPr>
        <w:t>54:29  to sara masla yeh hai ke musalmanon ne is zamane mein qomi nuqta nazar ikhtiyar kar rakha hai. naam lete hain Islam ka, naam lete hain Islam ka.</w:t>
      </w:r>
      <w:r>
        <w:br/>
      </w:r>
      <w:r>
        <w:rPr>
          <w:sz w:val="20"/>
        </w:rPr>
        <w:t>54:42  sab se pehla kaam yeh hai ke aap ek baar itikaf mein baithein aur Quran ko sirf is liye padhein ke Quran moajaz halaat ke liye kya hum ko hal de, hal batata hai.</w:t>
      </w:r>
      <w:r>
        <w:br/>
      </w:r>
      <w:r>
        <w:rPr>
          <w:sz w:val="20"/>
        </w:rPr>
        <w:t>54:58  misalan, ek abhi ayat maine ek padhi ke: "la tastawee al hasratain</w:t>
      </w:r>
      <w:r>
        <w:br/>
      </w:r>
      <w:r>
        <w:rPr>
          <w:sz w:val="20"/>
        </w:rPr>
        <w:t>55:11  ke agar tum ko koi dushman nazar aaye, tab bhi us se dosti ka amal karo to us ki dushmani khatm ho jayegi." to musalmanon ne mujhe bataiye, kabhi bhi ek baar bhi Quran ke formulay ko apnaya hai?</w:t>
      </w:r>
      <w:r>
        <w:br/>
      </w:r>
      <w:r>
        <w:rPr>
          <w:sz w:val="20"/>
        </w:rPr>
        <w:t>55:27  wo to qomi zid, qomi dushmani isi mein phanse hue hain. to is mein jab aap qomi ladai ladenge to Allah ka saath nahi milega aap ko.</w:t>
      </w:r>
      <w:r>
        <w:br/>
      </w:r>
      <w:r>
        <w:rPr>
          <w:sz w:val="20"/>
        </w:rPr>
        <w:t>55:38  jab aap qomi ladai ladenge to Allah ka saath aap ko nahi milega. to is mein to haar yaqeeni hai.</w:t>
      </w:r>
      <w:r>
        <w:br/>
      </w:r>
      <w:r>
        <w:rPr>
          <w:sz w:val="20"/>
        </w:rPr>
        <w:t>55:47  doosri baat ek yeh hai jin ko musalmanon ne dushman declare kar rakha hai, wo aap ke madhu hain. madhu wo dushman hai hi nahi.</w:t>
      </w:r>
      <w:r>
        <w:br/>
      </w:r>
      <w:r>
        <w:rPr>
          <w:sz w:val="20"/>
        </w:rPr>
        <w:t>55:58  sara west aap ka madhu hai. yani aap par pehla farz hai ke hum ko dawat dein.</w:t>
      </w:r>
      <w:r>
        <w:br/>
      </w:r>
      <w:r>
        <w:rPr>
          <w:sz w:val="20"/>
        </w:rPr>
        <w:t>56:07  Quran ke mutabiq yeh hukum milta hai. to musalmanon ne sara mamla bana rakha hai qomi aur hawala dete hain Islam ka.</w:t>
      </w:r>
      <w:r>
        <w:br/>
      </w:r>
      <w:r>
        <w:rPr>
          <w:sz w:val="20"/>
        </w:rPr>
        <w:t>56:17  yeh to bohat zyada jisarat ki baat hai. is ki to pakad ho gayi Allah taala ka musalmanon ki ke tum ne qomi ladai chhod rakhi thi aur is ko naam de de rahe the Islam ka.</w:t>
      </w:r>
    </w:p>
    <w:p>
      <w:pPr>
        <w:pStyle w:val="Heading2"/>
      </w:pPr>
      <w:r>
        <w:t>Significance of CPS Sunday lectures</w:t>
      </w:r>
    </w:p>
    <w:p>
      <w:r>
        <w:rPr>
          <w:color w:val="666666"/>
          <w:sz w:val="18"/>
        </w:rPr>
        <w:t>Society &amp; Dawah · Revival of Abrahamic Mission October 28, 2012 · 3m 16s · at 1:00:47 · https://youtu.be/9mV72V5gsqM?t=3647</w:t>
      </w:r>
    </w:p>
    <w:p>
      <w:r>
        <w:rPr>
          <w:i/>
        </w:rPr>
        <w:t>“What is the significance of the CPS Sunday lectures? Kindly let me know.”</w:t>
      </w:r>
    </w:p>
    <w:p>
      <w:r>
        <w:rPr>
          <w:sz w:val="20"/>
        </w:rPr>
        <w:t>1:00:47  maulana, agla sawal aaya hai mr. ramesh krishnan ka bangalore se. unhon ne likha hai: "What is the significance of the CPS Sunday lectures?</w:t>
      </w:r>
      <w:r>
        <w:br/>
      </w:r>
      <w:r>
        <w:rPr>
          <w:sz w:val="20"/>
        </w:rPr>
        <w:t>1:00:58  kindly let me know۔" ab mein is ke baray</w:t>
      </w:r>
      <w:r>
        <w:br/>
      </w:r>
      <w:r>
        <w:rPr>
          <w:sz w:val="20"/>
        </w:rPr>
        <w:t>1:01:02  mein kya kahoon? yahi keh sakta hoon ke aap ya to is mein shareek hui hain ya aap internet se suni hain.</w:t>
      </w:r>
      <w:r>
        <w:br/>
      </w:r>
      <w:r>
        <w:rPr>
          <w:sz w:val="20"/>
        </w:rPr>
        <w:t>1:01:14  kam se kam aik mahina regular tareeqay se a se z tak suniye aur do bar suniye. jab lecture hota hai, tab suniye aur phir is ko dobara suniye.</w:t>
      </w:r>
      <w:r>
        <w:br/>
      </w:r>
      <w:r>
        <w:rPr>
          <w:sz w:val="20"/>
        </w:rPr>
        <w:t>1:01:26  to aik mahinay ka jo lecture hai, woh aath bar suniye, yaani chaar bar direct aur aur chaar bar is ka dobara.</w:t>
      </w:r>
      <w:r>
        <w:br/>
      </w:r>
      <w:r>
        <w:rPr>
          <w:sz w:val="20"/>
        </w:rPr>
        <w:t>1:01:43  is ke baad aap ke samnay agar yeh wazeh na ho, phir mujh se sawal kijiye.</w:t>
      </w:r>
      <w:r>
        <w:br/>
      </w:r>
      <w:r>
        <w:rPr>
          <w:sz w:val="20"/>
        </w:rPr>
        <w:t>1:01:51  ghaliban aap ne yeh regular tor par suna nahi hai ya suna hai to is ko poore tareeqay se nahi suna hai, aadha suna, aadha nahi suna.</w:t>
      </w:r>
      <w:r>
        <w:br/>
      </w:r>
      <w:r>
        <w:rPr>
          <w:sz w:val="20"/>
        </w:rPr>
        <w:t>1:02:03  is tarah ke lecture dekhiye, a se z tak sunna parta hai. mislan yahan bhi jo log der mein atay hain, mere andhay ko nahi atay.</w:t>
      </w:r>
      <w:r>
        <w:br/>
      </w:r>
      <w:r>
        <w:rPr>
          <w:sz w:val="20"/>
        </w:rPr>
        <w:t>1:02:13  der mein aana aur na aana dono barabar hain.</w:t>
      </w:r>
      <w:r>
        <w:br/>
      </w:r>
      <w:r>
        <w:rPr>
          <w:sz w:val="20"/>
        </w:rPr>
        <w:t>1:02:17  khud yahan pe jo log atay hain, un mein jo shakhs der mein aata hai, mere andhay ko nahi aata.</w:t>
      </w:r>
      <w:r>
        <w:br/>
      </w:r>
      <w:r>
        <w:rPr>
          <w:sz w:val="20"/>
        </w:rPr>
        <w:t>1:02:26  jo der mein aata, woh nahi aata. is ka aana, na aana, na aana, dono woh kuch nahi samjhe ga. woh kuch bhi nahi samjhe ga. woh is wajah se poora lecture sunna aur dobara aik bar aur sunna,</w:t>
      </w:r>
      <w:r>
        <w:br/>
      </w:r>
      <w:r>
        <w:rPr>
          <w:sz w:val="20"/>
        </w:rPr>
        <w:t>1:02:42  tab ja kar aadmi samjhe ga ke kya mission hai, kya purpose hai.</w:t>
      </w:r>
      <w:r>
        <w:br/>
      </w:r>
      <w:r>
        <w:rPr>
          <w:sz w:val="20"/>
        </w:rPr>
        <w:t>1:02:47  to yeh sawal abhi mere nazdeek complete nahi hai.</w:t>
      </w:r>
      <w:r>
        <w:br/>
      </w:r>
      <w:r>
        <w:rPr>
          <w:sz w:val="20"/>
        </w:rPr>
        <w:t>1:02:54  is tarah jis tarah mein arz kar raha hoon, is tarah se is ki shart poori kijiye, phir sawal kijiye aap. maulana, agla aik comment aur sawal hai jo karachi pakistan se hai.</w:t>
      </w:r>
      <w:r>
        <w:br/>
      </w:r>
      <w:r>
        <w:rPr>
          <w:sz w:val="20"/>
        </w:rPr>
        <w:t>1:03:08  abdul latif sahib ne bheja hai, unhon ne likha hai: "main kaun hoon? meri zindagi ka maqsad kya hai</w:t>
      </w:r>
      <w:r>
        <w:br/>
      </w:r>
      <w:r>
        <w:rPr>
          <w:sz w:val="20"/>
        </w:rPr>
        <w:t>1:03:15  ? mujhe kyun paida kiya gaya hai? maut kya hai? jannat aur jahannum ki haqeeqat kya hai?" yeh woh sawal hai jis se aaj ka insaan, chahe musalman ho ya non muslim, ghafil hai.</w:t>
      </w:r>
      <w:r>
        <w:br/>
      </w:r>
      <w:r>
        <w:rPr>
          <w:sz w:val="20"/>
        </w:rPr>
        <w:t>1:03:31  yeh sirf cps hai jo aaj ke daur mein dawat ke zariye in sawalat se dunya ko, dunya ke tamam insanon ko ba-khabar kar raha hai.</w:t>
      </w:r>
      <w:r>
        <w:br/>
      </w:r>
      <w:r>
        <w:rPr>
          <w:sz w:val="20"/>
        </w:rPr>
        <w:t>1:03:42  mujhe maloom nahi hai ke kyun ummat, ummat ulama is mission ki mukhalifat kar raha hai. haan, theek kaha hai unhon ne.</w:t>
      </w:r>
      <w:r>
        <w:br/>
      </w:r>
      <w:r>
        <w:rPr>
          <w:sz w:val="20"/>
        </w:rPr>
        <w:t>1:03:53  is ke is ka jo nature hai, is ko sahi tor par bataya unhon ne. mujhe is se ittefaq hai.</w:t>
      </w:r>
    </w:p>
    <w:p>
      <w:pPr>
        <w:pStyle w:val="Heading2"/>
      </w:pPr>
      <w:r>
        <w:t>Significance of CPS Sunday lectures</w:t>
      </w:r>
    </w:p>
    <w:p>
      <w:r>
        <w:rPr>
          <w:color w:val="666666"/>
          <w:sz w:val="18"/>
        </w:rPr>
        <w:t>Society &amp; Dawah · The Revival of Ibrahimi Mission-28th October 2012 · 3m 26s · at 1:02:48 · https://youtu.be/kniEYfMCz9w?t=3768</w:t>
      </w:r>
    </w:p>
    <w:p>
      <w:r>
        <w:rPr>
          <w:i/>
        </w:rPr>
        <w:t>“What is the significance of the CPS Sunday lectures? Kindly let me know.”</w:t>
      </w:r>
    </w:p>
    <w:p>
      <w:r>
        <w:rPr>
          <w:sz w:val="20"/>
        </w:rPr>
        <w:t>1:02:48  maulana, agla sawal aaya hai mister ramesh krishnan ka bangalore se.</w:t>
      </w:r>
      <w:r>
        <w:br/>
      </w:r>
      <w:r>
        <w:rPr>
          <w:sz w:val="20"/>
        </w:rPr>
        <w:t>1:02:55  unhon ne likha hai: "What is the significance of the CPS Sunday lectures?</w:t>
      </w:r>
      <w:r>
        <w:br/>
      </w:r>
      <w:r>
        <w:rPr>
          <w:sz w:val="20"/>
        </w:rPr>
        <w:t>1:03:02  Kindly let me know." ab mein is ke baray mein kya kahoon? yahi keh sakta hoon ke aap</w:t>
      </w:r>
      <w:r>
        <w:br/>
      </w:r>
      <w:r>
        <w:rPr>
          <w:sz w:val="20"/>
        </w:rPr>
        <w:t>1:03:07  ya to is mein shareek huiye ya aap internet se suniye.</w:t>
      </w:r>
      <w:r>
        <w:br/>
      </w:r>
      <w:r>
        <w:rPr>
          <w:sz w:val="20"/>
        </w:rPr>
        <w:t>1:03:13  kam se kam ek mahina regular tareeqay se a se z tak suniye aur do bar suniye.</w:t>
      </w:r>
      <w:r>
        <w:br/>
      </w:r>
      <w:r>
        <w:rPr>
          <w:sz w:val="20"/>
        </w:rPr>
        <w:t>1:03:19  jab lecture hota hai, tab suniye aur phir is ko dobara suniye.</w:t>
      </w:r>
      <w:r>
        <w:br/>
      </w:r>
      <w:r>
        <w:rPr>
          <w:sz w:val="20"/>
        </w:rPr>
        <w:t>1:03:25  to ek mahine ka jo lecture hai, woh aath bar suniye, yani char bar direct aur aur char</w:t>
      </w:r>
      <w:r>
        <w:br/>
      </w:r>
      <w:r>
        <w:rPr>
          <w:sz w:val="20"/>
        </w:rPr>
        <w:t>1:03:31  baar is ka dobara.</w:t>
      </w:r>
      <w:r>
        <w:br/>
      </w:r>
      <w:r>
        <w:rPr>
          <w:sz w:val="20"/>
        </w:rPr>
        <w:t>1:03:37  is ke baad aap ke samne agar yeh wazeh na ho, phir mujh se sawal kijiye.</w:t>
      </w:r>
      <w:r>
        <w:br/>
      </w:r>
      <w:r>
        <w:rPr>
          <w:sz w:val="20"/>
        </w:rPr>
        <w:t>1:03:43  ghaaliban aap ne yeh regular tor par suna nahi hai ya suna hai to is ko poore tareeqe</w:t>
      </w:r>
      <w:r>
        <w:br/>
      </w:r>
      <w:r>
        <w:rPr>
          <w:sz w:val="20"/>
        </w:rPr>
        <w:t>1:03:48  se nahi suna hai, aadha suna, aadha nahi suna.</w:t>
      </w:r>
      <w:r>
        <w:br/>
      </w:r>
      <w:r>
        <w:rPr>
          <w:sz w:val="20"/>
        </w:rPr>
        <w:t>1:03:54  is tarah ke lecture dekhiye, A se Z tak sunna parta hai.</w:t>
      </w:r>
      <w:r>
        <w:br/>
      </w:r>
      <w:r>
        <w:rPr>
          <w:sz w:val="20"/>
        </w:rPr>
        <w:t>1:04:00  misalan yahan bhi jo log der mein aate hain, mere had tak woh nahi aate.</w:t>
      </w:r>
      <w:r>
        <w:br/>
      </w:r>
      <w:r>
        <w:rPr>
          <w:sz w:val="20"/>
        </w:rPr>
        <w:t>1:04:06  der mein aana aur na aana dono barabar hain.</w:t>
      </w:r>
      <w:r>
        <w:br/>
      </w:r>
      <w:r>
        <w:rPr>
          <w:sz w:val="20"/>
        </w:rPr>
        <w:t>1:04:12  khud yahan pe jo log aate hain, un mein jo shakhs der mein aata hai, mere had tak</w:t>
      </w:r>
      <w:r>
        <w:br/>
      </w:r>
      <w:r>
        <w:rPr>
          <w:sz w:val="20"/>
        </w:rPr>
        <w:t>1:04:18  woh nahi aata.</w:t>
      </w:r>
      <w:r>
        <w:br/>
      </w:r>
      <w:r>
        <w:rPr>
          <w:sz w:val="20"/>
        </w:rPr>
        <w:t>1:04:24  jo der mein aata hai, woh nahi aata.</w:t>
      </w:r>
      <w:r>
        <w:br/>
      </w:r>
      <w:r>
        <w:rPr>
          <w:sz w:val="20"/>
        </w:rPr>
        <w:t>1:04:30  is ka aana, na aana dono woh kuch nahi samjhe ga.</w:t>
      </w:r>
      <w:r>
        <w:br/>
      </w:r>
      <w:r>
        <w:rPr>
          <w:sz w:val="20"/>
        </w:rPr>
        <w:t>1:04:35  woh kuch bhi nahi samjhe ga.</w:t>
      </w:r>
      <w:r>
        <w:br/>
      </w:r>
      <w:r>
        <w:rPr>
          <w:sz w:val="20"/>
        </w:rPr>
        <w:t>1:04:41  woh is wajah se poora lecture sunna aur dobara aik baar aur sunna, tab ja kar aadmi samjhe</w:t>
      </w:r>
      <w:r>
        <w:br/>
      </w:r>
      <w:r>
        <w:rPr>
          <w:sz w:val="20"/>
        </w:rPr>
        <w:t>1:04:47  ga ke kia mission hai, kia purpose hai.</w:t>
      </w:r>
      <w:r>
        <w:br/>
      </w:r>
      <w:r>
        <w:rPr>
          <w:sz w:val="20"/>
        </w:rPr>
        <w:t>1:04:53  to yeh sawal abhi mere nazdeek complete nahi hai.</w:t>
      </w:r>
      <w:r>
        <w:br/>
      </w:r>
      <w:r>
        <w:rPr>
          <w:sz w:val="20"/>
        </w:rPr>
        <w:t>1:04:59  is tareeqe se jis tarah mein arz kar raha hoon, is tarah se is ki shart poori kijiye,</w:t>
      </w:r>
      <w:r>
        <w:br/>
      </w:r>
      <w:r>
        <w:rPr>
          <w:sz w:val="20"/>
        </w:rPr>
        <w:t>1:05:05  phir sawal kijiye.</w:t>
      </w:r>
      <w:r>
        <w:br/>
      </w:r>
      <w:r>
        <w:rPr>
          <w:sz w:val="20"/>
        </w:rPr>
        <w:t>1:05:11  aap Maulana, agla aik comment aur sawal hai jo Karachi Pakistan se hai.</w:t>
      </w:r>
      <w:r>
        <w:br/>
      </w:r>
      <w:r>
        <w:rPr>
          <w:sz w:val="20"/>
        </w:rPr>
        <w:t>1:05:16  Abdul Latif sahib ne bheja hai.</w:t>
      </w:r>
      <w:r>
        <w:br/>
      </w:r>
      <w:r>
        <w:rPr>
          <w:sz w:val="20"/>
        </w:rPr>
        <w:t>1:05:22  unhon ne likha hai: "main kon hoon? meri zindagi ka maqsad kia hai? mujhe kyun paida kiya gaya</w:t>
      </w:r>
      <w:r>
        <w:br/>
      </w:r>
      <w:r>
        <w:rPr>
          <w:sz w:val="20"/>
        </w:rPr>
        <w:t>1:05:28  hai? maut kia hai? jannat aur jahannum ki haqeeqat kia hai?" yeh woh sawal hai jis se aaj</w:t>
      </w:r>
      <w:r>
        <w:br/>
      </w:r>
      <w:r>
        <w:rPr>
          <w:sz w:val="20"/>
        </w:rPr>
        <w:t>1:05:34  ka insaan, chahe musalman ho ya non-muslim, ghafil hai.</w:t>
      </w:r>
      <w:r>
        <w:br/>
      </w:r>
      <w:r>
        <w:rPr>
          <w:sz w:val="20"/>
        </w:rPr>
        <w:t>1:05:40  yeh sirf CPS hai jo aaj ke daur mein dawat ke zariye in sawalat se duniya</w:t>
      </w:r>
      <w:r>
        <w:br/>
      </w:r>
      <w:r>
        <w:rPr>
          <w:sz w:val="20"/>
        </w:rPr>
        <w:t>1:05:46  ko, duniya ke tamam insanon ko ba-khabar kar raha hai.</w:t>
      </w:r>
      <w:r>
        <w:br/>
      </w:r>
      <w:r>
        <w:rPr>
          <w:sz w:val="20"/>
        </w:rPr>
        <w:t>1:05:52  mujhe maloom nahi hai ke kyun ummat, ummat ulma is mission ki mukhalifat kar raha hai.</w:t>
      </w:r>
      <w:r>
        <w:br/>
      </w:r>
      <w:r>
        <w:rPr>
          <w:sz w:val="20"/>
        </w:rPr>
        <w:t>1:05:58  haan, theek kaha hai unhon ne.</w:t>
      </w:r>
      <w:r>
        <w:br/>
      </w:r>
      <w:r>
        <w:rPr>
          <w:sz w:val="20"/>
        </w:rPr>
        <w:t>1:06:03  is ka jo nature hai, is ko sahi tor par bataya hi nahin hai.</w:t>
      </w:r>
      <w:r>
        <w:br/>
      </w:r>
      <w:r>
        <w:rPr>
          <w:sz w:val="20"/>
        </w:rPr>
        <w:t>1:06:09  mujhe is se ittefaq hai.</w:t>
      </w:r>
    </w:p>
    <w:p>
      <w:pPr>
        <w:pStyle w:val="Heading2"/>
      </w:pPr>
      <w:r>
        <w:t>Source of Western innovation and Islam's role</w:t>
      </w:r>
    </w:p>
    <w:p>
      <w:r>
        <w:rPr>
          <w:color w:val="666666"/>
          <w:sz w:val="18"/>
        </w:rPr>
        <w:t>Society &amp; Dawah · Realistic Approach March 30, 2014 Maulana Wahiduddin Khan · 4m 08s · at 55:56 · https://youtu.be/K36UonBsGlA?t=3356</w:t>
      </w:r>
    </w:p>
    <w:p>
      <w:r>
        <w:rPr>
          <w:i/>
        </w:rPr>
        <w:t>“How did the Westerners become the innovators? What was the source of their innovation? Did they get the idea to innovate from Islam?”</w:t>
      </w:r>
    </w:p>
    <w:p>
      <w:r>
        <w:rPr>
          <w:sz w:val="20"/>
        </w:rPr>
        <w:t>55:56  maulana, agla sawal kya hai dilli se muhammad khursheed alam sahib ne. unhon ne likha hai: "How did the Westerners become the innovators</w:t>
      </w:r>
      <w:r>
        <w:br/>
      </w:r>
      <w:r>
        <w:rPr>
          <w:sz w:val="20"/>
        </w:rPr>
        <w:t>56:07  ? What was the source of their innovation? Did they get the idea to innovate from Islam</w:t>
      </w:r>
      <w:r>
        <w:br/>
      </w:r>
      <w:r>
        <w:rPr>
          <w:sz w:val="20"/>
        </w:rPr>
        <w:t>56:15  ?" second: islam bas khali bas yahi hai logon ko pata hai ke hamara fakhr hamare hisse mein aana chahiye. fakhr jo hai hamare hisse mein aana chahiye.</w:t>
      </w:r>
      <w:r>
        <w:br/>
      </w:r>
      <w:r>
        <w:rPr>
          <w:sz w:val="20"/>
        </w:rPr>
        <w:t>56:26  sab se bari burai yeh hai ke aap fakhr apne hisse mein dalna chahein. woh insaan nahin hai. in ko Allah ne nahin paida kiya hai, aap hi ko paida kiya hai.</w:t>
      </w:r>
      <w:r>
        <w:br/>
      </w:r>
      <w:r>
        <w:rPr>
          <w:sz w:val="20"/>
        </w:rPr>
        <w:t>56:36  yaani musalman samajhte hain ke hamara paida karne wala to Allah hai, baqi un ka paida karne wala shaitan hai. yeh soch jo hai itni zyada Dirty hai, itni Dirty hai ke Allah kabhi is ko maaf nahin karega is soch ko.</w:t>
      </w:r>
      <w:r>
        <w:br/>
      </w:r>
      <w:r>
        <w:rPr>
          <w:sz w:val="20"/>
        </w:rPr>
        <w:t>56:49  bhai, in cheezon ko aap janna chahein to meri kitab chhap rahi hai. is ka naam hai izhar-e-deen, is ko parhiye aap. woh is waqt Press mein hai, bohat jald aa jayegi.</w:t>
      </w:r>
      <w:r>
        <w:br/>
      </w:r>
      <w:r>
        <w:rPr>
          <w:sz w:val="20"/>
        </w:rPr>
        <w:t>56:58  maulana, ek hissa un ke sawal ka yeh bhi tha ke Why Muslims consider America to be an enemy of Islam? wahi Falsehood ka hissa hai.</w:t>
      </w:r>
      <w:r>
        <w:br/>
      </w:r>
      <w:r>
        <w:rPr>
          <w:sz w:val="20"/>
        </w:rPr>
        <w:t>57:11  wahi Falsehood ka hissa hai.</w:t>
      </w:r>
      <w:r>
        <w:br/>
      </w:r>
      <w:r>
        <w:rPr>
          <w:sz w:val="20"/>
        </w:rPr>
        <w:t>57:17  dekhiye, sab se bari wajah jo musalmanon ke haan aayi hai woh yeh ke America Israel ki himayat kyun karta hai? to sawal yeh hai ke America Pakistan ki himayat kyun karta hai?</w:t>
      </w:r>
      <w:r>
        <w:br/>
      </w:r>
      <w:r>
        <w:rPr>
          <w:sz w:val="20"/>
        </w:rPr>
        <w:t>57:30  sath baras se Pakistan America ki madad mein jee raha hai.</w:t>
      </w:r>
      <w:r>
        <w:br/>
      </w:r>
      <w:r>
        <w:rPr>
          <w:sz w:val="20"/>
        </w:rPr>
        <w:t>57:36  to America agar Israel ki himayat karta hai to aap sochiye ke Pakistan ki himayat kyun karta hai? aur Seven Million musalman kyun rehte hain athath se America mein?</w:t>
      </w:r>
      <w:r>
        <w:br/>
      </w:r>
      <w:r>
        <w:rPr>
          <w:sz w:val="20"/>
        </w:rPr>
        <w:t>57:48  is ki wajah kya hai? to America apne Interest ko jahan dekhta hai, jahan Interest Israel se is ko poora ho raha hai to Israel ka saath deta hai.</w:t>
      </w:r>
      <w:r>
        <w:br/>
      </w:r>
      <w:r>
        <w:rPr>
          <w:sz w:val="20"/>
        </w:rPr>
        <w:t>57:59  jahan Pakistan hai, woh Pakistan ka saath deta hai. jo Seven Million musalman wahan hain, woh us ke woh Labor, us ko Labor ki zaroorat hai, woh Labor faraham kar rahe hain. to in ko in ko apni jagah di gayi hai.</w:t>
      </w:r>
      <w:r>
        <w:br/>
      </w:r>
      <w:r>
        <w:rPr>
          <w:sz w:val="20"/>
        </w:rPr>
        <w:t>58:12  yeh Seven Million musalman jo hain America mein, woh un ke Labor ki zaroorat poori kar rahe hain. to in ko bhi woh mauqa diya gaya hai. dekhiye, har aadmi apne Interest ko dekhta hai.</w:t>
      </w:r>
      <w:r>
        <w:br/>
      </w:r>
      <w:r>
        <w:rPr>
          <w:sz w:val="20"/>
        </w:rPr>
        <w:t>58:23  koi dushman kisi ka nahin hota. kisi insaan ko yeh fursat nahin hai ke woh aapse dushmani kare. yeh nazariya hi batil hai bilkul.</w:t>
      </w:r>
      <w:r>
        <w:br/>
      </w:r>
      <w:r>
        <w:rPr>
          <w:sz w:val="20"/>
        </w:rPr>
        <w:t>58:31  jhoot, jhoot hai. har aadmi apne Interest ko dekhta hai. ab aap ko kahin ikhtilaf pad jata hai is ka Interest to aap kehte hain yeh dushman hai. woh apne Interest ko hasil karna chahta tha.</w:t>
      </w:r>
      <w:r>
        <w:br/>
      </w:r>
      <w:r>
        <w:rPr>
          <w:sz w:val="20"/>
        </w:rPr>
        <w:t>58:43  ittifaq ki baat hai ke aap ko kahin thokar lag gayi. to yaad rakhiye, apni Dictionary se nikal dijiye yeh lafz dushmani aur Conspiracy.</w:t>
      </w:r>
      <w:r>
        <w:br/>
      </w:r>
      <w:r>
        <w:rPr>
          <w:sz w:val="20"/>
        </w:rPr>
        <w:t>58:56  aur sahi lafz is ke rakhiye ke har insaan apne Interest pe chal raha hai. aap bhi Interest pe chal rahe hain. musalman bhi apne Interest pe chal rahe hain.</w:t>
      </w:r>
      <w:r>
        <w:br/>
      </w:r>
      <w:r>
        <w:rPr>
          <w:sz w:val="20"/>
        </w:rPr>
        <w:t>59:08  to kahin aap ka Interest doosre se mawafiqat kar jayega, kahin mukhalifat kar jayega.</w:t>
      </w:r>
      <w:r>
        <w:br/>
      </w:r>
      <w:r>
        <w:rPr>
          <w:sz w:val="20"/>
        </w:rPr>
        <w:t>59:18  to woh ittifaq ki baat hai. koi kisi ka dushman nahin. kisi ko fursat nahin hai ke woh kisi ki dushmani kare. har aadmi ko khud apni taraqqi, bachchon ko taraqqi dena hai, apne ghar ko banana hai.</w:t>
      </w:r>
      <w:r>
        <w:br/>
      </w:r>
      <w:r>
        <w:rPr>
          <w:sz w:val="20"/>
        </w:rPr>
        <w:t>59:30  yeh nazariya hi bilkul Baseless hai, bilkul Baseless hai ke falan dushman hai, falan dushman hai. koi dushman nahin hai. har aadmi apne apne.</w:t>
      </w:r>
      <w:r>
        <w:br/>
      </w:r>
      <w:r>
        <w:rPr>
          <w:sz w:val="20"/>
        </w:rPr>
        <w:t>59:40  main ne aap ko misaal di ke agar Israel ki himayat karne ki wajah se America dushman ban gaya to is Pakistan ki himayat kyun karta hai? woh Seven Million musalmanon ko apne haan jagah di hui hai.</w:t>
      </w:r>
      <w:r>
        <w:br/>
      </w:r>
      <w:r>
        <w:rPr>
          <w:sz w:val="20"/>
        </w:rPr>
        <w:t>59:51  khoob kha kama rahe hain woh. kyon? to apne interest ki wajah se yeh bhi kar raha hai, interest ki wajah se woh bhi kar raha hai. interest ka lafz dono ko explain karta hai.</w:t>
      </w:r>
    </w:p>
    <w:p>
      <w:pPr>
        <w:pStyle w:val="Heading2"/>
      </w:pPr>
      <w:r>
        <w:t>Spreading God's message as the only task</w:t>
      </w:r>
    </w:p>
    <w:p>
      <w:r>
        <w:rPr>
          <w:color w:val="666666"/>
          <w:sz w:val="18"/>
        </w:rPr>
        <w:t>Society &amp; Dawah · Peaceful Islamic Mission December 28, 2014 · 2m 25s · at 47:37 · https://youtu.be/aLacalXEtRA?t=2857</w:t>
      </w:r>
    </w:p>
    <w:p>
      <w:r>
        <w:rPr>
          <w:i/>
        </w:rPr>
        <w:t>“When we try to make Muslims aware that spreading God's word and message is the only task, they say that there are so many...”</w:t>
      </w:r>
    </w:p>
    <w:p>
      <w:r>
        <w:rPr>
          <w:sz w:val="20"/>
        </w:rPr>
        <w:t>47:37  Maulana, agla sawal Delhi se hai.</w:t>
      </w:r>
      <w:r>
        <w:br/>
      </w:r>
      <w:r>
        <w:rPr>
          <w:sz w:val="20"/>
        </w:rPr>
        <w:t>47:44  Miss Naghma Siddiqui ne poocha hai aur unhone likha hai ke "When we try to make Muslims</w:t>
      </w:r>
      <w:r>
        <w:br/>
      </w:r>
      <w:r>
        <w:rPr>
          <w:sz w:val="20"/>
        </w:rPr>
        <w:t>47:50  aware that spreading God's word and message is the only task, they say that there are so many</w:t>
      </w:r>
      <w:r>
        <w:br/>
      </w:r>
      <w:r>
        <w:rPr>
          <w:sz w:val="20"/>
        </w:rPr>
        <w:t>47:56  other good works and are not convinced." Maulana, what is the responsibility that we have towards these Muslims؟</w:t>
      </w:r>
      <w:r>
        <w:br/>
      </w:r>
      <w:r>
        <w:rPr>
          <w:sz w:val="20"/>
        </w:rPr>
        <w:t>48:03  saada baat yeh hai ke un se yeh kehna chahiye ke tum khud se kyun tay karte ho</w:t>
      </w:r>
      <w:r>
        <w:br/>
      </w:r>
      <w:r>
        <w:rPr>
          <w:sz w:val="20"/>
        </w:rPr>
        <w:t>48:09  ke kya achha kaam, kaun sa achha kaam hai? Ke mislan yeh hamare saamne ek park yahan par</w:t>
      </w:r>
      <w:r>
        <w:br/>
      </w:r>
      <w:r>
        <w:rPr>
          <w:sz w:val="20"/>
        </w:rPr>
        <w:t>48:15  hai, is park ko maintain karna achha kaam hai, yeh kaun bura kaam batayega? Sawal yeh nahi</w:t>
      </w:r>
      <w:r>
        <w:br/>
      </w:r>
      <w:r>
        <w:rPr>
          <w:sz w:val="20"/>
        </w:rPr>
        <w:t>48:22  hai ke achha kaam kaun sa hai? Sawal yeh hai ke Allah taala ne kis kaam ki zimme</w:t>
      </w:r>
      <w:r>
        <w:br/>
      </w:r>
      <w:r>
        <w:rPr>
          <w:sz w:val="20"/>
        </w:rPr>
        <w:t>48:28  daari daali hai? Ali imaan par.</w:t>
      </w:r>
      <w:r>
        <w:br/>
      </w:r>
      <w:r>
        <w:rPr>
          <w:sz w:val="20"/>
        </w:rPr>
        <w:t>48:34  to main yeh kahunga ke Quran ki ek aayat hai ke "Ya ayyuha al-rasool, baligh ma unzila</w:t>
      </w:r>
      <w:r>
        <w:br/>
      </w:r>
      <w:r>
        <w:rPr>
          <w:sz w:val="20"/>
        </w:rPr>
        <w:t>48:41  ilaika min rabbik, wa in lam taf'al, fa ma balaghta risalatah, wallahu ya'simuka min an-nas." Aur doosri aayatein bhi hain ke</w:t>
      </w:r>
      <w:r>
        <w:br/>
      </w:r>
      <w:r>
        <w:rPr>
          <w:sz w:val="20"/>
        </w:rPr>
        <w:t>48:47  Rasool Allah Salallahu Alaihi Wasallam ne tum par pahunchaya hai deen, tum ko pahunchana hai doosron ko deen.</w:t>
      </w:r>
      <w:r>
        <w:br/>
      </w:r>
      <w:r>
        <w:rPr>
          <w:sz w:val="20"/>
        </w:rPr>
        <w:t>48:53  Wa kadhalika ja'alnakum ummatan wasatan litakunu shuhada'a 'ala an-nas wa yakuna ar-rasoolu 'alaykum shaheedan.</w:t>
      </w:r>
      <w:r>
        <w:br/>
      </w:r>
      <w:r>
        <w:rPr>
          <w:sz w:val="20"/>
        </w:rPr>
        <w:t>49:00  In aayaton ko le kar jo baat samajh aati hai, woh yeh hai ke Rasool Allah Salallahu</w:t>
      </w:r>
      <w:r>
        <w:br/>
      </w:r>
      <w:r>
        <w:rPr>
          <w:sz w:val="20"/>
        </w:rPr>
        <w:t>49:06  Alaihi Wasallam par yeh zimmedari thi ke agar woh Allah ke deen ko na pahunchaye logon tak,</w:t>
      </w:r>
      <w:r>
        <w:br/>
      </w:r>
      <w:r>
        <w:rPr>
          <w:sz w:val="20"/>
        </w:rPr>
        <w:t>49:12  to un ke Rasool hone ki haisiyat mujtaba yaadi thi Allah ki nazar mein.</w:t>
      </w:r>
      <w:r>
        <w:br/>
      </w:r>
      <w:r>
        <w:rPr>
          <w:sz w:val="20"/>
        </w:rPr>
        <w:t>49:19  To ummat-e-Muhammadi maqam-e-Muhammadi par hai is aitbaar se ke jo kaam Muhammad Salallahu Alaihi Wasallam</w:t>
      </w:r>
      <w:r>
        <w:br/>
      </w:r>
      <w:r>
        <w:rPr>
          <w:sz w:val="20"/>
        </w:rPr>
        <w:t>49:25  ko karna tha, woh kaam ab ummat ko karna hai.</w:t>
      </w:r>
      <w:r>
        <w:br/>
      </w:r>
      <w:r>
        <w:rPr>
          <w:sz w:val="20"/>
        </w:rPr>
        <w:t>49:31  To agar ummat yeh dawat ka kaam na kare, jis ko Quran mein indhaar aur tabshir kaha gaya</w:t>
      </w:r>
      <w:r>
        <w:br/>
      </w:r>
      <w:r>
        <w:rPr>
          <w:sz w:val="20"/>
        </w:rPr>
        <w:t>49:38  hai, to ummat ki haisiyat hi khatam ho jayegi.</w:t>
      </w:r>
      <w:r>
        <w:br/>
      </w:r>
      <w:r>
        <w:rPr>
          <w:sz w:val="20"/>
        </w:rPr>
        <w:t>49:44  Ummat ka ummat-e-Muhammadi aur mujtaba ho jayega.</w:t>
      </w:r>
      <w:r>
        <w:br/>
      </w:r>
      <w:r>
        <w:rPr>
          <w:sz w:val="20"/>
        </w:rPr>
        <w:t>49:50  To jo log aisa kehte hain, un se sirf yeh aap kahiye ke Quran ko padho, Quran ko</w:t>
      </w:r>
      <w:r>
        <w:br/>
      </w:r>
      <w:r>
        <w:rPr>
          <w:sz w:val="20"/>
        </w:rPr>
        <w:t>49:57  padh kar hi rai banao, apne dimagh se rai mat banao.</w:t>
      </w:r>
    </w:p>
    <w:p>
      <w:pPr>
        <w:pStyle w:val="Heading2"/>
      </w:pPr>
      <w:r>
        <w:t>Spreading mission despite seminary limitations</w:t>
      </w:r>
    </w:p>
    <w:p>
      <w:r>
        <w:rPr>
          <w:color w:val="666666"/>
          <w:sz w:val="18"/>
        </w:rPr>
        <w:t>Society &amp; Dawah · Paradise September 18, 2016 · 3m 42s · at 55:21 · https://youtu.be/R2kZlD0PbGQ?t=3321</w:t>
      </w:r>
    </w:p>
    <w:p>
      <w:r>
        <w:rPr>
          <w:i/>
        </w:rPr>
        <w:t>“There are many people who have been studying your books for a long period and want to spread your mission, but in the current religious seminaries it is not possible.”</w:t>
      </w:r>
    </w:p>
    <w:p>
      <w:r>
        <w:rPr>
          <w:sz w:val="20"/>
        </w:rPr>
        <w:t>55:21  ji Maulana, agla sawal Saharanpur se kiya hai Muhammad Tauseef Qasmi sahab ne, aur unhone likha</w:t>
      </w:r>
      <w:r>
        <w:br/>
      </w:r>
      <w:r>
        <w:rPr>
          <w:sz w:val="20"/>
        </w:rPr>
        <w:t>55:27  hai: "Maulana, kai aise log hain jo lambe period se aap ki kitabon ka mutala kar rahe hain</w:t>
      </w:r>
      <w:r>
        <w:br/>
      </w:r>
      <w:r>
        <w:rPr>
          <w:sz w:val="20"/>
        </w:rPr>
        <w:t>55:32  aur aap ke mission ko phailana chahte hain, magar maujooda deeni madaris mein yeh mumkin nahi hai.</w:t>
      </w:r>
      <w:r>
        <w:br/>
      </w:r>
      <w:r>
        <w:rPr>
          <w:sz w:val="20"/>
        </w:rPr>
        <w:t>55:38  Maulana, aap kuch advice dein." Nahi, nahi, deeni madaris mein koi nahi mumkin hai.</w:t>
      </w:r>
      <w:r>
        <w:br/>
      </w:r>
      <w:r>
        <w:rPr>
          <w:sz w:val="20"/>
        </w:rPr>
        <w:t>55:44  main bhi deeni madaris mein parha hua hoon.</w:t>
      </w:r>
      <w:r>
        <w:br/>
      </w:r>
      <w:r>
        <w:rPr>
          <w:sz w:val="20"/>
        </w:rPr>
        <w:t>55:49  yeh main samajhta hoon ke sahi baat nahi hai.</w:t>
      </w:r>
      <w:r>
        <w:br/>
      </w:r>
      <w:r>
        <w:rPr>
          <w:sz w:val="20"/>
        </w:rPr>
        <w:t>55:55  aap chahe deeni madaris hon ya secular idare hon, kahin bhi hon, kaam karne ke awqaat har ek</w:t>
      </w:r>
      <w:r>
        <w:br/>
      </w:r>
      <w:r>
        <w:rPr>
          <w:sz w:val="20"/>
        </w:rPr>
        <w:t>56:01  ke liye hote hain, woh kar sakta hai.</w:t>
      </w:r>
      <w:r>
        <w:br/>
      </w:r>
      <w:r>
        <w:rPr>
          <w:sz w:val="20"/>
        </w:rPr>
        <w:t>56:07  yeh main is ko is uzr ko main nahi manta kyunke mujhe khud bhi tajurba hai deeni madaris ka.</w:t>
      </w:r>
      <w:r>
        <w:br/>
      </w:r>
      <w:r>
        <w:rPr>
          <w:sz w:val="20"/>
        </w:rPr>
        <w:t>56:12  Maulana, agla ek ek baat bataoon aap ko.</w:t>
      </w:r>
      <w:r>
        <w:br/>
      </w:r>
      <w:r>
        <w:rPr>
          <w:sz w:val="20"/>
        </w:rPr>
        <w:t>56:18  ek qissa ek deeni madarse ka jahan mashhoor hai ke hamari kitabein wahan mana karte hain, par woh bante hain.</w:t>
      </w:r>
      <w:r>
        <w:br/>
      </w:r>
      <w:r>
        <w:rPr>
          <w:sz w:val="20"/>
        </w:rPr>
        <w:t>56:24  ek ek bada deeni madrassa toh ek sahab, un ka naam hai Jan Muhammad, woh woh angrez hain,</w:t>
      </w:r>
      <w:r>
        <w:br/>
      </w:r>
      <w:r>
        <w:rPr>
          <w:sz w:val="20"/>
        </w:rPr>
        <w:t>56:29  woh woh paida hue England mein, un ka naam tha woh Jan Butt.</w:t>
      </w:r>
      <w:r>
        <w:br/>
      </w:r>
      <w:r>
        <w:rPr>
          <w:sz w:val="20"/>
        </w:rPr>
        <w:t>56:35  kya naam tha bhai? Jan Butt.</w:t>
      </w:r>
      <w:r>
        <w:br/>
      </w:r>
      <w:r>
        <w:rPr>
          <w:sz w:val="20"/>
        </w:rPr>
        <w:t>56:41  Jan Butt, un ka naam tha Jan Butt.</w:t>
      </w:r>
      <w:r>
        <w:br/>
      </w:r>
      <w:r>
        <w:rPr>
          <w:sz w:val="20"/>
        </w:rPr>
        <w:t>56:46  phir un ko Islam ka mutalba kiya aur Islam qabool kar liya unhone.</w:t>
      </w:r>
      <w:r>
        <w:br/>
      </w:r>
      <w:r>
        <w:rPr>
          <w:sz w:val="20"/>
        </w:rPr>
        <w:t>56:52  to apna naam rakh diya unhon ne jaan muhammad.</w:t>
      </w:r>
      <w:r>
        <w:br/>
      </w:r>
      <w:r>
        <w:rPr>
          <w:sz w:val="20"/>
        </w:rPr>
        <w:t>56:58  to jis madrase mein, usi madrase mein parhte the woh, to woh hamari kitabein le kar ke bahar</w:t>
      </w:r>
      <w:r>
        <w:br/>
      </w:r>
      <w:r>
        <w:rPr>
          <w:sz w:val="20"/>
        </w:rPr>
        <w:t>57:04  baithte the, woh bechte the kitabein.</w:t>
      </w:r>
      <w:r>
        <w:br/>
      </w:r>
      <w:r>
        <w:rPr>
          <w:sz w:val="20"/>
        </w:rPr>
        <w:t>57:09  yani bechne ki ek shakal thi, logon ko dete the.</w:t>
      </w:r>
      <w:r>
        <w:br/>
      </w:r>
      <w:r>
        <w:rPr>
          <w:sz w:val="20"/>
        </w:rPr>
        <w:t>57:15  to kisi ne kaha ke yahan to in kitabon ko be amanat hai, yeh kitabein jo aap likh bethe hain.</w:t>
      </w:r>
      <w:r>
        <w:br/>
      </w:r>
      <w:r>
        <w:rPr>
          <w:sz w:val="20"/>
        </w:rPr>
        <w:t>57:21  to unhon ne kaha ke bhai, main to aap jante hain ke main yeh india ka aadmi nahi</w:t>
      </w:r>
      <w:r>
        <w:br/>
      </w:r>
      <w:r>
        <w:rPr>
          <w:sz w:val="20"/>
        </w:rPr>
        <w:t>57:26  hoon, bahar ka aadmi hoon, mere paas koi aamdani ka zariya nahi hai, to isi ko bech kar</w:t>
      </w:r>
      <w:r>
        <w:br/>
      </w:r>
      <w:r>
        <w:rPr>
          <w:sz w:val="20"/>
        </w:rPr>
        <w:t>57:32  ke kaam chalta hoon.</w:t>
      </w:r>
      <w:r>
        <w:br/>
      </w:r>
      <w:r>
        <w:rPr>
          <w:sz w:val="20"/>
        </w:rPr>
        <w:t>57:38  to kya aap chahte hain ke mera kaam na chale? main faqeer ban kar rahoon? to to aap</w:t>
      </w:r>
      <w:r>
        <w:br/>
      </w:r>
      <w:r>
        <w:rPr>
          <w:sz w:val="20"/>
        </w:rPr>
        <w:t>57:43  aap hi be intezam kar dijiye.</w:t>
      </w:r>
      <w:r>
        <w:br/>
      </w:r>
      <w:r>
        <w:rPr>
          <w:sz w:val="20"/>
        </w:rPr>
        <w:t>57:49  to sab chup ho gaye.</w:t>
      </w:r>
      <w:r>
        <w:br/>
      </w:r>
      <w:r>
        <w:rPr>
          <w:sz w:val="20"/>
        </w:rPr>
        <w:t>57:55  to pata hai, har cheez ko aap baans kar sakte hain.</w:t>
      </w:r>
      <w:r>
        <w:br/>
      </w:r>
      <w:r>
        <w:rPr>
          <w:sz w:val="20"/>
        </w:rPr>
        <w:t>58:01  woh sahib maujood hain, woh rehte hain, ab aaj kal jalalabad mein rehte hain, woh jaan muhammad</w:t>
      </w:r>
      <w:r>
        <w:br/>
      </w:r>
      <w:r>
        <w:rPr>
          <w:sz w:val="20"/>
        </w:rPr>
        <w:t>58:06  sahib kab ke aate hain yahan par.</w:t>
      </w:r>
      <w:r>
        <w:br/>
      </w:r>
      <w:r>
        <w:rPr>
          <w:sz w:val="20"/>
        </w:rPr>
        <w:t>58:12  to aap art of management seekhein.</w:t>
      </w:r>
      <w:r>
        <w:br/>
      </w:r>
      <w:r>
        <w:rPr>
          <w:sz w:val="20"/>
        </w:rPr>
        <w:t>58:18  you have to learn the art of management.</w:t>
      </w:r>
      <w:r>
        <w:br/>
      </w:r>
      <w:r>
        <w:rPr>
          <w:sz w:val="20"/>
        </w:rPr>
        <w:t>58:23  kisi bhi situation mein aap hon, wahan manage karna mumkin hota hai.</w:t>
      </w:r>
      <w:r>
        <w:br/>
      </w:r>
      <w:r>
        <w:rPr>
          <w:sz w:val="20"/>
        </w:rPr>
        <w:t>58:29  aap manage karna seekhein.</w:t>
      </w:r>
      <w:r>
        <w:br/>
      </w:r>
      <w:r>
        <w:rPr>
          <w:sz w:val="20"/>
        </w:rPr>
        <w:t>58:35  jab unhon ne apne case ko yeh dikhaya ke main in ka مبلغ nahi hoon, main to apna</w:t>
      </w:r>
      <w:r>
        <w:br/>
      </w:r>
      <w:r>
        <w:rPr>
          <w:sz w:val="20"/>
        </w:rPr>
        <w:t>58:40  rozi roti ke liye kar raha hoon, to logon ko woh zehan badal gaya.</w:t>
      </w:r>
      <w:r>
        <w:br/>
      </w:r>
      <w:r>
        <w:rPr>
          <w:sz w:val="20"/>
        </w:rPr>
        <w:t>58:46  unhon ne kaha theek hai, apna kijiye aap.</w:t>
      </w:r>
      <w:r>
        <w:br/>
      </w:r>
      <w:r>
        <w:rPr>
          <w:sz w:val="20"/>
        </w:rPr>
        <w:t>58:52  to main samajhta hoon ke chahe deeni madrassa ho ya koi jagah ho, har cheez manageable hoti hai.</w:t>
      </w:r>
      <w:r>
        <w:br/>
      </w:r>
      <w:r>
        <w:rPr>
          <w:sz w:val="20"/>
        </w:rPr>
        <w:t>58:58  wohi karna chahiye aadmi ko.</w:t>
      </w:r>
    </w:p>
    <w:p>
      <w:pPr>
        <w:pStyle w:val="Heading2"/>
      </w:pPr>
      <w:r>
        <w:t>Starting point for teaching religion to laborers</w:t>
      </w:r>
    </w:p>
    <w:p>
      <w:r>
        <w:rPr>
          <w:color w:val="666666"/>
          <w:sz w:val="18"/>
        </w:rPr>
        <w:t>Society &amp; Dawah · Revival of Faith September 25, 2011 Maulana Wahiduddin Khan · 2m 26s · at 1:19:09 · https://youtu.be/sG_btZMffxg?t=4749</w:t>
      </w:r>
    </w:p>
    <w:p>
      <w:r>
        <w:rPr>
          <w:i/>
        </w:rPr>
        <w:t>“Where I live, there is a labor class. They have expressed a desire to learn about the religion from me. Time and day have become tight. I don't understand where to start explaining to them, from Quran or Hadith? Please guide.”</w:t>
      </w:r>
    </w:p>
    <w:p>
      <w:r>
        <w:rPr>
          <w:sz w:val="20"/>
        </w:rPr>
        <w:t>1:19:09  mister naeem bilali ne dili se sawal likha hai. unhon ne likha hai ke jahan mein rehta hoon, wahan labor tabqa rehta hai.</w:t>
      </w:r>
      <w:r>
        <w:br/>
      </w:r>
      <w:r>
        <w:rPr>
          <w:sz w:val="20"/>
        </w:rPr>
        <w:t>1:19:20  unhon ne mujh se deen ki baat batane ki khwahish ki hai. waqt aur din mutayyan ho gaya hai. samajh mein nahi aata hai unhein kahan se samjhana shuru karoon, quran ya hadith se.</w:t>
      </w:r>
      <w:r>
        <w:br/>
      </w:r>
      <w:r>
        <w:rPr>
          <w:sz w:val="20"/>
        </w:rPr>
        <w:t>1:19:33  baraye meharbani rahnumai karein.</w:t>
      </w:r>
      <w:r>
        <w:br/>
      </w:r>
      <w:r>
        <w:rPr>
          <w:sz w:val="20"/>
        </w:rPr>
        <w:t>1:19:37  dekhein, yeh yahan se rahnumai karne ki baat to nahi hai. in logon ko read kijiye, in ko parhiye, in ke mizaj ko samjhiye, to aap khud samajh jao.</w:t>
      </w:r>
      <w:r>
        <w:br/>
      </w:r>
      <w:r>
        <w:rPr>
          <w:sz w:val="20"/>
        </w:rPr>
        <w:t>1:19:50  aap ko khud yeh janna hai ke in kis tarah kaha jaye ke in ka mind rights ho. hamare haan kitabein bohat chhapi hain, bohat hi aasan andaaz mein.</w:t>
      </w:r>
      <w:r>
        <w:br/>
      </w:r>
      <w:r>
        <w:rPr>
          <w:sz w:val="20"/>
        </w:rPr>
        <w:t>1:20:01  is ko aap parhiye, aap</w:t>
      </w:r>
      <w:r>
        <w:br/>
      </w:r>
      <w:r>
        <w:rPr>
          <w:sz w:val="20"/>
        </w:rPr>
        <w:t>1:20:03  hamare kitabein ek to woh hain jo scientific andaaz mein ya ilmi andaaz mein hain, lekin aasan andaaz mein bhi kitabein bohat si hain. to parhiye is ko jis mein simplified way mein islam ko bataya gaya hai.</w:t>
      </w:r>
      <w:r>
        <w:br/>
      </w:r>
      <w:r>
        <w:rPr>
          <w:sz w:val="20"/>
        </w:rPr>
        <w:t>1:20:14  to aap khud parhiye, aap log prepare kijiye</w:t>
      </w:r>
      <w:r>
        <w:br/>
      </w:r>
      <w:r>
        <w:rPr>
          <w:sz w:val="20"/>
        </w:rPr>
        <w:t>1:20:18  , aur phir un ko, yaani un ko, un ke mizaj ko samjhiye, un ke istidad ko samjhiye, aur khud hi aap ko yeh mutayyan karna parega ke ke un ke darmiyan kaise da'wati kaam kiya jaye.</w:t>
      </w:r>
      <w:r>
        <w:br/>
      </w:r>
      <w:r>
        <w:rPr>
          <w:sz w:val="20"/>
        </w:rPr>
        <w:t>1:20:36  is ke liye aaghaz jo hai, khud aap logon ko prepare karna hai.</w:t>
      </w:r>
    </w:p>
    <w:p>
      <w:pPr>
        <w:pStyle w:val="Heading2"/>
      </w:pPr>
      <w:r>
        <w:t>Suggestion for online Quran teaching academy</w:t>
      </w:r>
    </w:p>
    <w:p>
      <w:r>
        <w:rPr>
          <w:color w:val="666666"/>
          <w:sz w:val="18"/>
        </w:rPr>
        <w:t>Society &amp; Dawah · Spirituality in Simple Living, High Thinking October 27, 2019 Maulana Wahiduddin Khan · 2m 35s · at 1:04:37 · https://youtu.be/Kr28g15eFr8?t=3877</w:t>
      </w:r>
    </w:p>
    <w:p>
      <w:r>
        <w:rPr>
          <w:i/>
        </w:rPr>
        <w:t>“I have an academy in Pakistan and I teach Quran online worldwide. What suggestion would you give me?”</w:t>
      </w:r>
    </w:p>
    <w:p>
      <w:r>
        <w:rPr>
          <w:sz w:val="20"/>
        </w:rPr>
        <w:t>1:04:37  maulana, agla sawal phir se aaya hai, ah pakistan se Muhammad Hamza Khan sahib ka.</w:t>
      </w:r>
      <w:r>
        <w:br/>
      </w:r>
      <w:r>
        <w:rPr>
          <w:sz w:val="20"/>
        </w:rPr>
        <w:t>1:04:46  yeh un ki ek Quran institute hai Pakistan mein, aur unhon ne likha hai: "maulana, mujhe acha lagta hai jab aap hamein thoda sa daant ke hamari correction karte hain." so now, i want a suggestion from you.</w:t>
      </w:r>
      <w:r>
        <w:br/>
      </w:r>
      <w:r>
        <w:rPr>
          <w:sz w:val="20"/>
        </w:rPr>
        <w:t>1:05:04  meri Pakistan mein ek academy hai, aur mein dunya mein online Quran pak teach karta hoon. aap mujhe kiya suggestion den ge?</w:t>
      </w:r>
      <w:r>
        <w:br/>
      </w:r>
      <w:r>
        <w:rPr>
          <w:sz w:val="20"/>
        </w:rPr>
        <w:t>1:05:15  mujhe kya karna chahiye ke mere students ko meri academy se zyada faida ho sake, woh zyada seekh saken?</w:t>
      </w:r>
      <w:r>
        <w:br/>
      </w:r>
      <w:r>
        <w:rPr>
          <w:sz w:val="20"/>
        </w:rPr>
        <w:t>1:05:24  itna zyada un se mohabbat kijiye apne students se ke aap un ke dil, un ke dil se dua karne lagen.</w:t>
      </w:r>
      <w:r>
        <w:br/>
      </w:r>
      <w:r>
        <w:rPr>
          <w:sz w:val="20"/>
        </w:rPr>
        <w:t>1:05:33  aap ne ek professional sense mein chala rahe honge, aap aap ne ro ro kar duaen nahin keen gi apne students ke sath.</w:t>
      </w:r>
      <w:r>
        <w:br/>
      </w:r>
      <w:r>
        <w:rPr>
          <w:sz w:val="20"/>
        </w:rPr>
        <w:t>1:05:45  yeh professional qism ke courses jo hote hain, is se kuch hone wala nahin. aap apne student ke liye ro ro kar duaen kijiye,</w:t>
      </w:r>
      <w:r>
        <w:br/>
      </w:r>
      <w:r>
        <w:rPr>
          <w:sz w:val="20"/>
        </w:rPr>
        <w:t>1:05:58  to dekhiye kaise ji asar hoga is ka.</w:t>
      </w:r>
      <w:r>
        <w:br/>
      </w:r>
      <w:r>
        <w:rPr>
          <w:sz w:val="20"/>
        </w:rPr>
        <w:t>1:06:12  okay, so we we'll end the session now. thank you.</w:t>
      </w:r>
    </w:p>
    <w:p>
      <w:pPr>
        <w:pStyle w:val="Heading2"/>
      </w:pPr>
      <w:r>
        <w:t>Sword or Dawah: Following Ibn Taymiyyah</w:t>
      </w:r>
    </w:p>
    <w:p>
      <w:r>
        <w:rPr>
          <w:color w:val="666666"/>
          <w:sz w:val="18"/>
        </w:rPr>
        <w:t>Society &amp; Dawah · The Issues of Islam in the Present World November 11, 2012 · 2m 57s · at 1:02:21 · https://youtu.be/COoaUbCCi1c?t=3741</w:t>
      </w:r>
    </w:p>
    <w:p>
      <w:r>
        <w:rPr>
          <w:i/>
        </w:rPr>
        <w:t>“I asked a certain Umri sahib: 'Do you want to make a claim or do you want enmity?' He said that Ibn Taymiyyah's book 'Al-Sarim al-Maslul' must be followed. Does Islam want to put a sword in every person's hand, or is it the responsibility of dawah? Please explain.”</w:t>
      </w:r>
    </w:p>
    <w:p>
      <w:r>
        <w:rPr>
          <w:sz w:val="20"/>
        </w:rPr>
        <w:t>1:02:21  Maulana, agla sawal hai Umarabad se Maulana Farhad Salafi sahib ka. unhon ne likha hai: "Maulana, maine ek Umri sahib se sawal kiya ke aap dawa karna chahte hain ya adawat?" toh unhon ne kaha ke Ibn Taymiyyah ki kitab "Al-Sarim al-Maslul" par amal karna hai.</w:t>
      </w:r>
      <w:r>
        <w:br/>
      </w:r>
      <w:r>
        <w:rPr>
          <w:sz w:val="20"/>
        </w:rPr>
        <w:t>1:02:42  Maulana, kya Islam har aadmi ke haath mein talwar dena chahta hai ya dawat ki zimmedari? is ke bare mein batayein.</w:t>
      </w:r>
      <w:r>
        <w:br/>
      </w:r>
      <w:r>
        <w:rPr>
          <w:sz w:val="20"/>
        </w:rPr>
        <w:t>1:02:51  dekhein, Ibn Taymiyyah ki jo kitab hai, jante hain kab likhi thi? unhon ne naujawani ki umar mein likhi thi.</w:t>
      </w:r>
      <w:r>
        <w:br/>
      </w:r>
      <w:r>
        <w:rPr>
          <w:sz w:val="20"/>
        </w:rPr>
        <w:t>1:03:03  bas bata, us waqt un ko kitab likhni nahi chahiye thi.</w:t>
      </w:r>
      <w:r>
        <w:br/>
      </w:r>
      <w:r>
        <w:rPr>
          <w:sz w:val="20"/>
        </w:rPr>
        <w:t>1:03:09  Hazrat Musa ke bare mein aata hai ke jab nubuwwat di gayi toh us mein aata hai ke "thumma jia'ta qadra Musa"</w:t>
      </w:r>
      <w:r>
        <w:br/>
      </w:r>
      <w:r>
        <w:rPr>
          <w:sz w:val="20"/>
        </w:rPr>
        <w:t>1:03:15  tamam nabiyon ko chalis saal mein di gayi hai. nubuwwat chalis saal mein kyun? nubuwwat di jati hai jab aadmi mature ho jaye, maturity ki age ko pahunch jaye.</w:t>
      </w:r>
      <w:r>
        <w:br/>
      </w:r>
      <w:r>
        <w:rPr>
          <w:sz w:val="20"/>
        </w:rPr>
        <w:t>1:03:29  toh Ibn Taymiyyah ne woh kitab likhi jab koi mature the. woh un ke peeron ko ailan karna chahiye ke Ibn Taymiyyah ki kitab us waqt likhi gayi thi jab woh pakhtah hi nahi hue the.</w:t>
      </w:r>
      <w:r>
        <w:br/>
      </w:r>
      <w:r>
        <w:rPr>
          <w:sz w:val="20"/>
        </w:rPr>
        <w:t>1:03:40  is wajah se kitab ko daal do classical literature mein,</w:t>
      </w:r>
      <w:r>
        <w:br/>
      </w:r>
      <w:r>
        <w:rPr>
          <w:sz w:val="20"/>
        </w:rPr>
        <w:t>1:03:44  us ka hawala hi mat do, woh qabil hawala nahi hai. woh ek naujawan kitab kyun likh sakta hai?</w:t>
      </w:r>
      <w:r>
        <w:br/>
      </w:r>
      <w:r>
        <w:rPr>
          <w:sz w:val="20"/>
        </w:rPr>
        <w:t>1:03:54  bahut ajeeb baat hui hai hamare haan ke naujawano ne jo tehrikein shuru kin, usi par log qaim ho gaye. Maulana Abdullah Modudi ne naujawano ko apni kitab likhi "Ali 'Ardh fi al-Islam".</w:t>
      </w:r>
      <w:r>
        <w:br/>
      </w:r>
      <w:r>
        <w:rPr>
          <w:sz w:val="20"/>
        </w:rPr>
        <w:t>1:04:06  isi par chal padi jamaat.</w:t>
      </w:r>
      <w:r>
        <w:br/>
      </w:r>
      <w:r>
        <w:rPr>
          <w:sz w:val="20"/>
        </w:rPr>
        <w:t>1:04:09  al khawar muslimon ke jo bani the, hasan banna, unhon ne 22 saal ki umar mein jab jamaat banai, isi par chal pade log.</w:t>
      </w:r>
      <w:r>
        <w:br/>
      </w:r>
      <w:r>
        <w:rPr>
          <w:sz w:val="20"/>
        </w:rPr>
        <w:t>1:04:19  ibn taimiya ne kitab likhi naujawani ki umar mein, isi ko hawala dete hain log. dekhiye, naujawani ki umar mein koi is qabil hota hi nahin ke woh koi rehnumai de,</w:t>
      </w:r>
      <w:r>
        <w:br/>
      </w:r>
      <w:r>
        <w:rPr>
          <w:sz w:val="20"/>
        </w:rPr>
        <w:t>1:04:33  lead kare.</w:t>
      </w:r>
      <w:r>
        <w:br/>
      </w:r>
      <w:r>
        <w:rPr>
          <w:sz w:val="20"/>
        </w:rPr>
        <w:t>1:04:37  maturity ki age age tak pahunchne se pehle aadmi ko sirf padhna chahiye, mutala karna chahiye, apne ko tayyar karna chahiye. yani chalis saal ke baad hi aadmi ko chahiye ke woh koi aisi tehreek chalaye ya aisi kitab likhe.</w:t>
      </w:r>
      <w:r>
        <w:br/>
      </w:r>
      <w:r>
        <w:rPr>
          <w:sz w:val="20"/>
        </w:rPr>
        <w:t>1:04:53  kyunki tamam paighambaron ko Allah taala ne chalis saal ki umar mein nabuwat di. to ibn taimiya ke jo peeron hain, unko sochna chahiye ke yeh to Allah ki hikmat ke khilaf hai,</w:t>
      </w:r>
      <w:r>
        <w:br/>
      </w:r>
      <w:r>
        <w:rPr>
          <w:sz w:val="20"/>
        </w:rPr>
        <w:t>1:05:07  Allah ki hikmat ke khilaf hai. koi maturity ki age ko pehle pahunche baghair aisi kitab nahin daale, tehrikein chalaye.</w:t>
      </w:r>
    </w:p>
    <w:p>
      <w:pPr>
        <w:pStyle w:val="Heading2"/>
      </w:pPr>
      <w:r>
        <w:t>Tablighi Jamaat considered as bid'ah</w:t>
      </w:r>
    </w:p>
    <w:p>
      <w:r>
        <w:rPr>
          <w:color w:val="666666"/>
          <w:sz w:val="18"/>
        </w:rPr>
        <w:t>Society &amp; Dawah · Divine Crusades December 14, 2014 · 2m 26s · at 1:04:15 · https://youtu.be/qZhY00S5LQg?t=3855</w:t>
      </w:r>
    </w:p>
    <w:p>
      <w:r>
        <w:rPr>
          <w:i/>
        </w:rPr>
        <w:t>“This Tablighi Jamaat is now bid'ah. Many grand ulemas have proved it as bid'ah.”</w:t>
      </w:r>
    </w:p>
    <w:p>
      <w:r>
        <w:rPr>
          <w:sz w:val="20"/>
        </w:rPr>
        <w:t>1:04:15  Maulana, agla sawal Muzaffar Nagar se Sahil Muhammad sahib ne poocha hai aapse.</w:t>
      </w:r>
      <w:r>
        <w:br/>
      </w:r>
      <w:r>
        <w:rPr>
          <w:sz w:val="20"/>
        </w:rPr>
        <w:t>1:04:18  Aur unhone likha hai ke Maulana sahib, is tablighi jamaat ab bid'ah.</w:t>
      </w:r>
      <w:r>
        <w:br/>
      </w:r>
      <w:r>
        <w:rPr>
          <w:sz w:val="20"/>
        </w:rPr>
        <w:t>1:04:22  Many grand ulemas have proved it as bid'ah.</w:t>
      </w:r>
      <w:r>
        <w:br/>
      </w:r>
      <w:r>
        <w:rPr>
          <w:sz w:val="20"/>
        </w:rPr>
        <w:t>1:04:26  Also, some of the grand scholars of that time did not agree with this innovation.</w:t>
      </w:r>
      <w:r>
        <w:br/>
      </w:r>
      <w:r>
        <w:rPr>
          <w:sz w:val="20"/>
        </w:rPr>
        <w:t>1:04:30  Do you agree with this?</w:t>
      </w:r>
      <w:r>
        <w:br/>
      </w:r>
      <w:r>
        <w:rPr>
          <w:sz w:val="20"/>
        </w:rPr>
        <w:t>1:04:34  Since I know that you are a researcher and truth-finder, please clear your view on this.</w:t>
      </w:r>
      <w:r>
        <w:br/>
      </w:r>
      <w:r>
        <w:rPr>
          <w:sz w:val="20"/>
        </w:rPr>
        <w:t>1:04:38  nahi nahi, dekhiye, yeh hamara subject nahi hai jamaaton par remark dena.</w:t>
      </w:r>
      <w:r>
        <w:br/>
      </w:r>
      <w:r>
        <w:rPr>
          <w:sz w:val="20"/>
        </w:rPr>
        <w:t>1:04:43  yeh jamaat aisi hai, woh jamaat aisi, yeh hamara tareeqa nahi hai.</w:t>
      </w:r>
      <w:r>
        <w:br/>
      </w:r>
      <w:r>
        <w:rPr>
          <w:sz w:val="20"/>
        </w:rPr>
        <w:t>1:04:48  aap hamari kitabein nahi padhein shayad aap ne, hamari kitabein padhi hain aap.</w:t>
      </w:r>
      <w:r>
        <w:br/>
      </w:r>
      <w:r>
        <w:rPr>
          <w:sz w:val="20"/>
        </w:rPr>
        <w:t>1:04:53  yeh jamaat aisi hai, woh jamaat aisi hai, yeh party aisi hai, woh party aisi, yeh hamara tareeqa</w:t>
      </w:r>
      <w:r>
        <w:br/>
      </w:r>
      <w:r>
        <w:rPr>
          <w:sz w:val="20"/>
        </w:rPr>
        <w:t>1:04:58  hi nahi hai.</w:t>
      </w:r>
      <w:r>
        <w:br/>
      </w:r>
      <w:r>
        <w:rPr>
          <w:sz w:val="20"/>
        </w:rPr>
        <w:t>1:05:03  yeh toh hum toh isko fitna samajhte hain, fitna.</w:t>
      </w:r>
      <w:r>
        <w:br/>
      </w:r>
      <w:r>
        <w:rPr>
          <w:sz w:val="20"/>
        </w:rPr>
        <w:t>1:05:08  isi se aapas mein ikhtilaf hota hai, aapas mein takrao hota hai, aapas mein heat badhti hai, heat.</w:t>
      </w:r>
      <w:r>
        <w:br/>
      </w:r>
      <w:r>
        <w:rPr>
          <w:sz w:val="20"/>
        </w:rPr>
        <w:t>1:05:12  yeh kya aap karein? aap ko is se nikliye bahar.</w:t>
      </w:r>
      <w:r>
        <w:br/>
      </w:r>
      <w:r>
        <w:rPr>
          <w:sz w:val="20"/>
        </w:rPr>
        <w:t>1:05:17  aap heat mein jee rahe hain, aap nature mein nahi jee rahe.</w:t>
      </w:r>
      <w:r>
        <w:br/>
      </w:r>
      <w:r>
        <w:rPr>
          <w:sz w:val="20"/>
        </w:rPr>
        <w:t>1:05:22  yeh kya soch hai aap ki ke bid'at hai, woh zalalat hai, woh sahi hai, woh galat hai?</w:t>
      </w:r>
      <w:r>
        <w:br/>
      </w:r>
      <w:r>
        <w:rPr>
          <w:sz w:val="20"/>
        </w:rPr>
        <w:t>1:05:27  aap apni apni duty ko discover kijiye Allah ki nisbat se.</w:t>
      </w:r>
      <w:r>
        <w:br/>
      </w:r>
      <w:r>
        <w:rPr>
          <w:sz w:val="20"/>
        </w:rPr>
        <w:t>1:05:32  yaani Allah ki nisbat se aap ki apni duty kya hai, is mein lag jaiye bas.</w:t>
      </w:r>
      <w:r>
        <w:br/>
      </w:r>
      <w:r>
        <w:rPr>
          <w:sz w:val="20"/>
        </w:rPr>
        <w:t>1:05:37  Okay, so we will end the Sunday session now.</w:t>
      </w:r>
      <w:r>
        <w:br/>
      </w:r>
      <w:r>
        <w:rPr>
          <w:sz w:val="20"/>
        </w:rPr>
        <w:t>1:05:42  Please log in next week at 10:30 for Maulana's next session. Thank you.</w:t>
      </w:r>
    </w:p>
    <w:p>
      <w:pPr>
        <w:pStyle w:val="Heading2"/>
      </w:pPr>
      <w:r>
        <w:t>Team relationships: da'wah only or mutual care?</w:t>
      </w:r>
    </w:p>
    <w:p>
      <w:r>
        <w:rPr>
          <w:color w:val="666666"/>
          <w:sz w:val="18"/>
        </w:rPr>
        <w:t>Society &amp; Dawah · The Importance of Team Work February 5, 2012 · 4m 25s · at 1:16:25 · https://youtu.be/qBbwznqIqVw?t=4585</w:t>
      </w:r>
    </w:p>
    <w:p>
      <w:r>
        <w:rPr>
          <w:i/>
        </w:rPr>
        <w:t>“Should team members' relationship be based only on da'wah work, or should they also help each other in times of sorrow and pain?”</w:t>
      </w:r>
    </w:p>
    <w:p>
      <w:r>
        <w:rPr>
          <w:sz w:val="20"/>
        </w:rPr>
        <w:t>1:16:25  maulana, un ka ek aur sawal hai. unhon ne likha hai: "team ke logon ka aapsi taluq sirf da'wa work ki base par hona chahiye ya team ke members ko chahiye ke woh aapas mein ek doosre ke dukh dard mein bhi kaam aayein?"</w:t>
      </w:r>
      <w:r>
        <w:br/>
      </w:r>
      <w:r>
        <w:rPr>
          <w:sz w:val="20"/>
        </w:rPr>
        <w:t>1:16:44  bhai, da'wa ka matlab hai Allah ke liye. aap jo jo Allah ne hukum diya, woh sab kijiye.</w:t>
      </w:r>
      <w:r>
        <w:br/>
      </w:r>
      <w:r>
        <w:rPr>
          <w:sz w:val="20"/>
        </w:rPr>
        <w:t>1:16:53  quran o hadith mein jo ahkam diye gaye hain, un ko padhiye. aur jahan aap ko mehsoos ho ke yeh hukum hai, to us par amal kijiye.</w:t>
      </w:r>
      <w:r>
        <w:br/>
      </w:r>
      <w:r>
        <w:rPr>
          <w:sz w:val="20"/>
        </w:rPr>
        <w:t>1:17:04  yeh aap ke upar hai. is mein koi alag se koi hukum nama jari nahi kar sakta.</w:t>
      </w:r>
      <w:r>
        <w:br/>
      </w:r>
      <w:r>
        <w:rPr>
          <w:sz w:val="20"/>
        </w:rPr>
        <w:t>1:17:17  tamil nadu se maulana israr ul hasan umri ne sawal kiya hai.</w:t>
      </w:r>
      <w:r>
        <w:br/>
      </w:r>
      <w:r>
        <w:rPr>
          <w:sz w:val="20"/>
        </w:rPr>
        <w:t>1:17:21  unhon ne likha hai ke "team work ke leader ki zimmedari kya hai? is ke bare mein batayein."</w:t>
      </w:r>
      <w:r>
        <w:br/>
      </w:r>
      <w:r>
        <w:rPr>
          <w:sz w:val="20"/>
        </w:rPr>
        <w:t>1:17:30  main samajhta hoon ke team work mein jo leading role jis ka hoga, us ki zimmedari</w:t>
      </w:r>
      <w:r>
        <w:br/>
      </w:r>
      <w:r>
        <w:rPr>
          <w:sz w:val="20"/>
        </w:rPr>
        <w:t>1:17:38  ek to yeh hai ke woh bohat zyada</w:t>
      </w:r>
      <w:r>
        <w:br/>
      </w:r>
      <w:r>
        <w:rPr>
          <w:sz w:val="20"/>
        </w:rPr>
        <w:t>1:17:45  is ke andar ma'khaz ka jazba ho. hamesha sochta rahe ke main jo lead de raha hoon, woh sahi hai ya galat. yani Allah ne jo hukum diya hai quran o hadith mein, us ke mutabiq hai ke nahi.</w:t>
      </w:r>
      <w:r>
        <w:br/>
      </w:r>
      <w:r>
        <w:rPr>
          <w:sz w:val="20"/>
        </w:rPr>
        <w:t>1:18:01  to apna muhasba bohat zyada karna chahiye us ko. yani us ko super muhasba karna chahiye.</w:t>
      </w:r>
      <w:r>
        <w:br/>
      </w:r>
      <w:r>
        <w:rPr>
          <w:sz w:val="20"/>
        </w:rPr>
        <w:t>1:18:08  main samajhta hoon ke jo leading role jis ko mila hua hai, us ke zaroori ko apna super muhasba kare. aur doosri taraf jo jo log supportive role kar rahe hain, un ke liye bohat zyada khair khwahi is ke andar ho.</w:t>
      </w:r>
      <w:r>
        <w:br/>
      </w:r>
      <w:r>
        <w:rPr>
          <w:sz w:val="20"/>
        </w:rPr>
        <w:t>1:18:25  bohat zyada khair khwahi. Allah ki nisbat se bohat zyada muhasba, team ki nisbat se bohat zyada khair khwahi</w:t>
      </w:r>
      <w:r>
        <w:br/>
      </w:r>
      <w:r>
        <w:rPr>
          <w:sz w:val="20"/>
        </w:rPr>
        <w:t>1:18:33  . yeh sifat honi chahiye is insaan mein jo leading role kar raha ho.</w:t>
      </w:r>
      <w:r>
        <w:br/>
      </w:r>
      <w:r>
        <w:rPr>
          <w:sz w:val="20"/>
        </w:rPr>
        <w:t>1:18:43  kyun ke woh do ke beech mein hota hai. ek taraf Allah ka mamla, doosri taraf team ke members ka mamla. to Allah ki nisbat se us ko bohat zyada darna chahiye ke kahin Allah ka pakad na ho jaye us ki.</w:t>
      </w:r>
      <w:r>
        <w:br/>
      </w:r>
      <w:r>
        <w:rPr>
          <w:sz w:val="20"/>
        </w:rPr>
        <w:t>1:18:58  to us ko super muhasba karte rehna chahiye. aur sathiyon ki nisbat se us ko bohat hi zyada khair khwah hona chahiye.</w:t>
      </w:r>
      <w:r>
        <w:br/>
      </w:r>
      <w:r>
        <w:rPr>
          <w:sz w:val="20"/>
        </w:rPr>
        <w:t>1:19:08  un ki riayat kare, un ke liye duaein kare. lekin isi us ke sath mein yeh bhi keh doon ke ideal, yani ideal can not be achieved.</w:t>
      </w:r>
      <w:r>
        <w:br/>
      </w:r>
      <w:r>
        <w:rPr>
          <w:sz w:val="20"/>
        </w:rPr>
        <w:t>1:19:21  aap agar ideal se naapein to koi bhi aap ko us par utrega nahi.</w:t>
      </w:r>
      <w:r>
        <w:br/>
      </w:r>
      <w:r>
        <w:rPr>
          <w:sz w:val="20"/>
        </w:rPr>
        <w:t>1:19:28  to yeh to jo leading role kar raha hai, is ki maine zimmedari batai. lekin is ka matlab yeh nahi ke aap aik aik aik ya district le lein, is ko napte rahein aur phir is ko is ke khan gaam karein.</w:t>
      </w:r>
      <w:r>
        <w:br/>
      </w:r>
      <w:r>
        <w:rPr>
          <w:sz w:val="20"/>
        </w:rPr>
        <w:t>1:19:42  jaise Usman zamane mein hua. Hazrat Usman zamane mein yeh hua ke logon ne khud sakhta tor par aik ya district bana liya, aik mayar. aur is se napa to laga ke Usman is par nahi utar rahe hain, unhein qatal kar dala.</w:t>
      </w:r>
      <w:r>
        <w:br/>
      </w:r>
      <w:r>
        <w:rPr>
          <w:sz w:val="20"/>
        </w:rPr>
        <w:t>1:19:56  yeh bhi galat hai.</w:t>
      </w:r>
      <w:r>
        <w:br/>
      </w:r>
      <w:r>
        <w:rPr>
          <w:sz w:val="20"/>
        </w:rPr>
        <w:t>1:19:59  yani is aadmi ki zimmedari wahi hai jo maine batai. lekin logon ki zimmedari yeh nahi ke woh aik ya ya district le kar is ko lage, is ke khilaf gaam kar rahe hain, yahan tak ke qatal kar dale is ko.</w:t>
      </w:r>
      <w:r>
        <w:br/>
      </w:r>
      <w:r>
        <w:rPr>
          <w:sz w:val="20"/>
        </w:rPr>
        <w:t>1:20:13  to yeh yeh bhi galat ho jayega. yeh ghulu ho jayega. ghulu aur ghulu Islam mein nahi hai. la ghulu fil Islam yani mera matlab hai ke ittehad ko barqarar rakhne ke liye sab kuch kiya jana chahiye.</w:t>
      </w:r>
      <w:r>
        <w:br/>
      </w:r>
      <w:r>
        <w:rPr>
          <w:sz w:val="20"/>
        </w:rPr>
        <w:t>1:20:29  team ka ittehad baqi rakhne ke liye har qurbani dena chahiye. aur is ki shakal yeh hai ke aadmi Allah ke hawale karta rahe. jo shikayatein hain, Allah ke hawale, Allah ke hawale.</w:t>
      </w:r>
      <w:r>
        <w:br/>
      </w:r>
      <w:r>
        <w:rPr>
          <w:sz w:val="20"/>
        </w:rPr>
        <w:t>1:20:42  warna team ban nahi payegi aur na team apna role bhi nikal sakegi.</w:t>
      </w:r>
    </w:p>
    <w:p>
      <w:pPr>
        <w:pStyle w:val="Heading2"/>
      </w:pPr>
      <w:r>
        <w:t>Terrorism in Pakistan and advice for Muslims</w:t>
      </w:r>
    </w:p>
    <w:p>
      <w:r>
        <w:rPr>
          <w:color w:val="666666"/>
          <w:sz w:val="18"/>
        </w:rPr>
        <w:t>Society &amp; Dawah · Pillars of Western Thought October 6, 2013 · 2m 59s · at 48:21 · https://youtu.be/o4WfPvju5_M?t=2901</w:t>
      </w:r>
    </w:p>
    <w:p>
      <w:r>
        <w:rPr>
          <w:i/>
        </w:rPr>
        <w:t>“Maulana, what is your opinion on the increasing terrorism in Pakistan? And what suggestion do you have for the Muslims of Pakistan? What should they do at this time?”</w:t>
      </w:r>
    </w:p>
    <w:p>
      <w:r>
        <w:rPr>
          <w:sz w:val="20"/>
        </w:rPr>
        <w:t>48:21  molana, agla sawal aaya hai islamabad, pakistan se</w:t>
      </w:r>
      <w:r>
        <w:br/>
      </w:r>
      <w:r>
        <w:rPr>
          <w:sz w:val="20"/>
        </w:rPr>
        <w:t>48:25  muhammad faisal gujjar sahib ka. unhon ne likha hai: "molana, aap pakistan mein barhti hui dahshat gardi par kya rai rakhte hain?</w:t>
      </w:r>
      <w:r>
        <w:br/>
      </w:r>
      <w:r>
        <w:rPr>
          <w:sz w:val="20"/>
        </w:rPr>
        <w:t>48:36  aur aap pakistan ke musalmanon ke liye kya suggest karte hain? woh is waqt kya karen?"</w:t>
      </w:r>
      <w:r>
        <w:br/>
      </w:r>
      <w:r>
        <w:rPr>
          <w:sz w:val="20"/>
        </w:rPr>
        <w:t>48:44  dekhiye, pehla kaam to yeh hai ke aap parosi mulk se lad kar ke zinda nahi reh sakte.</w:t>
      </w:r>
      <w:r>
        <w:br/>
      </w:r>
      <w:r>
        <w:rPr>
          <w:sz w:val="20"/>
        </w:rPr>
        <w:t>48:53  pakistan ne awwal din se india se larai chhod rakhi hai,</w:t>
      </w:r>
      <w:r>
        <w:br/>
      </w:r>
      <w:r>
        <w:rPr>
          <w:sz w:val="20"/>
        </w:rPr>
        <w:t>48:59  to yak tarfa taur par pakistan ko larai ko band karna pare ga. ab kya state ke level to larai band kar diya unhon ne, lekin proxy war chala rahe hain.</w:t>
      </w:r>
      <w:r>
        <w:br/>
      </w:r>
      <w:r>
        <w:rPr>
          <w:sz w:val="20"/>
        </w:rPr>
        <w:t>49:10  abhi aaj akhbar mein tha, to proxy war bhi chhoden aur state war bhi chhoden.</w:t>
      </w:r>
      <w:r>
        <w:br/>
      </w:r>
      <w:r>
        <w:rPr>
          <w:sz w:val="20"/>
        </w:rPr>
        <w:t>49:19  is ke baghair koi beginning nahi hai pakistan ki, koi beginning nahi. rasool Allah sal-lal-lahu alai-hi wa-sal-lam ne dekhiye, hudaybiyah ka mu'ahida kar ke larai ko khatam kar diya tha,</w:t>
      </w:r>
      <w:r>
        <w:br/>
      </w:r>
      <w:r>
        <w:rPr>
          <w:sz w:val="20"/>
        </w:rPr>
        <w:t>49:29  tab wahan par taraqqi hui. aur yahan par kya hai? ladai, ladai, ladai, ladai chal rahi hai. aur direct ladai dekha ke char bar Pakistan lada, har bar hara.</w:t>
      </w:r>
      <w:r>
        <w:br/>
      </w:r>
      <w:r>
        <w:rPr>
          <w:sz w:val="20"/>
        </w:rPr>
        <w:t>49:39  ab unhon ne kya kiya? proxy war chhod chhod shuru kar diya. to jab aap baqayda ladai se nahi jeet paye, to to proxy wars ke jeetenge aap.</w:t>
      </w:r>
      <w:r>
        <w:br/>
      </w:r>
      <w:r>
        <w:rPr>
          <w:sz w:val="20"/>
        </w:rPr>
        <w:t>49:56  jab tak wahan par yeh nazariya khatm na ho ke ladai se kuch hasil kiya ja sakta hai, tab tak kuch hone wala nahi hai. Pakistan ka mera ek two point formula hai: ek to yeh ke wahan par state ke ilawa logon ke pas khoob hathiyar hain,</w:t>
      </w:r>
      <w:r>
        <w:br/>
      </w:r>
      <w:r>
        <w:rPr>
          <w:sz w:val="20"/>
        </w:rPr>
        <w:t>50:13  aur yeh khud government ne is ko, yani asaniyan paida keen ke logon ke pas hathiyar ho. main ne suna hai ke wahan hathiyar bikte hain sabzi ke tarike se.</w:t>
      </w:r>
      <w:r>
        <w:br/>
      </w:r>
      <w:r>
        <w:rPr>
          <w:sz w:val="20"/>
        </w:rPr>
        <w:t>50:26  to wahan par, yani sirf state ke pas hathiyar ho, awam ke pas bilkul hathiyar na ho, bilkul mukammal taur par is ko band kar diya jaye.</w:t>
      </w:r>
      <w:r>
        <w:br/>
      </w:r>
      <w:r>
        <w:rPr>
          <w:sz w:val="20"/>
        </w:rPr>
        <w:t>50:37  ek baat yeh ho. doosri baat yeh hai ke parosi mulk se ladai ko khatm kar diya jaye, na direct war, na proxy war.</w:t>
      </w:r>
      <w:r>
        <w:br/>
      </w:r>
      <w:r>
        <w:rPr>
          <w:sz w:val="20"/>
        </w:rPr>
        <w:t>50:46  tab beginning hogi. abhi to beginning ke asar hi nahi hain, abhi to koi beginning hi nahi hai.</w:t>
      </w:r>
      <w:r>
        <w:br/>
      </w:r>
      <w:r>
        <w:rPr>
          <w:sz w:val="20"/>
        </w:rPr>
        <w:t>50:53  is ke baad kya hoga? ke do kaam karna chahiye aap ko: mulk ki taameer, mulk ki taameer aur dawat.</w:t>
      </w:r>
      <w:r>
        <w:br/>
      </w:r>
      <w:r>
        <w:rPr>
          <w:sz w:val="20"/>
        </w:rPr>
        <w:t>51:04  mulk ki taameer aur dawat. taameer mein sab se number one par aata hai education. to education aur dawat. lekin jab tak ladai ka mahaul hai, wahan ladai ka mahaul, tab tak koi taameeri kaam nahi ho sakta hai.</w:t>
      </w:r>
    </w:p>
    <w:p>
      <w:pPr>
        <w:pStyle w:val="Heading2"/>
      </w:pPr>
      <w:r>
        <w:t>The Importance of Tension-Free Life for Da'i</w:t>
      </w:r>
    </w:p>
    <w:p>
      <w:r>
        <w:rPr>
          <w:color w:val="666666"/>
          <w:sz w:val="18"/>
        </w:rPr>
        <w:t>Society &amp; Dawah · Q&amp;A 13 Nov 2011 · 2m 21s · at 17:43 · https://youtu.be/oOZ9h37_pL8?t=1063</w:t>
      </w:r>
    </w:p>
    <w:p>
      <w:r>
        <w:rPr>
          <w:i/>
        </w:rPr>
        <w:t>“What is the importance of a tension-free life for a Da'i? How can a Da'i protect himself from tension?”</w:t>
      </w:r>
    </w:p>
    <w:p>
      <w:r>
        <w:rPr>
          <w:sz w:val="20"/>
        </w:rPr>
        <w:t>17:43  maulana agla sawal aaya hai maulana shariq hussain ka delhi se. unhon ne likha hai ek dai ke liye tension free life ki kya ahmiyat hai?</w:t>
      </w:r>
      <w:r>
        <w:br/>
      </w:r>
      <w:r>
        <w:rPr>
          <w:sz w:val="20"/>
        </w:rPr>
        <w:t>17:55  dai tension se khud ko kaise bachayein?</w:t>
      </w:r>
      <w:r>
        <w:br/>
      </w:r>
      <w:r>
        <w:rPr>
          <w:sz w:val="20"/>
        </w:rPr>
        <w:t>17:59  dekhein tension free jab honge tabhi aap normal tareeqe se dai se deal kar payenge. tension le kar ke dai ke liye aap khair khwah nahin ban sakte.</w:t>
      </w:r>
      <w:r>
        <w:br/>
      </w:r>
      <w:r>
        <w:rPr>
          <w:sz w:val="20"/>
        </w:rPr>
        <w:t>18:11  madu ke liye. dai agar tension mein jeeta ho is ka matlab hai ke nafrat karega woh insanon se. kyunke insanon ke rawish ko le kar hi toh tension aata hai.</w:t>
      </w:r>
      <w:r>
        <w:br/>
      </w:r>
      <w:r>
        <w:rPr>
          <w:sz w:val="20"/>
        </w:rPr>
        <w:t>18:23  tension ka matlab hai ke insaan se aap ko jo sulook mila us sulook par raazi nahin hue aap. toh kya matlab hoga</w:t>
      </w:r>
      <w:r>
        <w:br/>
      </w:r>
      <w:r>
        <w:rPr>
          <w:sz w:val="20"/>
        </w:rPr>
        <w:t>18:31  ? tension se kya aayega? nafrat aayegi. nafrat se kya aayega? indifferent attitude ho jayega. aap ko koi dilchaspi nahin hogi doosron se hogi.</w:t>
      </w:r>
      <w:r>
        <w:br/>
      </w:r>
      <w:r>
        <w:rPr>
          <w:sz w:val="20"/>
        </w:rPr>
        <w:t>18:41  dawat ke kaam ke liye zaroori hai ke bohat zyada khair khwahi, bohat zyada taluq, bohat zyada chahna doosre ki nijat ko.</w:t>
      </w:r>
      <w:r>
        <w:br/>
      </w:r>
      <w:r>
        <w:rPr>
          <w:sz w:val="20"/>
        </w:rPr>
        <w:t>18:50  toh is ke liye zaroori hai ke aap tension free rahen. kyunke tension free nahin rahenge toh nafrat karenge. nafrat karenge toh khair khwahi nahin hogi. yeh meri samajh mein aaya hai.</w:t>
      </w:r>
      <w:r>
        <w:br/>
      </w:r>
      <w:r>
        <w:rPr>
          <w:sz w:val="20"/>
        </w:rPr>
        <w:t>19:01  ji.</w:t>
      </w:r>
      <w:r>
        <w:br/>
      </w:r>
      <w:r>
        <w:rPr>
          <w:sz w:val="20"/>
        </w:rPr>
        <w:t>19:05  mister muhammad abid ne delhi se likha hai main tension free hoon. dunyaavi khwahishon khwahishein bhi nahin hain.</w:t>
      </w:r>
      <w:r>
        <w:br/>
      </w:r>
      <w:r>
        <w:rPr>
          <w:sz w:val="20"/>
        </w:rPr>
        <w:t>19:14  lekin woh creative mind nahin hai jo non stop soch sake. dimaghi quwaton ko kis tarah badhaya jaye is ke bare mein batayein.</w:t>
      </w:r>
      <w:r>
        <w:br/>
      </w:r>
      <w:r>
        <w:rPr>
          <w:sz w:val="20"/>
        </w:rPr>
        <w:t>19:25  nahin aap ne apni baat sahi report di hain. agar aap aise hote jaise aap keh rahe hain toh phir apne aap hi dimagh ke darwaze khulte hain.</w:t>
      </w:r>
      <w:r>
        <w:br/>
      </w:r>
      <w:r>
        <w:rPr>
          <w:sz w:val="20"/>
        </w:rPr>
        <w:t>19:37  apne bare mein jo report di hai aap ne agar waise hi aap hon toh us ko manen ke woh darwaze apne aap hi khul jaate hain. waise aap hain hi nahin aap apne bare mein aur statement kar rahe hain.</w:t>
      </w:r>
      <w:r>
        <w:br/>
      </w:r>
      <w:r>
        <w:rPr>
          <w:sz w:val="20"/>
        </w:rPr>
        <w:t>19:48  apne ko apna andaza galat kar rahe hain aap. phir se apne bare mein sochein. phir se apna muhasba kijiye.</w:t>
      </w:r>
      <w:r>
        <w:br/>
      </w:r>
      <w:r>
        <w:rPr>
          <w:sz w:val="20"/>
        </w:rPr>
        <w:t>19:57  phir se apne ko janne ki koshish kijiye.</w:t>
      </w:r>
    </w:p>
    <w:p>
      <w:pPr>
        <w:pStyle w:val="Heading2"/>
      </w:pPr>
      <w:r>
        <w:t>Understanding Kashmir problem through status quo</w:t>
      </w:r>
    </w:p>
    <w:p>
      <w:r>
        <w:rPr>
          <w:color w:val="666666"/>
          <w:sz w:val="18"/>
        </w:rPr>
        <w:t>Society &amp; Dawah · Importance of Peace August 17, 2014 · 2m 53s · at 1:10:30 · https://youtu.be/ifxSwh2Jckw?t=4230</w:t>
      </w:r>
    </w:p>
    <w:p>
      <w:r>
        <w:rPr>
          <w:i/>
        </w:rPr>
        <w:t>“In the light of today's lecture of status quo acceptance leading to peace and eventual development, one can try to understand the ongoing Palestine problem and bloodshed. But how do we understand the Kashmir problem and the alienation of the Kashmir people towards Indian state till today? What is your comment on this?”</w:t>
      </w:r>
    </w:p>
    <w:p>
      <w:r>
        <w:rPr>
          <w:sz w:val="20"/>
        </w:rPr>
        <w:t>1:10:30  Maulana, agla sawal Delhi se hai, Miss Radhika Khajuriah ne kiya hai. aur unhon ne likha hai: "Moulana sahib, in the light of today's lecture of status quo acceptance leading to peace and eventual development, one can try to understand the ongoing Palestine problem and bloodshed.</w:t>
      </w:r>
      <w:r>
        <w:br/>
      </w:r>
      <w:r>
        <w:rPr>
          <w:sz w:val="20"/>
        </w:rPr>
        <w:t>1:10:52  But</w:t>
      </w:r>
      <w:r>
        <w:br/>
      </w:r>
      <w:r>
        <w:rPr>
          <w:sz w:val="20"/>
        </w:rPr>
        <w:t>1:10:53  how do we understand the Kashmir problem and the alienation of the Kashmir people towards Indian state till today? What is your comment on this?" dekhiye, Kashmir ka jo problem hai woh yeh hai ke</w:t>
      </w:r>
      <w:r>
        <w:br/>
      </w:r>
      <w:r>
        <w:rPr>
          <w:sz w:val="20"/>
        </w:rPr>
        <w:t>1:11:12  history ne jo status quo banaya tha, us ko nahi mana unhon ne. woh history se lar rahe hain.</w:t>
      </w:r>
      <w:r>
        <w:br/>
      </w:r>
      <w:r>
        <w:rPr>
          <w:sz w:val="20"/>
        </w:rPr>
        <w:t>1:11:19  dekhiye, 15 August 1947 ko ek history apne end par pahunchi. bohat dinon se insan, India mein azadi, freedom pe struggle chal rahi thi.</w:t>
      </w:r>
      <w:r>
        <w:br/>
      </w:r>
      <w:r>
        <w:rPr>
          <w:sz w:val="20"/>
        </w:rPr>
        <w:t>1:11:29  bohat dinon se. to is ka culmination tha 15 August 1948. woh culmination tha. jab barah baj kar aik minute par Voice Raya Maud Button ne ailan kiya tha radio par "Today India is free.</w:t>
      </w:r>
      <w:r>
        <w:br/>
      </w:r>
      <w:r>
        <w:rPr>
          <w:sz w:val="20"/>
        </w:rPr>
        <w:t>1:11:47  Today India is free."</w:t>
      </w:r>
      <w:r>
        <w:br/>
      </w:r>
      <w:r>
        <w:rPr>
          <w:sz w:val="20"/>
        </w:rPr>
        <w:t>1:11:49  That was announcement by history. woh Maud Button ka announcement nahi tha. ke jo struggle chal raha tha muddaton se, jis mein hazaron hazar log mare gaye, kya hua, kya hua.</w:t>
      </w:r>
      <w:r>
        <w:br/>
      </w:r>
      <w:r>
        <w:rPr>
          <w:sz w:val="20"/>
        </w:rPr>
        <w:t>1:12:02  is ka end aa gaya. is ka culmination aa gaya. lekin Kashmiri log is se lar rahe hain. aap historical status ko badal nahi sakte.</w:t>
      </w:r>
      <w:r>
        <w:br/>
      </w:r>
      <w:r>
        <w:rPr>
          <w:sz w:val="20"/>
        </w:rPr>
        <w:t>1:12:13  Impossible hai.</w:t>
      </w:r>
      <w:r>
        <w:br/>
      </w:r>
      <w:r>
        <w:rPr>
          <w:sz w:val="20"/>
        </w:rPr>
        <w:t>1:12:18  It requires again to create a new history to change the status quo. yeh impossible hai.</w:t>
      </w:r>
      <w:r>
        <w:br/>
      </w:r>
      <w:r>
        <w:rPr>
          <w:sz w:val="20"/>
        </w:rPr>
        <w:t>1:12:27  ek history ka process tha, chalte chalte 15 August 1948 ko khatam hua. ab aap ko ek nai history chalani pare gi.</w:t>
      </w:r>
      <w:r>
        <w:br/>
      </w:r>
      <w:r>
        <w:rPr>
          <w:sz w:val="20"/>
        </w:rPr>
        <w:t>1:12:37  woh pata nahi sankron saal chalti rahe. ya pahuncha ya nahi pahuncha kahin pe.</w:t>
      </w:r>
      <w:r>
        <w:br/>
      </w:r>
      <w:r>
        <w:rPr>
          <w:sz w:val="20"/>
        </w:rPr>
        <w:t>1:12:43  to Kashmir mein main samajhta hoon koi wahid aadmi paida nahi hua, wahid leadership, jo bataye ke yeh to history ka verdict hai.</w:t>
      </w:r>
      <w:r>
        <w:br/>
      </w:r>
      <w:r>
        <w:rPr>
          <w:sz w:val="20"/>
        </w:rPr>
        <w:t>1:12:52  mano. jaise Palestine mein jo Balfour verdict tha, that was verdict of history. aise hi Kashmir mein jo hua, woh hua tha, woh tha verdict of history.</w:t>
      </w:r>
      <w:r>
        <w:br/>
      </w:r>
      <w:r>
        <w:rPr>
          <w:sz w:val="20"/>
        </w:rPr>
        <w:t>1:13:09  to aap history se lar nahi sakte.</w:t>
      </w:r>
      <w:r>
        <w:br/>
      </w:r>
      <w:r>
        <w:rPr>
          <w:sz w:val="20"/>
        </w:rPr>
        <w:t>1:13:12  Palestine mein larein, tab bhi nakam honge. Kashmir mein larein, tab bhi nakam honge. You have to accept the verdict of history. You have to accept the verdict of history.</w:t>
      </w:r>
    </w:p>
    <w:p>
      <w:pPr>
        <w:pStyle w:val="Heading2"/>
      </w:pPr>
      <w:r>
        <w:t>Unity among Muslim sects</w:t>
      </w:r>
    </w:p>
    <w:p>
      <w:r>
        <w:rPr>
          <w:color w:val="666666"/>
          <w:sz w:val="18"/>
        </w:rPr>
        <w:t>Society &amp; Dawah · Example of the Prophet March 20, 2016 · 2m 49s · at 1:01:32 · https://youtu.be/79HmhzXU41w?t=3692</w:t>
      </w:r>
    </w:p>
    <w:p>
      <w:r>
        <w:rPr>
          <w:i/>
        </w:rPr>
        <w:t>“There are many sects among Muslims. With so many sects, how can the unity of the Ummah be achieved? Please explain.”</w:t>
      </w:r>
    </w:p>
    <w:p>
      <w:r>
        <w:rPr>
          <w:sz w:val="20"/>
        </w:rPr>
        <w:t>1:01:32  Maulana, agla sawal naseer aslam sahib ne kiya hai lahore se aur unka sawal hai ke musalmanon</w:t>
      </w:r>
      <w:r>
        <w:br/>
      </w:r>
      <w:r>
        <w:rPr>
          <w:sz w:val="20"/>
        </w:rPr>
        <w:t>1:01:39  mein bohat zyada firqe hain, itne firqe ki maujoodgi mein ittehad e millat kaise ho sakti hai, iske</w:t>
      </w:r>
      <w:r>
        <w:br/>
      </w:r>
      <w:r>
        <w:rPr>
          <w:sz w:val="20"/>
        </w:rPr>
        <w:t>1:01:48  bare mein batayein.</w:t>
      </w:r>
      <w:r>
        <w:br/>
      </w:r>
      <w:r>
        <w:rPr>
          <w:sz w:val="20"/>
        </w:rPr>
        <w:t>1:01:50  dekhiye, is par hamari kitab maujood hai, aap isko padhiye.</w:t>
      </w:r>
      <w:r>
        <w:br/>
      </w:r>
      <w:r>
        <w:rPr>
          <w:sz w:val="20"/>
        </w:rPr>
        <w:t>1:01:55  tajdeed e deen, dekhiye, ittehad ka talluq</w:t>
      </w:r>
      <w:r>
        <w:br/>
      </w:r>
      <w:r>
        <w:rPr>
          <w:sz w:val="20"/>
        </w:rPr>
        <w:t>1:02:00  is se nahi hai ke differences logon mein hain, is se kuch bhi talluq nahi.</w:t>
      </w:r>
      <w:r>
        <w:br/>
      </w:r>
      <w:r>
        <w:rPr>
          <w:sz w:val="20"/>
        </w:rPr>
        <w:t>1:02:06  differences to hote hi hote hain, sahaba mein bhi differences the, hatta ke dunya mein agar back waqt</w:t>
      </w:r>
      <w:r>
        <w:br/>
      </w:r>
      <w:r>
        <w:rPr>
          <w:sz w:val="20"/>
        </w:rPr>
        <w:t>1:02:12  do paighambar hon tab bhi difference ho jata hai, jaisa ke Hazrat Haroon mein, Hazrat Musa mein hua.</w:t>
      </w:r>
      <w:r>
        <w:br/>
      </w:r>
      <w:r>
        <w:rPr>
          <w:sz w:val="20"/>
        </w:rPr>
        <w:t>1:02:20  to difference koi excuse nahi hai.</w:t>
      </w:r>
      <w:r>
        <w:br/>
      </w:r>
      <w:r>
        <w:rPr>
          <w:sz w:val="20"/>
        </w:rPr>
        <w:t>1:02:25  difference se kya hota hai? difference to rahenge, difference to zindagi ki alamat hai.</w:t>
      </w:r>
      <w:r>
        <w:br/>
      </w:r>
      <w:r>
        <w:rPr>
          <w:sz w:val="20"/>
        </w:rPr>
        <w:t>1:02:29  difference ki wajah se discussion hota hai, dialogue hota hai, intellectual development hota hai.</w:t>
      </w:r>
      <w:r>
        <w:br/>
      </w:r>
      <w:r>
        <w:rPr>
          <w:sz w:val="20"/>
        </w:rPr>
        <w:t>1:02:37  jo cheez jo ghalat hai, wo difference nahi hai, wo hai ghalu, yani extremism.</w:t>
      </w:r>
      <w:r>
        <w:br/>
      </w:r>
      <w:r>
        <w:rPr>
          <w:sz w:val="20"/>
        </w:rPr>
        <w:t>1:02:45  extremism aur extremism ki sab se zyada</w:t>
      </w:r>
      <w:r>
        <w:br/>
      </w:r>
      <w:r>
        <w:rPr>
          <w:sz w:val="20"/>
        </w:rPr>
        <w:t>1:02:51  khatarnak shakal yeh hai jis ko kehte hain kisi cheez ko logical end tak pohanchana.</w:t>
      </w:r>
      <w:r>
        <w:br/>
      </w:r>
      <w:r>
        <w:rPr>
          <w:sz w:val="20"/>
        </w:rPr>
        <w:t>1:02:58  misalan hadees mein aata hai ke la salata illa bi fatihat al-kitab</w:t>
      </w:r>
      <w:r>
        <w:br/>
      </w:r>
      <w:r>
        <w:rPr>
          <w:sz w:val="20"/>
        </w:rPr>
        <w:t>1:03:05  yani surah fatiha parhe ke baad koi namaz namaz nahin.</w:t>
      </w:r>
      <w:r>
        <w:br/>
      </w:r>
      <w:r>
        <w:rPr>
          <w:sz w:val="20"/>
        </w:rPr>
        <w:t>1:03:09  to yahan par is ko logon ne is logical end tak le gaye ke har harf, har harf</w:t>
      </w:r>
      <w:r>
        <w:br/>
      </w:r>
      <w:r>
        <w:rPr>
          <w:sz w:val="20"/>
        </w:rPr>
        <w:t>1:03:14  musalli ko parhna chahiye warna namaz hi nahin hogi.</w:t>
      </w:r>
      <w:r>
        <w:br/>
      </w:r>
      <w:r>
        <w:rPr>
          <w:sz w:val="20"/>
        </w:rPr>
        <w:t>1:03:18  jab hamara ek imam samne woh hamara represent kar raha hai to is ka parhna hamara parhna hai,</w:t>
      </w:r>
      <w:r>
        <w:br/>
      </w:r>
      <w:r>
        <w:rPr>
          <w:sz w:val="20"/>
        </w:rPr>
        <w:t>1:03:23  lekin is ko logical end tak le gaye ke mujhe personally khud parhna pare ga, nahin to meri</w:t>
      </w:r>
      <w:r>
        <w:br/>
      </w:r>
      <w:r>
        <w:rPr>
          <w:sz w:val="20"/>
        </w:rPr>
        <w:t>1:03:28  namaz nahin hogi.</w:t>
      </w:r>
      <w:r>
        <w:br/>
      </w:r>
      <w:r>
        <w:rPr>
          <w:sz w:val="20"/>
        </w:rPr>
        <w:t>1:03:31  to difference buri cheez nahin hai,</w:t>
      </w:r>
      <w:r>
        <w:br/>
      </w:r>
      <w:r>
        <w:rPr>
          <w:sz w:val="20"/>
        </w:rPr>
        <w:t>1:03:35  buri cheez hai ghalu, extremism, cheezon ko logical end tak le jana.</w:t>
      </w:r>
      <w:r>
        <w:br/>
      </w:r>
      <w:r>
        <w:rPr>
          <w:sz w:val="20"/>
        </w:rPr>
        <w:t>1:03:41  warna difference to bohat si nemmat hai,</w:t>
      </w:r>
      <w:r>
        <w:br/>
      </w:r>
      <w:r>
        <w:rPr>
          <w:sz w:val="20"/>
        </w:rPr>
        <w:t>1:03:45  ikhtilaf ummati ki wajah se dialogue hota hai, discussion hota hai, aur thinking barhti hai.</w:t>
      </w:r>
      <w:r>
        <w:br/>
      </w:r>
      <w:r>
        <w:rPr>
          <w:sz w:val="20"/>
        </w:rPr>
        <w:t>1:03:55  har aadmi ek sath sochta hai to koi zyada nahin soch raha hai.</w:t>
      </w:r>
      <w:r>
        <w:br/>
      </w:r>
      <w:r>
        <w:rPr>
          <w:sz w:val="20"/>
        </w:rPr>
        <w:t>1:04:03  to main samajhta hoon ke difference koi evil nahin hai, difference koi problem nahin hai,</w:t>
      </w:r>
      <w:r>
        <w:br/>
      </w:r>
      <w:r>
        <w:rPr>
          <w:sz w:val="20"/>
        </w:rPr>
        <w:t>1:04:10  balke difference blessing hai.</w:t>
      </w:r>
      <w:r>
        <w:br/>
      </w:r>
      <w:r>
        <w:rPr>
          <w:sz w:val="20"/>
        </w:rPr>
        <w:t>1:04:12  jo problem hai woh hai ghalu, jis ko kehte hain extremism,</w:t>
      </w:r>
      <w:r>
        <w:br/>
      </w:r>
      <w:r>
        <w:rPr>
          <w:sz w:val="20"/>
        </w:rPr>
        <w:t>1:04:18  cheezon ko logical end tak pohanchana.</w:t>
      </w:r>
    </w:p>
    <w:p>
      <w:pPr>
        <w:pStyle w:val="Heading2"/>
      </w:pPr>
      <w:r>
        <w:t>Unused literature in madrasas</w:t>
      </w:r>
    </w:p>
    <w:p>
      <w:r>
        <w:rPr>
          <w:color w:val="666666"/>
          <w:sz w:val="18"/>
        </w:rPr>
        <w:t>Society &amp; Dawah · Self Correction November 09, 2014 Maulana Wahiduddin Khan · 4m 45s · at 1:04:28 · https://youtu.be/PpwTmeCQkSQ?t=3868</w:t>
      </w:r>
    </w:p>
    <w:p>
      <w:r>
        <w:rPr>
          <w:i/>
        </w:rPr>
        <w:t>“I have found literature distributed to mollems in madrasas are lying in shelves without ever being touched by students and teachers.”</w:t>
      </w:r>
    </w:p>
    <w:p>
      <w:r>
        <w:rPr>
          <w:sz w:val="20"/>
        </w:rPr>
        <w:t>1:04:28  maulana, agla sawal kiya hai doctor wasiq ur rehman sahib ne dilli se, aur unhon ne likha hai ke</w:t>
      </w:r>
      <w:r>
        <w:br/>
      </w:r>
      <w:r>
        <w:rPr>
          <w:sz w:val="20"/>
        </w:rPr>
        <w:t>1:04:34  "I have found literature distributed to mollems in madrasas are lying in shelves without ever being touched by</w:t>
      </w:r>
      <w:r>
        <w:br/>
      </w:r>
      <w:r>
        <w:rPr>
          <w:sz w:val="20"/>
        </w:rPr>
        <w:t>1:04:40  students and teachers.</w:t>
      </w:r>
      <w:r>
        <w:br/>
      </w:r>
      <w:r>
        <w:rPr>
          <w:sz w:val="20"/>
        </w:rPr>
        <w:t>1:04:46  I feel personal training is more worthwhile rather than just distributing the literature." Maulana, "What is your view on this?</w:t>
      </w:r>
      <w:r>
        <w:br/>
      </w:r>
      <w:r>
        <w:rPr>
          <w:sz w:val="20"/>
        </w:rPr>
        <w:t>1:04:53  " kiya mein samjha nahin? kiya kar rahe hain ke Maulana jo literature distributed karte hain, aah, unhon</w:t>
      </w:r>
      <w:r>
        <w:br/>
      </w:r>
      <w:r>
        <w:rPr>
          <w:sz w:val="20"/>
        </w:rPr>
        <w:t>1:04:58  ne khaas kar jo madrasas mein jo mollems hain, wahan woh paaya ke aksar woh shelf mein rakh</w:t>
      </w:r>
      <w:r>
        <w:br/>
      </w:r>
      <w:r>
        <w:rPr>
          <w:sz w:val="20"/>
        </w:rPr>
        <w:t>1:05:03  dete hain, aur is ko koi bhi hath nahin lagata, aur na hi woh parha jata hai.</w:t>
      </w:r>
      <w:r>
        <w:br/>
      </w:r>
      <w:r>
        <w:rPr>
          <w:sz w:val="20"/>
        </w:rPr>
        <w:t>1:05:08  to woh yeh keh rahe hain ke distribution ki bajaye jo personal training wala jo method hai, woh</w:t>
      </w:r>
      <w:r>
        <w:br/>
      </w:r>
      <w:r>
        <w:rPr>
          <w:sz w:val="20"/>
        </w:rPr>
        <w:t>1:05:14  zyada fruitful ya result oriented hai.</w:t>
      </w:r>
      <w:r>
        <w:br/>
      </w:r>
      <w:r>
        <w:rPr>
          <w:sz w:val="20"/>
        </w:rPr>
        <w:t>1:05:19  mein ne nahin, woh literature parhana bohat zaroori hai.</w:t>
      </w:r>
      <w:r>
        <w:br/>
      </w:r>
      <w:r>
        <w:rPr>
          <w:sz w:val="20"/>
        </w:rPr>
        <w:t>1:05:24  is ke ilawa jo chahe kijiye, literature parhana bohat hi zaroori hai.</w:t>
      </w:r>
      <w:r>
        <w:br/>
      </w:r>
      <w:r>
        <w:rPr>
          <w:sz w:val="20"/>
        </w:rPr>
        <w:t>1:05:30  dekhiye, aap ghalati kiya kar rahe hain? result ko mass ke level par jaanch rahe hain.</w:t>
      </w:r>
      <w:r>
        <w:br/>
      </w:r>
      <w:r>
        <w:rPr>
          <w:sz w:val="20"/>
        </w:rPr>
        <w:t>1:05:35  mass ke level par kabhi bhi na jaanchiye, individual ke level par jaanchiye.</w:t>
      </w:r>
      <w:r>
        <w:br/>
      </w:r>
      <w:r>
        <w:rPr>
          <w:sz w:val="20"/>
        </w:rPr>
        <w:t>1:05:40  yeh bohat bari ghalati hai.</w:t>
      </w:r>
      <w:r>
        <w:br/>
      </w:r>
      <w:r>
        <w:rPr>
          <w:sz w:val="20"/>
        </w:rPr>
        <w:t>1:05:46  mass ke level par dekha jaye to kabhi bhi peghambaron ke zamanay mein bhi mass ke level par</w:t>
      </w:r>
      <w:r>
        <w:br/>
      </w:r>
      <w:r>
        <w:rPr>
          <w:sz w:val="20"/>
        </w:rPr>
        <w:t>1:05:51  result nahi nikla.</w:t>
      </w:r>
      <w:r>
        <w:br/>
      </w:r>
      <w:r>
        <w:rPr>
          <w:sz w:val="20"/>
        </w:rPr>
        <w:t>1:05:56  kisi paighambar ke zamane mein bhi dekhiye, aap mass ke level par result nahi nikalta, individual level par nikalta hai.</w:t>
      </w:r>
      <w:r>
        <w:br/>
      </w:r>
      <w:r>
        <w:rPr>
          <w:sz w:val="20"/>
        </w:rPr>
        <w:t>1:06:02  to distribute aap karenge, to distribute karenge to yeh thori ke saare log badal jayenge.</w:t>
      </w:r>
      <w:r>
        <w:br/>
      </w:r>
      <w:r>
        <w:rPr>
          <w:sz w:val="20"/>
        </w:rPr>
        <w:t>1:06:07  aap aur doosra jo tareeqa aap bata rahe hain, woh bhi karke dekh lijiye.</w:t>
      </w:r>
      <w:r>
        <w:br/>
      </w:r>
      <w:r>
        <w:rPr>
          <w:sz w:val="20"/>
        </w:rPr>
        <w:t>1:06:12  aap is mein bhi aisa nahi hoga ke mass ke level par log badal jayenge.</w:t>
      </w:r>
      <w:r>
        <w:br/>
      </w:r>
      <w:r>
        <w:rPr>
          <w:sz w:val="20"/>
        </w:rPr>
        <w:t>1:06:18  yeh to kuch seekhne wale hote hain, kuch sincere log hote hain, kuch chahte hain janna.</w:t>
      </w:r>
      <w:r>
        <w:br/>
      </w:r>
      <w:r>
        <w:rPr>
          <w:sz w:val="20"/>
        </w:rPr>
        <w:t>1:06:23  woh jab padhte hain to achaanak unhein badla hua jata hai.</w:t>
      </w:r>
      <w:r>
        <w:br/>
      </w:r>
      <w:r>
        <w:rPr>
          <w:sz w:val="20"/>
        </w:rPr>
        <w:t>1:06:28  jaise dekhiye, ek ek martaba yahan Kashmir baithi hui thi, agar aap ko yaad ho to ek aadmi aaya tha.</w:t>
      </w:r>
      <w:r>
        <w:br/>
      </w:r>
      <w:r>
        <w:rPr>
          <w:sz w:val="20"/>
        </w:rPr>
        <w:t>1:06:34  is mein yahi bataya tha qissa is ne apna ke woh milton tha.</w:t>
      </w:r>
      <w:r>
        <w:br/>
      </w:r>
      <w:r>
        <w:rPr>
          <w:sz w:val="20"/>
        </w:rPr>
        <w:t>1:06:39  woh phir ek baar nikla, woh ek maqam par kahin to doosre ne dekha ke kuch phaade hue</w:t>
      </w:r>
      <w:r>
        <w:br/>
      </w:r>
      <w:r>
        <w:rPr>
          <w:sz w:val="20"/>
        </w:rPr>
        <w:t>1:06:44  parze pade hue hain.</w:t>
      </w:r>
      <w:r>
        <w:br/>
      </w:r>
      <w:r>
        <w:rPr>
          <w:sz w:val="20"/>
        </w:rPr>
        <w:t>1:06:50  koi cheez thi chupi hui, woh phaad kar phenk diya kisi ne.</w:t>
      </w:r>
      <w:r>
        <w:br/>
      </w:r>
      <w:r>
        <w:rPr>
          <w:sz w:val="20"/>
        </w:rPr>
        <w:t>1:06:55  is ko uthaya, is ne tukde tukde kar diya.</w:t>
      </w:r>
      <w:r>
        <w:br/>
      </w:r>
      <w:r>
        <w:rPr>
          <w:sz w:val="20"/>
        </w:rPr>
        <w:t>1:07:00  to is ne is ko utha kar le gaya, aur sab tukde jod jod kar chipka chipka kar</w:t>
      </w:r>
      <w:r>
        <w:br/>
      </w:r>
      <w:r>
        <w:rPr>
          <w:sz w:val="20"/>
        </w:rPr>
        <w:t>1:07:06  is ka page banaya.</w:t>
      </w:r>
      <w:r>
        <w:br/>
      </w:r>
      <w:r>
        <w:rPr>
          <w:sz w:val="20"/>
        </w:rPr>
        <w:t>1:07:11  us tukde ko page bana kar padha, is ko thoda padha to us waqt hi to ek naya</w:t>
      </w:r>
      <w:r>
        <w:br/>
      </w:r>
      <w:r>
        <w:rPr>
          <w:sz w:val="20"/>
        </w:rPr>
        <w:t>1:07:16  message is ke andar hai.</w:t>
      </w:r>
      <w:r>
        <w:br/>
      </w:r>
      <w:r>
        <w:rPr>
          <w:sz w:val="20"/>
        </w:rPr>
        <w:t>1:07:22  woh hamari kitaab ka ek tukda tha.</w:t>
      </w:r>
      <w:r>
        <w:br/>
      </w:r>
      <w:r>
        <w:rPr>
          <w:sz w:val="20"/>
        </w:rPr>
        <w:t>1:07:27  kisi ghusse mein phaad diya tha kisi ne.</w:t>
      </w:r>
      <w:r>
        <w:br/>
      </w:r>
      <w:r>
        <w:rPr>
          <w:sz w:val="20"/>
        </w:rPr>
        <w:t>1:07:32  ab ghaur kijiye, ek aadmi ne ghusse mein phaada, aur doosre aadmi ne is ko chipka kar padha,</w:t>
      </w:r>
      <w:r>
        <w:br/>
      </w:r>
      <w:r>
        <w:rPr>
          <w:sz w:val="20"/>
        </w:rPr>
        <w:t>1:07:38  aur yahan aaya.</w:t>
      </w:r>
      <w:r>
        <w:br/>
      </w:r>
      <w:r>
        <w:rPr>
          <w:sz w:val="20"/>
        </w:rPr>
        <w:t>1:07:43  woh kaha ke maine tauba kar li milton se.</w:t>
      </w:r>
      <w:r>
        <w:br/>
      </w:r>
      <w:r>
        <w:rPr>
          <w:sz w:val="20"/>
        </w:rPr>
        <w:t>1:07:48  to kabhi bhi result ko mass level par mat jaanchiyye, individual level par jaanchiyye.</w:t>
      </w:r>
      <w:r>
        <w:br/>
      </w:r>
      <w:r>
        <w:rPr>
          <w:sz w:val="20"/>
        </w:rPr>
        <w:t>1:07:54  yeh ghalati kabhi mat kijiye.</w:t>
      </w:r>
      <w:r>
        <w:br/>
      </w:r>
      <w:r>
        <w:rPr>
          <w:sz w:val="20"/>
        </w:rPr>
        <w:t>1:07:59  woh nahi, paighambaron ka kaam bhi aap ko lage ke kuch bhi nahi hua.</w:t>
      </w:r>
      <w:r>
        <w:br/>
      </w:r>
      <w:r>
        <w:rPr>
          <w:sz w:val="20"/>
        </w:rPr>
        <w:t>1:08:04  aik sahib mere paas aik baar to aaye, woh kai idaray chala rahay thay, kai school college.</w:t>
      </w:r>
      <w:r>
        <w:br/>
      </w:r>
      <w:r>
        <w:rPr>
          <w:sz w:val="20"/>
        </w:rPr>
        <w:t>1:08:10  to bohat mayusi ki baat ki unhon nay kay hum nay socha tha kay is say islaah hogi,</w:t>
      </w:r>
      <w:r>
        <w:br/>
      </w:r>
      <w:r>
        <w:rPr>
          <w:sz w:val="20"/>
        </w:rPr>
        <w:t>1:08:15  aur koi islaah nahi hui.</w:t>
      </w:r>
      <w:r>
        <w:br/>
      </w:r>
      <w:r>
        <w:rPr>
          <w:sz w:val="20"/>
        </w:rPr>
        <w:t>1:08:20  hum ko to bohat mayusi ho rahi hai.</w:t>
      </w:r>
      <w:r>
        <w:br/>
      </w:r>
      <w:r>
        <w:rPr>
          <w:sz w:val="20"/>
        </w:rPr>
        <w:t>1:08:26  to yahi baat main nay un say kahi, aap islaah ko mass level par chahtay hain dekhna, aap</w:t>
      </w:r>
      <w:r>
        <w:br/>
      </w:r>
      <w:r>
        <w:rPr>
          <w:sz w:val="20"/>
        </w:rPr>
        <w:t>1:08:31  individual level par dekhiye.</w:t>
      </w:r>
      <w:r>
        <w:br/>
      </w:r>
      <w:r>
        <w:rPr>
          <w:sz w:val="20"/>
        </w:rPr>
        <w:t>1:08:36  to kuch dair chup ho gaye, woh phir socha.</w:t>
      </w:r>
      <w:r>
        <w:br/>
      </w:r>
      <w:r>
        <w:rPr>
          <w:sz w:val="20"/>
        </w:rPr>
        <w:t>1:08:42  unhon nay kaha kay waqai mujhe dikhai dainay laga shakhs, falan shakhs, falan shakhs.</w:t>
      </w:r>
      <w:r>
        <w:br/>
      </w:r>
      <w:r>
        <w:rPr>
          <w:sz w:val="20"/>
        </w:rPr>
        <w:t>1:08:47  is mein to bohat, yani islaah hui, nateeja nikla.</w:t>
      </w:r>
      <w:r>
        <w:br/>
      </w:r>
      <w:r>
        <w:rPr>
          <w:sz w:val="20"/>
        </w:rPr>
        <w:t>1:08:52  to jab bhi aap mass level par dain gay to har kaam aap ko bekaar lagay ga, hatta</w:t>
      </w:r>
      <w:r>
        <w:br/>
      </w:r>
      <w:r>
        <w:rPr>
          <w:sz w:val="20"/>
        </w:rPr>
        <w:t>1:08:58  kay peghambar ka kaam bhi, naoz billah.</w:t>
      </w:r>
      <w:r>
        <w:br/>
      </w:r>
      <w:r>
        <w:rPr>
          <w:sz w:val="20"/>
        </w:rPr>
        <w:t>1:09:03  lekan jab individual level par jaanchain gay to har kaam acha lagay ga aap ko.</w:t>
      </w:r>
      <w:r>
        <w:br/>
      </w:r>
      <w:r>
        <w:rPr>
          <w:sz w:val="20"/>
        </w:rPr>
        <w:t>1:09:08  yeh ghalti kabhi mat kijiye.</w:t>
      </w:r>
    </w:p>
    <w:p>
      <w:pPr>
        <w:pStyle w:val="Heading2"/>
      </w:pPr>
      <w:r>
        <w:t>View on neutralizing communal polarization</w:t>
      </w:r>
    </w:p>
    <w:p>
      <w:r>
        <w:rPr>
          <w:color w:val="666666"/>
          <w:sz w:val="18"/>
        </w:rPr>
        <w:t>Society &amp; Dawah · From The Spiritual Tree September 8, 2013 · 3m 52s · at 44:50 · https://youtu.be/Vv6vf2N8YQA?t=2690</w:t>
      </w:r>
    </w:p>
    <w:p>
      <w:r>
        <w:rPr>
          <w:i/>
        </w:rPr>
        <w:t>“A seminar was held on neutralizing communal polarization in Chennai. The team attended but did not get any single formula. We want your view on this topic.”</w:t>
      </w:r>
    </w:p>
    <w:p>
      <w:r>
        <w:rPr>
          <w:sz w:val="20"/>
        </w:rPr>
        <w:t>44:50  maulana yeh pehla sawal aaya hai chennai se Maulana Israr Umri ka</w:t>
      </w:r>
      <w:r>
        <w:br/>
      </w:r>
      <w:r>
        <w:rPr>
          <w:sz w:val="20"/>
        </w:rPr>
        <w:t>44:55  . yeh kehte hain "A seminar Was Held on Neutralizing of Communal Polarization on Saturday in Chennai." Team Chennai attended this program but they didn't get any single formula.</w:t>
      </w:r>
      <w:r>
        <w:br/>
      </w:r>
      <w:r>
        <w:rPr>
          <w:sz w:val="20"/>
        </w:rPr>
        <w:t>45:15  maulana we want your view on this topic.</w:t>
      </w:r>
      <w:r>
        <w:br/>
      </w:r>
      <w:r>
        <w:rPr>
          <w:sz w:val="20"/>
        </w:rPr>
        <w:t>45:27  dekhein Commonwealth Harmony har ek boli bolta hai us ki Commonwealth Harmony ki boli. lekin har ek chahta hai us ki apni Condition par.</w:t>
      </w:r>
      <w:r>
        <w:br/>
      </w:r>
      <w:r>
        <w:rPr>
          <w:sz w:val="20"/>
        </w:rPr>
        <w:t>45:39  har ek ki apni Condition hai chahta hai ke doosra aadmi us ko Accept kare.</w:t>
      </w:r>
      <w:r>
        <w:br/>
      </w:r>
      <w:r>
        <w:rPr>
          <w:sz w:val="20"/>
        </w:rPr>
        <w:t>45:46  mein is formula ko nahi manta.</w:t>
      </w:r>
      <w:r>
        <w:br/>
      </w:r>
      <w:r>
        <w:rPr>
          <w:sz w:val="20"/>
        </w:rPr>
        <w:t>45:51  mein dekhein jo formula jo Islam ne diya hai woh sirf yeh hai ke khud aap Problem Create na karein. bas. dekhein ek hadith hai ke "Wallahi la yoomin Wallahi la yoomin Wallahi la yoomin alladhi la yaman jara bawaqahu"</w:t>
      </w:r>
      <w:r>
        <w:br/>
      </w:r>
      <w:r>
        <w:rPr>
          <w:sz w:val="20"/>
        </w:rPr>
        <w:t>46:14  . Khuda kasam woh momin nahi hai, Khuda kasam momin nahi hai, Khuda kasam momin nahi hai. jo apne padosi ke liye Problem Create kare.</w:t>
      </w:r>
      <w:r>
        <w:br/>
      </w:r>
      <w:r>
        <w:rPr>
          <w:sz w:val="20"/>
        </w:rPr>
        <w:t>46:26  dekhein yeh saada tor par Religious Formula nahi hai. yeh Social Harmony ka formula hai.</w:t>
      </w:r>
      <w:r>
        <w:br/>
      </w:r>
      <w:r>
        <w:rPr>
          <w:sz w:val="20"/>
        </w:rPr>
        <w:t>46:36  How to Establish Social Harmony is ka formula hai woh. woh kya hai?</w:t>
      </w:r>
      <w:r>
        <w:br/>
      </w:r>
      <w:r>
        <w:rPr>
          <w:sz w:val="20"/>
        </w:rPr>
        <w:t>46:42  apne aap ko Problem Create karne se bachaiye. is ke baad samaj mein Harmony hogi. doosron ka kehna hai ke tum karo, police kare, Government kare, is se kuch hone wala nahi hai.</w:t>
      </w:r>
      <w:r>
        <w:br/>
      </w:r>
      <w:r>
        <w:rPr>
          <w:sz w:val="20"/>
        </w:rPr>
        <w:t>46:55  har ek ke paas ek List hoti hai ke police yeh kare, Government yeh kare, doosri Community yeh kare, falan yeh kare, falan woh kare.</w:t>
      </w:r>
      <w:r>
        <w:br/>
      </w:r>
      <w:r>
        <w:rPr>
          <w:sz w:val="20"/>
        </w:rPr>
        <w:t>47:05  kuch nahi. Simple formula hai ke aap khud ko is se bachaiye ke aap koi Problem Create karein doosron ke liye.</w:t>
      </w:r>
      <w:r>
        <w:br/>
      </w:r>
      <w:r>
        <w:rPr>
          <w:sz w:val="20"/>
        </w:rPr>
        <w:t>47:16  bas is ke baad Harmony hogi. yahi formula diya gaya hai Quran mein aur hadith mein.</w:t>
      </w:r>
      <w:r>
        <w:br/>
      </w:r>
      <w:r>
        <w:rPr>
          <w:sz w:val="20"/>
        </w:rPr>
        <w:t>47:27  aur is ke siwa koi bhi formula nahi. koi bhi formula nahi.</w:t>
      </w:r>
      <w:r>
        <w:br/>
      </w:r>
      <w:r>
        <w:rPr>
          <w:sz w:val="20"/>
        </w:rPr>
        <w:t>47:36  ek bohat hi zabardast ek ek ek Sahabi ka qaul hai ke</w:t>
      </w:r>
      <w:r>
        <w:br/>
      </w:r>
      <w:r>
        <w:rPr>
          <w:sz w:val="20"/>
        </w:rPr>
        <w:t>47:46  jo aadmi doosre ke chote sar par</w:t>
      </w:r>
      <w:r>
        <w:br/>
      </w:r>
      <w:r>
        <w:rPr>
          <w:sz w:val="20"/>
        </w:rPr>
        <w:t>47:56  ko bardasht nahi karega us ko us ke bare sar ko bardasht karna parega. is ka matlab kya hai?</w:t>
      </w:r>
      <w:r>
        <w:br/>
      </w:r>
      <w:r>
        <w:rPr>
          <w:sz w:val="20"/>
        </w:rPr>
        <w:t>48:03  agar bil farz samaj mein koi aadmi aap ko koi aisa waqia kare jis se aap ko takleef pahunche to us ko sabr ke khane mein daliye.</w:t>
      </w:r>
      <w:r>
        <w:br/>
      </w:r>
      <w:r>
        <w:rPr>
          <w:sz w:val="20"/>
        </w:rPr>
        <w:t>48:15  sabr ke khane mein. kyunke agar aap ne is se jawab ul jawab ka issue banaya to kya hoga?</w:t>
      </w:r>
      <w:r>
        <w:br/>
      </w:r>
      <w:r>
        <w:rPr>
          <w:sz w:val="20"/>
        </w:rPr>
        <w:t>48:23  phir masla badhega. abhi agar kisi ne koi ek aap ke khilaf ek baat boli thi to us ke baad gun chalegi, bam chalega.</w:t>
      </w:r>
      <w:r>
        <w:br/>
      </w:r>
      <w:r>
        <w:rPr>
          <w:sz w:val="20"/>
        </w:rPr>
        <w:t>48:34  to mein dekh yahi Social Harmony ka formula hai aur koi doosra formula nahi.</w:t>
      </w:r>
    </w:p>
    <w:p>
      <w:pPr>
        <w:pStyle w:val="Heading2"/>
      </w:pPr>
      <w:r>
        <w:t>Western innovation and Islamic influence</w:t>
      </w:r>
    </w:p>
    <w:p>
      <w:r>
        <w:rPr>
          <w:color w:val="666666"/>
          <w:sz w:val="18"/>
        </w:rPr>
        <w:t>Society &amp; Dawah · Realistic Approach 30 March, 2014 · 4m 10s · at 56:08 · https://youtu.be/HIFxmWWiEG4?t=3368</w:t>
      </w:r>
    </w:p>
    <w:p>
      <w:r>
        <w:rPr>
          <w:i/>
        </w:rPr>
        <w:t>“How did the Westerners become the innovators? What was the source of their innovation? Did they get the idea to innovate from Islam?”</w:t>
      </w:r>
    </w:p>
    <w:p>
      <w:r>
        <w:rPr>
          <w:sz w:val="20"/>
        </w:rPr>
        <w:t>56:08  Maulana, agla sawal kiya hai Delhi se Muhammad Khurshid Alam sahib ne. Unhon ne likha hai: "How did the westerners become the innovators?</w:t>
      </w:r>
      <w:r>
        <w:br/>
      </w:r>
      <w:r>
        <w:rPr>
          <w:sz w:val="20"/>
        </w:rPr>
        <w:t>56:19  What what was the source of their innovation? Did they get idea to innovate from Islam?" Second Islam bas khali bas yahi hai.</w:t>
      </w:r>
      <w:r>
        <w:br/>
      </w:r>
      <w:r>
        <w:rPr>
          <w:sz w:val="20"/>
        </w:rPr>
        <w:t>56:29  Log logon ko pata hai ke hamara fakhr hamare hisse mein aana chahiye. Fakhr jo hai, hamare hisse mein aana chahiye.</w:t>
      </w:r>
      <w:r>
        <w:br/>
      </w:r>
      <w:r>
        <w:rPr>
          <w:sz w:val="20"/>
        </w:rPr>
        <w:t>56:38  Sab se bari burai yeh hai ke aap fakhr apne hisse mein dalna chahein. Woh insaan nahi hai, un ko Allah ne nahi paida kiya hai, aap hi ko paida kiya hai.</w:t>
      </w:r>
      <w:r>
        <w:br/>
      </w:r>
      <w:r>
        <w:rPr>
          <w:sz w:val="20"/>
        </w:rPr>
        <w:t>56:48  Yaani musalman samajhta hai ke hamara paida karne wala to Allah hai, baqi un ka paida karne wala shaitan hai. Yeh soch jo hai, itni zyada dirty hai, itni dirty hai ke Allah kabhi is ko maaf nahi karega.</w:t>
      </w:r>
      <w:r>
        <w:br/>
      </w:r>
      <w:r>
        <w:rPr>
          <w:sz w:val="20"/>
        </w:rPr>
        <w:t>56:59  Is soch ko bhai, in cheezon ka aap jaanna chahein to meri kitaab chhap rahi hai, is ka naam hai "Azhar-e-Deen". Is ko parhiye, aap</w:t>
      </w:r>
      <w:r>
        <w:br/>
      </w:r>
      <w:r>
        <w:rPr>
          <w:sz w:val="20"/>
        </w:rPr>
        <w:t>57:08  Woh us waqt press mein hai, bohat jald aa jayegi. Maulana, ek hissa un ke sawal ka yeh bhi tha ke "Why Muslims consider America to be an enemy of Islam?" Wahi falsehood ka hissa hai,</w:t>
      </w:r>
      <w:r>
        <w:br/>
      </w:r>
      <w:r>
        <w:rPr>
          <w:sz w:val="20"/>
        </w:rPr>
        <w:t>57:25  isi falsehood ka hissa hai.</w:t>
      </w:r>
      <w:r>
        <w:br/>
      </w:r>
      <w:r>
        <w:rPr>
          <w:sz w:val="20"/>
        </w:rPr>
        <w:t>57:31  Dekhein, sab se bari wajah jo musalmanon ke haan aayi hui hai ke America Israel ki himayat kyun karta hai? To sawal yeh hai ke America Pakistan ki himayat kyun karta hai?</w:t>
      </w:r>
      <w:r>
        <w:br/>
      </w:r>
      <w:r>
        <w:rPr>
          <w:sz w:val="20"/>
        </w:rPr>
        <w:t>57:44  60 baras se Pakistan mein ek hi wazir raha hai.</w:t>
      </w:r>
      <w:r>
        <w:br/>
      </w:r>
      <w:r>
        <w:rPr>
          <w:sz w:val="20"/>
        </w:rPr>
        <w:t>57:50  To America agar Israel ki himayat karta hai to aap sochiye ke Pakistan ki himayat kyun karta hai? Aur seven million musalman kyun rehte hain 68 se America mein?</w:t>
      </w:r>
      <w:r>
        <w:br/>
      </w:r>
      <w:r>
        <w:rPr>
          <w:sz w:val="20"/>
        </w:rPr>
        <w:t>58:03  is ki wajah kya hai? to amreeka apne interest ko jahan dekhta hai, jahan interest israel se is ko poora ho raha hai, to israel ka saath deta hai.</w:t>
      </w:r>
      <w:r>
        <w:br/>
      </w:r>
      <w:r>
        <w:rPr>
          <w:sz w:val="20"/>
        </w:rPr>
        <w:t>58:13  jahan pakistan hai, woh pakistan ka saath deta hai.</w:t>
      </w:r>
      <w:r>
        <w:br/>
      </w:r>
      <w:r>
        <w:rPr>
          <w:sz w:val="20"/>
        </w:rPr>
        <w:t>58:16  jo seven million musalman wahan hain, woh is ke woh labor, is ko labor ki zaroorat hai, woh labor faraham kar rahe hain. to in ko in ko apni jagah di gayi hai.</w:t>
      </w:r>
      <w:r>
        <w:br/>
      </w:r>
      <w:r>
        <w:rPr>
          <w:sz w:val="20"/>
        </w:rPr>
        <w:t>58:26  is seven muslim jo hain amreeka mein, woh un ke labor ki zaroorat poora kar rahe hain. to in ko bhi woh moqa diya gaya hai. dekhen, har aadmi apne interest ko jeeta dekhta hai.</w:t>
      </w:r>
      <w:r>
        <w:br/>
      </w:r>
      <w:r>
        <w:rPr>
          <w:sz w:val="20"/>
        </w:rPr>
        <w:t>58:37  koi dushman kisi ka nahi hota. kisi insaan ko yeh fursat nahi ke woh aap se dushmani kare.</w:t>
      </w:r>
      <w:r>
        <w:br/>
      </w:r>
      <w:r>
        <w:rPr>
          <w:sz w:val="20"/>
        </w:rPr>
        <w:t>58:44  yeh nazariya hi batil hai, bilkul jhoot jhoot hai. har aadmi apne interest ko dekhta hai. ab ab aap ko kahin ikhtilaf par jata hai, is ka interest to aap ka to aik dushman hai.</w:t>
      </w:r>
      <w:r>
        <w:br/>
      </w:r>
      <w:r>
        <w:rPr>
          <w:sz w:val="20"/>
        </w:rPr>
        <w:t>58:55  woh apne interest ko hasil karna chahta tha. ittifaq ki baat hai ke aap ko kahin thokar lag gayi.</w:t>
      </w:r>
      <w:r>
        <w:br/>
      </w:r>
      <w:r>
        <w:rPr>
          <w:sz w:val="20"/>
        </w:rPr>
        <w:t>59:02  to yaad rakhiye, apni dictionary se nikaal dijiye lafz "dushmani" aur "conspiracy" aur sahi lafz is ke rakhiye ke har insaan apne interest pe chal raha hai.</w:t>
      </w:r>
      <w:r>
        <w:br/>
      </w:r>
      <w:r>
        <w:rPr>
          <w:sz w:val="20"/>
        </w:rPr>
        <w:t>59:17  aap bhi interest chal rahe hain, musalman bhi apne interest pe chal rahe hain. to</w:t>
      </w:r>
      <w:r>
        <w:br/>
      </w:r>
      <w:r>
        <w:rPr>
          <w:sz w:val="20"/>
        </w:rPr>
        <w:t>59:23  kahin aap ka interest doosre se mawafiqat kar jaye ga, kahin mukhalifat kar jaye ga.</w:t>
      </w:r>
      <w:r>
        <w:br/>
      </w:r>
      <w:r>
        <w:rPr>
          <w:sz w:val="20"/>
        </w:rPr>
        <w:t>59:33  to woh ittifaq ki baat hai, koi kisi ka dushman nahi, kisi ko fursat nahi ke woh kisi ko dushmani kare. har aadmi ko khud apni taraqqi, bachon ko taraqqi dena hai, apne ghar ko banana hai.</w:t>
      </w:r>
      <w:r>
        <w:br/>
      </w:r>
      <w:r>
        <w:rPr>
          <w:sz w:val="20"/>
        </w:rPr>
        <w:t>59:44  yeh nazariya hi bilkul baseless hai, bilkul baseless hai ke falan dushman hai, falan dushman hai, koi dushman nahi hai.</w:t>
      </w:r>
      <w:r>
        <w:br/>
      </w:r>
      <w:r>
        <w:rPr>
          <w:sz w:val="20"/>
        </w:rPr>
        <w:t>59:51  har aadmi apne apne... mein ne aap ko misaal di ke agar israel ki himayat karne ki wajah se amreeka dushman ban gaya hai to is pakistan ki himayat kyun karta hai?</w:t>
      </w:r>
      <w:r>
        <w:br/>
      </w:r>
      <w:r>
        <w:rPr>
          <w:sz w:val="20"/>
        </w:rPr>
        <w:t>1:00:02  woh seven million musalmanon ko apne haan jagah di hui hai, khoob kha kama rahe hain. woh kyun? to apne interest ki wajah se yeh bhi kar raha hai, interest ki wajah se woh bhi kar raha hai.</w:t>
      </w:r>
      <w:r>
        <w:br/>
      </w:r>
      <w:r>
        <w:rPr>
          <w:sz w:val="20"/>
        </w:rPr>
        <w:t>1:00:13  interest ka lafz dono ko explain karta hai.</w:t>
      </w:r>
    </w:p>
    <w:p>
      <w:pPr>
        <w:pStyle w:val="Heading2"/>
      </w:pPr>
      <w:r>
        <w:t>Western progress through science</w:t>
      </w:r>
    </w:p>
    <w:p>
      <w:r>
        <w:rPr>
          <w:color w:val="666666"/>
          <w:sz w:val="18"/>
        </w:rPr>
        <w:t>Society &amp; Dawah · Divine Guidance November 20, 2016 · 2m 17s · at 1:03:05 · https://youtu.be/tbcloc-fvSE?t=3785</w:t>
      </w:r>
    </w:p>
    <w:p>
      <w:r>
        <w:rPr>
          <w:i/>
        </w:rPr>
        <w:t>“The West has indulged and made the most of this life through numerous scientific researches and studies.”</w:t>
      </w:r>
    </w:p>
    <w:p>
      <w:r>
        <w:rPr>
          <w:sz w:val="20"/>
        </w:rPr>
        <w:t>1:03:05  Maulana, agla sawal kya hai Syed Ahmed Ali sahib ne Delhi se.</w:t>
      </w:r>
      <w:r>
        <w:br/>
      </w:r>
      <w:r>
        <w:rPr>
          <w:sz w:val="20"/>
        </w:rPr>
        <w:t>1:03:10  unhon ne likha hai: "The West has indulged and made the most of this life through numerous scientific</w:t>
      </w:r>
      <w:r>
        <w:br/>
      </w:r>
      <w:r>
        <w:rPr>
          <w:sz w:val="20"/>
        </w:rPr>
        <w:t>1:03:15  researches and studies.</w:t>
      </w:r>
      <w:r>
        <w:br/>
      </w:r>
      <w:r>
        <w:rPr>
          <w:sz w:val="20"/>
        </w:rPr>
        <w:t>1:03:20  Their studies have proven Allah's presence and also the fact that there is one Creator of this universe.</w:t>
      </w:r>
      <w:r>
        <w:br/>
      </w:r>
      <w:r>
        <w:rPr>
          <w:sz w:val="20"/>
        </w:rPr>
        <w:t>1:03:25  However, they do not revert to Islam.</w:t>
      </w:r>
      <w:r>
        <w:br/>
      </w:r>
      <w:r>
        <w:rPr>
          <w:sz w:val="20"/>
        </w:rPr>
        <w:t>1:03:30  The West has indulged and made the most of this life through numerous scientific researches and studies. Their studies have proven Allah's presence and also the fact that there is one Creator of this universe. However, they do not revert to Islam.</w:t>
      </w:r>
      <w:r>
        <w:br/>
      </w:r>
      <w:r>
        <w:rPr>
          <w:sz w:val="20"/>
        </w:rPr>
        <w:t>1:03:46  " kya jis shai ki sawal karoon? Maulana, woh yeh keh rahe hain ke jo West ne jo</w:t>
      </w:r>
      <w:r>
        <w:br/>
      </w:r>
      <w:r>
        <w:rPr>
          <w:sz w:val="20"/>
        </w:rPr>
        <w:t>1:03:51  itni research kar ke itni taraqqi kari hai to is se yahi prove hota hai ke God exist.</w:t>
      </w:r>
      <w:r>
        <w:br/>
      </w:r>
      <w:r>
        <w:rPr>
          <w:sz w:val="20"/>
        </w:rPr>
        <w:t>1:03:57  jaise aaj aap ne bhi talk mein kaha.</w:t>
      </w:r>
      <w:r>
        <w:br/>
      </w:r>
      <w:r>
        <w:rPr>
          <w:sz w:val="20"/>
        </w:rPr>
        <w:t>1:04:03  to lekin woh keh rahe hain ke itne dollars aur itna research pe hours kharchne ke baad bhi</w:t>
      </w:r>
      <w:r>
        <w:br/>
      </w:r>
      <w:r>
        <w:rPr>
          <w:sz w:val="20"/>
        </w:rPr>
        <w:t>1:04:08  woh they have not reverted to Islam to woh yeh yeh sawal pooch rahe hain ke kya is</w:t>
      </w:r>
      <w:r>
        <w:br/>
      </w:r>
      <w:r>
        <w:rPr>
          <w:sz w:val="20"/>
        </w:rPr>
        <w:t>1:04:14  se kuch un ko faida hoga afterlife mein? aa, yeh jo itni mehnat kari unhon ne unless they</w:t>
      </w:r>
      <w:r>
        <w:br/>
      </w:r>
      <w:r>
        <w:rPr>
          <w:sz w:val="20"/>
        </w:rPr>
        <w:t>1:04:20  accept Islam bhai, aakhirat ka baat to Allah jaane, hum kaise jaanenge? hum kaise keh sakte hain?</w:t>
      </w:r>
      <w:r>
        <w:br/>
      </w:r>
      <w:r>
        <w:rPr>
          <w:sz w:val="20"/>
        </w:rPr>
        <w:t>1:04:25  aakhirat ki baat agar aap poochein to main nahin, kuch nahin, kuch nahin keh sakta.</w:t>
      </w:r>
      <w:r>
        <w:br/>
      </w:r>
      <w:r>
        <w:rPr>
          <w:sz w:val="20"/>
        </w:rPr>
        <w:t>1:04:31  yeh Allah ke domain ki cheez hai.</w:t>
      </w:r>
      <w:r>
        <w:br/>
      </w:r>
      <w:r>
        <w:rPr>
          <w:sz w:val="20"/>
        </w:rPr>
        <w:t>1:04:37  baqi main yeh kahunga ke 20 years of freedom ka mauqa har ek ke liye hai.</w:t>
      </w:r>
      <w:r>
        <w:br/>
      </w:r>
      <w:r>
        <w:rPr>
          <w:sz w:val="20"/>
        </w:rPr>
        <w:t>1:04:42  woh Abu Talib ke liye bhi tha, woh Hazrat Ibrahim ke baap ke liye bhi tha, woh Hazrat</w:t>
      </w:r>
      <w:r>
        <w:br/>
      </w:r>
      <w:r>
        <w:rPr>
          <w:sz w:val="20"/>
        </w:rPr>
        <w:t>1:04:48  Nuh ke bete ke liye bhi tha.</w:t>
      </w:r>
      <w:r>
        <w:br/>
      </w:r>
      <w:r>
        <w:rPr>
          <w:sz w:val="20"/>
        </w:rPr>
        <w:t>1:04:54  to to aap ka jo free choice ka jo Allah ne diya hai, us ko aap rehta hai</w:t>
      </w:r>
      <w:r>
        <w:br/>
      </w:r>
      <w:r>
        <w:rPr>
          <w:sz w:val="20"/>
        </w:rPr>
        <w:t>1:04:59  ke chahe idhar istemal karein, idhar istemal karein.</w:t>
      </w:r>
      <w:r>
        <w:br/>
      </w:r>
      <w:r>
        <w:rPr>
          <w:sz w:val="20"/>
        </w:rPr>
        <w:t>1:05:05  to scientist ho ya philosopher ho, koi bhi ho, free choice to phir bhi baqi rehta hai is ka.</w:t>
      </w:r>
      <w:r>
        <w:br/>
      </w:r>
      <w:r>
        <w:rPr>
          <w:sz w:val="20"/>
        </w:rPr>
        <w:t>1:05:11  to jis tarah chahe istemal karein, maanein ya na maanein.</w:t>
      </w:r>
      <w:r>
        <w:br/>
      </w:r>
      <w:r>
        <w:rPr>
          <w:sz w:val="20"/>
        </w:rPr>
        <w:t>1:05:17  kya sab clear hai? main ne ji ji Maulana.</w:t>
      </w:r>
    </w:p>
    <w:p>
      <w:pPr>
        <w:pStyle w:val="Heading2"/>
      </w:pPr>
      <w:r>
        <w:t>What Did Islam Give to the World?</w:t>
      </w:r>
    </w:p>
    <w:p>
      <w:r>
        <w:rPr>
          <w:color w:val="666666"/>
          <w:sz w:val="18"/>
        </w:rPr>
        <w:t>Society &amp; Dawah · Importance of Peace December 16, 2012 · 2m 05s · at 1:31:04 · https://youtu.be/nymyorYyEz4?t=5464</w:t>
      </w:r>
    </w:p>
    <w:p>
      <w:r>
        <w:rPr>
          <w:i/>
        </w:rPr>
        <w:t>“A secular person said that Darwin and Marx gave a great deal to the world. What did Islam give to the world? Please explain.”</w:t>
      </w:r>
    </w:p>
    <w:p>
      <w:r>
        <w:rPr>
          <w:sz w:val="20"/>
        </w:rPr>
        <w:t>1:31:04  Maulana, agla sawal Tamil Nadu se hai Maulana Iqbal Umri ka. unhon ne aap se poocha hai: "Maulana, unhon ne yeh likha hai ke aik secular aadmi se mulaqat hui, unhon ne kaha ke Darwin ne aur Marx ne dunya ko bohat kuch diya.</w:t>
      </w:r>
      <w:r>
        <w:br/>
      </w:r>
      <w:r>
        <w:rPr>
          <w:sz w:val="20"/>
        </w:rPr>
        <w:t>1:31:22  Islam ne dunya ko kya diya?" us ke baray mein aap batayein. yeh toh daawa un ka hai. Marx ne kuch nahi diya</w:t>
      </w:r>
      <w:r>
        <w:br/>
      </w:r>
      <w:r>
        <w:rPr>
          <w:sz w:val="20"/>
        </w:rPr>
        <w:t>1:31:31  . Marx ke nazariye ko lay kar jo Russia mein inqilab aaya tha, toh wahan par 25 million insaan maar daalay gaye.</w:t>
      </w:r>
      <w:r>
        <w:br/>
      </w:r>
      <w:r>
        <w:rPr>
          <w:sz w:val="20"/>
        </w:rPr>
        <w:t>1:31:40  ab mila kya? economy tabah ho gayi Russia ki. diya kya? yeh kahan kahan diya? 25 million insaan ko maar dala sirf is liye ke woh woh socialism economy qaim karnay ke liye,</w:t>
      </w:r>
      <w:r>
        <w:br/>
      </w:r>
      <w:r>
        <w:rPr>
          <w:sz w:val="20"/>
        </w:rPr>
        <w:t>1:31:54  yani kisanon se zameen chheen nay ke liye. lekin mila kya?</w:t>
      </w:r>
      <w:r>
        <w:br/>
      </w:r>
      <w:r>
        <w:rPr>
          <w:sz w:val="20"/>
        </w:rPr>
        <w:t>1:32:01  mein khud gaya tha wahan us zamanay mein, roti nahi milti thi. woh yani kisanon se zameen chheen kar us ko state ki milkiyat de diya.</w:t>
      </w:r>
      <w:r>
        <w:br/>
      </w:r>
      <w:r>
        <w:rPr>
          <w:sz w:val="20"/>
        </w:rPr>
        <w:t>1:32:11  toh is se pehlay Russia gandum ko, yani gaon ko export karta tha. ab wahan gaon kehti hai kam hai, woh ki roti nahi milti.</w:t>
      </w:r>
      <w:r>
        <w:br/>
      </w:r>
      <w:r>
        <w:rPr>
          <w:sz w:val="20"/>
        </w:rPr>
        <w:t>1:32:20  lambe lambe line sarkon par lagi hui thi. toh diya kya? tabah kiya sirf. baqi jahan tak Darwin ka ta'alluq hai, toh yeh bhi ghalat baat hai.</w:t>
      </w:r>
      <w:r>
        <w:br/>
      </w:r>
      <w:r>
        <w:rPr>
          <w:sz w:val="20"/>
        </w:rPr>
        <w:t>1:32:30  Darwin ne kuch nahi</w:t>
      </w:r>
      <w:r>
        <w:br/>
      </w:r>
      <w:r>
        <w:rPr>
          <w:sz w:val="20"/>
        </w:rPr>
        <w:t>1:32:31  diya. aik aik workable theory thi, elevation theory. workable, woh koi scientific theory nahi thi. khud Darwin mara frustration mein.</w:t>
      </w:r>
      <w:r>
        <w:br/>
      </w:r>
      <w:r>
        <w:rPr>
          <w:sz w:val="20"/>
        </w:rPr>
        <w:t>1:32:39  aap ko agar shauq ho toh Darwin ki life parh lijiye. us ko khud apnay baray mein woh tha ke mein ne sahi nahi kiya hai. khud parh lijiye aap us ka, yani aakhri dinon mein jo us ka haal tha Darwin ka.</w:t>
      </w:r>
      <w:r>
        <w:br/>
      </w:r>
      <w:r>
        <w:rPr>
          <w:sz w:val="20"/>
        </w:rPr>
        <w:t>1:32:52  diya kya us ne? aur Islam ne kya diya? us ko bari kitab parh lijiye. aap</w:t>
      </w:r>
      <w:r>
        <w:br/>
      </w:r>
      <w:r>
        <w:rPr>
          <w:sz w:val="20"/>
        </w:rPr>
        <w:t>1:32:58  Islam the creator of modern age, us ko parh lijiye. aap Islam ne kya diya? creator of modern age mein tafseel parh sakte hain us ki.</w:t>
      </w:r>
    </w:p>
    <w:p>
      <w:pPr>
        <w:pStyle w:val="Heading2"/>
      </w:pPr>
      <w:r>
        <w:t>What to do about oppression?</w:t>
      </w:r>
    </w:p>
    <w:p>
      <w:r>
        <w:rPr>
          <w:color w:val="666666"/>
          <w:sz w:val="18"/>
        </w:rPr>
        <w:t>Society &amp; Dawah · Anger An Obstacle to wisdom 5 Jan 2020 - Maulana Wahiduddin Khan · 4m 48s · at 44:17 · https://youtu.be/q0VPtCsiYrI?t=2657</w:t>
      </w:r>
    </w:p>
    <w:p>
      <w:r>
        <w:rPr>
          <w:i/>
        </w:rPr>
        <w:t>“When we see humans oppressing humans and the condition of the poor oppressed, our heart trembles. What should we do? What will just talking good words do? What can one person do?”</w:t>
      </w:r>
    </w:p>
    <w:p>
      <w:r>
        <w:rPr>
          <w:sz w:val="20"/>
        </w:rPr>
        <w:t>44:17  Maulana, kuch sawal lena chahenge. Yeh sawal bheja hai Nadeem Saifi sahib ne jo Muzaffarnagar se hain lekin is waqt class mein maujood hain.</w:t>
      </w:r>
      <w:r>
        <w:br/>
      </w:r>
      <w:r>
        <w:rPr>
          <w:sz w:val="20"/>
        </w:rPr>
        <w:t>44:28  Unhon ne likha hai: "Hum apne charon taraf jab insan ko insan ke upar zulm karte dekhte hain aur mazloom ghareeb logon ke haal dekhte hain to dil kanp jata hai.</w:t>
      </w:r>
      <w:r>
        <w:br/>
      </w:r>
      <w:r>
        <w:rPr>
          <w:sz w:val="20"/>
        </w:rPr>
        <w:t>44:42  Aise mein hum kya karen? Sirf baat yani achhi baaton se kya hoga? Hum ek aadmi kya kar sakte hain?</w:t>
      </w:r>
      <w:r>
        <w:br/>
      </w:r>
      <w:r>
        <w:rPr>
          <w:sz w:val="20"/>
        </w:rPr>
        <w:t>44:51  Quran ka practical approach kya hai? Is ke bare mein bataen." Woh main ne bata diya aap ko. Rasool Allah se Makka mein poocha gaya tha ke aap kya chahte hain?</w:t>
      </w:r>
      <w:r>
        <w:br/>
      </w:r>
      <w:r>
        <w:rPr>
          <w:sz w:val="20"/>
        </w:rPr>
        <w:t>45:06  Kya aap ka? To aap ne kaha tha ke ek kalma, kalma wahida</w:t>
      </w:r>
      <w:r>
        <w:br/>
      </w:r>
      <w:r>
        <w:rPr>
          <w:sz w:val="20"/>
        </w:rPr>
        <w:t>45:18  ke Allah ko shukr karne wale bano. Aur is ke nateeje mein kya hua ke Islam</w:t>
      </w:r>
      <w:r>
        <w:br/>
      </w:r>
      <w:r>
        <w:rPr>
          <w:sz w:val="20"/>
        </w:rPr>
        <w:t>45:28  sari universe mein phail gaya.</w:t>
      </w:r>
      <w:r>
        <w:br/>
      </w:r>
      <w:r>
        <w:rPr>
          <w:sz w:val="20"/>
        </w:rPr>
        <w:t>45:34  to asal cheez yeh hai, dekhiye, quran mein ke quran mein hai ke tum jaldi chahte ho,</w:t>
      </w:r>
      <w:r>
        <w:br/>
      </w:r>
      <w:r>
        <w:rPr>
          <w:sz w:val="20"/>
        </w:rPr>
        <w:t>45:46  jaldi. to aap woh us process ko ikhtiyar kijiye</w:t>
      </w:r>
      <w:r>
        <w:br/>
      </w:r>
      <w:r>
        <w:rPr>
          <w:sz w:val="20"/>
        </w:rPr>
        <w:t>45:54  jo process Allah ne bataye hain, woh process ko ikhtiyar nahi karte aap aur chahte hain ke nateeja nikle.</w:t>
      </w:r>
      <w:r>
        <w:br/>
      </w:r>
      <w:r>
        <w:rPr>
          <w:sz w:val="20"/>
        </w:rPr>
        <w:t>46:03  is par to maine bohat likha hai, bohat dekha hai ke ek process hai, shukr ek process hai, hamd ek process hai, Allah se madad talab hona ek process hai.</w:t>
      </w:r>
      <w:r>
        <w:br/>
      </w:r>
      <w:r>
        <w:rPr>
          <w:sz w:val="20"/>
        </w:rPr>
        <w:t>46:16  is process ko follow kijiye, phir bataiye ke kya hua, kya nahi hua.</w:t>
      </w:r>
      <w:r>
        <w:br/>
      </w:r>
      <w:r>
        <w:rPr>
          <w:sz w:val="20"/>
        </w:rPr>
        <w:t>46:24  Muhammad Sheikh Sahib ne Indore se likha hai: "Sir, I agree with you. You are the present human angel on this planet who is motivating mankind</w:t>
      </w:r>
      <w:r>
        <w:br/>
      </w:r>
      <w:r>
        <w:rPr>
          <w:sz w:val="20"/>
        </w:rPr>
        <w:t>46:35  . everyone must listen to you with three sixty degrees. i am sure each one will be benefited۔" mehtab ali nandro sahib ne bijnor up se likha hai: "yes, absolutelyright.</w:t>
      </w:r>
      <w:r>
        <w:br/>
      </w:r>
      <w:r>
        <w:rPr>
          <w:sz w:val="20"/>
        </w:rPr>
        <w:t>46:50  self-disciplined character is the best character۔" iqbal hussain sahib ne lahore se likha hai: "as always, a great spiritual speech</w:t>
      </w:r>
      <w:r>
        <w:br/>
      </w:r>
      <w:r>
        <w:rPr>
          <w:sz w:val="20"/>
        </w:rPr>
        <w:t>47:02  . you are a motivational speaker, molana sahib۔"</w:t>
      </w:r>
      <w:r>
        <w:br/>
      </w:r>
      <w:r>
        <w:rPr>
          <w:sz w:val="20"/>
        </w:rPr>
        <w:t>47:09  sanaullah chaudhry ne islamabad se likha hai: "mashallah, i followed this practice yesterday and it was really amazing.</w:t>
      </w:r>
      <w:r>
        <w:br/>
      </w:r>
      <w:r>
        <w:rPr>
          <w:sz w:val="20"/>
        </w:rPr>
        <w:t>47:20  control anger and use hikmat to resolve the issues wisely."</w:t>
      </w:r>
      <w:r>
        <w:br/>
      </w:r>
      <w:r>
        <w:rPr>
          <w:sz w:val="20"/>
        </w:rPr>
        <w:t>47:30  mashallah. molana aamir mori sahib ka comment hai aur sawal hai, aur is ke sath sath hum ek aur question parhna chahenge jo milta julta hai molana iqbal umri ka.</w:t>
      </w:r>
      <w:r>
        <w:br/>
      </w:r>
      <w:r>
        <w:rPr>
          <w:sz w:val="20"/>
        </w:rPr>
        <w:t>47:46  aamir mori sahib ne likha hai: "thank you molana sahib for such an enlightening lecture on positive thinking and anger management.</w:t>
      </w:r>
      <w:r>
        <w:br/>
      </w:r>
      <w:r>
        <w:rPr>
          <w:sz w:val="20"/>
        </w:rPr>
        <w:t>47:56  god has created human beings with a faculty of thinking both positive and negative. this is something which is very natural.</w:t>
      </w:r>
      <w:r>
        <w:br/>
      </w:r>
      <w:r>
        <w:rPr>
          <w:sz w:val="20"/>
        </w:rPr>
        <w:t>48:07  is it? my question is, is it scientifically possible for a human being to eliminate negative thinking in complete sense?</w:t>
      </w:r>
      <w:r>
        <w:br/>
      </w:r>
      <w:r>
        <w:rPr>
          <w:sz w:val="20"/>
        </w:rPr>
        <w:t>48:18  kindly guide." aur molana iqbal umri ne isi ke extended sense mein poocha hai: "molana, ghusse ko ghusse ko control karne ka aasan tareeqa kya hai?"</w:t>
      </w:r>
      <w:r>
        <w:br/>
      </w:r>
      <w:r>
        <w:rPr>
          <w:sz w:val="20"/>
        </w:rPr>
        <w:t>48:34  bhai, dekhiye, main apni zindagi jo hai isi ka mukammal namoona hai. abhi har kitab chhapi hai, is kitab ko koi shakhs parh le:</w:t>
      </w:r>
      <w:r>
        <w:br/>
      </w:r>
      <w:r>
        <w:rPr>
          <w:sz w:val="20"/>
        </w:rPr>
        <w:t>48:50  "secret of success۔"</w:t>
      </w:r>
      <w:r>
        <w:br/>
      </w:r>
      <w:r>
        <w:rPr>
          <w:sz w:val="20"/>
        </w:rPr>
        <w:t>48:53  ek hi kitab mein aap ko sara jawab mil jayega.</w:t>
      </w:r>
    </w:p>
    <w:p>
      <w:pPr>
        <w:pStyle w:val="Heading2"/>
      </w:pPr>
      <w:r>
        <w:t>What to do when conspiracy against Islam exists?</w:t>
      </w:r>
    </w:p>
    <w:p>
      <w:r>
        <w:rPr>
          <w:color w:val="666666"/>
          <w:sz w:val="18"/>
        </w:rPr>
        <w:t>Society &amp; Dawah · The Lesson of History September 21, 2014 · 4m 19s · at 1:24:56 · https://youtu.be/aMVHLKMkhcQ?t=5096</w:t>
      </w:r>
    </w:p>
    <w:p>
      <w:r>
        <w:rPr>
          <w:i/>
        </w:rPr>
        <w:t>“You are right to suggest us to abstain from false religious ego. Yes, I agree with you to be free from glue. But when conspiracy and enmity against Islam exist, what should we do? Please advise.”</w:t>
      </w:r>
    </w:p>
    <w:p>
      <w:r>
        <w:rPr>
          <w:sz w:val="20"/>
        </w:rPr>
        <w:t>1:24:56  maulana, yeh aakhri sawal hai. eh, shahab haider sahib ne kiya hai dilli se. aur unhone likha hai ke maulana, you areright to suggest us to abstain from false religious ego.</w:t>
      </w:r>
      <w:r>
        <w:br/>
      </w:r>
      <w:r>
        <w:rPr>
          <w:sz w:val="20"/>
        </w:rPr>
        <w:t>1:25:09  yes, i agree with you to be free from glue. but when conspiracy and enmity against the islam exist, what should we do?</w:t>
      </w:r>
      <w:r>
        <w:br/>
      </w:r>
      <w:r>
        <w:rPr>
          <w:sz w:val="20"/>
        </w:rPr>
        <w:t>1:25:20  please advise. haan, dekhen, is sawal ka jawab quran mein bilkul bohat hi clear taur par maujood hai.</w:t>
      </w:r>
      <w:r>
        <w:br/>
      </w:r>
      <w:r>
        <w:rPr>
          <w:sz w:val="20"/>
        </w:rPr>
        <w:t>1:25:31  quran ki ek ayat hai wa in tasbiru wa tattaqu la yuzilukum q</w:t>
      </w:r>
      <w:r>
        <w:br/>
      </w:r>
      <w:r>
        <w:rPr>
          <w:sz w:val="20"/>
        </w:rPr>
        <w:t>1:25:37  yiduhum shai'an jis mein lafz qaid jo hai, us ke ma'ni wahi hain jo kehte hain conspiracy, ma'amla, saazish. is ka matlab hai ke agar tumhare andar sabr ki sifat ho aur taqwa ki sifat ho,</w:t>
      </w:r>
      <w:r>
        <w:br/>
      </w:r>
      <w:r>
        <w:rPr>
          <w:sz w:val="20"/>
        </w:rPr>
        <w:t>1:25:52  to logon ki saazish tum ko kuch bhi nuqsan nahi pahunchayegi. is ka ma'ni kya hai? ke hamein yeh dekhna chahiye, ya'ni yeh nahi dekhna chahiye ke koi saazish kar raha hai.</w:t>
      </w:r>
      <w:r>
        <w:br/>
      </w:r>
      <w:r>
        <w:rPr>
          <w:sz w:val="20"/>
        </w:rPr>
        <w:t>1:26:06  saazish karne wale saaz</w:t>
      </w:r>
      <w:r>
        <w:br/>
      </w:r>
      <w:r>
        <w:rPr>
          <w:sz w:val="20"/>
        </w:rPr>
        <w:t>1:26:07  sh karte rahenge. cheez ek is ka effective hona. quran yeh nahi keh raha ke saazish dunya mein na hogi. yeh nahi keh raha.</w:t>
      </w:r>
      <w:r>
        <w:br/>
      </w:r>
      <w:r>
        <w:rPr>
          <w:sz w:val="20"/>
        </w:rPr>
        <w:t>1:26:17  saazish to hogi. shaitan ne saazish kar ke adam ko nikala, hawa ko nikala jannat se. to saazish ya conspiracy is part of nature.</w:t>
      </w:r>
      <w:r>
        <w:br/>
      </w:r>
      <w:r>
        <w:rPr>
          <w:sz w:val="20"/>
        </w:rPr>
        <w:t>1:26:28  You cannot remove conspiracy. yeh yeh impossible hai. woh hamesha rahegi.</w:t>
      </w:r>
      <w:r>
        <w:br/>
      </w:r>
      <w:r>
        <w:rPr>
          <w:sz w:val="20"/>
        </w:rPr>
        <w:t>1:26:36  paighambar ke zamane mein thi, adam ke zamane mein thi, aaj bhi rahegi. to quran yeh batata hai ke yeh mat dekho ke dunya mein conspiracy ho rahi hai. yeh dekho ke tumhare andar sabr aur taqwa ki sifat hai ke nahi.</w:t>
      </w:r>
      <w:r>
        <w:br/>
      </w:r>
      <w:r>
        <w:rPr>
          <w:sz w:val="20"/>
        </w:rPr>
        <w:t>1:26:49  to kaha ke masla sabr aur taqwa ka na hona hai. saazish ka hona yeh masla nahi hai. woh to rahega. That is part of nature.</w:t>
      </w:r>
      <w:r>
        <w:br/>
      </w:r>
      <w:r>
        <w:rPr>
          <w:sz w:val="20"/>
        </w:rPr>
        <w:t>1:26:59  dunya mein jab shaitan hai, dunya mein jab insan ko azadi mili hui hai, dunya mein jab clash of interest ka mahol hai, to log karenge saazish?</w:t>
      </w:r>
      <w:r>
        <w:br/>
      </w:r>
      <w:r>
        <w:rPr>
          <w:sz w:val="20"/>
        </w:rPr>
        <w:t>1:27:13  to quran mein yeh nahi kahin kaha gaya hai ke dunya mein saazish na hogi ya tum saazish ko khatam karo. yeh kahin nahi hai. saazish ko lad kar khatam karo, yeh kahin quran mein nahi hai.</w:t>
      </w:r>
      <w:r>
        <w:br/>
      </w:r>
      <w:r>
        <w:rPr>
          <w:sz w:val="20"/>
        </w:rPr>
        <w:t>1:27:25  balkeh ek apne andar sabr ki aur taqwa ki sifat paida karo. to saazish tumhare liye ineffective ho jayegi. to quran ka formula yeh nahi hai.</w:t>
      </w:r>
      <w:r>
        <w:br/>
      </w:r>
      <w:r>
        <w:rPr>
          <w:sz w:val="20"/>
        </w:rPr>
        <w:t>1:27:34  yaad rakhiye ke jahan hum saazish dekhen, wahan lad jayein is se. jahan hum dekhen ke yahan conspiracy ho rahi hai, to use ladai chhod dein. yeh nahi hai quran.</w:t>
      </w:r>
      <w:r>
        <w:br/>
      </w:r>
      <w:r>
        <w:rPr>
          <w:sz w:val="20"/>
        </w:rPr>
        <w:t>1:27:45  balkeh jab bhi aap dekhen ke kahin aap ke khilaf conspiracy ho rahi hai, to apne logon mein dhoondhiye ke kahin aisa to nahi ke sabr kam ho kam ho gaya, taqwa kam ho gaya?</w:t>
      </w:r>
      <w:r>
        <w:br/>
      </w:r>
      <w:r>
        <w:rPr>
          <w:sz w:val="20"/>
        </w:rPr>
        <w:t>1:28:00  So lack of sabr and taqwa is the problem. Presence of conspiracy is not the problem.</w:t>
      </w:r>
      <w:r>
        <w:br/>
      </w:r>
      <w:r>
        <w:rPr>
          <w:sz w:val="20"/>
        </w:rPr>
        <w:t>1:28:09  quran ke mutabiq. ya'ni sabr aur taqwa ka fuqdan problem hai.</w:t>
      </w:r>
      <w:r>
        <w:br/>
      </w:r>
      <w:r>
        <w:rPr>
          <w:sz w:val="20"/>
        </w:rPr>
        <w:t>1:28:15  saazish ki maujoodgi problem nahi hai. yeh aap ayat ko ja kar dekhiye ga quran o hadith mein. aur aap yeh baat is mein aap clear ho jayegi aap ko.</w:t>
      </w:r>
    </w:p>
    <w:p>
      <w:pPr>
        <w:pStyle w:val="Heading2"/>
      </w:pPr>
      <w:r>
        <w:t>What will happen to the next generation due to increased evil?</w:t>
      </w:r>
    </w:p>
    <w:p>
      <w:r>
        <w:rPr>
          <w:color w:val="666666"/>
          <w:sz w:val="18"/>
        </w:rPr>
        <w:t>Society &amp; Dawah · The Problem of Intellectual Stagnation May 13, 2012 · 2m 36s · at 1:03:57 · https://youtu.be/Qi5BZlv-Vog?t=3837</w:t>
      </w:r>
    </w:p>
    <w:p>
      <w:r>
        <w:rPr>
          <w:i/>
        </w:rPr>
        <w:t>“Evil has increased a lot, what will happen to our coming generation?”</w:t>
      </w:r>
    </w:p>
    <w:p>
      <w:r>
        <w:rPr>
          <w:sz w:val="20"/>
        </w:rPr>
        <w:t>1:03:57  Maulana, agla sawal hai Maulana Iqbal Umri Sahab ka Tamil Nadu se. unhon ne poocha hai ke logon ka aksar yeh sawal rehta hai ke burai zyada ho chuki hai, hamari aanay wali nasal ka kya hoga?</w:t>
      </w:r>
      <w:r>
        <w:br/>
      </w:r>
      <w:r>
        <w:rPr>
          <w:sz w:val="20"/>
        </w:rPr>
        <w:t>1:04:17  yeh to koi sawal nahi hai. yeh nasal ka kya hone ki aap nasal ki islaah kijiye.</w:t>
      </w:r>
      <w:r>
        <w:br/>
      </w:r>
      <w:r>
        <w:rPr>
          <w:sz w:val="20"/>
        </w:rPr>
        <w:t>1:04:25  mere aziz to nasal ke bigaad ke sabza zimmedari maa baap par hai. har ghar jo hai, bigaad ka karkhana bana hua hai.</w:t>
      </w:r>
      <w:r>
        <w:br/>
      </w:r>
      <w:r>
        <w:rPr>
          <w:sz w:val="20"/>
        </w:rPr>
        <w:t>1:04:36  taqreeban saare maa baap ka haal kya hai is zamane mein ke woh aik hi baat jante hain: paisa kamao aur aur bachon ka status barhao.</w:t>
      </w:r>
      <w:r>
        <w:br/>
      </w:r>
      <w:r>
        <w:rPr>
          <w:sz w:val="20"/>
        </w:rPr>
        <w:t>1:04:47  yani bachchon ko easy money faraham karna, yeh uske liye machine banay hue hain. Maa baap</w:t>
      </w:r>
      <w:r>
        <w:br/>
      </w:r>
      <w:r>
        <w:rPr>
          <w:sz w:val="20"/>
        </w:rPr>
        <w:t>1:04:55  jitnay baap maa baap ko main jaanta hoon ke kama kama kar bachchon ko paisa dena to easy money to sab se sab sab bari bigaad ki wajah hai.</w:t>
      </w:r>
      <w:r>
        <w:br/>
      </w:r>
      <w:r>
        <w:rPr>
          <w:sz w:val="20"/>
        </w:rPr>
        <w:t>1:05:07  mere ilm ke mutabiq jitnay maa baap hain, unka aik hi kaam hai: paisa kamao, bachchon ko easy money faraham karo.</w:t>
      </w:r>
      <w:r>
        <w:br/>
      </w:r>
      <w:r>
        <w:rPr>
          <w:sz w:val="20"/>
        </w:rPr>
        <w:t>1:05:18  koi log jahaz chala kar se business kama kar aisa karte hain aur jo baray baray log hain, woh corruption ke zariye paisa kamatay hain.</w:t>
      </w:r>
      <w:r>
        <w:br/>
      </w:r>
      <w:r>
        <w:rPr>
          <w:sz w:val="20"/>
        </w:rPr>
        <w:t>1:05:29  baray baray corruption ho rahay hain, karoron arbon ke rupay corruption kis ke liye? Bete ke liye hota hai, sab bachchon ke liye hota hai.</w:t>
      </w:r>
      <w:r>
        <w:br/>
      </w:r>
      <w:r>
        <w:rPr>
          <w:sz w:val="20"/>
        </w:rPr>
        <w:t>1:05:36  aaj kal corruption ki qissay suntay hain aap ke itna scheme aur itna yani karor arbon rupay ke jo sab qissay atay hain akhbaron mein,</w:t>
      </w:r>
      <w:r>
        <w:br/>
      </w:r>
      <w:r>
        <w:rPr>
          <w:sz w:val="20"/>
        </w:rPr>
        <w:t>1:05:50  rshwaten, woh kis ke liye? Bachchon ke liye, sab bachchon ke liye ke woh khud jo leader hai, jo yeh sab kar raha hai, woh to boorha boorha ho ke marne wala hai, chahta hai ke mera bacha jaye, us ke liye dolat ka anbaar laga jaon mein.</w:t>
      </w:r>
      <w:r>
        <w:br/>
      </w:r>
      <w:r>
        <w:rPr>
          <w:sz w:val="20"/>
        </w:rPr>
        <w:t>1:06:02  to main sochta hoon ke yeh money culture sab se bari wajah hai. Money culture aur money culture har har har ghar mein money culture ka karkhana khula hua hai.</w:t>
      </w:r>
      <w:r>
        <w:br/>
      </w:r>
      <w:r>
        <w:rPr>
          <w:sz w:val="20"/>
        </w:rPr>
        <w:t>1:06:13  to doosron ko blame karne dein, jo jo kehtay hain, woh khud bhi isi mein shikar hain. Blame detay hain doosron ko, jo sahib yeh keh rahay hain, un ko is ko pata kijiye, woh khud bhi isi ka shikar hain ke kama kama kar bachchon ko easy money faraham karna.</w:t>
      </w:r>
    </w:p>
    <w:p>
      <w:pPr>
        <w:pStyle w:val="Heading2"/>
      </w:pPr>
      <w:r>
        <w:t>When will Makkah situation become Madinah?</w:t>
      </w:r>
    </w:p>
    <w:p>
      <w:r>
        <w:rPr>
          <w:color w:val="666666"/>
          <w:sz w:val="18"/>
        </w:rPr>
        <w:t>Society &amp; Dawah · Journey of History December 23, 2012 · 2m 15s · at 59:51 · https://youtu.be/bvjWl3U3Dmw?t=3591</w:t>
      </w:r>
    </w:p>
    <w:p>
      <w:r>
        <w:rPr>
          <w:i/>
        </w:rPr>
        <w:t>“You are a proponent of individual dawah work, but our situation is like Makkah. My question is: when will this situaton adopt the Madinah form? Explain.”</w:t>
      </w:r>
    </w:p>
    <w:p>
      <w:r>
        <w:rPr>
          <w:sz w:val="20"/>
        </w:rPr>
        <w:t>59:51  maulana, yeh sawal balochistan pakistan area se aya hai, mister anjum sahab ka. unhon ne likha hai: "maulana sahab, aap individual daawa work ke daai hain, lekin hamare haan makkah wali situation hai.</w:t>
      </w:r>
      <w:r>
        <w:br/>
      </w:r>
      <w:r>
        <w:rPr>
          <w:sz w:val="20"/>
        </w:rPr>
        <w:t>1:00:09  mera sawal yeh hai ke yeh madinah wali surat kab ikhtiyar kare gi? is ke baray mein batayen."</w:t>
      </w:r>
      <w:r>
        <w:br/>
      </w:r>
      <w:r>
        <w:rPr>
          <w:sz w:val="20"/>
        </w:rPr>
        <w:t>1:00:17  dekhiye, makkah aur madinah, makkhi daur aur madani daur jo hai, yeh history ke phenomena hain. yeh dawat ka principle nahi hai.</w:t>
      </w:r>
      <w:r>
        <w:br/>
      </w:r>
      <w:r>
        <w:rPr>
          <w:sz w:val="20"/>
        </w:rPr>
        <w:t>1:00:26  aisa kya ho sakta? ek sahab, ek bohat baray aalim ki kitab hai "dawat deen" par, us mein dawat ko teen marhalay bataye hain.</w:t>
      </w:r>
      <w:r>
        <w:br/>
      </w:r>
      <w:r>
        <w:rPr>
          <w:sz w:val="20"/>
        </w:rPr>
        <w:t>1:00:37  unhon ne dawat, hijrat, jihad. yeh sahi nahi hai.</w:t>
      </w:r>
      <w:r>
        <w:br/>
      </w:r>
      <w:r>
        <w:rPr>
          <w:sz w:val="20"/>
        </w:rPr>
        <w:t>1:00:46  yeh rasool Allah ke zamanay mein jo waqea paish aya, woh ek history thi. aisi isi ko aap ko repeat nahi karna hai ke pehle dawat do, phir hijrat karo, phir larai karo.</w:t>
      </w:r>
      <w:r>
        <w:br/>
      </w:r>
      <w:r>
        <w:rPr>
          <w:sz w:val="20"/>
        </w:rPr>
        <w:t>1:00:57  yeh koi islam nahi hai. history jo hai, badalti hai halaat ke aitbar se. aaj aap makkah o madinah ki is tarah mat sochiye, aap quran o hadith ki is tarah mat sochiye.</w:t>
      </w:r>
      <w:r>
        <w:br/>
      </w:r>
      <w:r>
        <w:rPr>
          <w:sz w:val="20"/>
        </w:rPr>
        <w:t>1:01:10  bas jo hain aap ka aas paas, un ko dawat dijiye.</w:t>
      </w:r>
      <w:r>
        <w:br/>
      </w:r>
      <w:r>
        <w:rPr>
          <w:sz w:val="20"/>
        </w:rPr>
        <w:t>1:01:13  yeh intezar kyun kar rahe hain ke ek daur badle, doosra daur aaye? tareekh kabhi bhi is tarah repeat nahi hua karti jis tarah se log samajhte hain.</w:t>
      </w:r>
      <w:r>
        <w:br/>
      </w:r>
      <w:r>
        <w:rPr>
          <w:sz w:val="20"/>
        </w:rPr>
        <w:t>1:01:23  aisa kabhi nahi hone wala hai dobara ke aap dawat dein, phir hijrat karein, phir jihad kar ke larai karein. yeh tasawwur bilkul galat hai.</w:t>
      </w:r>
      <w:r>
        <w:br/>
      </w:r>
      <w:r>
        <w:rPr>
          <w:sz w:val="20"/>
        </w:rPr>
        <w:t>1:01:33  yeh history ko principle ka usool dena, history ko usool ka darja dena hai.</w:t>
      </w:r>
      <w:r>
        <w:br/>
      </w:r>
      <w:r>
        <w:rPr>
          <w:sz w:val="20"/>
        </w:rPr>
        <w:t>1:01:39  history dekhiye, yaad rakhiye, usool jo hai, woh history se akhaz nahi hota. woh jo text hai, quran o hadith, us se akhaz hota hai.</w:t>
      </w:r>
      <w:r>
        <w:br/>
      </w:r>
      <w:r>
        <w:rPr>
          <w:sz w:val="20"/>
        </w:rPr>
        <w:t>1:01:50  principle hamesha nikala jaye ga text se, history se nahi. yeh bohat bari bhool hai jis mein bohat se log mubtala hain. to us mein apne zehan ko aap durust kijiye aur dawat ke rastay jo khulay hain, un par apne aap ko laga dijiye.</w:t>
      </w:r>
    </w:p>
    <w:p>
      <w:pPr>
        <w:pStyle w:val="Heading2"/>
      </w:pPr>
      <w:r>
        <w:t>Why Dawah to Non-Muslims is Limited</w:t>
      </w:r>
    </w:p>
    <w:p>
      <w:r>
        <w:rPr>
          <w:color w:val="666666"/>
          <w:sz w:val="18"/>
        </w:rPr>
        <w:t>Society &amp; Dawah · Q&amp;A 20 Nov 2011 Maulana Wahiduddin Khan · 3m 11s · at 8:01 · https://youtu.be/7sNDn8Y6jUc?t=481</w:t>
      </w:r>
    </w:p>
    <w:p>
      <w:r>
        <w:rPr>
          <w:i/>
        </w:rPr>
        <w:t>“Nowadays, the work of dawah and tabligh among non-Muslims is not seen anywhere except the CPS team. What is the reason for this?”</w:t>
      </w:r>
    </w:p>
    <w:p>
      <w:r>
        <w:rPr>
          <w:sz w:val="20"/>
        </w:rPr>
        <w:t>8:01  Maulana, agla sawal aaya hai Miss Saira ka Karachi Pakistan se. unhon ne likha hai: "aaj kal poori duniya mein ghair Muslimon mein dawat o tabligh ka kaam CPS team ke ilawa kahin bhi nazar nahin aata.</w:t>
      </w:r>
      <w:r>
        <w:br/>
      </w:r>
      <w:r>
        <w:rPr>
          <w:sz w:val="20"/>
        </w:rPr>
        <w:t>8:18  is ki kya wajah hai?"</w:t>
      </w:r>
      <w:r>
        <w:br/>
      </w:r>
      <w:r>
        <w:rPr>
          <w:sz w:val="20"/>
        </w:rPr>
        <w:t>8:27  baat yeh hai ke Musalmanon par is daur mein, yeh jo daur aaya hai, is mein Musalmanon par mukhtalif asbab se yeh chha gaya ke</w:t>
      </w:r>
      <w:r>
        <w:br/>
      </w:r>
      <w:r>
        <w:rPr>
          <w:sz w:val="20"/>
        </w:rPr>
        <w:t>8:44  hamare khilaf sazishain jari hain, sab log dushman hain hamare, sab Islam ke khilaf sargarmiyan kar rahe hain log. to Musalmanon ke andar mizaj aa gaya takrao ka, ladai bhadai ka.</w:t>
      </w:r>
      <w:r>
        <w:br/>
      </w:r>
      <w:r>
        <w:rPr>
          <w:sz w:val="20"/>
        </w:rPr>
        <w:t>8:57  wahi kar rahe hain Musalman. ya to nafrat karte hain</w:t>
      </w:r>
      <w:r>
        <w:br/>
      </w:r>
      <w:r>
        <w:rPr>
          <w:sz w:val="20"/>
        </w:rPr>
        <w:t>9:01  ya tashaddud karte hain ya baqayda takrao karte hain. to yeh jo mizaj aaya hai, yeh sau do sau saal ke andar aaya hai. jab ke Maghribi qaumein ubhren, Europe se aur har jagah un ko dabdaba mila, to Musalmanon mein</w:t>
      </w:r>
      <w:r>
        <w:br/>
      </w:r>
      <w:r>
        <w:rPr>
          <w:sz w:val="20"/>
        </w:rPr>
        <w:t>9:19  reaction ke taur par yeh mizaj paida hua. us waqt saare Musalman reaction ki nafsiyat mein jeete hain. to aap ki koshish honi chahiye ke logon ko reaction se nikalein.</w:t>
      </w:r>
      <w:r>
        <w:br/>
      </w:r>
      <w:r>
        <w:rPr>
          <w:sz w:val="20"/>
        </w:rPr>
        <w:t>9:32  isi liye main zor deta hoon bahut zyada positive thinking par.</w:t>
      </w:r>
      <w:r>
        <w:br/>
      </w:r>
      <w:r>
        <w:rPr>
          <w:sz w:val="20"/>
        </w:rPr>
        <w:t>9:37  jab tak aap Musalmanon ko reaction ki nafsiyat se azaad nahin karenge, woh baat ko samajh nahin payenge. kyunke reaction ki nafsiyat ka kya nateeja hua hai?</w:t>
      </w:r>
      <w:r>
        <w:br/>
      </w:r>
      <w:r>
        <w:rPr>
          <w:sz w:val="20"/>
        </w:rPr>
        <w:t>9:46  ke doosri qaumein aap ko lagti hain dushman, sazishi. to un ko dawat kya denge aap?</w:t>
      </w:r>
      <w:r>
        <w:br/>
      </w:r>
      <w:r>
        <w:rPr>
          <w:sz w:val="20"/>
        </w:rPr>
        <w:t>9:53  dawat ke liye zaroori hai ke aap doosri qaumon ko ke khair khwah hon, naseh hon. to khair khwahi to hai nahin.</w:t>
      </w:r>
      <w:r>
        <w:br/>
      </w:r>
      <w:r>
        <w:rPr>
          <w:sz w:val="20"/>
        </w:rPr>
        <w:t>10:03  jab khair khwahi nahin hai to wohi hai jo is waqt ho raha hoga. to pehla kaam jo hai yeh hai ke doosri qaumon ko hum</w:t>
      </w:r>
      <w:r>
        <w:br/>
      </w:r>
      <w:r>
        <w:rPr>
          <w:sz w:val="20"/>
        </w:rPr>
        <w:t>10:10  batayen musalmanon ko ke woh madu hain, woh aap ke dushman nahin hain. har haal mein woh madu hain, bil farz woh aap ke khilaaf koi dushmani wali baat kar rahe hon, tab bhi woh aap ke madu hain.</w:t>
      </w:r>
      <w:r>
        <w:br/>
      </w:r>
      <w:r>
        <w:rPr>
          <w:sz w:val="20"/>
        </w:rPr>
        <w:t>10:24  tab bhi aap ko dawat dena hai. to chounke saara literature jo aap dekhiye, jitna literature</w:t>
      </w:r>
      <w:r>
        <w:br/>
      </w:r>
      <w:r>
        <w:rPr>
          <w:sz w:val="20"/>
        </w:rPr>
        <w:t>10:31  zaban mein tayyar hua hai, chahe woh urdu mein ho, persian mein ho, arabi mein ho, angrezi mein ho, woh sab negative nafsiyat ka tayyar hua hai.</w:t>
      </w:r>
      <w:r>
        <w:br/>
      </w:r>
      <w:r>
        <w:rPr>
          <w:sz w:val="20"/>
        </w:rPr>
        <w:t>10:42  sab ko dikhaya gaya hai ke sab dushman hain, sazishi hain, hamare khilaaf sargarmiyan kar rahe hain.</w:t>
      </w:r>
      <w:r>
        <w:br/>
      </w:r>
      <w:r>
        <w:rPr>
          <w:sz w:val="20"/>
        </w:rPr>
        <w:t>10:48  to is literature se zehn bana musalmanon ka, aur media yeh karta hai. to yeh ek bohat hi gehra muamla hai, aur jab tak aap musalmanon ke zehn na badlen, aap daawti kaam nahin ho sakta hai.</w:t>
      </w:r>
      <w:r>
        <w:br/>
      </w:r>
      <w:r>
        <w:rPr>
          <w:sz w:val="20"/>
        </w:rPr>
        <w:t>11:04  to pehla kaam hai musalmanon ki soch ko badalna, phir is ke baad daawti kaam hoga.</w:t>
      </w:r>
    </w:p>
    <w:p>
      <w:pPr>
        <w:pStyle w:val="Heading2"/>
      </w:pPr>
      <w:r>
        <w:t>Why Islam blamed for Muslim illiteracy and poverty?</w:t>
      </w:r>
    </w:p>
    <w:p>
      <w:r>
        <w:rPr>
          <w:color w:val="666666"/>
          <w:sz w:val="18"/>
        </w:rPr>
        <w:t>Society &amp; Dawah · Realistic Approach 30 March, 2014 · 3m 42s · at 43:42 · https://youtu.be/HIFxmWWiEG4?t=2622</w:t>
      </w:r>
    </w:p>
    <w:p>
      <w:r>
        <w:rPr>
          <w:i/>
        </w:rPr>
        <w:t>“Many people say that Islam has produced an uneducated society as Muslim community has maximum number of illiterates and as a result poor people. I want to know your opinion on this.”</w:t>
      </w:r>
    </w:p>
    <w:p>
      <w:r>
        <w:rPr>
          <w:sz w:val="20"/>
        </w:rPr>
        <w:t>43:42  maulana, yeh sawal bihar se aya hai, javed sahib ne kiya hai. unhon ne likha hai: "many peoples say that islam has produced an uneducated society as muslim community has maximum number of illiterates and as a result poor people." Maulana, i want to know your opinion on this.</w:t>
      </w:r>
      <w:r>
        <w:br/>
      </w:r>
      <w:r>
        <w:rPr>
          <w:sz w:val="20"/>
        </w:rPr>
        <w:t>44:08  dekhiye, sab se bari ghalati yeh hai ke islam aur musalman ko ek samajhna. jaise yeh kitab jo maine di hai, yeh kitab hai musalmanon ke bare mein.</w:t>
      </w:r>
      <w:r>
        <w:br/>
      </w:r>
      <w:r>
        <w:rPr>
          <w:sz w:val="20"/>
        </w:rPr>
        <w:t>44:21  naam is ka hai "is islam". equate karte hain musalmanon ko islam se ke islam aaj bhi waise hi hai jis tarah ke woh seven century mein tha.</w:t>
      </w:r>
      <w:r>
        <w:br/>
      </w:r>
      <w:r>
        <w:rPr>
          <w:sz w:val="20"/>
        </w:rPr>
        <w:t>44:33  lekin musalman jo hai, doosri company ki tarah se in par bhi sawal aayega.</w:t>
      </w:r>
      <w:r>
        <w:br/>
      </w:r>
      <w:r>
        <w:rPr>
          <w:sz w:val="20"/>
        </w:rPr>
        <w:t>44:39  jo hadith mein aayi hai ke "tun sun man kan qablakum". yahan bhi main kahunga ke is ko modern idiom badlie, yani traditional alfaz ko modern idiom badlie.</w:t>
      </w:r>
      <w:r>
        <w:br/>
      </w:r>
      <w:r>
        <w:rPr>
          <w:sz w:val="20"/>
        </w:rPr>
        <w:t>44:51  is ka matlab hai ke tum par bhi zawal aayega jis tarah yahood par zawal aya. to musalmanon ko aap samajhte hain ke waise hi musalman aaj bhi hain jo seven century a.d. mein thay?</w:t>
      </w:r>
      <w:r>
        <w:br/>
      </w:r>
      <w:r>
        <w:rPr>
          <w:sz w:val="20"/>
        </w:rPr>
        <w:t>45:01  yeh to zawal yafta qom hai. to zawal yafta qom yahi sab hoga.</w:t>
      </w:r>
      <w:r>
        <w:br/>
      </w:r>
      <w:r>
        <w:rPr>
          <w:sz w:val="20"/>
        </w:rPr>
        <w:t>45:06  to islam jo hai, as a as a nodology intact hai, lekin musalman to in ka degeneration ho chuka hai, zawal par aa chuka hai.</w:t>
      </w:r>
      <w:r>
        <w:br/>
      </w:r>
      <w:r>
        <w:rPr>
          <w:sz w:val="20"/>
        </w:rPr>
        <w:t>45:16  is haqeeqat ko manie, tab musalmanon mein koi naya daur shuru hoga. agar aap samjhen ke musalman wahi hain jo hazar saal pehle thay to kabhi koi islaah nahi hogi.</w:t>
      </w:r>
      <w:r>
        <w:br/>
      </w:r>
      <w:r>
        <w:rPr>
          <w:sz w:val="20"/>
        </w:rPr>
        <w:t>45:28  islam ko alag kijiye, musalman ko alag kijiye.</w:t>
      </w:r>
      <w:r>
        <w:br/>
      </w:r>
      <w:r>
        <w:rPr>
          <w:sz w:val="20"/>
        </w:rPr>
        <w:t>45:31  islam ek ideology hai, is ka ek book hai, is ka ek text hai, woh aaj bhi intact hai, aaj bhi waise hi jis tarah ke pehle tha.</w:t>
      </w:r>
      <w:r>
        <w:br/>
      </w:r>
      <w:r>
        <w:rPr>
          <w:sz w:val="20"/>
        </w:rPr>
        <w:t>45:40  lekin musalman jo ek community hain, woh un par chaudah so saal jab beet gaye to generation of generation un ke andar zawal aya, zawal aya, zawal aya.</w:t>
      </w:r>
      <w:r>
        <w:br/>
      </w:r>
      <w:r>
        <w:rPr>
          <w:sz w:val="20"/>
        </w:rPr>
        <w:t>45:51  ab ab zawal ki aakhri had par hain woh.</w:t>
      </w:r>
      <w:r>
        <w:br/>
      </w:r>
      <w:r>
        <w:rPr>
          <w:sz w:val="20"/>
        </w:rPr>
        <w:t>45:56  to is ka matlab nahi ke ke zawal mein aa gaye to hum is zawal hi mein rahen g</w:t>
      </w:r>
      <w:r>
        <w:br/>
      </w:r>
      <w:r>
        <w:rPr>
          <w:sz w:val="20"/>
        </w:rPr>
        <w:t>46:01  e. nahi, phir un ki islaah ho sakti hai, lekin islaah kya hogi? jab aap tanqeed ko bura na manen, tanqeed ko islaah samjhen.</w:t>
      </w:r>
      <w:r>
        <w:br/>
      </w:r>
      <w:r>
        <w:rPr>
          <w:sz w:val="20"/>
        </w:rPr>
        <w:t>46:10  islaah musalmanon ki sab se bari museebat yeh hai ke woh tanqeed ko bura samajhte hain. ek ek shakhs tanqeed ko bura samajhta hai, mister bhi, maulvi bhi.</w:t>
      </w:r>
      <w:r>
        <w:br/>
      </w:r>
      <w:r>
        <w:rPr>
          <w:sz w:val="20"/>
        </w:rPr>
        <w:t>46:19  jitna maine tajurba kiya, chahe mister ho ya maulvi ho, tanqeed ko samajhte hain koi buri cheez hai. tanqidi to islaah ka aghaz hai, tanqidi islaah ka aghaz hai.</w:t>
      </w:r>
      <w:r>
        <w:br/>
      </w:r>
      <w:r>
        <w:rPr>
          <w:sz w:val="20"/>
        </w:rPr>
        <w:t>46:33  to tanqeed ko taboo mat samjhiye, yeh tanqeed ko sochiye ke is ne kehne wale ne kya kaha. baat par ghor kijiye, yeh na dekhen ke tanqeed hai.</w:t>
      </w:r>
      <w:r>
        <w:br/>
      </w:r>
      <w:r>
        <w:rPr>
          <w:sz w:val="20"/>
        </w:rPr>
        <w:t>46:45  sare musalman bhi jeete hain apne aadi maaqaber mein, har ek ne aaqaber bana rakha hai, isi mein jeete hain. sare musalman, mister bhi, maulvi bhi.</w:t>
      </w:r>
      <w:r>
        <w:br/>
      </w:r>
      <w:r>
        <w:rPr>
          <w:sz w:val="20"/>
        </w:rPr>
        <w:t>46:57  is se aap log bahar nikaliye, is haqeeqat ko achi tarah jaan lijie ke islam alag hai, musalman alag hai. islam intact hai, musalman zawal ka shikar ho chuke hain, aur musalman ko dobara nikalne ki zaroorat hai ke aap tanqeed karen, un ka tanqidi jaiza len,</w:t>
      </w:r>
      <w:r>
        <w:br/>
      </w:r>
      <w:r>
        <w:rPr>
          <w:sz w:val="20"/>
        </w:rPr>
        <w:t>47:16  critical study karen, tab hoga naya aghaz.</w:t>
      </w:r>
    </w:p>
    <w:p>
      <w:pPr>
        <w:pStyle w:val="Heading2"/>
      </w:pPr>
      <w:r>
        <w:t>Why Majority Follows Secular Ideology</w:t>
      </w:r>
    </w:p>
    <w:p>
      <w:r>
        <w:rPr>
          <w:color w:val="666666"/>
          <w:sz w:val="18"/>
        </w:rPr>
        <w:t>Society &amp; Dawah · Q&amp;A 11 Jul 2010 Maulana Wahiduddin Khan · 3m 35s · at 28:24 · https://youtu.be/UHtdtzGGwFQ?t=1704</w:t>
      </w:r>
    </w:p>
    <w:p>
      <w:r>
        <w:rPr>
          <w:i/>
        </w:rPr>
        <w:t>“Why is the majority of humanity following secular ideology?”</w:t>
      </w:r>
    </w:p>
    <w:p>
      <w:r>
        <w:rPr>
          <w:sz w:val="20"/>
        </w:rPr>
        <w:t>28:24  maulana, agla sawal kya hai? mister dilraj singh ne dilli se sawal hai ke "Why is majority of humanity following secular ideology?"</w:t>
      </w:r>
      <w:r>
        <w:br/>
      </w:r>
      <w:r>
        <w:rPr>
          <w:sz w:val="20"/>
        </w:rPr>
        <w:t>28:38  aasan hai bas, aur kuch nahi. khao, kamao, hawa karo, yeh bohat aasan hai. lekin mein ne seerat banna hai na, koi sensitivity dikhana hai.</w:t>
      </w:r>
      <w:r>
        <w:br/>
      </w:r>
      <w:r>
        <w:rPr>
          <w:sz w:val="20"/>
        </w:rPr>
        <w:t>28:47  na honesty ki zaroorat hai. aur agar aap jo doosra life style hai, is mein aap ko sincere banna hai, honest banna hai, responsibility lena hai, duty poora karna hai.</w:t>
      </w:r>
      <w:r>
        <w:br/>
      </w:r>
      <w:r>
        <w:rPr>
          <w:sz w:val="20"/>
        </w:rPr>
        <w:t>29:00  to zahir hai ke woh mushkil lagta hai. yeh insaan jo hai, bas easy goer hai. aasani ki taraf bhagta hai.</w:t>
      </w:r>
      <w:r>
        <w:br/>
      </w:r>
      <w:r>
        <w:rPr>
          <w:sz w:val="20"/>
        </w:rPr>
        <w:t>29:09  aur mushkil se is ko ghabrahat hoti hai. aur to koi khaas wajah nahi hai. inhi se poochein agar to andar se.</w:t>
      </w:r>
      <w:r>
        <w:br/>
      </w:r>
      <w:r>
        <w:rPr>
          <w:sz w:val="20"/>
        </w:rPr>
        <w:t>29:17  discontentment rehta hai in ko.</w:t>
      </w:r>
      <w:r>
        <w:br/>
      </w:r>
      <w:r>
        <w:rPr>
          <w:sz w:val="20"/>
        </w:rPr>
        <w:t>29:20  contentment nahi rehta. lekin aasan hai woh. keh raha tha na, kuch nahi. ek ek system chala ja raha hai. isi mein hum bhi jo apne ko ek purza ban gaye.</w:t>
      </w:r>
      <w:r>
        <w:br/>
      </w:r>
      <w:r>
        <w:rPr>
          <w:sz w:val="20"/>
        </w:rPr>
        <w:t>29:31  humein paisa aa raha hai. hamara bhi ghar ban raha hai. aur agar woh hai to aap ko</w:t>
      </w:r>
      <w:r>
        <w:br/>
      </w:r>
      <w:r>
        <w:rPr>
          <w:sz w:val="20"/>
        </w:rPr>
        <w:t>29:37  independently ek life banani padti hai. to is mein soch na aaye. is mein sensitivity hai, is mein seriousness hai, is mein duty hai, responsibility hai, accountability hai.</w:t>
      </w:r>
      <w:r>
        <w:br/>
      </w:r>
      <w:r>
        <w:rPr>
          <w:sz w:val="20"/>
        </w:rPr>
        <w:t>29:47  to aadmi ghabrata hai hamesha is se.</w:t>
      </w:r>
      <w:r>
        <w:br/>
      </w:r>
      <w:r>
        <w:rPr>
          <w:sz w:val="20"/>
        </w:rPr>
        <w:t>29:52  abhi aaj kal mein radio sunta hoon daily. minister log poster dete hain stage par. rozana suggestion dete hain. aisa hona chahiye, waisa hona chahiye.</w:t>
      </w:r>
      <w:r>
        <w:br/>
      </w:r>
      <w:r>
        <w:rPr>
          <w:sz w:val="20"/>
        </w:rPr>
        <w:t>30:02  mein sochta hoon ke ministry ki zaroorat kya hai in ko? yeh to hum bhi kar sakte hain aisa. minister to implement karne ke liye hota hai.</w:t>
      </w:r>
      <w:r>
        <w:br/>
      </w:r>
      <w:r>
        <w:rPr>
          <w:sz w:val="20"/>
        </w:rPr>
        <w:t>30:10  magar agar desh mein corruption hai to aap is se ab taqreer kar rahe hain. stage par speech dena corruption ke khilaaf yeh minister ka kaam nahi hai.</w:t>
      </w:r>
      <w:r>
        <w:br/>
      </w:r>
      <w:r>
        <w:rPr>
          <w:sz w:val="20"/>
        </w:rPr>
        <w:t>30:23  minister ka kaam hai is mein action karna. ja kar is ko mitaayein is ko. yaani matlab yeh ke jaise misaal ke taur par woh surprise visit kare.</w:t>
      </w:r>
      <w:r>
        <w:br/>
      </w:r>
      <w:r>
        <w:rPr>
          <w:sz w:val="20"/>
        </w:rPr>
        <w:t>30:32  visit badal kar ke. jahan paayein ek ek afsar aisa kar raha hai, usi waqt is ko dismiss kar dein.</w:t>
      </w:r>
      <w:r>
        <w:br/>
      </w:r>
      <w:r>
        <w:rPr>
          <w:sz w:val="20"/>
        </w:rPr>
        <w:t>30:39  usi waqt dismiss kar dein.</w:t>
      </w:r>
      <w:r>
        <w:br/>
      </w:r>
      <w:r>
        <w:rPr>
          <w:sz w:val="20"/>
        </w:rPr>
        <w:t>30:43  aaj kal kya hota hai? suspend karte hain. suspend hi nahi thi. aaj kal yeh hai ke suspend kar dijiye. woh tankhwah khaayi milti rehti hai is ko baithe baithe. aur jeet jaata hai case trial kar ke.</w:t>
      </w:r>
      <w:r>
        <w:br/>
      </w:r>
      <w:r>
        <w:rPr>
          <w:sz w:val="20"/>
        </w:rPr>
        <w:t>30:55  minister ko hota hai ikhtiyar hota hai woh suspend kar sakta hai. nahi, dismiss kar sakta hai. to jaayein.</w:t>
      </w:r>
      <w:r>
        <w:br/>
      </w:r>
      <w:r>
        <w:rPr>
          <w:sz w:val="20"/>
        </w:rPr>
        <w:t>31:01  har office mein. India mein sirf ek hi minister mein jaanta hoon jis ne aisa kiya, urfiya badqadmai. jis department mein hota tha woh sab darte the is se.</w:t>
      </w:r>
      <w:r>
        <w:br/>
      </w:r>
      <w:r>
        <w:rPr>
          <w:sz w:val="20"/>
        </w:rPr>
        <w:t>31:12  kyun ke achaanak pahunch jaata tha. surprise visit leta tha woh. usi waqt dismiss karta tha woh.</w:t>
      </w:r>
      <w:r>
        <w:br/>
      </w:r>
      <w:r>
        <w:rPr>
          <w:sz w:val="20"/>
        </w:rPr>
        <w:t>31:18  to corruption free ho gaya tha is ka department. to minister log jo hai bhagte the ke woh aasaan hai woh. jo bhagte the dete hain achhe achhe bhagte the to bahut aasaan hai woh.</w:t>
      </w:r>
      <w:r>
        <w:br/>
      </w:r>
      <w:r>
        <w:rPr>
          <w:sz w:val="20"/>
        </w:rPr>
        <w:t>31:30  jis stage par dekhein wahan minister log dikhai dete hain. achhe achhe bhagte the dete hue ke</w:t>
      </w:r>
      <w:r>
        <w:br/>
      </w:r>
      <w:r>
        <w:rPr>
          <w:sz w:val="20"/>
        </w:rPr>
        <w:t>31:35  tum tum woh karo. logon ko. tumhare paas power hai to authority ho. to is ko implement karo is ko.</w:t>
      </w:r>
      <w:r>
        <w:br/>
      </w:r>
      <w:r>
        <w:rPr>
          <w:sz w:val="20"/>
        </w:rPr>
        <w:t>31:45  in ko punishment do, in ko dismiss karo in ko. kya dete ho? to har aadmi to easy goer hai.</w:t>
      </w:r>
      <w:r>
        <w:br/>
      </w:r>
      <w:r>
        <w:rPr>
          <w:sz w:val="20"/>
        </w:rPr>
        <w:t>31:53  aasaan ka option le rakha hai is ne. woh yahan bhi hai.</w:t>
      </w:r>
    </w:p>
    <w:p>
      <w:pPr>
        <w:pStyle w:val="Heading2"/>
      </w:pPr>
      <w:r>
        <w:t>Why Muslims Are Territory-Oriented?</w:t>
      </w:r>
    </w:p>
    <w:p>
      <w:r>
        <w:rPr>
          <w:color w:val="666666"/>
          <w:sz w:val="18"/>
        </w:rPr>
        <w:t>Society &amp; Dawah · Divine Help September 22, 2015 · 2m 28s · at 43:03 · https://youtu.be/sozrNCif0Gg?t=2583</w:t>
      </w:r>
    </w:p>
    <w:p>
      <w:r>
        <w:rPr>
          <w:i/>
        </w:rPr>
        <w:t>“Why are Muslims so territory-oriented, like Kashmiris for the land of Kashmir, Palestinians for Palestine, etc.? Who said monopoly has ended? So practically a Muslim can buy a property in any part of the world and live and prosper.”</w:t>
      </w:r>
    </w:p>
    <w:p>
      <w:r>
        <w:rPr>
          <w:sz w:val="20"/>
        </w:rPr>
        <w:t>43:03  Maulana, agla sawal lete hain. yeh sawal Australia se bheja hai Nasir Khan Sahab ne.</w:t>
      </w:r>
      <w:r>
        <w:br/>
      </w:r>
      <w:r>
        <w:rPr>
          <w:sz w:val="20"/>
        </w:rPr>
        <w:t>43:12  unhon ne likha hai: "Molana sahib, why are Muslims so territory-oriented, like Kashmiris for the land of Kashmir, Palestinians for Palestine, etc.?</w:t>
      </w:r>
      <w:r>
        <w:br/>
      </w:r>
      <w:r>
        <w:rPr>
          <w:sz w:val="20"/>
        </w:rPr>
        <w:t>43:25  Who said monopoly has ended? So practically a Muslim can buy a property in any part of the world and live and prosper.</w:t>
      </w:r>
      <w:r>
        <w:br/>
      </w:r>
      <w:r>
        <w:rPr>
          <w:sz w:val="20"/>
        </w:rPr>
        <w:t>43:37  Many are already in diaspora and doing well.</w:t>
      </w:r>
      <w:r>
        <w:br/>
      </w:r>
      <w:r>
        <w:rPr>
          <w:sz w:val="20"/>
        </w:rPr>
        <w:t>43:41  So they have no restriction. Also, the whole world belongs to God. So if Muslims believe and love God, then they can worship Him from any part of the world.</w:t>
      </w:r>
      <w:r>
        <w:br/>
      </w:r>
      <w:r>
        <w:rPr>
          <w:sz w:val="20"/>
        </w:rPr>
        <w:t>43:53  Why being so closed for a particular land? Why this close thinking and what is the reason behind it?" bohat sahi baat kahi aap ne.</w:t>
      </w:r>
      <w:r>
        <w:br/>
      </w:r>
      <w:r>
        <w:rPr>
          <w:sz w:val="20"/>
        </w:rPr>
        <w:t>44:03  bohat sahi</w:t>
      </w:r>
      <w:r>
        <w:br/>
      </w:r>
      <w:r>
        <w:rPr>
          <w:sz w:val="20"/>
        </w:rPr>
        <w:t>44:04  asal baat yeh hai ke Musalmanon par abhi bhi jo old leadership thi, wahi ab oopar chhai hui hai. aur yeh fazilat ka concept hai.</w:t>
      </w:r>
      <w:r>
        <w:br/>
      </w:r>
      <w:r>
        <w:rPr>
          <w:sz w:val="20"/>
        </w:rPr>
        <w:t>44:14  aap ne bare bare laqab de diye, Ibn Taymiyyah ko, Ghazali ko. bare bare laqab. to aap samajhte hain ke woh wahi to aakhri insaan ban gaye. na Ibn Taymiyyah aakhri the, na Ghazali aakhri the.</w:t>
      </w:r>
      <w:r>
        <w:br/>
      </w:r>
      <w:r>
        <w:rPr>
          <w:sz w:val="20"/>
        </w:rPr>
        <w:t>44:26  koi aakhri nahi hai. yeh scientific, yeh scientific thinking Musalmanon mein aayi hi nahi. woh to fazail ki duniya mein jeete hain.</w:t>
      </w:r>
      <w:r>
        <w:br/>
      </w:r>
      <w:r>
        <w:rPr>
          <w:sz w:val="20"/>
        </w:rPr>
        <w:t>44:35  fazail. matlab ke sab se zyada afzal hai Ibn Taymiyyah. sab se afzal hai Ghazali. sab se afzal hai falan.</w:t>
      </w:r>
      <w:r>
        <w:br/>
      </w:r>
      <w:r>
        <w:rPr>
          <w:sz w:val="20"/>
        </w:rPr>
        <w:t>44:46  afzaliyat ka jo concept hai, yeh bohat hi killing concept hai. Killing. koi afzal nahi hai. koi bhi afzal nahi hai. Allah ke sab bande barabar hain.</w:t>
      </w:r>
      <w:r>
        <w:br/>
      </w:r>
      <w:r>
        <w:rPr>
          <w:sz w:val="20"/>
        </w:rPr>
        <w:t>44:57  to afzaliyat mein phans gaye hain Musalman. ke jo keh diya Ibn Taymiyyah ne, bas woh aakhri hai. jo keh diya Ghazali ne, woh aakhri hai. woh aakhri hai hi nahi.</w:t>
      </w:r>
      <w:r>
        <w:br/>
      </w:r>
      <w:r>
        <w:rPr>
          <w:sz w:val="20"/>
        </w:rPr>
        <w:t>45:07  aakhri to Quran hai. isi mein phanse hue hain Musalman aaj bhi. aakhri to Quran hai. isi liye ab Quran phaila rahe hain. Quran ko phaila rahe hain to ek log jaanein ke aakhri cheez Quran hai.</w:t>
      </w:r>
      <w:r>
        <w:br/>
      </w:r>
      <w:r>
        <w:rPr>
          <w:sz w:val="20"/>
        </w:rPr>
        <w:t>45:20  koi Ibn Taymiyyah aur Ghazali aur falan falan, woh aakhri nahi hai.</w:t>
      </w:r>
    </w:p>
    <w:p>
      <w:pPr>
        <w:pStyle w:val="Heading2"/>
      </w:pPr>
      <w:r>
        <w:t>Why Muslims Cannot Discard Violence</w:t>
      </w:r>
    </w:p>
    <w:p>
      <w:r>
        <w:rPr>
          <w:color w:val="666666"/>
          <w:sz w:val="18"/>
        </w:rPr>
        <w:t>Society &amp; Dawah · Reason and Faith July 10, 2016 · 3m 07s · at 59:44 · https://youtu.be/axR4I5yv29E?t=3584</w:t>
      </w:r>
    </w:p>
    <w:p>
      <w:r>
        <w:rPr>
          <w:i/>
        </w:rPr>
        <w:t>“Sir can you explain why Muslims are not able to discard their violent activities even after seeing so much destruction and loss of human lives?”</w:t>
      </w:r>
    </w:p>
    <w:p>
      <w:r>
        <w:rPr>
          <w:sz w:val="20"/>
        </w:rPr>
        <w:t>59:44  maulana, agla sawal Kanpur se kiya hai Muhammad Ayub sahib ne aur unhone likha hai ke Sir</w:t>
      </w:r>
      <w:r>
        <w:br/>
      </w:r>
      <w:r>
        <w:rPr>
          <w:sz w:val="20"/>
        </w:rPr>
        <w:t>59:49  can you explain why Muslims are not able to discard their violent activities even after seeing so much</w:t>
      </w:r>
      <w:r>
        <w:br/>
      </w:r>
      <w:r>
        <w:rPr>
          <w:sz w:val="20"/>
        </w:rPr>
        <w:t>59:55  destruction and loss of human lives?</w:t>
      </w:r>
      <w:r>
        <w:br/>
      </w:r>
      <w:r>
        <w:rPr>
          <w:sz w:val="20"/>
        </w:rPr>
        <w:t>1:00:01  What is the reason for the same?</w:t>
      </w:r>
      <w:r>
        <w:br/>
      </w:r>
      <w:r>
        <w:rPr>
          <w:sz w:val="20"/>
        </w:rPr>
        <w:t>1:00:06  dekhen, aap hadith ki kitabon mein ek hota hai kitab ul fitan.</w:t>
      </w:r>
      <w:r>
        <w:br/>
      </w:r>
      <w:r>
        <w:rPr>
          <w:sz w:val="20"/>
        </w:rPr>
        <w:t>1:00:12  har hadith mein hota hai kitab ul fitan.</w:t>
      </w:r>
      <w:r>
        <w:br/>
      </w:r>
      <w:r>
        <w:rPr>
          <w:sz w:val="20"/>
        </w:rPr>
        <w:t>1:00:17  to fitn ke ma'ni kya hain? dour-e-zawaal.</w:t>
      </w:r>
      <w:r>
        <w:br/>
      </w:r>
      <w:r>
        <w:rPr>
          <w:sz w:val="20"/>
        </w:rPr>
        <w:t>1:00:23  jo kitaab-ul-fitn mein jo riwayatein hoti hain, woh dour-e-zawaal ko batati hain.</w:t>
      </w:r>
      <w:r>
        <w:br/>
      </w:r>
      <w:r>
        <w:rPr>
          <w:sz w:val="20"/>
        </w:rPr>
        <w:t>1:00:28  ya'ni kitaab-ul-fitn ka matlab yeh hai ke dour-e-zawaal mein musalmanon ka haal kya hua? yeh hai.</w:t>
      </w:r>
      <w:r>
        <w:br/>
      </w:r>
      <w:r>
        <w:rPr>
          <w:sz w:val="20"/>
        </w:rPr>
        <w:t>1:00:34  to ab to chaudah sau saal beet gaye, ab bhi kaha dour-e-zawaal nahin aayega? yeh sab</w:t>
      </w:r>
      <w:r>
        <w:br/>
      </w:r>
      <w:r>
        <w:rPr>
          <w:sz w:val="20"/>
        </w:rPr>
        <w:t>1:00:39  jo baatein aap padh rahe hain, woh musalmanon ke dour-e-zawaal ki baatein hain.</w:t>
      </w:r>
      <w:r>
        <w:br/>
      </w:r>
      <w:r>
        <w:rPr>
          <w:sz w:val="20"/>
        </w:rPr>
        <w:t>1:00:45  kyunke Iqbal jo samjhate thay, bohat bade mufakkir, unhon ne keh diya tha ke zara nam ho to</w:t>
      </w:r>
      <w:r>
        <w:br/>
      </w:r>
      <w:r>
        <w:rPr>
          <w:sz w:val="20"/>
        </w:rPr>
        <w:t>1:00:50  yeh mitti bohat zarkhez hai.</w:t>
      </w:r>
      <w:r>
        <w:br/>
      </w:r>
      <w:r>
        <w:rPr>
          <w:sz w:val="20"/>
        </w:rPr>
        <w:t>1:00:56  taake hamare bachpan mein yeh shair bohat padha jaata tha jalson mein: zara nam ho to yeh mitti</w:t>
      </w:r>
      <w:r>
        <w:br/>
      </w:r>
      <w:r>
        <w:rPr>
          <w:sz w:val="20"/>
        </w:rPr>
        <w:t>1:01:01  bohat zarkhez hai.</w:t>
      </w:r>
      <w:r>
        <w:br/>
      </w:r>
      <w:r>
        <w:rPr>
          <w:sz w:val="20"/>
        </w:rPr>
        <w:t>1:01:07  taake baat ko ma'ni apne mutabiq samjha ke Iqbal ne apne baat ke zamane mein ek aur baat kahi thi.</w:t>
      </w:r>
      <w:r>
        <w:br/>
      </w:r>
      <w:r>
        <w:rPr>
          <w:sz w:val="20"/>
        </w:rPr>
        <w:t>1:01:12  yeh shuru baat, shuru ki baat thi.</w:t>
      </w:r>
      <w:r>
        <w:br/>
      </w:r>
      <w:r>
        <w:rPr>
          <w:sz w:val="20"/>
        </w:rPr>
        <w:t>1:01:18  ya'ni shuru ke zamane mein Iqbal ne kaha tha ke zara nam ho to yeh mitti bohat zarkhez hai.</w:t>
      </w:r>
      <w:r>
        <w:br/>
      </w:r>
      <w:r>
        <w:rPr>
          <w:sz w:val="20"/>
        </w:rPr>
        <w:t>1:01:23  taake lekin aakhri zamane mein unhon ne is ko ulta kaha tha.</w:t>
      </w:r>
      <w:r>
        <w:br/>
      </w:r>
      <w:r>
        <w:rPr>
          <w:sz w:val="20"/>
        </w:rPr>
        <w:t>1:01:29  unhon ne tere muheet mein kahin johar-e-zindagi nahin.</w:t>
      </w:r>
      <w:r>
        <w:br/>
      </w:r>
      <w:r>
        <w:rPr>
          <w:sz w:val="20"/>
        </w:rPr>
        <w:t>1:01:34  musalmanon ke bare mein tere muheet mein kahin johar-e-zindagi nahin.</w:t>
      </w:r>
      <w:r>
        <w:br/>
      </w:r>
      <w:r>
        <w:rPr>
          <w:sz w:val="20"/>
        </w:rPr>
        <w:t>1:01:40  dhoond chuka mein mauj mauj de chuka sau das.</w:t>
      </w:r>
      <w:r>
        <w:br/>
      </w:r>
      <w:r>
        <w:rPr>
          <w:sz w:val="20"/>
        </w:rPr>
        <w:t>1:01:46  yeh isi isi waqt Iqbal ka shair hai.</w:t>
      </w:r>
      <w:r>
        <w:br/>
      </w:r>
      <w:r>
        <w:rPr>
          <w:sz w:val="20"/>
        </w:rPr>
        <w:t>1:01:51  yeh shuru mein woh josh mein woh keh diya tha unhon ne, lekin baad mein jab tajruba hua</w:t>
      </w:r>
      <w:r>
        <w:br/>
      </w:r>
      <w:r>
        <w:rPr>
          <w:sz w:val="20"/>
        </w:rPr>
        <w:t>1:01:57  to unhon ne yeh shair kaha: tere muheet mein kahin johar-e-zindagi nahin.</w:t>
      </w:r>
      <w:r>
        <w:br/>
      </w:r>
      <w:r>
        <w:rPr>
          <w:sz w:val="20"/>
        </w:rPr>
        <w:t>1:02:02  dhoond chuka mein mauj mauj dekh chuka sau das.</w:t>
      </w:r>
      <w:r>
        <w:br/>
      </w:r>
      <w:r>
        <w:rPr>
          <w:sz w:val="20"/>
        </w:rPr>
        <w:t>1:02:08  to aakhri tajruba jo hai Iqbal ka, wohi sahi tajruba tha.</w:t>
      </w:r>
      <w:r>
        <w:br/>
      </w:r>
      <w:r>
        <w:rPr>
          <w:sz w:val="20"/>
        </w:rPr>
        <w:t>1:02:13  to aap ko yeh jaanna hoga ke musalmanon par dour-e-zawaal aa chuka hai aur aap ko un</w:t>
      </w:r>
      <w:r>
        <w:br/>
      </w:r>
      <w:r>
        <w:rPr>
          <w:sz w:val="20"/>
        </w:rPr>
        <w:t>1:02:19  ko revive karna hai, ehyaa karna hai.</w:t>
      </w:r>
      <w:r>
        <w:br/>
      </w:r>
      <w:r>
        <w:rPr>
          <w:sz w:val="20"/>
        </w:rPr>
        <w:t>1:02:24  yeh farz nahin karna hai ke musalman wohi musalman aaj bhi hain jo pehle thay.</w:t>
      </w:r>
      <w:r>
        <w:br/>
      </w:r>
      <w:r>
        <w:rPr>
          <w:sz w:val="20"/>
        </w:rPr>
        <w:t>1:02:30  jo musalman pehle thay, wohi musalman aaj hain.</w:t>
      </w:r>
      <w:r>
        <w:br/>
      </w:r>
      <w:r>
        <w:rPr>
          <w:sz w:val="20"/>
        </w:rPr>
        <w:t>1:02:35  is is mafrooze ko khatam karna pare ga.</w:t>
      </w:r>
      <w:r>
        <w:br/>
      </w:r>
      <w:r>
        <w:rPr>
          <w:sz w:val="20"/>
        </w:rPr>
        <w:t>1:02:41  yeh manna pare ga ke musalman apne daur-e-zawaal mein hain aur humein shuru se un ki islaah</w:t>
      </w:r>
      <w:r>
        <w:br/>
      </w:r>
      <w:r>
        <w:rPr>
          <w:sz w:val="20"/>
        </w:rPr>
        <w:t>1:02:46  karni hai, phir se revive karna hai.</w:t>
      </w:r>
    </w:p>
    <w:p>
      <w:pPr>
        <w:pStyle w:val="Heading2"/>
      </w:pPr>
      <w:r>
        <w:t>Why Muslims Lack Organization and Teamwork</w:t>
      </w:r>
    </w:p>
    <w:p>
      <w:r>
        <w:rPr>
          <w:color w:val="666666"/>
          <w:sz w:val="18"/>
        </w:rPr>
        <w:t>Society &amp; Dawah · Q&amp;A 04 DEC 2011 Maulana Wahiduddin Khan · 2m 32s · at 35:48 · https://youtu.be/KIMNmuUZoGo?t=2148</w:t>
      </w:r>
    </w:p>
    <w:p>
      <w:r>
        <w:rPr>
          <w:i/>
        </w:rPr>
        <w:t>“Among Muslims, organization and teamwork are found very little, whereas in Europe every work is done in an organized manner through teamwork. What is the reason for this?”</w:t>
      </w:r>
    </w:p>
    <w:p>
      <w:r>
        <w:rPr>
          <w:sz w:val="20"/>
        </w:rPr>
        <w:t>35:48  maulana agla sawal aaya hai mr daniyal ka patna, bihar se. unhone likha hai: "musalmanon ke andar organization aur team work bohat kam paya jata hai.</w:t>
      </w:r>
      <w:r>
        <w:br/>
      </w:r>
      <w:r>
        <w:rPr>
          <w:sz w:val="20"/>
        </w:rPr>
        <w:t>36:01  jabkeh europe mein har kaam ko organized andaaz mein team work ke tehat kiya jata hai. is ka sabab kya hai?"</w:t>
      </w:r>
      <w:r>
        <w:br/>
      </w:r>
      <w:r>
        <w:rPr>
          <w:sz w:val="20"/>
        </w:rPr>
        <w:t>36:12  pehlay europe mein bhi nahi tha aisa. yaani renaissance se pehlay europe ka bohat bura haal tha. mein samajhta hoon keh yeh sab se bara sabab hai scientific education.</w:t>
      </w:r>
      <w:r>
        <w:br/>
      </w:r>
      <w:r>
        <w:rPr>
          <w:sz w:val="20"/>
        </w:rPr>
        <w:t>36:25  jo renaissance ke baad aayi hai. musalmanon mein bad qismati hai keh scientific education taqreeban nahi ke barabar hai.</w:t>
      </w:r>
      <w:r>
        <w:br/>
      </w:r>
      <w:r>
        <w:rPr>
          <w:sz w:val="20"/>
        </w:rPr>
        <w:t>36:33  hai hi nahi. musalmanon mein jo hai jo cheezein hain woh woh aadmi ke andar discipline discipline nahi laati.</w:t>
      </w:r>
      <w:r>
        <w:br/>
      </w:r>
      <w:r>
        <w:rPr>
          <w:sz w:val="20"/>
        </w:rPr>
        <w:t>36:41  jazbaatiyat paida karti hain. yeh jihadi baat hai aur aur inshallah baaz arsay ki khitabat, debate yeh sab cheezein.</w:t>
      </w:r>
      <w:r>
        <w:br/>
      </w:r>
      <w:r>
        <w:rPr>
          <w:sz w:val="20"/>
        </w:rPr>
        <w:t>36:50  to mein samajhta hoon keh ahl-e-europe mein mein khud pehlay jo hai in ka bohat bura haal tha.</w:t>
      </w:r>
      <w:r>
        <w:br/>
      </w:r>
      <w:r>
        <w:rPr>
          <w:sz w:val="20"/>
        </w:rPr>
        <w:t>36:59  aur renaissance ke baad jab in ki education aayi, science, scientific education, tab in mein bohat zabardast badlao aaya.</w:t>
      </w:r>
      <w:r>
        <w:br/>
      </w:r>
      <w:r>
        <w:rPr>
          <w:sz w:val="20"/>
        </w:rPr>
        <w:t>37:08  to wohi musalmanon ko bhi karna hai. bad qismati se musalmanon mein scientific education ka koi concept nahi, aaj bhi nahi hai. bohat se bohat koi samajhta hai kahein koi job lene ke liye, kuch degree lete lene ke liye.</w:t>
      </w:r>
      <w:r>
        <w:br/>
      </w:r>
      <w:r>
        <w:rPr>
          <w:sz w:val="20"/>
        </w:rPr>
        <w:t>37:23  lekin degree se aagay jo science ki ahmiyat hai us ko bilkul nahi jante woh log.</w:t>
      </w:r>
      <w:r>
        <w:br/>
      </w:r>
      <w:r>
        <w:rPr>
          <w:sz w:val="20"/>
        </w:rPr>
        <w:t>37:29  to mein samajhta hoon keh musalmanon mein agar agar sahi bolana hai to scientific education ke bahar jayein. jaise jo mulk hain pakistan, iran waghera, islami jamhooria kehte hain woh apne ko, mein kehta hoon keh yeh yeh yeh khud apne aap mein ghair scientific baat hai.</w:t>
      </w:r>
      <w:r>
        <w:br/>
      </w:r>
      <w:r>
        <w:rPr>
          <w:sz w:val="20"/>
        </w:rPr>
        <w:t>37:47  rasool Allah ne jab madina ko islami jamhooria nahi kaha to aap ke haq hai kehne ka. to yeh mulk jo hain in mein sab se zaroori tha yeh keh woh islami jamhooria declare karne ke bajaye yeh kehte hain keh hamein education mein sari taqat lagana hai.</w:t>
      </w:r>
      <w:r>
        <w:br/>
      </w:r>
      <w:r>
        <w:rPr>
          <w:sz w:val="20"/>
        </w:rPr>
        <w:t>38:02  khaas tor par scientific education mein. yeh kahein bhi yaani priority basis pe kahein bhi education ko liya nahi gaya.</w:t>
      </w:r>
      <w:r>
        <w:br/>
      </w:r>
      <w:r>
        <w:rPr>
          <w:sz w:val="20"/>
        </w:rPr>
        <w:t>38:08  koi muslim country nahi hai jahan keh priority basis pe education ko liya gaya ho. jabkeh europe mein liya. to mein samajhta hoon keh yeh asal wajah hai.</w:t>
      </w:r>
    </w:p>
    <w:p>
      <w:pPr>
        <w:pStyle w:val="Heading2"/>
      </w:pPr>
      <w:r>
        <w:t>Why Muslims Protest Only Other Communities' Evils</w:t>
      </w:r>
    </w:p>
    <w:p>
      <w:r>
        <w:rPr>
          <w:color w:val="666666"/>
          <w:sz w:val="18"/>
        </w:rPr>
        <w:t>Society &amp; Dawah · Q&amp;A 04 Mar 2012 Maulana Wahiduddin Khan · 4m 17s · at 42:45 · https://youtu.be/txRmutuvWQI?t=2565</w:t>
      </w:r>
    </w:p>
    <w:p>
      <w:r>
        <w:rPr>
          <w:i/>
        </w:rPr>
        <w:t>“Why is it that Muslims do not react to the evils committed by members of their family or community, but they launch their protest only against the evils when these are committed by people belonging to another community, whom they regard as their enemies?”</w:t>
      </w:r>
    </w:p>
    <w:p>
      <w:r>
        <w:rPr>
          <w:sz w:val="20"/>
        </w:rPr>
        <w:t>42:45  maulana, agla sawal doctor farida khanam ka hai dilli se. unhon ne likha hai: "why is it that muslims do not react to the evils committed by the members of their family, by the members of their community, but they launch their protest only to the evils when these are committed by the people belonging to another community, humm, they regard as their enemies?"</w:t>
      </w:r>
      <w:r>
        <w:br/>
      </w:r>
      <w:r>
        <w:rPr>
          <w:sz w:val="20"/>
        </w:rPr>
        <w:t>43:12  haan, abhi haal mein mujhe quran ka ek english tarjuma mila jo yahan ek book fair mein kafi banta gaya hai.</w:t>
      </w:r>
      <w:r>
        <w:br/>
      </w:r>
      <w:r>
        <w:rPr>
          <w:sz w:val="20"/>
        </w:rPr>
        <w:t>43:21  to is ke shuru mein ek preface hai, ek forward hai. is forward mein likha hai</w:t>
      </w:r>
      <w:r>
        <w:br/>
      </w:r>
      <w:r>
        <w:rPr>
          <w:sz w:val="20"/>
        </w:rPr>
        <w:t>43:29  ke islam aur musalman unique hain. ghore o fikr karo ke islam bhi unique hai, musalman bhi unique hai, ummat, ummat bhi unique hai.</w:t>
      </w:r>
      <w:r>
        <w:br/>
      </w:r>
      <w:r>
        <w:rPr>
          <w:sz w:val="20"/>
        </w:rPr>
        <w:t>43:39  to yahi zehan mein paida hoga. islam to bilashuba unique hai, musalman unique nahi hai. musalman to ek</w:t>
      </w:r>
      <w:r>
        <w:br/>
      </w:r>
      <w:r>
        <w:rPr>
          <w:sz w:val="20"/>
        </w:rPr>
        <w:t>43:47  blnt bashar min khalq kiya hai? sahib, kis surat mein? blnt bashar min khalq. ji, kya kya ayat hai?</w:t>
      </w:r>
      <w:r>
        <w:br/>
      </w:r>
      <w:r>
        <w:rPr>
          <w:sz w:val="20"/>
        </w:rPr>
        <w:t>43:57  blnt bashar min khalq. blnt bashar min khalq, jaise doosra insan hai, us se musalman. main hairaan reh gaya ke is quran ko bant rahe hain ghair muslimon mein, jis mein khud likh rakha hai ke musalman unique ummah hain.</w:t>
      </w:r>
      <w:r>
        <w:br/>
      </w:r>
      <w:r>
        <w:rPr>
          <w:sz w:val="20"/>
        </w:rPr>
        <w:t>44:12  pata nahi ke yani khuda description karta hai.</w:t>
      </w:r>
      <w:r>
        <w:br/>
      </w:r>
      <w:r>
        <w:rPr>
          <w:sz w:val="20"/>
        </w:rPr>
        <w:t>44:18  to isi se logon ke andar yeh paak, jis ko kehte hain woh yani self righteousness. hum kuch doosron se bartar hain, hum kuch behtar hain, hum khair ummah hain.</w:t>
      </w:r>
      <w:r>
        <w:br/>
      </w:r>
      <w:r>
        <w:rPr>
          <w:sz w:val="20"/>
        </w:rPr>
        <w:t>44:30  isi ki wajah se apne bare mein kaha jaye to bhark bharken ge aur doosron ke bare mein khoob bolen ge, be takan. to main hairaan reh gaya ke woh quran, us mein likha hua tha ke ghair muslimon ke mein phailane ke liye, aur us mein, us mein forward word mein yeh likha hua hai.</w:t>
      </w:r>
      <w:r>
        <w:br/>
      </w:r>
      <w:r>
        <w:rPr>
          <w:sz w:val="20"/>
        </w:rPr>
        <w:t>44:50  kya kya kya tha? woh us mein yahi tha ke islam aur muslim ummah unique hain. ji ji ji, mere paas maujood hai, kuch aap aa ke dekh sakte hain.</w:t>
      </w:r>
      <w:r>
        <w:br/>
      </w:r>
      <w:r>
        <w:rPr>
          <w:sz w:val="20"/>
        </w:rPr>
        <w:t>45:00  islam bilashuba unique hai, lekin unique is tarah se main bhi unique agar tab bhi main nahi bolunga. main kahunga ke islam jo hai, preserved religion hai, mehfooz religion hai.</w:t>
      </w:r>
      <w:r>
        <w:br/>
      </w:r>
      <w:r>
        <w:rPr>
          <w:sz w:val="20"/>
        </w:rPr>
        <w:t>45:13  har har mazhab</w:t>
      </w:r>
      <w:r>
        <w:br/>
      </w:r>
      <w:r>
        <w:rPr>
          <w:sz w:val="20"/>
        </w:rPr>
        <w:t>45:14  jo tha, wahshi tha, jaisa ke islam hai, jo allah ne bheja. to islam jo hai, kuch superior hai, doosre pichle mazahib jo the, inferior the.</w:t>
      </w:r>
      <w:r>
        <w:br/>
      </w:r>
      <w:r>
        <w:rPr>
          <w:sz w:val="20"/>
        </w:rPr>
        <w:t>45:24  aisa nahi, kuch bhi nahi. to unique ka lafz hi sach much irrelevant hai.</w:t>
      </w:r>
      <w:r>
        <w:br/>
      </w:r>
      <w:r>
        <w:rPr>
          <w:sz w:val="20"/>
        </w:rPr>
        <w:t>45:32  quran ya islam koi yani doosre jo allah ke bheje hue mazahib the, us se alag nahi hai. wahi wahi wahi ka wahi hai.</w:t>
      </w:r>
      <w:r>
        <w:br/>
      </w:r>
      <w:r>
        <w:rPr>
          <w:sz w:val="20"/>
        </w:rPr>
        <w:t>45:42  to unique ka concept hi galat hai. aur musalmanon ka samajhna ke woh unique ummah hain, woh khair ummah hain, doosre log</w:t>
      </w:r>
      <w:r>
        <w:br/>
      </w:r>
      <w:r>
        <w:rPr>
          <w:sz w:val="20"/>
        </w:rPr>
        <w:t>45:50  un se kam hain, kuch yeh bilashuba ek ek khud sakhta nazariya hai, baseless hai. aur isi ki wajah se yeh agaya musalmanon mein, yani apne ko kuch behtar samajhna, doosron se ooncha samajhna.</w:t>
      </w:r>
      <w:r>
        <w:br/>
      </w:r>
      <w:r>
        <w:rPr>
          <w:sz w:val="20"/>
        </w:rPr>
        <w:t>46:07  to jo log aisa maan lein, to un par karsiz ka karsaz kiya jayega, to bohat ghussa honge. aur doosron pe kiya jaye, to khoob khush honge. yeh nafsiyat musalmanon mein iss waqt hai, jis ko angrezi mein kehte hain paranoia.</w:t>
      </w:r>
      <w:r>
        <w:br/>
      </w:r>
      <w:r>
        <w:rPr>
          <w:sz w:val="20"/>
        </w:rPr>
        <w:t>46:22  musalmanon ka jo hai, us ko panaroid character ban gaye hain musalman.</w:t>
      </w:r>
      <w:r>
        <w:br/>
      </w:r>
      <w:r>
        <w:rPr>
          <w:sz w:val="20"/>
        </w:rPr>
        <w:t>46:27  aur yeh mera dekhein, bilkul is ka islam se koi talluq nahi hai.</w:t>
      </w:r>
      <w:r>
        <w:br/>
      </w:r>
      <w:r>
        <w:rPr>
          <w:sz w:val="20"/>
        </w:rPr>
        <w:t>46:32  maulana, agla ek comment aaya hai maulana abdul basit umri ka doha, qatar se. unhon ne likha hai: "maulana shib shib abi talib ke waqeye se daai ka kirdaar bohat wazeh andaaz mein samajh mein aaya.</w:t>
      </w:r>
      <w:r>
        <w:br/>
      </w:r>
      <w:r>
        <w:rPr>
          <w:sz w:val="20"/>
        </w:rPr>
        <w:t>46:47  is wazahat ke peeche nabiyon ka waqeya yaad aaya ke un ko aari se aur lohay ki kanghiyon se un ke jism ke tukde kiye gaye, phir bhi unhein yeh bardasht karne ka hukum tha." ji haan, sahi hai.</w:t>
      </w:r>
    </w:p>
    <w:p>
      <w:pPr>
        <w:pStyle w:val="Heading2"/>
      </w:pPr>
      <w:r>
        <w:t>Why Muslims don't follow Christian success in education</w:t>
      </w:r>
    </w:p>
    <w:p>
      <w:r>
        <w:rPr>
          <w:color w:val="666666"/>
          <w:sz w:val="18"/>
        </w:rPr>
        <w:t>Society &amp; Dawah · Paradise Culture January 12, 2014 · 3m 51s · at 44:42 · https://youtu.be/Z3A6r7XjE00?t=2682</w:t>
      </w:r>
    </w:p>
    <w:p>
      <w:r>
        <w:rPr>
          <w:i/>
        </w:rPr>
        <w:t>“Maulana, if Christian brothers can succeed in their mission to dominate in the education and health sector all over the country without any power and political party, please tell us why Muslims are not thinking in similar lines.”</w:t>
      </w:r>
    </w:p>
    <w:p>
      <w:r>
        <w:rPr>
          <w:sz w:val="20"/>
        </w:rPr>
        <w:t>44:42  molana, yeh sawal bangalore se aaya hai, naseerullah sahab ka. unhone likha hai: "molana, if christian brothers can succeed in their mission to dominate in education and health sector all over the country without any power and political party,</w:t>
      </w:r>
      <w:r>
        <w:br/>
      </w:r>
      <w:r>
        <w:rPr>
          <w:sz w:val="20"/>
        </w:rPr>
        <w:t>45:05  please tell us why muslims are not thinking in similar lines.</w:t>
      </w:r>
      <w:r>
        <w:br/>
      </w:r>
      <w:r>
        <w:rPr>
          <w:sz w:val="20"/>
        </w:rPr>
        <w:t>45:11  "dekhein, muslim par blame nahi jata balkeh musalmanon ke ulma aur rehnamaon par blame jata hai.</w:t>
      </w:r>
      <w:r>
        <w:br/>
      </w:r>
      <w:r>
        <w:rPr>
          <w:sz w:val="20"/>
        </w:rPr>
        <w:t>45:19  is zamane mein saare ulma aur saare muslim leader jo hain, unhone musalmanon ko negative target pe daudaya. political hungame, hukoomaton ke khilaf shor,</w:t>
      </w:r>
      <w:r>
        <w:br/>
      </w:r>
      <w:r>
        <w:rPr>
          <w:sz w:val="20"/>
        </w:rPr>
        <w:t>45:33  injustice ho raha hai. arab mein bhi ho raha hai, yahi kaam idhar bhi ho raha hai.</w:t>
      </w:r>
      <w:r>
        <w:br/>
      </w:r>
      <w:r>
        <w:rPr>
          <w:sz w:val="20"/>
        </w:rPr>
        <w:t>45:38  yaani arab na arab, dono duniya mein sirf negative activities hain,</w:t>
      </w:r>
      <w:r>
        <w:br/>
      </w:r>
      <w:r>
        <w:rPr>
          <w:sz w:val="20"/>
        </w:rPr>
        <w:t>45:46  political hungame hain. jab yeh mahaul paida kar diya jaye to musalman bhi wahi karenge jo unke bade kar rahe hain.</w:t>
      </w:r>
      <w:r>
        <w:br/>
      </w:r>
      <w:r>
        <w:rPr>
          <w:sz w:val="20"/>
        </w:rPr>
        <w:t>46:01  to mere dekh, sari zimmedari arab aur non-arab dono ki yeh hai, unke ulma ki aur unke bade, unke leaderon ki ke unhone qaum ko negative item, negative target de diya.</w:t>
      </w:r>
      <w:r>
        <w:br/>
      </w:r>
      <w:r>
        <w:rPr>
          <w:sz w:val="20"/>
        </w:rPr>
        <w:t>46:16  yeh israel ke khilaf ladna aur kal nazer ke khilaf ladna, america ke khilaf ladna, yeh yahi nishaniyan diyan.</w:t>
      </w:r>
      <w:r>
        <w:br/>
      </w:r>
      <w:r>
        <w:rPr>
          <w:sz w:val="20"/>
        </w:rPr>
        <w:t>46:26  islami aur islami hukoomat qaim karna,</w:t>
      </w:r>
      <w:r>
        <w:br/>
      </w:r>
      <w:r>
        <w:rPr>
          <w:sz w:val="20"/>
        </w:rPr>
        <w:t>46:30  yeh sab nishaniyan di hain unhone. to isi mein pade hue log phanse hue hain, log unko pata hi nahi. aur daur-e-jadeed kya hai?</w:t>
      </w:r>
      <w:r>
        <w:br/>
      </w:r>
      <w:r>
        <w:rPr>
          <w:sz w:val="20"/>
        </w:rPr>
        <w:t>46:39  daur-e-jadeed se khud bhi na waqif the aur musalmanon ke bhi batane mein nakaam ho gaye. musalmanon ko batana chahiye tha ke yeh daur, daur-e-ilm hai, yeh age of education hai,</w:t>
      </w:r>
      <w:r>
        <w:br/>
      </w:r>
      <w:r>
        <w:rPr>
          <w:sz w:val="20"/>
        </w:rPr>
        <w:t>46:55  age of war nahi hai.</w:t>
      </w:r>
      <w:r>
        <w:br/>
      </w:r>
      <w:r>
        <w:rPr>
          <w:sz w:val="20"/>
        </w:rPr>
        <w:t>46:57  agar musalmanon ko bataya gaya hota ke yeh age of education hai, age of science hai, age of naya knowledge hai, to musalman wahi karte hain.</w:t>
      </w:r>
      <w:r>
        <w:br/>
      </w:r>
      <w:r>
        <w:rPr>
          <w:sz w:val="20"/>
        </w:rPr>
        <w:t>47:05  lekin unko batane walon ne bataya hi nahi. to asal ghalti mere nazdeek is maamle mein ulma ki hai, muslim muslim ulma aur muslim leaderon ki.</w:t>
      </w:r>
      <w:r>
        <w:br/>
      </w:r>
      <w:r>
        <w:rPr>
          <w:sz w:val="20"/>
        </w:rPr>
        <w:t>47:15  awam to yaani unhi ke kahe hue raaste pe chal rahe hain. hamara mashwara Allah ke fazl se is maamle mein is ko correction kar raha hai.</w:t>
      </w:r>
      <w:r>
        <w:br/>
      </w:r>
      <w:r>
        <w:rPr>
          <w:sz w:val="20"/>
        </w:rPr>
        <w:t>47:27  is ghalt rehnmai, correction, hum musalmanon ko naya zehan de rahe hain. Allah ke fazl se hazaron hazar log is se faida utha rahe hain.</w:t>
      </w:r>
      <w:r>
        <w:br/>
      </w:r>
      <w:r>
        <w:rPr>
          <w:sz w:val="20"/>
        </w:rPr>
        <w:t>47:38  ek nayi thinking paida ho rahi hai har jagah, sari duniya mein ek nayi thinking paida ho rahi hai. to aap aap sawal kyun kar rahe hain?</w:t>
      </w:r>
      <w:r>
        <w:br/>
      </w:r>
      <w:r>
        <w:rPr>
          <w:sz w:val="20"/>
        </w:rPr>
        <w:t>47:47  aap saath dijiye, amal-e-mashriq ka saath dijiye.</w:t>
      </w:r>
      <w:r>
        <w:br/>
      </w:r>
      <w:r>
        <w:rPr>
          <w:sz w:val="20"/>
        </w:rPr>
        <w:t>47:50  yaani jo jo log nahi kar sake, unke khilaf aap sochna chhod dijiye. jo kar rahe hain, unka saath dijiye.</w:t>
      </w:r>
      <w:r>
        <w:br/>
      </w:r>
      <w:r>
        <w:rPr>
          <w:sz w:val="20"/>
        </w:rPr>
        <w:t>48:01  yani aap ke sawal mein un ka zikr hai jo nahi kar rahe hain. lekin yeh bhi dekhen, kuch log kar rahe hain. hamare saathi, hamari team har jagah hai, sari duniya</w:t>
      </w:r>
      <w:r>
        <w:br/>
      </w:r>
      <w:r>
        <w:rPr>
          <w:sz w:val="20"/>
        </w:rPr>
        <w:t>48:10  mein. woh Allah ke fazl se is isi taraf musalmanon ko mutawajjah kar rahe hain ke peaceful the work aur peaceful education, peaceful taameer.</w:t>
      </w:r>
      <w:r>
        <w:br/>
      </w:r>
      <w:r>
        <w:rPr>
          <w:sz w:val="20"/>
        </w:rPr>
        <w:t>48:24  toh in ka saath dijiye, aap bajaye sawal karne ke, aap in ka saath dijiye. main toh yahi kahunga.</w:t>
      </w:r>
    </w:p>
    <w:p>
      <w:pPr>
        <w:pStyle w:val="Heading2"/>
      </w:pPr>
      <w:r>
        <w:t>Why Muslims prefer political empire over ideological?</w:t>
      </w:r>
    </w:p>
    <w:p>
      <w:r>
        <w:rPr>
          <w:color w:val="666666"/>
          <w:sz w:val="18"/>
        </w:rPr>
        <w:t>Society &amp; Dawah · Islam and Violence October 12, 2014 · 2m 49s · at 53:17 · https://youtu.be/KmpXYZjPlj8?t=3197</w:t>
      </w:r>
    </w:p>
    <w:p>
      <w:r>
        <w:rPr>
          <w:i/>
        </w:rPr>
        <w:t>“Maulana, Islam is an ideology, but unfortunately, instead of creating and spreading the ideological empire, Muslims want to create and spread the political empire. Why is it so difficult for them to understand this difference?”</w:t>
      </w:r>
    </w:p>
    <w:p>
      <w:r>
        <w:rPr>
          <w:sz w:val="20"/>
        </w:rPr>
        <w:t>53:17  Maulana, agla sawal aaya hai Zubair sahib ka Pune se, aur unhone likha hai ke Maulana, "Islam is an ideology, but unfortunately, instead of creating and spreading the ideological empire, Muslims want to create and spread the political empire.</w:t>
      </w:r>
      <w:r>
        <w:br/>
      </w:r>
      <w:r>
        <w:rPr>
          <w:sz w:val="20"/>
        </w:rPr>
        <w:t>53:39  Why is it so difficult for them to understand this difference?"</w:t>
      </w:r>
      <w:r>
        <w:br/>
      </w:r>
      <w:r>
        <w:rPr>
          <w:sz w:val="20"/>
        </w:rPr>
        <w:t>53:45  dekhiye, yeh galati bahut peeche tak jati hai. hamare peeche jo ulama the, unhein yeh baat fatwa dena chahiye tha, ailaan karna chahiye tha ke tum log ladai jo kar rahe ho, yeh to tribal culture ka continuation hai, is ko khatm karo.</w:t>
      </w:r>
      <w:r>
        <w:br/>
      </w:r>
      <w:r>
        <w:rPr>
          <w:sz w:val="20"/>
        </w:rPr>
        <w:t>54:00  is ko jaise Ghazi ne ailaan kiya tha ke civil disobedience ka culture khatm, azaadi mil gayi to ab is ka koi, koi is ka maqam nahi hai.</w:t>
      </w:r>
      <w:r>
        <w:br/>
      </w:r>
      <w:r>
        <w:rPr>
          <w:sz w:val="20"/>
        </w:rPr>
        <w:t>54:15  to ulama ko yeh ailaan karna chahiye tha ke yeh jo Islam mein jo ghazwaat hue, jo qital hue, jangain jo huin, woh to tribal culture ki wajah se huin.</w:t>
      </w:r>
      <w:r>
        <w:br/>
      </w:r>
      <w:r>
        <w:rPr>
          <w:sz w:val="20"/>
        </w:rPr>
        <w:t>54:28  ab to ek naya daur aa gaya hai, ab, ab tribal culture ko in continue rakhne ka koi kaam hi nahi.</w:t>
      </w:r>
      <w:r>
        <w:br/>
      </w:r>
      <w:r>
        <w:rPr>
          <w:sz w:val="20"/>
        </w:rPr>
        <w:t>54:37  aap peaceful da'wah work karo. to fatwa nahi diya in logon ne, aaj bhi fatwa nahi de rahe hain.</w:t>
      </w:r>
      <w:r>
        <w:br/>
      </w:r>
      <w:r>
        <w:rPr>
          <w:sz w:val="20"/>
        </w:rPr>
        <w:t>54:45  to galati behad is mein in logon ki hai jin ko Musalmanon ne akabir bana rakha hai. galati un ki hai, akabir jin ko bana rakha, unhein fatwa dena chahiye tha.</w:t>
      </w:r>
      <w:r>
        <w:br/>
      </w:r>
      <w:r>
        <w:rPr>
          <w:sz w:val="20"/>
        </w:rPr>
        <w:t>55:03  yani Ghazi ne yeh kaha ke chhod do yeh sab cheezein, agar chhoti chhoti goli maar di gayi, lekin kaha unhone aisi aur hamare jin logon ko akabir Musalman samajhte hain, un ko fatwa dena chahiye tha ke yeh, yeh tribal culture ko khatm karo.</w:t>
      </w:r>
      <w:r>
        <w:br/>
      </w:r>
      <w:r>
        <w:rPr>
          <w:sz w:val="20"/>
        </w:rPr>
        <w:t>55:18  ab to da'wah work ka zamana aa gaya hai. jaisa Hazrat Abdullah Ibn Umar ne yeh baat kahi thi, aur Umar Ibn Aziz bhi yeh</w:t>
      </w:r>
      <w:r>
        <w:br/>
      </w:r>
      <w:r>
        <w:rPr>
          <w:sz w:val="20"/>
        </w:rPr>
        <w:t>55:29  baat kahi thi, kuch logon ne yeh baat kahi thi, lekin koi bade paimane par baat nahi kahi gayi. beharhaal, ab press ka zamana hai.</w:t>
      </w:r>
      <w:r>
        <w:br/>
      </w:r>
      <w:r>
        <w:rPr>
          <w:sz w:val="20"/>
        </w:rPr>
        <w:t>55:39  press ke zamane mein hamein mauqa hai ke hum zyada wasee paimane par baaton ko keh saken. ab hamein chahiye ke logon ko batayein, aisi kitabon ko phailayein logon ke darmiyan.</w:t>
      </w:r>
      <w:r>
        <w:br/>
      </w:r>
      <w:r>
        <w:rPr>
          <w:sz w:val="20"/>
        </w:rPr>
        <w:t>55:51  aur ab mein, mein yeh samajhta hoon ke sara case al-nas wa adaa wa ma jahiloo ka hai.</w:t>
      </w:r>
      <w:r>
        <w:br/>
      </w:r>
      <w:r>
        <w:rPr>
          <w:sz w:val="20"/>
        </w:rPr>
        <w:t>55:58  log bekhabar hain sachai se, is liye woh is mein mashghool hain galat tareeqe mein.</w:t>
      </w:r>
    </w:p>
    <w:p>
      <w:pPr>
        <w:pStyle w:val="Heading2"/>
      </w:pPr>
      <w:r>
        <w:t>Why Muslims underestimate the call to Islam</w:t>
      </w:r>
    </w:p>
    <w:p>
      <w:r>
        <w:rPr>
          <w:color w:val="666666"/>
          <w:sz w:val="18"/>
        </w:rPr>
        <w:t>Society &amp; Dawah · Don't Be Angry Culture January 15, 2012 · 4m 41s · at 1:08:22 · https://youtu.be/NrA3X8y_FLY?t=4102</w:t>
      </w:r>
    </w:p>
    <w:p>
      <w:r>
        <w:rPr>
          <w:i/>
        </w:rPr>
        <w:t>“Why do Muslims underestimate dawah? What is the reason?”</w:t>
      </w:r>
    </w:p>
    <w:p>
      <w:r>
        <w:rPr>
          <w:sz w:val="20"/>
        </w:rPr>
        <w:t>1:08:22  Maulana, agla sawal aaya hai Tamil Nadu se</w:t>
      </w:r>
      <w:r>
        <w:br/>
      </w:r>
      <w:r>
        <w:rPr>
          <w:sz w:val="20"/>
        </w:rPr>
        <w:t>1:08:25  maulana iqbal umri sahib ka. unhon ne likha hai: musalman dawat ka kyun kamtar andaza karte hain? is ki kya wajah hai?</w:t>
      </w:r>
      <w:r>
        <w:br/>
      </w:r>
      <w:r>
        <w:rPr>
          <w:sz w:val="20"/>
        </w:rPr>
        <w:t>1:08:43  main to samajhta hoon ke wahi wajah hai jo main ne kaha, ghussa. is waqt musalman jo hain sab ghusse mein hain.</w:t>
      </w:r>
      <w:r>
        <w:br/>
      </w:r>
      <w:r>
        <w:rPr>
          <w:sz w:val="20"/>
        </w:rPr>
        <w:t>1:08:51  ghusse ka matlab yeh hai ke har ek ko dushman samjhe hue hain ke israel hamara dushman hai, america hamara dushman hai, woh hamare khilaf sazish kar rahe hain, woh hum ko necha dikhana chahte hain.</w:t>
      </w:r>
      <w:r>
        <w:br/>
      </w:r>
      <w:r>
        <w:rPr>
          <w:sz w:val="20"/>
        </w:rPr>
        <w:t>1:09:05  yani yeh chhaya hua hai dimaghon par.</w:t>
      </w:r>
      <w:r>
        <w:br/>
      </w:r>
      <w:r>
        <w:rPr>
          <w:sz w:val="20"/>
        </w:rPr>
        <w:t>1:09:09  is ki wajah se dawat ka kaam in ko samajh mein nahi aata aur goli aur bam zyada samajh mein aata hai.</w:t>
      </w:r>
      <w:r>
        <w:br/>
      </w:r>
      <w:r>
        <w:rPr>
          <w:sz w:val="20"/>
        </w:rPr>
        <w:t>1:09:18  to asal raaz jo hai, main samajhta hoon ke kuch waqiat se ghussa ho kar ke jo musalmanon mein manfi soch aa gayi, woh record ban gayi dawat ki ahmiyat ko samajhne mein.</w:t>
      </w:r>
      <w:r>
        <w:br/>
      </w:r>
      <w:r>
        <w:rPr>
          <w:sz w:val="20"/>
        </w:rPr>
        <w:t>1:09:37  ab main mislan mujhe koi kisi ke paas, main kisi se nafrat nahi karta, mujhe kisi se nafrat nahi hai, na israel se, na america se, na na na hindu se, na falan se, na falan se, kisi se.</w:t>
      </w:r>
      <w:r>
        <w:br/>
      </w:r>
      <w:r>
        <w:rPr>
          <w:sz w:val="20"/>
        </w:rPr>
        <w:t>1:09:52  sab ko main insan samajhta hoon. to main samajhta hoon ke dawat se bara koi kaam nahi hai.</w:t>
      </w:r>
      <w:r>
        <w:br/>
      </w:r>
      <w:r>
        <w:rPr>
          <w:sz w:val="20"/>
        </w:rPr>
        <w:t>1:09:58  to jar mein jo hai, jar mein woh manfi soch hai. manfi soch ke musalmanon, musalman is daur mein pichhad gaye to samajhte hain ke doosra un ko pichha kiya hua hai.</w:t>
      </w:r>
      <w:r>
        <w:br/>
      </w:r>
      <w:r>
        <w:rPr>
          <w:sz w:val="20"/>
        </w:rPr>
        <w:t>1:10:10  yani apni ghalti apne upar nahi dalte. quran mein to hai ke har aadmi apne kiye ko bhagta hai. apne kiye ko saaf saaf likha hua hai ke aadmi apne kiye ko bhagta hai.</w:t>
      </w:r>
      <w:r>
        <w:br/>
      </w:r>
      <w:r>
        <w:rPr>
          <w:sz w:val="20"/>
        </w:rPr>
        <w:t>1:10:26  kisi ki sazish se, kisi ki dushmani se koi nuqsan nahi hota is ka. lekin musalmanon ne, musalman matlab un ke un ke rehanmaon ne yeh ghalt zehn dala.</w:t>
      </w:r>
      <w:r>
        <w:br/>
      </w:r>
      <w:r>
        <w:rPr>
          <w:sz w:val="20"/>
        </w:rPr>
        <w:t>1:10:36  sab se bura role mere rahnamon ka hua hai is zamane mein. jitne rehanma uthe, sab rad-e-amal, rad-e-amal mein uthe. mujhe ek bhi rehanma nahi maloom is daur ka, is do sau saal ke andar jo rad-e-amal ke mein na utha ho.</w:t>
      </w:r>
      <w:r>
        <w:br/>
      </w:r>
      <w:r>
        <w:rPr>
          <w:sz w:val="20"/>
        </w:rPr>
        <w:t>1:10:52  sab rad-e-amal, rad-e-amal, rad-e-amal.</w:t>
      </w:r>
      <w:r>
        <w:br/>
      </w:r>
      <w:r>
        <w:rPr>
          <w:sz w:val="20"/>
        </w:rPr>
        <w:t>1:10:54  mal. to rad-e-amal se kya hota hai? negative thinking aati hai. phir kya hai? tashaddud aata hai. aur sari cheezein aati rehti hain isi mein.</w:t>
      </w:r>
      <w:r>
        <w:br/>
      </w:r>
      <w:r>
        <w:rPr>
          <w:sz w:val="20"/>
        </w:rPr>
        <w:t>1:11:05  aur phir jab yeh sab hoga to zahir hai ke dawat-e-illahi koi ahmiyat nazar nahi aayegi aap ko.</w:t>
      </w:r>
      <w:r>
        <w:br/>
      </w:r>
      <w:r>
        <w:rPr>
          <w:sz w:val="20"/>
        </w:rPr>
        <w:t>1:11:17  mujhe ek waqia yaad aata hai ke main ek martaba mewat mein tha.</w:t>
      </w:r>
      <w:r>
        <w:br/>
      </w:r>
      <w:r>
        <w:rPr>
          <w:sz w:val="20"/>
        </w:rPr>
        <w:t>1:11:22  to mewat mein ek ek band ban raha tha. is mein bohat se mawati bator mazdoor kaam kar rahe the. woh musalman the sab, sab ke sab.</w:t>
      </w:r>
      <w:r>
        <w:br/>
      </w:r>
      <w:r>
        <w:rPr>
          <w:sz w:val="20"/>
        </w:rPr>
        <w:t>1:11:34  to do group the, kisi wajah se jhagda ho gaya. aur jhagda hua to lathiyan uth uth gayeen. to main gaya, ek dadi wale musalman the, is mein mawati.</w:t>
      </w:r>
      <w:r>
        <w:br/>
      </w:r>
      <w:r>
        <w:rPr>
          <w:sz w:val="20"/>
        </w:rPr>
        <w:t>1:11:48  un se main ne kaha ke dekho sahib, yeh aap yeh bhi musalman, wohi musalman, aap log yani ladna chahte hain aur lathiyan chalana chahte hain, yeh to islam mein jaiz nahi hai.</w:t>
      </w:r>
      <w:r>
        <w:br/>
      </w:r>
      <w:r>
        <w:rPr>
          <w:sz w:val="20"/>
        </w:rPr>
        <w:t>1:12:02  aapas ki ladai islam mein jaiz nahi hai. to kuch quran o hadith maine sunaya. to woh dadi wale kya kehte hain? chalo molvi, is waqt hum ko quran mat sunao,</w:t>
      </w:r>
      <w:r>
        <w:br/>
      </w:r>
      <w:r>
        <w:rPr>
          <w:sz w:val="20"/>
        </w:rPr>
        <w:t>1:12:13  is waqt hum ko inteqam lena hai. to jab inteqam ki nafrat, jab nafrat aa jaye, inteqam aa jaye to quran o hadith ko le ke koi sochta nahi hai.</w:t>
      </w:r>
      <w:r>
        <w:br/>
      </w:r>
      <w:r>
        <w:rPr>
          <w:sz w:val="20"/>
        </w:rPr>
        <w:t>1:12:23  phir phir apne apne is mein sochta hai, apne manfi jazbat hi us ke liye wahid rehanma ban jate hain. yeh sab kis ne kiya hai?</w:t>
      </w:r>
      <w:r>
        <w:br/>
      </w:r>
      <w:r>
        <w:rPr>
          <w:sz w:val="20"/>
        </w:rPr>
        <w:t>1:12:34  aam musalmanon ne nahi, yeh rehanmaon ne kiya hai. rehanmaon ne musalmanon ko yeh sab suna suna kar ke, yeh dushman hai, woh dushman hai, woh dushman hai, woh dushman hai, yeh sab khabarain dein rehanmaon ne musalmanon ko.</w:t>
      </w:r>
      <w:r>
        <w:br/>
      </w:r>
      <w:r>
        <w:rPr>
          <w:sz w:val="20"/>
        </w:rPr>
        <w:t>1:12:48  to sari zimmedari rehanmaon ki hai.</w:t>
      </w:r>
      <w:r>
        <w:br/>
      </w:r>
      <w:r>
        <w:rPr>
          <w:sz w:val="20"/>
        </w:rPr>
        <w:t>1:12:50  is do sau saal mein jo rehanma uthe, unhon ne na manfi boli bol bol kar ke musalmanon ko manfi bana diya. is ki wajah se dawat un ke zehn se is ki ahmiyat nikal gayi.</w:t>
      </w:r>
    </w:p>
    <w:p>
      <w:pPr>
        <w:pStyle w:val="Heading2"/>
      </w:pPr>
      <w:r>
        <w:t>Why Scholars Blame Religion for Division</w:t>
      </w:r>
    </w:p>
    <w:p>
      <w:r>
        <w:rPr>
          <w:color w:val="666666"/>
          <w:sz w:val="18"/>
        </w:rPr>
        <w:t>Society &amp; Dawah · Formula of Human Life | March 13, 2016 · 2m 06s · at 55:18 · https://youtu.be/Et_ZQTYZzjU?t=3318</w:t>
      </w:r>
    </w:p>
    <w:p>
      <w:r>
        <w:rPr>
          <w:i/>
        </w:rPr>
        <w:t>“Why do scholars blame religion for violence and culture? Does religion divide people? Please clarify.”</w:t>
      </w:r>
    </w:p>
    <w:p>
      <w:r>
        <w:rPr>
          <w:sz w:val="20"/>
        </w:rPr>
        <w:t>55:18  ga: "bhai jo maine jo baat kahi, woh to bilkul theek hai." maulana, agla sawal maulana iqbal</w:t>
      </w:r>
      <w:r>
        <w:br/>
      </w:r>
      <w:r>
        <w:rPr>
          <w:sz w:val="20"/>
        </w:rPr>
        <w:t>55:24  umri ka hai chennai se, aur unhon ne likha hai: "maulana, scholar log religion ko</w:t>
      </w:r>
      <w:r>
        <w:br/>
      </w:r>
      <w:r>
        <w:rPr>
          <w:sz w:val="20"/>
        </w:rPr>
        <w:t>55:30  we and they culture ka zimmedar thahrate hain. Aisa kyun? Kya mazhab logon ko taqseem karta hai? Is ko wazeh karein." Dekhein, mazhab aksar major major jo hai, major religion ko padha maine. Major religion mein to kahin nahi paya ke woh taqseem karta ho. Na Hinduism baant'ta, na Buddhism baant'ta, na Christianity baant'ti, na</w:t>
      </w:r>
      <w:r>
        <w:br/>
      </w:r>
      <w:r>
        <w:rPr>
          <w:sz w:val="20"/>
        </w:rPr>
        <w:t>56:00  Judaism baant'ta, na Islam. Koi religion mein nahi paya maine jo baant, yani jo insan ko we and they ka concept deta ho, we and we concept deta ho har religion. Jaise yeh jo maine padha, Hath Basti ka jo qaul: "Love your enemy", woh yahi to hai ji. Yani what</w:t>
      </w:r>
      <w:r>
        <w:br/>
      </w:r>
      <w:r>
        <w:rPr>
          <w:sz w:val="20"/>
        </w:rPr>
        <w:t>56:30  It is love your enemy. اس کا مطلب یہ ہے کہ شاید دنیا میں کوئی اس نظر سے</w:t>
      </w:r>
      <w:r>
        <w:br/>
      </w:r>
      <w:r>
        <w:rPr>
          <w:sz w:val="20"/>
        </w:rPr>
        <w:t>56:37  دیکھو، اس equation کو apply کرو، VNV کا equation کو apply کرو۔</w:t>
      </w:r>
      <w:r>
        <w:br/>
      </w:r>
      <w:r>
        <w:rPr>
          <w:sz w:val="20"/>
        </w:rPr>
        <w:t>56:43  yahi to hai woh.</w:t>
      </w:r>
      <w:r>
        <w:br/>
      </w:r>
      <w:r>
        <w:rPr>
          <w:sz w:val="20"/>
        </w:rPr>
        <w:t>56:49  yeh rasool allah ne kaha, yeh har mazhab mein hai.</w:t>
      </w:r>
      <w:r>
        <w:br/>
      </w:r>
      <w:r>
        <w:rPr>
          <w:sz w:val="20"/>
        </w:rPr>
        <w:t>56:56  christianity ki, judais ki, islam ki, hinduwism, hinduwism ki sab ki jo</w:t>
      </w:r>
      <w:r>
        <w:br/>
      </w:r>
      <w:r>
        <w:rPr>
          <w:sz w:val="20"/>
        </w:rPr>
        <w:t>57:02  فارمولا ہے، وہ میں میرے اپنے لفظوں میں وہ بیس کرتا ہے VNV کے اس پرنسپل</w:t>
      </w:r>
      <w:r>
        <w:br/>
      </w:r>
      <w:r>
        <w:rPr>
          <w:sz w:val="20"/>
        </w:rPr>
        <w:t>57:09  par, we and they ke principle par nahin.</w:t>
      </w:r>
      <w:r>
        <w:br/>
      </w:r>
      <w:r>
        <w:rPr>
          <w:sz w:val="20"/>
        </w:rPr>
        <w:t>57:17  yeh to logon ki apni apni apne mind ki soch hai, yeh mazhab ki soch nahi hai.</w:t>
      </w:r>
    </w:p>
    <w:p>
      <w:pPr>
        <w:pStyle w:val="Heading2"/>
      </w:pPr>
      <w:r>
        <w:t>Why Ummah considers ill-wishers as well-wishers</w:t>
      </w:r>
    </w:p>
    <w:p>
      <w:r>
        <w:rPr>
          <w:color w:val="666666"/>
          <w:sz w:val="18"/>
        </w:rPr>
        <w:t>Society &amp; Dawah · Material Science and Spiritual Science 20 May 2012 · 2m 35s · at 1:08:46 · https://youtu.be/4K6CxjThlxQ?t=4126</w:t>
      </w:r>
    </w:p>
    <w:p>
      <w:r>
        <w:rPr>
          <w:i/>
        </w:rPr>
        <w:t>“Today, who does the Ummah consider its well-wisher? Explain that the Ummah considers its ill-wisher as its well-wisher, its enemy as its well-wisher, and this is proven from the Quran that in times of decline this happens.”</w:t>
      </w:r>
    </w:p>
    <w:p>
      <w:r>
        <w:rPr>
          <w:sz w:val="20"/>
        </w:rPr>
        <w:t>1:08:46  Maulana agla sawal Tamil Nadu se hai Maulana Iqbal Ahmed Umri sahab ka unhon ne aap se poocha hai ke aaj ummat kis ke upar aaj aaj ummat kis ko apna khair khwah samajhta hai is ke bare mein batayen jo sabza badkhwah is ka ho aaj ki ummat Muslima is ko apna khair khwah samajhti</w:t>
      </w:r>
      <w:r>
        <w:br/>
      </w:r>
      <w:r>
        <w:rPr>
          <w:sz w:val="20"/>
        </w:rPr>
        <w:t>1:09:07  hai jo sabza badkhwah is ka ho jo dushman is ka ho</w:t>
      </w:r>
      <w:r>
        <w:br/>
      </w:r>
      <w:r>
        <w:rPr>
          <w:sz w:val="20"/>
        </w:rPr>
        <w:t>1:09:13  aur ye Quran se sabit hai ke daur zawal mein yahi hota hai</w:t>
      </w:r>
      <w:r>
        <w:br/>
      </w:r>
      <w:r>
        <w:rPr>
          <w:sz w:val="20"/>
        </w:rPr>
        <w:t>1:09:19  aaj ummat door e zawal mein hai aur door e zawal ummat ka jo haal hota hai woh Quran mein</w:t>
      </w:r>
      <w:r>
        <w:br/>
      </w:r>
      <w:r>
        <w:rPr>
          <w:sz w:val="20"/>
        </w:rPr>
        <w:t>1:09:24  un alfaaz bayan kiya gaya hai ke woh</w:t>
      </w:r>
      <w:r>
        <w:br/>
      </w:r>
      <w:r>
        <w:rPr>
          <w:sz w:val="20"/>
        </w:rPr>
        <w:t>1:09:28  wohi hai sabil rushd la tkhsus</w:t>
      </w:r>
      <w:r>
        <w:br/>
      </w:r>
      <w:r>
        <w:rPr>
          <w:sz w:val="20"/>
        </w:rPr>
        <w:t>1:09:33  sabil ghayb ya takhsis sabila</w:t>
      </w:r>
      <w:r>
        <w:br/>
      </w:r>
      <w:r>
        <w:rPr>
          <w:sz w:val="20"/>
        </w:rPr>
        <w:t>1:09:37  ke door e zawal mein yahi hota hai door e zawal mein ke apne dushman ko woh dost bas samajh</w:t>
      </w:r>
      <w:r>
        <w:br/>
      </w:r>
      <w:r>
        <w:rPr>
          <w:sz w:val="20"/>
        </w:rPr>
        <w:t>1:09:43  lete hain aur apne dost ko dushman samajhte hain kyunke kyunke hota kya hai</w:t>
      </w:r>
      <w:r>
        <w:br/>
      </w:r>
      <w:r>
        <w:rPr>
          <w:sz w:val="20"/>
        </w:rPr>
        <w:t>1:09:50  ke jiska jisko aap se khair khwahi nahi hai</w:t>
      </w:r>
      <w:r>
        <w:br/>
      </w:r>
      <w:r>
        <w:rPr>
          <w:sz w:val="20"/>
        </w:rPr>
        <w:t>1:09:53  jo aap ko bhag mein dalee hui hai woh apni popularity ke liye apni leadership qaim rakhne ke</w:t>
      </w:r>
      <w:r>
        <w:br/>
      </w:r>
      <w:r>
        <w:rPr>
          <w:sz w:val="20"/>
        </w:rPr>
        <w:t>1:10:01  liye woh baaten kahega jo aap ko achhi lage</w:t>
      </w:r>
      <w:r>
        <w:br/>
      </w:r>
      <w:r>
        <w:rPr>
          <w:sz w:val="20"/>
        </w:rPr>
        <w:t>1:10:04  jo</w:t>
      </w:r>
      <w:r>
        <w:br/>
      </w:r>
      <w:r>
        <w:rPr>
          <w:sz w:val="20"/>
        </w:rPr>
        <w:t>1:10:05  aap ko achhi lage</w:t>
      </w:r>
      <w:r>
        <w:br/>
      </w:r>
      <w:r>
        <w:rPr>
          <w:sz w:val="20"/>
        </w:rPr>
        <w:t>1:10:07  lekin jis ko ap se khair khwahi hai jo ap ki bhalai chahta hai us ki yeh parwah</w:t>
      </w:r>
      <w:r>
        <w:br/>
      </w:r>
      <w:r>
        <w:rPr>
          <w:sz w:val="20"/>
        </w:rPr>
        <w:t>1:10:13  nahi hogi ke ap ap apni bigri hui nafsiyat ki bina par kya acha acha samajhne lage hain</w:t>
      </w:r>
      <w:r>
        <w:br/>
      </w:r>
      <w:r>
        <w:rPr>
          <w:sz w:val="20"/>
        </w:rPr>
        <w:t>1:10:19  wo kahe wo samjhe ke quran o hadith ke lihaz se kya achi baat hai wo batayega</w:t>
      </w:r>
      <w:r>
        <w:br/>
      </w:r>
      <w:r>
        <w:rPr>
          <w:sz w:val="20"/>
        </w:rPr>
        <w:t>1:10:25  to khulasa yeh hai ke jo musalmanon ki zawal yafata nafsiyat ko feed karega us ke baad</w:t>
      </w:r>
      <w:r>
        <w:br/>
      </w:r>
      <w:r>
        <w:rPr>
          <w:sz w:val="20"/>
        </w:rPr>
        <w:t>1:10:30  un ko achi lagegi aur jo musalmanon ki zawal yafata nafsiyat ki islaah karna chahega us</w:t>
      </w:r>
      <w:r>
        <w:br/>
      </w:r>
      <w:r>
        <w:rPr>
          <w:sz w:val="20"/>
        </w:rPr>
        <w:t>1:10:36  ko us ko ap dushman samajh lenge ap</w:t>
      </w:r>
      <w:r>
        <w:br/>
      </w:r>
      <w:r>
        <w:rPr>
          <w:sz w:val="20"/>
        </w:rPr>
        <w:t>1:10:41  aaj kal zamane mein jo jo popular hue hain zyada mein naam liye baghair kehta hoon ke jo bhi popular zyada hua hai wo wahi popular hua hai jis ne musalmanon ke zawaal yafta nafsiyat ko feed kiya khoob popular hua jis ne bhi jo jis ko bhi aap jante hon ke wo musalmanon mein bohat maqbool hua us ke liye bheed jama hui aur uska bada darja mil gaya musalmanon</w:t>
      </w:r>
      <w:r>
        <w:br/>
      </w:r>
      <w:r>
        <w:rPr>
          <w:sz w:val="20"/>
        </w:rPr>
        <w:t>1:11:06  mein to wo sab ke sab log wahi hain jinhon ne musalmanon ke zawaal yafta nafsiyat ko feed kiya lekin ye dushmani hai ye badkhwahi hai ye khair khwahi nahi hai</w:t>
      </w:r>
    </w:p>
    <w:p>
      <w:pPr>
        <w:pStyle w:val="Heading2"/>
      </w:pPr>
      <w:r>
        <w:t>Why always take the route of peace?</w:t>
      </w:r>
    </w:p>
    <w:p>
      <w:r>
        <w:rPr>
          <w:color w:val="666666"/>
          <w:sz w:val="18"/>
        </w:rPr>
        <w:t>Society &amp; Dawah · Pillars of Western Thought October 6, 2013 · 2m 54s · at 45:26 · https://youtu.be/o4WfPvju5_M?t=2726</w:t>
      </w:r>
    </w:p>
    <w:p>
      <w:r>
        <w:rPr>
          <w:i/>
        </w:rPr>
        <w:t>“You always talk about peace, but peace only delays the process, and the real result can be achieved only through protest and revolution—for example, the French Revolution and Russian Revolution are real-life examples of how things were achieved in this world. Why should we always take the route of peace? I don't think it is required, especially in today's scenario.”</w:t>
      </w:r>
    </w:p>
    <w:p>
      <w:r>
        <w:rPr>
          <w:sz w:val="20"/>
        </w:rPr>
        <w:t>45:26  molana, agla sawal zakir sahib ne kiya hai indore se. unhon ne likha hai: "molana sahib, you always talk about peace, but peace only delays the process, and the real result can be achieved only through protest or revolution.</w:t>
      </w:r>
      <w:r>
        <w:br/>
      </w:r>
      <w:r>
        <w:rPr>
          <w:sz w:val="20"/>
        </w:rPr>
        <w:t>45:44  for example, French Revolution, Russian Revolution are real life examples as to how things were achieved in this world.</w:t>
      </w:r>
      <w:r>
        <w:br/>
      </w:r>
      <w:r>
        <w:rPr>
          <w:sz w:val="20"/>
        </w:rPr>
        <w:t>45:53  why should we always take the route of peace? i don't think it is required, especially in today's scenario." main samajhta hoon ke aap ki kuch bhi study nahi hai, alfaaz aap ke paas hain,</w:t>
      </w:r>
      <w:r>
        <w:br/>
      </w:r>
      <w:r>
        <w:rPr>
          <w:sz w:val="20"/>
        </w:rPr>
        <w:t>46:07  alfaaz bol diye aap ne. yani protest se dunya mein kamyabi hasil hui hai? yeh kaun si tareekh parhi hai aap ne?</w:t>
      </w:r>
      <w:r>
        <w:br/>
      </w:r>
      <w:r>
        <w:rPr>
          <w:sz w:val="20"/>
        </w:rPr>
        <w:t>46:16  main aisi kisi tareekh se waqif nahi hoon. agar aap ke paas aisi tareekh hai to us ka hawala de kar agle sunday mein aap batai'e ga.</w:t>
      </w:r>
      <w:r>
        <w:br/>
      </w:r>
      <w:r>
        <w:rPr>
          <w:sz w:val="20"/>
        </w:rPr>
        <w:t>46:25  aap jo abhi jo farma rahe hain, to yeh to alfaaz hain, alfaaz hain, alfaaz hain.</w:t>
      </w:r>
      <w:r>
        <w:br/>
      </w:r>
      <w:r>
        <w:rPr>
          <w:sz w:val="20"/>
        </w:rPr>
        <w:t>46:33  quran ke mutabiq dekhiye, yeh sab jo aap farma rahe hain, yeh yeh aap ke alfaaz hain, sirf quran nahi hai. yeh</w:t>
      </w:r>
      <w:r>
        <w:br/>
      </w:r>
      <w:r>
        <w:rPr>
          <w:sz w:val="20"/>
        </w:rPr>
        <w:t>46:40  wa ma yanfa'u al-nas fi al-ard, yani jo nafeh bakhshi ka saboot deta hai, us ko dunya mein maqsad milta hai, qayam milta hai, establishment milta hai.</w:t>
      </w:r>
      <w:r>
        <w:br/>
      </w:r>
      <w:r>
        <w:rPr>
          <w:sz w:val="20"/>
        </w:rPr>
        <w:t>46:54  to quran to kehta hai ke jab apne ko nafeh bakhsh banao, yani giver banao, giver banao ge, tab dunya mein tum ko jagah mile gi.</w:t>
      </w:r>
      <w:r>
        <w:br/>
      </w:r>
      <w:r>
        <w:rPr>
          <w:sz w:val="20"/>
        </w:rPr>
        <w:t>47:03  aap kehte hain ke nahi, larai karne wala banao, yeh kis quran mein likha hua hai?</w:t>
      </w:r>
      <w:r>
        <w:br/>
      </w:r>
      <w:r>
        <w:rPr>
          <w:sz w:val="20"/>
        </w:rPr>
        <w:t>47:10  yeh kis tareekh se sabit hota hai? musalmanon ki asal ghalati is zamane mein yeh hai ke woh giver community nahi rahe hain, woh sirf protest community ban gaye hain.</w:t>
      </w:r>
      <w:r>
        <w:br/>
      </w:r>
      <w:r>
        <w:rPr>
          <w:sz w:val="20"/>
        </w:rPr>
        <w:t>47:20  protest, protestant community, protest, protest, complain, complain. aur giver community, giver community banne ka sab se zyada yaqini tareeqa kya hai?</w:t>
      </w:r>
      <w:r>
        <w:br/>
      </w:r>
      <w:r>
        <w:rPr>
          <w:sz w:val="20"/>
        </w:rPr>
        <w:t>47:32  aap dawat ka kaam karen. da'i banne ke ma'ni hain ke aap logon ko kuch de rahe hain. da'i banne ke naam par aap kuch logon ko de rahe hain.</w:t>
      </w:r>
      <w:r>
        <w:br/>
      </w:r>
      <w:r>
        <w:rPr>
          <w:sz w:val="20"/>
        </w:rPr>
        <w:t>47:41  da'i group, giver group hota hai. yani aap ghaur kijiye ke do so saal se larai lad rahe hain musalman aur bilkul hi yak tarfa taur par nuqsan utha rahe hain.</w:t>
      </w:r>
      <w:r>
        <w:br/>
      </w:r>
      <w:r>
        <w:rPr>
          <w:sz w:val="20"/>
        </w:rPr>
        <w:t>47:53  to ab to re assessment ka waqt hai.</w:t>
      </w:r>
      <w:r>
        <w:br/>
      </w:r>
      <w:r>
        <w:rPr>
          <w:sz w:val="20"/>
        </w:rPr>
        <w:t>47:57  yeh to re assessment ka waqt hai. rasool Allah sal-lal-lahu alai-hi wa-sal-lam to ek din ki larai ladte the, bas aap do so saal se lad rahe hain.</w:t>
      </w:r>
      <w:r>
        <w:br/>
      </w:r>
      <w:r>
        <w:rPr>
          <w:sz w:val="20"/>
        </w:rPr>
        <w:t>48:08  to ab time aa gaya hai re assessment ka ke kyun hum nakaam hain? kyun nakaam hain? is ka waqt aa gaya hai, na ke aap isi ko continue rakhne ke liye alfaaz naye naye bolen.</w:t>
      </w:r>
    </w:p>
    <w:p>
      <w:pPr>
        <w:pStyle w:val="Heading2"/>
      </w:pPr>
      <w:r>
        <w:t>Why are Muslims always complaining and ungrateful?</w:t>
      </w:r>
    </w:p>
    <w:p>
      <w:r>
        <w:rPr>
          <w:color w:val="666666"/>
          <w:sz w:val="18"/>
        </w:rPr>
        <w:t>Society &amp; Dawah · Revival of Ummah January 22, 2017 · 2m 46s · at 1:03:18 · https://youtu.be/vnPsv0TBCfk?t=3798</w:t>
      </w:r>
    </w:p>
    <w:p>
      <w:r>
        <w:rPr>
          <w:i/>
        </w:rPr>
        <w:t>“Muslims today are voicing concern over Trump's statement that Muslims in the US were enjoying good times before, but they have never appreciated all the opportunities that were available in the US. It is these Muslims who called America 'Dajjal' and America enemy number one. Why is it that Muslims are always in complaining mode? They are never thankful. They are unable to appreciate the good things. Why is this so?”</w:t>
      </w:r>
    </w:p>
    <w:p>
      <w:r>
        <w:rPr>
          <w:sz w:val="20"/>
        </w:rPr>
        <w:t>1:03:18  molana agla sawal delhi se bheja hai doctor farida khanam ne unhon ne likha hai muslims today are voicing concerns over trump statement. this means that muslims in us were enjoying good times before. but they have never appreciated all the opportunities that were available in the us. it is these muslims who called america dajjal. america as enemy number one.</w:t>
      </w:r>
      <w:r>
        <w:br/>
      </w:r>
      <w:r>
        <w:rPr>
          <w:sz w:val="20"/>
        </w:rPr>
        <w:t>1:03:48  why is it that muslims are always in the complaining mode. they are never thankful. they are unable to appreciate the good things. why is this so. bohat sahi hai yeh yeh hua hai yani kabhi bhi in musalmanon mein jo aa rahe the main baar baar wahan gaya hoon kabhi kisi ne trump se pehle kisi musalman se maine suna nahi ke sach much shukr kare woh america ki tareef kare.</w:t>
      </w:r>
      <w:r>
        <w:br/>
      </w:r>
      <w:r>
        <w:rPr>
          <w:sz w:val="20"/>
        </w:rPr>
        <w:t>1:04:18  ab aaj raat ko kuch bol diya woh woh radicalism ke khilaaf bola hai woh. islam ke khilaaf to nahi bola hai. jo us ne kaha hai woh radicalism ke khilaaf islam ke khilaaf nahi hai. to is ko le ke yani halaat mein bol raha hai.</w:t>
      </w:r>
      <w:r>
        <w:br/>
      </w:r>
      <w:r>
        <w:rPr>
          <w:sz w:val="20"/>
        </w:rPr>
        <w:t>1:04:35  kaisi ajeeb baat hai kaise log afford karte hain ke hum ne kabhi acknowledge nahi kiya america ko aur aaj hum bol rahe hain to kaise is yani ek dualism hai yeh kaise afford karte hain log is ko log mujhe samajh mein nahi aata. kitni muddat se hum aaye hain yahan aur acknowledge nahi kiya america ko aaj raat ki baat kuch keh di us ne woh islam ke khilaaf nahi radicalism ke khilaaf. to hum is itna bol rahe hain us ke maamle mein.</w:t>
      </w:r>
      <w:r>
        <w:br/>
      </w:r>
      <w:r>
        <w:rPr>
          <w:sz w:val="20"/>
        </w:rPr>
        <w:t>1:05:04  to kaise yani is is mein main hairaan hoon ke kaise log afford karte hain is tarah se kaise un ko neend aati hai kaise khana hazam hota hai un ka. mujhe bohat taajjub hai aise logon ke upar. okay so we we will end the session now we be back next sunday same time thank you.</w:t>
      </w:r>
    </w:p>
    <w:p>
      <w:pPr>
        <w:pStyle w:val="Heading2"/>
      </w:pPr>
      <w:r>
        <w:t>Why are Muslims fighting for rights unsuccessful?</w:t>
      </w:r>
    </w:p>
    <w:p>
      <w:r>
        <w:rPr>
          <w:color w:val="666666"/>
          <w:sz w:val="18"/>
        </w:rPr>
        <w:t>Society &amp; Dawah · Importance of Patience October 26, 2014 · 2m 04s · at 1:12:49 · https://youtu.be/XdOlp9-fPG0?t=4369</w:t>
      </w:r>
    </w:p>
    <w:p>
      <w:r>
        <w:rPr>
          <w:i/>
        </w:rPr>
        <w:t>“If Muslims all over the world are fighting for their rights, then why are they so unsuccessful? What is the reason we are not able to win?”</w:t>
      </w:r>
    </w:p>
    <w:p>
      <w:r>
        <w:rPr>
          <w:sz w:val="20"/>
        </w:rPr>
        <w:t>1:12:49  Maulana, agla sawal Delhi se, is par maine ek kitaab likhi hai, aap us ko padh sakte hain, uska naam hai "Tajdeed-e-Deen". Tajdeed-e-Deen, jo log Urdu na na jante hain, woh padhwa ke sun lein kisi se.</w:t>
      </w:r>
      <w:r>
        <w:br/>
      </w:r>
      <w:r>
        <w:rPr>
          <w:sz w:val="20"/>
        </w:rPr>
        <w:t>1:13:06  Maulana, agla sawal kya hai Delhi se Muhammad Salman Sahab ne, aur unhon ne likha hai: "Agar poori duniya mein Musalman apne haq ke liye lad rahe hain, to phir itne nakaam kyun hain?</w:t>
      </w:r>
      <w:r>
        <w:br/>
      </w:r>
      <w:r>
        <w:rPr>
          <w:sz w:val="20"/>
        </w:rPr>
        <w:t>1:13:20  Wajah kya hai hum jeet nahi pa rahe hain?" Is is ke bare mein bataein. Haq ki ladai Islam mein nahi hai. Yaad rakhiye, Islam mein haq ki ladai hai hi nahi.</w:t>
      </w:r>
      <w:r>
        <w:br/>
      </w:r>
      <w:r>
        <w:rPr>
          <w:sz w:val="20"/>
        </w:rPr>
        <w:t>1:13:31  Yeh to modern age mein jo hai, us ka jo hai, yani jo concept aaya hai human right ka, jis ko main galat samajhta hoon, human right ke se yeh cheez aayi hai.</w:t>
      </w:r>
      <w:r>
        <w:br/>
      </w:r>
      <w:r>
        <w:rPr>
          <w:sz w:val="20"/>
        </w:rPr>
        <w:t>1:13:45  Islam mein hai hi nahi. Islam mein dekhiye, Bukhari mein ek riwayat hai: "Adu ilaihim haqqahum wa sallo Allah haqqakum".</w:t>
      </w:r>
      <w:r>
        <w:br/>
      </w:r>
      <w:r>
        <w:rPr>
          <w:sz w:val="20"/>
        </w:rPr>
        <w:t>1:13:56  Yeh Bukhari mein hai: "Adu ilaihim haqqahum wa sallo Allah haqqakum". Yani doosron ka jo haq hai, woh do un ko, apna haq Allah se mango.</w:t>
      </w:r>
      <w:r>
        <w:br/>
      </w:r>
      <w:r>
        <w:rPr>
          <w:sz w:val="20"/>
        </w:rPr>
        <w:t>1:14:09  Haq ki ladai hai hi nahi, haq ke liye dua hai, yani haq ke liye zaati koshish ya dua, yeh hai Islam mein. Haq ki ladai to hai hi nahi: "Adu ilaihim haqqahum wa sallo Allah haqqakum".</w:t>
      </w:r>
      <w:r>
        <w:br/>
      </w:r>
      <w:r>
        <w:rPr>
          <w:sz w:val="20"/>
        </w:rPr>
        <w:t>1:14:25  Doosron ka haq jo tumhare par aata hai, woh doosron ka haq do un ko, aur tumhara jo haq hai, woh Allah se mango. Yani apne haq ke liye humein mehnat karna hai aur dua karna hai.</w:t>
      </w:r>
      <w:r>
        <w:br/>
      </w:r>
      <w:r>
        <w:rPr>
          <w:sz w:val="20"/>
        </w:rPr>
        <w:t>1:14:36  Yeh to haq ki ladai bilkul hi baseless hai, un Islamic hai, is ka koi ta'alluq nahi Quran o Hadees se.</w:t>
      </w:r>
      <w:r>
        <w:br/>
      </w:r>
      <w:r>
        <w:rPr>
          <w:sz w:val="20"/>
        </w:rPr>
        <w:t>1:14:44  To nakaam ho gayi, jis se is ka ta'alluq Islam se na ho, to to nakaami to hona hi hona hai, hona hi hona hai. Wahan</w:t>
      </w:r>
    </w:p>
    <w:p>
      <w:pPr>
        <w:pStyle w:val="Heading2"/>
      </w:pPr>
      <w:r>
        <w:t>Why are non-Muslims not allowed to visit?</w:t>
      </w:r>
    </w:p>
    <w:p>
      <w:r>
        <w:rPr>
          <w:color w:val="666666"/>
          <w:sz w:val="18"/>
        </w:rPr>
        <w:t>Society &amp; Dawah · Principle of Loss | May 31, 2015 · 2m 54s · at 1:00:50 · https://youtu.be/IEf7QfU3BmY?t=3650</w:t>
      </w:r>
    </w:p>
    <w:p>
      <w:r>
        <w:rPr>
          <w:i/>
        </w:rPr>
        <w:t>“Today's lecture added another dimension to understand the issues in life as well as in the world and the creation plan of God. Jazakallah. My question is: why are non-Muslims not allowed to visit?”</w:t>
      </w:r>
    </w:p>
    <w:p>
      <w:r>
        <w:rPr>
          <w:sz w:val="20"/>
        </w:rPr>
        <w:t>1:00:50  Maulana agla sawal Tariq Badar sahib ne bheja hai Lahore Pakistan se, aur unhon ne likha hai ke</w:t>
      </w:r>
      <w:r>
        <w:br/>
      </w:r>
      <w:r>
        <w:rPr>
          <w:sz w:val="20"/>
        </w:rPr>
        <w:t>1:00:56  Today's lecture added another dimension to understand the issues in life as well as in the world and</w:t>
      </w:r>
      <w:r>
        <w:br/>
      </w:r>
      <w:r>
        <w:rPr>
          <w:sz w:val="20"/>
        </w:rPr>
        <w:t>1:01:02  the creation plan of God, jazak Allah, my question is why non Muslims are not allowed to visit</w:t>
      </w:r>
      <w:r>
        <w:br/>
      </w:r>
      <w:r>
        <w:rPr>
          <w:sz w:val="20"/>
        </w:rPr>
        <w:t>1:01:08  Mecca and Medina, and what is</w:t>
      </w:r>
      <w:r>
        <w:br/>
      </w:r>
      <w:r>
        <w:rPr>
          <w:sz w:val="20"/>
        </w:rPr>
        <w:t>1:01:14  the background of this law? Dekhiye, is se pehle main bata chuka hoon ke pehle aisa nahi</w:t>
      </w:r>
      <w:r>
        <w:br/>
      </w:r>
      <w:r>
        <w:rPr>
          <w:sz w:val="20"/>
        </w:rPr>
        <w:t>1:01:22  tha, pehle sabhi log aate the, is ka saboot yeh hai ke Kaaba mein but pahunch gaya to</w:t>
      </w:r>
      <w:r>
        <w:br/>
      </w:r>
      <w:r>
        <w:rPr>
          <w:sz w:val="20"/>
        </w:rPr>
        <w:t>1:01:30  mushrikeen to pohnchayen ge, but muhadd kaise but pohnchaye ga, kaba mein jo but pohncha kai so ki</w:t>
      </w:r>
      <w:r>
        <w:br/>
      </w:r>
      <w:r>
        <w:rPr>
          <w:sz w:val="20"/>
        </w:rPr>
        <w:t>1:01:37  tadad mein to mushrikeen to thay, woh jo pohnchaya unhon ne, muhadd ko pohnchaye ga woh, to</w:t>
      </w:r>
      <w:r>
        <w:br/>
      </w:r>
      <w:r>
        <w:rPr>
          <w:sz w:val="20"/>
        </w:rPr>
        <w:t>1:01:45  yeh dekha gaya ke log is is azadi ko misuse karte hain, yaani yeh nahi kaha ke</w:t>
      </w:r>
      <w:r>
        <w:br/>
      </w:r>
      <w:r>
        <w:rPr>
          <w:sz w:val="20"/>
        </w:rPr>
        <w:t>1:01:51  dekh kar chale jayen, wahan apna but rakh dete hain, woh but jo thay wahan kaba bohat chhote</w:t>
      </w:r>
      <w:r>
        <w:br/>
      </w:r>
      <w:r>
        <w:rPr>
          <w:sz w:val="20"/>
        </w:rPr>
        <w:t>1:01:57  chhote thay, yaani bara bara abu lahore ki tarah nahi tha, woh aap jeeb mein rakh ke le</w:t>
      </w:r>
      <w:r>
        <w:br/>
      </w:r>
      <w:r>
        <w:rPr>
          <w:sz w:val="20"/>
        </w:rPr>
        <w:t>1:02:03  ja sakte hain, aisa tha woh, jitne but thay kaba mein woh abu lahore ki tarah thay, nahi</w:t>
      </w:r>
      <w:r>
        <w:br/>
      </w:r>
      <w:r>
        <w:rPr>
          <w:sz w:val="20"/>
        </w:rPr>
        <w:t>1:02:09  thay bare bare, to adam</w:t>
      </w:r>
      <w:r>
        <w:br/>
      </w:r>
      <w:r>
        <w:rPr>
          <w:sz w:val="20"/>
        </w:rPr>
        <w:t>1:02:15  jaye jeeb mein rakhe hue hain, wahan rakh ke chala gaya, to us ki precaution ke taur par is tajrube ke baad aisa kiya gaya, aur main samajhta hoon ke bilkul sahi sahi kiya gaya, warna aaj bhi wahi mamla baqi rehta, insaan ajeeb ghareeb makhlooq hai, azadi ko misuse karna jo hai us ki burai ko janta hi nahin. Okay, so we will end the session now, thank</w:t>
      </w:r>
      <w:r>
        <w:br/>
      </w:r>
      <w:r>
        <w:rPr>
          <w:sz w:val="20"/>
        </w:rPr>
        <w:t>1:02:45  you.</w:t>
      </w:r>
    </w:p>
    <w:p>
      <w:pPr>
        <w:pStyle w:val="Heading2"/>
      </w:pPr>
      <w:r>
        <w:t>Why are women not respected enough?</w:t>
      </w:r>
    </w:p>
    <w:p>
      <w:r>
        <w:rPr>
          <w:color w:val="666666"/>
          <w:sz w:val="18"/>
        </w:rPr>
        <w:t>Society &amp; Dawah · The Prophet An Example of Modesty August 27, 2017 · 3m 49s · at 57:30 · https://youtu.be/aR3V4c8fQC4?t=3450</w:t>
      </w:r>
    </w:p>
    <w:p>
      <w:r>
        <w:rPr>
          <w:i/>
        </w:rPr>
        <w:t>“Women's contribution to improving society is the highest, yet society does not give women the respect they deserve. Why is that?”</w:t>
      </w:r>
    </w:p>
    <w:p>
      <w:r>
        <w:rPr>
          <w:sz w:val="20"/>
        </w:rPr>
        <w:t>57:30  molana, agla sawal dilli se kya hai nafees siddiqui sahab ne aur unhon ne likha hai, "moashre ko acha banane mein aurat ka contribution sab se zyada hota hai, phir bhi moashra aurat ko woh ehtiram nahi karta jo use karna chahiye.</w:t>
      </w:r>
      <w:r>
        <w:br/>
      </w:r>
      <w:r>
        <w:rPr>
          <w:sz w:val="20"/>
        </w:rPr>
        <w:t>57:49  aisa kyun hai?" is ke bare mein bataiye. bhai, koi ehtiram kare ya na kare, Allah ke nazdeek aap woh insan hon jo Allah ki mansha poora kar raha hai to wahi kafi hai kyunke lena insan se nahi hai, lena to Allah rab ul alameen se hai.</w:t>
      </w:r>
      <w:r>
        <w:br/>
      </w:r>
      <w:r>
        <w:rPr>
          <w:sz w:val="20"/>
        </w:rPr>
        <w:t>58:09  aurat hi ki baat nahi hai, mard ka kaun aitraf karta hai? mein ne to aaj tak kisi insan ko nahi dekha ke jo sahi maano mein kisi ke deen ko acknowledge kare.</w:t>
      </w:r>
      <w:r>
        <w:br/>
      </w:r>
      <w:r>
        <w:rPr>
          <w:sz w:val="20"/>
        </w:rPr>
        <w:t>58:23  yaqeen keejiyay ke aik insaan nahin jaanta ho, kisi ko kisi se mila ho, kisi ko kisi se faida hua ho aur woh sach much acknowledge kare uss ko.</w:t>
      </w:r>
      <w:r>
        <w:br/>
      </w:r>
      <w:r>
        <w:rPr>
          <w:sz w:val="20"/>
        </w:rPr>
        <w:t>58:39  main to nahin jaanta, main sirf aik hi misaal mere paas hai, woh scholar misaal hai, scholar mazhabi logon ki misaal mere paas nahin hai. main ne aik qissa bataya tha aap ko ke aik saahab thay abul furqan adum garh ke, to un ke gaon ke aik saahab thay, un ke jaantay thay woh.</w:t>
      </w:r>
      <w:r>
        <w:br/>
      </w:r>
      <w:r>
        <w:rPr>
          <w:sz w:val="20"/>
        </w:rPr>
        <w:t>58:58  to woh lag gaye congress mein sanjar gandhi ke zamanay mein aur gaon se nikal kar woh dilli pohnchay. to sanjar gandhi ne un ki salahiyat dekhi, un ki qadar ki aur un ko raj sabha mein bharwa diya.</w:t>
      </w:r>
      <w:r>
        <w:br/>
      </w:r>
      <w:r>
        <w:rPr>
          <w:sz w:val="20"/>
        </w:rPr>
        <w:t>59:14  iss ke baad un ko raj sabha ka jo residence hota hai, woh mil gaya jis mein sab kuch hota hai, sara saman, gaadi se le kar se le kar yaani telephone tak.</w:t>
      </w:r>
      <w:r>
        <w:br/>
      </w:r>
      <w:r>
        <w:rPr>
          <w:sz w:val="20"/>
        </w:rPr>
        <w:t>59:31  to abul furqan saahab ne bataya mujh ko, mujh se milnay gaye thay woh ke woh saahab jo thay baar baar yeh kehtay thay, "yeh sab sanjar babu ki dain hai,</w:t>
      </w:r>
      <w:r>
        <w:br/>
      </w:r>
      <w:r>
        <w:rPr>
          <w:sz w:val="20"/>
        </w:rPr>
        <w:t>59:45  yeh sab sanjar babu ki dain hai." yaani flat mein jatay hain, woh aik well furnished flat tha, woh well furnished flat to uss ko dekh ke kehtay thay ke "yeh sab sanjar babu ki dain hai." aisa acknowledgement, aisa etraaf main ne aik hi paya.</w:t>
      </w:r>
      <w:r>
        <w:br/>
      </w:r>
      <w:r>
        <w:rPr>
          <w:sz w:val="20"/>
        </w:rPr>
        <w:t>1:00:05  jitnay mazhabi log hain, deeni log hain, unhein main ne acknowledgement nahin paya. logon ke dil mein hota hoga, munh se bolain, woh to aik hi mujhe mila hai, poori zindagi mein mila hai.</w:t>
      </w:r>
      <w:r>
        <w:br/>
      </w:r>
      <w:r>
        <w:rPr>
          <w:sz w:val="20"/>
        </w:rPr>
        <w:t>1:00:17  to main kya karoon? aurat, aap aurat ki baat kar rahay hain, yeh sab ki baat hai, yeh sab ki baat hai. hamari qaum acknowledge karna jantay hi nahin,</w:t>
      </w:r>
      <w:r>
        <w:br/>
      </w:r>
      <w:r>
        <w:rPr>
          <w:sz w:val="20"/>
        </w:rPr>
        <w:t>1:00:31  aurat ki baat nahin hai, mard ki baat bhi yahi hai. mera tajurba main ne bayan kar ke bhi bohat insaanon ka main tajurba uthaya hai, main ne wohi aik insaan mujhe mila jo kehta tha, "yeh sab sanjar babu ki dain hai." aisa etraaf to khuda ke bhi nahin koi karta, insaan ka kya karay ga?</w:t>
      </w:r>
      <w:r>
        <w:br/>
      </w:r>
      <w:r>
        <w:rPr>
          <w:sz w:val="20"/>
        </w:rPr>
        <w:t>1:00:53  bas zahir si baat hai, woh ghussa ho jayen gay, zahir si baat hai, woh tanqeed karen gay, zahir si baat hai, woh negative ho jayen gay. koi baray se bara aap ne kisi ke sath sulook kiya ho, woh bhool jayen gay.</w:t>
      </w:r>
      <w:r>
        <w:br/>
      </w:r>
      <w:r>
        <w:rPr>
          <w:sz w:val="20"/>
        </w:rPr>
        <w:t>1:01:05  yeh to hum dekh rahay hain. to haqeeqat yeh hai ke mard aurat ki baat nahin hai, sab ki baat yahi hai, mere tajurbe ke mutabiq.</w:t>
      </w:r>
    </w:p>
    <w:p>
      <w:pPr>
        <w:pStyle w:val="Heading2"/>
      </w:pPr>
      <w:r>
        <w:t>Why do ISIS converts become sympathizers of Muslims only?</w:t>
      </w:r>
    </w:p>
    <w:p>
      <w:r>
        <w:rPr>
          <w:color w:val="666666"/>
          <w:sz w:val="18"/>
        </w:rPr>
        <w:t>Society &amp; Dawah · Revival of Muslims March 08, 2015 · 4m 14s · at 49:57 · https://youtu.be/8ShFcr8YozI?t=2997</w:t>
      </w:r>
    </w:p>
    <w:p>
      <w:r>
        <w:rPr>
          <w:i/>
        </w:rPr>
        <w:t>“It seems that a lot of fighters of ISIS are converted Muslims. What is the reason that these new Muslims who entered into the fold of Islam after reading Quran and other Islamic books do not become sympathizers of humans but become sympathizers of Muslims? What is the reason and how do we counter this trend?”</w:t>
      </w:r>
    </w:p>
    <w:p>
      <w:r>
        <w:rPr>
          <w:sz w:val="20"/>
        </w:rPr>
        <w:t>49:57  maulana, agla sawal dilli se aaya hai maulana farhad umri ka aur unhon ne likha hai it seems that a lot of fighters of isis are converted muslims.</w:t>
      </w:r>
      <w:r>
        <w:br/>
      </w:r>
      <w:r>
        <w:rPr>
          <w:sz w:val="20"/>
        </w:rPr>
        <w:t>50:13  what is the reason that these new muslims who entered into the fold of islam after reading quran and other islamic books do not become sympathizers of humans but become sympathizers of muslims?</w:t>
      </w:r>
      <w:r>
        <w:br/>
      </w:r>
      <w:r>
        <w:rPr>
          <w:sz w:val="20"/>
        </w:rPr>
        <w:t>50:30  what is the reason and how do we counter this trend? dekhen, is ko main ne, yani kafi is pe socha, study ki hai.</w:t>
      </w:r>
      <w:r>
        <w:br/>
      </w:r>
      <w:r>
        <w:rPr>
          <w:sz w:val="20"/>
        </w:rPr>
        <w:t>50:40  asal cheez yeh hai ke dekhen, yeh jo nسلم hain, woh mutasir hue quran ko padh kar ke, quran ko padh kar mutasir hue.</w:t>
      </w:r>
      <w:r>
        <w:br/>
      </w:r>
      <w:r>
        <w:rPr>
          <w:sz w:val="20"/>
        </w:rPr>
        <w:t>50:53  lekin jab islam mein dakhil hue to phir aa gaye musalmanon mein. quran ka apna koi muashra to hai nahin, koi aisi society nahin hai jis ka naam quran society ho.</w:t>
      </w:r>
      <w:r>
        <w:br/>
      </w:r>
      <w:r>
        <w:rPr>
          <w:sz w:val="20"/>
        </w:rPr>
        <w:t>51:07  society to musalmanon ki hai, wahi musalman. to baad ke jo un ki zehan banta hai, un ke baad ko woh sab muslim society banta hai.</w:t>
      </w:r>
      <w:r>
        <w:br/>
      </w:r>
      <w:r>
        <w:rPr>
          <w:sz w:val="20"/>
        </w:rPr>
        <w:t>51:20  to goya ke un ka do daur hain: ek pre islam, ek post islam. pre islam mein to unhon ne quran ko padha, is se mutasir hue, lekin post islam mein woh aa gaye musalmanon ke mahaul mein.</w:t>
      </w:r>
      <w:r>
        <w:br/>
      </w:r>
      <w:r>
        <w:rPr>
          <w:sz w:val="20"/>
        </w:rPr>
        <w:t>51:34  to yeh musalmanon ke mahaul ki wajah se aisa hua.</w:t>
      </w:r>
      <w:r>
        <w:br/>
      </w:r>
      <w:r>
        <w:rPr>
          <w:sz w:val="20"/>
        </w:rPr>
        <w:t>51:41  yeh bahut bada masla hai ke musalman jo hain, un ka haal wahi ho raha hai ke har cheez ke dar kaan namak rakhna, raft namak chhodna.</w:t>
      </w:r>
      <w:r>
        <w:br/>
      </w:r>
      <w:r>
        <w:rPr>
          <w:sz w:val="20"/>
        </w:rPr>
        <w:t>51:52  ab is ka hal yahi hai ke aap hamara jo adab hai, is ko padhaya jaye aur is ka koi hal nahin.</w:t>
      </w:r>
      <w:r>
        <w:br/>
      </w:r>
      <w:r>
        <w:rPr>
          <w:sz w:val="20"/>
        </w:rPr>
        <w:t>52:03  maulana, unhon ne ek aur comment bhi bheja hai jis pe woh aap ka bhi view chahte hain. unhon ne likha hai ke haal hi mein ek pakistani writer ne ek survey ki buniyad par yeh likha hai ke pakistan mein ek namazi masjid jate hue darta hai.</w:t>
      </w:r>
      <w:r>
        <w:br/>
      </w:r>
      <w:r>
        <w:rPr>
          <w:sz w:val="20"/>
        </w:rPr>
        <w:t>52:22  in logon ka kehna hai ke dunya mein kahin bhi itni insecurity nahin hogi, hatta ke israel mein. aap ka is pe kya comment hai?</w:t>
      </w:r>
      <w:r>
        <w:br/>
      </w:r>
      <w:r>
        <w:rPr>
          <w:sz w:val="20"/>
        </w:rPr>
        <w:t>52:33  haan, yeh sahi hai. is ki wajah dekhen, yeh hai ke musalman jo hain, woh reh gaye apne hi gheton mein.</w:t>
      </w:r>
      <w:r>
        <w:br/>
      </w:r>
      <w:r>
        <w:rPr>
          <w:sz w:val="20"/>
        </w:rPr>
        <w:t>52:48  yeh gheton ki zehniyat hai.</w:t>
      </w:r>
      <w:r>
        <w:br/>
      </w:r>
      <w:r>
        <w:rPr>
          <w:sz w:val="20"/>
        </w:rPr>
        <w:t>52:55  yahudiyon ka muamla yeh hua ke woh diaspora mein chale gaye, europe, america mein. modern taleem liya unhon ne. is se un ka woh yeh pehle yahudi waise hi the, un ka zehan badal gaya.</w:t>
      </w:r>
      <w:r>
        <w:br/>
      </w:r>
      <w:r>
        <w:rPr>
          <w:sz w:val="20"/>
        </w:rPr>
        <w:t>53:09  to main kehta hoon ke musalmanon mein agar roka na hota inhon ne, yani modern taleem se hamare ulama ne, to aaj musalman qaum mein bahut islaah ho chuki hoti.</w:t>
      </w:r>
      <w:r>
        <w:br/>
      </w:r>
      <w:r>
        <w:rPr>
          <w:sz w:val="20"/>
        </w:rPr>
        <w:t>53:24  ulama ne modern taleem se musalmanon ko rok kar ke bahut bada zulm kiya musalmanon ke upar. aur yahudi qaum, chuki woh chali gayi diaspora ke baad europe, america mein, to apne aap un ki deconditioning ho gayi.</w:t>
      </w:r>
      <w:r>
        <w:br/>
      </w:r>
      <w:r>
        <w:rPr>
          <w:sz w:val="20"/>
        </w:rPr>
        <w:t>53:41  modern taleem musalmanon ki deconditioning karne wala tha, lekin is se ulama ne roka un ko. yeh hai, is lihaz se yeh farq hai.</w:t>
      </w:r>
      <w:r>
        <w:br/>
      </w:r>
      <w:r>
        <w:rPr>
          <w:sz w:val="20"/>
        </w:rPr>
        <w:t>53:52  modern taleem jo thi, woh sach poochhen to deconditioning ka bahut achha zariya thi. yahudiyon ki modern taleem ke zariye deconditioning hui aur musalmanon ki nahin hui.</w:t>
      </w:r>
    </w:p>
    <w:p>
      <w:pPr>
        <w:pStyle w:val="Heading2"/>
      </w:pPr>
      <w:r>
        <w:t>Why do Muslims leave their countries for livelihood?</w:t>
      </w:r>
    </w:p>
    <w:p>
      <w:r>
        <w:rPr>
          <w:color w:val="666666"/>
          <w:sz w:val="18"/>
        </w:rPr>
        <w:t>Society &amp; Dawah · The Existence of God October 7, 2012 · 3m 21s · at 57:39 · https://youtu.be/Hm0ybuokQ8s?t=3459</w:t>
      </w:r>
    </w:p>
    <w:p>
      <w:r>
        <w:rPr>
          <w:i/>
        </w:rPr>
        <w:t>“Is Allah not fulfilling the needs of Muslims in their own countries that they have gone to other countries for livelihood? What compelled these people to leave their countries and go to other countries for livelihood? Please explain.”</w:t>
      </w:r>
    </w:p>
    <w:p>
      <w:r>
        <w:rPr>
          <w:sz w:val="20"/>
        </w:rPr>
        <w:t>57:39  . maulana, yeh sawal aaya hai karachi pakistan se abdul latif sahab ka. unhone likha hai: "kya ashiya mulkon mulkon ke musalmanon ki zarooraten allah taala un ke apne mulkon mein poori nahi kar raha hai ke woh bahar ke mulkon mein maash ke hasool ke liye gaye hue hain?"</w:t>
      </w:r>
      <w:r>
        <w:br/>
      </w:r>
      <w:r>
        <w:rPr>
          <w:sz w:val="20"/>
        </w:rPr>
        <w:t>58:00  aakhir in sab logon ko kis cheez ne majboor kiya hai ke woh apne mulkon ko chhod kar bahir ke mulkon mein maash ke liye gaye hue hain?</w:t>
      </w:r>
      <w:r>
        <w:br/>
      </w:r>
      <w:r>
        <w:rPr>
          <w:sz w:val="20"/>
        </w:rPr>
        <w:t>58:10  is ki wazahat karen."</w:t>
      </w:r>
      <w:r>
        <w:br/>
      </w:r>
      <w:r>
        <w:rPr>
          <w:sz w:val="20"/>
        </w:rPr>
        <w:t>58:15  bhai, is ka sabab yeh nahin ke maash nahin mil rahi un ko apne mulkon mein.</w:t>
      </w:r>
      <w:r>
        <w:br/>
      </w:r>
      <w:r>
        <w:rPr>
          <w:sz w:val="20"/>
        </w:rPr>
        <w:t>58:21  bas ek</w:t>
      </w:r>
      <w:r>
        <w:br/>
      </w:r>
      <w:r>
        <w:rPr>
          <w:sz w:val="20"/>
        </w:rPr>
        <w:t>58:25  ek shauq hai dollar kamane ka, pound kamane ka taake jab bachchon ka mustaqbil zyada achha banaein. yeh saara mamla hai ke apni family, apne bachchon ko behtar mustaqbil dene ke liye woh ja rahe hain in mulkon mein.</w:t>
      </w:r>
      <w:r>
        <w:br/>
      </w:r>
      <w:r>
        <w:rPr>
          <w:sz w:val="20"/>
        </w:rPr>
        <w:t>58:43  sab se ajeeb baat yeh hai ke Pakistan ke logon ne mutalba kiya tha</w:t>
      </w:r>
      <w:r>
        <w:br/>
      </w:r>
      <w:r>
        <w:rPr>
          <w:sz w:val="20"/>
        </w:rPr>
        <w:t>58:48  ke hamein ek alag mulk chahiye taake hum Islam ke mutabiq reh saken. sab se ajeeb mamla to Pakistani logon logon ka hai. Pakistan ki logic yahi thi ke hamein ek ek alag khitta chahiye jahan hum Islam ke mutabiq reh saken.</w:t>
      </w:r>
      <w:r>
        <w:br/>
      </w:r>
      <w:r>
        <w:rPr>
          <w:sz w:val="20"/>
        </w:rPr>
        <w:t>59:04  achha, jab woh khitta mil gaya to khud Pakistan ke beshumar log chale gaye bahir, Europe, America.</w:t>
      </w:r>
      <w:r>
        <w:br/>
      </w:r>
      <w:r>
        <w:rPr>
          <w:sz w:val="20"/>
        </w:rPr>
        <w:t>59:13  to yeh to bohat bara jurm ka mamla hai ke Khuda ne Pakistan ko kehte hain log, mamlakat e Khudadad. mamlakat e Khudadad agar sach much ho woh to us ko chhod kar tum mamlakat e Shaitan Dad mein ja rahe ho, jis ko Shaitan kehte hain.</w:t>
      </w:r>
      <w:r>
        <w:br/>
      </w:r>
      <w:r>
        <w:rPr>
          <w:sz w:val="20"/>
        </w:rPr>
        <w:t>59:30  woh</w:t>
      </w:r>
      <w:r>
        <w:br/>
      </w:r>
      <w:r>
        <w:rPr>
          <w:sz w:val="20"/>
        </w:rPr>
        <w:t>59:34  yeh bohat bari munafiqat hai yeh ke is is mutalbe ke ko le kar ke Pakistan banwaya gaya ke hamein Islam ke mutabiq jeene ke liye ek khitta chahiye.</w:t>
      </w:r>
      <w:r>
        <w:br/>
      </w:r>
      <w:r>
        <w:rPr>
          <w:sz w:val="20"/>
        </w:rPr>
        <w:t>59:47  aur jab woh ban gaya to inhi mulkon mein chale gaye jo in in ke nazdeek, yani jahan taghoot taghooti nizam qaim tha, usi taghooti nizam mein.</w:t>
      </w:r>
      <w:r>
        <w:br/>
      </w:r>
      <w:r>
        <w:rPr>
          <w:sz w:val="20"/>
        </w:rPr>
        <w:t>1:00:01  kyunke wahan par zyada achhi, yani zyada bari kamai ho sakti thi, wahan zyada achha mayar zindagi milta tha un ko.</w:t>
      </w:r>
      <w:r>
        <w:br/>
      </w:r>
      <w:r>
        <w:rPr>
          <w:sz w:val="20"/>
        </w:rPr>
        <w:t>1:00:15  to munafiqat hi munafiqat hai. ab is ko main kya keh sakta hoon? is ka to bas Allah hi in logon ka tajziya kar sakta hai, insaan ke bas mein nahin hai.</w:t>
      </w:r>
      <w:r>
        <w:br/>
      </w:r>
      <w:r>
        <w:rPr>
          <w:sz w:val="20"/>
        </w:rPr>
        <w:t>1:00:29  main ek martaba America mein ek Pakistan ke ek sahib the, wahan par baqayda daadhi waali thi un ki. to main ne kaha: "aap Pakistan ko chhod kar America kyun aa gaye?" to kya jawab diya unhon ne?</w:t>
      </w:r>
      <w:r>
        <w:br/>
      </w:r>
      <w:r>
        <w:rPr>
          <w:sz w:val="20"/>
        </w:rPr>
        <w:t>1:00:43  ke jis ki rozi jahan rahe gi, woh wahan jaye ga. to main ne kaha ke mamlakat e Khudadad mein aap ki rozi nahin hai, hum mulk ke taghoot dad mein rozi hai aap ki.</w:t>
      </w:r>
      <w:r>
        <w:br/>
      </w:r>
      <w:r>
        <w:rPr>
          <w:sz w:val="20"/>
        </w:rPr>
        <w:t>1:00:54  jis ko aap log taghoot kehte hain, wahan rozi aap ki hai.</w:t>
      </w:r>
    </w:p>
    <w:p>
      <w:pPr>
        <w:pStyle w:val="Heading2"/>
      </w:pPr>
      <w:r>
        <w:t>Why do Pakistanis leave Pakistan despite struggle?</w:t>
      </w:r>
    </w:p>
    <w:p>
      <w:r>
        <w:rPr>
          <w:color w:val="666666"/>
          <w:sz w:val="18"/>
        </w:rPr>
        <w:t>Society &amp; Dawah · The Lesson of History September 21, 2014 · 2m 51s · at 1:12:48 · https://youtu.be/aMVHLKMkhcQ?t=4368</w:t>
      </w:r>
    </w:p>
    <w:p>
      <w:r>
        <w:rPr>
          <w:i/>
        </w:rPr>
        <w:t>“If Muslims had finally succeeded after a long and hard struggle to carve out a separate land for themselves and lead a religious life, then why is it that all the Pakistanis leave Pakistan at the very first opportunity available to them?”</w:t>
      </w:r>
    </w:p>
    <w:p>
      <w:r>
        <w:rPr>
          <w:sz w:val="20"/>
        </w:rPr>
        <w:t>1:12:48  Maulana, agla sawal Dr. Saleema Siddiqui ne kiya hai Delhi se. aur unhone likha hai ke Please comment on this fact that if Muslims had finally succeeded after a long and hard struggle to carve out a separate land for themselves and lead a religious life, then why is it that all the Pakistanis leave Pakistan at the very first opportunity available to them?</w:t>
      </w:r>
      <w:r>
        <w:br/>
      </w:r>
      <w:r>
        <w:rPr>
          <w:sz w:val="20"/>
        </w:rPr>
        <w:t>1:13:16  dekhen, Pakistan banwaya gaya tha mazhab ke naam par, lekin is ka mazhab se koi ta'alluq nahi tha. woh to ek jazbati qaumiyat, yani qaumiyat bhi nahi thi.</w:t>
      </w:r>
      <w:r>
        <w:br/>
      </w:r>
      <w:r>
        <w:rPr>
          <w:sz w:val="20"/>
        </w:rPr>
        <w:t>1:13:26  is</w:t>
      </w:r>
      <w:r>
        <w:br/>
      </w:r>
      <w:r>
        <w:rPr>
          <w:sz w:val="20"/>
        </w:rPr>
        <w:t>1:13:30  ka mazhab se koi ta'alluq nahi, Islam se koi ta'alluq nahi. to wahan jo gaye log, bhaag bhaag kar ke, dekha ke Pakistan mein zyada mawaqe nahi hain aur Europe mein zyada mawaqe hain, America mein zyada mawaqe hain, to wahan bhaag bhaag gaye.</w:t>
      </w:r>
      <w:r>
        <w:br/>
      </w:r>
      <w:r>
        <w:rPr>
          <w:sz w:val="20"/>
        </w:rPr>
        <w:t>1:13:43  kyunke koi zehan to barabar tha nahi.</w:t>
      </w:r>
      <w:r>
        <w:br/>
      </w:r>
      <w:r>
        <w:rPr>
          <w:sz w:val="20"/>
        </w:rPr>
        <w:t>1:13:47  na Pakistan banne se pehle, na Pakistan banne ke baad, un ke andar koi deeni zehan tha. deeni zehan ka matlab hai ke dawat Allah ka kaam karne ka zehan.</w:t>
      </w:r>
      <w:r>
        <w:br/>
      </w:r>
      <w:r>
        <w:rPr>
          <w:sz w:val="20"/>
        </w:rPr>
        <w:t>1:13:56  mislan, yeh tha hi nahi. woh to, yani un ka maadi zehan pehle bhi tha, maadi zehan ab bhi tha. yani pre Pakistan bhi maadi zehan tha, post Pakistani maadi zehan tha.</w:t>
      </w:r>
      <w:r>
        <w:br/>
      </w:r>
      <w:r>
        <w:rPr>
          <w:sz w:val="20"/>
        </w:rPr>
        <w:t>1:14:12  to jahan dekha ke jahan kamai hai, wahan bhaag bhaag rahe hain.</w:t>
      </w:r>
      <w:r>
        <w:br/>
      </w:r>
      <w:r>
        <w:rPr>
          <w:sz w:val="20"/>
        </w:rPr>
        <w:t>1:14:16  Pakistan ka yeh yeh to naarah sirf tha ke Pakistan ka matlab La Ilaha Illallah. yeh sirf naarah tha, is ka Islam se koi ta'alluq nahi tha. aur dekhen, yeh bid'at hai.</w:t>
      </w:r>
      <w:r>
        <w:br/>
      </w:r>
      <w:r>
        <w:rPr>
          <w:sz w:val="20"/>
        </w:rPr>
        <w:t>1:14:27  kyunke mazhab ke naam par koi ilaqa alag karwana, yeh to kisi paighambar ne nahi kiya. Rasool Allah ne, Sahaba ne aisa kabhi bhi nahi kiya ke Islam ke naam par kahein ke hum ko itna hissa baant kar do.</w:t>
      </w:r>
      <w:r>
        <w:br/>
      </w:r>
      <w:r>
        <w:rPr>
          <w:sz w:val="20"/>
        </w:rPr>
        <w:t>1:14:41  yeh to ek is qism ki siyasat to is ka Islam se koi ta'alluq nahi hai.</w:t>
      </w:r>
      <w:r>
        <w:br/>
      </w:r>
      <w:r>
        <w:rPr>
          <w:sz w:val="20"/>
        </w:rPr>
        <w:t>1:14:47  taqseem ki siyasat bilashuba is ka Islam se koi ta'alluq nahi hai. yani parties of partition, is ka Islam se koi ta'alluq nahi hai.</w:t>
      </w:r>
      <w:r>
        <w:br/>
      </w:r>
      <w:r>
        <w:rPr>
          <w:sz w:val="20"/>
        </w:rPr>
        <w:t>1:14:55  to jab Islam se ta'alluq hi is ka nahi hai, to wahan Islam kahan se aaye ga? jab parties of partition jo hain, it itself was unislamic, to kaise mumkin hai ke wahan Islam aa jaye?</w:t>
      </w:r>
      <w:r>
        <w:br/>
      </w:r>
      <w:r>
        <w:rPr>
          <w:sz w:val="20"/>
        </w:rPr>
        <w:t>1:15:09  to yeh to ek ek hungama tha, is ka koi ta'alluq aqal se bhi nahi tha.</w:t>
      </w:r>
      <w:r>
        <w:br/>
      </w:r>
      <w:r>
        <w:rPr>
          <w:sz w:val="20"/>
        </w:rPr>
        <w:t>1:15:15  Islam to bohat door ki baat hai. aaj dekhen, Pakistan ek failed state hai. failed state hai woh. is se zyada tar harkatein India mein hui hain.</w:t>
      </w:r>
      <w:r>
        <w:br/>
      </w:r>
      <w:r>
        <w:rPr>
          <w:sz w:val="20"/>
        </w:rPr>
        <w:t>1:15:28  to yeh is ka ta'alluq na to Pakistan, is ka ta'alluq na to Islam se hai, na aqal se hai. yeh ek jazbati hungama tha, pehle bhi aur ab bhi hai.</w:t>
      </w:r>
    </w:p>
    <w:p>
      <w:pPr>
        <w:pStyle w:val="Heading2"/>
      </w:pPr>
      <w:r>
        <w:t>Why do new Muslims become ISIS sympathizers?</w:t>
      </w:r>
    </w:p>
    <w:p>
      <w:r>
        <w:rPr>
          <w:color w:val="666666"/>
          <w:sz w:val="18"/>
        </w:rPr>
        <w:t>Society &amp; Dawah · Revival of Muslims March 8, 2015 · 2m 02s · at 49:34 · https://youtu.be/B9E2OTb4BVE?t=2974</w:t>
      </w:r>
    </w:p>
    <w:p>
      <w:r>
        <w:rPr>
          <w:i/>
        </w:rPr>
        <w:t>“It seems that a lot of fighters of ISIS are converted Muslims. What is the reason that these new Muslims who entered into the fold of Islam after reading Quran and other Islamic books do not become sympathizers of humans but become sympathizers of Muslims? What is the reason and how do we counter this trend?”</w:t>
      </w:r>
    </w:p>
    <w:p>
      <w:r>
        <w:rPr>
          <w:sz w:val="20"/>
        </w:rPr>
        <w:t>49:34  Maulana, agla sawal Delhi se aya hai, Maulana Farhad Umri ka, aur unhone likha hai: "It seems that a lot of fighters of ISIS are converted Muslims.</w:t>
      </w:r>
      <w:r>
        <w:br/>
      </w:r>
      <w:r>
        <w:rPr>
          <w:sz w:val="20"/>
        </w:rPr>
        <w:t>49:50  What is the reason that these new Muslims who entered into the fold of Islam after reading Quran and other Islamic books do not become sympathizers of humans but become sympathizers of Muslims?</w:t>
      </w:r>
      <w:r>
        <w:br/>
      </w:r>
      <w:r>
        <w:rPr>
          <w:sz w:val="20"/>
        </w:rPr>
        <w:t>50:07  What is the reason and how do we counter this trend?" dekhen, is ko maine, yani kafi is par socha aur mutala kiya hai.</w:t>
      </w:r>
      <w:r>
        <w:br/>
      </w:r>
      <w:r>
        <w:rPr>
          <w:sz w:val="20"/>
        </w:rPr>
        <w:t>50:17  asal cheez yeh hai ke dekhen, yeh jo ghair Muslim hain, woh mutasir hue Quran ko padh kar ke, Quran ko padh kar mutasir hue, lekin jab Islam mein dakhil hue to phir aa gaye Musalmanon mein.</w:t>
      </w:r>
      <w:r>
        <w:br/>
      </w:r>
      <w:r>
        <w:rPr>
          <w:sz w:val="20"/>
        </w:rPr>
        <w:t>50:36  Quran ka apna koi muashra to hai nahi,</w:t>
      </w:r>
    </w:p>
    <w:p>
      <w:pPr>
        <w:pStyle w:val="Heading2"/>
      </w:pPr>
      <w:r>
        <w:t>Why educated youths join ISIS and solution?</w:t>
      </w:r>
    </w:p>
    <w:p>
      <w:r>
        <w:rPr>
          <w:color w:val="666666"/>
          <w:sz w:val="18"/>
        </w:rPr>
        <w:t>Society &amp; Dawah · Study of The Quran November 30, 2014 · 3m 20s · at 49:44 · https://youtu.be/x3fcJ2nlDow?t=2984</w:t>
      </w:r>
    </w:p>
    <w:p>
      <w:r>
        <w:rPr>
          <w:i/>
        </w:rPr>
        <w:t>“Recent reports show many Indian youths joining ISIS for Allah's cause. What is the reason educated youths join terror groups like ISIS, and what is the solution to this negative image?”</w:t>
      </w:r>
    </w:p>
    <w:p>
      <w:r>
        <w:rPr>
          <w:sz w:val="20"/>
        </w:rPr>
        <w:t>49:44  Maulana, agla sawal Bangalore se hai Farhad Sahab ka, aur unhon ne likha hai: "Molana, recent reports have revealed that many youths from India have gone to join ISIS, and they claim that they are doing it for the cause of Allah.</w:t>
      </w:r>
      <w:r>
        <w:br/>
      </w:r>
      <w:r>
        <w:rPr>
          <w:sz w:val="20"/>
        </w:rPr>
        <w:t>50:03  Maulana, according to you, what is the reason that these educated youths are ready to join the terror and Islamic wings like ISIS?</w:t>
      </w:r>
      <w:r>
        <w:br/>
      </w:r>
      <w:r>
        <w:rPr>
          <w:sz w:val="20"/>
        </w:rPr>
        <w:t>50:13  This creates a very negative image of Islam. What is the solution? dekhiye, jahan tak main ne samjha hai, yeh youth agarchay parhay likhe hon ge,</w:t>
      </w:r>
      <w:r>
        <w:br/>
      </w:r>
      <w:r>
        <w:rPr>
          <w:sz w:val="20"/>
        </w:rPr>
        <w:t>50:29  lekin unhon ne quran ko</w:t>
      </w:r>
      <w:r>
        <w:br/>
      </w:r>
      <w:r>
        <w:rPr>
          <w:sz w:val="20"/>
        </w:rPr>
        <w:t>50:33  nahin read kiya. unhon ne islam ko sirf samjha hai internet par jo maloomat aaj kal bhari ja rahi hain, screenst logon ki taraf se, us ko parha hai unhon ne.</w:t>
      </w:r>
      <w:r>
        <w:br/>
      </w:r>
      <w:r>
        <w:rPr>
          <w:sz w:val="20"/>
        </w:rPr>
        <w:t>50:45  aaj kal bohat bura istemal kar rahe hain musalman is ka, internet ka. kya kehte hain sahab? is mein maloomat dalte hain jo?</w:t>
      </w:r>
      <w:r>
        <w:br/>
      </w:r>
      <w:r>
        <w:rPr>
          <w:sz w:val="20"/>
        </w:rPr>
        <w:t>50:54  ji, internet theek hai, maulana. aaj kal aik nai, itni bari blessing hai internet, bohat bari blessing, lekin musalman is ka negative istemal kar rahe hain.</w:t>
      </w:r>
      <w:r>
        <w:br/>
      </w:r>
      <w:r>
        <w:rPr>
          <w:sz w:val="20"/>
        </w:rPr>
        <w:t>51:07  bohat hi zyada, yani misinformation ke zariye bana diya musalmanon ne is ko.</w:t>
      </w:r>
      <w:r>
        <w:br/>
      </w:r>
      <w:r>
        <w:rPr>
          <w:sz w:val="20"/>
        </w:rPr>
        <w:t>51:14  aik blessing ko apne liye ulta bana diya. isi ko parhte hain yeh log. in logon ne jo aap mujh se miliye, un se poochen, un hazrat se jin ko aap kehte hain ke muslim youth,</w:t>
      </w:r>
      <w:r>
        <w:br/>
      </w:r>
      <w:r>
        <w:rPr>
          <w:sz w:val="20"/>
        </w:rPr>
        <w:t>51:30  mein aise kuch logon se mila hoon.</w:t>
      </w:r>
      <w:r>
        <w:br/>
      </w:r>
      <w:r>
        <w:rPr>
          <w:sz w:val="20"/>
        </w:rPr>
        <w:t>51:33  mein ne un se pocha ke kya aap ne jo step liya hai, is se pehle bohat hi, yani sanjeedgi ke sath quran ko is darje tak parha tha ke quran kya kehta hai?</w:t>
      </w:r>
      <w:r>
        <w:br/>
      </w:r>
      <w:r>
        <w:rPr>
          <w:sz w:val="20"/>
        </w:rPr>
        <w:t>51:47  phir aap ne jump kiya? to yaqeen kijiye, aik shakhs ne bhi yeh nahin kaha. bas in ki sara jo source hai, woh internet ki maloomat hai.</w:t>
      </w:r>
      <w:r>
        <w:br/>
      </w:r>
      <w:r>
        <w:rPr>
          <w:sz w:val="20"/>
        </w:rPr>
        <w:t>51:56  aur internet ki maloomat kaun hai? woh extremist log bhar rahe hain.</w:t>
      </w:r>
      <w:r>
        <w:br/>
      </w:r>
      <w:r>
        <w:rPr>
          <w:sz w:val="20"/>
        </w:rPr>
        <w:t>52:00  extremist logon ne internet ko apne liye bana liya hai zariya logon ko bharkane ka. aur is se kehte hain, nahin nahin, jhooti baatein is mein dalte hain.</w:t>
      </w:r>
      <w:r>
        <w:br/>
      </w:r>
      <w:r>
        <w:rPr>
          <w:sz w:val="20"/>
        </w:rPr>
        <w:t>52:11  yani kahin ka koi, kisi ne mara kisi ko, koi lashain pari hui hain, us ko dikha dein ke dekho bhai, yeh musalmanon ki lashain hain, maar maar ke dali hui hain.</w:t>
      </w:r>
      <w:r>
        <w:br/>
      </w:r>
      <w:r>
        <w:rPr>
          <w:sz w:val="20"/>
        </w:rPr>
        <w:t>52:21  aik bohat hi munazzam tor par is trend ko misuse ho raha hai. is se yeh log ban rahe hain.</w:t>
      </w:r>
      <w:r>
        <w:br/>
      </w:r>
      <w:r>
        <w:rPr>
          <w:sz w:val="20"/>
        </w:rPr>
        <w:t>52:30  aap kisi se, kisi aik youth se pooch lijiye ke tum ne library mein ja kar ke sanjeedgi ke sath parha ke islam kya hai? phir aisa kiya?</w:t>
      </w:r>
      <w:r>
        <w:br/>
      </w:r>
      <w:r>
        <w:rPr>
          <w:sz w:val="20"/>
        </w:rPr>
        <w:t>52:39  to pata chale ke nahin, kuch bhi nahin. woh bhai, internet ki baatein parh parh ke ghussa ho gaye, wahan pohanch gaye.</w:t>
      </w:r>
      <w:r>
        <w:br/>
      </w:r>
      <w:r>
        <w:rPr>
          <w:sz w:val="20"/>
        </w:rPr>
        <w:t>52:48  yeh yeh youth kuch bhi jante nahin islam ke bare mein, kuch bhi nahin jante, siwaye is ke ke internet par jo, yani ghalat khabrein bhari hui hain, isi isi se isi ka pata hai un ko.</w:t>
      </w:r>
    </w:p>
    <w:p>
      <w:pPr>
        <w:pStyle w:val="Heading2"/>
      </w:pPr>
      <w:r>
        <w:t>Why elites do not turn to Islam</w:t>
      </w:r>
    </w:p>
    <w:p>
      <w:r>
        <w:rPr>
          <w:color w:val="666666"/>
          <w:sz w:val="18"/>
        </w:rPr>
        <w:t>Society &amp; Dawah · The Character of a Dayee 4 March 2012 - Maulana Wahiduddin Khan · 3m 25s · at 1:27:25 · https://youtu.be/YtavJpVNbEM?t=5245</w:t>
      </w:r>
    </w:p>
    <w:p>
      <w:r>
        <w:rPr>
          <w:i/>
        </w:rPr>
        <w:t>“Why don't intelligent people, the wealthy, and those who have attained position or fame turn towards Islam?”</w:t>
      </w:r>
    </w:p>
    <w:p>
      <w:r>
        <w:rPr>
          <w:sz w:val="20"/>
        </w:rPr>
        <w:t>1:27:25  jhoota badnaam karna, yeh bilashuba haram se bhi ziyada buri cheez hai. is mein koi shakk nahi. Maulana, agla sawal Karachi Pakistan se Miss Samia Latif ka hai.</w:t>
      </w:r>
      <w:r>
        <w:br/>
      </w:r>
      <w:r>
        <w:rPr>
          <w:sz w:val="20"/>
        </w:rPr>
        <w:t>1:27:38  unhon ne poocha hai: "aaj logon mein jo zeheen tabqa hai, ya woh log jin ke paas maal aur daulat hai,</w:t>
      </w:r>
      <w:r>
        <w:br/>
      </w:r>
      <w:r>
        <w:rPr>
          <w:sz w:val="20"/>
        </w:rPr>
        <w:t>1:27:49  ya woh log jo uhda ya shohrat paye hue hain, Maulana sahib, is qism ke log deen Islam ki satah, deen Islam ki taraf rukh kyun nahi karte?</w:t>
      </w:r>
      <w:r>
        <w:br/>
      </w:r>
      <w:r>
        <w:rPr>
          <w:sz w:val="20"/>
        </w:rPr>
        <w:t>1:28:02  kya deen Islam in ko apne zehni satah ke mutabiq nazar nahi aata, ya woh khud, ya woh Khuda ke</w:t>
      </w:r>
      <w:r>
        <w:br/>
      </w:r>
      <w:r>
        <w:rPr>
          <w:sz w:val="20"/>
        </w:rPr>
        <w:t>1:28:12  creation plan se nawaqif hain?" is ke baray mein batayen.</w:t>
      </w:r>
      <w:r>
        <w:br/>
      </w:r>
      <w:r>
        <w:rPr>
          <w:sz w:val="20"/>
        </w:rPr>
        <w:t>1:28:19  dekhen, is ke do pehlu hain. aik yeh hai ke un ka</w:t>
      </w:r>
      <w:r>
        <w:br/>
      </w:r>
      <w:r>
        <w:rPr>
          <w:sz w:val="20"/>
        </w:rPr>
        <w:t>1:28:26  mutawajjah na hona deen ki taraf, yeh un ki ghalti hai. aur bilashuba har ghalti par insan pakra jayega,</w:t>
      </w:r>
      <w:r>
        <w:br/>
      </w:r>
      <w:r>
        <w:rPr>
          <w:sz w:val="20"/>
        </w:rPr>
        <w:t>1:28:37  illa yeh ke tauba kare. lekin doosra pehlu yeh hai ke hamare jo ulama hain, woh mukammal taur par nakaam sabit hue hain is mamle mein ke jadeed tabqe ke liye Islam ko is ke understandable andaaz mein pesh karen, jo un ka mind address kare.</w:t>
      </w:r>
      <w:r>
        <w:br/>
      </w:r>
      <w:r>
        <w:rPr>
          <w:sz w:val="20"/>
        </w:rPr>
        <w:t>1:28:55  is mein koi shakk nahi hai. to 50 feesad zimmedari un logon par hai jo zeheen aur taleem yafta hon, jo hain, hain aur Islam se door ho rahe hain.</w:t>
      </w:r>
      <w:r>
        <w:br/>
      </w:r>
      <w:r>
        <w:rPr>
          <w:sz w:val="20"/>
        </w:rPr>
        <w:t>1:29:07  50 feesad un logon ki zimmedari hai jin ko ke unhein batana tha ke Islam kya hai,</w:t>
      </w:r>
      <w:r>
        <w:br/>
      </w:r>
      <w:r>
        <w:rPr>
          <w:sz w:val="20"/>
        </w:rPr>
        <w:t>1:29:14  jo madarason mein parhai jati hai, parhai parhai jati hai, isi liye parhai jati hai. log batayen, parh parh ke logon ko. lekin un ke paas fatway ki zuban hai.</w:t>
      </w:r>
      <w:r>
        <w:br/>
      </w:r>
      <w:r>
        <w:rPr>
          <w:sz w:val="20"/>
        </w:rPr>
        <w:t>1:29:23  sirf aaj kal fatwa activities bohat chala hua hai. fatwa activities Islam mein nahi hai, bilkul nahi hai.</w:t>
      </w:r>
      <w:r>
        <w:br/>
      </w:r>
      <w:r>
        <w:rPr>
          <w:sz w:val="20"/>
        </w:rPr>
        <w:t>1:29:31  Islam mein naseehat activities mein hai. aur naseehat ka tareeqa yeh hai ke kal fi nafs qaul baligha kaho un se, dil kaho un se baat is tareeqay se jo un ke mind ko address karne wali ho.</w:t>
      </w:r>
      <w:r>
        <w:br/>
      </w:r>
      <w:r>
        <w:rPr>
          <w:sz w:val="20"/>
        </w:rPr>
        <w:t>1:29:48  to kuch kar hi nahi raha koi shakhs.</w:t>
      </w:r>
      <w:r>
        <w:br/>
      </w:r>
      <w:r>
        <w:rPr>
          <w:sz w:val="20"/>
        </w:rPr>
        <w:t>1:29:53  jitne ulama hain, sab fatwa bazi ki zuban bol rahe hain.</w:t>
      </w:r>
      <w:r>
        <w:br/>
      </w:r>
      <w:r>
        <w:rPr>
          <w:sz w:val="20"/>
        </w:rPr>
        <w:t>1:30:01  to yeh mein samajhta hoon ke bohat ziyada sochna chahiye dono tabqe ko. aik tabqa agar is baat ka, yani zimmedar hai ke woh deen se phira hua hai, doosra tabqa is ka zimmedar hai ke woh un logon ko,</w:t>
      </w:r>
      <w:r>
        <w:br/>
      </w:r>
      <w:r>
        <w:rPr>
          <w:sz w:val="20"/>
        </w:rPr>
        <w:t>1:30:19  un ko is is andaz mein islam nahi pesh kar kar raha hai jo un ke mind ko address karay. is ke liye ulma ko tayari karni chahiye. madarison mein jo taleem hoti hai, woh hargiz kafi nahi hai ke aap yeh kaam kar saken.</w:t>
      </w:r>
      <w:r>
        <w:br/>
      </w:r>
      <w:r>
        <w:rPr>
          <w:sz w:val="20"/>
        </w:rPr>
        <w:t>1:30:32  hargiz nahi. aur mazeed un ko parh tayar karna hai apne aap ko.</w:t>
      </w:r>
      <w:r>
        <w:br/>
      </w:r>
      <w:r>
        <w:rPr>
          <w:sz w:val="20"/>
        </w:rPr>
        <w:t>1:30:37  to mazeed koi tayari karta nahi.</w:t>
      </w:r>
      <w:r>
        <w:br/>
      </w:r>
      <w:r>
        <w:rPr>
          <w:sz w:val="20"/>
        </w:rPr>
        <w:t>1:30:44  to beharhal yeh do tarafah zimmedari mere nazdeek hai.</w:t>
      </w:r>
    </w:p>
    <w:p>
      <w:pPr>
        <w:pStyle w:val="Heading2"/>
      </w:pPr>
      <w:r>
        <w:t>Why fights among Muslims despite peace formula</w:t>
      </w:r>
    </w:p>
    <w:p>
      <w:r>
        <w:rPr>
          <w:color w:val="666666"/>
          <w:sz w:val="18"/>
        </w:rPr>
        <w:t>Society &amp; Dawah · Importance of Peace August 17, 2014 · 2m 23s · at 56:33 · https://youtu.be/ifxSwh2Jckw?t=3393</w:t>
      </w:r>
    </w:p>
    <w:p>
      <w:r>
        <w:rPr>
          <w:i/>
        </w:rPr>
        <w:t>“Why are there fights among Muslims today when we have the formula for peace? Please clarify.”</w:t>
      </w:r>
    </w:p>
    <w:p>
      <w:r>
        <w:rPr>
          <w:sz w:val="20"/>
        </w:rPr>
        <w:t>56:33  Maulana, agla sawal Bhopal se kiya hai, Bilaluddin sahib ne. Aur unhone likha hai: Aaj musalmano mein kyun ladaiyan ho rahi hain jabke hamare paas peace ka formula maujood hai?</w:t>
      </w:r>
      <w:r>
        <w:br/>
      </w:r>
      <w:r>
        <w:rPr>
          <w:sz w:val="20"/>
        </w:rPr>
        <w:t>56:48  Is ko wazeh karein. Kyunke musalman daur-e-zawaal mein hain aur daur-e-zawaal mein yahi sab hota hai. Ab in ko daur-e-zawaal se nikalna hai.</w:t>
      </w:r>
      <w:r>
        <w:br/>
      </w:r>
      <w:r>
        <w:rPr>
          <w:sz w:val="20"/>
        </w:rPr>
        <w:t>56:59  jab tak daur-e-zawaal se nikaalne ke liye kuch nahi hoga.</w:t>
      </w:r>
      <w:r>
        <w:br/>
      </w:r>
      <w:r>
        <w:rPr>
          <w:sz w:val="20"/>
        </w:rPr>
        <w:t>57:07  to hum agar hum sirf</w:t>
      </w:r>
      <w:r>
        <w:br/>
      </w:r>
      <w:r>
        <w:rPr>
          <w:sz w:val="20"/>
        </w:rPr>
        <w:t>57:10  un ko naseehat karein to is se work nahi karega. hum pehle un ko idhar samajh laayein, soch laayein. kal parson mere paas kuch log aaye thay, ulama.</w:t>
      </w:r>
      <w:r>
        <w:br/>
      </w:r>
      <w:r>
        <w:rPr>
          <w:sz w:val="20"/>
        </w:rPr>
        <w:t>57:24  to yeh sawal tha ke kahan se kaam shuru kiya jaaye? to woh log, un logon ka nazariya tha ke logon ko namazein padhai jaayein, logon ko roze rakhwaye jaayein.</w:t>
      </w:r>
      <w:r>
        <w:br/>
      </w:r>
      <w:r>
        <w:rPr>
          <w:sz w:val="20"/>
        </w:rPr>
        <w:t>57:35  to maine kaha ke nahi, pehle un ko logon ko aqal paida ki jaaye, samajh paida ki jaaye. samajh se mehroom ho gaye hain musalman. ladte hain aur sochte hain ke lad kar ke ab apne aap ko tabaah kar rahe hain, na lad kar.</w:t>
      </w:r>
      <w:r>
        <w:br/>
      </w:r>
      <w:r>
        <w:rPr>
          <w:sz w:val="20"/>
        </w:rPr>
        <w:t>57:47  jahan musalman lad rahe hain, apne aap ko tabaah kar rahe hain, apne aap ko zaleel kar rahe hain. un ko milta to kuch hai nahi.</w:t>
      </w:r>
      <w:r>
        <w:br/>
      </w:r>
      <w:r>
        <w:rPr>
          <w:sz w:val="20"/>
        </w:rPr>
        <w:t>57:54  to aqal khoi gayi hai. to maine kaha ke beginning jo hai, jo aqal jo hai, jo beginning jo hai, jo aaghaz hai ke musalmanon ke andar soch paida ki jaaye, samajh paida ki jaaye.</w:t>
      </w:r>
      <w:r>
        <w:br/>
      </w:r>
      <w:r>
        <w:rPr>
          <w:sz w:val="20"/>
        </w:rPr>
        <w:t>58:08  aqal un ke andar, aqal se baaton ko samajhne ka mizaj banaya jaaye.</w:t>
      </w:r>
      <w:r>
        <w:br/>
      </w:r>
      <w:r>
        <w:rPr>
          <w:sz w:val="20"/>
        </w:rPr>
        <w:t>58:16  to main samajhta hoon ke humein har kaam mein, yaani ummat ki islaah ke silsile mein jo hum planning karein apni, to humein yeh jaanna chahiye ke jo aaghaz hoga, woh yahan se hoga ke logon ke andar, un ko logon ke way of thinking mein durust kiya jaaye.</w:t>
      </w:r>
      <w:r>
        <w:br/>
      </w:r>
      <w:r>
        <w:rPr>
          <w:sz w:val="20"/>
        </w:rPr>
        <w:t>58:38  way of thinking galat ho gaya hai. woh samajhte hain ke learning se faida hai, yeh nahi jaante ke sulah se faida hai.</w:t>
      </w:r>
      <w:r>
        <w:br/>
      </w:r>
      <w:r>
        <w:rPr>
          <w:sz w:val="20"/>
        </w:rPr>
        <w:t>58:47  to yeh bohat hi ek long term mansooba hai. yeh koi short term mansooba nahi hai.</w:t>
      </w:r>
    </w:p>
    <w:p>
      <w:pPr>
        <w:pStyle w:val="Heading2"/>
      </w:pPr>
      <w:r>
        <w:t>Why focus on your own books?</w:t>
      </w:r>
    </w:p>
    <w:p>
      <w:r>
        <w:rPr>
          <w:color w:val="666666"/>
          <w:sz w:val="18"/>
        </w:rPr>
        <w:t>Society &amp; Dawah · The Method of Planning August 14, 2016 · 3m 25s · at 57:03 · https://youtu.be/84WV8NS2VKQ?t=3423</w:t>
      </w:r>
    </w:p>
    <w:p>
      <w:r>
        <w:rPr>
          <w:i/>
        </w:rPr>
        <w:t>“Maulana sahib, why are you so much bent towards your books? Are there not others whose books can hold a similar way?”</w:t>
      </w:r>
    </w:p>
    <w:p>
      <w:r>
        <w:rPr>
          <w:sz w:val="20"/>
        </w:rPr>
        <w:t>57:03  So the best thing is that everybody reads your books. Maulana, agla sawal London se kiya hai Sahab Ahmed Rabani sahab ne, aur unhon ne likha hai ke Maulana sahib why are you so much bent towards your books? Are there not others whose books can hold a similar way?</w:t>
      </w:r>
      <w:r>
        <w:br/>
      </w:r>
      <w:r>
        <w:rPr>
          <w:sz w:val="20"/>
        </w:rPr>
        <w:t>57:27  bhai, bahut aasan jawab hai is ka, aap khud jaan sakte hain.</w:t>
      </w:r>
      <w:r>
        <w:br/>
      </w:r>
      <w:r>
        <w:rPr>
          <w:sz w:val="20"/>
        </w:rPr>
        <w:t>57:32  bahut aasan hai, aap kisi bhi doosre shakhs ko, jis ko aap samajhte hain ke woh bahut aap</w:t>
      </w:r>
      <w:r>
        <w:br/>
      </w:r>
      <w:r>
        <w:rPr>
          <w:sz w:val="20"/>
        </w:rPr>
        <w:t>57:38  ki nazar mein important hai, us ki kitabon ko lije, meri kitabon ko lije, aur dono ko comparative study kijiye.</w:t>
      </w:r>
      <w:r>
        <w:br/>
      </w:r>
      <w:r>
        <w:rPr>
          <w:sz w:val="20"/>
        </w:rPr>
        <w:t>57:44  aap doosri kitabon ka, meri kitabon ka comparative study kijiye, aap khud jaan lein ge, aap ko khud</w:t>
      </w:r>
      <w:r>
        <w:br/>
      </w:r>
      <w:r>
        <w:rPr>
          <w:sz w:val="20"/>
        </w:rPr>
        <w:t>57:49  hi is ka jawab maloom ho jaye ga.</w:t>
      </w:r>
      <w:r>
        <w:br/>
      </w:r>
      <w:r>
        <w:rPr>
          <w:sz w:val="20"/>
        </w:rPr>
        <w:t>57:55  misalan, aap dekhenge ke doosri kitabon se sab mein siyasat, zulm ki baaten hain.</w:t>
      </w:r>
      <w:r>
        <w:br/>
      </w:r>
      <w:r>
        <w:rPr>
          <w:sz w:val="20"/>
        </w:rPr>
        <w:t>58:01  zulm hai, mitana hai hamein, zulm hai, mitana hai is ko.</w:t>
      </w:r>
      <w:r>
        <w:br/>
      </w:r>
      <w:r>
        <w:rPr>
          <w:sz w:val="20"/>
        </w:rPr>
        <w:t>58:06  hamari kitabon mein yeh hai hi nahin, to main kyun kahoon doosri kitaben padhne ke liye? Kyun ke padh</w:t>
      </w:r>
      <w:r>
        <w:br/>
      </w:r>
      <w:r>
        <w:rPr>
          <w:sz w:val="20"/>
        </w:rPr>
        <w:t>58:12  kar kya aadmi negative mind banega? Zulm ko mitana hai, aap dekh lijiye jo doosri jamaaten hain,</w:t>
      </w:r>
      <w:r>
        <w:br/>
      </w:r>
      <w:r>
        <w:rPr>
          <w:sz w:val="20"/>
        </w:rPr>
        <w:t>58:18  jo doosri kitabon ko phailati hain, sab ka mind yahi hai.</w:t>
      </w:r>
      <w:r>
        <w:br/>
      </w:r>
      <w:r>
        <w:rPr>
          <w:sz w:val="20"/>
        </w:rPr>
        <w:t>58:23  Islamophobia hai aur zulm hai aur hum under siege hain, to sari kitaben yahi sab zehan deti hain.</w:t>
      </w:r>
      <w:r>
        <w:br/>
      </w:r>
      <w:r>
        <w:rPr>
          <w:sz w:val="20"/>
        </w:rPr>
        <w:t>58:29  Hamari kitaben jo hain, woh exception hain ke woh is qism ki positive zehan deti hain, mukammal taur</w:t>
      </w:r>
      <w:r>
        <w:br/>
      </w:r>
      <w:r>
        <w:rPr>
          <w:sz w:val="20"/>
        </w:rPr>
        <w:t>58:35  par positive hain.</w:t>
      </w:r>
      <w:r>
        <w:br/>
      </w:r>
      <w:r>
        <w:rPr>
          <w:sz w:val="20"/>
        </w:rPr>
        <w:t>58:40  Aap khud padh kar faisla kijiye ke doosri kitabon ko padh kar negative mind banta hai, hamari kitabon</w:t>
      </w:r>
      <w:r>
        <w:br/>
      </w:r>
      <w:r>
        <w:rPr>
          <w:sz w:val="20"/>
        </w:rPr>
        <w:t>58:46  ko padh kar positive mind banta hai.</w:t>
      </w:r>
      <w:r>
        <w:br/>
      </w:r>
      <w:r>
        <w:rPr>
          <w:sz w:val="20"/>
        </w:rPr>
        <w:t>58:52  Agar aap ko yeh ho ke falan kitaben padh kar bhi positive mind bana hai, to woh to</w:t>
      </w:r>
      <w:r>
        <w:br/>
      </w:r>
      <w:r>
        <w:rPr>
          <w:sz w:val="20"/>
        </w:rPr>
        <w:t>58:57  na batayen mujhe.</w:t>
      </w:r>
      <w:r>
        <w:br/>
      </w:r>
      <w:r>
        <w:rPr>
          <w:sz w:val="20"/>
        </w:rPr>
        <w:t>59:03  Agar aap payen padh kar ke falan writer jo hai, us ki kitaben padh kar ke positive zehan</w:t>
      </w:r>
      <w:r>
        <w:br/>
      </w:r>
      <w:r>
        <w:rPr>
          <w:sz w:val="20"/>
        </w:rPr>
        <w:t>59:09  banta hai, to mujhe woh na batayen is ka.</w:t>
      </w:r>
      <w:r>
        <w:br/>
      </w:r>
      <w:r>
        <w:rPr>
          <w:sz w:val="20"/>
        </w:rPr>
        <w:t>59:15  Abhi to main dekhta hoon ke jitne bhi writer hain, un ki kitabon ko padh kar negative mind banta hai.</w:t>
      </w:r>
      <w:r>
        <w:br/>
      </w:r>
      <w:r>
        <w:rPr>
          <w:sz w:val="20"/>
        </w:rPr>
        <w:t>59:20  Exception se hamari kitabon ka hai.</w:t>
      </w:r>
      <w:r>
        <w:br/>
      </w:r>
      <w:r>
        <w:rPr>
          <w:sz w:val="20"/>
        </w:rPr>
        <w:t>59:26  Ek ek ek ek jamaat zaroor hai jo fazail par chalti hai, to fazail hi mind banta hai.</w:t>
      </w:r>
      <w:r>
        <w:br/>
      </w:r>
      <w:r>
        <w:rPr>
          <w:sz w:val="20"/>
        </w:rPr>
        <w:t>59:32  Woh to koi mind nahin hai, mabni par fazail mind to koi mind hi nahin hai.</w:t>
      </w:r>
      <w:r>
        <w:br/>
      </w:r>
      <w:r>
        <w:rPr>
          <w:sz w:val="20"/>
        </w:rPr>
        <w:t>59:37  Woh to ek purasrar mind hai, purasrar mysterious soch banti hai is se.</w:t>
      </w:r>
      <w:r>
        <w:br/>
      </w:r>
      <w:r>
        <w:rPr>
          <w:sz w:val="20"/>
        </w:rPr>
        <w:t>59:43  Yaani fazail par jo jo mind bane, woh mysterious thinking us ke andar hogi.</w:t>
      </w:r>
      <w:r>
        <w:br/>
      </w:r>
      <w:r>
        <w:rPr>
          <w:sz w:val="20"/>
        </w:rPr>
        <w:t>59:49  Woh to kuch bhi nahin hai.</w:t>
      </w:r>
      <w:r>
        <w:br/>
      </w:r>
      <w:r>
        <w:rPr>
          <w:sz w:val="20"/>
        </w:rPr>
        <w:t>59:54  To jo log likhte hain halaat hazra par, main un ki baat karta hoon.</w:t>
      </w:r>
      <w:r>
        <w:br/>
      </w:r>
      <w:r>
        <w:rPr>
          <w:sz w:val="20"/>
        </w:rPr>
        <w:t>1:00:00  Islam aur halaat hazra, yaani aaj ke daur mein musalman kya karein? Aaj ke daur mein Islam ka</w:t>
      </w:r>
      <w:r>
        <w:br/>
      </w:r>
      <w:r>
        <w:rPr>
          <w:sz w:val="20"/>
        </w:rPr>
        <w:t>1:00:06  paigham kya hai? Jinka topic yeh hai, un ko main kehta hoon.</w:t>
      </w:r>
      <w:r>
        <w:br/>
      </w:r>
      <w:r>
        <w:rPr>
          <w:sz w:val="20"/>
        </w:rPr>
        <w:t>1:00:11  To jitni bhi kitaben maine dekhi hain is mozu par, sab negative zehan banati hain.</w:t>
      </w:r>
      <w:r>
        <w:br/>
      </w:r>
      <w:r>
        <w:rPr>
          <w:sz w:val="20"/>
        </w:rPr>
        <w:t>1:00:17  hamari kitaben akeli kitaben hain jo positive zehen banati hain.</w:t>
      </w:r>
      <w:r>
        <w:br/>
      </w:r>
      <w:r>
        <w:rPr>
          <w:sz w:val="20"/>
        </w:rPr>
        <w:t>1:00:23  aap ka aap comparative study kar ke dekh lijiye khud hi.</w:t>
      </w:r>
    </w:p>
    <w:p>
      <w:pPr>
        <w:pStyle w:val="Heading2"/>
      </w:pPr>
      <w:r>
        <w:t>Why is doubt about Islamic preaching wrong?</w:t>
      </w:r>
    </w:p>
    <w:p>
      <w:r>
        <w:rPr>
          <w:color w:val="666666"/>
          <w:sz w:val="18"/>
        </w:rPr>
        <w:t>Society &amp; Dawah · Dars-e-Quran, Chapter 25, V. 1 (Spreading Quran) September 9, 2018 · 2m 28s · at 1:05:24 · https://youtu.be/zf3V6LP2Qg0?t=3924</w:t>
      </w:r>
    </w:p>
    <w:p>
      <w:r>
        <w:rPr>
          <w:i/>
        </w:rPr>
        <w:t>“When preaching Islam, I often wonder if we might be wrong, just as Christian missionaries are not correct in their preaching. What is this? Why is this question considered wrong?”</w:t>
      </w:r>
    </w:p>
    <w:p>
      <w:r>
        <w:rPr>
          <w:sz w:val="20"/>
        </w:rPr>
        <w:t>1:05:24  maulana, yeh sawal bheja hai javed hayat sahib ne mumbai se. unhon ne likha hai: maulana, islam ki tablegh karte waqt bar bar yeh khayal aata hai ke kahin hum ghalat to nahin, jis tarah christian missionaries apne mazhab ki tablegh mein sahi nahin?</w:t>
      </w:r>
      <w:r>
        <w:br/>
      </w:r>
      <w:r>
        <w:rPr>
          <w:sz w:val="20"/>
        </w:rPr>
        <w:t>1:05:43  yeh kaun si baat hai? yeh kuch sawal hi ghalat kyun hai? bhai, aap paas quran maujood hai, quran ko phailayen to is mein ghalat kya hai? ghalati ki baat kya hai?</w:t>
      </w:r>
      <w:r>
        <w:br/>
      </w:r>
      <w:r>
        <w:rPr>
          <w:sz w:val="20"/>
        </w:rPr>
        <w:t>1:05:54  yeh to, yeh to sawali be matlab hai. jab quran aap ko mehfooz maujood hai to is ka tarjuma tayyar kijiye aur logon tak pohanchaiye.</w:t>
      </w:r>
      <w:r>
        <w:br/>
      </w:r>
      <w:r>
        <w:rPr>
          <w:sz w:val="20"/>
        </w:rPr>
        <w:t>1:06:04  is mein ghalati kya hai? yeh ghalati ki koi baat hi nahin hai.</w:t>
      </w:r>
      <w:r>
        <w:br/>
      </w:r>
      <w:r>
        <w:rPr>
          <w:sz w:val="20"/>
        </w:rPr>
        <w:t>1:06:12  hazrat umar ke alfaaz mein agar koi ghalat bataye to musalma kazzab ki boli bol raha hai. woh</w:t>
      </w:r>
      <w:r>
        <w:br/>
      </w:r>
      <w:r>
        <w:rPr>
          <w:sz w:val="20"/>
        </w:rPr>
        <w:t>1:06:22  shahid hussain sahib ne srinagar se likha hai: we can't love the creator without being impatient for spreading his word</w:t>
      </w:r>
      <w:r>
        <w:br/>
      </w:r>
      <w:r>
        <w:rPr>
          <w:sz w:val="20"/>
        </w:rPr>
        <w:t>1:06:32  Maulana sahib has helped us in removing the self imposed restrictions, which had continued, which had continuously destroyed the opportunities.</w:t>
      </w:r>
      <w:r>
        <w:br/>
      </w:r>
      <w:r>
        <w:rPr>
          <w:sz w:val="20"/>
        </w:rPr>
        <w:t>1:06:43  For the first time, we have become conscious of a great obligation. Thank you, Maulana sahib. Mashallah.</w:t>
      </w:r>
      <w:r>
        <w:br/>
      </w:r>
      <w:r>
        <w:rPr>
          <w:sz w:val="20"/>
        </w:rPr>
        <w:t>1:06:53  Okay, we will end the session now. Thank you.</w:t>
      </w:r>
    </w:p>
    <w:p>
      <w:pPr>
        <w:pStyle w:val="Heading2"/>
      </w:pPr>
      <w:r>
        <w:t>Why is separating religion and politics incomplete?</w:t>
      </w:r>
    </w:p>
    <w:p>
      <w:r>
        <w:rPr>
          <w:color w:val="666666"/>
          <w:sz w:val="18"/>
        </w:rPr>
        <w:t>Society &amp; Dawah · The Companions and the Hadith Scholars June 24, 2012 · 3m 50s · at 1:02:31 · https://youtu.be/Dj4QiYnxgBs?t=3751</w:t>
      </w:r>
    </w:p>
    <w:p>
      <w:r>
        <w:rPr>
          <w:i/>
        </w:rPr>
        <w:t>“Separating religion and politics is considered an incomplete understanding of religion. Why is that?”</w:t>
      </w:r>
    </w:p>
    <w:p>
      <w:r>
        <w:rPr>
          <w:sz w:val="20"/>
        </w:rPr>
        <w:t>1:02:31  maulana, agla sawal tamil nadu se hai, maulana iqbal umri sahib ka. unhon ne likha hai: "mazhab aur siyasat mein farq karne ko deen ka naqis tasawwur samjha jata hai, aisa kyun?" yeh to bilkul mein samajhta hoon ke yani batal tasawwur hai jis ka Islam mein koi bhi reference maujood nahi.</w:t>
      </w:r>
      <w:r>
        <w:br/>
      </w:r>
      <w:r>
        <w:rPr>
          <w:sz w:val="20"/>
        </w:rPr>
        <w:t>1:03:00  bila shubah deen alag hai aur siyasat alag hai, is mein koi shuk nahi.</w:t>
      </w:r>
      <w:r>
        <w:br/>
      </w:r>
      <w:r>
        <w:rPr>
          <w:sz w:val="20"/>
        </w:rPr>
        <w:t>1:03:09  dekhein, Islam ke mutabiq</w:t>
      </w:r>
      <w:r>
        <w:br/>
      </w:r>
      <w:r>
        <w:rPr>
          <w:sz w:val="20"/>
        </w:rPr>
        <w:t>1:03:15  deen ki taleemat jo hain, woh hoti hain according to the situation. ittaqullah wa ma astata'tum</w:t>
      </w:r>
      <w:r>
        <w:br/>
      </w:r>
      <w:r>
        <w:rPr>
          <w:sz w:val="20"/>
        </w:rPr>
        <w:t>1:03:25  to jahan tak apni zaat ka ta'alluq hai, har waqt hamare bas mein hai ke apni zaat ke aitbar se hum deen ko ikhtiyar karein.</w:t>
      </w:r>
      <w:r>
        <w:br/>
      </w:r>
      <w:r>
        <w:rPr>
          <w:sz w:val="20"/>
        </w:rPr>
        <w:t>1:03:35  yani is mein hamein koi excuse nahi ho sakta zaat ke aitbar se. lekin jab aata hai muamla society ka, mujtamay ka, to wahan doosre logon ki rai ke mutabiq karna pare ga.</w:t>
      </w:r>
      <w:r>
        <w:br/>
      </w:r>
      <w:r>
        <w:rPr>
          <w:sz w:val="20"/>
        </w:rPr>
        <w:t>1:03:51  yeh nahi hai ke aap impose kar dein un ke upar.</w:t>
      </w:r>
      <w:r>
        <w:br/>
      </w:r>
      <w:r>
        <w:rPr>
          <w:sz w:val="20"/>
        </w:rPr>
        <w:t>1:03:54  inaam ki baat hai, impose karein ge to impose nahi hoga. to hukoomat ka ki nawiyat hi alag hai, hukoomat bilkul nawiyat alag hai.</w:t>
      </w:r>
      <w:r>
        <w:br/>
      </w:r>
      <w:r>
        <w:rPr>
          <w:sz w:val="20"/>
        </w:rPr>
        <w:t>1:04:06  hukoomat ka muamla yeh hai ke jaise halaat, waisi hukoomat. hadith mein aata hai ke kama takoonoon kazalik yool alaikum jaise tum ho gaye, waise hukmaran ho gaye.</w:t>
      </w:r>
      <w:r>
        <w:br/>
      </w:r>
      <w:r>
        <w:rPr>
          <w:sz w:val="20"/>
        </w:rPr>
        <w:t>1:04:17  yani hukoomat ubharti hai mujtamay se, yani social condition se. lekin</w:t>
      </w:r>
      <w:r>
        <w:br/>
      </w:r>
      <w:r>
        <w:rPr>
          <w:sz w:val="20"/>
        </w:rPr>
        <w:t>1:04:23  infradi jo deen hai, woh to har waqt aage aate rehte hain. to jo log dono taqaze ek kar ke kehte hain ke Islam mukammal nizam hai, woh bila shubah batal boli bolte hain.</w:t>
      </w:r>
      <w:r>
        <w:br/>
      </w:r>
      <w:r>
        <w:rPr>
          <w:sz w:val="20"/>
        </w:rPr>
        <w:t>1:04:33  aur islam mein tashaddud jo aa gaya hai, isi liye aa gaya hai. tashaddud jo aa gaya hai islam mein, barah-e-rast zimmedar hain woh log kis ke jinho ne yeh naarah diya ke islam mukammal nizaam hai.</w:t>
      </w:r>
      <w:r>
        <w:br/>
      </w:r>
      <w:r>
        <w:rPr>
          <w:sz w:val="20"/>
        </w:rPr>
        <w:t>1:04:46  is ko mein bilashubah batil samajhta hoon. to meri bohat si kitabein hain, aap parh lijiye:</w:t>
      </w:r>
      <w:r>
        <w:br/>
      </w:r>
      <w:r>
        <w:rPr>
          <w:sz w:val="20"/>
        </w:rPr>
        <w:t>1:04:51  taabeer-e-ghalti, deen aur shariyat, al-islam waghera. Maulana, un ka ek aur sawal hai.</w:t>
      </w:r>
      <w:r>
        <w:br/>
      </w:r>
      <w:r>
        <w:rPr>
          <w:sz w:val="20"/>
        </w:rPr>
        <w:t>1:05:00  unho ne likha hai ke "You have written that in Islam politics is a matter of convenience and not a matter of belief.</w:t>
      </w:r>
      <w:r>
        <w:br/>
      </w:r>
      <w:r>
        <w:rPr>
          <w:sz w:val="20"/>
        </w:rPr>
        <w:t>1:05:10  Kindly clarify this." wahi baat jo mein ne kaha,</w:t>
      </w:r>
      <w:r>
        <w:br/>
      </w:r>
      <w:r>
        <w:rPr>
          <w:sz w:val="20"/>
        </w:rPr>
        <w:t>1:05:19  convenience ka matlab yeh hai jaise halaat is ke mutabiq hon. aur ek cheez woh hai deen mein jis ka ta'alluq halaat se nahi, mere apne irade se hai.</w:t>
      </w:r>
      <w:r>
        <w:br/>
      </w:r>
      <w:r>
        <w:rPr>
          <w:sz w:val="20"/>
        </w:rPr>
        <w:t>1:05:33  jaise hi mein irada karoon, fi- الفور mein is ko ikhtiyar kar sakta hoon. Allah ko ek manna, akhirat ko yaqeen karna, jannat jahannum ko manna, Allah ke creation plan ko manna,</w:t>
      </w:r>
      <w:r>
        <w:br/>
      </w:r>
      <w:r>
        <w:rPr>
          <w:sz w:val="20"/>
        </w:rPr>
        <w:t>1:05:48  jis waqt mujh par khule, usi waqt is ko mein yaqeen kar sakta hoon ke yeh barhaq hai. lekin jab, yaani jo system hai, jo social taqaze hain, wahan par aap koi cheez nafiz karna chahein to jab nafiz ho paye gi?</w:t>
      </w:r>
      <w:r>
        <w:br/>
      </w:r>
      <w:r>
        <w:rPr>
          <w:sz w:val="20"/>
        </w:rPr>
        <w:t>1:06:06  jab ke log manen is ko, warna warna kuch bhi nahi hoga.</w:t>
      </w:r>
      <w:r>
        <w:br/>
      </w:r>
      <w:r>
        <w:rPr>
          <w:sz w:val="20"/>
        </w:rPr>
        <w:t>1:06:11  to yaani woh halaat par depend karta hai, jab ke aqeedah ka ta'alluq khulas se nahi, woh aap mere apne irade se hai.</w:t>
      </w:r>
    </w:p>
    <w:p>
      <w:pPr>
        <w:pStyle w:val="Heading2"/>
      </w:pPr>
      <w:r>
        <w:t>Why negative leadership is popular</w:t>
      </w:r>
    </w:p>
    <w:p>
      <w:r>
        <w:rPr>
          <w:color w:val="666666"/>
          <w:sz w:val="18"/>
        </w:rPr>
        <w:t>Society &amp; Dawah · Opportunities of the Modern Age | March 05, 2017 · 3m 37s · at 46:42 · https://youtu.be/Cv8QEwvQ_fY?t=2802</w:t>
      </w:r>
    </w:p>
    <w:p>
      <w:r>
        <w:rPr>
          <w:i/>
        </w:rPr>
        <w:t>“Maulana, why does negative leadership become popular and why are those who give positive guidelines not popular? What is the reason for this?”</w:t>
      </w:r>
    </w:p>
    <w:p>
      <w:r>
        <w:rPr>
          <w:sz w:val="20"/>
        </w:rPr>
        <w:t>46:42  sawal aa jo aaya hai aa woh Chennai se Maulana Iqbal Umri ne likha hai.</w:t>
      </w:r>
      <w:r>
        <w:br/>
      </w:r>
      <w:r>
        <w:rPr>
          <w:sz w:val="20"/>
        </w:rPr>
        <w:t>46:49  unhon ne likha hai ke: "Maulana negative leadership kyun popular ho jati hai aur positive guidelines dene</w:t>
      </w:r>
      <w:r>
        <w:br/>
      </w:r>
      <w:r>
        <w:rPr>
          <w:sz w:val="20"/>
        </w:rPr>
        <w:t>46:57  walay kyun maqbool nahi hotay? is ki kya wajah hai?" bhai main samajhta hoon yahan tak ke deep</w:t>
      </w:r>
      <w:r>
        <w:br/>
      </w:r>
      <w:r>
        <w:rPr>
          <w:sz w:val="20"/>
        </w:rPr>
        <w:t>47:04  Thinking لوگوں کو ادھر ہے نہیں super super super super super super super super thinking ہے۔</w:t>
      </w:r>
      <w:r>
        <w:br/>
      </w:r>
      <w:r>
        <w:rPr>
          <w:sz w:val="20"/>
        </w:rPr>
        <w:t>47:12  jahan tak main samajhta hoon yahi wajah hai.</w:t>
      </w:r>
      <w:r>
        <w:br/>
      </w:r>
      <w:r>
        <w:rPr>
          <w:sz w:val="20"/>
        </w:rPr>
        <w:t>47:18  is in ke in ke andar deep thinking paida kijiye.</w:t>
      </w:r>
      <w:r>
        <w:br/>
      </w:r>
      <w:r>
        <w:rPr>
          <w:sz w:val="20"/>
        </w:rPr>
        <w:t>47:24  mera tajruba yeh hai ke bohat se log aisay mujhe milay jo is qism ki soch mein mubtala</w:t>
      </w:r>
      <w:r>
        <w:br/>
      </w:r>
      <w:r>
        <w:rPr>
          <w:sz w:val="20"/>
        </w:rPr>
        <w:t>47:31  the lekin un ke andar gehrai ke saath jab baatein batai hain maine to badal gaye woh.</w:t>
      </w:r>
      <w:r>
        <w:br/>
      </w:r>
      <w:r>
        <w:rPr>
          <w:sz w:val="20"/>
        </w:rPr>
        <w:t>47:37  to halaat ko yani beshtar log yeh karte hain ke woh</w:t>
      </w:r>
      <w:r>
        <w:br/>
      </w:r>
      <w:r>
        <w:rPr>
          <w:sz w:val="20"/>
        </w:rPr>
        <w:t>47:43  face value par lete hain cheezon ko. Face value par deep mein ja kar samajhte nahi baaton ko. To hamara mission jo hai yeh hai ke logon ko is qabil banana ke woh face value par cheezon ko na lein balkeh deep mein ja kar samjhein baaton ko. Misaal ke taur par dekhiye aksar log kehte hain ke zulm ho raha hai Falasteen mein zulm ho raha hai Kashmir mein. Woh zulm</w:t>
      </w:r>
      <w:r>
        <w:br/>
      </w:r>
      <w:r>
        <w:rPr>
          <w:sz w:val="20"/>
        </w:rPr>
        <w:t>48:13  zulm nahi hai woh retaliation hai.</w:t>
      </w:r>
      <w:r>
        <w:br/>
      </w:r>
      <w:r>
        <w:rPr>
          <w:sz w:val="20"/>
        </w:rPr>
        <w:t>48:17  मतलब जुल्म कहना यह super super super super super super super super super super super super super</w:t>
      </w:r>
      <w:r>
        <w:br/>
      </w:r>
      <w:r>
        <w:rPr>
          <w:sz w:val="20"/>
        </w:rPr>
        <w:t>48:22  super super super super super super super.</w:t>
      </w:r>
      <w:r>
        <w:br/>
      </w:r>
      <w:r>
        <w:rPr>
          <w:sz w:val="20"/>
        </w:rPr>
        <w:t>48:26  retaliation karna wisdom hai.</w:t>
      </w:r>
      <w:r>
        <w:br/>
      </w:r>
      <w:r>
        <w:rPr>
          <w:sz w:val="20"/>
        </w:rPr>
        <w:t>48:31  yani Falasteen mein Kashmir mein hota kya hai woh woh martay hain pathar to woh martay hain bomb gun.</w:t>
      </w:r>
      <w:r>
        <w:br/>
      </w:r>
      <w:r>
        <w:rPr>
          <w:sz w:val="20"/>
        </w:rPr>
        <w:t>48:35  that is retaliation woh zulm nahi hai.</w:t>
      </w:r>
      <w:r>
        <w:br/>
      </w:r>
      <w:r>
        <w:rPr>
          <w:sz w:val="20"/>
        </w:rPr>
        <w:t>48:39  to main poore yaqeen ke saath keh sakta hoon ke Falasteen ya Kashmir mein</w:t>
      </w:r>
      <w:r>
        <w:br/>
      </w:r>
      <w:r>
        <w:rPr>
          <w:sz w:val="20"/>
        </w:rPr>
        <w:t>48:44  jo kehte hain agar zulm ho raha hai woh halki rehti hai zulm nahi hai.</w:t>
      </w:r>
      <w:r>
        <w:br/>
      </w:r>
      <w:r>
        <w:rPr>
          <w:sz w:val="20"/>
        </w:rPr>
        <w:t>48:50  that is retaliation retaliation to hoga jab aap pathar maren ge to idhar se</w:t>
      </w:r>
      <w:r>
        <w:br/>
      </w:r>
      <w:r>
        <w:rPr>
          <w:sz w:val="20"/>
        </w:rPr>
        <w:t>48:56  bhi pathar aye ga bomb aye ga aap gun chalayen ge to idhar se bhi gun aye gi</w:t>
      </w:r>
      <w:r>
        <w:br/>
      </w:r>
      <w:r>
        <w:rPr>
          <w:sz w:val="20"/>
        </w:rPr>
        <w:t>49:02  goli aye gi yeh to hoga yeh koi rok nahi sakta re teliation ko koi rok nahi</w:t>
      </w:r>
      <w:r>
        <w:br/>
      </w:r>
      <w:r>
        <w:rPr>
          <w:sz w:val="20"/>
        </w:rPr>
        <w:t>49:08  sakta isi liye aik sahabi ne bohat sahih kaha tha ke: "</w:t>
      </w:r>
      <w:r>
        <w:br/>
      </w:r>
      <w:r>
        <w:rPr>
          <w:sz w:val="20"/>
        </w:rPr>
        <w:t>49:14  man la yarza bil qaleel mimma yati fis safar yarza bil kaseer" ke aap pathar maren ge to woh bom</w:t>
      </w:r>
      <w:r>
        <w:br/>
      </w:r>
      <w:r>
        <w:rPr>
          <w:sz w:val="20"/>
        </w:rPr>
        <w:t>49:18  مارے گا تو یہ super super super super super super super super super.</w:t>
      </w:r>
      <w:r>
        <w:br/>
      </w:r>
      <w:r>
        <w:rPr>
          <w:sz w:val="20"/>
        </w:rPr>
        <w:t>49:22  تو یہ super super super super super super super super super super.</w:t>
      </w:r>
      <w:r>
        <w:br/>
      </w:r>
      <w:r>
        <w:rPr>
          <w:sz w:val="20"/>
        </w:rPr>
        <w:t>49:25  تو یہ super super super super super super super super super.</w:t>
      </w:r>
      <w:r>
        <w:br/>
      </w:r>
      <w:r>
        <w:rPr>
          <w:sz w:val="20"/>
        </w:rPr>
        <w:t>49:29  is wajah se log samajhte hain ke zulm ho raha hai zulm nahi ho raha woh re telie</w:t>
      </w:r>
      <w:r>
        <w:br/>
      </w:r>
      <w:r>
        <w:rPr>
          <w:sz w:val="20"/>
        </w:rPr>
        <w:t>49:33  et kar rahe hain.</w:t>
      </w:r>
      <w:r>
        <w:br/>
      </w:r>
      <w:r>
        <w:rPr>
          <w:sz w:val="20"/>
        </w:rPr>
        <w:t>49:37  quran mein aik surah hai is ka naam hai al shura al shura is ki ayat 41 aap parhiye sari</w:t>
      </w:r>
      <w:r>
        <w:br/>
      </w:r>
      <w:r>
        <w:rPr>
          <w:sz w:val="20"/>
        </w:rPr>
        <w:t>49:40  tafsilan parh daliye</w:t>
      </w:r>
      <w:r>
        <w:br/>
      </w:r>
      <w:r>
        <w:rPr>
          <w:sz w:val="20"/>
        </w:rPr>
        <w:t>49:44  al shura 41 is mein quran ne re teliation ko bura nahi kaha to har jagah aap aap</w:t>
      </w:r>
      <w:r>
        <w:br/>
      </w:r>
      <w:r>
        <w:rPr>
          <w:sz w:val="20"/>
        </w:rPr>
        <w:t>49:51  aap pathar marte hain idhar se bom aata hai to kehte hain zulm ho raha hai zulm ho</w:t>
      </w:r>
      <w:r>
        <w:br/>
      </w:r>
      <w:r>
        <w:rPr>
          <w:sz w:val="20"/>
        </w:rPr>
        <w:t>49:58  raha hai yeh zulm nahi hai woh re teliation hai aap apne pathar ko band kijiye tab</w:t>
      </w:r>
      <w:r>
        <w:br/>
      </w:r>
      <w:r>
        <w:rPr>
          <w:sz w:val="20"/>
        </w:rPr>
        <w:t>50:05  woh ho jaye ga sahih ho jaye ga to yeh sab kis liye ke log cheezon ko dekhte</w:t>
      </w:r>
      <w:r>
        <w:br/>
      </w:r>
      <w:r>
        <w:rPr>
          <w:sz w:val="20"/>
        </w:rPr>
        <w:t>50:12  hain face value par gehrai mein ja kar ghor nahi karte</w:t>
      </w:r>
    </w:p>
    <w:p>
      <w:pPr>
        <w:pStyle w:val="Heading2"/>
      </w:pPr>
      <w:r>
        <w:t>Why not sentence one who disrespects the Prophet</w:t>
      </w:r>
    </w:p>
    <w:p>
      <w:r>
        <w:rPr>
          <w:color w:val="666666"/>
          <w:sz w:val="18"/>
        </w:rPr>
        <w:t>Society &amp; Dawah · The Importance of the Quran May 15, 2016 Maulana Wahiduddin Khan · 2m 00s · at 1:15:56 · https://youtu.be/9a-OOUR_bLg?t=4556</w:t>
      </w:r>
    </w:p>
    <w:p>
      <w:r>
        <w:rPr>
          <w:i/>
        </w:rPr>
        <w:t>“Sir, you said that political stability is necessary for ulema to do their work, and every literature is there in every Muslim country as proof of Islam and the Prophet's Sunnah. Then if a person disrespects the Prophet without knowing him, why not sentence him? What is your opinion in this?”</w:t>
      </w:r>
    </w:p>
    <w:p>
      <w:r>
        <w:rPr>
          <w:sz w:val="20"/>
        </w:rPr>
        <w:t>1:15:56  maulana, agla sawal pakistan se kya hai fawad al hassan sahab ne aur unhon ne likha hai ke ah sir you said that political stability is necessary for ulama to do their work</w:t>
      </w:r>
      <w:r>
        <w:br/>
      </w:r>
      <w:r>
        <w:rPr>
          <w:sz w:val="20"/>
        </w:rPr>
        <w:t>1:16:11  when every literature is there in every muslim country in prophet of islam and his sunnah. then of a person dis respects prophet without knowing him, then why not sentence him?</w:t>
      </w:r>
      <w:r>
        <w:br/>
      </w:r>
      <w:r>
        <w:rPr>
          <w:sz w:val="20"/>
        </w:rPr>
        <w:t>1:16:27  what what is your opinion in this?</w:t>
      </w:r>
      <w:r>
        <w:br/>
      </w:r>
      <w:r>
        <w:rPr>
          <w:sz w:val="20"/>
        </w:rPr>
        <w:t>1:16:31  sentence kis liye? yani rasool ko koi maane na maane, uski ban par usko qatl nahin kiya jayega. kya kya keh rahe hain aap?</w:t>
      </w:r>
      <w:r>
        <w:br/>
      </w:r>
      <w:r>
        <w:rPr>
          <w:sz w:val="20"/>
        </w:rPr>
        <w:t>1:16:40  sahi hain ji, rasool ko manne na maane, yani woh qatl kar denge aap. woh alag cheez hai. dekhen, qatl social crime par hota hai, thought crime par nahin.</w:t>
      </w:r>
      <w:r>
        <w:br/>
      </w:r>
      <w:r>
        <w:rPr>
          <w:sz w:val="20"/>
        </w:rPr>
        <w:t>1:16:53  yeh bahut important baat hai ke rasool ko maane ya na maane, khuda ko maane ya na maane, quran ko na maane ya na maane, that is thought crime.</w:t>
      </w:r>
      <w:r>
        <w:br/>
      </w:r>
      <w:r>
        <w:rPr>
          <w:sz w:val="20"/>
        </w:rPr>
        <w:t>1:17:04  thought crime, thought crime par koi bhi saza islam mein nahin hai. koi bhi saza.</w:t>
      </w:r>
      <w:r>
        <w:br/>
      </w:r>
      <w:r>
        <w:rPr>
          <w:sz w:val="20"/>
        </w:rPr>
        <w:t>1:17:15  aap kahen ke quran revealed book nahin hai, that is thought crime. aap kahen rasool allah khatamun nabiyyin nahin the, yeh thought crime.</w:t>
      </w:r>
      <w:r>
        <w:br/>
      </w:r>
      <w:r>
        <w:rPr>
          <w:sz w:val="20"/>
        </w:rPr>
        <w:t>1:17:26  aap kahen ke khuda ek nahin, yeh do hai, that is thought crime. to thought crime par koi saza islam mein nahin hai, har giz nahin hai.</w:t>
      </w:r>
      <w:r>
        <w:br/>
      </w:r>
      <w:r>
        <w:rPr>
          <w:sz w:val="20"/>
        </w:rPr>
        <w:t>1:17:40  crime yani punishable crime islam mein wahi hain jo social crime jo kaha jata hai. sirf social crime par punishment hai, thought crime par nahin.</w:t>
      </w:r>
    </w:p>
    <w:p>
      <w:pPr>
        <w:pStyle w:val="Heading2"/>
      </w:pPr>
      <w:r>
        <w:t>Why only CPS team does dawah among non-Muslims?</w:t>
      </w:r>
    </w:p>
    <w:p>
      <w:r>
        <w:rPr>
          <w:color w:val="666666"/>
          <w:sz w:val="18"/>
        </w:rPr>
        <w:t>Society &amp; Dawah · Building A Creative Personality | 20 Nov 2011 · 3m 10s · at 1:09:32 · https://youtu.be/jdfhpwfEvKg?t=4172</w:t>
      </w:r>
    </w:p>
    <w:p>
      <w:r>
        <w:rPr>
          <w:i/>
        </w:rPr>
        <w:t>“Nowadays, in the whole world, the work of dawah and tabligh among non-Muslims is not seen anywhere except the CPS team. What is the reason for this?”</w:t>
      </w:r>
    </w:p>
    <w:p>
      <w:r>
        <w:rPr>
          <w:sz w:val="20"/>
        </w:rPr>
        <w:t>1:09:32  maulana, agla sawal aaya hai miss saira ka karachi pakistan se.</w:t>
      </w:r>
      <w:r>
        <w:br/>
      </w:r>
      <w:r>
        <w:rPr>
          <w:sz w:val="20"/>
        </w:rPr>
        <w:t>1:09:37  unhon ne likha hai: "aaj kal poori dunya mein ghair muslimon mein da</w:t>
      </w:r>
      <w:r>
        <w:br/>
      </w:r>
      <w:r>
        <w:rPr>
          <w:sz w:val="20"/>
        </w:rPr>
        <w:t>1:09:42  wat o tablighi ka kaam CPS team ke ilawa kahin bhi nazar nahi aata. is ki kya wajah hai?" baat yeh hai ke musalmano par is daur mein, yeh jo daur aaya hai, is mein musalmano par mukhtalif asbab</w:t>
      </w:r>
      <w:r>
        <w:br/>
      </w:r>
      <w:r>
        <w:rPr>
          <w:sz w:val="20"/>
        </w:rPr>
        <w:t>1:10:12  se yeh chha gaya ke hum hum hamare khilaaf saazish ki ja rahi hai.</w:t>
      </w:r>
      <w:r>
        <w:br/>
      </w:r>
      <w:r>
        <w:rPr>
          <w:sz w:val="20"/>
        </w:rPr>
        <w:t>1:10:18  sab log dushman hain, hamare sab islam ke khilaaf sargarmian kar rahe hain log.</w:t>
      </w:r>
      <w:r>
        <w:br/>
      </w:r>
      <w:r>
        <w:rPr>
          <w:sz w:val="20"/>
        </w:rPr>
        <w:t>1:10:25  to musalmanon ke andar mizaj aa gaya takrao ka, ladaai bhadaai ka.</w:t>
      </w:r>
      <w:r>
        <w:br/>
      </w:r>
      <w:r>
        <w:rPr>
          <w:sz w:val="20"/>
        </w:rPr>
        <w:t>1:10:31  wohi kar rahe hain is musalman ya to nafrat karte hain ya tashaddud karte hain ya baqaida takrao karte hain.</w:t>
      </w:r>
      <w:r>
        <w:br/>
      </w:r>
      <w:r>
        <w:rPr>
          <w:sz w:val="20"/>
        </w:rPr>
        <w:t>1:10:37  to yeh jo mizaj aaya hai, yeh sau do sau saal ke andar aaya hai. jabke magh</w:t>
      </w:r>
      <w:r>
        <w:br/>
      </w:r>
      <w:r>
        <w:rPr>
          <w:sz w:val="20"/>
        </w:rPr>
        <w:t>1:10:43  rabi qoumein ubhren aur europe se aur har jagah in ko dabdaba mila, to musalmanon mein reaction</w:t>
      </w:r>
      <w:r>
        <w:br/>
      </w:r>
      <w:r>
        <w:rPr>
          <w:sz w:val="20"/>
        </w:rPr>
        <w:t>1:10:48  ke taur par yeh mizaj paida hua.</w:t>
      </w:r>
      <w:r>
        <w:br/>
      </w:r>
      <w:r>
        <w:rPr>
          <w:sz w:val="20"/>
        </w:rPr>
        <w:t>1:10:53  is waqt saare musalman reaction ki nafsiyat mein jeete hain.</w:t>
      </w:r>
      <w:r>
        <w:br/>
      </w:r>
      <w:r>
        <w:rPr>
          <w:sz w:val="20"/>
        </w:rPr>
        <w:t>1:10:58  to aap ki koshish honi chahiye ke logon ko reaction se nikalen.</w:t>
      </w:r>
      <w:r>
        <w:br/>
      </w:r>
      <w:r>
        <w:rPr>
          <w:sz w:val="20"/>
        </w:rPr>
        <w:t>1:11:03  isi liye mein zor deta hoon bohat zyada positive thinking par.</w:t>
      </w:r>
      <w:r>
        <w:br/>
      </w:r>
      <w:r>
        <w:rPr>
          <w:sz w:val="20"/>
        </w:rPr>
        <w:t>1:11:08  jab tak aap musalmanon ko reaction ki nafsiyat se azaad nahi karenge, woh is baat ko samajh nahi</w:t>
      </w:r>
      <w:r>
        <w:br/>
      </w:r>
      <w:r>
        <w:rPr>
          <w:sz w:val="20"/>
        </w:rPr>
        <w:t>1:11:13  paayenge.</w:t>
      </w:r>
      <w:r>
        <w:br/>
      </w:r>
      <w:r>
        <w:rPr>
          <w:sz w:val="20"/>
        </w:rPr>
        <w:t>1:11:17  kyun ke reaction ki nafsiyat ka kya nateeja hua hai ke doosri qoumein aap ko lagti hain dushman, saazishi.</w:t>
      </w:r>
      <w:r>
        <w:br/>
      </w:r>
      <w:r>
        <w:rPr>
          <w:sz w:val="20"/>
        </w:rPr>
        <w:t>1:11:21  to un ko dawat kya den ge aap? dawat ke liye zaroori hai ke aap doosron qomon ko</w:t>
      </w:r>
      <w:r>
        <w:br/>
      </w:r>
      <w:r>
        <w:rPr>
          <w:sz w:val="20"/>
        </w:rPr>
        <w:t>1:11:26  ke khair khwah hon, nasir hon.</w:t>
      </w:r>
      <w:r>
        <w:br/>
      </w:r>
      <w:r>
        <w:rPr>
          <w:sz w:val="20"/>
        </w:rPr>
        <w:t>1:11:30  to khair khwahi to hai nahi.</w:t>
      </w:r>
      <w:r>
        <w:br/>
      </w:r>
      <w:r>
        <w:rPr>
          <w:sz w:val="20"/>
        </w:rPr>
        <w:t>1:11:34  jab khair khwahi nahi hai to wohi hai jo is waqt ho raha hoga.</w:t>
      </w:r>
      <w:r>
        <w:br/>
      </w:r>
      <w:r>
        <w:rPr>
          <w:sz w:val="20"/>
        </w:rPr>
        <w:t>1:11:39  to pehla kaam jo hai yeh hai ke doosri qomon ko hum batayen, musalmanon ko ke woh madu hain,</w:t>
      </w:r>
      <w:r>
        <w:br/>
      </w:r>
      <w:r>
        <w:rPr>
          <w:sz w:val="20"/>
        </w:rPr>
        <w:t>1:11:43  woh aap ke dushman nahi hain. har haal mein woh mad'u hain, ba-farz woh aap ke khilaf koi dushmani wali baat kar rahe hon, tab bhi woh aap ke mad'u hain, tab bhi aap ko dawat dena hai. to chunke saara literature jo aap dekhiye, jitna literature zaban mein tayyar hua hai, chahe woh Urdu mein ho, Persian mein ho, Arabic mein ho, English mein ho, woh sab negative nafsiyat ke sath tayyar hua hai.</w:t>
      </w:r>
      <w:r>
        <w:br/>
      </w:r>
      <w:r>
        <w:rPr>
          <w:sz w:val="20"/>
        </w:rPr>
        <w:t>1:12:13  sab ko dikhaya gaya hai ke sab dushman hain, saazishi hain, hamare khilaaf sargami kar rahe hain.</w:t>
      </w:r>
      <w:r>
        <w:br/>
      </w:r>
      <w:r>
        <w:rPr>
          <w:sz w:val="20"/>
        </w:rPr>
        <w:t>1:12:19  to is literature se zehn bana musalmanon ka aur aur media yeh karta hai.</w:t>
      </w:r>
      <w:r>
        <w:br/>
      </w:r>
      <w:r>
        <w:rPr>
          <w:sz w:val="20"/>
        </w:rPr>
        <w:t>1:12:25  to yeh aik bohat hi gehra muamla hai aur jab tak aap musalmanon ke zehan na badlen, aap</w:t>
      </w:r>
      <w:r>
        <w:br/>
      </w:r>
      <w:r>
        <w:rPr>
          <w:sz w:val="20"/>
        </w:rPr>
        <w:t>1:12:31  dawati kaam nahi ho sakta.</w:t>
      </w:r>
      <w:r>
        <w:br/>
      </w:r>
      <w:r>
        <w:rPr>
          <w:sz w:val="20"/>
        </w:rPr>
        <w:t>1:12:37  to pehla kaam hai musalmanon ki soch ko badalna, phir is ke baad dawati kaam hoga.</w:t>
      </w:r>
    </w:p>
    <w:p>
      <w:pPr>
        <w:pStyle w:val="Heading2"/>
      </w:pPr>
      <w:r>
        <w:t>Why scholars don't practice martyrdom fatwas</w:t>
      </w:r>
    </w:p>
    <w:p>
      <w:r>
        <w:rPr>
          <w:color w:val="666666"/>
          <w:sz w:val="18"/>
        </w:rPr>
        <w:t>Society &amp; Dawah · The Issues of Islam in the Present World November 11, 2012 · 2m 14s · at 1:10:57 · https://youtu.be/COoaUbCCi1c?t=4257</w:t>
      </w:r>
    </w:p>
    <w:p>
      <w:r>
        <w:rPr>
          <w:i/>
        </w:rPr>
        <w:t>“Why don't Muslims think that when scholars give a fatwa to do shahadat (martyrdom), then the scholars should themselves do shahadat first to set an example, rather than instigating people to go for it? What is the reason for Muslims becoming close-minded?”</w:t>
      </w:r>
    </w:p>
    <w:p>
      <w:r>
        <w:rPr>
          <w:sz w:val="20"/>
        </w:rPr>
        <w:t>1:10:57  Maulana, agla sawal Dilli se hai Miss Tuti ne kiya hai,</w:t>
      </w:r>
      <w:r>
        <w:br/>
      </w:r>
      <w:r>
        <w:rPr>
          <w:sz w:val="20"/>
        </w:rPr>
        <w:t>1:11:01  unhon ne likha hai: "Why don't Muslims think that when Ulama has given fatwa to do shahadat, then the Ulama should himself do shahadat first to set an example, rather than instigating people to go for it?</w:t>
      </w:r>
      <w:r>
        <w:br/>
      </w:r>
      <w:r>
        <w:rPr>
          <w:sz w:val="20"/>
        </w:rPr>
        <w:t>1:11:17  What is the reason for Muslims becoming close-minded?" Main khud yeh yeh sochta hoon, aksar</w:t>
      </w:r>
      <w:r>
        <w:br/>
      </w:r>
      <w:r>
        <w:rPr>
          <w:sz w:val="20"/>
        </w:rPr>
        <w:t>1:11:25  logon se poochta bhi hoon ke jo log tum ko marwa rahe hain, woh khud un ke bete kyun nahi marte? Yeh baat bohat se logon ne poocha.</w:t>
      </w:r>
      <w:r>
        <w:br/>
      </w:r>
      <w:r>
        <w:rPr>
          <w:sz w:val="20"/>
        </w:rPr>
        <w:t>1:11:34  Main ne un ka koi jawab nahi hota un ke paas. Har jagah qissa hai yahi, yeh Kashmir mein hai, yeh Palestine mein hai. Khud apne beton ko log settle kiye hue hain America, Europe mein.</w:t>
      </w:r>
      <w:r>
        <w:br/>
      </w:r>
      <w:r>
        <w:rPr>
          <w:sz w:val="20"/>
        </w:rPr>
        <w:t>1:11:46  Aur doosra kehte hain ke bomb maro, gun maro.</w:t>
      </w:r>
      <w:r>
        <w:br/>
      </w:r>
      <w:r>
        <w:rPr>
          <w:sz w:val="20"/>
        </w:rPr>
        <w:t>1:11:51  Yeh ajeeb o ghareeb qism ki baat hai. Yani double, yani yeh log in ke upar dohra zimmedari hai.</w:t>
      </w:r>
      <w:r>
        <w:br/>
      </w:r>
      <w:r>
        <w:rPr>
          <w:sz w:val="20"/>
        </w:rPr>
        <w:t>1:11:59  Allah taala ki double pakar ho gayi hai aise logon ki ke apne bachon ke liye tum jante the ke un ko bahar bhej kar education dilwao, aur doosre bachon ke liye marwate the.</w:t>
      </w:r>
      <w:r>
        <w:br/>
      </w:r>
      <w:r>
        <w:rPr>
          <w:sz w:val="20"/>
        </w:rPr>
        <w:t>1:12:14  Lekin logon ne apne fatwon aur taqwon se logon ko itna zyada bharka rakha hai, itna bharka rakha hai, andha dhund bana diya hai. Andha to soch nahi paate ke un ke bete kyun nahi marte hamare sath?</w:t>
      </w:r>
      <w:r>
        <w:br/>
      </w:r>
      <w:r>
        <w:rPr>
          <w:sz w:val="20"/>
        </w:rPr>
        <w:t>1:12:26  un ke bete europe, america mein ja ke parhte kyon hain? yeh soch nahin paate andhe pan ki wajah se.</w:t>
      </w:r>
      <w:r>
        <w:br/>
      </w:r>
      <w:r>
        <w:rPr>
          <w:sz w:val="20"/>
        </w:rPr>
        <w:t>1:12:37  lekin ab aql aa rahi hai, ab inshallah. mislan kashmir mein dekhiye, inhi logon ke baaton se main aa kar kashmirion ne military chalai thi.</w:t>
      </w:r>
      <w:r>
        <w:br/>
      </w:r>
      <w:r>
        <w:rPr>
          <w:sz w:val="20"/>
        </w:rPr>
        <w:t>1:12:47  ek lakh hadi mar gaye, ab kashmirion ki aql aa gayi hai. ab woh abhi aap ne parha hoga akhbaron mein ke britain, france aur germany ne apne haan ban laga rakha tha ke woh koi kashmir na jaye tourism ke liye.</w:t>
      </w:r>
      <w:r>
        <w:br/>
      </w:r>
      <w:r>
        <w:rPr>
          <w:sz w:val="20"/>
        </w:rPr>
        <w:t>1:13:02  ab unhon ne utha liya ban, kehte hain ke ab woh halaat badal gaye hain.</w:t>
      </w:r>
      <w:r>
        <w:br/>
      </w:r>
      <w:r>
        <w:rPr>
          <w:sz w:val="20"/>
        </w:rPr>
        <w:t>1:13:07  aise hi inshallah har jagah hoga.</w:t>
      </w:r>
    </w:p>
    <w:p>
      <w:pPr>
        <w:pStyle w:val="Heading2"/>
      </w:pPr>
      <w:r>
        <w:t>Why scholars misunderstand Quran and Hadith</w:t>
      </w:r>
    </w:p>
    <w:p>
      <w:r>
        <w:rPr>
          <w:color w:val="666666"/>
          <w:sz w:val="18"/>
        </w:rPr>
        <w:t>Society &amp; Dawah · Revival of Muslims March 08, 2015 · 3m 40s · at 46:17 · https://youtu.be/8ShFcr8YozI?t=2777</w:t>
      </w:r>
    </w:p>
    <w:p>
      <w:r>
        <w:rPr>
          <w:i/>
        </w:rPr>
        <w:t>“If a doctor talks to another doctor about medical matters, he understands immediately. You are a scholar and speak about Quran and Hadith, so why don't our other scholars understand your points?”</w:t>
      </w:r>
    </w:p>
    <w:p>
      <w:r>
        <w:rPr>
          <w:sz w:val="20"/>
        </w:rPr>
        <w:t>46:17  maulana, yeh sawal dhampur se bheja hai mehtab sahib ne aur unhon ne likha hai ke maulana sahib, agar koi doctor kisi doosre doctor se medical line ki baat kare to woh doctor is baat ko foran samajh lega.</w:t>
      </w:r>
      <w:r>
        <w:br/>
      </w:r>
      <w:r>
        <w:rPr>
          <w:sz w:val="20"/>
        </w:rPr>
        <w:t>46:35  mera sawal yeh hai ke aap bhi ek aalim hain, Quran aur Hadees ke hawale se baat karte hain,</w:t>
      </w:r>
      <w:r>
        <w:br/>
      </w:r>
      <w:r>
        <w:rPr>
          <w:sz w:val="20"/>
        </w:rPr>
        <w:t>46:42  phir hamare in ulama ko aap ki baat kyun samajh mein nahi aati? bhai, aaj ki baat, aaj ka main jo bola hoon to isi par bola hoon ke cloud hai.</w:t>
      </w:r>
      <w:r>
        <w:br/>
      </w:r>
      <w:r>
        <w:rPr>
          <w:sz w:val="20"/>
        </w:rPr>
        <w:t>46:59  yaani ek woh un ke aur aur asal baat ke beech mein ek ek cloud aa gaya hai, is ki wajah se samajh mein nahi aata.</w:t>
      </w:r>
      <w:r>
        <w:br/>
      </w:r>
      <w:r>
        <w:rPr>
          <w:sz w:val="20"/>
        </w:rPr>
        <w:t>47:15  is ki maine misaal di, kai misaalें.</w:t>
      </w:r>
      <w:r>
        <w:br/>
      </w:r>
      <w:r>
        <w:rPr>
          <w:sz w:val="20"/>
        </w:rPr>
        <w:t>47:23  to dekhen, hamare madaris ki ek ek ek ek baat yeh hai ke har madrase ko kisi baray aalim ne banaya hai.</w:t>
      </w:r>
      <w:r>
        <w:br/>
      </w:r>
      <w:r>
        <w:rPr>
          <w:sz w:val="20"/>
        </w:rPr>
        <w:t>47:38  sirf ek madrassa is mein istisna hai, woh Jamia Darussalam.</w:t>
      </w:r>
      <w:r>
        <w:br/>
      </w:r>
      <w:r>
        <w:rPr>
          <w:sz w:val="20"/>
        </w:rPr>
        <w:t>47:43  to madaris mein kya hai ke woh jo bani hai, unhi ko sab kuch samajh aata hai, sab kuch.</w:t>
      </w:r>
      <w:r>
        <w:br/>
      </w:r>
      <w:r>
        <w:rPr>
          <w:sz w:val="20"/>
        </w:rPr>
        <w:t>47:53  to madaris ke baray mein mera tajruba yeh hai ke madrase ke parhe hue logon ke aur asal deen ke beech mein woh aalim haail hai.</w:t>
      </w:r>
      <w:r>
        <w:br/>
      </w:r>
      <w:r>
        <w:rPr>
          <w:sz w:val="20"/>
        </w:rPr>
        <w:t>48:06  ke hamare Hazrat Issaquiani, maine kai baar tajruba kiya hai ke koi baat aisa mein kahoon jo Quran o Hadees ke hawale se kahoon to woh kya keh den ge?</w:t>
      </w:r>
      <w:r>
        <w:br/>
      </w:r>
      <w:r>
        <w:rPr>
          <w:sz w:val="20"/>
        </w:rPr>
        <w:t>48:19  bhai, hamare Hazrat Issaquiani,</w:t>
      </w:r>
      <w:r>
        <w:br/>
      </w:r>
      <w:r>
        <w:rPr>
          <w:sz w:val="20"/>
        </w:rPr>
        <w:t>48:22  hamare Hazrat, kya aap se aap kya aap se kam jante the hamare Hazrat? yeh un ka afsar hota hai, yeh un ka afsar hota hai.</w:t>
      </w:r>
      <w:r>
        <w:br/>
      </w:r>
      <w:r>
        <w:rPr>
          <w:sz w:val="20"/>
        </w:rPr>
        <w:t>48:34  maine bar bar yeh tajruba kiya hai ke madrase ke log jo hain, woh apna, un ke jo apne akabir kehte hain, un ko woh un ke jo akabir ke afsar bhi jeete hain,</w:t>
      </w:r>
      <w:r>
        <w:br/>
      </w:r>
      <w:r>
        <w:rPr>
          <w:sz w:val="20"/>
        </w:rPr>
        <w:t>48:49  bade the. to jab main un se baat karta hoon aur quran o hadith sunata hoon to kya keh dete hain?</w:t>
      </w:r>
      <w:r>
        <w:br/>
      </w:r>
      <w:r>
        <w:rPr>
          <w:sz w:val="20"/>
        </w:rPr>
        <w:t>48:59  kya quran o hadith un ko nahin maloom tha? hamare aakabir le jate the quran o hadith ko, aap hi jante hain.</w:t>
      </w:r>
      <w:r>
        <w:br/>
      </w:r>
      <w:r>
        <w:rPr>
          <w:sz w:val="20"/>
        </w:rPr>
        <w:t>49:09  to yeh hai un ki conditioning. is conditioning ko todna, yani aap jante hain ke bahut se madarse ke padhe hue bhi hamare saathi hain, un ki conditioning tooti hai.</w:t>
      </w:r>
      <w:r>
        <w:br/>
      </w:r>
      <w:r>
        <w:rPr>
          <w:sz w:val="20"/>
        </w:rPr>
        <w:t>49:22  to conditioning ko tootne ki shakal yeh hai ke aap hamari kitabein parhwaien, hamari kitabein parhwaen.</w:t>
      </w:r>
      <w:r>
        <w:br/>
      </w:r>
      <w:r>
        <w:rPr>
          <w:sz w:val="20"/>
        </w:rPr>
        <w:t>49:29  mujhe bahut se, yani madaris ke faraghin mein bahut se log hain jo hamare khilaf the. phir jab un ki kitabein parhwai gayin to unhon ne maan liya ke bhai yeh to baat theek hai.</w:t>
      </w:r>
      <w:r>
        <w:br/>
      </w:r>
      <w:r>
        <w:rPr>
          <w:sz w:val="20"/>
        </w:rPr>
        <w:t>49:42  to mere khayal se adab ko padhana bahut zaroori hai. isi se conditioning toote gi, is ke baad un ka ikhtilaf khatm ho jayega.</w:t>
      </w:r>
    </w:p>
    <w:p>
      <w:pPr>
        <w:pStyle w:val="Heading2"/>
      </w:pPr>
      <w:r>
        <w:t>Why scholars view modern age negatively</w:t>
      </w:r>
    </w:p>
    <w:p>
      <w:r>
        <w:rPr>
          <w:color w:val="666666"/>
          <w:sz w:val="18"/>
        </w:rPr>
        <w:t>Society &amp; Dawah · Age of Alternatives April 05, 2015 · 3m 06s · at 1:01:34 · https://youtu.be/4v0uCM2BZuA?t=3694</w:t>
      </w:r>
    </w:p>
    <w:p>
      <w:r>
        <w:rPr>
          <w:i/>
        </w:rPr>
        <w:t>“Today I found out that the modern age is an alternative age which is God's blessing for dawah. Why do scholars view this modern age negatively while they benefit from it?”</w:t>
      </w:r>
    </w:p>
    <w:p>
      <w:r>
        <w:rPr>
          <w:sz w:val="20"/>
        </w:rPr>
        <w:t>1:01:34  Maulana, agla ek comment aur sawal hai jo Maulana Iqbal Umri ne poocha hai Delhi se aur unhon ne likha hai: "Maulana, aaj hi pata chala ke modern age is alternative age jo dawah ke liye Allah ki blessing hai".</w:t>
      </w:r>
      <w:r>
        <w:br/>
      </w:r>
      <w:r>
        <w:rPr>
          <w:sz w:val="20"/>
        </w:rPr>
        <w:t>1:01:53  aur unhon ne jo sawal kiya hai Maulana, woh is tarah hai ke: "Maulana, is modern age ko ulama kyun negative mein lete hain jabke saare faayde hasil karte hain is se?"</w:t>
      </w:r>
      <w:r>
        <w:br/>
      </w:r>
      <w:r>
        <w:rPr>
          <w:sz w:val="20"/>
        </w:rPr>
        <w:t>1:02:06  is ke bare mein batayein.</w:t>
      </w:r>
      <w:r>
        <w:br/>
      </w:r>
      <w:r>
        <w:rPr>
          <w:sz w:val="20"/>
        </w:rPr>
        <w:t>1:02:10  pehli baat to yeh hai ke modern age ko ulama jante hi nahi. mere ilm mein koi ek bhi aalim nahi hai jis ne objective study ki ho modern age ki.</w:t>
      </w:r>
      <w:r>
        <w:br/>
      </w:r>
      <w:r>
        <w:rPr>
          <w:sz w:val="20"/>
        </w:rPr>
        <w:t>1:02:22  ba-akhbaron mein jo padhta hai, idhar udhar us ko le kar ke dicty tasveer bana rakhi hai. is ki ek misaal main doonga aap ko ke aap Syed Qutb ki kitab padhiye: "America allati raait".</w:t>
      </w:r>
      <w:r>
        <w:br/>
      </w:r>
      <w:r>
        <w:rPr>
          <w:sz w:val="20"/>
        </w:rPr>
        <w:t>1:02:35  yani America jis ko unhon ne dekha, Syed Qutb ki kitab hai. is mein sawa kuch negative idhar udhar kuch unhon ne dekha, us ko likh diya.</w:t>
      </w:r>
      <w:r>
        <w:br/>
      </w:r>
      <w:r>
        <w:rPr>
          <w:sz w:val="20"/>
        </w:rPr>
        <w:t>1:02:44  unhon ne koi study nahi ki. unhon ne America ki society kya hai, America ki thinking kya hai, America ka mind kya hai, koi study nahi.</w:t>
      </w:r>
      <w:r>
        <w:br/>
      </w:r>
      <w:r>
        <w:rPr>
          <w:sz w:val="20"/>
        </w:rPr>
        <w:t>1:02:55  bas ek kitab likh diya: "America allati raait".</w:t>
      </w:r>
      <w:r>
        <w:br/>
      </w:r>
      <w:r>
        <w:rPr>
          <w:sz w:val="20"/>
        </w:rPr>
        <w:t>1:03:00  to ulama ne sachi baat hai ke maghrib ko jaana hi nahi to negative ho jayenge. woh</w:t>
      </w:r>
      <w:r>
        <w:br/>
      </w:r>
      <w:r>
        <w:rPr>
          <w:sz w:val="20"/>
        </w:rPr>
        <w:t>1:03:09  to ab ab chuki jo jo cheezein technology ki shakal mein di hain maghrib ne, woh hamare liye istemal ke, hamare liye mufeed hain, to us ko us aitbaar se mufeed istemal karte hain.</w:t>
      </w:r>
      <w:r>
        <w:br/>
      </w:r>
      <w:r>
        <w:rPr>
          <w:sz w:val="20"/>
        </w:rPr>
        <w:t>1:03:23  samajhte hain ke bas yani market item hai, shopping item hai.</w:t>
      </w:r>
      <w:r>
        <w:br/>
      </w:r>
      <w:r>
        <w:rPr>
          <w:sz w:val="20"/>
        </w:rPr>
        <w:t>1:03:29  halanke is is shopping item ka kahan se wajood mein aaya? woh West ne to us ko banaya. to bas shopping market, us ko us ko samajhte hain ke woh woh shopping item hai.</w:t>
      </w:r>
      <w:r>
        <w:br/>
      </w:r>
      <w:r>
        <w:rPr>
          <w:sz w:val="20"/>
        </w:rPr>
        <w:t>1:03:46  aur baqi west ko alag se dekhte hain, woh is se negative ho gaye hain, is se lar rahe hain. yeh sab kuch is liye hai ke "al-nas 'adawa ma jahiloo".</w:t>
      </w:r>
      <w:r>
        <w:br/>
      </w:r>
      <w:r>
        <w:rPr>
          <w:sz w:val="20"/>
        </w:rPr>
        <w:t>1:03:56  yeh aik maqola hai ke "al-nas 'adawa ma jahiloo</w:t>
      </w:r>
      <w:r>
        <w:br/>
      </w:r>
      <w:r>
        <w:rPr>
          <w:sz w:val="20"/>
        </w:rPr>
        <w:t>1:03:59  " log is cheez ke dushman mein aate hain jis ko woh nahi jante honge. to yeh sare ulama west se bilkul hi bekhabar hain. agar kisi ka dawa ho, koi alam janta hai west ko to mujhe bataye.</w:t>
      </w:r>
      <w:r>
        <w:br/>
      </w:r>
      <w:r>
        <w:rPr>
          <w:sz w:val="20"/>
        </w:rPr>
        <w:t>1:04:11  is kitab mein is ka tajziya karunga. koi aik alam, na arab ka alam, na ghair nan arab ka alam janta hi nahi ke west kya hai.</w:t>
      </w:r>
      <w:r>
        <w:br/>
      </w:r>
      <w:r>
        <w:rPr>
          <w:sz w:val="20"/>
        </w:rPr>
        <w:t>1:04:21  agar koi yeh kahe ke log jante hain to mujhe kitab ko na bata</w:t>
      </w:r>
      <w:r>
        <w:br/>
      </w:r>
      <w:r>
        <w:rPr>
          <w:sz w:val="20"/>
        </w:rPr>
        <w:t>1:04:25  iye. main inshallah is ka analysis kar ke bataunga ke yeh bekhabari ki baat hai. to "al-nas 'adawa ma jahiloo" ke kaise in logon ka na janne ki wajah se dushman ban gaye hain?</w:t>
      </w:r>
      <w:r>
        <w:br/>
      </w:r>
      <w:r>
        <w:rPr>
          <w:sz w:val="20"/>
        </w:rPr>
        <w:t>1:04:36  woh</w:t>
      </w:r>
    </w:p>
    <w:p>
      <w:pPr>
        <w:pStyle w:val="Heading2"/>
      </w:pPr>
      <w:r>
        <w:t>Why terrorist group calls Malala agent</w:t>
      </w:r>
    </w:p>
    <w:p>
      <w:r>
        <w:rPr>
          <w:color w:val="666666"/>
          <w:sz w:val="18"/>
        </w:rPr>
        <w:t>Society &amp; Dawah · Islam and Violence October 12, 2014 · 3m 16s · at 57:34 · https://youtu.be/KmpXYZjPlj8?t=3454</w:t>
      </w:r>
    </w:p>
    <w:p>
      <w:r>
        <w:rPr>
          <w:i/>
        </w:rPr>
        <w:t>“Some terrorist organization has called Malala an agent of unbelievers. Why do they use such a term?”</w:t>
      </w:r>
    </w:p>
    <w:p>
      <w:r>
        <w:rPr>
          <w:sz w:val="20"/>
        </w:rPr>
        <w:t>57:34  Maulana, agla sawal Delhi se hai Dr. Farida Khanam ka, aur unhone likha hai ke "Some terrorist organizations has called Malala an agent of unbelievers.</w:t>
      </w:r>
      <w:r>
        <w:br/>
      </w:r>
      <w:r>
        <w:rPr>
          <w:sz w:val="20"/>
        </w:rPr>
        <w:t>57:49  "Why is it that they use such term?" Please comment. Ye sab wahi hai, mere nazdik al-nas wa ada wa majahlu ke log is jante nahin, is liye ye sab batein bolte hain.</w:t>
      </w:r>
      <w:r>
        <w:br/>
      </w:r>
      <w:r>
        <w:rPr>
          <w:sz w:val="20"/>
        </w:rPr>
        <w:t>58:06  ye sab sab se bari jo ghalti hui ke education nahin musalmanon mein phailai gai. wahi education ke mani un ka ye hoga ke deeni taleem.</w:t>
      </w:r>
      <w:r>
        <w:br/>
      </w:r>
      <w:r>
        <w:rPr>
          <w:sz w:val="20"/>
        </w:rPr>
        <w:t>58:16  bas</w:t>
      </w:r>
      <w:r>
        <w:br/>
      </w:r>
      <w:r>
        <w:rPr>
          <w:sz w:val="20"/>
        </w:rPr>
        <w:t>58:18  hadis mein aya hai ke "talab talab al-ilm farizah". hadis mein ata hai ke talab al-ilm farizah, ilm ko hasil karna farz hai, lekin yahan par ulma ne ye kiya kehte hain ke is se murad ye ilm deen hai.</w:t>
      </w:r>
      <w:r>
        <w:br/>
      </w:r>
      <w:r>
        <w:rPr>
          <w:sz w:val="20"/>
        </w:rPr>
        <w:t>58:34  ye bilkul galat hai. ye</w:t>
      </w:r>
      <w:r>
        <w:br/>
      </w:r>
      <w:r>
        <w:rPr>
          <w:sz w:val="20"/>
        </w:rPr>
        <w:t>58:36  khud quran mein dekhen, ek ayat hai: "ilm</w:t>
      </w:r>
      <w:r>
        <w:br/>
      </w:r>
      <w:r>
        <w:rPr>
          <w:sz w:val="20"/>
        </w:rPr>
        <w:t>58:47  al-jibal juwain mukhtalif alwan mukhtalif alwan wa gharab wa sawad innama yakhsh Allah min ibad al-ulama". yahan par dekhiye, ilm al-jibal ko le kar ulma, ilm al-jibal ke mahireen ko ulma kaha gaya hai, aur kaha ke kaha wo inhi mein Allah ka khauf hota hai.</w:t>
      </w:r>
      <w:r>
        <w:br/>
      </w:r>
      <w:r>
        <w:rPr>
          <w:sz w:val="20"/>
        </w:rPr>
        <w:t>59:03  to ilm al-jibal to ek science ka subject hai. to main talab al-ilm farizah ka jo hadis hai, hargiz hargiz is ka ye matlab nahin hai ke bas deeni ilm.</w:t>
      </w:r>
      <w:r>
        <w:br/>
      </w:r>
      <w:r>
        <w:rPr>
          <w:sz w:val="20"/>
        </w:rPr>
        <w:t>59:17  har wo cheez jo ilm hai, haqiqatan is ko farz karna, is ko hasil karna farz hai hamare upar.</w:t>
      </w:r>
      <w:r>
        <w:br/>
      </w:r>
      <w:r>
        <w:rPr>
          <w:sz w:val="20"/>
        </w:rPr>
        <w:t>59:24  har wo cheez jo ilm hai, har ilm koi haq nahin kisi ko ke is ko kehe ke nahin deeni ilm. jab hadis ke text mein deeni ka lafz nahin hai, to aap kaun hoge?</w:t>
      </w:r>
      <w:r>
        <w:br/>
      </w:r>
      <w:r>
        <w:rPr>
          <w:sz w:val="20"/>
        </w:rPr>
        <w:t>59:37  to hote hain is mein izafa karne wale. jab is mein, yani aam hai ke ilm ko hasil karna farz hai musalman ke upar, to aam rakhiye is ko, aap is ko khas kyon banate hain?</w:t>
      </w:r>
      <w:r>
        <w:br/>
      </w:r>
      <w:r>
        <w:rPr>
          <w:sz w:val="20"/>
        </w:rPr>
        <w:t>59:54  to yahan se ghalti shuru hui ke is hadis ko logon ne bata diya ke deeni ilm to aap madrasay mein parhna to ilm ban gaya, aur baqi wahan jana wo qatl gah ban gaya.</w:t>
      </w:r>
      <w:r>
        <w:br/>
      </w:r>
      <w:r>
        <w:rPr>
          <w:sz w:val="20"/>
        </w:rPr>
        <w:t>1:00:06  yani college aur university mein jana qatl gah ban gaya. ye sab, ye sab itni bhayanak ghaltiyan hain, itni bhayanak ghaltiyan hain ke jab tak is ko khul kar aelan na karenge, ye hazrat jinhon ne ye sab kiya, us waqt tak wo pakar se bach nahin sakte.</w:t>
      </w:r>
      <w:r>
        <w:br/>
      </w:r>
      <w:r>
        <w:rPr>
          <w:sz w:val="20"/>
        </w:rPr>
        <w:t>1:00:24  yani madrasay mein parhna deeni ilm parhna hai, aur college university mein jana qatl gah hai, qatl gah mein jana hai. jin logon ne ye sab batein phailain, un par farz hai, un par farz hai ke wo chala kar aelan karen ke hum hum ne ghalti ki,</w:t>
      </w:r>
      <w:r>
        <w:br/>
      </w:r>
      <w:r>
        <w:rPr>
          <w:sz w:val="20"/>
        </w:rPr>
        <w:t>1:00:41  "we were wrong". warna wo pakre jayenge Allah taala ke haan, kam az kam mera jo ilm hai, wo wo yahi karta hai.</w:t>
      </w:r>
    </w:p>
    <w:p>
      <w:pPr>
        <w:pStyle w:val="Heading2"/>
      </w:pPr>
      <w:r>
        <w:t>Will terrorism also end like communism?</w:t>
      </w:r>
    </w:p>
    <w:p>
      <w:r>
        <w:rPr>
          <w:color w:val="666666"/>
          <w:sz w:val="18"/>
        </w:rPr>
        <w:t>Society &amp; Dawah · Root Cause of Terrorism February 22, 2015 · 2m 32s · at 53:10 · https://youtu.be/n0AIGEI7b9U?t=3190</w:t>
      </w:r>
    </w:p>
    <w:p>
      <w:r>
        <w:rPr>
          <w:i/>
        </w:rPr>
        <w:t>“Can we say that this terrorism phase is also a temporary one, and it will also end like communism?”</w:t>
      </w:r>
    </w:p>
    <w:p>
      <w:r>
        <w:rPr>
          <w:sz w:val="20"/>
        </w:rPr>
        <w:t>53:10  maulana, agla sawal dilli se kiya hai mister ajay dravidi ne, aur unhon ne likha hai ke: "can</w:t>
      </w:r>
      <w:r>
        <w:br/>
      </w:r>
      <w:r>
        <w:rPr>
          <w:sz w:val="20"/>
        </w:rPr>
        <w:t>53:17  We see that this terrorism phase is also a temporary one, and it will also end.</w:t>
      </w:r>
      <w:r>
        <w:br/>
      </w:r>
      <w:r>
        <w:rPr>
          <w:sz w:val="20"/>
        </w:rPr>
        <w:t>53:25  like communism?" haan, sahi sahi keh rahe hain aap, bilkul sahi keh rahe hain, bilkul sahi keh rahe</w:t>
      </w:r>
      <w:r>
        <w:br/>
      </w:r>
      <w:r>
        <w:rPr>
          <w:sz w:val="20"/>
        </w:rPr>
        <w:t>53:33  hain.</w:t>
      </w:r>
      <w:r>
        <w:br/>
      </w:r>
      <w:r>
        <w:rPr>
          <w:sz w:val="20"/>
        </w:rPr>
        <w:t>53:34  maulana, agla comment aaya hai doha qatar se maulana abdul basit umri ka, aur unhon ne likha hai: "maulana,</w:t>
      </w:r>
      <w:r>
        <w:br/>
      </w:r>
      <w:r>
        <w:rPr>
          <w:sz w:val="20"/>
        </w:rPr>
        <w:t>53:42  aaj ka lecture mere liye bohat ziyada thrilling full tha.</w:t>
      </w:r>
      <w:r>
        <w:br/>
      </w:r>
      <w:r>
        <w:rPr>
          <w:sz w:val="20"/>
        </w:rPr>
        <w:t>53:46  aap ki yeh baat ke aaj sirf ideology ke zariye hi tashaddud par mabni tahrikon ka khatma mumkin</w:t>
      </w:r>
      <w:r>
        <w:br/>
      </w:r>
      <w:r>
        <w:rPr>
          <w:sz w:val="20"/>
        </w:rPr>
        <w:t>53:54  hai, kyunke jab bhi kisi bhi mulk ko dahshat gardon ka samna hua to unhon ne taqat se,</w:t>
      </w:r>
      <w:r>
        <w:br/>
      </w:r>
      <w:r>
        <w:rPr>
          <w:sz w:val="20"/>
        </w:rPr>
        <w:t>54:02  yaani jadeed hathiyaron se, is ka muqabla kiya.</w:t>
      </w:r>
      <w:r>
        <w:br/>
      </w:r>
      <w:r>
        <w:rPr>
          <w:sz w:val="20"/>
        </w:rPr>
        <w:t>54:05  jadeed hathiyaron ki tabahi se kuch masoom bachche aur auraten bhi halak ho gayeen.</w:t>
      </w:r>
      <w:r>
        <w:br/>
      </w:r>
      <w:r>
        <w:rPr>
          <w:sz w:val="20"/>
        </w:rPr>
        <w:t>54:11  ab dahshat gardon ne in masoom bachchon aur auraton ki tasweeren internet par daal kar awam ko apni</w:t>
      </w:r>
      <w:r>
        <w:br/>
      </w:r>
      <w:r>
        <w:rPr>
          <w:sz w:val="20"/>
        </w:rPr>
        <w:t>54:18  taraf khenchne ki koshish ki, aur is mein woh kamyab bhi hue.</w:t>
      </w:r>
      <w:r>
        <w:br/>
      </w:r>
      <w:r>
        <w:rPr>
          <w:sz w:val="20"/>
        </w:rPr>
        <w:t>54:24  yeh arab mulkon mein, yeh arab mulkon mein bhi hum dekh rahe hain, aur pakistan wagera mein to</w:t>
      </w:r>
      <w:r>
        <w:br/>
      </w:r>
      <w:r>
        <w:rPr>
          <w:sz w:val="20"/>
        </w:rPr>
        <w:t>54:31  bar bar hua hai.</w:t>
      </w:r>
      <w:r>
        <w:br/>
      </w:r>
      <w:r>
        <w:rPr>
          <w:sz w:val="20"/>
        </w:rPr>
        <w:t>54:33  maulana, aap ki baat hi aaj qabil amal hai.</w:t>
      </w:r>
      <w:r>
        <w:br/>
      </w:r>
      <w:r>
        <w:rPr>
          <w:sz w:val="20"/>
        </w:rPr>
        <w:t>54:37  allah hamein aap ke literature ko tamam logon tak pohnchaney ki tofeeq de.</w:t>
      </w:r>
      <w:r>
        <w:br/>
      </w:r>
      <w:r>
        <w:rPr>
          <w:sz w:val="20"/>
        </w:rPr>
        <w:t>54:42  so, so we will end the session now.</w:t>
      </w:r>
    </w:p>
    <w:p>
      <w:pPr>
        <w:pStyle w:val="Heading2"/>
      </w:pPr>
      <w:r>
        <w:t>Wisdom of Islamizing the world today</w:t>
      </w:r>
    </w:p>
    <w:p>
      <w:r>
        <w:rPr>
          <w:color w:val="666666"/>
          <w:sz w:val="18"/>
        </w:rPr>
        <w:t>Society &amp; Dawah · History of Kaaba March 19, 2017 · 2m 36s · at 52:50 · https://youtu.be/HPvWnoueeqg?t=3170</w:t>
      </w:r>
    </w:p>
    <w:p>
      <w:r>
        <w:rPr>
          <w:i/>
        </w:rPr>
        <w:t>“What is the wisdom of Islamizing the world today? Can any action be taken with this intention? Please clarify.”</w:t>
      </w:r>
    </w:p>
    <w:p>
      <w:r>
        <w:rPr>
          <w:sz w:val="20"/>
        </w:rPr>
        <w:t>52:50  ji maulana agla sawal lete hain jo chennai se bheja hai maulana iqbal umri ne aur unhone</w:t>
      </w:r>
      <w:r>
        <w:br/>
      </w:r>
      <w:r>
        <w:rPr>
          <w:sz w:val="20"/>
        </w:rPr>
        <w:t>52:57  likha hai Maulana aaj dunya ko Islamize karne ki hikmat kya hai kya is niyat se koi qadam</w:t>
      </w:r>
      <w:r>
        <w:br/>
      </w:r>
      <w:r>
        <w:rPr>
          <w:sz w:val="20"/>
        </w:rPr>
        <w:t>53:07  kya ja sakta hai is ko wazeh karen</w:t>
      </w:r>
      <w:r>
        <w:br/>
      </w:r>
      <w:r>
        <w:rPr>
          <w:sz w:val="20"/>
        </w:rPr>
        <w:t>53:11  dekhiye dunya ko Islamize karna yeh target hi nahi hai</w:t>
      </w:r>
      <w:r>
        <w:br/>
      </w:r>
      <w:r>
        <w:rPr>
          <w:sz w:val="20"/>
        </w:rPr>
        <w:t>53:16  yeh target nahi hai ke dunya ko Islamize kiya jaye</w:t>
      </w:r>
      <w:r>
        <w:br/>
      </w:r>
      <w:r>
        <w:rPr>
          <w:sz w:val="20"/>
        </w:rPr>
        <w:t>53:23  duniya ho ya Musalman hon sab ke liye target yeh hai ke un ko aware banaya jaye aware ba khabar banaya jaye Islamize karna ke target mein nazdeek sahi nahi hai</w:t>
      </w:r>
      <w:r>
        <w:br/>
      </w:r>
      <w:r>
        <w:rPr>
          <w:sz w:val="20"/>
        </w:rPr>
        <w:t>53:40  ji Maulana kuch aur comments lena chahenge jo abhi abhi aaye hain aa Shahid Hussain sahib ne</w:t>
      </w:r>
      <w:r>
        <w:br/>
      </w:r>
      <w:r>
        <w:rPr>
          <w:sz w:val="20"/>
        </w:rPr>
        <w:t>53:47  Srinagar se likha hai those who indulged in the futile exercise of reshaping history became part of</w:t>
      </w:r>
      <w:r>
        <w:br/>
      </w:r>
      <w:r>
        <w:rPr>
          <w:sz w:val="20"/>
        </w:rPr>
        <w:t>53:55  history thanks to Maulana for making us conscious about the opportunities created by history let us all rise</w:t>
      </w:r>
      <w:r>
        <w:br/>
      </w:r>
      <w:r>
        <w:rPr>
          <w:sz w:val="20"/>
        </w:rPr>
        <w:t>54:03  to the occasion</w:t>
      </w:r>
      <w:r>
        <w:br/>
      </w:r>
      <w:r>
        <w:rPr>
          <w:sz w:val="20"/>
        </w:rPr>
        <w:t>54:05  Muslim Khan sahib ne likha hai aa</w:t>
      </w:r>
      <w:r>
        <w:br/>
      </w:r>
      <w:r>
        <w:rPr>
          <w:sz w:val="20"/>
        </w:rPr>
        <w:t>54:10  un ka location nahi pata Maulana reshape the Muslim mindset and avail the opportunity presented by the history</w:t>
      </w:r>
      <w:r>
        <w:br/>
      </w:r>
      <w:r>
        <w:rPr>
          <w:sz w:val="20"/>
        </w:rPr>
        <w:t>54:18  and not vice versa jazaak Allah Maulana sahib karoot leen mas karoot leen</w:t>
      </w:r>
      <w:r>
        <w:br/>
      </w:r>
      <w:r>
        <w:rPr>
          <w:sz w:val="20"/>
        </w:rPr>
        <w:t>54:25  ne likha hai Srinagar se the crux of today's lecture is instead of reshaping the history we</w:t>
      </w:r>
      <w:r>
        <w:br/>
      </w:r>
      <w:r>
        <w:rPr>
          <w:sz w:val="20"/>
        </w:rPr>
        <w:t>54:33  should avail the opportunities created by history Muslims ought to adhere to Sunnah and teachings of prophet strictly</w:t>
      </w:r>
      <w:r>
        <w:br/>
      </w:r>
      <w:r>
        <w:rPr>
          <w:sz w:val="20"/>
        </w:rPr>
        <w:t>54:42  and refrain from any kind of violence</w:t>
      </w:r>
      <w:r>
        <w:br/>
      </w:r>
      <w:r>
        <w:rPr>
          <w:sz w:val="20"/>
        </w:rPr>
        <w:t>54:46  Maulana's assertion that whatever he preaches and says is entirely based on Hadith and Sunnah's message to those</w:t>
      </w:r>
      <w:r>
        <w:br/>
      </w:r>
      <w:r>
        <w:rPr>
          <w:sz w:val="20"/>
        </w:rPr>
        <w:t>54:54  who have misgivings about it a modest and humble approach from the ambassador of peace and spirituality</w:t>
      </w:r>
      <w:r>
        <w:br/>
      </w:r>
      <w:r>
        <w:rPr>
          <w:sz w:val="20"/>
        </w:rPr>
        <w:t>55:03  thank you Maulana sahib for such a refreshing lecture</w:t>
      </w:r>
      <w:r>
        <w:br/>
      </w:r>
      <w:r>
        <w:rPr>
          <w:sz w:val="20"/>
        </w:rPr>
        <w:t>55:06  there were startling revelations about the history of Kaba and we are grateful for that</w:t>
      </w:r>
      <w:r>
        <w:br/>
      </w:r>
      <w:r>
        <w:rPr>
          <w:sz w:val="20"/>
        </w:rPr>
        <w:t>55:13  Tariq Badar sahib ne Pakistan se likha hai Maulana today's lecture was very important where we learned that</w:t>
      </w:r>
      <w:r>
        <w:br/>
      </w:r>
      <w:r>
        <w:rPr>
          <w:sz w:val="20"/>
        </w:rPr>
        <w:t>55:21  we do not have to rebuild the history rather avail the opportunities</w:t>
      </w:r>
    </w:p>
    <w:p>
      <w:pPr>
        <w:pStyle w:val="Heading2"/>
      </w:pPr>
      <w:r>
        <w:t>Women inferiority in Islam</w:t>
      </w:r>
    </w:p>
    <w:p>
      <w:r>
        <w:rPr>
          <w:color w:val="666666"/>
          <w:sz w:val="18"/>
        </w:rPr>
        <w:t>Society &amp; Dawah · The Role of a Woman March 8, 2020 Maulana Wahiduddin Khan · 2m 13s · at 18:31 · https://youtu.be/aBPy_KTsk1A?t=1111</w:t>
      </w:r>
    </w:p>
    <w:p>
      <w:r>
        <w:rPr>
          <w:i/>
        </w:rPr>
        <w:t>“Why is it that women in Islam are considered inferior or less than a man? Why is this so?”</w:t>
      </w:r>
    </w:p>
    <w:p>
      <w:r>
        <w:rPr>
          <w:sz w:val="20"/>
        </w:rPr>
        <w:t>18:31  Jazak Allah Maulana. Maulana, aap sawal lena chahenge. Yeh sawal Lucknow se hai. Idrees sahib ne ek bheja hai. Unhon ne aapse poocha hai ke۔۔۔۔۔۔۔۔۔۔</w:t>
      </w:r>
      <w:r>
        <w:br/>
      </w:r>
      <w:r>
        <w:rPr>
          <w:sz w:val="20"/>
        </w:rPr>
        <w:t>18:43  Kaun kaun sahib? Idrees. Acha, Lucknow se. Acha, unhon ne aapse poocha hai ke Maulana, Why is it that women in Islam are considered inferior or less than a man</w:t>
      </w:r>
      <w:r>
        <w:br/>
      </w:r>
      <w:r>
        <w:rPr>
          <w:sz w:val="20"/>
        </w:rPr>
        <w:t>18:55  ? Why is this so? Main toh nahi samajhta. Ji, jo samajhta hai, use poocho. Maine toh kabhi bhi nahi samjha aisa.</w:t>
      </w:r>
      <w:r>
        <w:br/>
      </w:r>
      <w:r>
        <w:rPr>
          <w:sz w:val="20"/>
        </w:rPr>
        <w:t>19:08  Yeh koi aalami</w:t>
      </w:r>
      <w:r>
        <w:br/>
      </w:r>
      <w:r>
        <w:rPr>
          <w:sz w:val="20"/>
        </w:rPr>
        <w:t>19:12  koi faisla nahi hai. Yeh kuch logon ki is zamane mein, jabke</w:t>
      </w:r>
      <w:r>
        <w:br/>
      </w:r>
      <w:r>
        <w:rPr>
          <w:sz w:val="20"/>
        </w:rPr>
        <w:t>19:22  maghrib mein</w:t>
      </w:r>
      <w:r>
        <w:br/>
      </w:r>
      <w:r>
        <w:rPr>
          <w:sz w:val="20"/>
        </w:rPr>
        <w:t>19:26  woh daur aaya, women's lib ka, us zamane mein yeh yeh afwaah phailayi gayi thi.</w:t>
      </w:r>
      <w:r>
        <w:br/>
      </w:r>
      <w:r>
        <w:rPr>
          <w:sz w:val="20"/>
        </w:rPr>
        <w:t>19:37  Warna main nahi samajhta ke yeh koi</w:t>
      </w:r>
      <w:r>
        <w:br/>
      </w:r>
      <w:r>
        <w:rPr>
          <w:sz w:val="20"/>
        </w:rPr>
        <w:t>19:42  aalami</w:t>
      </w:r>
      <w:r>
        <w:br/>
      </w:r>
      <w:r>
        <w:rPr>
          <w:sz w:val="20"/>
        </w:rPr>
        <w:t>19:49  verdict hai.</w:t>
      </w:r>
      <w:r>
        <w:br/>
      </w:r>
      <w:r>
        <w:rPr>
          <w:sz w:val="20"/>
        </w:rPr>
        <w:t>19:53  mein is ko nahin manta. kuch logon ne aisi baat mashhoor kardi ke koi fact nahin hai yeh.</w:t>
      </w:r>
      <w:r>
        <w:br/>
      </w:r>
      <w:r>
        <w:rPr>
          <w:sz w:val="20"/>
        </w:rPr>
        <w:t>20:13  Doctor Naghma Siddiqui ne comment bheja hai dilli se. unhon ne likha hai: "Maulana, thank you for giving women such a major role in your mission.</w:t>
      </w:r>
      <w:r>
        <w:br/>
      </w:r>
      <w:r>
        <w:rPr>
          <w:sz w:val="20"/>
        </w:rPr>
        <w:t>20:24  We dedicate ourselves to this task. May God guide us and accept our work."</w:t>
      </w:r>
      <w:r>
        <w:br/>
      </w:r>
      <w:r>
        <w:rPr>
          <w:sz w:val="20"/>
        </w:rPr>
        <w:t>20:33  Maulana Iqbal Umri ne, jo is waqt Rajouri mein hain aur program dekh rahe hain, unhon ne likha hai: "Spiritual world ke peechay bhi aik aurat ka hi hath hai.</w:t>
      </w:r>
    </w:p>
    <w:p>
      <w:pPr>
        <w:pStyle w:val="Heading2"/>
      </w:pPr>
      <w:r>
        <w:t>Women's dependence on male relatives</w:t>
      </w:r>
    </w:p>
    <w:p>
      <w:r>
        <w:rPr>
          <w:color w:val="666666"/>
          <w:sz w:val="18"/>
        </w:rPr>
        <w:t>Society &amp; Dawah · Contemplation on The Quran December 16, 2018 Maulana Wahiduddin Khan · 4m 26s · at 44:21 · https://youtu.be/bSOe1_KKEYk?t=2661</w:t>
      </w:r>
    </w:p>
    <w:p>
      <w:r>
        <w:rPr>
          <w:i/>
        </w:rPr>
        <w:t>“No matter how wise a woman is, she is dependent on her male mahrams for decisions. In Asian culture, men consider themselves superior and restrict women to home. Please provide guidance on this issue.”</w:t>
      </w:r>
    </w:p>
    <w:p>
      <w:r>
        <w:rPr>
          <w:sz w:val="20"/>
        </w:rPr>
        <w:t>44:21  ji, maulana, agla sawal lete hain. yeh sawal bheja hai pakistan se miss khadija ne.</w:t>
      </w:r>
      <w:r>
        <w:br/>
      </w:r>
      <w:r>
        <w:rPr>
          <w:sz w:val="20"/>
        </w:rPr>
        <w:t>44:30  unhon ne likha hai: "mera maulana se ek sawal hai jis par mujhe un ki guidance chahiye. mera sawal yeh hai ke aurat chahe jitna bhi samajhdar aur aqalmand ho, woh apne faislon ke liye apni family ke mard hazrat yani mehram par dependent hoti hai.</w:t>
      </w:r>
      <w:r>
        <w:br/>
      </w:r>
      <w:r>
        <w:rPr>
          <w:sz w:val="20"/>
        </w:rPr>
        <w:t>44:51  hamare asian culture hai ke aadmi khud ko aurat se superior samajhta hai aur aurat ko ghar mein rakhna aur ghar ke kamon tak hi mehdood kar deta hai.</w:t>
      </w:r>
      <w:r>
        <w:br/>
      </w:r>
      <w:r>
        <w:rPr>
          <w:sz w:val="20"/>
        </w:rPr>
        <w:t>45:03  aur aisi auratein hi achi aurat samjhi jati hain. as an individual, aurat mein jo talent ya qualities hoti hain, us ko barhane ki ijazat nahi di jati, jis ki wajah se aurat zehni taur par oppressed feel karti hai aur apni intellectual needs ko marne pe majboor ho jati hai,</w:t>
      </w:r>
      <w:r>
        <w:br/>
      </w:r>
      <w:r>
        <w:rPr>
          <w:sz w:val="20"/>
        </w:rPr>
        <w:t>45:26  jis ki wajah se woh ek fragile personality banti hai aur mental illness tak pahunch jati hai. aisi auraton ko kaise sambhalna chahiye jin ke husband, walid ya bhai kisi bhi tarah apni soch ko badalne ko tayyar nahi hain aur na hi koi ganjaiish rakhte hain, kyun ke woh aisi hadith ka hawala dete hain ke aurat naqis ul aql hai.</w:t>
      </w:r>
      <w:r>
        <w:br/>
      </w:r>
      <w:r>
        <w:rPr>
          <w:sz w:val="20"/>
        </w:rPr>
        <w:t>45:52  aurat ke mashware pe chala jaye to ghar ki barbadi hoti hai, etcetera. maulana, main aap ki desperate guidance chahti hoon ke auratein kaise aisi situation ko deal kar sakte hain.</w:t>
      </w:r>
      <w:r>
        <w:br/>
      </w:r>
      <w:r>
        <w:rPr>
          <w:sz w:val="20"/>
        </w:rPr>
        <w:t>46:06  dekhiye, ek hai rawaji mazhab, rawaji, aur ek hai</w:t>
      </w:r>
      <w:r>
        <w:br/>
      </w:r>
      <w:r>
        <w:rPr>
          <w:sz w:val="20"/>
        </w:rPr>
        <w:t>46:16  quran o hadith ka mazhab, sacha mazhab.</w:t>
      </w:r>
      <w:r>
        <w:br/>
      </w:r>
      <w:r>
        <w:rPr>
          <w:sz w:val="20"/>
        </w:rPr>
        <w:t>46:22  to mera jo mutala hai, meri jo study hai, to main to samajhta hoon ke mashhoor jo maqola hai: "they da woman at the beginning of all great things" yeh maqola sab se apply hota hai islam ki history par.</w:t>
      </w:r>
      <w:r>
        <w:br/>
      </w:r>
      <w:r>
        <w:rPr>
          <w:sz w:val="20"/>
        </w:rPr>
        <w:t>46:44  islam ki history rasool allah se begin nahi hoti, woh to bohat pehle se shuru hoti hai, hazrat ibrahim se shuru hoti hai. to dekhiye, jo literature hai islam ka,</w:t>
      </w:r>
      <w:r>
        <w:br/>
      </w:r>
      <w:r>
        <w:rPr>
          <w:sz w:val="20"/>
        </w:rPr>
        <w:t>46:59  us se sabit hota hai ke kuch khawateen aisi hain jo mardon se bhi bara darja un ka hai. misaal ke taur par dekhiye,</w:t>
      </w:r>
      <w:r>
        <w:br/>
      </w:r>
      <w:r>
        <w:rPr>
          <w:sz w:val="20"/>
        </w:rPr>
        <w:t>47:12  woh hazrat haajra. hazrat haajra to ka darja itna bara hai ke haajra na hoti to islami na hota.</w:t>
      </w:r>
      <w:r>
        <w:br/>
      </w:r>
      <w:r>
        <w:rPr>
          <w:sz w:val="20"/>
        </w:rPr>
        <w:t>47:27  phir hazrat aasiya, jo agarche firoun ki</w:t>
      </w:r>
      <w:r>
        <w:br/>
      </w:r>
      <w:r>
        <w:rPr>
          <w:sz w:val="20"/>
        </w:rPr>
        <w:t>47:38  zawja theen, lekin un ka darja itna bara hai ke ke kisi mard ka bhi itna bara darja nahin. phir hazrat khadija, hazrat aisha.</w:t>
      </w:r>
      <w:r>
        <w:br/>
      </w:r>
      <w:r>
        <w:rPr>
          <w:sz w:val="20"/>
        </w:rPr>
        <w:t>47:51  aisha ke baray mein aap jantay hain ke yeh kaha jata hai ke "afqah al-sahaba" ke tamam sahaba mein sab se ziyada yaani deen ko jananay wali hai.</w:t>
      </w:r>
      <w:r>
        <w:br/>
      </w:r>
      <w:r>
        <w:rPr>
          <w:sz w:val="20"/>
        </w:rPr>
        <w:t>48:05  to dekhiye, aap riwaj ko le kar mat qaim kijiye ke mazhab kya hai. jo true, jo scripture hai, jo history hai, us se kya nikalta hai?</w:t>
      </w:r>
      <w:r>
        <w:br/>
      </w:r>
      <w:r>
        <w:rPr>
          <w:sz w:val="20"/>
        </w:rPr>
        <w:t>48:16  riwaj to hamesha ghalat rahega, hamesha rahega. aisa nahin ke kabhi riwaj ko aap khatam kar dein.</w:t>
      </w:r>
      <w:r>
        <w:br/>
      </w:r>
      <w:r>
        <w:rPr>
          <w:sz w:val="20"/>
        </w:rPr>
        <w:t>48:29  to aap ko chahiye ke "don't see the riwaj" but "you have to see the scripture" the true history of Islam.</w:t>
      </w:r>
    </w:p>
    <w:p>
      <w:pPr>
        <w:pStyle w:val="Heading2"/>
      </w:pPr>
      <w:r>
        <w:t>Women's kitchen time and Dawah work</w:t>
      </w:r>
    </w:p>
    <w:p>
      <w:r>
        <w:rPr>
          <w:color w:val="666666"/>
          <w:sz w:val="18"/>
        </w:rPr>
        <w:t>Society &amp; Dawah · Q&amp;A 13 Nov 2011 · 3m 38s · at 28:13 · https://youtu.be/oOZ9h37_pL8?t=1693</w:t>
      </w:r>
    </w:p>
    <w:p>
      <w:r>
        <w:rPr>
          <w:i/>
        </w:rPr>
        <w:t>“A gentleman said that women spend most of their time in the kitchen. How is it possible for them to do Dawah work and study literature?”</w:t>
      </w:r>
    </w:p>
    <w:p>
      <w:r>
        <w:rPr>
          <w:sz w:val="20"/>
        </w:rPr>
        <w:t>28:13  maulana un ka ek aur sawal hai. unhon ne likha hai ke ek sahib ne kaha ke auraton ka ziyada waqt kitchen mein guzar jata hai. un ke liye daawa work aur literature ka mutala kaise mumkin hai?</w:t>
      </w:r>
      <w:r>
        <w:br/>
      </w:r>
      <w:r>
        <w:rPr>
          <w:sz w:val="20"/>
        </w:rPr>
        <w:t>28:28  aap is silsile mein rehnumai farmayein. kitchen ko band kar dein. kya zaroorat hai kitchen mein waqt lagane ki.</w:t>
      </w:r>
      <w:r>
        <w:br/>
      </w:r>
      <w:r>
        <w:rPr>
          <w:sz w:val="20"/>
        </w:rPr>
        <w:t>28:37  main aap ko ek ek ek misaal deta hoon haqeeqi misaal. ek sahib mere paas aaye apni biwi ko le kar ke. abhi bilkul ek sachi misaal bata raha hoon.</w:t>
      </w:r>
      <w:r>
        <w:br/>
      </w:r>
      <w:r>
        <w:rPr>
          <w:sz w:val="20"/>
        </w:rPr>
        <w:t>28:48  aap chahen ge to mere daftar mein aayein main un ka naam pata telephone number de doon ga.</w:t>
      </w:r>
      <w:r>
        <w:br/>
      </w:r>
      <w:r>
        <w:rPr>
          <w:sz w:val="20"/>
        </w:rPr>
        <w:t>28:54  woh ek madrasa chalate hain. ab madrasay mein bachon ki khana pakta hai. saada khana. to unhon ne bataya ke un ke haan mehman bohat aate hain.</w:t>
      </w:r>
      <w:r>
        <w:br/>
      </w:r>
      <w:r>
        <w:rPr>
          <w:sz w:val="20"/>
        </w:rPr>
        <w:t>29:05  biwi jo hai din bhar khane ke intizam mein rehti hai. aur biwi un ki parhi likhi thi. to main ne bohat dinon tak un ko hemoori ki an ki.</w:t>
      </w:r>
      <w:r>
        <w:br/>
      </w:r>
      <w:r>
        <w:rPr>
          <w:sz w:val="20"/>
        </w:rPr>
        <w:t>29:14  ke har aadmi ko biwi jo hai Allah gift hoti hai. aap ko jo ek aurat mili hai wo Allah gift hai us ki naqadri kar rahe hain aap.</w:t>
      </w:r>
      <w:r>
        <w:br/>
      </w:r>
      <w:r>
        <w:rPr>
          <w:sz w:val="20"/>
        </w:rPr>
        <w:t>29:23  us ko istemal kijiye. main ne kaha aap mehman khali band kijiye. yeh sare mehmaanon ko band kijiye. koi mehmaandari nahin. jo mehman aaye us ko kahiye jaao bahar khao.</w:t>
      </w:r>
      <w:r>
        <w:br/>
      </w:r>
      <w:r>
        <w:rPr>
          <w:sz w:val="20"/>
        </w:rPr>
        <w:t>29:36  to unhon ne kya kiya</w:t>
      </w:r>
      <w:r>
        <w:br/>
      </w:r>
      <w:r>
        <w:rPr>
          <w:sz w:val="20"/>
        </w:rPr>
        <w:t>29:38  ? ek bohat zabardast kaam kiya unhon ne. yaani yahan se lootne ke baad yak lakht unhon ne mehmaandari band kar di.</w:t>
      </w:r>
      <w:r>
        <w:br/>
      </w:r>
      <w:r>
        <w:rPr>
          <w:sz w:val="20"/>
        </w:rPr>
        <w:t>29:47  kehte hain yeh nahin kiya wo khud apne apna jo khana pakta tha khud apna us ko bhi unhon ne band kar diya.</w:t>
      </w:r>
      <w:r>
        <w:br/>
      </w:r>
      <w:r>
        <w:rPr>
          <w:sz w:val="20"/>
        </w:rPr>
        <w:t>29:55  aur unhon ne kaha ke jo madrase mein pakta hai bachon ke liye khana wahi hum bhi khayenge. to madrase ka jo jo matbakh hota hai us se khana aata hai un ke haan paisa dete hain wo.</w:t>
      </w:r>
      <w:r>
        <w:br/>
      </w:r>
      <w:r>
        <w:rPr>
          <w:sz w:val="20"/>
        </w:rPr>
        <w:t>30:10  paisa de kar wo matbakh ka khana lete hain.</w:t>
      </w:r>
      <w:r>
        <w:br/>
      </w:r>
      <w:r>
        <w:rPr>
          <w:sz w:val="20"/>
        </w:rPr>
        <w:t>30:13  apna khana pakwate hi nahin. aur mehmaanon se keh diya ke tum bhi ja kar khao aur paisa do. yaani matbakh mein khao aur matbakh mein paisa de kar ke jab tak chaho khate raho.</w:t>
      </w:r>
      <w:r>
        <w:br/>
      </w:r>
      <w:r>
        <w:rPr>
          <w:sz w:val="20"/>
        </w:rPr>
        <w:t>30:29  to mehmaanon ko bhi keh diya ja kar madrase mein khao paisa de kar ke. khud apne liye bhi unhon ne yeh kiya ke apna matbakh band kar ke masjid se</w:t>
      </w:r>
      <w:r>
        <w:br/>
      </w:r>
      <w:r>
        <w:rPr>
          <w:sz w:val="20"/>
        </w:rPr>
        <w:t>30:39  apna barish khana band kar ke matbakh ke khana lene lage. yeh sachi kahani hai. ab kya hai ke wo miyan biwi dono khoob daawa work kar rahe hain.</w:t>
      </w:r>
      <w:r>
        <w:br/>
      </w:r>
      <w:r>
        <w:rPr>
          <w:sz w:val="20"/>
        </w:rPr>
        <w:t>30:50  apne shahar mein. yaani kitabein parh rahe hain. study ke liye waqt mil gaya kafi un ko. aur daawa work bhi khoob kar rahe hain.</w:t>
      </w:r>
      <w:r>
        <w:br/>
      </w:r>
      <w:r>
        <w:rPr>
          <w:sz w:val="20"/>
        </w:rPr>
        <w:t>30:59  to koi yaani zindagi aaj itni bigri hui hai ke koi drastic step lena parega. zindagi aaj itni bigri hui hai.</w:t>
      </w:r>
      <w:r>
        <w:br/>
      </w:r>
      <w:r>
        <w:rPr>
          <w:sz w:val="20"/>
        </w:rPr>
        <w:t>31:07  jhooti mehmaandari jhooti family attend karna yeh sab jhooti us ko main kaha karta hoon ideal business. idle befaida sargarmiyan.</w:t>
      </w:r>
      <w:r>
        <w:br/>
      </w:r>
      <w:r>
        <w:rPr>
          <w:sz w:val="20"/>
        </w:rPr>
        <w:t>31:20  sab log jo hai aaj kal ke zamane mein ideal business pade hue hain. to aap ko radically apne andar change karna lana parega.</w:t>
      </w:r>
      <w:r>
        <w:br/>
      </w:r>
      <w:r>
        <w:rPr>
          <w:sz w:val="20"/>
        </w:rPr>
        <w:t>31:28  ek lakht band karna parega jis tarah unhon ne band kar diya. aap khoob kaam kar rahe hain. haqeeqat zindagi mein koi rukawat nahin hai. rukawat aap ki soch mein hai.</w:t>
      </w:r>
      <w:r>
        <w:br/>
      </w:r>
      <w:r>
        <w:rPr>
          <w:sz w:val="20"/>
        </w:rPr>
        <w:t>31:41  rukawat sirf aap ki soch mein hai. inqalabi ban jaiye soch ke aitbar se to sari rukawat apne aap khatam ho jayegi.</w:t>
      </w:r>
    </w:p>
    <w:p>
      <w:pPr>
        <w:pStyle w:val="Heading2"/>
      </w:pPr>
      <w:r>
        <w:t>Women's role in dawah work</w:t>
      </w:r>
    </w:p>
    <w:p>
      <w:r>
        <w:rPr>
          <w:color w:val="666666"/>
          <w:sz w:val="18"/>
        </w:rPr>
        <w:t>Society &amp; Dawah · Age of Alternatives April 05, 2015 · 2m 59s · at 58:35 · https://youtu.be/4v0uCM2BZuA?t=3515</w:t>
      </w:r>
    </w:p>
    <w:p>
      <w:r>
        <w:rPr>
          <w:i/>
        </w:rPr>
        <w:t>“Maulana, women like Aisha and many more played great roles in the history of Islam. In fact, many hadith are attributed to Aisha, but still Muslims today don't want their women to be part of dawah work. Why is this that they can't take lessons from the life of the Prophet and his companions who involved their women in the way of Islam?”</w:t>
      </w:r>
    </w:p>
    <w:p>
      <w:r>
        <w:rPr>
          <w:sz w:val="20"/>
        </w:rPr>
        <w:t>58:35  maulana, agla sawal mumbai se kiya hai faheem sahab ne aur unhon ne likha hai: "maulana, women like Hazrat Aisha and many more played great roles in the history of Islam۔</w:t>
      </w:r>
      <w:r>
        <w:br/>
      </w:r>
      <w:r>
        <w:rPr>
          <w:sz w:val="20"/>
        </w:rPr>
        <w:t>58:49  in fact, many hadith are attributed to Hazrat Aisha, but still Muslims today don't want their women to be part of dawa work</w:t>
      </w:r>
      <w:r>
        <w:br/>
      </w:r>
      <w:r>
        <w:rPr>
          <w:sz w:val="20"/>
        </w:rPr>
        <w:t>58:58  . why is this that they can't take lessons from the life of prophet and his companions who involve their women in the way of Islam?" dekhiye, asal masla women ka nahi hai.</w:t>
      </w:r>
      <w:r>
        <w:br/>
      </w:r>
      <w:r>
        <w:rPr>
          <w:sz w:val="20"/>
        </w:rPr>
        <w:t>59:11  asal masla hai ke dawah ko musalmanon ne hadaf kar diya. poori hazar saal ki tareekh mein jo kitabein likhi gayi hain, maine bar bar kal logon se kaha hai ke batao kis kitab kaun si kitab dawah ke mauzu par hai?</w:t>
      </w:r>
      <w:r>
        <w:br/>
      </w:r>
      <w:r>
        <w:rPr>
          <w:sz w:val="20"/>
        </w:rPr>
        <w:t>59:27  to mardon ke liye hadaf kar diya unhon ne, sirf auraton ke liye nahi. to asal jar yeh hai ke hamare ulama ne aur hamare jo jin logon ne Islam ki numaindagi ki, un sab logon ne dawah ko hadaf kar diya.</w:t>
      </w:r>
      <w:r>
        <w:br/>
      </w:r>
      <w:r>
        <w:rPr>
          <w:sz w:val="20"/>
        </w:rPr>
        <w:t>59:42  bas jihad aur ladai bas isi ko highlight kiya. yeh masla is wajah se yeh surat-e-haal paida hui hai.</w:t>
      </w:r>
      <w:r>
        <w:br/>
      </w:r>
      <w:r>
        <w:rPr>
          <w:sz w:val="20"/>
        </w:rPr>
        <w:t>59:52  maine bahut padha hai Allah ke fazl se, koi ek kitab mujhe aisi nahi mili jo sahi maanon mein is ke andar dawah ka concept paya jata ho.</w:t>
      </w:r>
      <w:r>
        <w:br/>
      </w:r>
      <w:r>
        <w:rPr>
          <w:sz w:val="20"/>
        </w:rPr>
        <w:t>1:00:01  ek kitab bhi nahi. agar koi kehta hai ke hai kitab, main urdu zaban ki baat kar raha hoon, koi urdu kitab to woh mujhe bataye. hatta ke dekhiye, fiqh par jo kitabein likhi gayi hain, fiqh par is mein koi kitab o dawah o tabligh nahi.</w:t>
      </w:r>
      <w:r>
        <w:br/>
      </w:r>
      <w:r>
        <w:rPr>
          <w:sz w:val="20"/>
        </w:rPr>
        <w:t>1:00:16  yani kisi fiqhi kitab mein dawah ka chapter hi nahi hai.</w:t>
      </w:r>
      <w:r>
        <w:br/>
      </w:r>
      <w:r>
        <w:rPr>
          <w:sz w:val="20"/>
        </w:rPr>
        <w:t>1:00:20  to to musalman yani musalman mardon se bhi hadaf kar rakha hai aur auraton bhi se hadaf ho gaya hai. to asal jar yeh hai ke hamare ulama ne yani dawah ko hadaf kar diya, halanke Rasool Allah ki asal yeh thi ke dawah dawah asal se thi: "dairah Allah bizni,</w:t>
      </w:r>
      <w:r>
        <w:br/>
      </w:r>
      <w:r>
        <w:rPr>
          <w:sz w:val="20"/>
        </w:rPr>
        <w:t>1:00:44  dairah Allah bizni wa siraj munira".</w:t>
      </w:r>
      <w:r>
        <w:br/>
      </w:r>
      <w:r>
        <w:rPr>
          <w:sz w:val="20"/>
        </w:rPr>
        <w:t>1:00:51  to yeh mislan maine bahut likha hai is ke upar aur main is par qaim hoon ke kisi ek shakhs ne bhi dawah ko sahi maanon mein yani is par kuch koi kitab nahi likhi.</w:t>
      </w:r>
      <w:r>
        <w:br/>
      </w:r>
      <w:r>
        <w:rPr>
          <w:sz w:val="20"/>
        </w:rPr>
        <w:t>1:01:06  kuch log dawah ka naam lete hain lekin woh dawah woh dawah nahi hoti. woh to qaumi yani Muslim parliament ko bhi dawah kehte hain, ladai ladai ko bhi dawah kehte hain.</w:t>
      </w:r>
      <w:r>
        <w:br/>
      </w:r>
      <w:r>
        <w:rPr>
          <w:sz w:val="20"/>
        </w:rPr>
        <w:t>1:01:18  yeh to jis ko kehte hain minus marking ke mushtaq hain. yeh log jo log aisa karte hain ke doosre doosre kamon ko dawah kehte hain, woh minus marking ke mushtaq hain.</w:t>
      </w:r>
    </w:p>
    <w:p>
      <w:pPr>
        <w:pStyle w:val="Heading2"/>
      </w:pPr>
      <w:r>
        <w:t>دنیا میں اسلامی حکومت کے انتظار کی غلطی</w:t>
      </w:r>
    </w:p>
    <w:p>
      <w:r>
        <w:rPr>
          <w:color w:val="666666"/>
          <w:sz w:val="18"/>
        </w:rPr>
        <w:t>Society &amp; Dawah · Discovery of God (In Conversation with Maulana) December 25, 2011 · 2m 30s · at 19:03 · https://youtu.be/-1c1d7cFj0s?t=1143</w:t>
      </w:r>
    </w:p>
    <w:p>
      <w:r>
        <w:rPr>
          <w:i/>
        </w:rPr>
        <w:t>“معرفت اور دعوت کا انعام آخرت میں ملے گا، مگر مسلم ایمپائر کا فائدہ دنیا میں ملے گا۔ مسلم اسی چیز کی بات پر اس کا انتظار کر رہے ہیں کہ اسلامی حکومت کب قائم ہوگی۔ مولانا، اس غلط بات کو کیسے سمجھایا جائے؟”</w:t>
      </w:r>
    </w:p>
    <w:p>
      <w:r>
        <w:rPr>
          <w:sz w:val="20"/>
        </w:rPr>
        <w:t>19:03  maulana, agla sawal aya hai tamil nadu se maulana farhat ahmad salfi umri ka. unhon ne poocha hai ke marifat aur dawat ka inaam akhirat mein milega, magar muslim empire ka faida dunya mein milega.</w:t>
      </w:r>
      <w:r>
        <w:br/>
      </w:r>
      <w:r>
        <w:rPr>
          <w:sz w:val="20"/>
        </w:rPr>
        <w:t>19:21  muslim isi isi cheez ki baat pe is ka intezar kar rahe hain ke islami hukumat kab qaim hogi.</w:t>
      </w:r>
      <w:r>
        <w:br/>
      </w:r>
      <w:r>
        <w:rPr>
          <w:sz w:val="20"/>
        </w:rPr>
        <w:t>19:30  maulana, is galat baat ko kaise samjhaya jaye?</w:t>
      </w:r>
      <w:r>
        <w:br/>
      </w:r>
      <w:r>
        <w:rPr>
          <w:sz w:val="20"/>
        </w:rPr>
        <w:t>19:34  samjhaya jaye ke woh possible nahi hai. jis cheez ko muslim jo kehte hain ke muslim hukumatain theen, to woh hukumat kahan thi?</w:t>
      </w:r>
      <w:r>
        <w:br/>
      </w:r>
      <w:r>
        <w:rPr>
          <w:sz w:val="20"/>
        </w:rPr>
        <w:t>19:43  woh to dynasty thi, ek khandan hukumat kar raha tha. aam musalmanon ko to kuch bhi nahi mila hua tha, aur sari dunya mein muslim hukumat woh to possible hi nahi hai, mumkin hi nahi hai.</w:t>
      </w:r>
      <w:r>
        <w:br/>
      </w:r>
      <w:r>
        <w:rPr>
          <w:sz w:val="20"/>
        </w:rPr>
        <w:t>19:55  to ek unachievable goal ke liye musalman jo hai, apne dimagh khwamkhwah is mein apne dimagh ko masroof kiye hue hain. yeh goal achievable hi nahi hai ke sari dunya mein islami hukumat qaim ho.</w:t>
      </w:r>
      <w:r>
        <w:br/>
      </w:r>
      <w:r>
        <w:rPr>
          <w:sz w:val="20"/>
        </w:rPr>
        <w:t>20:07  na kabhi hua, na aindah hone wala hai. aur jo hukumatain bani theen musalmanon ki, woh sab dynasty theen, yani khandani badshahat.</w:t>
      </w:r>
      <w:r>
        <w:br/>
      </w:r>
      <w:r>
        <w:rPr>
          <w:sz w:val="20"/>
        </w:rPr>
        <w:t>20:18  jo kuch mila hua tha, ek khandan ko mila hua tha. to dynasty ke liye aap sare apne aap ko kya khatam kar denge?</w:t>
      </w:r>
      <w:r>
        <w:br/>
      </w:r>
      <w:r>
        <w:rPr>
          <w:sz w:val="20"/>
        </w:rPr>
        <w:t>20:26  isi ko isi ke peeche.</w:t>
      </w:r>
      <w:r>
        <w:br/>
      </w:r>
      <w:r>
        <w:rPr>
          <w:sz w:val="20"/>
        </w:rPr>
        <w:t>20:32  to behal yeh mere nazdeek political goal achievable nahi hai, sirf ek fareb hai, ek romantic concept hai. yeh woh achieve hi nahi ho sakta kabhi is dunya mein, jo ke test ke liye banai gayi hai.</w:t>
      </w:r>
      <w:r>
        <w:br/>
      </w:r>
      <w:r>
        <w:rPr>
          <w:sz w:val="20"/>
        </w:rPr>
        <w:t>20:48  aur marifat aur dawat to har ek aadmi ke liye achievable hai. har aadmi apne aap ko عارف bana sakta hai, har aadmi apne aap ko dāi bana sakta hai.</w:t>
      </w:r>
      <w:r>
        <w:br/>
      </w:r>
      <w:r>
        <w:rPr>
          <w:sz w:val="20"/>
        </w:rPr>
        <w:t>21:00  is baat ko log nahi samajhte, is farq ko jaan lein. agar ke عارف banna aur dāi banna, yeh to hamare bas mein hai, lekin islami hukumat sari dunya mein qaim karna, yeh to bas mein nahi hai, achievable hi nahi hai.</w:t>
      </w:r>
      <w:r>
        <w:br/>
      </w:r>
      <w:r>
        <w:rPr>
          <w:sz w:val="20"/>
        </w:rPr>
        <w:t>21:11  woh sary se is ko chand samajhte hain, samajhte hain yeh log. aur bohat si kitabein chhapi hui hain, jo is mein romantic baatein hain, un romantic baaton mein phanse hue hain log.</w:t>
      </w:r>
      <w:r>
        <w:br/>
      </w:r>
      <w:r>
        <w:rPr>
          <w:sz w:val="20"/>
        </w:rPr>
        <w:t>21:23  to is ko clear kar diya jaye to inshallah yaqeenan apni islaah kar lenge log.</w:t>
      </w:r>
    </w:p>
    <w:p>
      <w:pPr>
        <w:pStyle w:val="Heading2"/>
      </w:pPr>
      <w:r>
        <w:t>مسلمانوں میں سائنسی تحقیق کی کمی کی وجہ</w:t>
      </w:r>
    </w:p>
    <w:p>
      <w:r>
        <w:rPr>
          <w:color w:val="666666"/>
          <w:sz w:val="18"/>
        </w:rPr>
        <w:t>Society &amp; Dawah · Dars-e-Quran, Ch. 12, V. 105 ; Ch. 10 V. 61 (Study of Nature) | July 15, 2018 · 2m 38s · at 1:08:11 · https://youtu.be/5d-qNvpMg4k?t=4091</w:t>
      </w:r>
    </w:p>
    <w:p>
      <w:r>
        <w:rPr>
          <w:i/>
        </w:rPr>
        <w:t>“کیا آج مسلمانوں میں سپرٹ آف ان کوائری ختم ہونے کی وجہ سے سائنس کی تحقیق بھی ختم ہوگئی ہے؟ اس کی وضاحت کریں۔”</w:t>
      </w:r>
    </w:p>
    <w:p>
      <w:r>
        <w:rPr>
          <w:sz w:val="20"/>
        </w:rPr>
        <w:t>1:08:11  evil forces and good forces. ji haan, to yeh to nature hai. yeh yeh yeh jari rahega. isi se taraqqi hoti hai. isi se personality development hota hai. maulana agla sawal ah bihar se kiya hai qase raza raza sahib ne. unhon ne likha hai ke kya aaj musalmanon mein spirit of in</w:t>
      </w:r>
      <w:r>
        <w:br/>
      </w:r>
      <w:r>
        <w:rPr>
          <w:sz w:val="20"/>
        </w:rPr>
        <w:t>1:08:41  inquiry khatam hone ki wajah se science ki tehqeeq bhi khatam ho gayi hai? is ki wazahat karen.</w:t>
      </w:r>
      <w:r>
        <w:br/>
      </w:r>
      <w:r>
        <w:rPr>
          <w:sz w:val="20"/>
        </w:rPr>
        <w:t>1:08:47  ab baat to theek lagti hai mujhe.</w:t>
      </w:r>
      <w:r>
        <w:br/>
      </w:r>
      <w:r>
        <w:rPr>
          <w:sz w:val="20"/>
        </w:rPr>
        <w:t>1:08:53  musalmanon mein spirit of inquiry mere to khaas hai hi nahin.</w:t>
      </w:r>
      <w:r>
        <w:br/>
      </w:r>
      <w:r>
        <w:rPr>
          <w:sz w:val="20"/>
        </w:rPr>
        <w:t>1:08:59  ya to mukhalif pahunch jaate hain ya muwafiq pahunch jaate hain.</w:t>
      </w:r>
      <w:r>
        <w:br/>
      </w:r>
      <w:r>
        <w:rPr>
          <w:sz w:val="20"/>
        </w:rPr>
        <w:t>1:09:05  kisi ke khilaf bolte hain ya kisi ke muwafqat bolte hain.</w:t>
      </w:r>
      <w:r>
        <w:br/>
      </w:r>
      <w:r>
        <w:rPr>
          <w:sz w:val="20"/>
        </w:rPr>
        <w:t>1:09:12  kisi ko to woh isi jis ko kehte hain spirit of inquiry. woh shayad musalmanon mein sahi taur par hai nahi. is ko revive karne ki zaroorat hai. maulana do comment parhna chahenge. ah pehla comment bheja hai maulana yaqoob umri ne. unhon ne likha hai, "maulana, the concept of knowledge expansion you</w:t>
      </w:r>
      <w:r>
        <w:br/>
      </w:r>
      <w:r>
        <w:rPr>
          <w:sz w:val="20"/>
        </w:rPr>
        <w:t>1:09:42  described, i have never heard or read about it before. muslims in history have focused on their political expansion rather than knowledge expansion. this is also a tragedy that now a days muslims could not identify those who did knowledge expansion." maulana sahib, you are so true. sahi, jazakumullah. maulana agla comment bheja hai naseer sinha sahib</w:t>
      </w:r>
      <w:r>
        <w:br/>
      </w:r>
      <w:r>
        <w:rPr>
          <w:sz w:val="20"/>
        </w:rPr>
        <w:t>1:10:12  ne tamapur se.</w:t>
      </w:r>
      <w:r>
        <w:br/>
      </w:r>
      <w:r>
        <w:rPr>
          <w:sz w:val="20"/>
        </w:rPr>
        <w:t>1:10:18  unhon ne likha hai, "maulana sahab, main ne ek company mein ek hindu salesman ko canada ka</w:t>
      </w:r>
      <w:r>
        <w:br/>
      </w:r>
      <w:r>
        <w:rPr>
          <w:sz w:val="20"/>
        </w:rPr>
        <w:t>1:10:24  quran diya to unhon ne bohat khushi se liya.</w:t>
      </w:r>
      <w:r>
        <w:br/>
      </w:r>
      <w:r>
        <w:rPr>
          <w:sz w:val="20"/>
        </w:rPr>
        <w:t>1:10:30  phir woh mujhe dobara mile to unhon ne kaha ke aap ne jo quran diya hai woh bohat acha hai.</w:t>
      </w:r>
      <w:r>
        <w:br/>
      </w:r>
      <w:r>
        <w:rPr>
          <w:sz w:val="20"/>
        </w:rPr>
        <w:t>1:10:37  main ise rozana sone se pehle aadha ghanta parh ke sota hoon." keh kar shukriya ada kiya. mashallah, mashallah,</w:t>
      </w:r>
      <w:r>
        <w:br/>
      </w:r>
      <w:r>
        <w:rPr>
          <w:sz w:val="20"/>
        </w:rPr>
        <w:t>1:10:43  mashallah.</w:t>
      </w:r>
    </w:p>
    <w:p>
      <w:pPr>
        <w:pStyle w:val="Heading2"/>
      </w:pPr>
      <w:r>
        <w:t>کیا مرد و عورت کے کاموں کی تقسیم الہٰی ہے؟</w:t>
      </w:r>
    </w:p>
    <w:p>
      <w:r>
        <w:rPr>
          <w:color w:val="666666"/>
          <w:sz w:val="18"/>
        </w:rPr>
        <w:t>Society &amp; Dawah · God Oriented Life (In Conversation with Maulana) 23 10 11 · 4m 17s · at 23:46 · https://youtu.be/E_LWwsWww2U?t=1426</w:t>
      </w:r>
    </w:p>
    <w:p>
      <w:r>
        <w:rPr>
          <w:i/>
        </w:rPr>
        <w:t>“I have some issues with divine ordaining of division of labor between men and women as you have indicated that it is the man to work outside and woman to home. Is this divine ordaining subject to change with demands of changing life? Women not only do so much outside these days, they even are recruited to the defense and assigned to front line and field action where they are vulnerable targets for abuse. I realize the physical...”</w:t>
      </w:r>
    </w:p>
    <w:p>
      <w:r>
        <w:rPr>
          <w:sz w:val="20"/>
        </w:rPr>
        <w:t>23:46  maulana agla sawal aaya hai mister kailash nath ka kingston usa se unhone likha hai maulana i have some issues with the divine ordaining of division of labor between men and women as you have indicated that is the man to work outside and woman to home is this divine ordaining ordaining subject to change with the demands of changing life</w:t>
      </w:r>
      <w:r>
        <w:br/>
      </w:r>
      <w:r>
        <w:rPr>
          <w:sz w:val="20"/>
        </w:rPr>
        <w:t>24:13  Women not only do so much outside these days, they even are recruited to the defense and</w:t>
      </w:r>
      <w:r>
        <w:br/>
      </w:r>
      <w:r>
        <w:rPr>
          <w:sz w:val="20"/>
        </w:rPr>
        <w:t>24:19  assigned to frontline and field action where they are vulnerable targets for abuse. I realized the physical</w:t>
      </w:r>
      <w:r>
        <w:br/>
      </w:r>
      <w:r>
        <w:rPr>
          <w:sz w:val="20"/>
        </w:rPr>
        <w:t>24:28  and psychological differences in the makeup and constitution between men and women. But isn't it that men</w:t>
      </w:r>
      <w:r>
        <w:br/>
      </w:r>
      <w:r>
        <w:rPr>
          <w:sz w:val="20"/>
        </w:rPr>
        <w:t>24:35  can do a lot to share and be a helping hand for women at home and women can</w:t>
      </w:r>
      <w:r>
        <w:br/>
      </w:r>
      <w:r>
        <w:rPr>
          <w:sz w:val="20"/>
        </w:rPr>
        <w:t>24:41  do the same with men outside</w:t>
      </w:r>
      <w:r>
        <w:br/>
      </w:r>
      <w:r>
        <w:rPr>
          <w:sz w:val="20"/>
        </w:rPr>
        <w:t>24:45  wouldnt this divine ordain of division of labor you are talking about are so much at odds with the realities of the world we live in your comments in this regard will help and may god give you keep you going in continuing to guide and bless us towards our efforts to make good sense out of this complex world</w:t>
      </w:r>
      <w:r>
        <w:br/>
      </w:r>
      <w:r>
        <w:rPr>
          <w:sz w:val="20"/>
        </w:rPr>
        <w:t>25:06  dekhiye maine aisa nahi likha hai aap is ko phir se padhiye meri tehreer ko ke aurat</w:t>
      </w:r>
      <w:r>
        <w:br/>
      </w:r>
      <w:r>
        <w:rPr>
          <w:sz w:val="20"/>
        </w:rPr>
        <w:t>25:12  sirf ghar kaam kare aur aurat sirf bahar kaam kare aisa maine likha hai maine kaha</w:t>
      </w:r>
      <w:r>
        <w:br/>
      </w:r>
      <w:r>
        <w:rPr>
          <w:sz w:val="20"/>
        </w:rPr>
        <w:t>25:17  ke basically aisa hona chahiye basically wahan lafz padhiye aap mera hmm aisa nahi likha likha maine</w:t>
      </w:r>
      <w:r>
        <w:br/>
      </w:r>
      <w:r>
        <w:rPr>
          <w:sz w:val="20"/>
        </w:rPr>
        <w:t>25:23  kabhi bhi nahi likha hai yani ek general division yeh hai general aam halat mein ke aisa aurat</w:t>
      </w:r>
      <w:r>
        <w:br/>
      </w:r>
      <w:r>
        <w:rPr>
          <w:sz w:val="20"/>
        </w:rPr>
        <w:t>25:32  kare aisa mard kare lekin agar aap zaroorat samajhte hain to mard bahar ja kar kaam kar sakti</w:t>
      </w:r>
      <w:r>
        <w:br/>
      </w:r>
      <w:r>
        <w:rPr>
          <w:sz w:val="20"/>
        </w:rPr>
        <w:t>25:40  hai aur is mein koi islam mein koi harj nahi hai harj asal cheez jo hai dekhiye yeh</w:t>
      </w:r>
      <w:r>
        <w:br/>
      </w:r>
      <w:r>
        <w:rPr>
          <w:sz w:val="20"/>
        </w:rPr>
        <w:t>25:48  nahi ke aurat ghar mein confine rahi hai matlab nahi asal</w:t>
      </w:r>
      <w:r>
        <w:br/>
      </w:r>
      <w:r>
        <w:rPr>
          <w:sz w:val="20"/>
        </w:rPr>
        <w:t>25:52  mein asal cheez jo islam mein hai woh newdity</w:t>
      </w:r>
      <w:r>
        <w:br/>
      </w:r>
      <w:r>
        <w:rPr>
          <w:sz w:val="20"/>
        </w:rPr>
        <w:t>25:56  یعنی free society اور یہ سب جو ہوتا ہے یعنی مرد عورت بالکل مچھلیوں کی طرح رہتے ہیں</w:t>
      </w:r>
      <w:r>
        <w:br/>
      </w:r>
      <w:r>
        <w:rPr>
          <w:sz w:val="20"/>
        </w:rPr>
        <w:t>26:03  yeh sab galat hai islam mein</w:t>
      </w:r>
      <w:r>
        <w:br/>
      </w:r>
      <w:r>
        <w:rPr>
          <w:sz w:val="20"/>
        </w:rPr>
        <w:t>26:06  aisa nahi ke aurat bahar kaam nahi kar sakti</w:t>
      </w:r>
      <w:r>
        <w:br/>
      </w:r>
      <w:r>
        <w:rPr>
          <w:sz w:val="20"/>
        </w:rPr>
        <w:t>26:11  aisa hargiz nahi hai lekin aam halaat mein maine kaha hai ke aam halaat mein</w:t>
      </w:r>
      <w:r>
        <w:br/>
      </w:r>
      <w:r>
        <w:rPr>
          <w:sz w:val="20"/>
        </w:rPr>
        <w:t>26:17  agar yeh arrangement hota hai ke aurat ghar ka sambhalti hai mard bahar ka sambhalta hai to yeh</w:t>
      </w:r>
      <w:r>
        <w:br/>
      </w:r>
      <w:r>
        <w:rPr>
          <w:sz w:val="20"/>
        </w:rPr>
        <w:t>26:24  ایک نیچرل ڈیویژن ہوگا آپ یورپ امریکہ کا ذکر فرما رہے ہیں میں بار بار وہاں گیا ہوں</w:t>
      </w:r>
      <w:r>
        <w:br/>
      </w:r>
      <w:r>
        <w:rPr>
          <w:sz w:val="20"/>
        </w:rPr>
        <w:t>26:31  wahan par chounke is is ko nahi mante log to is se bohat nuksan hua hai wahan jis</w:t>
      </w:r>
      <w:r>
        <w:br/>
      </w:r>
      <w:r>
        <w:rPr>
          <w:sz w:val="20"/>
        </w:rPr>
        <w:t>26:37  ko</w:t>
      </w:r>
      <w:r>
        <w:br/>
      </w:r>
      <w:r>
        <w:rPr>
          <w:sz w:val="20"/>
        </w:rPr>
        <w:t>26:37  کہتے ہیں broken homes, broken homes جو مسئلہ پیدا ہوا ہے وہ ہر وہاں کا سپر مسئلہ ہے</w:t>
      </w:r>
      <w:r>
        <w:br/>
      </w:r>
      <w:r>
        <w:rPr>
          <w:sz w:val="20"/>
        </w:rPr>
        <w:t>26:44  broken homes, yaani maa mein alag, bachche alag, aur shauhar alag. Toh bachche bilkul yaani koi unki</w:t>
      </w:r>
      <w:r>
        <w:br/>
      </w:r>
      <w:r>
        <w:rPr>
          <w:sz w:val="20"/>
        </w:rPr>
        <w:t>26:55  ٹریننگ نہیں ہوتی بالکل اینیمل کی طرح جیتے ہیں وہ تو broken homes کو جو جو phenomena وہاں</w:t>
      </w:r>
      <w:r>
        <w:br/>
      </w:r>
      <w:r>
        <w:rPr>
          <w:sz w:val="20"/>
        </w:rPr>
        <w:t>27:01  ہے وہ وہ تو super evil ہے وہاں کی سوسائٹی بالکل یعنی تباہ ہو گئی اس کی بنا</w:t>
      </w:r>
      <w:r>
        <w:br/>
      </w:r>
      <w:r>
        <w:rPr>
          <w:sz w:val="20"/>
        </w:rPr>
        <w:t>27:09  par to natural taqseem mein yeh hai maine kaha hai ke dono shobe hain yani ghar sambhalna</w:t>
      </w:r>
      <w:r>
        <w:br/>
      </w:r>
      <w:r>
        <w:rPr>
          <w:sz w:val="20"/>
        </w:rPr>
        <w:t>27:18  bachon ko sambhalna aur bahar ka sambhalna bhi lekin yeh koi</w:t>
      </w:r>
      <w:r>
        <w:br/>
      </w:r>
      <w:r>
        <w:rPr>
          <w:sz w:val="20"/>
        </w:rPr>
        <w:t>27:22  aisa nahi ke aise hi lazman har jagah hona chahiye maine yeh bhi kaha hai aap parhein</w:t>
      </w:r>
      <w:r>
        <w:br/>
      </w:r>
      <w:r>
        <w:rPr>
          <w:sz w:val="20"/>
        </w:rPr>
        <w:t>27:27  اس کو کہ یہ جو generation کو جو تیار کرنا ہے کہ through education اس کے لیے best</w:t>
      </w:r>
      <w:r>
        <w:br/>
      </w:r>
      <w:r>
        <w:rPr>
          <w:sz w:val="20"/>
        </w:rPr>
        <w:t>27:38  teacher aurtein hoti hain yani education ka jo department hai woh aurton ko sambhalna chahiye kyunke aurtein bohat</w:t>
      </w:r>
      <w:r>
        <w:br/>
      </w:r>
      <w:r>
        <w:rPr>
          <w:sz w:val="20"/>
        </w:rPr>
        <w:t>27:46  acha teaching ka job kar sakti hain yeh bhi maine likha hai to aap phir se parhiye</w:t>
      </w:r>
      <w:r>
        <w:br/>
      </w:r>
      <w:r>
        <w:rPr>
          <w:sz w:val="20"/>
        </w:rPr>
        <w:t>27:51  is ko maine is ko aisa nahi likha hai ke sirf yeh aur sirf woh</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