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70 questions · category Society &amp; Dawah · full transcripts with timestamps · exported 2026-09-21</w:t>
      </w:r>
    </w:p>
    <w:p>
      <w:pPr>
        <w:pStyle w:val="Heading2"/>
      </w:pPr>
      <w:r>
        <w:t>Advice for victims of communalism</w:t>
      </w:r>
    </w:p>
    <w:p>
      <w:r>
        <w:rPr>
          <w:color w:val="666666"/>
          <w:sz w:val="18"/>
        </w:rPr>
        <w:t>Society &amp; Dawah · Discovery of Paradise March 22, 2015 · 6m 48s · at 1:05:46 · https://youtu.be/2axrfd7sZkE?t=3946</w:t>
      </w:r>
    </w:p>
    <w:p>
      <w:r>
        <w:rPr>
          <w:i/>
        </w:rPr>
        <w:t>“There is an increase of communalism these days. What is your advice to all those who have become victims of this communalism?”</w:t>
      </w:r>
    </w:p>
    <w:p>
      <w:r>
        <w:rPr>
          <w:sz w:val="20"/>
        </w:rPr>
        <w:t>1:05:46  maulana, agla sawal pune se kya hai imran sahib ne, aur unhon ne likha hai ke: "maulana, there is an increase of communalism these days.</w:t>
      </w:r>
      <w:r>
        <w:br/>
      </w:r>
      <w:r>
        <w:rPr>
          <w:sz w:val="20"/>
        </w:rPr>
        <w:t>1:05:58  what is your advice to all those who have become victims of this communalism?"</w:t>
      </w:r>
      <w:r>
        <w:br/>
      </w:r>
      <w:r>
        <w:rPr>
          <w:sz w:val="20"/>
        </w:rPr>
        <w:t>1:06:09  dekhen, yeh to poori tareekh mein raha hai. mein samajhta hoon ke iblis ne jo challenge diya tha ke: "la tajzi akthar shakin", allah taala ne jo kaha tha ke tu akthar logon ko shukr karne wala hi payega.</w:t>
      </w:r>
      <w:r>
        <w:br/>
      </w:r>
      <w:r>
        <w:rPr>
          <w:sz w:val="20"/>
        </w:rPr>
        <w:t>1:06:25  communalism kya hai? yeh nashukri hai. communalism kya hai? ek nashukri hai.</w:t>
      </w:r>
      <w:r>
        <w:br/>
      </w:r>
      <w:r>
        <w:rPr>
          <w:sz w:val="20"/>
        </w:rPr>
        <w:t>1:06:34  misalan isi jahan mein rehta hoon, norman west mein, ek sahib jo yahan par rehte hain, un ki kothi hai yahan par, woh mujh se mile aur lage yani kamre mein baaten karne lage ke musalmanon ke sath description hota hai, musalmanon par zulm hota hai, musalmanon ke khilaf conspiracy kiya aati hai?</w:t>
      </w:r>
      <w:r>
        <w:br/>
      </w:r>
      <w:r>
        <w:rPr>
          <w:sz w:val="20"/>
        </w:rPr>
        <w:t>1:06:55  kya kya aati hai?</w:t>
      </w:r>
      <w:r>
        <w:br/>
      </w:r>
      <w:r>
        <w:rPr>
          <w:sz w:val="20"/>
        </w:rPr>
        <w:t>1:06:56  to maine kaha ke aap jahan hain, netherland west mein, yeh khud aap ki tardeed kar raha hai kyunke azadi ke baad, 1947 ke baad, jab yeh colony bani thi to ek hindu colony thi.</w:t>
      </w:r>
      <w:r>
        <w:br/>
      </w:r>
      <w:r>
        <w:rPr>
          <w:sz w:val="20"/>
        </w:rPr>
        <w:t>1:07:11  sare hindu hindu the yahan par kyunke basically yeh bani thi shehriyon ke liye. aaj yahan zyada tar musalman hain, musalman hain. to with that discrimination, yeh poore poore india mein yahi baat har jagah hai.</w:t>
      </w:r>
      <w:r>
        <w:br/>
      </w:r>
      <w:r>
        <w:rPr>
          <w:sz w:val="20"/>
        </w:rPr>
        <w:t>1:07:27  kahin bhi ja kar dekhen aap. misalan jab mein gaya tha shuru mein hyderabad pehli bar to wahan maine dekha ke wahan railway train se gaya tha mein to train ke bahar jab mein nikla, is is station ke bahar mein nikla to sab rickshaw wale khade hue the.</w:t>
      </w:r>
      <w:r>
        <w:br/>
      </w:r>
      <w:r>
        <w:rPr>
          <w:sz w:val="20"/>
        </w:rPr>
        <w:t>1:07:45  woh rickshaw wale sab zyada tar musalman the.</w:t>
      </w:r>
      <w:r>
        <w:br/>
      </w:r>
      <w:r>
        <w:rPr>
          <w:sz w:val="20"/>
        </w:rPr>
        <w:t>1:07:48  ab mein jata hoon to wahan sab carain khari hui, ab caron ke dhair hain wahan par, woh sab musalman hotay hain.</w:t>
      </w:r>
      <w:r>
        <w:br/>
      </w:r>
      <w:r>
        <w:rPr>
          <w:sz w:val="20"/>
        </w:rPr>
        <w:t>1:07:58  to jo jo musalman 1947 ke baad wahan par rickshaw chala rahay thay, aaj woh carain chala rahay hain.</w:t>
      </w:r>
      <w:r>
        <w:br/>
      </w:r>
      <w:r>
        <w:rPr>
          <w:sz w:val="20"/>
        </w:rPr>
        <w:t>1:08:09  to yeh to yani blindness ki baat hai. mere khayal se India ke jis maqam par jayen, mein khud apnay gaon mein gaya, jo hamara gaon hai UP mein, to shuru mein jo wahan gaon ka haal tha, aaj us se far better hai.</w:t>
      </w:r>
      <w:r>
        <w:br/>
      </w:r>
      <w:r>
        <w:rPr>
          <w:sz w:val="20"/>
        </w:rPr>
        <w:t>1:08:26  aaj wahan bijli hai, telephone hai, school hai, pul hai, aur naye tareeqay se log caste kar rahay hain.</w:t>
      </w:r>
      <w:r>
        <w:br/>
      </w:r>
      <w:r>
        <w:rPr>
          <w:sz w:val="20"/>
        </w:rPr>
        <w:t>1:08:34  har cheez mein taraqqi hui hai. to yeh to farzi baaten hain. yeh sab to communalism jo hai, woh haqeeqat mein nashukri ki wajah se aata hai.</w:t>
      </w:r>
      <w:r>
        <w:br/>
      </w:r>
      <w:r>
        <w:rPr>
          <w:sz w:val="20"/>
        </w:rPr>
        <w:t>1:08:44  yani shaitan ne kya kiya hai ke 99 item jo achhay hain, us ko bhulata hai. aik item agar kuch ho to us ko khoob yaad dilayega.</w:t>
      </w:r>
      <w:r>
        <w:br/>
      </w:r>
      <w:r>
        <w:rPr>
          <w:sz w:val="20"/>
        </w:rPr>
        <w:t>1:09:00  misalan jin se mujhe baat hui thi, unhon ne kaha ke aur Babri Masjid ko hum kaise bhula denge? to bas isi item ko shaitan ko dimagh mein dali hui hai.</w:t>
      </w:r>
      <w:r>
        <w:br/>
      </w:r>
      <w:r>
        <w:rPr>
          <w:sz w:val="20"/>
        </w:rPr>
        <w:t>1:09:10  yani aik item ko dale hue hain aur 99 item ko bhulaye hue hain. isi ka naam nashukri hai. to communalism jo us waqt dunya mein, India mein hai, woh haqeeqat mein nature clear hai.</w:t>
      </w:r>
      <w:r>
        <w:br/>
      </w:r>
      <w:r>
        <w:rPr>
          <w:sz w:val="20"/>
        </w:rPr>
        <w:t>1:09:24  aisay America mein kya hai?</w:t>
      </w:r>
      <w:r>
        <w:br/>
      </w:r>
      <w:r>
        <w:rPr>
          <w:sz w:val="20"/>
        </w:rPr>
        <w:t>1:09:26  America mein aik sahab lagay baaten karne ke, hamaray khilaf description bhi kiya jata hai aur excise hoti hai. to mein ne un se poocha ke aap ke aap jis mulk se aaye hain, wahan aap ke baap dada ki jo halat thi, aaj aaj aap ki kaisi hai?</w:t>
      </w:r>
      <w:r>
        <w:br/>
      </w:r>
      <w:r>
        <w:rPr>
          <w:sz w:val="20"/>
        </w:rPr>
        <w:t>1:09:43  to unhon ne kaha ke mujh se bohat behtar hai. to phir mein ne kaha ke kahan ustad is kaam kar rahi hai?</w:t>
      </w:r>
      <w:r>
        <w:br/>
      </w:r>
      <w:r>
        <w:rPr>
          <w:sz w:val="20"/>
        </w:rPr>
        <w:t>1:09:49  har jagah yeh qissa hai ke shaitan ne logon ko yeh kar rakha hai ke 99 percent item jo behtar hain, us ko bhula rakha hai.</w:t>
      </w:r>
      <w:r>
        <w:br/>
      </w:r>
      <w:r>
        <w:rPr>
          <w:sz w:val="20"/>
        </w:rPr>
        <w:t>1:09:58  aik item jo hai, us ko usi ko khoob yaad dilata hai.</w:t>
      </w:r>
      <w:r>
        <w:br/>
      </w:r>
      <w:r>
        <w:rPr>
          <w:sz w:val="20"/>
        </w:rPr>
        <w:t>1:10:05  to communalism haqeeqat mein naam hai nashukri ka. is ki jar mein jo hai, nashukri hai. is ki jar mein nashukri hai.</w:t>
      </w:r>
      <w:r>
        <w:br/>
      </w:r>
      <w:r>
        <w:rPr>
          <w:sz w:val="20"/>
        </w:rPr>
        <w:t>1:10:15  aisay hi mein aik martaba bahar gaya, Arab wahan par aik sheikh ke ghar par dinner tha to India ke kuch log wahan par thay, mein bhi tha.</w:t>
      </w:r>
      <w:r>
        <w:br/>
      </w:r>
      <w:r>
        <w:rPr>
          <w:sz w:val="20"/>
        </w:rPr>
        <w:t>1:10:30  to India ke aik sahab, jo ab un ki death ho chuki hai, woh leader thay. woh to kya kehtay hain ke India mein musalmanon ko masjid mein bhi sajda karne ki ijazat nahi hai.</w:t>
      </w:r>
      <w:r>
        <w:br/>
      </w:r>
      <w:r>
        <w:rPr>
          <w:sz w:val="20"/>
        </w:rPr>
        <w:t>1:10:47  Arab sheikh ke samnay sheikh Arab kahi ke India mein musalmanon ko masjid mein bhi sajda karne ki ijazat nahi hai.</w:t>
      </w:r>
      <w:r>
        <w:br/>
      </w:r>
      <w:r>
        <w:rPr>
          <w:sz w:val="20"/>
        </w:rPr>
        <w:t>1:10:58  mein ne kaha kon se India? hum bhi to wahin rehtay hain.</w:t>
      </w:r>
      <w:r>
        <w:br/>
      </w:r>
      <w:r>
        <w:rPr>
          <w:sz w:val="20"/>
        </w:rPr>
        <w:t>1:11:01  kaha dekhen Safdarjung ki Masjid. to Safdarjung ki Masjid jo hai, woh archaeology ke tehat hai. archaeology ka nizam alag hota hai.</w:t>
      </w:r>
      <w:r>
        <w:br/>
      </w:r>
      <w:r>
        <w:rPr>
          <w:sz w:val="20"/>
        </w:rPr>
        <w:t>1:11:13  baqi India mein paanch lakh masjidain hain, har masjid mein khoob namaz ho rahi hai, azan ho rahi hai. to is mani ke paanch lakh masjidon ko bhula kar ke aik masjid ko shaitan ne sikhaya.</w:t>
      </w:r>
      <w:r>
        <w:br/>
      </w:r>
      <w:r>
        <w:rPr>
          <w:sz w:val="20"/>
        </w:rPr>
        <w:t>1:11:26  dekho bhai, wahan tala laga hua hai. to communalism mere nazdeek jo hai, is ki jar mein nashukri hai aur nashukri jahan hai, wahan shaitan hai.</w:t>
      </w:r>
      <w:r>
        <w:br/>
      </w:r>
      <w:r>
        <w:rPr>
          <w:sz w:val="20"/>
        </w:rPr>
        <w:t>1:11:34  aadmi shaitan ka influence mein aa gaya hai. mein to yahi kahunga.</w:t>
      </w:r>
    </w:p>
    <w:p>
      <w:pPr>
        <w:pStyle w:val="Heading2"/>
      </w:pPr>
      <w:r>
        <w:t>America's success in eliminating terrorism</w:t>
      </w:r>
    </w:p>
    <w:p>
      <w:r>
        <w:rPr>
          <w:color w:val="666666"/>
          <w:sz w:val="18"/>
        </w:rPr>
        <w:t>Society &amp; Dawah · Islamic Pacifism Q&amp;A 8 May 2011 · 9m 01s · at 35:38 · https://youtu.be/5ZersGDNVcw?t=2138</w:t>
      </w:r>
    </w:p>
    <w:p>
      <w:r>
        <w:rPr>
          <w:i/>
        </w:rPr>
        <w:t>“To what extent has America been successful in eliminating terrorism? What is your opinion about this?”</w:t>
      </w:r>
    </w:p>
    <w:p>
      <w:r>
        <w:rPr>
          <w:sz w:val="20"/>
        </w:rPr>
        <w:t>35:38  Maulana Yaqoob Umri ne Solahpur se sawal kiya hai. Unhon ne likha hai: "America terrorism ko khatam karne mein kahan tak kamyab hai?" Is ke baray mein aap ka kya khayal hai?</w:t>
      </w:r>
      <w:r>
        <w:br/>
      </w:r>
      <w:r>
        <w:rPr>
          <w:sz w:val="20"/>
        </w:rPr>
        <w:t>35:51  To aaj ke to yahi tha mauzu. Main ne is mein yahi kaha hai ke na Osama kamyab hai, na America kamyab hai.</w:t>
      </w:r>
      <w:r>
        <w:br/>
      </w:r>
      <w:r>
        <w:rPr>
          <w:sz w:val="20"/>
        </w:rPr>
        <w:t>36:00  Dono nakaam hain. Kyun ke military koi option nahi hai.</w:t>
      </w:r>
      <w:r>
        <w:br/>
      </w:r>
      <w:r>
        <w:rPr>
          <w:sz w:val="20"/>
        </w:rPr>
        <w:t>36:08  Dekhiye, yeh jo America jo kar raha hai, woh is liye nahi kar raha hai ke woh khatam kar sakta hai. Woh out of revenge kar raha hai. Jab nine eleven ka waqia hua tha to us waqt ka jo president tha, us ne kaha tha ke hum is ka inteqaam len ge.</w:t>
      </w:r>
      <w:r>
        <w:br/>
      </w:r>
      <w:r>
        <w:rPr>
          <w:sz w:val="20"/>
        </w:rPr>
        <w:t>36:25  Hum is ka inteqaam len ge. To aam jagah dekhiye aap, gharon mein, apne mohallay mein dekhiye aap, jab koi waqia aisa hota hai to inteqaam ki aag bhark uthti hai.</w:t>
      </w:r>
      <w:r>
        <w:br/>
      </w:r>
      <w:r>
        <w:rPr>
          <w:sz w:val="20"/>
        </w:rPr>
        <w:t>36:35  Revenge ki aag. To yeh sab revenge ka mamla hai. Woh bhi revenge le rahe hain, woh bhi revenge le rahe hain.</w:t>
      </w:r>
      <w:r>
        <w:br/>
      </w:r>
      <w:r>
        <w:rPr>
          <w:sz w:val="20"/>
        </w:rPr>
        <w:t>36:44  To koi result ko dekh nahi raha hai. Haalankeh result ko dekha hai to laga hai ke yeh to aap ek futa le ke size kar rahe hain.</w:t>
      </w:r>
      <w:r>
        <w:br/>
      </w:r>
      <w:r>
        <w:rPr>
          <w:sz w:val="20"/>
        </w:rPr>
        <w:t>36:55  Kyun ke hamari sari jo koshishen hain, woh counter productive ban rahi hain.</w:t>
      </w:r>
      <w:r>
        <w:br/>
      </w:r>
      <w:r>
        <w:rPr>
          <w:sz w:val="20"/>
        </w:rPr>
        <w:t>37:01  Woh result ko dekh nahi rahe. To na America dekh raha hai, na Al-Qaeda dekh raha hai. Dono is mein mere barabar ke shareek hain.</w:t>
      </w:r>
      <w:r>
        <w:br/>
      </w:r>
      <w:r>
        <w:rPr>
          <w:sz w:val="20"/>
        </w:rPr>
        <w:t>37:13  Maulana Abdul Basit Umri ne Doha Qatar se poocha hai ke tadreej ki, Islam mein tadreej ki kya ahmiyat hai?</w:t>
      </w:r>
      <w:r>
        <w:br/>
      </w:r>
      <w:r>
        <w:rPr>
          <w:sz w:val="20"/>
        </w:rPr>
        <w:t>37:25  Tadreej ka matlab hota hai gradual process. Islam mein dekhiye, gradual change mana jata hai.</w:t>
      </w:r>
      <w:r>
        <w:br/>
      </w:r>
      <w:r>
        <w:rPr>
          <w:sz w:val="20"/>
        </w:rPr>
        <w:t>37:34  Radical change nahin.</w:t>
      </w:r>
      <w:r>
        <w:br/>
      </w:r>
      <w:r>
        <w:rPr>
          <w:sz w:val="20"/>
        </w:rPr>
        <w:t>37:38  Yaani gradual tor par, dheere dheere badlao lana. Yeh hai Islam mein. Radical change Islam mein nahin hai. Kyunke woh nature ke khilaaf hai, fitrat ke khilaaf hai.</w:t>
      </w:r>
      <w:r>
        <w:br/>
      </w:r>
      <w:r>
        <w:rPr>
          <w:sz w:val="20"/>
        </w:rPr>
        <w:t>37:50  Islam ke Rasool Allah Sal Allah o Alaihi Wasallam ki jo poori life aap parhein to jo aap tabdeeli laye samaaj mein, main woh sab gradual tareeqe par laye.</w:t>
      </w:r>
      <w:r>
        <w:br/>
      </w:r>
      <w:r>
        <w:rPr>
          <w:sz w:val="20"/>
        </w:rPr>
        <w:t>37:59  Radical tareeqe par nahin.</w:t>
      </w:r>
      <w:r>
        <w:br/>
      </w:r>
      <w:r>
        <w:rPr>
          <w:sz w:val="20"/>
        </w:rPr>
        <w:t>38:01  Kyunke radical tareeqe par koi tabdeeli kabhi aa nahin sakti hai. Yeh to ek radical change ek lafz hai. Iska koi matlab nahin hai.</w:t>
      </w:r>
      <w:r>
        <w:br/>
      </w:r>
      <w:r>
        <w:rPr>
          <w:sz w:val="20"/>
        </w:rPr>
        <w:t>38:11  To gradual change hi possible hai, wahi Islam ka tareeqa hai.</w:t>
      </w:r>
      <w:r>
        <w:br/>
      </w:r>
      <w:r>
        <w:rPr>
          <w:sz w:val="20"/>
        </w:rPr>
        <w:t>38:19  Jaise misaal ke tor par dekhiye aap, Makka mein sharab haram nahin ki gayi. Haalanke Khudai shariyat mein sharab haram hua karti hai.</w:t>
      </w:r>
      <w:r>
        <w:br/>
      </w:r>
      <w:r>
        <w:rPr>
          <w:sz w:val="20"/>
        </w:rPr>
        <w:t>38:29  Makka mein haram nahin ki gayi. Dheere dheere ahkaam utarte rahe sharab ke bare mein.</w:t>
      </w:r>
      <w:r>
        <w:br/>
      </w:r>
      <w:r>
        <w:rPr>
          <w:sz w:val="20"/>
        </w:rPr>
        <w:t>38:37  Kayi stage par sharab ko haram kiya gaya hai. Yeh maine likha hai, woh aayaton ko maine naqal kiya hai ke pehle yeh kaha gaya, phir yeh kaha gaya, phir yeh kaha gaya.</w:t>
      </w:r>
      <w:r>
        <w:br/>
      </w:r>
      <w:r>
        <w:rPr>
          <w:sz w:val="20"/>
        </w:rPr>
        <w:t>38:46  To Madine mein jab log tayyar ho gaye, yaani jab to us waqt jaa kar ke ailaan kiya gaya ke sharab haram hai.</w:t>
      </w:r>
      <w:r>
        <w:br/>
      </w:r>
      <w:r>
        <w:rPr>
          <w:sz w:val="20"/>
        </w:rPr>
        <w:t>38:58  To har har tabdeeli mein yahi kiya gaya, gradual change ka tareeqa ikhtiyar kiya gaya. Radical change ka tareeqa Islam mein bilkul nahin hai.</w:t>
      </w:r>
      <w:r>
        <w:br/>
      </w:r>
      <w:r>
        <w:rPr>
          <w:sz w:val="20"/>
        </w:rPr>
        <w:t>39:12  Mr. Mustafa Omri ne Delhi se poocha hai: "Maulana sahib, scrutiny ka matlab kya hai? Aur distraction ka kya matlab hai?" Iske bare mein bataein.</w:t>
      </w:r>
      <w:r>
        <w:br/>
      </w:r>
      <w:r>
        <w:rPr>
          <w:sz w:val="20"/>
        </w:rPr>
        <w:t>39:29  Dekhiye, maine jo lafz istemaal kiya hai, shayad agar isko le kar pooch rahe hain aap, to main yeh kahunga ke jab koi shakhs aap ko ek khabar de to uski scrutiny kijiye.</w:t>
      </w:r>
      <w:r>
        <w:br/>
      </w:r>
      <w:r>
        <w:rPr>
          <w:sz w:val="20"/>
        </w:rPr>
        <w:t>39:43  Scrutiny matlab chhaan been kijiye.</w:t>
      </w:r>
      <w:r>
        <w:br/>
      </w:r>
      <w:r>
        <w:rPr>
          <w:sz w:val="20"/>
        </w:rPr>
        <w:t>39:47  Chhaan been kijiye. Jaise aap poochhein ke bhai yeh baatein tum keh rahe ho, tumne kahan dekhi? Kahan suni?</w:t>
      </w:r>
      <w:r>
        <w:br/>
      </w:r>
      <w:r>
        <w:rPr>
          <w:sz w:val="20"/>
        </w:rPr>
        <w:t>39:57  To woh kahe ge woh falan kitaab mein hai. Kaha tumne woh kitaab padhi hai? Agar woh kahega haan to kahe ge woh satar banao, woh kis page par hai woh?</w:t>
      </w:r>
      <w:r>
        <w:br/>
      </w:r>
      <w:r>
        <w:rPr>
          <w:sz w:val="20"/>
        </w:rPr>
        <w:t>40:06  Phir kitaab lao dikhao. Phir kitaab le kar dekhein aap kya us page par woh baat likhi hui hai.</w:t>
      </w:r>
      <w:r>
        <w:br/>
      </w:r>
      <w:r>
        <w:rPr>
          <w:sz w:val="20"/>
        </w:rPr>
        <w:t>40:12  Yeh hai scrutiny, yaani chhaan been.</w:t>
      </w:r>
      <w:r>
        <w:br/>
      </w:r>
      <w:r>
        <w:rPr>
          <w:sz w:val="20"/>
        </w:rPr>
        <w:t>40:17  Scrutiny ke liye Quran Majeed mein lafz aaya hai, woh woh woh doosra lafz hai lekin is yeh hukum is Quran mein maujood hai.</w:t>
      </w:r>
      <w:r>
        <w:br/>
      </w:r>
      <w:r>
        <w:rPr>
          <w:sz w:val="20"/>
        </w:rPr>
        <w:t>40:28  Tabayyun ka matlab yahi hai ke scrutiny karo iski.</w:t>
      </w:r>
      <w:r>
        <w:br/>
      </w:r>
      <w:r>
        <w:rPr>
          <w:sz w:val="20"/>
        </w:rPr>
        <w:t>40:37  Yahan faasiq jo hai iska matlab yeh nahin ke faasiq de khabar to karo nahin to na karo. Nahin. Mufassireen ne isko wazeh kiya hai ke koi bhi khabar ho, usko chhaan been karna chahiye iski.</w:t>
      </w:r>
      <w:r>
        <w:br/>
      </w:r>
      <w:r>
        <w:rPr>
          <w:sz w:val="20"/>
        </w:rPr>
        <w:t>40:52  Kyunke aksar log jo hai</w:t>
      </w:r>
      <w:r>
        <w:br/>
      </w:r>
      <w:r>
        <w:rPr>
          <w:sz w:val="20"/>
        </w:rPr>
        <w:t>40:54  Baat ko is tarah naqal karte hain ke baghair khud bhi samajhte nahin, doosre ko bhi bata nahin paate. To scrutiny jo main kehta hoon, woh khud Quran mein iska hukum maujood hai is aayat mein.</w:t>
      </w:r>
      <w:r>
        <w:br/>
      </w:r>
      <w:r>
        <w:rPr>
          <w:sz w:val="20"/>
        </w:rPr>
        <w:t>41:09  Aur main zaati taur par samajhta hoon ke baghair scrutiny kiye hue kisi baat ko maan lena yeh bilashubah bahut bada jurm hai, jurm.</w:t>
      </w:r>
      <w:r>
        <w:br/>
      </w:r>
      <w:r>
        <w:rPr>
          <w:sz w:val="20"/>
        </w:rPr>
        <w:t>41:19  Yaani akhlaqi jurm. Aap ke liye do hi option hain: ya to is baat ko sun kar maanein nahin, ya maanna hai to tehqeeq karein.</w:t>
      </w:r>
      <w:r>
        <w:br/>
      </w:r>
      <w:r>
        <w:rPr>
          <w:sz w:val="20"/>
        </w:rPr>
        <w:t>41:31  tahqeeq ke baghair maan lein aap to aap ka right nahi hai maanne ka. aur khuda ke pakar jayenge aap. doosri baat kya hai?</w:t>
      </w:r>
      <w:r>
        <w:br/>
      </w:r>
      <w:r>
        <w:rPr>
          <w:sz w:val="20"/>
        </w:rPr>
        <w:t>41:40  Scrutiny aur distraction. Distraction to hamari zindagi mein har waqt hota rehta hai. Yaani distract maani hote hain, yaani inhiraaf karna.</w:t>
      </w:r>
      <w:r>
        <w:br/>
      </w:r>
      <w:r>
        <w:rPr>
          <w:sz w:val="20"/>
        </w:rPr>
        <w:t>41:54  idhar se udhar inhiraaf kar jaana.</w:t>
      </w:r>
      <w:r>
        <w:br/>
      </w:r>
      <w:r>
        <w:rPr>
          <w:sz w:val="20"/>
        </w:rPr>
        <w:t>41:57  to</w:t>
      </w:r>
      <w:r>
        <w:br/>
      </w:r>
      <w:r>
        <w:rPr>
          <w:sz w:val="20"/>
        </w:rPr>
        <w:t>42:00  har har subah, yaani subah shaam aap ko mukhtalif qism ke distraction pesh aate hain. is distraction ki wajah se aap kabhi ghusse mein pad jaate hain, kabhi inteqaam lene ka dimaagh aa jaata hai, khayal.</w:t>
      </w:r>
      <w:r>
        <w:br/>
      </w:r>
      <w:r>
        <w:rPr>
          <w:sz w:val="20"/>
        </w:rPr>
        <w:t>42:16  kabhi ladne lagte hain.</w:t>
      </w:r>
      <w:r>
        <w:br/>
      </w:r>
      <w:r>
        <w:rPr>
          <w:sz w:val="20"/>
        </w:rPr>
        <w:t>42:19  to mislan aap soch rahe hain, ek misbat andaaz mein soch rahe hain, soch rahe hain. lekin ek shakhs ne aap ko bura keh diya to aap lage us se ladne.</w:t>
      </w:r>
      <w:r>
        <w:br/>
      </w:r>
      <w:r>
        <w:rPr>
          <w:sz w:val="20"/>
        </w:rPr>
        <w:t>42:28  wohi distraction hai wo. to aap ke soch ki line mein</w:t>
      </w:r>
      <w:r>
        <w:br/>
      </w:r>
      <w:r>
        <w:rPr>
          <w:sz w:val="20"/>
        </w:rPr>
        <w:t>42:36  jo aadmi bhatkaao le aaye, yaani misbat soch se aap ko manfi soch ki taraf daale, wahi distraction hai. to aadmi ko distraction se bahut zyada bachna hai.</w:t>
      </w:r>
      <w:r>
        <w:br/>
      </w:r>
      <w:r>
        <w:rPr>
          <w:sz w:val="20"/>
        </w:rPr>
        <w:t>42:50  koi aisi duniya hamein nahi milegi jahan hamein</w:t>
      </w:r>
      <w:r>
        <w:br/>
      </w:r>
      <w:r>
        <w:rPr>
          <w:sz w:val="20"/>
        </w:rPr>
        <w:t>42:53  distraction na pesh aaye. wo to hoga hi hoga. is liye hamein pehchaanna chahiye ke yeh hai distraction. aur yeh is ka bhi Quran majeed mein ishaara maujood hai.</w:t>
      </w:r>
      <w:r>
        <w:br/>
      </w:r>
      <w:r>
        <w:rPr>
          <w:sz w:val="20"/>
        </w:rPr>
        <w:t>43:06  is ko kaha gaya hai ke: "main shaitan ko chhedta hoon".</w:t>
      </w:r>
      <w:r>
        <w:br/>
      </w:r>
      <w:r>
        <w:rPr>
          <w:sz w:val="20"/>
        </w:rPr>
        <w:t>43:19  yeh alfaaz hain? jab unhein shaitan ka giroh chhoota hai to foran chaukane ho jaate hain. yeh chhoona kya hai? yahi hai distraction. yaani</w:t>
      </w:r>
      <w:r>
        <w:br/>
      </w:r>
      <w:r>
        <w:rPr>
          <w:sz w:val="20"/>
        </w:rPr>
        <w:t>43:24  shaitan ka koi giroh unhein bhatkaata hai, idhar se udhar, idhar se udhar. to jaldi se ba-khabar hote hain ke bhai yeh to shaitan waswasa hai. to hamein is se apne ko bachana bahut zaroori hai.</w:t>
      </w:r>
      <w:r>
        <w:br/>
      </w:r>
      <w:r>
        <w:rPr>
          <w:sz w:val="20"/>
        </w:rPr>
        <w:t>43:39  Mr. Shahroz Khan ne Delhi se likha hai: "insaan ko selective reporting se bachte hue complete reporting karni chahiye." kya is baare mein Quran mein koi rehnumai ki gayi hai?</w:t>
      </w:r>
      <w:r>
        <w:br/>
      </w:r>
      <w:r>
        <w:rPr>
          <w:sz w:val="20"/>
        </w:rPr>
        <w:t>43:55  dekhiye, yeh mutalba sahi nahi hai. aap apni maa se mohabbat karte ho to mujhe bataiye kahan kaam likha hua hai ke aap apni maa se mohabbat karo? koi ayat bata rahi hai mujhe?</w:t>
      </w:r>
      <w:r>
        <w:br/>
      </w:r>
      <w:r>
        <w:rPr>
          <w:sz w:val="20"/>
        </w:rPr>
        <w:t>44:06  yaani rehnumai ho sakti hai ke maujood ho, main sochun to wo ayat bata sakun inshallah. lekin yeh zehan galat hai. har baat ke liye aap kahein Quran ki ayat lao.</w:t>
      </w:r>
      <w:r>
        <w:br/>
      </w:r>
      <w:r>
        <w:rPr>
          <w:sz w:val="20"/>
        </w:rPr>
        <w:t>44:15  to main poochta hoon, aadmi apni maa se mohabbat karta hai to Quran mein kaun si ayat likhi hui hai ke apni maa se mohabbat karo? kahan likha hua hai?</w:t>
      </w:r>
      <w:r>
        <w:br/>
      </w:r>
      <w:r>
        <w:rPr>
          <w:sz w:val="20"/>
        </w:rPr>
        <w:t>44:23  bataiye.</w:t>
      </w:r>
    </w:p>
    <w:p>
      <w:pPr>
        <w:pStyle w:val="Heading2"/>
      </w:pPr>
      <w:r>
        <w:t>Are Muslims truly tolerant or hypocritical</w:t>
      </w:r>
    </w:p>
    <w:p>
      <w:r>
        <w:rPr>
          <w:color w:val="666666"/>
          <w:sz w:val="18"/>
        </w:rPr>
        <w:t>Society &amp; Dawah · Living in a World of Competition October 24, 2010 · 7m 08s · at 1:16:44 · https://youtu.be/0DRVM8YxM5U?t=4604</w:t>
      </w:r>
    </w:p>
    <w:p>
      <w:r>
        <w:rPr>
          <w:i/>
        </w:rPr>
        <w:t>“Today Muslims have become more tolerant. Is it a real change in their nature or hypocrisy? Kindly comment.”</w:t>
      </w:r>
    </w:p>
    <w:p>
      <w:r>
        <w:rPr>
          <w:sz w:val="20"/>
        </w:rPr>
        <w:t>1:16:44  Maulana, agla sawal kya hai? Doctor Safeena ne New Delhi se, unhon ne likha hai: "today muslims have become more tolerant.</w:t>
      </w:r>
      <w:r>
        <w:br/>
      </w:r>
      <w:r>
        <w:rPr>
          <w:sz w:val="20"/>
        </w:rPr>
        <w:t>1:16:55  is it really change in their nature or hypocrisy?" kindly comment.</w:t>
      </w:r>
      <w:r>
        <w:br/>
      </w:r>
      <w:r>
        <w:rPr>
          <w:sz w:val="20"/>
        </w:rPr>
        <w:t>1:17:01  bilkul tolerant nahin hue hain, ab in ka akele hum baat kar lijiye un se. sadkon par nahin aaye, yeh sahi hai. kyun? sadkon pe nahin aate?</w:t>
      </w:r>
      <w:r>
        <w:br/>
      </w:r>
      <w:r>
        <w:rPr>
          <w:sz w:val="20"/>
        </w:rPr>
        <w:t>1:17:11  in ko apne bachon ko parhana hai aur paisa kamana hai. bas to out of interest woh aisa ho gaye hain, woh out of interest ke chhoden jhagron ko.</w:t>
      </w:r>
      <w:r>
        <w:br/>
      </w:r>
      <w:r>
        <w:rPr>
          <w:sz w:val="20"/>
        </w:rPr>
        <w:t>1:17:21  hamara, hamara, hamein to bachon ko parhana hai, hamein taraqqi karna hai dunya mein, hamein paisa kamana hai. baqi andar wahi, wahi ghubar bhara hua hai. kisi bhi shakhs se aap akele mein baat kijiye, tanhai mein baat kijiye, matlab do char aadmi aap baithte hain, wahan baat kijiye, wahi nafraten bhari hui hain andar.</w:t>
      </w:r>
      <w:r>
        <w:br/>
      </w:r>
      <w:r>
        <w:rPr>
          <w:sz w:val="20"/>
        </w:rPr>
        <w:t>1:17:40  to yeh sab out of interest hai, yeh aur jo out of interest jo ho, woh isi ka naam to hypocrisy hai. main manta hoon ke musalmanon mein ek change aaya hai, lekin woh change aaya hai munafiqana, yani hypocrisy wala change hai.</w:t>
      </w:r>
      <w:r>
        <w:br/>
      </w:r>
      <w:r>
        <w:rPr>
          <w:sz w:val="20"/>
        </w:rPr>
        <w:t>1:17:55  yeh ke apna interest khatre mein aaya to badal gaye. baqi jahan tak principle ki baat hai, woh waise ki waise hi hai.</w:t>
      </w:r>
      <w:r>
        <w:br/>
      </w:r>
      <w:r>
        <w:rPr>
          <w:sz w:val="20"/>
        </w:rPr>
        <w:t>1:18:09  main, yani baqayda taur par main janta hoon ke log jo hain, apne bachon ko door kiye hue hain takrao se aur sadkon par nahin aanay detay.</w:t>
      </w:r>
      <w:r>
        <w:br/>
      </w:r>
      <w:r>
        <w:rPr>
          <w:sz w:val="20"/>
        </w:rPr>
        <w:t>1:18:19  lekin jab un se baat kijiye to wahi, wahi nafrat ki boli bolenge, wahi nafrat ki boli. to main bataoon ke is hypocrisy, is hypocrisy behtar to yeh ladke mar jate, shayad shahadat ka darja milta.</w:t>
      </w:r>
      <w:r>
        <w:br/>
      </w:r>
      <w:r>
        <w:rPr>
          <w:sz w:val="20"/>
        </w:rPr>
        <w:t>1:18:36  to sahi yeh hai ke musalman yeh manen ke hum ghalati par thay, we were wrong ke hum ne sadkon par aaye, hum jalsay mein dhoom machai, hum ne nare lagaye, yeh sab ghalati thi hamari.</w:t>
      </w:r>
      <w:r>
        <w:br/>
      </w:r>
      <w:r>
        <w:rPr>
          <w:sz w:val="20"/>
        </w:rPr>
        <w:t>1:18:50  khulay taur par ailan karen ke we were wrong, aur phir yeh tareeqa ikhtiyar karen, tab woh sawab ban jayega. yaad rakhen, jab tak ghalati ka ailan na karen musalman, tab tak sawab kuch nahin milnay wala un ko.</w:t>
      </w:r>
      <w:r>
        <w:br/>
      </w:r>
      <w:r>
        <w:rPr>
          <w:sz w:val="20"/>
        </w:rPr>
        <w:t>1:19:04  bachche parh lenge, un ko yeh hoga,</w:t>
      </w:r>
      <w:r>
        <w:br/>
      </w:r>
      <w:r>
        <w:rPr>
          <w:sz w:val="20"/>
        </w:rPr>
        <w:t>1:19:07  bachche padh lenge, un ka ghar mein paisa aa jayega. ek sahab ne bahut sahih baat kahi ke musalman jo change aaya hai aaj kal, is ka sab se bada wajah multinationals hain.</w:t>
      </w:r>
      <w:r>
        <w:br/>
      </w:r>
      <w:r>
        <w:rPr>
          <w:sz w:val="20"/>
        </w:rPr>
        <w:t>1:19:21  aap ko pata hoga, multinationals jab se aaye hain to to paisa bahut badha diya unhon ne, yaani tankhwahon ka mayar, allowance ka mayar bahut badha diya, bahut badha diya.</w:t>
      </w:r>
      <w:r>
        <w:br/>
      </w:r>
      <w:r>
        <w:rPr>
          <w:sz w:val="20"/>
        </w:rPr>
        <w:t>1:19:32  ab, ab jo hai, is type ki policies affordable nahi rahi.</w:t>
      </w:r>
      <w:r>
        <w:br/>
      </w:r>
      <w:r>
        <w:rPr>
          <w:sz w:val="20"/>
        </w:rPr>
        <w:t>1:19:38  log sochte hain, itna zyada hum paisa kama sakte hain, hamare bachche padhein to itne itne paise un ko milenge, aur itne shandar car mein hum chalenge, itne shandar ghar mein rahenge.</w:t>
      </w:r>
      <w:r>
        <w:br/>
      </w:r>
      <w:r>
        <w:rPr>
          <w:sz w:val="20"/>
        </w:rPr>
        <w:t>1:19:49  hum is cheez ne ek trend mein badli, badlav paida kiya hai, is interest ne. lekin yeh sawab nahi milega is ko.</w:t>
      </w:r>
      <w:r>
        <w:br/>
      </w:r>
      <w:r>
        <w:rPr>
          <w:sz w:val="20"/>
        </w:rPr>
        <w:t>1:19:58  duniya ke nuksan se musalman bach jayenge, duniya ke nuksan se bach jayenge. woh</w:t>
      </w:r>
      <w:r>
        <w:br/>
      </w:r>
      <w:r>
        <w:rPr>
          <w:sz w:val="20"/>
        </w:rPr>
        <w:t>1:20:05  sawab jab milega ke sab se pehle elan karein, khula khula elan: "we were wrong" ke hum ne khwamkhwah nafrat ki policy chalayi, tashaddud ki policy chalayi, aur takrao ki policy chalayi.</w:t>
      </w:r>
      <w:r>
        <w:br/>
      </w:r>
      <w:r>
        <w:rPr>
          <w:sz w:val="20"/>
        </w:rPr>
        <w:t>1:20:18  woh, woh ghalati thi woh ke takrao ki policy ko ghalati batayein, saaf saaf, khule taur par, phir kahein ke ab hum sul ki policy chalayenge to sawab milega is ka, warna duniya ke nuksan se bach jayenge, sawab kuch bhi nahi milega.</w:t>
      </w:r>
      <w:r>
        <w:br/>
      </w:r>
      <w:r>
        <w:rPr>
          <w:sz w:val="20"/>
        </w:rPr>
        <w:t>1:20:37  nai dilli se mr abdul rehman ne likha hai: "maulana sahib, when we say that the quran is the preserved book, how would we argue for it?" kyun ke kitabein maujood hain, bahut sari aap padhiye, tadween e quran ke naam se kitabein maujood hain,</w:t>
      </w:r>
      <w:r>
        <w:br/>
      </w:r>
      <w:r>
        <w:rPr>
          <w:sz w:val="20"/>
        </w:rPr>
        <w:t>1:20:58  matlab is tareekhi is ka record maujood hai ke kaise kaise quran p</w:t>
      </w:r>
      <w:r>
        <w:br/>
      </w:r>
      <w:r>
        <w:rPr>
          <w:sz w:val="20"/>
        </w:rPr>
        <w:t>1:21:03  reserve hua, ke rasool allah ke zamane mein kaise likha jata tha aur yaad kiya jata tha. phir is ke baad sahaba, tabeen, tabe tabeen ke zamane mein kaise is ko likha gaya, yaad kiya gaya, mehfooz kiya gaya.</w:t>
      </w:r>
      <w:r>
        <w:br/>
      </w:r>
      <w:r>
        <w:rPr>
          <w:sz w:val="20"/>
        </w:rPr>
        <w:t>1:21:16  is mein bahut, bahut sari kitabein hain. khud mera bhi mazmoon sipahi isi mauzu par, tadween e quran ke mauzu par hai. to aap padhiye in kitabon ko, is se aap maloomat hasil ho jayengi.</w:t>
      </w:r>
      <w:r>
        <w:br/>
      </w:r>
      <w:r>
        <w:rPr>
          <w:sz w:val="20"/>
        </w:rPr>
        <w:t>1:21:30  is mauzu ka, is ka ek mustaqil mauzu hai, yeh is ko kehte hain tadween e quran, jama o tadween e quran, hifazat e quran.</w:t>
      </w:r>
      <w:r>
        <w:br/>
      </w:r>
      <w:r>
        <w:rPr>
          <w:sz w:val="20"/>
        </w:rPr>
        <w:t>1:21:40  yeh sab bahut, bahut kitabein hain, is is mauzu par hain.</w:t>
      </w:r>
      <w:r>
        <w:br/>
      </w:r>
      <w:r>
        <w:rPr>
          <w:sz w:val="20"/>
        </w:rPr>
        <w:t>1:21:45  doctor farida khanam ne dilli se likha hai: "why is it that muslims have become resistant to any advice? even the references from quran and hadith fail to move them.</w:t>
      </w:r>
      <w:r>
        <w:br/>
      </w:r>
      <w:r>
        <w:rPr>
          <w:sz w:val="20"/>
        </w:rPr>
        <w:t>1:22:00  they are convinced of their being on the right path. they think paradise is reserved for them, and that paradise is their birthright.</w:t>
      </w:r>
      <w:r>
        <w:br/>
      </w:r>
      <w:r>
        <w:rPr>
          <w:sz w:val="20"/>
        </w:rPr>
        <w:t>1:22:12  can paradise be birthright for anyone? please explain this." hargiz nahi, hargiz nahi, hargiz nahi.</w:t>
      </w:r>
      <w:r>
        <w:br/>
      </w:r>
      <w:r>
        <w:rPr>
          <w:sz w:val="20"/>
        </w:rPr>
        <w:t>1:22:20  paradise kisi ka paidaishi haq nahi hai,</w:t>
      </w:r>
      <w:r>
        <w:br/>
      </w:r>
      <w:r>
        <w:rPr>
          <w:sz w:val="20"/>
        </w:rPr>
        <w:t>1:22:27  lekin mushkil yeh hai ke hamare masjidon mein, hum madarson mein sikhaya jata hai. masjidon aur madarson mein sabak milta hai, woh yahi milta hai ke jannat to hamare liye hai,</w:t>
      </w:r>
      <w:r>
        <w:br/>
      </w:r>
      <w:r>
        <w:rPr>
          <w:sz w:val="20"/>
        </w:rPr>
        <w:t>1:22:40  aur maujooda musalmanon ke bare mein, jaise ke maine arz kiya is se pehle, woh qaumi, qaumi mazhab par hain. woh khudai mazhab par nahi hain.</w:t>
      </w:r>
      <w:r>
        <w:br/>
      </w:r>
      <w:r>
        <w:rPr>
          <w:sz w:val="20"/>
        </w:rPr>
        <w:t>1:22:50  main is mein zara bhi shaq nahi hoon.</w:t>
      </w:r>
      <w:r>
        <w:br/>
      </w:r>
      <w:r>
        <w:rPr>
          <w:sz w:val="20"/>
        </w:rPr>
        <w:t>1:22:52  is mein in ki qaumi khwahishat, in ke qaumi azayem, qaumi mafadat, yeh in ka mazhab hai. is ko legitimize karne ke liye islam ke naam lete hain, woh</w:t>
      </w:r>
      <w:r>
        <w:br/>
      </w:r>
      <w:r>
        <w:rPr>
          <w:sz w:val="20"/>
        </w:rPr>
        <w:t>1:23:06  is ko jaiz batane ke liye islam ke naam lete hain. haqiqatan, woh in ka jo</w:t>
      </w:r>
      <w:r>
        <w:br/>
      </w:r>
      <w:r>
        <w:rPr>
          <w:sz w:val="20"/>
        </w:rPr>
        <w:t>1:23:16  jis islam par hain, woh in ka qaumi mazhab hai, qaumi culture hai, qaumi jazbat hain.</w:t>
      </w:r>
      <w:r>
        <w:br/>
      </w:r>
      <w:r>
        <w:rPr>
          <w:sz w:val="20"/>
        </w:rPr>
        <w:t>1:23:24  to islam ke naam lete hain, is ko bas isi ko maine kaha ke ghalati par sarkashi ka izafa hai. is mein to maine bahut zyada likha hai, sainkaron mazameen likhe hain is masle par ke apne qaumi mazhab ko log islamize kiye hue hain,</w:t>
      </w:r>
      <w:r>
        <w:br/>
      </w:r>
      <w:r>
        <w:rPr>
          <w:sz w:val="20"/>
        </w:rPr>
        <w:t>1:23:41  aur is se, is tareeqay se woh islami nahi ban jaye ga. is tarah se woh islami nahi ban jaye ga.</w:t>
      </w:r>
    </w:p>
    <w:p>
      <w:pPr>
        <w:pStyle w:val="Heading2"/>
      </w:pPr>
      <w:r>
        <w:t>Blasphemy law vs purpose of Islam</w:t>
      </w:r>
    </w:p>
    <w:p>
      <w:r>
        <w:rPr>
          <w:color w:val="666666"/>
          <w:sz w:val="18"/>
        </w:rPr>
        <w:t>Society &amp; Dawah · The Issue of Shatm-e-Rasool (Abuse of the Prophet) December 19, 2021 Prof. Farida Khanam · 11m 34s · at 32:47 · https://youtu.be/ExQS_PHirUc?t=1967</w:t>
      </w:r>
    </w:p>
    <w:p>
      <w:r>
        <w:rPr>
          <w:i/>
        </w:rPr>
        <w:t>“How does blasphemy law contradict the purpose of Islam? Also, what is the model that we see from the life of Prophet that shows that what Muslims are doing today in the name of blasphemy law is totally wrong?”</w:t>
      </w:r>
    </w:p>
    <w:p>
      <w:r>
        <w:rPr>
          <w:sz w:val="20"/>
        </w:rPr>
        <w:t>32:47  hai, khwah rasool allah salallahu alaihi wasallam ke ta'alluq se ho ya kisi aur insan ke ta'alluq se ho. ghulu islam ka tareeqa nahi hai, yeh hum ko samajhna paray ga. aah, apa yeh sawal hai.</w:t>
      </w:r>
      <w:r>
        <w:br/>
      </w:r>
      <w:r>
        <w:rPr>
          <w:sz w:val="20"/>
        </w:rPr>
        <w:t>33:01  aah, do teen logon ne yeh sawal poocha hai. similar question hai, jaise aah mr basit jamal ne delhi se poocha hai ke: "aah, how does blasphemy law contradict the purpose of islam".</w:t>
      </w:r>
      <w:r>
        <w:br/>
      </w:r>
      <w:r>
        <w:rPr>
          <w:sz w:val="20"/>
        </w:rPr>
        <w:t>33:05  aah, is ke baray mein thora thori roshni dalen. aah</w:t>
      </w:r>
      <w:r>
        <w:br/>
      </w:r>
      <w:r>
        <w:rPr>
          <w:sz w:val="20"/>
        </w:rPr>
        <w:t>33:23  , isi tareeqay, isi waise hi milta julta sawal aah miss shazia khan ne lucknow se poocha hai ke: "what is the model that we see from the life of prophet that shows that what muslims are doing today in the name of blasphemy is totally wrong".</w:t>
      </w:r>
      <w:r>
        <w:br/>
      </w:r>
      <w:r>
        <w:rPr>
          <w:sz w:val="20"/>
        </w:rPr>
        <w:t>33:29  to in dono sawalon pe thori si roshni daliye aap.</w:t>
      </w:r>
      <w:r>
        <w:br/>
      </w:r>
      <w:r>
        <w:rPr>
          <w:sz w:val="20"/>
        </w:rPr>
        <w:t>33:41  asal mein musalman yeh bhool gaye hain ke hamara jo rishta hai non muslim se, woh d'ai madhu ka rishta hai. woh unhon ne in logon ko apna rival samajh liya hai.</w:t>
      </w:r>
      <w:r>
        <w:br/>
      </w:r>
      <w:r>
        <w:rPr>
          <w:sz w:val="20"/>
        </w:rPr>
        <w:t>33:47  ek zaman tha ke taqreeban hazar baras tak sari dunya par musalman rule kar rahe</w:t>
      </w:r>
      <w:r>
        <w:br/>
      </w:r>
      <w:r>
        <w:rPr>
          <w:sz w:val="20"/>
        </w:rPr>
        <w:t>34:02  the. ab doosray logon ne taraqqi ki aur doosray logon ko mauqa mila, aur yeh rasool khud quran mein aya hai ke yeh jo iqtidaar hai, woh allah ta'ala doosray logon ko de ga, kyunke yeh test ke paper hain.</w:t>
      </w:r>
      <w:r>
        <w:br/>
      </w:r>
      <w:r>
        <w:rPr>
          <w:sz w:val="20"/>
        </w:rPr>
        <w:t>34:11  to doosray logon ko iqtidaar mile ga, lekin musalmanon ne yeh samjha ke doosray logon ne sazish kar ke hamara iqtidaar chheen liya hai.</w:t>
      </w:r>
      <w:r>
        <w:br/>
      </w:r>
      <w:r>
        <w:rPr>
          <w:sz w:val="20"/>
        </w:rPr>
        <w:t>34:16  we and they ka concept paida hua. to woh itna zyada is mamle mein sensitive ho gaye, woh defeatist mentality ki wajah se itna sensitive ho gaye ke zara sa bhi unke bare mein kuch kaha jata hai,</w:t>
      </w:r>
      <w:r>
        <w:br/>
      </w:r>
      <w:r>
        <w:rPr>
          <w:sz w:val="20"/>
        </w:rPr>
        <w:t>34:31  quran ke bare mein, rasool ke bare mein, khaas taur par rasool ke bare mein, to woh bilkul provoke ho jate hain. halanke woh naya zamana hai, woh</w:t>
      </w:r>
      <w:r>
        <w:br/>
      </w:r>
      <w:r>
        <w:rPr>
          <w:sz w:val="20"/>
        </w:rPr>
        <w:t>34:42  yeh samajhte nahi ke pehle zamane mein sabhi log provoke hote the, to woh itna zyada, itna zyada woh nahi tha.</w:t>
      </w:r>
      <w:r>
        <w:br/>
      </w:r>
      <w:r>
        <w:rPr>
          <w:sz w:val="20"/>
        </w:rPr>
        <w:t>34:51  mamla itna barhta nahi tha woh, aur pehle zamane mein media nahi tha. to lekin ab jo hai, sari duniya jo hai, woh badal gayi hai, aur religious freedom sari duniya ne accept kar liya hai.</w:t>
      </w:r>
      <w:r>
        <w:br/>
      </w:r>
      <w:r>
        <w:rPr>
          <w:sz w:val="20"/>
        </w:rPr>
        <w:t>35:04  halanke religious freedom islam le kar aya, lekin baad mein musalman apna sab</w:t>
      </w:r>
      <w:r>
        <w:br/>
      </w:r>
      <w:r>
        <w:rPr>
          <w:sz w:val="20"/>
        </w:rPr>
        <w:t>35:10  q bhool gaye. unhone quran se aur rasool se hidayat lena chhod diya. ab sirf woh apne jazbat par chalte hain, aur woh yeh dekhte hi nahi ke duniya in sab cheezon ko chhod chuki hai.</w:t>
      </w:r>
      <w:r>
        <w:br/>
      </w:r>
      <w:r>
        <w:rPr>
          <w:sz w:val="20"/>
        </w:rPr>
        <w:t>35:22  yeh sari cheezein, khaas taur par yeh church se aayi thi, aur ancient age mein intolerance bohat zyada tha. encyclopedia britannica mein aap dekh sakte hain ke woh age of intolerance</w:t>
      </w:r>
      <w:r>
        <w:br/>
      </w:r>
      <w:r>
        <w:rPr>
          <w:sz w:val="20"/>
        </w:rPr>
        <w:t>35:36  tha. to woh uski wajah se is tarah ki baatein jo blasphemy laws waghera bane, aaj bhi blasphemy law hai england ke jo law mein, lekin woh inactive hai.</w:t>
      </w:r>
      <w:r>
        <w:br/>
      </w:r>
      <w:r>
        <w:rPr>
          <w:sz w:val="20"/>
        </w:rPr>
        <w:t>35:48  lekin musalmanon ne isko activate kar liya, kyunke woh samajhte hain ke sari duniya hamari dushman hai. to unko yeh, unka yeh perception jo hai, unko badalna hoga, aur logon ko dai madhu ke hisab se dekhna hoga.</w:t>
      </w:r>
      <w:r>
        <w:br/>
      </w:r>
      <w:r>
        <w:rPr>
          <w:sz w:val="20"/>
        </w:rPr>
        <w:t>36:04  tab tamam log jo hain, jaise ke Maulana sahib ne bar bar kaha ke yeh duniya dar-ul-insaan hai, dushman aur dost mein yeh duniya nahi baanti ja sakti.</w:t>
      </w:r>
      <w:r>
        <w:br/>
      </w:r>
      <w:r>
        <w:rPr>
          <w:sz w:val="20"/>
        </w:rPr>
        <w:t>36:14  aur jo hum ko, har ek ko, hamein Khuda ki baat batani hai, Khuda ka paigham pahunchana hai, chahe woh musalman ho, na non-muslim ho, sab ko hamein Khuda ki baat pahunchani hai.</w:t>
      </w:r>
      <w:r>
        <w:br/>
      </w:r>
      <w:r>
        <w:rPr>
          <w:sz w:val="20"/>
        </w:rPr>
        <w:t>36:26  aur yahi hamara rishta hai un logon ke sath. woh</w:t>
      </w:r>
      <w:r>
        <w:br/>
      </w:r>
      <w:r>
        <w:rPr>
          <w:sz w:val="20"/>
        </w:rPr>
        <w:t>36:30  dushman aur dost ka rishta nahi hai, balke potential friend ka rishta hai. agar dushman ke sath hum acha sulook karein to woh hamara kal dost ban jayega.</w:t>
      </w:r>
      <w:r>
        <w:br/>
      </w:r>
      <w:r>
        <w:rPr>
          <w:sz w:val="20"/>
        </w:rPr>
        <w:t>36:41  to yahi unko discover karna hai. ji apa, mere mein in fact yeh bhi samajhta hoon ke yeh jo response muslims, sum of these muslims have been giving in the subject of b</w:t>
      </w:r>
      <w:r>
        <w:br/>
      </w:r>
      <w:r>
        <w:rPr>
          <w:sz w:val="20"/>
        </w:rPr>
        <w:t>36:55  blasphemy, it is nothing less than doing a self goal. and i will explain why i am saying this. ah, jaise aap ne apa abhi bataya, bohat sahi ke ek musalman ya ek momin ki identity uske dai hone se establish hoti hai.</w:t>
      </w:r>
      <w:r>
        <w:br/>
      </w:r>
      <w:r>
        <w:rPr>
          <w:sz w:val="20"/>
        </w:rPr>
        <w:t>37:09  to is duniya mein ah, har ek musalman ke liye ah, ek hi equ</w:t>
      </w:r>
      <w:r>
        <w:br/>
      </w:r>
      <w:r>
        <w:rPr>
          <w:sz w:val="20"/>
        </w:rPr>
        <w:t>37:14  ation hai, woh hai dai aur madhu ki equation. ah, which means that every dai has to be a lot more patient, a lot more tolerant, and above all, you know, be a well-wisher for entire humanity.</w:t>
      </w:r>
      <w:r>
        <w:br/>
      </w:r>
      <w:r>
        <w:rPr>
          <w:sz w:val="20"/>
        </w:rPr>
        <w:t>37:27  ah, main bhi jab logon se discussion karta hoon, yeh subject bohat zyada samne aata hai.</w:t>
      </w:r>
      <w:r>
        <w:br/>
      </w:r>
      <w:r>
        <w:rPr>
          <w:sz w:val="20"/>
        </w:rPr>
        <w:t>37:32  ah, but agar hum ah, quran ko dekhein, ah, yeh sab log ah, is baat se zaroor agree karenge ke jo quran utara gaya, woh ah, sirf musalmanon ke liye nahi utara gaya, balke ah, poori insaniyat ke liye utara gaya.</w:t>
      </w:r>
      <w:r>
        <w:br/>
      </w:r>
      <w:r>
        <w:rPr>
          <w:sz w:val="20"/>
        </w:rPr>
        <w:t>37:44  is mein message hai poori insaniyat ke liye. ab isi mein woh ayat bhi aati hai, aap ne bhi bataya ke prophet of islam was sent as a mercy to humanity.</w:t>
      </w:r>
      <w:r>
        <w:br/>
      </w:r>
      <w:r>
        <w:rPr>
          <w:sz w:val="20"/>
        </w:rPr>
        <w:t>37:55  ab yahan pe sochne wali baat yeh hai ke aap mercyful ya forgiving aap kab banenge kisi ah, opposite party ke liye?</w:t>
      </w:r>
      <w:r>
        <w:br/>
      </w:r>
      <w:r>
        <w:rPr>
          <w:sz w:val="20"/>
        </w:rPr>
        <w:t>38:04  ah, aap mercyful ya forgiving normal situation mein nahi honge, ya phir jab aap ke taluqat bohat ache hon, aap ko bohat appreciate kiya jaye.</w:t>
      </w:r>
      <w:r>
        <w:br/>
      </w:r>
      <w:r>
        <w:rPr>
          <w:sz w:val="20"/>
        </w:rPr>
        <w:t>38:13  ah, yeh forgiveness ya mercyfulness tab aati hai ah, jab aap ko abuse kiya jaye, aap ko oppress kiya jaye, insult kiya jaye, aap ke sath injustice kari jaye.</w:t>
      </w:r>
      <w:r>
        <w:br/>
      </w:r>
      <w:r>
        <w:rPr>
          <w:sz w:val="20"/>
        </w:rPr>
        <w:t>38:22  is</w:t>
      </w:r>
      <w:r>
        <w:br/>
      </w:r>
      <w:r>
        <w:rPr>
          <w:sz w:val="20"/>
        </w:rPr>
        <w:t>38:23  ke baad agar aap mercyful hote hain, tab aap mercyful ya forgive ah, forgiver kehlata hain. aur prophet ki zindagi se bhi hum ne yahi dekha ke unhone ah, kis tarah woh jitne log jo unko oppose karte the ya abuse karte the, jaise apa ne bataya, to kaise unhone unko maaf kar diya.</w:t>
      </w:r>
      <w:r>
        <w:br/>
      </w:r>
      <w:r>
        <w:rPr>
          <w:sz w:val="20"/>
        </w:rPr>
        <w:t>38:42  aur</w:t>
      </w:r>
      <w:r>
        <w:br/>
      </w:r>
      <w:r>
        <w:rPr>
          <w:sz w:val="20"/>
        </w:rPr>
        <w:t>38:43  aah, prophet is a role model for all muslims, and if prophet is a forgiver, and he is a merciful personality for everyone.</w:t>
      </w:r>
      <w:r>
        <w:br/>
      </w:r>
      <w:r>
        <w:rPr>
          <w:sz w:val="20"/>
        </w:rPr>
        <w:t>38:52  that this is the same conduct or trade that we have to adopt in a life. to apa, jab mein islamic history ke baray mein bhi parh raha tha, to mujhe kai example samnay aaye, jaise aah, Safwan bin Umayya ka example hai ke woh kaise bees saal se bhi zyada prophet ke khilaf</w:t>
      </w:r>
      <w:r>
        <w:br/>
      </w:r>
      <w:r>
        <w:rPr>
          <w:sz w:val="20"/>
        </w:rPr>
        <w:t>39:11  rahe. he was one of the bitter enemies of the enemy of the prophet, and aah, Khalid bin Waleed aah, jo war general thay, woh un ke bohat qareebi dost thay.</w:t>
      </w:r>
      <w:r>
        <w:br/>
      </w:r>
      <w:r>
        <w:rPr>
          <w:sz w:val="20"/>
        </w:rPr>
        <w:t>39:20  unhon ne un ko dawat di, lekin unhon ne kaha ke mein kabhi bhi prophet ko mein follow nahi karunga. aah, in fact, un ke jo cousin aah, Umair thay, aur jo un ke dost bhi thay, unhon ne prophet aah, ko marne ke liye un ko Madinah bheja, jab prophet Madinah mein</w:t>
      </w:r>
      <w:r>
        <w:br/>
      </w:r>
      <w:r>
        <w:rPr>
          <w:sz w:val="20"/>
        </w:rPr>
        <w:t>39:37  thay. aah, lekin Umair ne khud prophet ko aah, follow aah, karna behtar samjha. aah, ab yahan pe hum dekhte hain ke yeh to aah, blasphemy se bhi zyada aagay ki baat ho gayi ke prophet ko marne ke liye unhon ne plan banaya.</w:t>
      </w:r>
      <w:r>
        <w:br/>
      </w:r>
      <w:r>
        <w:rPr>
          <w:sz w:val="20"/>
        </w:rPr>
        <w:t>39:51  aah, isi aah, aah, isi Safwan bin Umayya ko prophet ne maaf bhi kiya aur ooncha uhda bhi diya. is</w:t>
      </w:r>
      <w:r>
        <w:br/>
      </w:r>
      <w:r>
        <w:rPr>
          <w:sz w:val="20"/>
        </w:rPr>
        <w:t>39:59  hi tareeqay se hum Abu Sufyan ka example dekhte hain, ya Umar bin Suhail ka dekhte hain ke kaise Umar bin Suhail bhi woh personality thay jinhon ne Hudaybiyyah treaty ke waqt Rasool ka word aah, erase kiya tha.</w:t>
      </w:r>
      <w:r>
        <w:br/>
      </w:r>
      <w:r>
        <w:rPr>
          <w:sz w:val="20"/>
        </w:rPr>
        <w:t>40:11  lekin prophet ne un ko bhi jab Makkah Makkah fateh hua, aah, un ko maaf kiya. aur wohi Umar bin Suhail baad mein aagay ja ke jab prophet ki death hui thi to woh kharay hue, and he was a very good orator, and he spoke aah, aah, with lot of passion ke prophet ke aah, aah, death ke baad Islam aur zyada strong</w:t>
      </w:r>
      <w:r>
        <w:br/>
      </w:r>
      <w:r>
        <w:rPr>
          <w:sz w:val="20"/>
        </w:rPr>
        <w:t>40:34  ho gaya hai. to kaise log wapas mud ke aaye. aah, to yeh jaanna bohat zaroori hai ke Islam aah, objective is to root root out the cause of blasphemy, and not give command aah, to kill people.</w:t>
      </w:r>
      <w:r>
        <w:br/>
      </w:r>
      <w:r>
        <w:rPr>
          <w:sz w:val="20"/>
        </w:rPr>
        <w:t>40:49  aah, and this is very important that aah, we have to recognize. aah, mein is mein add karna chahunga,</w:t>
      </w:r>
      <w:r>
        <w:br/>
      </w:r>
      <w:r>
        <w:rPr>
          <w:sz w:val="20"/>
        </w:rPr>
        <w:t>40:59  Quran mein bataya gaya: "Ma yaatihim min rasoolin illa kaano bihi yastahzi'oon" ke jo bhi Rasool aaye, un ka mazaaq uraya gaya hai. to asal hota kya hai ke koi bhi insaan jo aata hai aur Rasool bankar aaye, to kisi doosre insaan ko us ke imaan aur us ke fikr se hatana bohat hi mushkil kaam hota hai.</w:t>
      </w:r>
      <w:r>
        <w:br/>
      </w:r>
      <w:r>
        <w:rPr>
          <w:sz w:val="20"/>
        </w:rPr>
        <w:t>41:19  intehai mushkil kaam hai. ab is maidan mein koi bhi aayega, us ko koi gaali dega, koi mazaaq urayega, yeh to hota rahega. ab agar blasphemy ka law aa jata, Allah taala aah, nazil kar deta to koi bhi insaan nahi bach sakta tha.</w:t>
      </w:r>
      <w:r>
        <w:br/>
      </w:r>
      <w:r>
        <w:rPr>
          <w:sz w:val="20"/>
        </w:rPr>
        <w:t>41:34  even Islam ki tareekh dekhein to jaisa ke abhi apa aur Regis sahib ne misaal diya, maine bhi parhi hai, mere zehn mein beshumar misaal aa rahi hain. Hazrat Umar bhi bach nahi paate kyunke Hazrat Umar ne aah, jab nikle thay ke qatal karenge, us se pehle to sab ko takleef dete hi thay, nikle thay qatal karenge.</w:t>
      </w:r>
      <w:r>
        <w:br/>
      </w:r>
      <w:r>
        <w:rPr>
          <w:sz w:val="20"/>
        </w:rPr>
        <w:t>41:50  to us waqt kisi ne poocha tha: "yeh kahan ja rahe ho?" to kaha: "Hazrat Umar ne yeh kaha tha ke mein is be-deen ko maarne ja raha hoon jis ne hamare Arab ke aah, Arab mein bilkul tafreeqa paida kar diya, ikhtilaf paida kar diya hai." to yeh lafz dekhiye: "mein is be-deen ko maarne ja raha hoon" yeh to bilkul hi sarapa us ki baat hai.</w:t>
      </w:r>
      <w:r>
        <w:br/>
      </w:r>
      <w:r>
        <w:rPr>
          <w:sz w:val="20"/>
        </w:rPr>
        <w:t>42:13  fateh Makkah ke mauqay par Hind ne kaha tha: "Hind wohi hai jo Rasool Allah salallahu alayhi wasallam ki bitter dushman thi aur aap ke chacha ko aah, marwane ka kaam saunpa tha aur bhi doosri cheezein karti rehti thi." us ne yeh kaha tha:</w:t>
      </w:r>
      <w:r>
        <w:br/>
      </w:r>
      <w:r>
        <w:rPr>
          <w:sz w:val="20"/>
        </w:rPr>
        <w:t>42:30  "Ya Rasool Allah! Ma kaana 'ala zahril ardi min ahl-i-khabaa'in ahabb ilayhi min ahl-i-khabaa'ik, thumma ma asbaha al-yawma 'ala zahril ardi ahl-i-khabaa'in ahabb ilayhi min an ya'uzzu min ahl-i-khabaa'ik.</w:t>
      </w:r>
      <w:r>
        <w:br/>
      </w:r>
      <w:r>
        <w:rPr>
          <w:sz w:val="20"/>
        </w:rPr>
        <w:t>42:46  " aey Allah ke Rasool! aaj se pehle rooye zameen par koi bhi khayma wala aisa nahi tha jis ke baray mein mujhe sab se zyada pasandeeda ho ke woh zaleel ho.</w:t>
      </w:r>
      <w:r>
        <w:br/>
      </w:r>
      <w:r>
        <w:rPr>
          <w:sz w:val="20"/>
        </w:rPr>
        <w:t>42:55  yani Rasool Allah salallahu alayhi wasallam sab se zyada zaleel hona ko zaleel karna Hind ko pasandeeda tha. aur ab mujhe sab se zyada pasandeeda yeh hai ke aap aur aap ke log woh izzat paayein.</w:t>
      </w:r>
      <w:r>
        <w:br/>
      </w:r>
      <w:r>
        <w:rPr>
          <w:sz w:val="20"/>
        </w:rPr>
        <w:t>43:10  to ab dekhiye, agar insaan aah, ke liye yeh qanoon ban jata to koi bhi insaan bach nahi pata tha. Makkah ke andar to ek insaan bhi bach nahi pata, Madinah ke andar bhi kuch log bach sakte to bach sakte thay, dehati koi bhi nahi bachta, badu jis ko kehte hain, koi bhi nahi bachta tha.</w:t>
      </w:r>
      <w:r>
        <w:br/>
      </w:r>
      <w:r>
        <w:rPr>
          <w:sz w:val="20"/>
        </w:rPr>
        <w:t>43:26  Taif ke log saare log maare jaate hain. phir is ke baad hum jo aaj Rasool Allah salallahu alayhi wasallam ke naam par kar rahe hain, hum bhi koi, hum kisi ko nahi maloom rehta ke Islam kya hai kyunke sab log mar jaate hain us waqt.</w:t>
      </w:r>
      <w:r>
        <w:br/>
      </w:r>
      <w:r>
        <w:rPr>
          <w:sz w:val="20"/>
        </w:rPr>
        <w:t>43:37  to yeh jo payghambar ke jo aata hai, us ko takleefein hoti hain. to hum ko yeh jaanna chahiye, samajhna chahiye ke is se jo cheez kharab hoti hai, woh dawat ka mahol kharab hota hai.</w:t>
      </w:r>
      <w:r>
        <w:br/>
      </w:r>
      <w:r>
        <w:rPr>
          <w:sz w:val="20"/>
        </w:rPr>
        <w:t>43:51  dawat ka mahol kharab hota hai, Khuda ke mansoobay takhleeq se aagahi ka mahol kharab hota hai. kyunke qayamat ke din Allah taala kisi se pooch nahi sakta ke tum ko mera paigham pohancha ke nahi pohancha, kyunke woh kehta hai ke tum ne qanoon banaya tha ke jo bhi Rasool ko ki shat'am kare, us ko maar diya jaye.</w:t>
      </w:r>
      <w:r>
        <w:br/>
      </w:r>
      <w:r>
        <w:rPr>
          <w:sz w:val="20"/>
        </w:rPr>
        <w:t>44:09  to yeh bilkul hi Islam ke mansoobay takhleeq ke bilkul hi khilaf qanoon hai jo soch rahe hain ya jo samajh rahe hain ya fiqh ka jo kaam hai, yeh bilkul hi khilaf hai.</w:t>
      </w:r>
    </w:p>
    <w:p>
      <w:pPr>
        <w:pStyle w:val="Heading2"/>
      </w:pPr>
      <w:r>
        <w:t>Books to Give for Dawah</w:t>
      </w:r>
    </w:p>
    <w:p>
      <w:r>
        <w:rPr>
          <w:color w:val="666666"/>
          <w:sz w:val="18"/>
        </w:rPr>
        <w:t>Society &amp; Dawah · The Companions and the Hadith Scholars June 24, 2012 · 6m 50s · at 1:09:11 · https://youtu.be/Dj4QiYnxgBs?t=4151</w:t>
      </w:r>
    </w:p>
    <w:p>
      <w:r>
        <w:rPr>
          <w:i/>
        </w:rPr>
        <w:t>“What books should we give to people who come in contact with us to tell them about Islam?”</w:t>
      </w:r>
    </w:p>
    <w:p>
      <w:r>
        <w:rPr>
          <w:sz w:val="20"/>
        </w:rPr>
        <w:t>1:09:11  maulana, agla sawal dilli se hai, nazim ahmad sahab ka. unhon ne likha hai: "jo log hamare sampark mein aate hain, unko islam ke bare mein batane ke liye kaunsi kitabein hum dein?" is ke bare mein bataein.</w:t>
      </w:r>
      <w:r>
        <w:br/>
      </w:r>
      <w:r>
        <w:rPr>
          <w:sz w:val="20"/>
        </w:rPr>
        <w:t>1:09:28  bhai, dekhein, yeh koi</w:t>
      </w:r>
      <w:r>
        <w:br/>
      </w:r>
      <w:r>
        <w:rPr>
          <w:sz w:val="20"/>
        </w:rPr>
        <w:t>1:09:32  yaani yeh koi batane ki baat nahi hai, yeh to aap ke samajhne ki baat hai. kyunke jo aap ke sampark mein aate hain, woh kya hain? to woh tarah tarah ke log ho sakte hain.</w:t>
      </w:r>
      <w:r>
        <w:br/>
      </w:r>
      <w:r>
        <w:rPr>
          <w:sz w:val="20"/>
        </w:rPr>
        <w:t>1:09:42  insaan ki to bohat qismein hain. to aap ko khud kitabein padhna hoga, padh ke khud aap ko tay karna hoga ke un ke mind ko address karne wali kitab kaun si hai.</w:t>
      </w:r>
      <w:r>
        <w:br/>
      </w:r>
      <w:r>
        <w:rPr>
          <w:sz w:val="20"/>
        </w:rPr>
        <w:t>1:09:56  yeh koi doosra aadmi nahi bata sakta hai.</w:t>
      </w:r>
      <w:r>
        <w:br/>
      </w:r>
      <w:r>
        <w:rPr>
          <w:sz w:val="20"/>
        </w:rPr>
        <w:t>1:10:01  maulana, agla ek comment aaya hai, patna se, bihar se, daniyal sahab ka. unhon ne likha hai: "maulana, pichhle sunday ko main dilli mein tha, maine CPS Hall mein aap ke lecture ko attend kiya, jiska topic tha Political Activism aur Futile Activism. aur aaj main online lecture yeh sun raha</w:t>
      </w:r>
      <w:r>
        <w:br/>
      </w:r>
      <w:r>
        <w:rPr>
          <w:sz w:val="20"/>
        </w:rPr>
        <w:t>1:10:23  hoon, in dono lecture se kai bahut zyada important islam ke aspects clear hue.</w:t>
      </w:r>
      <w:r>
        <w:br/>
      </w:r>
      <w:r>
        <w:rPr>
          <w:sz w:val="20"/>
        </w:rPr>
        <w:t>1:10:29  jis ke baad mere andar thrilling ka ehsas ho raha hai.</w:t>
      </w:r>
      <w:r>
        <w:br/>
      </w:r>
      <w:r>
        <w:rPr>
          <w:sz w:val="20"/>
        </w:rPr>
        <w:t>1:10:33  jo baatein maine samjhi, wo yeh hain ke hum 200 saal se political empire ko regain karne ki</w:t>
      </w:r>
      <w:r>
        <w:br/>
      </w:r>
      <w:r>
        <w:rPr>
          <w:sz w:val="20"/>
        </w:rPr>
        <w:t>1:10:39  koshish kar rahe hain.</w:t>
      </w:r>
      <w:r>
        <w:br/>
      </w:r>
      <w:r>
        <w:rPr>
          <w:sz w:val="20"/>
        </w:rPr>
        <w:t>1:10:42  halanki, us se bhi zyada bada empire maujood hai, aur wo hai dawah empire.</w:t>
      </w:r>
      <w:r>
        <w:br/>
      </w:r>
      <w:r>
        <w:rPr>
          <w:sz w:val="20"/>
        </w:rPr>
        <w:t>1:10:48  aur dawah empire ke baad kisi aur empire ki zaroorat nahi.</w:t>
      </w:r>
      <w:r>
        <w:br/>
      </w:r>
      <w:r>
        <w:rPr>
          <w:sz w:val="20"/>
        </w:rPr>
        <w:t>1:10:53  doosri aham baat yeh hai ke quran ke mutabiq hamare liye zimmedari yeh hai ke hum adal ko apnayein, na ke adal ko naafiz karne ke liye pur tashaddud jahad karein. teesri, prophet aur sahaba ke zamane mein religious persecution ka zamana tha.</w:t>
      </w:r>
      <w:r>
        <w:br/>
      </w:r>
      <w:r>
        <w:rPr>
          <w:sz w:val="20"/>
        </w:rPr>
        <w:t>1:11:12  un logon ne jo bhi defensive confrontation kiya, uska asal maqsad religious persecution ko khatm karne ka tha,</w:t>
      </w:r>
      <w:r>
        <w:br/>
      </w:r>
      <w:r>
        <w:rPr>
          <w:sz w:val="20"/>
        </w:rPr>
        <w:t>1:11:21  na ke political power ko gain karne ka.</w:t>
      </w:r>
      <w:r>
        <w:br/>
      </w:r>
      <w:r>
        <w:rPr>
          <w:sz w:val="20"/>
        </w:rPr>
        <w:t>1:11:25  aur unhi ki koshishon ke nateeje mein jo process shuru hua, uska culmination aaj freedom of expression hai.</w:t>
      </w:r>
      <w:r>
        <w:br/>
      </w:r>
      <w:r>
        <w:rPr>
          <w:sz w:val="20"/>
        </w:rPr>
        <w:t>1:11:33  Maulana sahib, yeh baatein kya maine sahi samjhi? theek,</w:t>
      </w:r>
      <w:r>
        <w:br/>
      </w:r>
      <w:r>
        <w:rPr>
          <w:sz w:val="20"/>
        </w:rPr>
        <w:t>1:11:37  bahut sahi, bilkul sahi hai.</w:t>
      </w:r>
      <w:r>
        <w:br/>
      </w:r>
      <w:r>
        <w:rPr>
          <w:sz w:val="20"/>
        </w:rPr>
        <w:t>1:11:40  bilkul theek hai.</w:t>
      </w:r>
      <w:r>
        <w:br/>
      </w:r>
      <w:r>
        <w:rPr>
          <w:sz w:val="20"/>
        </w:rPr>
        <w:t>1:11:42  maulana, agla sawal dilli se hai, Miss Nagma Siddiqui ka. unhon ne likha hai: "If ideal cannot be achieved, why has there been efforts throughout history to achieve it?"</w:t>
      </w:r>
      <w:r>
        <w:br/>
      </w:r>
      <w:r>
        <w:rPr>
          <w:sz w:val="20"/>
        </w:rPr>
        <w:t>1:11:58  dekhiye, insaan jo hai, yaani Ideal Seeking Animal hai. paidaishi taur par us ke mind mein ek mayar hai, ek ideal hai, jisko woh achieve karna chahta hai.</w:t>
      </w:r>
      <w:r>
        <w:br/>
      </w:r>
      <w:r>
        <w:rPr>
          <w:sz w:val="20"/>
        </w:rPr>
        <w:t>1:12:14  to Allah taala ne yeh jo pasand hai insaan ke andar rakhi thi, jannat ke shauk ke liye. shayad bhi duniya mein kam tawajjoh de, duniya mein apne dil na lagaye, yeh samajh kar ke ke bhai, jo ideal mere mind mein hai, woh to jannat mein milega. yahan to bas kuch din rehna hai. lekin aaj is hua yeh ke beshtar insano ne us mayar pasandi ko isi duniya mein transfer karna chaha,</w:t>
      </w:r>
      <w:r>
        <w:br/>
      </w:r>
      <w:r>
        <w:rPr>
          <w:sz w:val="20"/>
        </w:rPr>
        <w:t>1:12:42  jo mayar pasandi thi akhirat ki, jannat ki yaad karne ke liye, us se apne ko ishq lagane ke liye. us mayar pasandi ko chah ke is duniya mein main bana loon. is ke nateeje mein yeh tareekh mein yeh manzar aap ko dikhai de deta hai.</w:t>
      </w:r>
      <w:r>
        <w:br/>
      </w:r>
      <w:r>
        <w:rPr>
          <w:sz w:val="20"/>
        </w:rPr>
        <w:t>1:13:09  maulana, agla sawal dilli se hai, nafees sahab ne likha hai. unhon ne poocha hai ke kisi waqea ka zikr karte hue aap ne ek hadith ka hawala diya tha, jo is tarah thi: "jab na-ahl log ohdedar banaye jaane lage to qayamat ka intezar karo." is hadith mein kya baat kahi gayi hai,</w:t>
      </w:r>
      <w:r>
        <w:br/>
      </w:r>
      <w:r>
        <w:rPr>
          <w:sz w:val="20"/>
        </w:rPr>
        <w:t>1:13:32  main use poori tarah se samajh nahi paya hoon.</w:t>
      </w:r>
      <w:r>
        <w:br/>
      </w:r>
      <w:r>
        <w:rPr>
          <w:sz w:val="20"/>
        </w:rPr>
        <w:t>1:13:37  is hadith ke alfaaz hain: "jab ussist al amru bi ghair ahlihi fad aris sa'ah"</w:t>
      </w:r>
      <w:r>
        <w:br/>
      </w:r>
      <w:r>
        <w:rPr>
          <w:sz w:val="20"/>
        </w:rPr>
        <w:t>1:13:47  . jab maamlaat jo hain, na-ahlon ke haath mein</w:t>
      </w:r>
      <w:r>
        <w:br/>
      </w:r>
      <w:r>
        <w:rPr>
          <w:sz w:val="20"/>
        </w:rPr>
        <w:t>1:13:54  jane lage to intezar karo qayamat ka.</w:t>
      </w:r>
      <w:r>
        <w:br/>
      </w:r>
      <w:r>
        <w:rPr>
          <w:sz w:val="20"/>
        </w:rPr>
        <w:t>1:14:00  samajhta hoon ke yeh jo hadith thi, is ki peshangoi yeh zamane poori ho chuki hai. aaj jis jagah dekhein, na-ahl log baithe hue hain.</w:t>
      </w:r>
      <w:r>
        <w:br/>
      </w:r>
      <w:r>
        <w:rPr>
          <w:sz w:val="20"/>
        </w:rPr>
        <w:t>1:14:12  har seat par ek na-ahl aadmi baitha hua hai.</w:t>
      </w:r>
      <w:r>
        <w:br/>
      </w:r>
      <w:r>
        <w:rPr>
          <w:sz w:val="20"/>
        </w:rPr>
        <w:t>1:14:19  is ka sabab kya hai? kyun aisa hua ke na-ahl log baith gaye? woh ja ja kar ke</w:t>
      </w:r>
      <w:r>
        <w:br/>
      </w:r>
      <w:r>
        <w:rPr>
          <w:sz w:val="20"/>
        </w:rPr>
        <w:t>1:14:24  to is ko aap dhoondhiye. lekin yeh to waqea hai ke is zamane mein jitni seat hai, sab par na-ahl log baithe hue hain.</w:t>
      </w:r>
      <w:r>
        <w:br/>
      </w:r>
      <w:r>
        <w:rPr>
          <w:sz w:val="20"/>
        </w:rPr>
        <w:t>1:14:33  jahan tak main jaanta hoon, woh yeh hai ke na-ahl log baatein khoob bolte hain, na-ahl aadmi munafiq khoob munafiqat khoob dikhata hai.</w:t>
      </w:r>
      <w:r>
        <w:br/>
      </w:r>
      <w:r>
        <w:rPr>
          <w:sz w:val="20"/>
        </w:rPr>
        <w:t>1:14:45  khoob achhi achhi baatein karega</w:t>
      </w:r>
      <w:r>
        <w:br/>
      </w:r>
      <w:r>
        <w:rPr>
          <w:sz w:val="20"/>
        </w:rPr>
        <w:t>1:14:47  to log samjhen ke yeh bohat mozu hai is uhde ke liye. aur jo aadmi sacha hoga, Allah se darta hoga, barh barh kar baaten nahin bolega.</w:t>
      </w:r>
      <w:r>
        <w:br/>
      </w:r>
      <w:r>
        <w:rPr>
          <w:sz w:val="20"/>
        </w:rPr>
        <w:t>1:14:59  woh language, woh language of understatement istemal karega.</w:t>
      </w:r>
      <w:r>
        <w:br/>
      </w:r>
      <w:r>
        <w:rPr>
          <w:sz w:val="20"/>
        </w:rPr>
        <w:t>1:15:04  theek hai? ek hai language of overstatement, ek hai language of understatement. to munafiq jo hota hai, woh language of overstatement bolta hai.</w:t>
      </w:r>
      <w:r>
        <w:br/>
      </w:r>
      <w:r>
        <w:rPr>
          <w:sz w:val="20"/>
        </w:rPr>
        <w:t>1:15:15  aur jo sacha aadmi hoga, woh language of understatement bolega. to log tajziya kar nahin paate. to is ki baaton ke dhoke mein aa jaate hain, kehte hain ke yeh hai, is ko seat pe bithao.</w:t>
      </w:r>
      <w:r>
        <w:br/>
      </w:r>
      <w:r>
        <w:rPr>
          <w:sz w:val="20"/>
        </w:rPr>
        <w:t>1:15:29  yeh daur to poora isi ka hai.</w:t>
      </w:r>
      <w:r>
        <w:br/>
      </w:r>
      <w:r>
        <w:rPr>
          <w:sz w:val="20"/>
        </w:rPr>
        <w:t>1:15:32  hadees mein aata hai ke "turfa al-aman". ek zamana aayega jab honesty uth jayegi. honesty uthne ka matlab kya hai?</w:t>
      </w:r>
      <w:r>
        <w:br/>
      </w:r>
      <w:r>
        <w:rPr>
          <w:sz w:val="20"/>
        </w:rPr>
        <w:t>1:15:42  munafiqat ka daur aa jayega. khoob baaten karenge log. wahi to hai aaj kal. har aadmi baaton ka badshah bana hua hai.</w:t>
      </w:r>
      <w:r>
        <w:br/>
      </w:r>
      <w:r>
        <w:rPr>
          <w:sz w:val="20"/>
        </w:rPr>
        <w:t>1:15:53  to sache log jo hain, woh baaten bana nahin paate. to un ko seat bhi nahin milti.</w:t>
      </w:r>
    </w:p>
    <w:p>
      <w:pPr>
        <w:pStyle w:val="Heading2"/>
      </w:pPr>
      <w:r>
        <w:t>Can Muslims protest peacefully</w:t>
      </w:r>
    </w:p>
    <w:p>
      <w:r>
        <w:rPr>
          <w:color w:val="666666"/>
          <w:sz w:val="18"/>
        </w:rPr>
        <w:t>Society &amp; Dawah · How God Manages Human History December 23, 2018 · 8m 04s · at 50:44 · https://youtu.be/j_yxigrCl5U?t=3044</w:t>
      </w:r>
    </w:p>
    <w:p>
      <w:r>
        <w:rPr>
          <w:i/>
        </w:rPr>
        <w:t>“Can we as Muslims at least protest peacefully without use of violence?”</w:t>
      </w:r>
    </w:p>
    <w:p>
      <w:r>
        <w:rPr>
          <w:sz w:val="20"/>
        </w:rPr>
        <w:t>50:44  yeh sawal bheja hai bangalore se iftikhar hussain sahib ne. molana, un ka sawal yeh hai: "molana, you said today that present age is age of peace.</w:t>
      </w:r>
      <w:r>
        <w:br/>
      </w:r>
      <w:r>
        <w:rPr>
          <w:sz w:val="20"/>
        </w:rPr>
        <w:t>51:00  and quoting hitler, you said: 'there will be no victors but survivors if there is any more war.' my question is then: can we as muslims at least protest peacefully without use of violence?</w:t>
      </w:r>
      <w:r>
        <w:br/>
      </w:r>
      <w:r>
        <w:rPr>
          <w:sz w:val="20"/>
        </w:rPr>
        <w:t>51:18  i am saying this because unless we raise our voice, authorities will not listen to the concerns and will keep on exploiting us.</w:t>
      </w:r>
      <w:r>
        <w:br/>
      </w:r>
      <w:r>
        <w:rPr>
          <w:sz w:val="20"/>
        </w:rPr>
        <w:t>51:28  molana sahib, what is your guidance on peaceful protest?" peaceful protest means futile protest.</w:t>
      </w:r>
      <w:r>
        <w:br/>
      </w:r>
      <w:r>
        <w:rPr>
          <w:sz w:val="20"/>
        </w:rPr>
        <w:t>51:39  futile protest.</w:t>
      </w:r>
      <w:r>
        <w:br/>
      </w:r>
      <w:r>
        <w:rPr>
          <w:sz w:val="20"/>
        </w:rPr>
        <w:t>51:41  aap blame dete hain authorities ko, blame dijiye apne wrong method ko.</w:t>
      </w:r>
      <w:r>
        <w:br/>
      </w:r>
      <w:r>
        <w:rPr>
          <w:sz w:val="20"/>
        </w:rPr>
        <w:t>51:53  road par aa kar chalana yeh chodiye,</w:t>
      </w:r>
      <w:r>
        <w:br/>
      </w:r>
      <w:r>
        <w:rPr>
          <w:sz w:val="20"/>
        </w:rPr>
        <w:t>51:59  measurement seekhiye. allah taala ka tareeqa manage karna hai, manage karna.</w:t>
      </w:r>
      <w:r>
        <w:br/>
      </w:r>
      <w:r>
        <w:rPr>
          <w:sz w:val="20"/>
        </w:rPr>
        <w:t>52:08  wo seekhiye. poori tareekh ko allah manage kar raha hai, poori tareekh ko. to aap manage karna seekhiye, takrao chodiye, is ko haram samjhiye.</w:t>
      </w:r>
      <w:r>
        <w:br/>
      </w:r>
      <w:r>
        <w:rPr>
          <w:sz w:val="20"/>
        </w:rPr>
        <w:t>52:23  is ko samjhiye ke andha pan samjhiye, andha pan. yahi to hai fitna dohama ke sari qaum andhi ho jayegi, is ko kuch dikhai nahi dega, kuch kiya karein, kiya na karein.</w:t>
      </w:r>
      <w:r>
        <w:br/>
      </w:r>
      <w:r>
        <w:rPr>
          <w:sz w:val="20"/>
        </w:rPr>
        <w:t>52:37  jis cheez ko aap keh rahe hain protest, wo wo phenomena hai fitna dohama ka. itne zyada raaste khule hue hain.</w:t>
      </w:r>
      <w:r>
        <w:br/>
      </w:r>
      <w:r>
        <w:rPr>
          <w:sz w:val="20"/>
        </w:rPr>
        <w:t>52:49  aap bataiye ke ek shakhs france se aata hai aur poore india mein ek empire khada kar deta hai, tata.</w:t>
      </w:r>
      <w:r>
        <w:br/>
      </w:r>
      <w:r>
        <w:rPr>
          <w:sz w:val="20"/>
        </w:rPr>
        <w:t>52:59  aap kehte hain hamein ladna hai, protest karna hai. us ne kabhi protest nahi kiya, tata ne kabhi protest nahi kiya. aur sab se bara jo hai colonial powers ka misaal,</w:t>
      </w:r>
      <w:r>
        <w:br/>
      </w:r>
      <w:r>
        <w:rPr>
          <w:sz w:val="20"/>
        </w:rPr>
        <w:t>53:19  wo log india mein aaye, french company aur british company to talwar le ke aaye the, maar maar kar ke hukoomat karna aur apna maqsad to tha apne product ko bechna, lekin maar maar kar ke.</w:t>
      </w:r>
      <w:r>
        <w:br/>
      </w:r>
      <w:r>
        <w:rPr>
          <w:sz w:val="20"/>
        </w:rPr>
        <w:t>53:39  phir unhon ne pata kiya ke maarne ki zaroorat hi kya hai? peaceful tareeqe se hum apni industry badha sakte hain poori duniya mein, yahan tak ke poori duniya mein hamari monopoly ho jaye.</w:t>
      </w:r>
      <w:r>
        <w:br/>
      </w:r>
      <w:r>
        <w:rPr>
          <w:sz w:val="20"/>
        </w:rPr>
        <w:t>53:52  aap ghaur kijiye, aaj monopoly hai, jaisa ke maine arz kiya, airbus ki aur boeing ki monopoly hai sari duniya mein.</w:t>
      </w:r>
      <w:r>
        <w:br/>
      </w:r>
      <w:r>
        <w:rPr>
          <w:sz w:val="20"/>
        </w:rPr>
        <w:t>54:06  to kya koi talwar le ke yeh monopoly qaim kiya unhon ne? gun chala kar kiya hai? apne standard se. india ki kamzori yeh hai ke aaj koi standard ki cheez milti nahi.</w:t>
      </w:r>
      <w:r>
        <w:br/>
      </w:r>
      <w:r>
        <w:rPr>
          <w:sz w:val="20"/>
        </w:rPr>
        <w:t>54:21  agar india in standard ki cheezein banaye to is ki bhi monopoly qaim ho jayegi. lekin india mein koi cheez standard ki milti nahi.</w:t>
      </w:r>
      <w:r>
        <w:br/>
      </w:r>
      <w:r>
        <w:rPr>
          <w:sz w:val="20"/>
        </w:rPr>
        <w:t>54:35  is zamane mein yaad rakhiye, standard ki taqat hai, talwar ki taqat nahi hai. is zamane mein jo taqat hai na, woh standard ki taqat hai.</w:t>
      </w:r>
      <w:r>
        <w:br/>
      </w:r>
      <w:r>
        <w:rPr>
          <w:sz w:val="20"/>
        </w:rPr>
        <w:t>54:46  talwar ki koi taqat nahi hai. koi bhi cheez aap standard ki banaiye, sari duniya jhook markar kharede gi. lekin india mein koi ek cheez bhi standard ki nahi milti.</w:t>
      </w:r>
      <w:r>
        <w:br/>
      </w:r>
      <w:r>
        <w:rPr>
          <w:sz w:val="20"/>
        </w:rPr>
        <w:t>55:00  isi liye yahan par log bohat si cheezein late hain.</w:t>
      </w:r>
      <w:r>
        <w:br/>
      </w:r>
      <w:r>
        <w:rPr>
          <w:sz w:val="20"/>
        </w:rPr>
        <w:t>55:07  bohat hi ajeeb baat hai ke parhe likhe log bhi haqeeqaton ko nahi jante. mujhe taajjub hota hai. baat karte hain protest ki, baat karo standard ki, quality education ki.</w:t>
      </w:r>
      <w:r>
        <w:br/>
      </w:r>
      <w:r>
        <w:rPr>
          <w:sz w:val="20"/>
        </w:rPr>
        <w:t>55:21  yeh parhe likhe log hain jo baatein karte hain, yeh sab protest.</w:t>
      </w:r>
      <w:r>
        <w:br/>
      </w:r>
      <w:r>
        <w:rPr>
          <w:sz w:val="20"/>
        </w:rPr>
        <w:t>55:28  aaj ke daur mein baat karo quality education ki, standard ki. mujhe bohat taajjub hota hai ke parhe likhe log itne bekhauf, bekhabar hain.</w:t>
      </w:r>
      <w:r>
        <w:br/>
      </w:r>
      <w:r>
        <w:rPr>
          <w:sz w:val="20"/>
        </w:rPr>
        <w:t>55:39  isi liye mujhe lagta hai ke yahi hai fitna dohama, yahi fitna dohama hai. Maulana, Mumbai se sawal kiya hai Fawad Siddiqui sahab ne.</w:t>
      </w:r>
      <w:r>
        <w:br/>
      </w:r>
      <w:r>
        <w:rPr>
          <w:sz w:val="20"/>
        </w:rPr>
        <w:t>55:51  unhone likha hai: "Molana, polytheism exists even today like it existed at the time of Prophet of Islam.</w:t>
      </w:r>
      <w:r>
        <w:br/>
      </w:r>
      <w:r>
        <w:rPr>
          <w:sz w:val="20"/>
        </w:rPr>
        <w:t>56:00  So what is wrong if Muslims are engaging in conflict with polytheists as this is what Prophet and later sahaba did, which helped in spreading of Islam?</w:t>
      </w:r>
      <w:r>
        <w:br/>
      </w:r>
      <w:r>
        <w:rPr>
          <w:sz w:val="20"/>
        </w:rPr>
        <w:t>56:12  So in a way Muslims are engaged in conflict with polytheists that is like following sunnat. Why is it that you stop?" is se bara koi jhoot nahi ho sakta, is se bara koi jhoot nahi ho sakta.</w:t>
      </w:r>
      <w:r>
        <w:br/>
      </w:r>
      <w:r>
        <w:rPr>
          <w:sz w:val="20"/>
        </w:rPr>
        <w:t>56:28  dekhiye, is raaz ko janiye ke shirk se murad Quran mein jo shirk jarah hai, shirk eitiqadi nahi hai.</w:t>
      </w:r>
      <w:r>
        <w:br/>
      </w:r>
      <w:r>
        <w:rPr>
          <w:sz w:val="20"/>
        </w:rPr>
        <w:t>56:40  shirk eitiqadi to kabhi khatam hi nahi hoga, Allah ke script ke mutabiq. shirk eitiqadi na kabhi khatam hua, na kabhi khatam hoga.</w:t>
      </w:r>
      <w:r>
        <w:br/>
      </w:r>
      <w:r>
        <w:rPr>
          <w:sz w:val="20"/>
        </w:rPr>
        <w:t>56:50  shirk jarah ko Quran ne khatam kar diya aur inqalabat jo aaye duniya mein, is ne khatam kar diya. to Allah ka jo matlab tha, woh yeh nahi tha ke shirk eitiqadi khatam ho jaye.</w:t>
      </w:r>
      <w:r>
        <w:br/>
      </w:r>
      <w:r>
        <w:rPr>
          <w:sz w:val="20"/>
        </w:rPr>
        <w:t>57:06  iska matlab tha ke shirk jarah khatam ho jaye. qatil fitna, yahan shirk se murad hai shirk jarah.</w:t>
      </w:r>
      <w:r>
        <w:br/>
      </w:r>
      <w:r>
        <w:rPr>
          <w:sz w:val="20"/>
        </w:rPr>
        <w:t>57:16  kaise ajeeb hai, parhe likhe log ki baaton ko samajhte nahi aur bari bari baatein karte hain.</w:t>
      </w:r>
      <w:r>
        <w:br/>
      </w:r>
      <w:r>
        <w:rPr>
          <w:sz w:val="20"/>
        </w:rPr>
        <w:t>57:24  Maulana, agla comment lena chahenge. yeh bheja hai Mahboob bhai ne Mumbai se. unhone likha hai: "Molana, today you said a sentence: Musalmanon ne ladai ko namaz ka darja de rakha hai.</w:t>
      </w:r>
      <w:r>
        <w:br/>
      </w:r>
      <w:r>
        <w:rPr>
          <w:sz w:val="20"/>
        </w:rPr>
        <w:t>57:41  This is the path-breaking sentence for any Muslim to break his conditioning in this regard. Maulana, definitely my conviction has doubled towards you.</w:t>
      </w:r>
      <w:r>
        <w:br/>
      </w:r>
      <w:r>
        <w:rPr>
          <w:sz w:val="20"/>
        </w:rPr>
        <w:t>57:52  Jazak Allah." Dr. Najma Siddiqui ne Dubai se likha hai: "Very meaningfully described historical gist from the Islamic perspective,</w:t>
      </w:r>
      <w:r>
        <w:br/>
      </w:r>
      <w:r>
        <w:rPr>
          <w:sz w:val="20"/>
        </w:rPr>
        <w:t>58:06  focusing on various shocks for learning process, for learning lessons. Also pointing out our mistakes and need for global da'wah work.</w:t>
      </w:r>
      <w:r>
        <w:br/>
      </w:r>
      <w:r>
        <w:rPr>
          <w:sz w:val="20"/>
        </w:rPr>
        <w:t>58:16  May Allah help all of us in this work. Jazak Allah." Maulana, Sahar Saleem ne likha hai Kashmir se: "Molana sahib, in today's lecture we all again got the broader vision for da'wah.</w:t>
      </w:r>
      <w:r>
        <w:br/>
      </w:r>
      <w:r>
        <w:rPr>
          <w:sz w:val="20"/>
        </w:rPr>
        <w:t>58:34  We should be thankful to today's time where it is so easy and convenient to make da'wah empire. We should take global dawah as an opportunity by truly understanding what it really means.</w:t>
      </w:r>
    </w:p>
    <w:p>
      <w:pPr>
        <w:pStyle w:val="Heading2"/>
      </w:pPr>
      <w:r>
        <w:t>Communication gap and communal riots</w:t>
      </w:r>
    </w:p>
    <w:p>
      <w:r>
        <w:rPr>
          <w:color w:val="666666"/>
          <w:sz w:val="18"/>
        </w:rPr>
        <w:t>Society &amp; Dawah · Lessons from My Journey to Agra October 27, 2013 · 5m 18s · at 1:10:12 · https://youtu.be/Gg2N0h4ETH8?t=4212</w:t>
      </w:r>
    </w:p>
    <w:p>
      <w:r>
        <w:rPr>
          <w:i/>
        </w:rPr>
        <w:t>“Is communication gap the main culprit for the increase of communal riots in India?”</w:t>
      </w:r>
    </w:p>
    <w:p>
      <w:r>
        <w:rPr>
          <w:sz w:val="20"/>
        </w:rPr>
        <w:t>1:10:12  Maulana, agla sawal Dr. Iqbal Pardhan ka hai Delhi se. unhon ne likha hai: "Maulana, last month i got a call of a dear friend Mr. Swe Ram Tutia from Modi Nagar in UP.</w:t>
      </w:r>
      <w:r>
        <w:br/>
      </w:r>
      <w:r>
        <w:rPr>
          <w:sz w:val="20"/>
        </w:rPr>
        <w:t>1:10:28  he was very concerned about me because of the communal riots in Muzaffarnagar. he advised me that i should not visit the riot affected areas.</w:t>
      </w:r>
      <w:r>
        <w:br/>
      </w:r>
      <w:r>
        <w:rPr>
          <w:sz w:val="20"/>
        </w:rPr>
        <w:t>1:10:38  Maulana, my question is that is communication gap the main culprit for increase of communal right communal rights that we see in India?" nahi, dekhen, communication gap ki baat nahi hai ye.</w:t>
      </w:r>
      <w:r>
        <w:br/>
      </w:r>
      <w:r>
        <w:rPr>
          <w:sz w:val="20"/>
        </w:rPr>
        <w:t>1:10:53  ye patience na hone ki baat</w:t>
      </w:r>
      <w:r>
        <w:br/>
      </w:r>
      <w:r>
        <w:rPr>
          <w:sz w:val="20"/>
        </w:rPr>
        <w:t>1:10:57  hai. sabr nahi hai logon ke andar. zara si baat pe bhadak uthte hain. communication gap nahi hai. sab ki jeb mein mobile hai. har aaj kal kis ki jeb mein mobile nahi hai?</w:t>
      </w:r>
      <w:r>
        <w:br/>
      </w:r>
      <w:r>
        <w:rPr>
          <w:sz w:val="20"/>
        </w:rPr>
        <w:t>1:11:09  to communication gap kahan hai? asal cheez ye hai ke haan, yani hamare andar ye mizaj ban gaya hai ke hum sabr nahi kar paate,</w:t>
      </w:r>
      <w:r>
        <w:br/>
      </w:r>
      <w:r>
        <w:rPr>
          <w:sz w:val="20"/>
        </w:rPr>
        <w:t>1:11:22  tolerate nahi kar paate, avoid nahi paate. bas zara si koi baat pe bhadak a</w:t>
      </w:r>
      <w:r>
        <w:br/>
      </w:r>
      <w:r>
        <w:rPr>
          <w:sz w:val="20"/>
        </w:rPr>
        <w:t>1:11:26  the, koi baat suni, bhadak uthe. to logon ko sab se zaroori cheez jo hai wo ke andar sabr ka mizaj paida karen, patience ka mizaj paida karen, avoidance ka, a'raz ka.</w:t>
      </w:r>
      <w:r>
        <w:br/>
      </w:r>
      <w:r>
        <w:rPr>
          <w:sz w:val="20"/>
        </w:rPr>
        <w:t>1:11:42  is se communal dot khatam ho gayi. communication se is ka koi ta'alluq nahi kyunke communication ka har aadmi ke jeb mein mobile hai.</w:t>
      </w:r>
      <w:r>
        <w:br/>
      </w:r>
      <w:r>
        <w:rPr>
          <w:sz w:val="20"/>
        </w:rPr>
        <w:t>1:11:52  communication to khoob khoob hai.</w:t>
      </w:r>
      <w:r>
        <w:br/>
      </w:r>
      <w:r>
        <w:rPr>
          <w:sz w:val="20"/>
        </w:rPr>
        <w:t>1:11:56  main ne jo india mein right hotay hain, is ka main ne kuch kuch kuch rights ko test case ke tor par mutala kiya hai.</w:t>
      </w:r>
      <w:r>
        <w:br/>
      </w:r>
      <w:r>
        <w:rPr>
          <w:sz w:val="20"/>
        </w:rPr>
        <w:t>1:12:05  hamesha main ne paya hai ke jo cheez jo cheez maujood nahi thi, woh patience maujood nahi tha. is liye bhark utha mamla aur fasad ho gaya. zara si baat to zara si baat to ghar pe hoti hai.</w:t>
      </w:r>
      <w:r>
        <w:br/>
      </w:r>
      <w:r>
        <w:rPr>
          <w:sz w:val="20"/>
        </w:rPr>
        <w:t>1:12:17  zara si baat to hamesha hogi.</w:t>
      </w:r>
      <w:r>
        <w:br/>
      </w:r>
      <w:r>
        <w:rPr>
          <w:sz w:val="20"/>
        </w:rPr>
        <w:t>1:12:20  jab bhi aap mil jul kar rahengay, social life mein thori thori baatein hamesha hoti rahengi. chahe hindu musalman hon ya sirf musalman hon ya sirf hindu hon, hoga woh.</w:t>
      </w:r>
      <w:r>
        <w:br/>
      </w:r>
      <w:r>
        <w:rPr>
          <w:sz w:val="20"/>
        </w:rPr>
        <w:t>1:12:33  to sirf is ka hal sirf yeh hai ke log yani bharkna chorein, provoke na hon, patience se kaam kaam lein, choti choti baaton ko nazar andaaz karein aur koi hal is ka doosra hai nahi.</w:t>
      </w:r>
      <w:r>
        <w:br/>
      </w:r>
      <w:r>
        <w:rPr>
          <w:sz w:val="20"/>
        </w:rPr>
        <w:t>1:12:52  is par hum bohat likh chukay hain. merit ka fasad hua tha 1986 mein to bohat lambi report hum ne likhi thi.</w:t>
      </w:r>
      <w:r>
        <w:br/>
      </w:r>
      <w:r>
        <w:rPr>
          <w:sz w:val="20"/>
        </w:rPr>
        <w:t>1:13:01  poora risala is mein 50 safhay ki is mein yeh sab baatein likhi theen tafseel ke sath ke india ka right jo hai, is ki sab genesis yahi hai ke mil jul kar rehna hi parta hai.</w:t>
      </w:r>
      <w:r>
        <w:br/>
      </w:r>
      <w:r>
        <w:rPr>
          <w:sz w:val="20"/>
        </w:rPr>
        <w:t>1:13:15  humein social life to hamari hoti hi hoti hai,</w:t>
      </w:r>
      <w:r>
        <w:br/>
      </w:r>
      <w:r>
        <w:rPr>
          <w:sz w:val="20"/>
        </w:rPr>
        <w:t>1:13:18  lekin to social life mein aisa lazman hoga ke kisi ke khilaf kuch baat ho jayegi. choti si baat, is choti si baat ko aap avoid kijiye, nazar andaaz kijiye, is ko bardasht kar lijye.</w:t>
      </w:r>
      <w:r>
        <w:br/>
      </w:r>
      <w:r>
        <w:rPr>
          <w:sz w:val="20"/>
        </w:rPr>
        <w:t>1:13:32  aur nahi to phir kya hoga? woh main ne ek hadith is mein naqal ki thi. ek sahabi ka qaul hai ke "malayurda bil qaleel mimma yati bis safheeyarada bil kaseer"</w:t>
      </w:r>
      <w:r>
        <w:br/>
      </w:r>
      <w:r>
        <w:rPr>
          <w:sz w:val="20"/>
        </w:rPr>
        <w:t>1:13:47  . yani jo aadmi chotay shar ko bardasht nahi karega ijtamai zindagi mein, us ko ijtamai zindagi ke baray shar ko bardasht karna padega.</w:t>
      </w:r>
      <w:r>
        <w:br/>
      </w:r>
      <w:r>
        <w:rPr>
          <w:sz w:val="20"/>
        </w:rPr>
        <w:t>1:13:59  yani social life mein jo option hai, woh hai less evil aur get evil ka. yani evil aur no evil ka option nahi hai.</w:t>
      </w:r>
      <w:r>
        <w:br/>
      </w:r>
      <w:r>
        <w:rPr>
          <w:sz w:val="20"/>
        </w:rPr>
        <w:t>1:14:08  is ko achi tarah samajh lijye. yeh sara yani jo misr mein jo kuch ho raha hai ya iraq aur pakistan mein jo kuch ho raha hai ya india mein jo kuch ho raha hai, har jagah hi apply hota hai formula ke zindagi mein jo hamein option hai,</w:t>
      </w:r>
      <w:r>
        <w:br/>
      </w:r>
      <w:r>
        <w:rPr>
          <w:sz w:val="20"/>
        </w:rPr>
        <w:t>1:14:27  between evil aur no evil nahi hai, balkay between get evil aur less evil hai.</w:t>
      </w:r>
      <w:r>
        <w:br/>
      </w:r>
      <w:r>
        <w:rPr>
          <w:sz w:val="20"/>
        </w:rPr>
        <w:t>1:14:35  aap ko less evil ko bardasht karna hi padega ta ke aap get evil se bacha sakein apne aap ko. kyunke no evil ki situation to kabhi pai hi nahi jayegi.</w:t>
      </w:r>
      <w:r>
        <w:br/>
      </w:r>
      <w:r>
        <w:rPr>
          <w:sz w:val="20"/>
        </w:rPr>
        <w:t>1:14:48  no evil ki situation chahe peghamabari duniya mein hon, tab bhi nahi ho sakti. tab bhi mumkin nahi hai aisa. kyunke ijtamai zindagi mein hamesha kuch na kuch hota rehta hai.</w:t>
      </w:r>
      <w:r>
        <w:br/>
      </w:r>
      <w:r>
        <w:rPr>
          <w:sz w:val="20"/>
        </w:rPr>
        <w:t>1:15:00  ijtamai zindagi mein namumkin hai ke kuch na kuch unwanted situation paida na ho. to main phir repeat karunga ke is duniya mein aadmi ke liye jo choice hai, woh between evil aur no evil nahi hai.</w:t>
      </w:r>
      <w:r>
        <w:br/>
      </w:r>
      <w:r>
        <w:rPr>
          <w:sz w:val="20"/>
        </w:rPr>
        <w:t>1:15:17  woh between get evil aur less evil hai. to aap less evil ka choice le lijye ta ke aap get evil se bacha sakein.</w:t>
      </w:r>
    </w:p>
    <w:p>
      <w:pPr>
        <w:pStyle w:val="Heading2"/>
      </w:pPr>
      <w:r>
        <w:t>Criticism of Al-Risala mission's scope</w:t>
      </w:r>
    </w:p>
    <w:p>
      <w:r>
        <w:rPr>
          <w:color w:val="666666"/>
          <w:sz w:val="18"/>
        </w:rPr>
        <w:t>Society &amp; Dawah · Personality Building January 05, 2014 · 5m 31s · at 47:33 · https://youtu.be/3Zppdm2K4ug?t=2853</w:t>
      </w:r>
    </w:p>
    <w:p>
      <w:r>
        <w:rPr>
          <w:i/>
        </w:rPr>
        <w:t>“Someone said that the Al-Risala mission is not interested in social issues. He also said that this mission is correct for India, but for the whole world, only dawah and peace activity is not possible. Please comment on this.”</w:t>
      </w:r>
    </w:p>
    <w:p>
      <w:r>
        <w:rPr>
          <w:sz w:val="20"/>
        </w:rPr>
        <w:t>47:33  maulana, un ka ek aur sawal hai. unhon ne likha hai: "maulana, ek sahib ne kaha ke Al-Risala mission ko ijtamai masail se dilchaspi nahi hai."</w:t>
      </w:r>
      <w:r>
        <w:br/>
      </w:r>
      <w:r>
        <w:rPr>
          <w:sz w:val="20"/>
        </w:rPr>
        <w:t>47:46  unhon ne yeh bhi kaha ke yeh mission India ke liye to sahi hai lekin saari dunya ke liye sirf dawat aur aman wali activity mumkin nahi hai.</w:t>
      </w:r>
      <w:r>
        <w:br/>
      </w:r>
      <w:r>
        <w:rPr>
          <w:sz w:val="20"/>
        </w:rPr>
        <w:t>47:57  maulana, is par kuch farmayein. dekhiye, yeh soch jo hai, is mein ghalati kya hai? yeh soch apne mind set ko le kar ke hai.</w:t>
      </w:r>
      <w:r>
        <w:br/>
      </w:r>
      <w:r>
        <w:rPr>
          <w:sz w:val="20"/>
        </w:rPr>
        <w:t>48:07  un ke mind mein ek model hai, us model ko le kar yeh bol rahe hain.</w:t>
      </w:r>
      <w:r>
        <w:br/>
      </w:r>
      <w:r>
        <w:rPr>
          <w:sz w:val="20"/>
        </w:rPr>
        <w:t>48:14  un se aap puchiye ke kya unhon ne kabhi aisa kiya ke apne mind ko preoccupation se khali kar ke poore Quran ko padha?</w:t>
      </w:r>
      <w:r>
        <w:br/>
      </w:r>
      <w:r>
        <w:rPr>
          <w:sz w:val="20"/>
        </w:rPr>
        <w:t>48:26  unhon ne a z tak ke dekhen quran kya batata hai. to india ho, chahe america ho, quran mein farq nahin hai.</w:t>
      </w:r>
      <w:r>
        <w:br/>
      </w:r>
      <w:r>
        <w:rPr>
          <w:sz w:val="20"/>
        </w:rPr>
        <w:t>48:37  yahan bhi wahi karna hai jo wahan woh karna hai.</w:t>
      </w:r>
      <w:r>
        <w:br/>
      </w:r>
      <w:r>
        <w:rPr>
          <w:sz w:val="20"/>
        </w:rPr>
        <w:t>48:41  to main ne allah ke fazl se bar bar quran ko parha hai is nazariye se ke quran khud kya kehta hai, apne mind set ko le kar nahin.</w:t>
      </w:r>
      <w:r>
        <w:br/>
      </w:r>
      <w:r>
        <w:rPr>
          <w:sz w:val="20"/>
        </w:rPr>
        <w:t>48:56  to main ne yahi paya hai ke quran mein jo baat kahi gayi hai, woh sab se zyada jo quran mein aap payenge, koi bhi page kholen to main apne lafzon mein kahunga ke khaliq ke creation plan ko batane ke liye ke duniya yeh banayi gayi hai tumhare liye.</w:t>
      </w:r>
      <w:r>
        <w:br/>
      </w:r>
      <w:r>
        <w:rPr>
          <w:sz w:val="20"/>
        </w:rPr>
        <w:t>49:21  tum yahan hamesha nahin rahoge, tum ko marna hai.</w:t>
      </w:r>
      <w:r>
        <w:br/>
      </w:r>
      <w:r>
        <w:rPr>
          <w:sz w:val="20"/>
        </w:rPr>
        <w:t>49:25  yeh tumhara tumhare liye tumhara yeh habitat nahin hai, yeh tumhara mustaqil aboard nahin hai. apne ko tayyar karo ke agli duniya jo jo tumhara habitat hai, tumhara eternal aboard hai, wahan ke liye tum deserve karo ke wahan tumhe settle settle kiya ja sake.</w:t>
      </w:r>
      <w:r>
        <w:br/>
      </w:r>
      <w:r>
        <w:rPr>
          <w:sz w:val="20"/>
        </w:rPr>
        <w:t>49:44  yeh sare quran mein yeh cheez bhari hui hai. koi aadmi jo is se inkar karta hai, us ko chahiye ke koi quran ki koi ayat bataye.</w:t>
      </w:r>
      <w:r>
        <w:br/>
      </w:r>
      <w:r>
        <w:rPr>
          <w:sz w:val="20"/>
        </w:rPr>
        <w:t>49:58  to log quran ki ayat ko nahin batate, apne mind set ko le kar bolte hain. to zahir hai, kisi ke mind set ka koi se koi baat sabit nahin hoti.</w:t>
      </w:r>
      <w:r>
        <w:br/>
      </w:r>
      <w:r>
        <w:rPr>
          <w:sz w:val="20"/>
        </w:rPr>
        <w:t>50:11  kisi ka mind set jo hai, woh koi woh woh koi authentic cheez nahin ke us ko le kar hum rai banayein. jab</w:t>
      </w:r>
      <w:r>
        <w:br/>
      </w:r>
      <w:r>
        <w:rPr>
          <w:sz w:val="20"/>
        </w:rPr>
        <w:t>50:20  tak aap ek mashhoor aalim ka qaul hai ke "yatuni shai'an min kitabi allahi ta'aqqalu" ke quran ki koi ayat le ke aao, tab main to jawab doonga.</w:t>
      </w:r>
      <w:r>
        <w:br/>
      </w:r>
      <w:r>
        <w:rPr>
          <w:sz w:val="20"/>
        </w:rPr>
        <w:t>50:33  aise kaise jawab doon? tum apne mind set se bol rahe ho, to main is ka jawab kya doonga? "yatuni shai'an min kitabi allahi ta'aqqalu".</w:t>
      </w:r>
      <w:r>
        <w:br/>
      </w:r>
      <w:r>
        <w:rPr>
          <w:sz w:val="20"/>
        </w:rPr>
        <w:t>50:42  lao koi quran majeed ka koi ayat.</w:t>
      </w:r>
      <w:r>
        <w:br/>
      </w:r>
      <w:r>
        <w:rPr>
          <w:sz w:val="20"/>
        </w:rPr>
        <w:t>50:45  to yeh jo log is tarah ki baatein bolte hain, un ko chahiye ke woh quran ki ayat pesh karein, phir main is ka bataoon ke is ka matlab kya hai.</w:t>
      </w:r>
      <w:r>
        <w:br/>
      </w:r>
      <w:r>
        <w:rPr>
          <w:sz w:val="20"/>
        </w:rPr>
        <w:t>50:55  jaise ek misaal deta hoon main ke quran ki ayaton ko log galat taur par refer karte hain.</w:t>
      </w:r>
      <w:r>
        <w:br/>
      </w:r>
      <w:r>
        <w:rPr>
          <w:sz w:val="20"/>
        </w:rPr>
        <w:t>51:02  maslan dekhiye, quran mein ek ayat hai: "kunoo quwwami bil qist". yani a logon, tum qist par qaim hone wale bano.</w:t>
      </w:r>
      <w:r>
        <w:br/>
      </w:r>
      <w:r>
        <w:rPr>
          <w:sz w:val="20"/>
        </w:rPr>
        <w:t>51:17  "kunoo quwwami bil qist". qist matlab hota hai justice, aadil. justice par justice ko follow karne wale bano.</w:t>
      </w:r>
      <w:r>
        <w:br/>
      </w:r>
      <w:r>
        <w:rPr>
          <w:sz w:val="20"/>
        </w:rPr>
        <w:t>51:29  a logon, tum justice ko follow karne wale bano. ab is ko unhon ne kya kiya? yeh passive sense mein active sense bana diya is ko ke tum duniya mein jhanda uthao, justice kaho, duniya mein justice qaim karo.</w:t>
      </w:r>
      <w:r>
        <w:br/>
      </w:r>
      <w:r>
        <w:rPr>
          <w:sz w:val="20"/>
        </w:rPr>
        <w:t>51:45  yeh hai hi nahin is ayat mein. woh ayat, woh ayat jo hai, woh woh passive sense mein hai, active sense mein nahin hai.</w:t>
      </w:r>
      <w:r>
        <w:br/>
      </w:r>
      <w:r>
        <w:rPr>
          <w:sz w:val="20"/>
        </w:rPr>
        <w:t>51:54  yani apne aap ko tum, ab tum khud follow karo justice ko. tum khud apne aap ko ek just insaan ke taur par develop karo.</w:t>
      </w:r>
      <w:r>
        <w:br/>
      </w:r>
      <w:r>
        <w:rPr>
          <w:sz w:val="20"/>
        </w:rPr>
        <w:t>52:05  to koi aisi ayat bataye mujhe jahan likha ho ke tum ko yeh kaam karna hai ke justice ka system, justice ka nizam duniya mein qaim karna hai.</w:t>
      </w:r>
      <w:r>
        <w:br/>
      </w:r>
      <w:r>
        <w:rPr>
          <w:sz w:val="20"/>
        </w:rPr>
        <w:t>52:14  yeh kaun si ayat hai? aisi koi ayat nahin.</w:t>
      </w:r>
      <w:r>
        <w:br/>
      </w:r>
      <w:r>
        <w:rPr>
          <w:sz w:val="20"/>
        </w:rPr>
        <w:t>52:18  aisi dekhiye, quran mein hai ke "inna arsalna rusulana bil bayyinati wal kitaba wal mizana li yaquma nasu bil qist".</w:t>
      </w:r>
      <w:r>
        <w:br/>
      </w:r>
      <w:r>
        <w:rPr>
          <w:sz w:val="20"/>
        </w:rPr>
        <w:t>52:29  yani peghambar ke zariye allah ne bheja hidayat "li yaquma nasu bil qist". yani taake log qist ko follow karein, log justice ko follow karein.</w:t>
      </w:r>
      <w:r>
        <w:br/>
      </w:r>
      <w:r>
        <w:rPr>
          <w:sz w:val="20"/>
        </w:rPr>
        <w:t>52:42  to justice ko follow kar, yeh to ayat hai bohat maujood hai quran majeed mein, lekin yeh kaha hai ke justice ek system ba tour system ke duniya mein nafiz karo, hukumaton ko todo, nizam ko badlo.</w:t>
      </w:r>
      <w:r>
        <w:br/>
      </w:r>
      <w:r>
        <w:rPr>
          <w:sz w:val="20"/>
        </w:rPr>
        <w:t>52:53  yeh to kahin hai hi nahin. to jab tak koi aadmi is tarah ki ayat par yani na bataye, tab tak us ki baat jo hai, valid nahin hogi, invalid hogi.</w:t>
      </w:r>
    </w:p>
    <w:p>
      <w:pPr>
        <w:pStyle w:val="Heading2"/>
      </w:pPr>
      <w:r>
        <w:t>Did Muslim Reaction Increase Curiosity for Film?</w:t>
      </w:r>
    </w:p>
    <w:p>
      <w:r>
        <w:rPr>
          <w:color w:val="666666"/>
          <w:sz w:val="18"/>
        </w:rPr>
        <w:t>Society &amp; Dawah · Creative Solution or Ijtihadi Hal September 16, 2012 · 6m 37s · at 1:20:07 · https://youtu.be/yBKbiu0d_1A?t=4807</w:t>
      </w:r>
    </w:p>
    <w:p>
      <w:r>
        <w:rPr>
          <w:i/>
        </w:rPr>
        <w:t>“Times of India says: "Had Muslims not reacted violently, very few people would have watched the film. Not only has it increased people's curiosity, but now YouTube plans to put the complete video online." What are your thoughts on this?”</w:t>
      </w:r>
    </w:p>
    <w:p>
      <w:r>
        <w:rPr>
          <w:sz w:val="20"/>
        </w:rPr>
        <w:t>1:20:07  maulana, agla sawal dilli se hai doctor farida khanam ka.</w:t>
      </w:r>
      <w:r>
        <w:br/>
      </w:r>
      <w:r>
        <w:rPr>
          <w:sz w:val="20"/>
        </w:rPr>
        <w:t>1:20:11  unhon ne likha hai ke maulana, yeh jo abhi present violence hua hai movie ko le ke, to is mein unhon ne likha hai ke times of india mein aaya hai ke "head muslims not reacted violently, very few people would have watch the film.</w:t>
      </w:r>
      <w:r>
        <w:br/>
      </w:r>
      <w:r>
        <w:rPr>
          <w:sz w:val="20"/>
        </w:rPr>
        <w:t>1:20:28  not only has it increased the curiosity of people, but now youtube plans to put the complete video on line." maulana, what is your thoughts on in this?</w:t>
      </w:r>
      <w:r>
        <w:br/>
      </w:r>
      <w:r>
        <w:rPr>
          <w:sz w:val="20"/>
        </w:rPr>
        <w:t>1:20:38  yeh to</w:t>
      </w:r>
      <w:r>
        <w:br/>
      </w:r>
      <w:r>
        <w:rPr>
          <w:sz w:val="20"/>
        </w:rPr>
        <w:t>1:20:39  bohat sahi baat hai. maine hi padha hai wiedia ke is is report ko. yeh to musalman, maine thoda sa dekha internet par, thoda sa dekha hai is ko.</w:t>
      </w:r>
      <w:r>
        <w:br/>
      </w:r>
      <w:r>
        <w:rPr>
          <w:sz w:val="20"/>
        </w:rPr>
        <w:t>1:20:52  itna absurd hai woh bilkul, yaani itni theme is ki fazool hai ke woh is qabil nahin ke koi dekhe der tak.</w:t>
      </w:r>
      <w:r>
        <w:br/>
      </w:r>
      <w:r>
        <w:rPr>
          <w:sz w:val="20"/>
        </w:rPr>
        <w:t>1:21:00  is ko aadmi is ko zara sa dekhe ga, is ke baad chhod de ga. is ko</w:t>
      </w:r>
      <w:r>
        <w:br/>
      </w:r>
      <w:r>
        <w:rPr>
          <w:sz w:val="20"/>
        </w:rPr>
        <w:t>1:21:07  yeh to musalman ne shorgon bachaya, shorgon bachaya to is ki ahmiyat paida kar di. shorgon bacha ke yahi baat hui thi salman rushdie ke muamle mein ke woh kitaab bhi bilkul is ki theme bohat thi, third class ki theme hai is ki.</w:t>
      </w:r>
      <w:r>
        <w:br/>
      </w:r>
      <w:r>
        <w:rPr>
          <w:sz w:val="20"/>
        </w:rPr>
        <w:t>1:21:24  aur lekin wahan jo shor bachaya hai, tab logon ko khwab hi kya ke is ko padho, kya baat hai is kitaab mein. to salman rushdie ke muamle mein bhi musalmanon ne shorgor kar ke is ki ahmiyat</w:t>
      </w:r>
      <w:r>
        <w:br/>
      </w:r>
      <w:r>
        <w:rPr>
          <w:sz w:val="20"/>
        </w:rPr>
        <w:t>1:21:36  badha di. aise hi is baar bhi shorgor kar ke is ki ahmiyat badha di. warna koi bhi shakhs is kitaab ko padhe ya is ah yeh innocent substance ko dekhe, itna zyada laagu hai, itna zyada absurd hai ke aadmi kahe ke la haula wala quwwat, kahe ke chhod de ga is ko.</w:t>
      </w:r>
      <w:r>
        <w:br/>
      </w:r>
      <w:r>
        <w:rPr>
          <w:sz w:val="20"/>
        </w:rPr>
        <w:t>1:21:57  koi is se koi problem hi koi hone wala nahin hai, har giz nahin. koi ek aadmi is is se koi asar lene wala nahin hai.</w:t>
      </w:r>
      <w:r>
        <w:br/>
      </w:r>
      <w:r>
        <w:rPr>
          <w:sz w:val="20"/>
        </w:rPr>
        <w:t>1:22:07  lekin jab shorgol karein ge aap to ahmiyat badh jaye gi. shorgol karne ki wajah se ahmiyat badh gayi is ki. maulana, un ka ek aur sawal hai.</w:t>
      </w:r>
      <w:r>
        <w:br/>
      </w:r>
      <w:r>
        <w:rPr>
          <w:sz w:val="20"/>
        </w:rPr>
        <w:t>1:22:18  unhon ne likha hai "one of my students told me that after completing his studies, he would join jihad.</w:t>
      </w:r>
      <w:r>
        <w:br/>
      </w:r>
      <w:r>
        <w:rPr>
          <w:sz w:val="20"/>
        </w:rPr>
        <w:t>1:22:27  i asked him the reason for his doing so. he replied that our brothers are being killed in assam</w:t>
      </w:r>
      <w:r>
        <w:br/>
      </w:r>
      <w:r>
        <w:rPr>
          <w:sz w:val="20"/>
        </w:rPr>
        <w:t>1:22:35  . how can we remain silent at such operation? we have to retaliate." maulana, what is your comment? dekhein, yeh sara muamla yeh hai ke musalmanon ke jo so called jo leader hain,</w:t>
      </w:r>
      <w:r>
        <w:br/>
      </w:r>
      <w:r>
        <w:rPr>
          <w:sz w:val="20"/>
        </w:rPr>
        <w:t>1:22:50  bilkul musalmanon mein third class log jo hain, aa kar ke bolte hain. aur is mein stage par aur woh urdu akhbaron mein sab aata hai.</w:t>
      </w:r>
      <w:r>
        <w:br/>
      </w:r>
      <w:r>
        <w:rPr>
          <w:sz w:val="20"/>
        </w:rPr>
        <w:t>1:23:00  zyada tar urdu akhbaron mein sab baatein hoti hain.</w:t>
      </w:r>
      <w:r>
        <w:br/>
      </w:r>
      <w:r>
        <w:rPr>
          <w:sz w:val="20"/>
        </w:rPr>
        <w:t>1:23:03  woh samajhte hain ke wahan zulm ho raha hai. akhbari reporton mein one sided reporting hoti hai, yak tarfa reporting, yaani khud musalmanon ne kya kiya, yeh nahin hoti.</w:t>
      </w:r>
      <w:r>
        <w:br/>
      </w:r>
      <w:r>
        <w:rPr>
          <w:sz w:val="20"/>
        </w:rPr>
        <w:t>1:23:16  main is ki ek misaal deta hoon ke burma mein aap internet se check kar lijiye ke burma mein mashhoor hai ke burma mein zulm ho raha hai, zulm ho raha hai, zulm ho raha hai.</w:t>
      </w:r>
      <w:r>
        <w:br/>
      </w:r>
      <w:r>
        <w:rPr>
          <w:sz w:val="20"/>
        </w:rPr>
        <w:t>1:23:27  musalmanon ko maar rahe hain. to in dilli ke kuch yahi jo so called leader hain musalmanon ke, unhon ne dilli ke jo burma ka ambassador hai, us ko letter likha ke sahib, aap se milna chahte hain.</w:t>
      </w:r>
      <w:r>
        <w:br/>
      </w:r>
      <w:r>
        <w:rPr>
          <w:sz w:val="20"/>
        </w:rPr>
        <w:t>1:23:44  us jo zulm musalmanon ke khilaf ho raha hai, us se baat karne ke liye.</w:t>
      </w:r>
      <w:r>
        <w:br/>
      </w:r>
      <w:r>
        <w:rPr>
          <w:sz w:val="20"/>
        </w:rPr>
        <w:t>1:23:48  to us ne ek letter likha. us letter ko us ne internet pe daal diya. aap dekh sakte ho us letter ko. burma ke safeer ne, jo dilli mein hai, us ne kaha ke aap log waqiyat se ko ko poori tarah se li jiye.</w:t>
      </w:r>
      <w:r>
        <w:br/>
      </w:r>
      <w:r>
        <w:rPr>
          <w:sz w:val="20"/>
        </w:rPr>
        <w:t>1:24:04  aap be khabar hain is waqeye se</w:t>
      </w:r>
      <w:r>
        <w:br/>
      </w:r>
      <w:r>
        <w:rPr>
          <w:sz w:val="20"/>
        </w:rPr>
        <w:t>1:24:06  . us ne kaha ke wahan par aisa hua ke ek ek buddhist ladki ko, buddhist ladki ko kai musalman ladkon ne gang rape kiya aur phir maar bhi dala us ko.</w:t>
      </w:r>
      <w:r>
        <w:br/>
      </w:r>
      <w:r>
        <w:rPr>
          <w:sz w:val="20"/>
        </w:rPr>
        <w:t>1:24:22  to zahir hai ke use, use, use, use to wahan par ek trigger hona hi tha. yeh sab baatein aap dekh lijiye, internet maujood hai.</w:t>
      </w:r>
      <w:r>
        <w:br/>
      </w:r>
      <w:r>
        <w:rPr>
          <w:sz w:val="20"/>
        </w:rPr>
        <w:t>1:24:32  to is tarah ki hum hum hum huma kaana harkatein jo ki jaati hain, is ko report nahi karte akhbar wale. is ke retaliation ki report karte hain.</w:t>
      </w:r>
      <w:r>
        <w:br/>
      </w:r>
      <w:r>
        <w:rPr>
          <w:sz w:val="20"/>
        </w:rPr>
        <w:t>1:24:41  in ko main kehta hoon one sided reporting. to yeh, yeh, yeh, yeh sab se zyada yeh musalmanon ke akhbar hain, woh aag lagate hain.</w:t>
      </w:r>
      <w:r>
        <w:br/>
      </w:r>
      <w:r>
        <w:rPr>
          <w:sz w:val="20"/>
        </w:rPr>
        <w:t>1:24:50  musalmanon ke akhbar mein sab se zyada one sided reporting hoti hai.</w:t>
      </w:r>
      <w:r>
        <w:br/>
      </w:r>
      <w:r>
        <w:rPr>
          <w:sz w:val="20"/>
        </w:rPr>
        <w:t>1:24:54  main ne ek mazmoon likha tha ke musalmanon ki jo sahafat hai, ye yellow sahafat, yellow journals ki sab se bari misaal hai.</w:t>
      </w:r>
      <w:r>
        <w:br/>
      </w:r>
      <w:r>
        <w:rPr>
          <w:sz w:val="20"/>
        </w:rPr>
        <w:t>1:25:04  jitne musalmanon ke akhbarat the, chahe urdu ho ya angrezi mein hon, sab yellow journals ki misaal hote hain. yaani adhi baat na kehna, adhi baat kehna, ise log bhadak bhadak kar ke kehte hain.</w:t>
      </w:r>
      <w:r>
        <w:br/>
      </w:r>
      <w:r>
        <w:rPr>
          <w:sz w:val="20"/>
        </w:rPr>
        <w:t>1:25:16  to assam mein kuch nahi hai, na burma mein kuch hai.</w:t>
      </w:r>
      <w:r>
        <w:br/>
      </w:r>
      <w:r>
        <w:rPr>
          <w:sz w:val="20"/>
        </w:rPr>
        <w:t>1:25:21  har jagah musalmanon ko batana chahiye ke tum ne jo hamakatein ki thin, us ko band karo. yeh retaliation hai. retaliation ko woh zulm batate hain.</w:t>
      </w:r>
      <w:r>
        <w:br/>
      </w:r>
      <w:r>
        <w:rPr>
          <w:sz w:val="20"/>
        </w:rPr>
        <w:t>1:25:32  burma mein bhi retaliation hai, assam mein bhi retaliation hai. to jo jo talib ilm bechara aisa soch raha hai, woh woh janta hi nahi kuch.</w:t>
      </w:r>
      <w:r>
        <w:br/>
      </w:r>
      <w:r>
        <w:rPr>
          <w:sz w:val="20"/>
        </w:rPr>
        <w:t>1:25:42  is ko haqeeqat khabar nahi. is musalmanon ke akhbar ne parh liya, us ne bas samajhta hai ke yahi waqia hai.</w:t>
      </w:r>
      <w:r>
        <w:br/>
      </w:r>
      <w:r>
        <w:rPr>
          <w:sz w:val="20"/>
        </w:rPr>
        <w:t>1:25:48  halanke musalmanon ke akhbar mein yak tarafah reporting rehti hai. to is ko agar samjha diya jaye ke tum poori soorat-e-haal ko pata karo ke kya hai, to maloom hoga ke yeh musalman innocent nahi hain.</w:t>
      </w:r>
      <w:r>
        <w:br/>
      </w:r>
      <w:r>
        <w:rPr>
          <w:sz w:val="20"/>
        </w:rPr>
        <w:t>1:26:09  yaani musalmanon ka koi innocent dikhate hain. saare urdu urdu akhbarat aur musalmanon ke angrezi akhbar, urdu akhbar jate hain, musalmanon ko innocent dikhate hain, masoom bilkul.</w:t>
      </w:r>
      <w:r>
        <w:br/>
      </w:r>
      <w:r>
        <w:rPr>
          <w:sz w:val="20"/>
        </w:rPr>
        <w:t>1:26:21  isi se log bhadakte hain ke hum to bilkul innocent hain, hamare khilaf khwamkhwah zulm ho raha hai. bhai, yeh bilkul aisa nahi hai. aap is ki ek misaal bhi maine di aap ko.</w:t>
      </w:r>
      <w:r>
        <w:br/>
      </w:r>
      <w:r>
        <w:rPr>
          <w:sz w:val="20"/>
        </w:rPr>
        <w:t>1:26:30  aap internet pe check kar lijiye ke burma ka safeer jo india mein hai,</w:t>
      </w:r>
      <w:r>
        <w:br/>
      </w:r>
      <w:r>
        <w:rPr>
          <w:sz w:val="20"/>
        </w:rPr>
        <w:t>1:26:35  us ne jo khat likha tha, us ko us ne daal diya hai internet par. use us ko download kar ke parh lijiye aap.</w:t>
      </w:r>
    </w:p>
    <w:p>
      <w:pPr>
        <w:pStyle w:val="Heading2"/>
      </w:pPr>
      <w:r>
        <w:t>Difference Between Khan's Group and Other Groups</w:t>
      </w:r>
    </w:p>
    <w:p>
      <w:r>
        <w:rPr>
          <w:color w:val="666666"/>
          <w:sz w:val="18"/>
        </w:rPr>
        <w:t>Society &amp; Dawah · In Conversation on Maulana Wahiduddin Khan with Omries October 9, 2022 · 28m 40s · at 18:24 · https://youtu.be/zMfnWSEr95I?t=1104</w:t>
      </w:r>
    </w:p>
    <w:p>
      <w:r>
        <w:rPr>
          <w:i/>
        </w:rPr>
        <w:t>“In relation to this, I want to ask you: What difference did you find? One difference became clear to you upon meeting, but Maulana Wahiduddin Khan Sahib has one group with a claim, and there are many groups in the world; you both travelled widely. So what difference did you find?”</w:t>
      </w:r>
    </w:p>
    <w:p>
      <w:r>
        <w:rPr>
          <w:sz w:val="20"/>
        </w:rPr>
        <w:t>18:24  To isi ke hawale se hi mein aap se poochna chah raha hoon agla sawal ke aap ne kya difference paya</w:t>
      </w:r>
      <w:r>
        <w:br/>
      </w:r>
      <w:r>
        <w:rPr>
          <w:sz w:val="20"/>
        </w:rPr>
        <w:t>18:31  ? Ek difference to aap ko milte hi zahir ho gaya, lekin Maulana Wahiduddin Khan sahab ka ek dawah group hai, aur dunya bhar mein bohat se group hain, aur aap ne khoob travel kiya, dono ne.</w:t>
      </w:r>
      <w:r>
        <w:br/>
      </w:r>
      <w:r>
        <w:rPr>
          <w:sz w:val="20"/>
        </w:rPr>
        <w:t>18:41  Ji to kya difference paya aap ne?</w:t>
      </w:r>
      <w:r>
        <w:br/>
      </w:r>
      <w:r>
        <w:rPr>
          <w:sz w:val="20"/>
        </w:rPr>
        <w:t>18:45  Ah, difference yeh tha, mein Maulana se agar mein kahoon ke agarche 97 se Maulana ko parh raha tha, mein 2000 mein Maulana se mila bhi, lekin Maulana ko parhne ke bawajood mukammal taur par Maulana ko samajhne ka jo mauqa mila, woh 2009 mein hai.</w:t>
      </w:r>
      <w:r>
        <w:br/>
      </w:r>
      <w:r>
        <w:rPr>
          <w:sz w:val="20"/>
        </w:rPr>
        <w:t>19:02  Jab Maulana se hum mustaqil milne ke liye aate the, Maulana ke sath</w:t>
      </w:r>
      <w:r>
        <w:br/>
      </w:r>
      <w:r>
        <w:rPr>
          <w:sz w:val="20"/>
        </w:rPr>
        <w:t>19:07  bethakein hoti theen, to is mein Maulana ke sath rehte hue dawah aur marifat ke bohat ah, woh darwaze khulne lage jo kitabon mein se hum ko wazeh nahi ho rahi theen.</w:t>
      </w:r>
      <w:r>
        <w:br/>
      </w:r>
      <w:r>
        <w:rPr>
          <w:sz w:val="20"/>
        </w:rPr>
        <w:t>19:16  Ya kitab hum parhte the, lekin chounke hamari ek rawayati soch thi, conditioned mind tha, us ke parhne ki wajah se hum apni pasand ki baat us se le lete the, aur jo hum ko samajh mein nahi aati, chhod dete the.</w:t>
      </w:r>
      <w:r>
        <w:br/>
      </w:r>
      <w:r>
        <w:rPr>
          <w:sz w:val="20"/>
        </w:rPr>
        <w:t>19:26  Ji to Maulana ki bethakon mein baithne ke baad woh conditioning hamari tooti. To us ke baad hum ko farq yeh maloom hua ke hum jo mukhtalif dawah group ke sath kaam karte hain, us</w:t>
      </w:r>
      <w:r>
        <w:br/>
      </w:r>
      <w:r>
        <w:rPr>
          <w:sz w:val="20"/>
        </w:rPr>
        <w:t>19:37  mein aur Maulana ke dawah groups mein bohat zyada farq hai. Ji to us ke baad hum ne faisla kiya ke Maulana ka guidance ke sath hum dawah ka kaam karein ge.</w:t>
      </w:r>
      <w:r>
        <w:br/>
      </w:r>
      <w:r>
        <w:rPr>
          <w:sz w:val="20"/>
        </w:rPr>
        <w:t>19:45  Maulana jis tarah kahein, dawah ka kaam waisa karein ge. Ji to 2010 mein jab hum ne faisla kiya to mere ek ustad ne poocha, bhai aap Maulana ke sath dawah ka kaam kar rahe hain?</w:t>
      </w:r>
      <w:r>
        <w:br/>
      </w:r>
      <w:r>
        <w:rPr>
          <w:sz w:val="20"/>
        </w:rPr>
        <w:t>19:54  To pehle bhi aap bohat se logon ke sath dawah ka kaam kar rahe the, to unhi ke sath rehte, farq kya hai? Woh bhi dawah ka kaam karte hain, aap bhi dawah ka kaam karte hain. To us waqt mere zehan mein ek baat aayi, to un se mein ne kaha, dekhiye, Maulana</w:t>
      </w:r>
      <w:r>
        <w:br/>
      </w:r>
      <w:r>
        <w:rPr>
          <w:sz w:val="20"/>
        </w:rPr>
        <w:t>20:07  ke dawah ke kaam mein aur doosron ke dawah ke kaam mein ek farq hai. Woh yeh hai ke Maulana jo hai, nawakhiz dawah sikh</w:t>
      </w:r>
      <w:r>
        <w:br/>
      </w:r>
      <w:r>
        <w:rPr>
          <w:sz w:val="20"/>
        </w:rPr>
        <w:t>20:14  ate hain. Ek term hai shariyat ki, kehte hain nawakhiz al-salat, yani aap jab namaz parhte hain to us ki kuch conditions hain, usi ke sath aap parhein ge.</w:t>
      </w:r>
      <w:r>
        <w:br/>
      </w:r>
      <w:r>
        <w:rPr>
          <w:sz w:val="20"/>
        </w:rPr>
        <w:t>20:23  Agar aap woh conditions tod dein ge to aap ki namaz khatam. Ji us ko kehte hain nawakhiz al-salat. Jis tarah namaz mein hum baat cheet nahi karein ge, khana nahi khayein ge, pani nahi peyein ge, agar hum namaz mein yeh karein ge to hamari namaz khatam.</w:t>
      </w:r>
      <w:r>
        <w:br/>
      </w:r>
      <w:r>
        <w:rPr>
          <w:sz w:val="20"/>
        </w:rPr>
        <w:t>20:36  Jis tarah hum haj ko jate hain to haj ki shart yeh hai ke hum ihram bandh ke rahein, hunting na karein. Agar hum ne apna ihram nikal diya aur sadhe kapde pehne to haj ke haj khatam.</w:t>
      </w:r>
      <w:r>
        <w:br/>
      </w:r>
      <w:r>
        <w:rPr>
          <w:sz w:val="20"/>
        </w:rPr>
        <w:t>20:46  Hamara us ko kehte hain nawakhiz al-haj. To har jo ibadat hai, us ka ek nawakhiz bhi bataya jata hai, us ke conditions bhi kya hain, aur us ko khatam karne wali cheezein bhi kya hain.</w:t>
      </w:r>
      <w:r>
        <w:br/>
      </w:r>
      <w:r>
        <w:rPr>
          <w:sz w:val="20"/>
        </w:rPr>
        <w:t>20:55  Ji Maulana se milne se mujhe maloom hua</w:t>
      </w:r>
      <w:r>
        <w:br/>
      </w:r>
      <w:r>
        <w:rPr>
          <w:sz w:val="20"/>
        </w:rPr>
        <w:t>20:58  ke dawah ki ek spirit hai, aur us spirit ko bhi khatam karne wali kuch cheezein hain. Woh yeh hain ke jis mad'u qaum se hum, jis ko hum Khuda ka paigham pahunchana chahte hain, use one-sided hum us ke well-wisher banein.</w:t>
      </w:r>
      <w:r>
        <w:br/>
      </w:r>
      <w:r>
        <w:rPr>
          <w:sz w:val="20"/>
        </w:rPr>
        <w:t>21:12  Woh kuch bhi hamare sath karein, acha ya bura, hum us ke sath well-wishing karein, aur kabhi bhi us se nafrat na karein. Agar thodi bhi hamare andar nafrat aa jaye, khwah woh kisi bhi mamle ko le kar, to samajho ke hamari dawah spirit khatam ho gayi.</w:t>
      </w:r>
      <w:r>
        <w:br/>
      </w:r>
      <w:r>
        <w:rPr>
          <w:sz w:val="20"/>
        </w:rPr>
        <w:t>21:26  ma</w:t>
      </w:r>
      <w:r>
        <w:br/>
      </w:r>
      <w:r>
        <w:rPr>
          <w:sz w:val="20"/>
        </w:rPr>
        <w:t>21:27  sha Allah! Yeh bohat hi mind, bohat mujhe laga ke us waqt jo ustad se baat kiya to woh khamosh ho gaye. To is tarah jab mein dekhne laga to waqai Maulana ka jo literature hai, unhone ummat ko aagah kiya hai ke kya cheezein hain jo dawah spirit ko kill karne wali cheezein hain.</w:t>
      </w:r>
      <w:r>
        <w:br/>
      </w:r>
      <w:r>
        <w:rPr>
          <w:sz w:val="20"/>
        </w:rPr>
        <w:t>21:42  Jis tarah mad'u qaum se aap kabhi nafrat nahi karein ge, agar nafrat karein ge to yeh cheez kill ho jayegi. Right oriented nahi honge, aap apne kisi bhi sathiyon se ya apne insanon se apne rights ko mangna, yeh bhi us ko kill karne wala hai.</w:t>
      </w:r>
      <w:r>
        <w:br/>
      </w:r>
      <w:r>
        <w:rPr>
          <w:sz w:val="20"/>
        </w:rPr>
        <w:t>21:57  One-sided aap un ki takleefon par sabr ke sath rahenge, aur yeh baatein Quran mein bhi zikr ki gayi hain. Jis tarah ke ke Allah jitne bhi nabi aate the, woh log kehte the ke la asalukum alaihim najran, hum apni dawah par aap se koi right nahi mangte, koi cheez nahi mangte.</w:t>
      </w:r>
      <w:r>
        <w:br/>
      </w:r>
      <w:r>
        <w:rPr>
          <w:sz w:val="20"/>
        </w:rPr>
        <w:t>22:14  isi tarah hazrat musa ne kaha, jitni bhi aap log takleef denge, is par hum sabr karenge.</w:t>
      </w:r>
      <w:r>
        <w:br/>
      </w:r>
      <w:r>
        <w:rPr>
          <w:sz w:val="20"/>
        </w:rPr>
        <w:t>22:21  gaye. to khair, zamana bhi badal chuka, ab woh takleefein bhi nahi rahin, woh religious persecution ka age bhi nahi raha. to madu qom se aur zyada hum valuing hona chahiye.</w:t>
      </w:r>
      <w:r>
        <w:br/>
      </w:r>
      <w:r>
        <w:rPr>
          <w:sz w:val="20"/>
        </w:rPr>
        <w:t>22:30  to yeh agar hamare andar valuing khatam ho gayi to goya ke woh dawah spirit ko kill karne wali cheezein hain. ji to yeh farq Maulana se milne se aur unke dawah group se mujhe mila.</w:t>
      </w:r>
      <w:r>
        <w:br/>
      </w:r>
      <w:r>
        <w:rPr>
          <w:sz w:val="20"/>
        </w:rPr>
        <w:t>22:40  mashallah! bohat achhe se wazeh kiya aap ne, Maulana Israr sahib. Maulana Iqbal sahib, aap is mein kuch add karna chahenge?</w:t>
      </w:r>
      <w:r>
        <w:br/>
      </w:r>
      <w:r>
        <w:rPr>
          <w:sz w:val="20"/>
        </w:rPr>
        <w:t>22:47  ji, khateeb Israr sahib ne kafi achhe tareeqe se Maulana ki baat batai, dawah ke silsile mein farq hai.</w:t>
      </w:r>
      <w:r>
        <w:br/>
      </w:r>
      <w:r>
        <w:rPr>
          <w:sz w:val="20"/>
        </w:rPr>
        <w:t>22:57  main is mein ek add karna chahunga ke aksar hamare saath, hum jin logon se bhi, jin group mein bhi hum log the, un logon ka nishana ghair wazeh tha.</w:t>
      </w:r>
      <w:r>
        <w:br/>
      </w:r>
      <w:r>
        <w:rPr>
          <w:sz w:val="20"/>
        </w:rPr>
        <w:t>23:07  asal mein jaise Maulana ka nishana yeh hai ke madu tak paigham ko pahuncha diya jaye, yeh Maulana ka nishana tha.</w:t>
      </w:r>
      <w:r>
        <w:br/>
      </w:r>
      <w:r>
        <w:rPr>
          <w:sz w:val="20"/>
        </w:rPr>
        <w:t>23:16  lekin un logon ka nishana dawah se koi inqilab, dawah se demographic change, dawah se falan falan, to Maulana ka nishana pahuncha dena chahiye.</w:t>
      </w:r>
      <w:r>
        <w:br/>
      </w:r>
      <w:r>
        <w:rPr>
          <w:sz w:val="20"/>
        </w:rPr>
        <w:t>23:27  dawah ko inzar ka, dawah ka mani hai inzar, Allah taala ke paigham ko logon tak pahuncha</w:t>
      </w:r>
      <w:r>
        <w:br/>
      </w:r>
      <w:r>
        <w:rPr>
          <w:sz w:val="20"/>
        </w:rPr>
        <w:t>23:34  ein. isi tarah Maulana ne hum ko aakhri tak jo ek dam aisa hum ko target diya hai ke jaisa ke hadith mein aata hai ke la bait madr wa la wabr illa adkhal Allah kalmat al Islam.</w:t>
      </w:r>
      <w:r>
        <w:br/>
      </w:r>
      <w:r>
        <w:rPr>
          <w:sz w:val="20"/>
        </w:rPr>
        <w:t>23:47  to yahan par Maulana kehte hain ke hadith mein jo zimmedari di gayi hai ke kalmat al Islam ko har ghar mein pahuncha diya jaye, na ke har dil mein utar diya jaye.</w:t>
      </w:r>
      <w:r>
        <w:br/>
      </w:r>
      <w:r>
        <w:rPr>
          <w:sz w:val="20"/>
        </w:rPr>
        <w:t>23:59  e. to yeh asal mein jo Maulana ne hum ko target diya hai ke Allah se aur aakhirat se logon ko aagah kar diya jaye, yeh aap ki zimmedari hai.</w:t>
      </w:r>
      <w:r>
        <w:br/>
      </w:r>
      <w:r>
        <w:rPr>
          <w:sz w:val="20"/>
        </w:rPr>
        <w:t>24:11  to aksar main dekhta hoon ke jo bhi dawah group hain, woh bilkul mayusi mein mubtala rehte hain. woh dawah hamari zimmedari hai, hidayat Allah ki zimmedari hai, bol kar dawah ke liye kya kya zaroori cheezein hain, woh unke paas nahi hain.</w:t>
      </w:r>
      <w:r>
        <w:br/>
      </w:r>
      <w:r>
        <w:rPr>
          <w:sz w:val="20"/>
        </w:rPr>
        <w:t>24:27  jaise Maulana ne 200 ke qareeb kitabein likhin, madu ki zuban ko samjha, zamane ko samjha, aur zamane ke laiq rehnumai ki, yeh sab sari cheezein Maulana ke paas pai jati hain.</w:t>
      </w:r>
      <w:r>
        <w:br/>
      </w:r>
      <w:r>
        <w:rPr>
          <w:sz w:val="20"/>
        </w:rPr>
        <w:t>24:40  doosron ke paas sirf dawah ka lafz hai, lekin is ke liye jo kuch rehnumai karna hai, woh cheez nahi thi.</w:t>
      </w:r>
      <w:r>
        <w:br/>
      </w:r>
      <w:r>
        <w:rPr>
          <w:sz w:val="20"/>
        </w:rPr>
        <w:t>24:48  to hum ne logon se poocha, hamare zimmedaron se ke agar is ke muqable mein koi achhi rehnumai hai to dijiye.</w:t>
      </w:r>
      <w:r>
        <w:br/>
      </w:r>
      <w:r>
        <w:rPr>
          <w:sz w:val="20"/>
        </w:rPr>
        <w:t>24:58  to aaj tak koi achhi rehnumai nahi de sake.</w:t>
      </w:r>
      <w:r>
        <w:br/>
      </w:r>
      <w:r>
        <w:rPr>
          <w:sz w:val="20"/>
        </w:rPr>
        <w:t>25:01  e. to Maulana hi ka jo kuch diya hai, diya hua hai, woh sare insano ko samajh mein bhi aata hai, universal hai.</w:t>
      </w:r>
      <w:r>
        <w:br/>
      </w:r>
      <w:r>
        <w:rPr>
          <w:sz w:val="20"/>
        </w:rPr>
        <w:t>25:10  to is ke liye hum Maulana ki baat ko mante hain. jazak Allah, Maulana Iqbal sahib. Maulana Israr sahib, abhi aap ne jaise hum sab ko bataya ke kis tarah Maulana ke group aur baqi group mein difference hai, aap ne bohat achhe se</w:t>
      </w:r>
      <w:r>
        <w:br/>
      </w:r>
      <w:r>
        <w:rPr>
          <w:sz w:val="20"/>
        </w:rPr>
        <w:t>25:26  wazeh kiya. to zahir si baat hai ke woh Maulana Wahiduddin Khan sahib ki jo fikr hai, woh bilkul unique thi. ji, aur yeh bhi hum jante hain ke kai log aur groups jo hain, woh unki fikr se ikhtilaf rakhte the.</w:t>
      </w:r>
      <w:r>
        <w:br/>
      </w:r>
      <w:r>
        <w:rPr>
          <w:sz w:val="20"/>
        </w:rPr>
        <w:t>25:41  to aap kis nuqte nazar se is ko dekhte hain, is ke bare mein hum sab ko bataein.</w:t>
      </w:r>
      <w:r>
        <w:br/>
      </w:r>
      <w:r>
        <w:rPr>
          <w:sz w:val="20"/>
        </w:rPr>
        <w:t>25:46  haan, is ko Maulana se main samajhta hoon ke musalmanon ki tamam jo school of thoughts hain ya jo mukhtalif log hain, tamam ikhtilaf rakhte hain.</w:t>
      </w:r>
      <w:r>
        <w:br/>
      </w:r>
      <w:r>
        <w:rPr>
          <w:sz w:val="20"/>
        </w:rPr>
        <w:t>25:58  ji, is ka sabab ek yeh hai, main yeh samajhta hoon ek hadith mein aap ko yahan par quote karna chahunga. Allah ke rasool ne kaha: "badal Islam ghareeban sa yaood kama ba</w:t>
      </w:r>
      <w:r>
        <w:br/>
      </w:r>
      <w:r>
        <w:rPr>
          <w:sz w:val="20"/>
        </w:rPr>
        <w:t>26:10  da". Islam ek strange way mein shuru hua, initiate mein woh ek yani ajnabi deen tha, unknown deen tha.</w:t>
      </w:r>
      <w:r>
        <w:br/>
      </w:r>
      <w:r>
        <w:rPr>
          <w:sz w:val="20"/>
        </w:rPr>
        <w:t>26:19  phir baad mein phir woh unknown ban jayega. ji, to is ki tashreeh yeh hai ke Islam shuru mein jab aayega, rasool Allah ke zamane mein jo deen tha, sahaba ke us mein, woh bilkul pure apni shakal mein tha.</w:t>
      </w:r>
      <w:r>
        <w:br/>
      </w:r>
      <w:r>
        <w:rPr>
          <w:sz w:val="20"/>
        </w:rPr>
        <w:t>26:32  lekin jyon jyon door guzarta gaya to log apni conditioning ke mutabiq, apni traditions ke mutabiq, is mein bohat si cheezein daakhil karte gae. is mein bohat se parde pad jaate hain.</w:t>
      </w:r>
      <w:r>
        <w:br/>
      </w:r>
      <w:r>
        <w:rPr>
          <w:sz w:val="20"/>
        </w:rPr>
        <w:t>26:42  to Maulana ne in pardon ko hataya. ji, deen par jo parde the, woh sab hat</w:t>
      </w:r>
      <w:r>
        <w:br/>
      </w:r>
      <w:r>
        <w:rPr>
          <w:sz w:val="20"/>
        </w:rPr>
        <w:t>26:47  aya. to chounke poore log apne kisi akabir ko le kar, apne aslaf ko le kar, ya apne maslak ko le kar conditioned hain, to is ko tod kar is cheez ko samajh nahin sake.</w:t>
      </w:r>
      <w:r>
        <w:br/>
      </w:r>
      <w:r>
        <w:rPr>
          <w:sz w:val="20"/>
        </w:rPr>
        <w:t>26:58  Maulana ne is ko tod kar, in pardon ko hata kar, jo asal deen tha Rasool Allah ke zamane ka, us ko pesh kiya. to woh cheez qabil-e-hazm nahin rahi ulama ke liye.</w:t>
      </w:r>
      <w:r>
        <w:br/>
      </w:r>
      <w:r>
        <w:rPr>
          <w:sz w:val="20"/>
        </w:rPr>
        <w:t>27:08  hmm, jis tarah misaal ke taur par main batata hoon ke hamare darmiyan Quran ki tilawat ki bohat ziyada ahmiyat hai.</w:t>
      </w:r>
      <w:r>
        <w:br/>
      </w:r>
      <w:r>
        <w:rPr>
          <w:sz w:val="20"/>
        </w:rPr>
        <w:t>27:15  to goya ke Quran ek kitaab-e-tilawat hai. lekin Maulana ne bataya ke yeh sirf kitaab-e-tilawat nahin hai, yeh woh kitaab hai jis se hum naseehat haasil karein aur jis se tadabbur aur tafakkur kar ke, ghore-o-fikr kar ke apni zindagi ke liye rehnumai haasil karein.</w:t>
      </w:r>
      <w:r>
        <w:br/>
      </w:r>
      <w:r>
        <w:rPr>
          <w:sz w:val="20"/>
        </w:rPr>
        <w:t>27:30  lekin aam taur par yeh hamare paas kitaab-e-tilawat bani hui hai. isi tarah jo ibadatein hain hamari, to aam taur par aap ibaadat ke bare mein poochenge to form-based ibaadat hi batayi jayengi.</w:t>
      </w:r>
      <w:r>
        <w:br/>
      </w:r>
      <w:r>
        <w:rPr>
          <w:sz w:val="20"/>
        </w:rPr>
        <w:t>27:42  yani ibaadat par mabni bar masail hote hain. Maulana</w:t>
      </w:r>
      <w:r>
        <w:br/>
      </w:r>
      <w:r>
        <w:rPr>
          <w:sz w:val="20"/>
        </w:rPr>
        <w:t>27:45  ke paas ibaadat ki tashreeh jo hai, woh khushu' beiz hai. yani is ki spirit ko Maulana ne wazeh kiya hai. isi tarah aap lenge Rasool Sallallahu Alaihi Wasallam ko lenge to Rasool Allah ke silsile mein log ishq-e-Rasool ko to jaante hain, Rasool Allah ke ishq mein hangame karna jaante hain.</w:t>
      </w:r>
      <w:r>
        <w:br/>
      </w:r>
      <w:r>
        <w:rPr>
          <w:sz w:val="20"/>
        </w:rPr>
        <w:t>28:01  lekin it'at-e-Rasool kya hai? Rasool Allah ki zimmedari zindagi mein hamare liye bas ah role kya hai? is ko koi nahin jaanta. is ko Maulana ne wazeh kiya.</w:t>
      </w:r>
      <w:r>
        <w:br/>
      </w:r>
      <w:r>
        <w:rPr>
          <w:sz w:val="20"/>
        </w:rPr>
        <w:t>28:09  to jab Maulana is ko wazeh karte the to zahir si baat hai ke in jo makatib hain, jo thoughts hain, in</w:t>
      </w:r>
      <w:r>
        <w:br/>
      </w:r>
      <w:r>
        <w:rPr>
          <w:sz w:val="20"/>
        </w:rPr>
        <w:t>28:16  ke jo بڑon ne jo bataya hai, woh baat is ke khilaf dikhti thi. to log qabool karna un ko samajh mein nahin aata tha. to is se ikhtilaf karte the. to bas mein yahi samajhta hoon ke Maulana ne chounke pure ah deen ko pesh kiya, is ke pardon ko chaak kar ke logon ke samne, to chounke logon ke paas jo deen hai, us pe parde pade hue hain, condition hai, to is ko na samajhne ki wajah se woh log Maulana ke mukhalif hain.</w:t>
      </w:r>
      <w:r>
        <w:br/>
      </w:r>
      <w:r>
        <w:rPr>
          <w:sz w:val="20"/>
        </w:rPr>
        <w:t>28:37  ji ji ji. aur Maulana Iqbal Sahab, main jaanta hoon is baat ko ke aap ne khud is ikhtilaf ko</w:t>
      </w:r>
      <w:r>
        <w:br/>
      </w:r>
      <w:r>
        <w:rPr>
          <w:sz w:val="20"/>
        </w:rPr>
        <w:t>28:44  face kiya hai, experience kiya hai. to aap is par kuch kehna chahenge?</w:t>
      </w:r>
      <w:r>
        <w:br/>
      </w:r>
      <w:r>
        <w:rPr>
          <w:sz w:val="20"/>
        </w:rPr>
        <w:t>28:49  jaisa khateeb Sahab ne farmaya, wahi ke Islam ajnabi Islam ko jab revive karte hain to logon ko baatein ajnabi maloom ho jati hain.</w:t>
      </w:r>
      <w:r>
        <w:br/>
      </w:r>
      <w:r>
        <w:rPr>
          <w:sz w:val="20"/>
        </w:rPr>
        <w:t>29:00  to Arabi mein ek maqoola hai ke "al-nas jahil". log jis ko jaante nahin, us ko le ke dushmani karne lagte hain.</w:t>
      </w:r>
      <w:r>
        <w:br/>
      </w:r>
      <w:r>
        <w:rPr>
          <w:sz w:val="20"/>
        </w:rPr>
        <w:t>29:09  to mazeed is mein ek baat yeh hai ke Maulana ne jo ah hamari asal shanakht batayi hai Musalmanon ki ke Musalman da'i qaum hai aur baqi sab sare log mad'u hain.</w:t>
      </w:r>
      <w:r>
        <w:br/>
      </w:r>
      <w:r>
        <w:rPr>
          <w:sz w:val="20"/>
        </w:rPr>
        <w:t>29:24  to yeh jo Maulana ne hum ko bataya hai, yeh cheez ummat samajh nahin paayi ke hamari asal kya zimmedari hai aur hum mad'u se kaisa sulook</w:t>
      </w:r>
      <w:r>
        <w:br/>
      </w:r>
      <w:r>
        <w:rPr>
          <w:sz w:val="20"/>
        </w:rPr>
        <w:t>29:35  karein. to yeh asal cheez hai jis ki wajah se Maulana ki jitni bhi policies hain, woh da'wa aur mad'u based policies Quran o Hadees ke mutabiq hain ke mad'u ke sare haq jitne bhi hain, woh Maulana jahan se bhi mil sake, mad'u ke liye haq, woh haq Maulana sabit karna chahte hain.</w:t>
      </w:r>
      <w:r>
        <w:br/>
      </w:r>
      <w:r>
        <w:rPr>
          <w:sz w:val="20"/>
        </w:rPr>
        <w:t>29:52  ummat chounke ummat chahe woh secular tabqa ho ya religious tabqa ho, yeh is zehan ko samajh nahin saka.</w:t>
      </w:r>
      <w:r>
        <w:br/>
      </w:r>
      <w:r>
        <w:rPr>
          <w:sz w:val="20"/>
        </w:rPr>
        <w:t>30:00  is liye Maulana ki jo bhi policies hain, is se ikhtilaf karne ki wajah se goya Maulana ko samajhne se bhi ah door rahe, ikhtilaf kiye hain.</w:t>
      </w:r>
      <w:r>
        <w:br/>
      </w:r>
      <w:r>
        <w:rPr>
          <w:sz w:val="20"/>
        </w:rPr>
        <w:t>30:10  to asal mein har ek yeh sabit karne ki koshish karta hai ke wajood-e-adawat kya hai? "faiz alladhi bainaka wa bainahu adawat" yani adawat</w:t>
      </w:r>
      <w:r>
        <w:br/>
      </w:r>
      <w:r>
        <w:rPr>
          <w:sz w:val="20"/>
        </w:rPr>
        <w:t>30:20  kya hai? har ek sabit karne ki koshish karta hai "faiz alladhi bainaka wa bainahu adawat". ka'annahu wali hamim. hamamat kaise paida karna hai?</w:t>
      </w:r>
      <w:r>
        <w:br/>
      </w:r>
      <w:r>
        <w:rPr>
          <w:sz w:val="20"/>
        </w:rPr>
        <w:t>30:29  hamamat kaise sabit karna hai? yani sachi khair khwahi, sachi dosti kaise sabit karna hai? yeh ummat ko maloom nahin hai. adawat kahan ho rahi hai?</w:t>
      </w:r>
      <w:r>
        <w:br/>
      </w:r>
      <w:r>
        <w:rPr>
          <w:sz w:val="20"/>
        </w:rPr>
        <w:t>30:38  is ko kaise inkishaf karna hai? is ko kaise unfold karna hai? yeh sari cheezein un ko samajh mein aati hain. to inshallah halaat aise hain ke zaroor</w:t>
      </w:r>
      <w:r>
        <w:br/>
      </w:r>
      <w:r>
        <w:rPr>
          <w:sz w:val="20"/>
        </w:rPr>
        <w:t>30:48  maulana ke paigham ko log samajh rahe hain, maulana ke dard ko log samajh rahe hain. jaisa ke hum abhi mukhtalif jagah se hote hue, book fair se hote hue aaye hue hain, hum to wahan jante hain ke maulana ki kitabon ko english mein, hindi mein log padhna chahte hain, maulana ki baaton ko sunna chahte hain.</w:t>
      </w:r>
      <w:r>
        <w:br/>
      </w:r>
      <w:r>
        <w:rPr>
          <w:sz w:val="20"/>
        </w:rPr>
        <w:t>31:06  yeh sari cheezen iski daleel hain ke ab log samajhne lage hain ke maulana ka asal paigham kya hai. ji maulana iqbal sahab, bahut achha kaha aap ne ke maulana ke dard ko log samajh</w:t>
      </w:r>
      <w:r>
        <w:br/>
      </w:r>
      <w:r>
        <w:rPr>
          <w:sz w:val="20"/>
        </w:rPr>
        <w:t>31:18  rahe hain, unki kitabon ko padh rahe hain. unki soch jo hai, woh dheere dheere hum khud bhi is cheez ko mehsoos bhi kar rahe hain aur hum ne isko witness bhi kiya hai ke kis tarah poori duniya mein woh</w:t>
      </w:r>
      <w:r>
        <w:br/>
      </w:r>
      <w:r>
        <w:rPr>
          <w:sz w:val="20"/>
        </w:rPr>
        <w:t>31:28  phail raha hai. ah ek sawal yahan pe yeh aata hai ke maulana wahiduddin khan sahab ka jo khaas mauzu tha, woh tha marifat aur tazkiya.</w:t>
      </w:r>
      <w:r>
        <w:br/>
      </w:r>
      <w:r>
        <w:rPr>
          <w:sz w:val="20"/>
        </w:rPr>
        <w:t>31:37  to main chahunga iske bare mein aap zaroor bataein.</w:t>
      </w:r>
      <w:r>
        <w:br/>
      </w:r>
      <w:r>
        <w:rPr>
          <w:sz w:val="20"/>
        </w:rPr>
        <w:t>31:40  maulana ne jo marifat aur tazkiya ki baat ki hai, woh bilkul daur jadeed ki nisbat se jo cheezen ah unfold hui hain, is silsile mein rakhte hue ah intellectual tabqe ke liye ek bahut bada sawal hai ke islam mein intellectual base kya hai?</w:t>
      </w:r>
      <w:r>
        <w:br/>
      </w:r>
      <w:r>
        <w:rPr>
          <w:sz w:val="20"/>
        </w:rPr>
        <w:t>32:04  kya dil hai ya dimagh hai?</w:t>
      </w:r>
      <w:r>
        <w:br/>
      </w:r>
      <w:r>
        <w:rPr>
          <w:sz w:val="20"/>
        </w:rPr>
        <w:t>32:07  to yeh sabse bada masla hai. isi liye jo is secular log hain, woh religious ko ek bas aise hi khayali pulao samajhte hain, balkeh usko intellectual base yeh argument hai, iska usko koi nahi janta.</w:t>
      </w:r>
      <w:r>
        <w:br/>
      </w:r>
      <w:r>
        <w:rPr>
          <w:sz w:val="20"/>
        </w:rPr>
        <w:t>32:23  iski wajah yeh hai ke sare logon ke paas tazkiya aur marifat ka base, ah sufiyon ke paas ho ya ghair sufiyon ke paas ho, woh jo hai heart</w:t>
      </w:r>
      <w:r>
        <w:br/>
      </w:r>
      <w:r>
        <w:rPr>
          <w:sz w:val="20"/>
        </w:rPr>
        <w:t>32:34  base hai. maulana usko mind base kehte hain. chuki ah aaj kal jo science se wazeh hota hai ke sochne samajhne ki salahiyat dimagh mein hoti hai.</w:t>
      </w:r>
      <w:r>
        <w:br/>
      </w:r>
      <w:r>
        <w:rPr>
          <w:sz w:val="20"/>
        </w:rPr>
        <w:t>32:47  jab is nuqte nazar se hum dekhte hain to tazkiya aur marifat ek shaoori amal hai, na ke sirf ek ghair shaoori koi ek state hai.</w:t>
      </w:r>
      <w:r>
        <w:br/>
      </w:r>
      <w:r>
        <w:rPr>
          <w:sz w:val="20"/>
        </w:rPr>
        <w:t>32:58  balkeh jab is nuqte nazar se quran ko dekhte hain hum to quran ki aayaten, kainat ki aayaten, aayate allah hain, ayyam allah hain, al-maut wa ba'dahu hai, yeh sab waqeyat tazkiya ke waqeyat ho jate hain.</w:t>
      </w:r>
      <w:r>
        <w:br/>
      </w:r>
      <w:r>
        <w:rPr>
          <w:sz w:val="20"/>
        </w:rPr>
        <w:t>33:11  balkeh kainat ki har cheez se kaise tazkiya hasil karna hai, kaise marifat hasil karna hai, iska shaoori tareeqa hai.</w:t>
      </w:r>
      <w:r>
        <w:br/>
      </w:r>
      <w:r>
        <w:rPr>
          <w:sz w:val="20"/>
        </w:rPr>
        <w:t>33:19  yani maulana ka ka tazkiya yeh hai ke aadmi aankh khol kar tazkiya kare, aankh bandh kar nahi, bandh kar ke nahi</w:t>
      </w:r>
      <w:r>
        <w:br/>
      </w:r>
      <w:r>
        <w:rPr>
          <w:sz w:val="20"/>
        </w:rPr>
        <w:t>33:27  , balkeh yeh yeh marifat aur tazkiya ke bab mein maulana ne jo kuch kaha hai, woh bahut zyada samajhne ki cheez hai ke shaoori tazkiya kya hota hai.</w:t>
      </w:r>
      <w:r>
        <w:br/>
      </w:r>
      <w:r>
        <w:rPr>
          <w:sz w:val="20"/>
        </w:rPr>
        <w:t>33:39  to shaoor ke tazkiye par maulana base karte hain aur shaoor insan ko woh heart pump, heart chuki sirf pumping organ hai, wahan nahi hai balkeh dimagh</w:t>
      </w:r>
      <w:r>
        <w:br/>
      </w:r>
      <w:r>
        <w:rPr>
          <w:sz w:val="20"/>
        </w:rPr>
        <w:t>33:51  mein hai. dimaghi shaoor ke sath is mind base spirituality ki jo baat karte hain, yeh asal ah farq hai.</w:t>
      </w:r>
      <w:r>
        <w:br/>
      </w:r>
      <w:r>
        <w:rPr>
          <w:sz w:val="20"/>
        </w:rPr>
        <w:t>34:00  ji bahut aham baat hai yeh maulana iqbal sahab ke maulana ka jo ah emphasis tha, woh mind base spirituality pe tha, heart based spirituality pe nahi.</w:t>
      </w:r>
      <w:r>
        <w:br/>
      </w:r>
      <w:r>
        <w:rPr>
          <w:sz w:val="20"/>
        </w:rPr>
        <w:t>34:11  aur yeh bahut achhi baat aap ne batai ke tazkiya band aankhon se nahi, balkeh khuli hui aankhon se hota hai.</w:t>
      </w:r>
      <w:r>
        <w:br/>
      </w:r>
      <w:r>
        <w:rPr>
          <w:sz w:val="20"/>
        </w:rPr>
        <w:t>34:19  yeh bahut hi important subject hai. to maulana asrar sahab, main chahunga aap bhi zaroor is par kuch bataein.</w:t>
      </w:r>
      <w:r>
        <w:br/>
      </w:r>
      <w:r>
        <w:rPr>
          <w:sz w:val="20"/>
        </w:rPr>
        <w:t>34:25  haan, yeh sahi baat hai ke maulana ne jo marifat aur tazkiya ka tasawwur hum ko diya hai, woh bilkul alag hai jo muslim literature mein paya jata hai.</w:t>
      </w:r>
      <w:r>
        <w:br/>
      </w:r>
      <w:r>
        <w:rPr>
          <w:sz w:val="20"/>
        </w:rPr>
        <w:t>34:33  ji, hum muslim literature mein jo marifat aur tazkiya ki baat hoti hai, woh murakabe ki baat hoti hai. meditation karne se samajhte hain ke khuda ki marifat hasil hogi.</w:t>
      </w:r>
      <w:r>
        <w:br/>
      </w:r>
      <w:r>
        <w:rPr>
          <w:sz w:val="20"/>
        </w:rPr>
        <w:t>34:43  ji, lekin maulana ne isko meditation se hata kar soch ki buniyad par rakh diya hai. ji ke aap kisi cheez par sochein, reason out karein to aap ki khuda ki badi marifat hasil ho sakti hai.</w:t>
      </w:r>
      <w:r>
        <w:br/>
      </w:r>
      <w:r>
        <w:rPr>
          <w:sz w:val="20"/>
        </w:rPr>
        <w:t>34:53  ji, iski wajah se main dekhta</w:t>
      </w:r>
      <w:r>
        <w:br/>
      </w:r>
      <w:r>
        <w:rPr>
          <w:sz w:val="20"/>
        </w:rPr>
        <w:t>34:55  hoon ke hamari zindagi mein bhi kafi faida hua. ji, iski ek misaal main aap ke samne pesh karunga. mera ek chhota, mera bachcha jab chhota tha, god mein to main ghar mein tha to woh achhanak rone laga,</w:t>
      </w:r>
      <w:r>
        <w:br/>
      </w:r>
      <w:r>
        <w:rPr>
          <w:sz w:val="20"/>
        </w:rPr>
        <w:t>35:09  bahut ziyada rone laga. to us ki maan bhaag ke aai aur dekhi ke woh pyasa ho gaya hai, to pani la ke us ko pila di. ji, to us waqt mujhe yaad aaya woh waqia hazrat hajra aur hazrat ismail ka, mashaa'allah, ke ismail jab ro rahe the to hajra bhaag daud ke kaafi mehnat karne ke baad un</w:t>
      </w:r>
      <w:r>
        <w:br/>
      </w:r>
      <w:r>
        <w:rPr>
          <w:sz w:val="20"/>
        </w:rPr>
        <w:t>35:25  ko zam zam ka pani mila. aur hamare liye allah taala ne pani itna aasan kiya hai ke ek botal ya glass milaao aur pila do. to us waqt mujhe yeh discovery hui ke jo pani hum peete hain, log umooman zam zam pani barkat ka samajh ke peete hain.</w:t>
      </w:r>
      <w:r>
        <w:br/>
      </w:r>
      <w:r>
        <w:rPr>
          <w:sz w:val="20"/>
        </w:rPr>
        <w:t>35:39  bhai, us waqt se mera yeh ehsaas ho gaya hai ke jo bhi pani mujhe milta hai, woh khud zam zam hai mere liye. khud quran mein kehta hai: "khuda</w:t>
      </w:r>
      <w:r>
        <w:br/>
      </w:r>
      <w:r>
        <w:rPr>
          <w:sz w:val="20"/>
        </w:rPr>
        <w:t>35:47  mubarakah" jo pani hum ne aasman se utara hai, woh barkat ka pani hai. ji, to jo bhi pani, khwah hum kahin bhi rahein, kahin se bhi woh pani milta ho, woh sirf woh bhi hamare liye ek zam zam ki haisiyat hai.</w:t>
      </w:r>
      <w:r>
        <w:br/>
      </w:r>
      <w:r>
        <w:rPr>
          <w:sz w:val="20"/>
        </w:rPr>
        <w:t>35:59  khuda agar sikha de to koi us ko nahi la sakta. to woh ehsaas jab paida hota hai, woh soch ki buniyad par hi mila. to jab bhi main pani ka ek qatra bhi peeta hoon, to mujhe woh zam zam ka hi feeling ke saath mein peeta hoon.</w:t>
      </w:r>
      <w:r>
        <w:br/>
      </w:r>
      <w:r>
        <w:rPr>
          <w:sz w:val="20"/>
        </w:rPr>
        <w:t>36:11  ji, to yeh molana ki marifat aur tazkiya ki jo tarbiyat thi, us ka samajhta hoon main ek asar tha. ji ji, to kuch</w:t>
      </w:r>
      <w:r>
        <w:br/>
      </w:r>
      <w:r>
        <w:rPr>
          <w:sz w:val="20"/>
        </w:rPr>
        <w:t>36:17  kitabein aap batana chahenge, kuch titles jo log dekh rahe hain, us ko woh cps website se download kar sakte hain ya good word book se khareed sakte hain.</w:t>
      </w:r>
      <w:r>
        <w:br/>
      </w:r>
      <w:r>
        <w:rPr>
          <w:sz w:val="20"/>
        </w:rPr>
        <w:t>36:26  kuch aise titles aap bataiye hum sab ko. haan, dekhein, is mein buniyadi taur par jo aham kitab hai, "al-rabbaniyah allah o akbar". ji, ah yeh shuru buniyadi taur par har jo beginners hain, us ko padhna chahiye.</w:t>
      </w:r>
      <w:r>
        <w:br/>
      </w:r>
      <w:r>
        <w:rPr>
          <w:sz w:val="20"/>
        </w:rPr>
        <w:t>36:38  ji, is ke baad "kitab marifat khuda ki". ji, "daryaft ah god arizis". ji, yeh kitabein hain jin ke padhne se ah baraah-e-raast marifat ka aap ko molana ki jo rehnumai hai, us ko mile gi.</w:t>
      </w:r>
      <w:r>
        <w:br/>
      </w:r>
      <w:r>
        <w:rPr>
          <w:sz w:val="20"/>
        </w:rPr>
        <w:t>36:51  ji, aur waise poora literature mol</w:t>
      </w:r>
      <w:r>
        <w:br/>
      </w:r>
      <w:r>
        <w:rPr>
          <w:sz w:val="20"/>
        </w:rPr>
        <w:t>36:53  ana ka "al-risalah khusoosi" woh marifat par hi mabni hai. ji, is se marifat ki hi ghiza milti hai. hmm, ji ji, jazak allah molana iqbal sahib.</w:t>
      </w:r>
      <w:r>
        <w:br/>
      </w:r>
      <w:r>
        <w:rPr>
          <w:sz w:val="20"/>
        </w:rPr>
        <w:t>37:02  molana ki tafsir "tazkir al-quran" bahut ah popular hai aur bahut widely read hai. ah, aur is baat par aap bhi agree karenge ke marifat ka khazana hai.</w:t>
      </w:r>
      <w:r>
        <w:br/>
      </w:r>
      <w:r>
        <w:rPr>
          <w:sz w:val="20"/>
        </w:rPr>
        <w:t>37:12  woh ah agar hamein quran ko apni daily life mein apply karna hai to woh hum ah un ki tafsir se yeh jaan</w:t>
      </w:r>
      <w:r>
        <w:br/>
      </w:r>
      <w:r>
        <w:rPr>
          <w:sz w:val="20"/>
        </w:rPr>
        <w:t>37:20  sakte hain. balkeh agar un ki tafsir ka mutalaah karein to main yeh kahunga ke poori personality insaan ki badal sakti hai.</w:t>
      </w:r>
      <w:r>
        <w:br/>
      </w:r>
      <w:r>
        <w:rPr>
          <w:sz w:val="20"/>
        </w:rPr>
        <w:t>37:28  poori 360 degree a person can change into a spiritual person. to ah main chahunga molana iqbal sahib ki un ki tafsir ke bare mein aap hum sab ko zaroor bataein.</w:t>
      </w:r>
      <w:r>
        <w:br/>
      </w:r>
      <w:r>
        <w:rPr>
          <w:sz w:val="20"/>
        </w:rPr>
        <w:t>37:41  asal mein jaisa ke aap ko maloom hai ke ah jo bhi tazkir aur dawati kaam karte hain, un logon ke paas dawat aur tazkir base koi tafsir nahi hai.</w:t>
      </w:r>
      <w:r>
        <w:br/>
      </w:r>
      <w:r>
        <w:rPr>
          <w:sz w:val="20"/>
        </w:rPr>
        <w:t>37:56  hum log taqreeban das saal tak bahut mehnat ke. hum logon ka tareeqa yeh rehta tha ke hum log apne saath ek diary rakhte the, yaani molana se milne se pehle, aur quran se jo nikaat hote hain, woh likha karte the aur sab jama kar ke sab padhne ki koshish karte the.</w:t>
      </w:r>
      <w:r>
        <w:br/>
      </w:r>
      <w:r>
        <w:rPr>
          <w:sz w:val="20"/>
        </w:rPr>
        <w:t>38:14  ah, lekin mera jahan tak khayal hai, koi badi baat ya koi ah aisi baat jis mein tazkir aur dawat ka itna wazeh pehlu saamne aaye, aisi koi tafsir ya koi aisi study circle mein hum ne nahi paya.</w:t>
      </w:r>
      <w:r>
        <w:br/>
      </w:r>
      <w:r>
        <w:rPr>
          <w:sz w:val="20"/>
        </w:rPr>
        <w:t>38:28  jab hum ne, jab maine molana ki "tazkir al-quran" padha to wahan har</w:t>
      </w:r>
      <w:r>
        <w:br/>
      </w:r>
      <w:r>
        <w:rPr>
          <w:sz w:val="20"/>
        </w:rPr>
        <w:t>38:35  har safhe mein aap ko ya to dawat ki baat mile gi ya to tazkir ki baat mile gi. koi na koi kainaati baat mil hi jaye gi is mein. to maine arabi tafaseer bhi dekhein, baaqiya urdu tafaseer bhi dekhein.</w:t>
      </w:r>
      <w:r>
        <w:br/>
      </w:r>
      <w:r>
        <w:rPr>
          <w:sz w:val="20"/>
        </w:rPr>
        <w:t>38:46  "dawat al-quran" ke naam se bhi ek tafsir hai, lekin is mein dawat ka woh andaaz ya woh baatein jo dawat ki hon, tazkir ki hon, woh baatein maine nahi paein.</w:t>
      </w:r>
      <w:r>
        <w:br/>
      </w:r>
      <w:r>
        <w:rPr>
          <w:sz w:val="20"/>
        </w:rPr>
        <w:t>38:55  "tazkir al-quran" ek aisi kitab hai,</w:t>
      </w:r>
      <w:r>
        <w:br/>
      </w:r>
      <w:r>
        <w:rPr>
          <w:sz w:val="20"/>
        </w:rPr>
        <w:t>38:57  yaqeenan woh quran mein tazkir ke bare mein "fazakkir bil quran" tazkir ke bare mein jo bhi aayatein hain, us ki amli tafsir hai.</w:t>
      </w:r>
      <w:r>
        <w:br/>
      </w:r>
      <w:r>
        <w:rPr>
          <w:sz w:val="20"/>
        </w:rPr>
        <w:t>39:06  to woh "tazkir al-quran" hai. aap is mein har safha, ek safha padhte hi asal tazkir kya hai, is mein maloom ho jati hai. to aam taur se log "rujoo ila al-quran" ki baat to karte hain, yaani quran ki taraf laut kar aao, lekin kaise lotein, kis bab mein lootna chahiye, kaise lootna chahiye, lootne ke liye kya karna chahiye, woh saari cheezein "tazkir al-quran"</w:t>
      </w:r>
      <w:r>
        <w:br/>
      </w:r>
      <w:r>
        <w:rPr>
          <w:sz w:val="20"/>
        </w:rPr>
        <w:t>39:28  mein hum ko mile gi. ji ji, jazak allah molana israr sahib, is pe kuch aap add karna chahenge? haan, main iqbal sahib ne is ko bahut acha wazeh kiya.</w:t>
      </w:r>
      <w:r>
        <w:br/>
      </w:r>
      <w:r>
        <w:rPr>
          <w:sz w:val="20"/>
        </w:rPr>
        <w:t>39:38  "tazkir al quran" ki ahmiyat is liye bhi hai ke waise sainkaron tafaseer arabi aur urdu mein maujood hain, lekin un ke parhne se aap ko maloomat to mile gi, lekin is se globedia to aap ko quran ka mil jayega.</w:t>
      </w:r>
      <w:r>
        <w:br/>
      </w:r>
      <w:r>
        <w:rPr>
          <w:sz w:val="20"/>
        </w:rPr>
        <w:t>39:51  lekin quran jo apne aap ko kehta hai, jaisa quran apna</w:t>
      </w:r>
      <w:r>
        <w:br/>
      </w:r>
      <w:r>
        <w:rPr>
          <w:sz w:val="20"/>
        </w:rPr>
        <w:t>39:55  taaruf karate hue kehta hai: "innaha illa zikr lil alameen" . quran ek sare logon ke liye naseehat hai. isi tarah quran kehta hai ke "haza balaghun lin nas" .</w:t>
      </w:r>
      <w:r>
        <w:br/>
      </w:r>
      <w:r>
        <w:rPr>
          <w:sz w:val="20"/>
        </w:rPr>
        <w:t>40:05  yeh logon ke liye ek message hai, is ko logon tak pahunchana chahiye aur logon ko is ka paigham pahunchaya jaye. to lekin is do pehlu se tafaseer khali hain.</w:t>
      </w:r>
      <w:r>
        <w:br/>
      </w:r>
      <w:r>
        <w:rPr>
          <w:sz w:val="20"/>
        </w:rPr>
        <w:t>40:15  to maulana ne in do pehluon ko le ke "tazkir al quran" likha hai. aap is ko</w:t>
      </w:r>
      <w:r>
        <w:br/>
      </w:r>
      <w:r>
        <w:rPr>
          <w:sz w:val="20"/>
        </w:rPr>
        <w:t>40:19  parhenge to is mein aap ko naseehat ki baatein milengi. quran mein jo lessons hain, hamare learnings hain, is ko bataya gaya hai. aur isi tarah da'wati zehn saazi bhi is mein ki gayi hai.</w:t>
      </w:r>
      <w:r>
        <w:br/>
      </w:r>
      <w:r>
        <w:rPr>
          <w:sz w:val="20"/>
        </w:rPr>
        <w:t>40:30  aur teesra ek aham pehlu is ka yeh hai ke musalmanon ki jo</w:t>
      </w:r>
      <w:r>
        <w:br/>
      </w:r>
      <w:r>
        <w:rPr>
          <w:sz w:val="20"/>
        </w:rPr>
        <w:t>40:35  aap jante hain ke jo koi qaum jab zawaal yafta ho jati hai to us ke conditions ho jate hain. aur zawaal yafta qaum ki jo nafsiyat hoti hain, woh mili ho jati hain, qaumi ho jati hain.</w:t>
      </w:r>
      <w:r>
        <w:br/>
      </w:r>
      <w:r>
        <w:rPr>
          <w:sz w:val="20"/>
        </w:rPr>
        <w:t>40:46  ji, to siyasi ho jati hain. is ko maulana ne bohat achhi tarah se is mein toda hai. ji, agar aap is mein parhenge to aap khuda ke sahi banda ban ke niklenge, na ke ek qaumi insan, na ke ek mili insan.</w:t>
      </w:r>
      <w:r>
        <w:br/>
      </w:r>
      <w:r>
        <w:rPr>
          <w:sz w:val="20"/>
        </w:rPr>
        <w:t>40:59  ji, to is concept ko maulana ne, yaani ek zawaal yafta nafsiyat ka, is mein bohat hi achha maulana ne tajziya kiya hai. aur</w:t>
      </w:r>
      <w:r>
        <w:br/>
      </w:r>
      <w:r>
        <w:rPr>
          <w:sz w:val="20"/>
        </w:rPr>
        <w:t>41:05  ek sahi momin ki nafsiyat kya hoti hain, is ko is mein pesh kiya hai. is lihaaz se is ka parhna hamare liye behad zaroori hai. ji ji ji, to jo maulana israr sahib, jo log program dekh rahe hain is waqt, un ko kuch ah quran ke mauzu par maulana wahiduddin khan sahib ki kuch kitabein aap recommend karenge?</w:t>
      </w:r>
      <w:r>
        <w:br/>
      </w:r>
      <w:r>
        <w:rPr>
          <w:sz w:val="20"/>
        </w:rPr>
        <w:t>41:22  haan, is mein ah aham kitabein yeh hain: "mutala quran", ji "azmat quran",</w:t>
      </w:r>
      <w:r>
        <w:br/>
      </w:r>
      <w:r>
        <w:rPr>
          <w:sz w:val="20"/>
        </w:rPr>
        <w:t>41:29  aur "quran ka matloob insan", "marifat quran". to yeh kitabein hain jis se is ka faida istefada kiya ja sakta hai. aur khud "tazkir al quran" ka jo introduction hai, muqaddama, woh bohat hi zyada ahmiyat rakhta hai.</w:t>
      </w:r>
      <w:r>
        <w:br/>
      </w:r>
      <w:r>
        <w:rPr>
          <w:sz w:val="20"/>
        </w:rPr>
        <w:t>41:41  ji ji ji, to quran ke hawaale se sawal tha, to seerat pe bhi main poochna chahunga. ji ke maulana wahiduddin khan sahib ke nuqta nazar se</w:t>
      </w:r>
      <w:r>
        <w:br/>
      </w:r>
      <w:r>
        <w:rPr>
          <w:sz w:val="20"/>
        </w:rPr>
        <w:t>41:51  ah seerat rasool ke bunyadi pehlu kya hain? ji, is ko bhi aap wazeh karein. haan, yeh sawal aaj ke din ke lihaaz se bhi bohat aham hai.</w:t>
      </w:r>
      <w:r>
        <w:br/>
      </w:r>
      <w:r>
        <w:rPr>
          <w:sz w:val="20"/>
        </w:rPr>
        <w:t>42:00  ji, kyunke aaj 12 rabi ul awal hai. ji, to rasool allah ki aaj paidaish hai.</w:t>
      </w:r>
      <w:r>
        <w:br/>
      </w:r>
      <w:r>
        <w:rPr>
          <w:sz w:val="20"/>
        </w:rPr>
        <w:t>42:04  hmm, to seerat ka jo mauzu hai, is par ka main samajhta hoon urdu zaban mein kafi kitabein likhi gayi hain. ji,</w:t>
      </w:r>
      <w:r>
        <w:br/>
      </w:r>
      <w:r>
        <w:rPr>
          <w:sz w:val="20"/>
        </w:rPr>
        <w:t>42:12  lekin yeh tamam kitabein maulana ne "mutala seerat" ke ah muqaddame mein likha hai ke pure ah jo seerat ki kitabein hain, woh tamam kitabein ya to taqlidi andaaz mein likhi gayi hain ya aqeedatmandana andaaz mein likhi gayi hain.</w:t>
      </w:r>
      <w:r>
        <w:br/>
      </w:r>
      <w:r>
        <w:rPr>
          <w:sz w:val="20"/>
        </w:rPr>
        <w:t>42:27  taqlidana andaaz ka matlab yeh hai ke ek traditional way jo tareekh ka chalta aa raha tha pehle se, us lihaaz se likha gaya hai. to is se bohat bada jo nuqsaan hua, yeh hai ke rasool allah ki wafat ke baad tareekh jab likhi gayi to rasool allah ki jo</w:t>
      </w:r>
      <w:r>
        <w:br/>
      </w:r>
      <w:r>
        <w:rPr>
          <w:sz w:val="20"/>
        </w:rPr>
        <w:t>42:42  asal hesiyat thi, yaani da'i, aap logon ko khuda ka paigham pahunchane wale the, khuda ka realization karane wale the. ji, to woh hesiyat kam ho gayi.</w:t>
      </w:r>
      <w:r>
        <w:br/>
      </w:r>
      <w:r>
        <w:rPr>
          <w:sz w:val="20"/>
        </w:rPr>
        <w:t>42:51  chunki us waqt jo tareekhein likhi jati thi, yeh tha ke woh king ki tareekh likhi jati thi, is ko base kar ke likha jata tha. ji, ke woh king ne kitni junghein ki, kaise fateh hasil ki, us ki pasalar kaisa tha, us ki quwwat kaisi thi, kaise logon ko phacharta tha.</w:t>
      </w:r>
      <w:r>
        <w:br/>
      </w:r>
      <w:r>
        <w:rPr>
          <w:sz w:val="20"/>
        </w:rPr>
        <w:t>43:04  to is tarah ki woh is mein baatein hoti thi. to isi nahaj se seerat ko bhi likh diya gaya. bohat important baat hai yeh. ji, to shuru se hi seerat ka</w:t>
      </w:r>
      <w:r>
        <w:br/>
      </w:r>
      <w:r>
        <w:rPr>
          <w:sz w:val="20"/>
        </w:rPr>
        <w:t>43:12  naam jo tha, "life of prophet muhammad" ke bajaye "al maghazi" rakh diya gaya. ji, "al maghazi" kehte hain waris. waris to pehli mere khayal se hai ke jo seerat ah urwah bin zubair ki seerat batai jati hai, jo ek sahabi ke bete hain, tab'i, uska naam "al maghazi" rakha gaya.</w:t>
      </w:r>
      <w:r>
        <w:br/>
      </w:r>
      <w:r>
        <w:rPr>
          <w:sz w:val="20"/>
        </w:rPr>
        <w:t>43:29  phir ibn ishaq, ibn hisham, ji, pura un ki seerat ka hi naam ho gaya "al maghazi". to isi tarah musalmanon ke zehn mein bhi ji yeh chha gaya ke ek rasool allah jangju the, ek fateh the, aap dunya ko fateh karne aur maghloob karne ke liye</w:t>
      </w:r>
      <w:r>
        <w:br/>
      </w:r>
      <w:r>
        <w:rPr>
          <w:sz w:val="20"/>
        </w:rPr>
        <w:t>43:42  aate hain, aap ek achhe commander the, ek achhe hakim the. ji, lekin quran jo hum ko batata hai, woh yeh hai: "barah direct alfaaz mein inna arsalnak shahidan wa mubashiran wa naziran wa da'iyan ila allahi bi iznihi wa sirajan munira".</w:t>
      </w:r>
      <w:r>
        <w:br/>
      </w:r>
      <w:r>
        <w:rPr>
          <w:sz w:val="20"/>
        </w:rPr>
        <w:t>43:57  is mein rasool Allah ki panch baatein batai gayi hain. ji, five words bhi jo aik hi maani batata hai, woh hai: aap</w:t>
      </w:r>
      <w:r>
        <w:br/>
      </w:r>
      <w:r>
        <w:rPr>
          <w:sz w:val="20"/>
        </w:rPr>
        <w:t>44:04  daai thay. ji, yani nazeer logon ko aakhirat se darrane walay thay, khushkhabri dene walay thay, Allah ki taraf bulane walay thay, aur aap aik roshan charagh thay.</w:t>
      </w:r>
      <w:r>
        <w:br/>
      </w:r>
      <w:r>
        <w:rPr>
          <w:sz w:val="20"/>
        </w:rPr>
        <w:t>44:13  to rasool Allah ki jo is hesiyat se seerat ki kitabon mein mutala nahi kiya gaya. ji, to pehli baar Maulana ne is cheez ko wazeh kiya aur seerat ke is pehlu ko le kar bataya.</w:t>
      </w:r>
      <w:r>
        <w:br/>
      </w:r>
      <w:r>
        <w:rPr>
          <w:sz w:val="20"/>
        </w:rPr>
        <w:t>44:23  to is se aik aur wazeh hua ke umoomi taur par jab daur jadeed mein peace aur harmony ki baat ki gayi to dunya mein bohat si mukhtalif shakhsiyaton ki misaal pesh ki gayi.</w:t>
      </w:r>
      <w:r>
        <w:br/>
      </w:r>
      <w:r>
        <w:rPr>
          <w:sz w:val="20"/>
        </w:rPr>
        <w:t>44:35  to Maulana ne sab se pehle pesh kiya ke agar koi prophet of peace ho sakta hai to Muhammad hain. hmm, koi messenger of peace ho sakta hai to woh Muhammad hain. ji, to aap jante hain is par kitab bhi Maulana ki aayi hai: "Prophet of Peace".</w:t>
      </w:r>
      <w:r>
        <w:br/>
      </w:r>
      <w:r>
        <w:rPr>
          <w:sz w:val="20"/>
        </w:rPr>
        <w:t>44:46  ji, to woh mein samajhta hoon is lihaaz se</w:t>
      </w:r>
      <w:r>
        <w:br/>
      </w:r>
      <w:r>
        <w:rPr>
          <w:sz w:val="20"/>
        </w:rPr>
        <w:t>44:49  ah seerat ka mutala nahi kiya gaya. to Maulana ne rasool Allah ke ah daawati pehluon ko bohat achhi tarah ujaagar kiya aur yeh bhi bataya ke aap ka jo rasool Allah ka jo life style tha, woh hamare liye bohat practical hai aur wisdom full hai.</w:t>
      </w:r>
      <w:r>
        <w:br/>
      </w:r>
      <w:r>
        <w:rPr>
          <w:sz w:val="20"/>
        </w:rPr>
        <w:t>45:04  to is ko le kar hum bohat aage barh sakte hain. woh koi aqeedatmandana cheez ya is ko kuch manane wali cheez nahi hai. ji, ji, yeh bohat aham hai. ji, ji,</w:t>
      </w:r>
      <w:r>
        <w:br/>
      </w:r>
      <w:r>
        <w:rPr>
          <w:sz w:val="20"/>
        </w:rPr>
        <w:t>45:12  bohat important baat aap ne clear kari, Maulana Israr sahib, ke generally aur yahi dekha gaya hai, log yahi samajhte hain ke ah rasool Allah aik war general thay, lekin jo unhon ne moral consciousness awaken kari society mein, jo aik daai wala role unhon ne play kara, aur jo peace, ah jo aman, ah us ko establish kiya, yeh bilkul history mein aur kitabon mein, aur jo aksar log debate karte hain, us mein woh zahir hi nahi karte.</w:t>
      </w:r>
      <w:r>
        <w:br/>
      </w:r>
      <w:r>
        <w:rPr>
          <w:sz w:val="20"/>
        </w:rPr>
        <w:t>45:38  to yeh aap ne bohat important baat, yeh aaj is ko achhe se wazeh kiya Maulana Wahiduddin Khan sahib ke literature ke hawale se. ah Maulana Iqbal sahib, ah aap is pe kuch aur add karna chahenge?</w:t>
      </w:r>
      <w:r>
        <w:br/>
      </w:r>
      <w:r>
        <w:rPr>
          <w:sz w:val="20"/>
        </w:rPr>
        <w:t>45:51  khateeb sahib ne bilkul sahi baat farmayi ke jo aman ka peghamabar hai, aman ka pehlu jo aik dam bilkul ah tareekh mein chhip gaya tha, to us ko Maulana ne wazeh kiya hai.</w:t>
      </w:r>
      <w:r>
        <w:br/>
      </w:r>
      <w:r>
        <w:rPr>
          <w:sz w:val="20"/>
        </w:rPr>
        <w:t>46:03  to is par Maulana ne jo bhi kitabein likhi hain, jaise "Mutala-e-Seerat" hai, "Paigham-e-Inqilab" hai, "Prophet of Peace" hai,</w:t>
      </w:r>
      <w:r>
        <w:br/>
      </w:r>
      <w:r>
        <w:rPr>
          <w:sz w:val="20"/>
        </w:rPr>
        <w:t>46:12  jitni bhi Maulana ne tehreerein likhi hain, is ka yahi raha ke "Prophet of War" ke bajaye yeh "Prophet of Peace" hain. is ke liye kai misalein di hain.</w:t>
      </w:r>
      <w:r>
        <w:br/>
      </w:r>
      <w:r>
        <w:rPr>
          <w:sz w:val="20"/>
        </w:rPr>
        <w:t>46:22  the hundred walay ne yeh to kaha ke supremely successful person, lekin us ki wajah nahi batai. ji, un ko wajah yeh kehni chahiye tha ke conflict management aala darje ka hai, yani jangon ke tareekh ko Maulana ne Sulah Hudaibiyah mein badal diya.</w:t>
      </w:r>
      <w:r>
        <w:br/>
      </w:r>
      <w:r>
        <w:rPr>
          <w:sz w:val="20"/>
        </w:rPr>
        <w:t>46:37  phir isi tarah saare jitne bhi jang lade jaate thay, us ko aap ne buffering policy se us ko aik dam yeh kar diya, manage kar diya.</w:t>
      </w:r>
      <w:r>
        <w:br/>
      </w:r>
      <w:r>
        <w:rPr>
          <w:sz w:val="20"/>
        </w:rPr>
        <w:t>46:46  isi tarah rasool Allah sallallahu alaihi wasallam ne taqreeban jitne bhi jang hue hain, us ko Maulana yeh kehte hain ke woh bas jhadapon mein badal diya.</w:t>
      </w:r>
      <w:r>
        <w:br/>
      </w:r>
      <w:r>
        <w:rPr>
          <w:sz w:val="20"/>
        </w:rPr>
        <w:t>46:55  yeh jo rasool Allah sallallahu alaihi wasallam ki pur aman programming thi, yeh wazeh nahi hua abhi tak logon ke samne. ji, to sahi baat</w:t>
      </w:r>
    </w:p>
    <w:p>
      <w:pPr>
        <w:pStyle w:val="Heading2"/>
      </w:pPr>
      <w:r>
        <w:t>Effect of Muslim approach on Western attitude</w:t>
      </w:r>
    </w:p>
    <w:p>
      <w:r>
        <w:rPr>
          <w:color w:val="666666"/>
          <w:sz w:val="18"/>
        </w:rPr>
        <w:t>Society &amp; Dawah · The Age of Opportunity Explosion December 2, 2018 Maulana Wahiduddin Khan · 10m 47s · at 49:51 · https://youtu.be/LqGWdCG81hc?t=2991</w:t>
      </w:r>
    </w:p>
    <w:p>
      <w:r>
        <w:rPr>
          <w:i/>
        </w:rPr>
        <w:t>“If Muslims change their approach towards Western powers, then do you think West will change their attitude towards the Muslim world immediately? What is your comment on this?”</w:t>
      </w:r>
    </w:p>
    <w:p>
      <w:r>
        <w:rPr>
          <w:sz w:val="20"/>
        </w:rPr>
        <w:t>49:51  yeh sawal bheja hai fawad kadoi sahib ne bhopal se. unhon ne likha hai, "molana, if muslims change their approach towards western powers, then do you think west will change their attitude towards the muslim world immediately?</w:t>
      </w:r>
      <w:r>
        <w:br/>
      </w:r>
      <w:r>
        <w:rPr>
          <w:sz w:val="20"/>
        </w:rPr>
        <w:t>50:11  what is your comment on this?" dekhiye, mujhe aap ke is sawal par bible ka ek</w:t>
      </w:r>
      <w:r>
        <w:br/>
      </w:r>
      <w:r>
        <w:rPr>
          <w:sz w:val="20"/>
        </w:rPr>
        <w:t>50:25  ek bible ki ek ayat yaad aa gayi jo ek paighambar ka qaul hai. ek paighambar ka qaul hai,</w:t>
      </w:r>
      <w:r>
        <w:br/>
      </w:r>
      <w:r>
        <w:rPr>
          <w:sz w:val="20"/>
        </w:rPr>
        <w:t>50:38  bible mein paighambaron ka kalam hai tarjume ki shakal mein.</w:t>
      </w:r>
      <w:r>
        <w:br/>
      </w:r>
      <w:r>
        <w:rPr>
          <w:sz w:val="20"/>
        </w:rPr>
        <w:t>50:46  to ek ek ek paighambar ne kaha tha apne zamane ke logon ko khitab karte hue, "main tum se kehta hoon ke agar insan chup chup rahen to pathar chalayenge."</w:t>
      </w:r>
      <w:r>
        <w:br/>
      </w:r>
      <w:r>
        <w:rPr>
          <w:sz w:val="20"/>
        </w:rPr>
        <w:t>51:06  kaisi ajib baat thi</w:t>
      </w:r>
      <w:r>
        <w:br/>
      </w:r>
      <w:r>
        <w:rPr>
          <w:sz w:val="20"/>
        </w:rPr>
        <w:t>51:07  ! yeh future ki zaban bol rahe the woh ke aaj tum pathar ban jao to ban jao, ek waqt aayega ke ke pathar ko bhi zaban ho jayegi, west ko bhi zaban ho jayegi, east ko bhi zaban ho jayegi.</w:t>
      </w:r>
      <w:r>
        <w:br/>
      </w:r>
      <w:r>
        <w:rPr>
          <w:sz w:val="20"/>
        </w:rPr>
        <w:t>51:23  yeh future ki zaban thi. paighambar ne kaha tha ke, "ae mere mukhatibeen!</w:t>
      </w:r>
      <w:r>
        <w:br/>
      </w:r>
      <w:r>
        <w:rPr>
          <w:sz w:val="20"/>
        </w:rPr>
        <w:t>51:31  agar tum meri baat na mano, agar tum chup ho jao sachai ke itraf mein, ek zamana aayega jab allah patharon ko zaban dega,</w:t>
      </w:r>
      <w:r>
        <w:br/>
      </w:r>
      <w:r>
        <w:rPr>
          <w:sz w:val="20"/>
        </w:rPr>
        <w:t>51:43  fajir logon ko bhi zaban dega bukhari ki zaban mein, aur fajir log bhi sachai ki zaban bolna shuru kar denge." to aap allah ki rehmat ko dekhiye,</w:t>
      </w:r>
      <w:r>
        <w:br/>
      </w:r>
      <w:r>
        <w:rPr>
          <w:sz w:val="20"/>
        </w:rPr>
        <w:t>51:57  kaun kya kar raha hai, us ko na dekhiye.</w:t>
      </w:r>
      <w:r>
        <w:br/>
      </w:r>
      <w:r>
        <w:rPr>
          <w:sz w:val="20"/>
        </w:rPr>
        <w:t>52:02  allah ne kya ailan kar rakha hai, us ko dekhiye. musalmanon ka mizaj ban gaya hai ke bas negative baat, negative baat bolte hain. jo isi mein positive aspect hai, woh us ko dekh dekh nahi paate hain.</w:t>
      </w:r>
      <w:r>
        <w:br/>
      </w:r>
      <w:r>
        <w:rPr>
          <w:sz w:val="20"/>
        </w:rPr>
        <w:t>52:17  main dunya ke future ko bright dekh raha hoon, aap bhi yahi adat daliye.</w:t>
      </w:r>
      <w:r>
        <w:br/>
      </w:r>
      <w:r>
        <w:rPr>
          <w:sz w:val="20"/>
        </w:rPr>
        <w:t>52:30  molana ayaz ahmed sahib ne jamshedpur se likha hai, "alhamdulillah! dunya mein aayi hui tabdili ko molana ne bilkul naye andaaz mein pesh kiya.</w:t>
      </w:r>
      <w:r>
        <w:br/>
      </w:r>
      <w:r>
        <w:rPr>
          <w:sz w:val="20"/>
        </w:rPr>
        <w:t>52:40  aaj har insan ko jitni asaniyan moassar hain, woh dawat ke imkan ko bohat badal deti hain.</w:t>
      </w:r>
      <w:r>
        <w:br/>
      </w:r>
      <w:r>
        <w:rPr>
          <w:sz w:val="20"/>
        </w:rPr>
        <w:t>52:50  allah hum sab ko in imkanat ko istemal karne ki tofeeq ata kar." doctor aslam sahib ne saharanpur se likha hai, "jab dimagh se creativity nikal jati hai to nafrat is dimagh mein apna ghar bana leti hai." miss qurtulain ne kashmir se likha hai,</w:t>
      </w:r>
      <w:r>
        <w:br/>
      </w:r>
      <w:r>
        <w:rPr>
          <w:sz w:val="20"/>
        </w:rPr>
        <w:t>53:09  explaining atar darkness and positive aspect of Islamic age is a starting, is a startling revelation for Muslims.</w:t>
      </w:r>
      <w:r>
        <w:br/>
      </w:r>
      <w:r>
        <w:rPr>
          <w:sz w:val="20"/>
        </w:rPr>
        <w:t>53:18  equating western civilization, which in fact is pro Islam with western culture, is a maznomar of Muslims.</w:t>
      </w:r>
      <w:r>
        <w:br/>
      </w:r>
      <w:r>
        <w:rPr>
          <w:sz w:val="20"/>
        </w:rPr>
        <w:t>53:27  this resulted in westophobia and prove suicidal and stumbling block in the war work of Muslims.</w:t>
      </w:r>
      <w:r>
        <w:br/>
      </w:r>
      <w:r>
        <w:rPr>
          <w:sz w:val="20"/>
        </w:rPr>
        <w:t>53:37  the sooner we get rid of this phobia, better it is. Western civilization is exploring natural laws and it is most beneficial in spreading word of God.</w:t>
      </w:r>
      <w:r>
        <w:br/>
      </w:r>
      <w:r>
        <w:rPr>
          <w:sz w:val="20"/>
        </w:rPr>
        <w:t>53:49  Muslims dilemma not is not to dealing culture from civilization is unfortunate. So it is high time we overcome this dilemma and istemal the western progress and scientific achievements in favor of the war work.</w:t>
      </w:r>
      <w:r>
        <w:br/>
      </w:r>
      <w:r>
        <w:rPr>
          <w:sz w:val="20"/>
        </w:rPr>
        <w:t>54:05  it is age of peace, opportunity and tolerance, and we must istemal this opportunity." Jazakumullah.</w:t>
      </w:r>
      <w:r>
        <w:br/>
      </w:r>
      <w:r>
        <w:rPr>
          <w:sz w:val="20"/>
        </w:rPr>
        <w:t>54:13  Mus Rubhana Ansari ne likha hai, "Pakistan se negativity is the darkness. Dohema is in terms of result which made it westophobia because of unawareness of Muslims.</w:t>
      </w:r>
      <w:r>
        <w:br/>
      </w:r>
      <w:r>
        <w:rPr>
          <w:sz w:val="20"/>
        </w:rPr>
        <w:t>54:28  although it was a super news for support of Islam and Muslims. Jazak Allah Maulana sahib! Its only you who enlighten us always." Maulana Maulana Iqbal Umri ne Chennai se likha hai, "Maulana!</w:t>
      </w:r>
      <w:r>
        <w:br/>
      </w:r>
      <w:r>
        <w:rPr>
          <w:sz w:val="20"/>
        </w:rPr>
        <w:t>54:44  aaj mujhe fitna dohema kya hai, yeh wazeh hua. Musalmanon ki fikri halat hai." Maulana, ab ek sawal lena chahenge.</w:t>
      </w:r>
      <w:r>
        <w:br/>
      </w:r>
      <w:r>
        <w:rPr>
          <w:sz w:val="20"/>
        </w:rPr>
        <w:t>54:55  yeh bheja hai Kanpur se Ayaz sahib ne. Unhon ne likha hai, "Maulana!</w:t>
      </w:r>
      <w:r>
        <w:br/>
      </w:r>
      <w:r>
        <w:rPr>
          <w:sz w:val="20"/>
        </w:rPr>
        <w:t>55:04  if conveying the message of Islam to the whole world is the biggest priority of every Muslim. Then why Muslims don't understand that?</w:t>
      </w:r>
      <w:r>
        <w:br/>
      </w:r>
      <w:r>
        <w:rPr>
          <w:sz w:val="20"/>
        </w:rPr>
        <w:t>55:14  that the whole world includes western world also, and that they will not listen to your message if you talk, or you try if you talk in a negative way by hurting them or killing them.</w:t>
      </w:r>
      <w:r>
        <w:br/>
      </w:r>
      <w:r>
        <w:rPr>
          <w:sz w:val="20"/>
        </w:rPr>
        <w:t>55:29  the negative talk will further take the maddo community away from receiving Quran. Maulana! Why this disconnect is so rampant among Muslims?" Dekhiye, rampant nahi hai, naya daur shuru ho chuka hai.</w:t>
      </w:r>
      <w:r>
        <w:br/>
      </w:r>
      <w:r>
        <w:rPr>
          <w:sz w:val="20"/>
        </w:rPr>
        <w:t>55:45  suraj nikal raha hai, nikal chuka hai. Suraj nikal chuka hai, naya daur shuru ho chuka hai.</w:t>
      </w:r>
      <w:r>
        <w:br/>
      </w:r>
      <w:r>
        <w:rPr>
          <w:sz w:val="20"/>
        </w:rPr>
        <w:t>55:55  aap hamari mission ki jo activities hain,</w:t>
      </w:r>
      <w:r>
        <w:br/>
      </w:r>
      <w:r>
        <w:rPr>
          <w:sz w:val="20"/>
        </w:rPr>
        <w:t>56:01  aaj subah ko main ne apne qareebi saathi se kaha, aaj hi subah ki baat hai ke mera dream tha ke hamare saathi khud se karne lagen, khud program banayein, khud is ko execute karein,</w:t>
      </w:r>
      <w:r>
        <w:br/>
      </w:r>
      <w:r>
        <w:rPr>
          <w:sz w:val="20"/>
        </w:rPr>
        <w:t>56:18  baghair kisi central direction ke. To us ne kaha ke yeh to already ho chuka hai.</w:t>
      </w:r>
      <w:r>
        <w:br/>
      </w:r>
      <w:r>
        <w:rPr>
          <w:sz w:val="20"/>
        </w:rPr>
        <w:t>56:28  har din hamare saathi dunya bhar mein, yahan se wahan, wahan se wahan ja rahe hain aur Allah ke paigham ko pahuncha rahe hain, Quran ko phaila rahe hain. Lekin hum kaam kar rahe hain low profile mein.</w:t>
      </w:r>
      <w:r>
        <w:br/>
      </w:r>
      <w:r>
        <w:rPr>
          <w:sz w:val="20"/>
        </w:rPr>
        <w:t>56:42  jo log kuch karte nahi, high profile mein chala rahe hain to log samajhte hain ke woh kaam kar rahe hain. Sir ki yaad rakhiye, sir ki taqat hai.</w:t>
      </w:r>
      <w:r>
        <w:br/>
      </w:r>
      <w:r>
        <w:rPr>
          <w:sz w:val="20"/>
        </w:rPr>
        <w:t>56:53  high profile mein cheekh rahe hain to aap samajhte hain ke woh kar rahe hain kuch. Hamare saathi low profile mein kaam kar rahe hain to aap ko dikhai nahi deta.</w:t>
      </w:r>
      <w:r>
        <w:br/>
      </w:r>
      <w:r>
        <w:rPr>
          <w:sz w:val="20"/>
        </w:rPr>
        <w:t>57:04  sara mamla yeh hai ke aap shar ki taqaton ke high profile ko lete hain aur khair ki taqaton ke low profile ko nahi pakad paate.</w:t>
      </w:r>
      <w:r>
        <w:br/>
      </w:r>
      <w:r>
        <w:rPr>
          <w:sz w:val="20"/>
        </w:rPr>
        <w:t>57:15  aaj woh daur aa chuka hai, aa chuka hai.</w:t>
      </w:r>
      <w:r>
        <w:br/>
      </w:r>
      <w:r>
        <w:rPr>
          <w:sz w:val="20"/>
        </w:rPr>
        <w:t>57:22  lekin woh hamesha yaad rakhiye, paighambar bhi. Aap ko maloom hai ke sare paighambar history mein record nahi ho paye,</w:t>
      </w:r>
      <w:r>
        <w:br/>
      </w:r>
      <w:r>
        <w:rPr>
          <w:sz w:val="20"/>
        </w:rPr>
        <w:t>57:40  sirf Rasool Allah ke mission ka record hua, woh bhi Roman Empire ke reference mein. Is ko, is ko samajh lijiye ke Rasool Allah ka mission jo hai, history mein record hua hai Roman Empire ke reference mein.</w:t>
      </w:r>
      <w:r>
        <w:br/>
      </w:r>
      <w:r>
        <w:rPr>
          <w:sz w:val="20"/>
        </w:rPr>
        <w:t>57:59  bahut ajeeb baat hai. Aur doosre paighambar to record hi nahi hue.</w:t>
      </w:r>
      <w:r>
        <w:br/>
      </w:r>
      <w:r>
        <w:rPr>
          <w:sz w:val="20"/>
        </w:rPr>
        <w:t>58:06  is ko samajh lijiye, phir se sochiye aap ke rasool Allah ka mission jo tareekh mein record ho gaya hai, aap ek paighambar of history ban rahe hain, woh Roman Empire ke reference mein hua.</w:t>
      </w:r>
      <w:r>
        <w:br/>
      </w:r>
      <w:r>
        <w:rPr>
          <w:sz w:val="20"/>
        </w:rPr>
        <w:t>58:23  to hamare saathi chuki kaam kar rahe hain low profile mein, is liye logon ko dikhai nahi deta. abhi hum high profile mein karein, bomb marein to sari dunya mein khabar phail jayegi.</w:t>
      </w:r>
      <w:r>
        <w:br/>
      </w:r>
      <w:r>
        <w:rPr>
          <w:sz w:val="20"/>
        </w:rPr>
        <w:t>58:36  to shukr ki jiye, shukr, shikayat mat kijiye. main aap sab logon se kahunga ke aap shikayat ki boli chhod dijiye, shor ki boli boliye.</w:t>
      </w:r>
      <w:r>
        <w:br/>
      </w:r>
      <w:r>
        <w:rPr>
          <w:sz w:val="20"/>
        </w:rPr>
        <w:t>58:48  Allah ke aage sajde mein gir padiye ke Allah ne jise log, jis jis ko log kehte the, firqa dohima, woh ulta ho gaya, ujale ke, ujale ka zamana ban gaya.</w:t>
      </w:r>
      <w:r>
        <w:br/>
      </w:r>
      <w:r>
        <w:rPr>
          <w:sz w:val="20"/>
        </w:rPr>
        <w:t>59:03  is par sab logon ko chahiye ke gir padein is sajde mein ke jis cheez ko log tareeki ki fateh keh rahe the, woh ujale ka zamana ban gaya.</w:t>
      </w:r>
      <w:r>
        <w:br/>
      </w:r>
      <w:r>
        <w:rPr>
          <w:sz w:val="20"/>
        </w:rPr>
        <w:t>59:16  shukr, shukr, shukr, aur kuch nahi.</w:t>
      </w:r>
      <w:r>
        <w:br/>
      </w:r>
      <w:r>
        <w:rPr>
          <w:sz w:val="20"/>
        </w:rPr>
        <w:t>59:23  Muhammad Irfan Rasheedi sahib ne Nagpur se likha hai, "af we want to come out of fitne dohima, we must develop positive thinking.</w:t>
      </w:r>
      <w:r>
        <w:br/>
      </w:r>
      <w:r>
        <w:rPr>
          <w:sz w:val="20"/>
        </w:rPr>
        <w:t>59:33  Maulana sahib, no person is more positive thinker than you." Muhammad Shafiq sahib ne Ambur, Tamil Nadu se likha hai, "that is true, many non muslim brothers are following teachings of Islam perfectly compare to our muslim brothers, because of either our laziness or lack of spirit in us." Tariq Badar sahib ne Pakistan, Lahore se likha hai, "Maulana sahib, today lecture made us positive again.</w:t>
      </w:r>
      <w:r>
        <w:br/>
      </w:r>
      <w:r>
        <w:rPr>
          <w:sz w:val="20"/>
        </w:rPr>
        <w:t>1:00:02  we will explore opportunities and focus on planning. jazak Allah." Mahboob bhai ne Mumbai se likha hai, "Maulana team Mumbai is listening to today class together.</w:t>
      </w:r>
      <w:r>
        <w:br/>
      </w:r>
      <w:r>
        <w:rPr>
          <w:sz w:val="20"/>
        </w:rPr>
        <w:t>1:00:17  jazak Allah Maulana for another wonderful session." Shahid Hussain sahib ne Kashmir se likha hai, "an illustration of two great predictions of Quran and Hadith, which symbolize great opportunities for the divine mission and apprehension of misguided muslim perception.</w:t>
      </w:r>
    </w:p>
    <w:p>
      <w:pPr>
        <w:pStyle w:val="Heading2"/>
      </w:pPr>
      <w:r>
        <w:t>Excuse of inflation for neglecting religion</w:t>
      </w:r>
    </w:p>
    <w:p>
      <w:r>
        <w:rPr>
          <w:color w:val="666666"/>
          <w:sz w:val="18"/>
        </w:rPr>
        <w:t>Society &amp; Dawah · Divine Management in History April 7, 2013 · 7m 27s · at 57:57 · https://youtu.be/wcBzG56LuPY?t=3477</w:t>
      </w:r>
    </w:p>
    <w:p>
      <w:r>
        <w:rPr>
          <w:i/>
        </w:rPr>
        <w:t>“When people are invited to Islam, they say that inflation is so high they have no time to think about religion. What is your opinion on this?”</w:t>
      </w:r>
    </w:p>
    <w:p>
      <w:r>
        <w:rPr>
          <w:sz w:val="20"/>
        </w:rPr>
        <w:t>57:57  Maulana, yeh sawal aaya hai Karachi Pakistan se Abdul Latif sahib ka. Unhon ne likha hai: "Aaj ke insaan ko jab deen ki taraf bulaya jata hai to woh yeh uzr batate hain ke mehangai itni zyada ho gayi hai ke humein waqt hi nahi milta ke hum deen ke bare mein sochein." Maulana sahib, is bare mein aap ki kya rai hai?</w:t>
      </w:r>
      <w:r>
        <w:br/>
      </w:r>
      <w:r>
        <w:rPr>
          <w:sz w:val="20"/>
        </w:rPr>
        <w:t>58:24  dekhein, main bhi is dunya mein rehta hoon,</w:t>
      </w:r>
      <w:r>
        <w:br/>
      </w:r>
      <w:r>
        <w:rPr>
          <w:sz w:val="20"/>
        </w:rPr>
        <w:t>58:27  isi dunya mein jahan mehangai bohat zyada hai. Main ne dono daur dekha hai, azadi se pehle isi dunya mein mehangai bilkul nahi thi.</w:t>
      </w:r>
      <w:r>
        <w:br/>
      </w:r>
      <w:r>
        <w:rPr>
          <w:sz w:val="20"/>
        </w:rPr>
        <w:t>58:41  mujhe ab tak yaad hai ek waqia ke Maulana Mujeeb Ullah Nadvi ghar se yani apne ghar walon ko bataye baghair parhne ke liye Nadvah aa gaye,</w:t>
      </w:r>
      <w:r>
        <w:br/>
      </w:r>
      <w:r>
        <w:rPr>
          <w:sz w:val="20"/>
        </w:rPr>
        <w:t>58:56  ghar wale nadwa ke khilaf thay is zamane mein.</w:t>
      </w:r>
      <w:r>
        <w:br/>
      </w:r>
      <w:r>
        <w:rPr>
          <w:sz w:val="20"/>
        </w:rPr>
        <w:t>59:00  to unhon ne bataya ke ab sirf mere paas paanch rupiya tha, us waqt</w:t>
      </w:r>
      <w:r>
        <w:br/>
      </w:r>
      <w:r>
        <w:rPr>
          <w:sz w:val="20"/>
        </w:rPr>
        <w:t>59:06  paanch rupiya, aur kahe unhon ne bataya ke ek mahine tak maine is paanch rupay se bohat</w:t>
      </w:r>
      <w:r>
        <w:br/>
      </w:r>
      <w:r>
        <w:rPr>
          <w:sz w:val="20"/>
        </w:rPr>
        <w:t>59:13  itminan ke sath</w:t>
      </w:r>
      <w:r>
        <w:br/>
      </w:r>
      <w:r>
        <w:rPr>
          <w:sz w:val="20"/>
        </w:rPr>
        <w:t>59:16  yani khaya, nashta aur khana aur</w:t>
      </w:r>
      <w:r>
        <w:br/>
      </w:r>
      <w:r>
        <w:rPr>
          <w:sz w:val="20"/>
        </w:rPr>
        <w:t>59:21  dopehar ka aur sham ka, sab paanch rupay mein ek mahine tak.</w:t>
      </w:r>
      <w:r>
        <w:br/>
      </w:r>
      <w:r>
        <w:rPr>
          <w:sz w:val="20"/>
        </w:rPr>
        <w:t>59:28  ab jo hai, har aadmi janta hai ke ab paanch rupay koi value nahi hai. To main bhi is dunya mein hoon. Asal baat dekhein, mehangai nahi hai.</w:t>
      </w:r>
      <w:r>
        <w:br/>
      </w:r>
      <w:r>
        <w:rPr>
          <w:sz w:val="20"/>
        </w:rPr>
        <w:t>59:42  asal baat yeh nahi ke mehangai barh gayi hai, asal baat yeh hai ke logon ne apne ikhrajaat barha liye hain. Har aadmi ne kharch barha rakha hai, itna zyada kharch karte hain har mad mein.</w:t>
      </w:r>
      <w:r>
        <w:br/>
      </w:r>
      <w:r>
        <w:rPr>
          <w:sz w:val="20"/>
        </w:rPr>
        <w:t>59:56  bachon ke kapra, bachon ki khwahishein poori karna, bachon ki pampering, shadi byah yani koi mad aisi nahi hai jis mein log bohat zyada kharch na karte hon.</w:t>
      </w:r>
      <w:r>
        <w:br/>
      </w:r>
      <w:r>
        <w:rPr>
          <w:sz w:val="20"/>
        </w:rPr>
        <w:t>1:00:09  mera koi kharch nahi hai, to mujhe koi is qism ki pareshani bhi nahi.</w:t>
      </w:r>
      <w:r>
        <w:br/>
      </w:r>
      <w:r>
        <w:rPr>
          <w:sz w:val="20"/>
        </w:rPr>
        <w:t>1:00:18  main ne koi kharch hi nahi, jo hai wahi kha liya hai, jo hai wahi pi liya.</w:t>
      </w:r>
      <w:r>
        <w:br/>
      </w:r>
      <w:r>
        <w:rPr>
          <w:sz w:val="20"/>
        </w:rPr>
        <w:t>1:00:25  to logon ko chahiye ke is tarah ki shikayatein karne ke baad apne kharch ko ghatayein,</w:t>
      </w:r>
      <w:r>
        <w:br/>
      </w:r>
      <w:r>
        <w:rPr>
          <w:sz w:val="20"/>
        </w:rPr>
        <w:t>1:00:34  jaisa ke main ne ghata rakha hai. Apne kharch ko ghatayein, phir aap ko mehangai ki shikayat nahi hogi.</w:t>
      </w:r>
      <w:r>
        <w:br/>
      </w:r>
      <w:r>
        <w:rPr>
          <w:sz w:val="20"/>
        </w:rPr>
        <w:t>1:00:43  yeh main apne tajrube ki buniyad par poore yaqeen ke sath keh sakta hoon. Maulana, agla ek comment aaya hai aur ek sawal bhi aaya hai Kashmir se Muhammad Saleem Mir sahib</w:t>
      </w:r>
      <w:r>
        <w:br/>
      </w:r>
      <w:r>
        <w:rPr>
          <w:sz w:val="20"/>
        </w:rPr>
        <w:t>1:00:54  ka. Pehle un ka comment padhte hain. Unhon ne likha hai: "In Al-Risala issue March titled Azdawaj-e-Zindagi, you have quoted a verse from Surah Al-Baqarah in light of home partner and life partner.</w:t>
      </w:r>
      <w:r>
        <w:br/>
      </w:r>
      <w:r>
        <w:rPr>
          <w:sz w:val="20"/>
        </w:rPr>
        <w:t>1:01:10  The interpretation in this regard which I was trying to find out in Quranic verses other than Tazkir-ul-Quran was never comprehended by my mind,</w:t>
      </w:r>
      <w:r>
        <w:br/>
      </w:r>
      <w:r>
        <w:rPr>
          <w:sz w:val="20"/>
        </w:rPr>
        <w:t>1:01:22  and it was the first time that I understood the divine plan in terms of home partner and a life partner." Aur Maulana, unhon ne ek sawal kiya hai.</w:t>
      </w:r>
      <w:r>
        <w:br/>
      </w:r>
      <w:r>
        <w:rPr>
          <w:sz w:val="20"/>
        </w:rPr>
        <w:t>1:01:33  un ka sawal yeh hai: "The one who always thinks regarding the accountability of the Day of Judgment is called a God-oriented thinker.</w:t>
      </w:r>
      <w:r>
        <w:br/>
      </w:r>
      <w:r>
        <w:rPr>
          <w:sz w:val="20"/>
        </w:rPr>
        <w:t>1:01:45  My question is how to develop such pattern of thinking among the Muslims who are not even ready to accept the basics of creation plan of God?" Is ke bare mein batayein.</w:t>
      </w:r>
      <w:r>
        <w:br/>
      </w:r>
      <w:r>
        <w:rPr>
          <w:sz w:val="20"/>
        </w:rPr>
        <w:t>1:02:01  dekhiye, is ka koi, is ka koi</w:t>
      </w:r>
      <w:r>
        <w:br/>
      </w:r>
      <w:r>
        <w:rPr>
          <w:sz w:val="20"/>
        </w:rPr>
        <w:t>1:02:07  yani koi tarasumati tareeqa nahi hai.</w:t>
      </w:r>
      <w:r>
        <w:br/>
      </w:r>
      <w:r>
        <w:rPr>
          <w:sz w:val="20"/>
        </w:rPr>
        <w:t>1:02:14  wohi ke jo main ne kiya, Allah ke fazl se matlab Quran ko main ne tilawat nahi ki balkeh study ki.</w:t>
      </w:r>
      <w:r>
        <w:br/>
      </w:r>
      <w:r>
        <w:rPr>
          <w:sz w:val="20"/>
        </w:rPr>
        <w:t>1:02:24  Quran ki main ne sirf tilawat nahi ki balkeh study ki. Aise hi main ne jo sunnat-e-Rasool hai, us ko gehrai ke sath parha aur jo relevant literature hai, sab ko parha.</w:t>
      </w:r>
      <w:r>
        <w:br/>
      </w:r>
      <w:r>
        <w:rPr>
          <w:sz w:val="20"/>
        </w:rPr>
        <w:t>1:02:39  to Allah ke fazl se mere andar yeh cheez develop ho gayi.</w:t>
      </w:r>
      <w:r>
        <w:br/>
      </w:r>
      <w:r>
        <w:rPr>
          <w:sz w:val="20"/>
        </w:rPr>
        <w:t>1:02:45  mujhe is qism ki Allah ke fazl se koi shikayat nahi hai. to koi, koi doosra tareeqa nahi hai. isi Allah ki kitab ko parhna, isi rasool ki sunnat ka mutalea karna aur kainat ko khuli aankhon se dekhna,</w:t>
      </w:r>
      <w:r>
        <w:br/>
      </w:r>
      <w:r>
        <w:rPr>
          <w:sz w:val="20"/>
        </w:rPr>
        <w:t>1:03:04  kainat ko khuli aankhon se dekhna</w:t>
      </w:r>
      <w:r>
        <w:br/>
      </w:r>
      <w:r>
        <w:rPr>
          <w:sz w:val="20"/>
        </w:rPr>
        <w:t>1:03:09  to isi se sab baatein paida hoti hain.</w:t>
      </w:r>
      <w:r>
        <w:br/>
      </w:r>
      <w:r>
        <w:rPr>
          <w:sz w:val="20"/>
        </w:rPr>
        <w:t>1:03:13  ab mein kya, aap ko kal, kal, kal parson ka ek, ek tajruba batata hoon ke mein apne ghar ke samne jo mera jo balcony hai, us par baitha hua tha.</w:t>
      </w:r>
      <w:r>
        <w:br/>
      </w:r>
      <w:r>
        <w:rPr>
          <w:sz w:val="20"/>
        </w:rPr>
        <w:t>1:03:27  subah ka waqt tha aur suraj abhi bhi nikla tha. to ek sahib milne ke liye aa gaye. to meri aadat hai ke mein poochta hoon aadmi se ke aap ke paas koi nai news hai?</w:t>
      </w:r>
      <w:r>
        <w:br/>
      </w:r>
      <w:r>
        <w:rPr>
          <w:sz w:val="20"/>
        </w:rPr>
        <w:t>1:03:43  to mein usay hi poochta hoon ke aap ke paas koi nai news hai? to unhon ne kuch der soch kar kaha ke nahi, koi nai news to nahi hai.</w:t>
      </w:r>
      <w:r>
        <w:br/>
      </w:r>
      <w:r>
        <w:rPr>
          <w:sz w:val="20"/>
        </w:rPr>
        <w:t>1:03:56  to mere dimagh se nikla ke dekhen, suraj nikla hua hai, yeh new nai news nahi hai. raat ki tareeki ke baad suraj nikal aaya aur sara alam jagmaga raha tha ke nai news nahi hai.</w:t>
      </w:r>
      <w:r>
        <w:br/>
      </w:r>
      <w:r>
        <w:rPr>
          <w:sz w:val="20"/>
        </w:rPr>
        <w:t>1:04:11  hawaein chal rahi hain, hawaein rukengi nahi, nai news nahi hai. oxygen ki supply jari hai, band nahi hui. kaha yeh nai news, news nahi hai.</w:t>
      </w:r>
      <w:r>
        <w:br/>
      </w:r>
      <w:r>
        <w:rPr>
          <w:sz w:val="20"/>
        </w:rPr>
        <w:t>1:04:21  zameen apne bohat hi zyada yaani sahi tor par revalu kar rahi hai.</w:t>
      </w:r>
      <w:r>
        <w:br/>
      </w:r>
      <w:r>
        <w:rPr>
          <w:sz w:val="20"/>
        </w:rPr>
        <w:t>1:04:32  kya nai news nahi hai? phir mein ne kaha ke aap ne sham ko khana khaya hoga aur subah ko woh hazam ho gaya. kaha yeh news nahi, nahi, news nahi hai.</w:t>
      </w:r>
      <w:r>
        <w:br/>
      </w:r>
      <w:r>
        <w:rPr>
          <w:sz w:val="20"/>
        </w:rPr>
        <w:t>1:04:44  raat ko aap ki aankh band ho gayi thi, us waqt aankh khuli hai, aap sab dunya ko dekh rahe hain. kya nai news nahi hai?</w:t>
      </w:r>
      <w:r>
        <w:br/>
      </w:r>
      <w:r>
        <w:rPr>
          <w:sz w:val="20"/>
        </w:rPr>
        <w:t>1:04:50  asal cheez yeh hai ke log jo hain jante hain nahi dunya mein kaise rehna hai. ab yeh sab baatein jo mein ne kahin, agar aap yeh sochen to shukr ka samandar aap ke andar aa jayega.</w:t>
      </w:r>
      <w:r>
        <w:br/>
      </w:r>
      <w:r>
        <w:rPr>
          <w:sz w:val="20"/>
        </w:rPr>
        <w:t>1:05:04  shukr ka samandar, marfat ka samandar, rabaniyat ka samandar.</w:t>
      </w:r>
      <w:r>
        <w:br/>
      </w:r>
      <w:r>
        <w:rPr>
          <w:sz w:val="20"/>
        </w:rPr>
        <w:t>1:05:12  to hamari jo kitabein hain, risala jo hai, isi ke liye to hai. is ko parhen, log baqayda bar bar parhen to is se yeh cheez develop hogi.</w:t>
      </w:r>
    </w:p>
    <w:p>
      <w:pPr>
        <w:pStyle w:val="Heading2"/>
      </w:pPr>
      <w:r>
        <w:t>Explaining peace to border Pathans</w:t>
      </w:r>
    </w:p>
    <w:p>
      <w:r>
        <w:rPr>
          <w:color w:val="666666"/>
          <w:sz w:val="18"/>
        </w:rPr>
        <w:t>Society &amp; Dawah · Building A Creative Personality | 20 Nov 2011 · 6m 04s · at 1:33:23 · https://youtu.be/jdfhpwfEvKg?t=5603</w:t>
      </w:r>
    </w:p>
    <w:p>
      <w:r>
        <w:rPr>
          <w:i/>
        </w:rPr>
        <w:t>“How can we explain complete peace to border Pathans or people of their temperament, given that the Quran also considers them?”</w:t>
      </w:r>
    </w:p>
    <w:p>
      <w:r>
        <w:rPr>
          <w:sz w:val="20"/>
        </w:rPr>
        <w:t>1:33:23  gala sawal kya hai? Mr Shakeel Ahmed ne Delhi se, unhon ne likha hai: jaisa ke Islam sab</w:t>
      </w:r>
      <w:r>
        <w:br/>
      </w:r>
      <w:r>
        <w:rPr>
          <w:sz w:val="20"/>
        </w:rPr>
        <w:t>1:33:29  ke liye hai aur is mein sabhi ki riayat ki gayi hai, to hum sarhadi pathan ya un</w:t>
      </w:r>
      <w:r>
        <w:br/>
      </w:r>
      <w:r>
        <w:rPr>
          <w:sz w:val="20"/>
        </w:rPr>
        <w:t>1:33:35  ke mizaj ke logon ko mukammal peace ki baat kaise samjhayein? jabke Quran mein bhi un ki riayat</w:t>
      </w:r>
      <w:r>
        <w:br/>
      </w:r>
      <w:r>
        <w:rPr>
          <w:sz w:val="20"/>
        </w:rPr>
        <w:t>1:33:41  ki gayi hai ke aankh ka badla aankh, hath ka badla hath waghera, lekin zulm na ho aur</w:t>
      </w:r>
      <w:r>
        <w:br/>
      </w:r>
      <w:r>
        <w:rPr>
          <w:sz w:val="20"/>
        </w:rPr>
        <w:t>1:33:48  maaf kar do</w:t>
      </w:r>
      <w:r>
        <w:br/>
      </w:r>
      <w:r>
        <w:rPr>
          <w:sz w:val="20"/>
        </w:rPr>
        <w:t>1:33:54  to behtar hai agar tum jante ho.</w:t>
      </w:r>
      <w:r>
        <w:br/>
      </w:r>
      <w:r>
        <w:rPr>
          <w:sz w:val="20"/>
        </w:rPr>
        <w:t>1:33:59  kis ke bare mein? pathan? kis ke bare mein? pathan, sarhadi pathan ya un ke jaisay mizaj ke</w:t>
      </w:r>
      <w:r>
        <w:br/>
      </w:r>
      <w:r>
        <w:rPr>
          <w:sz w:val="20"/>
        </w:rPr>
        <w:t>1:34:04  log? dekhen, yeh jo pathan log hain, afghani log hain, yeh asal mein muamla hai ke woh tribal</w:t>
      </w:r>
      <w:r>
        <w:br/>
      </w:r>
      <w:r>
        <w:rPr>
          <w:sz w:val="20"/>
        </w:rPr>
        <w:t>1:34:09  culture par hain.</w:t>
      </w:r>
      <w:r>
        <w:br/>
      </w:r>
      <w:r>
        <w:rPr>
          <w:sz w:val="20"/>
        </w:rPr>
        <w:t>1:34:14  tribal culture mein sab se bari cheez hoti thi revenge, inteqam.</w:t>
      </w:r>
      <w:r>
        <w:br/>
      </w:r>
      <w:r>
        <w:rPr>
          <w:sz w:val="20"/>
        </w:rPr>
        <w:t>1:34:19  yeh jo in ka aap dekhte hain maar dhaarr, woh is ka talluq Islam se nahi hai.</w:t>
      </w:r>
      <w:r>
        <w:br/>
      </w:r>
      <w:r>
        <w:rPr>
          <w:sz w:val="20"/>
        </w:rPr>
        <w:t>1:34:24  woh jihad ka naam len, tab bhi Islam se nahi hai.</w:t>
      </w:r>
      <w:r>
        <w:br/>
      </w:r>
      <w:r>
        <w:rPr>
          <w:sz w:val="20"/>
        </w:rPr>
        <w:t>1:34:28  woh hai tribal culture.</w:t>
      </w:r>
      <w:r>
        <w:br/>
      </w:r>
      <w:r>
        <w:rPr>
          <w:sz w:val="20"/>
        </w:rPr>
        <w:t>1:34:32  tribal culture mein kya hota tha? inteqam sab se bari cheez in ke haan hai.</w:t>
      </w:r>
      <w:r>
        <w:br/>
      </w:r>
      <w:r>
        <w:rPr>
          <w:sz w:val="20"/>
        </w:rPr>
        <w:t>1:34:37  mein jab Afghanistan gaya tha to aik naujawan se poocha, maine: "tum kya karte ho?" to us</w:t>
      </w:r>
      <w:r>
        <w:br/>
      </w:r>
      <w:r>
        <w:rPr>
          <w:sz w:val="20"/>
        </w:rPr>
        <w:t>1:34:41  ne kaha ke "meri maa mujh ko school bhejti hai parhne ke liye." phir khud hi kehta hai</w:t>
      </w:r>
      <w:r>
        <w:br/>
      </w:r>
      <w:r>
        <w:rPr>
          <w:sz w:val="20"/>
        </w:rPr>
        <w:t>1:34:45  ke "mujhe parhna parhna nahi hai.</w:t>
      </w:r>
      <w:r>
        <w:br/>
      </w:r>
      <w:r>
        <w:rPr>
          <w:sz w:val="20"/>
        </w:rPr>
        <w:t>1:34:49  mujhe to aap ne dada ya</w:t>
      </w:r>
      <w:r>
        <w:br/>
      </w:r>
      <w:r>
        <w:rPr>
          <w:sz w:val="20"/>
        </w:rPr>
        <w:t>1:34:54  kaha tha, baap kaha tha, us ka badla lena hai. us ke dada ya baap ko kisi ne maar dala tha." to bas us ke zehan mein sab se badi cheez parhna nahi hai. us ka inteqam jab tak na le, woh us ka yani maamla pakka nahi hoga. to yeh sirf arbon mein yahi tha. yani arbon mein bhi ladai bhidai hoti rehti thi inteqam ki wajah se. to tribal culture mein har jagah, jahan bhi tribal culture hai,</w:t>
      </w:r>
      <w:r>
        <w:br/>
      </w:r>
      <w:r>
        <w:rPr>
          <w:sz w:val="20"/>
        </w:rPr>
        <w:t>1:35:24  wahan par sab se bari cheez hoti hai revenge, inteqam.</w:t>
      </w:r>
      <w:r>
        <w:br/>
      </w:r>
      <w:r>
        <w:rPr>
          <w:sz w:val="20"/>
        </w:rPr>
        <w:t>1:35:28  is ka talluq Islam se kuch bhi nahi hai.</w:t>
      </w:r>
      <w:r>
        <w:br/>
      </w:r>
      <w:r>
        <w:rPr>
          <w:sz w:val="20"/>
        </w:rPr>
        <w:t>1:35:32  woh jihad ka naam lete hain, tab bhi woh intiqami hai, woh jihad nahi hai.</w:t>
      </w:r>
      <w:r>
        <w:br/>
      </w:r>
      <w:r>
        <w:rPr>
          <w:sz w:val="20"/>
        </w:rPr>
        <w:t>1:35:35  to is ki wajah kya hai? in ka taleem nahi hui.</w:t>
      </w:r>
      <w:r>
        <w:br/>
      </w:r>
      <w:r>
        <w:rPr>
          <w:sz w:val="20"/>
        </w:rPr>
        <w:t>1:35:39  jahan jahan taleem hui hai, mein khud bhi aik afghani hoon, wohin se hamare baap dada aaye the,</w:t>
      </w:r>
      <w:r>
        <w:br/>
      </w:r>
      <w:r>
        <w:rPr>
          <w:sz w:val="20"/>
        </w:rPr>
        <w:t>1:35:43  lekin taleem ne mere zehn badal diye.</w:t>
      </w:r>
      <w:r>
        <w:br/>
      </w:r>
      <w:r>
        <w:rPr>
          <w:sz w:val="20"/>
        </w:rPr>
        <w:t>1:35:47  asal cheez jo zaroorat hai in in logon mein, woh yeh hai ke khoob taleem phailai jaye, khoob</w:t>
      </w:r>
      <w:r>
        <w:br/>
      </w:r>
      <w:r>
        <w:rPr>
          <w:sz w:val="20"/>
        </w:rPr>
        <w:t>1:35:51  taleem phailai jaye</w:t>
      </w:r>
      <w:r>
        <w:br/>
      </w:r>
      <w:r>
        <w:rPr>
          <w:sz w:val="20"/>
        </w:rPr>
        <w:t>1:35:55  taake qadeem riwayat jo hain, woh khatam ho jayen aur naye tarz par sochna un ko aa jaye.</w:t>
      </w:r>
      <w:r>
        <w:br/>
      </w:r>
      <w:r>
        <w:rPr>
          <w:sz w:val="20"/>
        </w:rPr>
        <w:t>1:36:02  aur koi hal nahi hai siwaye taleem ke, aur koi hal nahi hai wahan par.</w:t>
      </w:r>
      <w:r>
        <w:br/>
      </w:r>
      <w:r>
        <w:rPr>
          <w:sz w:val="20"/>
        </w:rPr>
        <w:t>1:36:10  Maulana Faizuddin Umri ne Karnataka se likha hai: aap ne farmaya tha ke jo log sachai ko</w:t>
      </w:r>
      <w:r>
        <w:br/>
      </w:r>
      <w:r>
        <w:rPr>
          <w:sz w:val="20"/>
        </w:rPr>
        <w:t>1:36:17  صرف کسی انسان کے بتانے سے مان لیں، وہ سچائی کو underestimate کرتے ہیں۔ سچائی کو</w:t>
      </w:r>
      <w:r>
        <w:br/>
      </w:r>
      <w:r>
        <w:rPr>
          <w:sz w:val="20"/>
        </w:rPr>
        <w:t>1:36:25  sirf is insaan ne jana jis ne use is ko self discovery ke level par daryaft kiya.</w:t>
      </w:r>
      <w:r>
        <w:br/>
      </w:r>
      <w:r>
        <w:rPr>
          <w:sz w:val="20"/>
        </w:rPr>
        <w:t>1:36:30  is baat ko aap wazeh farmayen.</w:t>
      </w:r>
      <w:r>
        <w:br/>
      </w:r>
      <w:r>
        <w:rPr>
          <w:sz w:val="20"/>
        </w:rPr>
        <w:t>1:36:35  dekhen, yeh aala mayar hai.</w:t>
      </w:r>
      <w:r>
        <w:br/>
      </w:r>
      <w:r>
        <w:rPr>
          <w:sz w:val="20"/>
        </w:rPr>
        <w:t>1:36:40  har cheez mein do meyar hotay hain: aik aala, aik secondary.</w:t>
      </w:r>
      <w:r>
        <w:br/>
      </w:r>
      <w:r>
        <w:rPr>
          <w:sz w:val="20"/>
        </w:rPr>
        <w:t>1:36:45  to aala meyar to yahi hai, lekin har aadmi yeh nahi kar sakta aisa.</w:t>
      </w:r>
      <w:r>
        <w:br/>
      </w:r>
      <w:r>
        <w:rPr>
          <w:sz w:val="20"/>
        </w:rPr>
        <w:t>1:36:50  is wajah se main manta hoon ke kisi ko, jis koi aalim jis par us ko bharosa</w:t>
      </w:r>
      <w:r>
        <w:br/>
      </w:r>
      <w:r>
        <w:rPr>
          <w:sz w:val="20"/>
        </w:rPr>
        <w:t>1:36:55  ho, us ki baat ko maan le.</w:t>
      </w:r>
      <w:r>
        <w:br/>
      </w:r>
      <w:r>
        <w:rPr>
          <w:sz w:val="20"/>
        </w:rPr>
        <w:t>1:37:01  woh to aik hai, woh iman jo self discovery, self discovery discovery pe khara ho, yani khud daryaft kardah iman.</w:t>
      </w:r>
      <w:r>
        <w:br/>
      </w:r>
      <w:r>
        <w:rPr>
          <w:sz w:val="20"/>
        </w:rPr>
        <w:t>1:37:07  lekin yeh aala meyar hai, sab log yahan tak nahi puhanch sakte.</w:t>
      </w:r>
      <w:r>
        <w:br/>
      </w:r>
      <w:r>
        <w:rPr>
          <w:sz w:val="20"/>
        </w:rPr>
        <w:t>1:37:14  aam logon ke liye main kehta hoon ke un ke liye taqleed hai, yani kisi aalim ko pakar</w:t>
      </w:r>
      <w:r>
        <w:br/>
      </w:r>
      <w:r>
        <w:rPr>
          <w:sz w:val="20"/>
        </w:rPr>
        <w:t>1:37:20  lein jis par un ko bharosa ho, woh jo kahe, woh karein. bas.</w:t>
      </w:r>
      <w:r>
        <w:br/>
      </w:r>
      <w:r>
        <w:rPr>
          <w:sz w:val="20"/>
        </w:rPr>
        <w:t>1:37:26  Mr. Abdul Rasheed ne dilli se likha hai: maujooda zamanay ke musalmanon ke andar shaoori iman nahi hai.</w:t>
      </w:r>
      <w:r>
        <w:br/>
      </w:r>
      <w:r>
        <w:rPr>
          <w:sz w:val="20"/>
        </w:rPr>
        <w:t>1:37:34  isi tarah hindu bhaiyon ke andar bhi shaoori maujood nahi, shaoor maujood nahi.</w:t>
      </w:r>
      <w:r>
        <w:br/>
      </w:r>
      <w:r>
        <w:rPr>
          <w:sz w:val="20"/>
        </w:rPr>
        <w:t>1:37:42  aisi halat mein dono qomon ke beech dawat ka mu'assir kaam kaise kiya jaye? aik hi hai, shor paida kijiye.</w:t>
      </w:r>
      <w:r>
        <w:br/>
      </w:r>
      <w:r>
        <w:rPr>
          <w:sz w:val="20"/>
        </w:rPr>
        <w:t>1:37:50  un ke andar bhi, un ke andar bhi.</w:t>
      </w:r>
      <w:r>
        <w:br/>
      </w:r>
      <w:r>
        <w:rPr>
          <w:sz w:val="20"/>
        </w:rPr>
        <w:t>1:37:57  is mein to koi do tareeqa nahi hoga.</w:t>
      </w:r>
      <w:r>
        <w:br/>
      </w:r>
      <w:r>
        <w:rPr>
          <w:sz w:val="20"/>
        </w:rPr>
        <w:t>1:38:03  main jahan tak samjha hai, asal cheez jo baat jananay ki hai, yaad rakhiye, woh hai creation plan of God.</w:t>
      </w:r>
      <w:r>
        <w:br/>
      </w:r>
      <w:r>
        <w:rPr>
          <w:sz w:val="20"/>
        </w:rPr>
        <w:t>1:38:09  asal cheez yeh hai.</w:t>
      </w:r>
      <w:r>
        <w:br/>
      </w:r>
      <w:r>
        <w:rPr>
          <w:sz w:val="20"/>
        </w:rPr>
        <w:t>1:38:15  aaj hi subah main soch raha tha ke rozana log paida hotay hain, rozana mar jatay hain.</w:t>
      </w:r>
      <w:r>
        <w:br/>
      </w:r>
      <w:r>
        <w:rPr>
          <w:sz w:val="20"/>
        </w:rPr>
        <w:t>1:38:21  to maut ke baad</w:t>
      </w:r>
      <w:r>
        <w:br/>
      </w:r>
      <w:r>
        <w:rPr>
          <w:sz w:val="20"/>
        </w:rPr>
        <w:t>1:38:27  kya pesh aane wala hai, us se bilkul bekhabar. duniya mein samajhte hain jab tak zinda hain, woh ke kamayo, ghar banao, family ko khush karo wagerah. lekin marte hi achanak ek nai soorat-e-haal. is se bilkul bekhabar hain log. aap kahin bhi jaiye, na maut ka charchaa hai, na aakhirat ka charchaa hai, na hashar ka charchaa hai, na Allah ke samne accountability ka charchaa hai. to asal masla yeh hai, cha</w:t>
      </w:r>
      <w:r>
        <w:br/>
      </w:r>
      <w:r>
        <w:rPr>
          <w:sz w:val="20"/>
        </w:rPr>
        <w:t>1:38:57  chahay hindu ho ya musalman.</w:t>
      </w:r>
      <w:r>
        <w:br/>
      </w:r>
      <w:r>
        <w:rPr>
          <w:sz w:val="20"/>
        </w:rPr>
        <w:t>1:39:02  musalman bhi jo bazahir deendar aap samajhte hain jin ko, woh bhi un ka wahi deendari hai, form</w:t>
      </w:r>
      <w:r>
        <w:br/>
      </w:r>
      <w:r>
        <w:rPr>
          <w:sz w:val="20"/>
        </w:rPr>
        <w:t>1:39:06  ki ho, form wali.</w:t>
      </w:r>
      <w:r>
        <w:br/>
      </w:r>
      <w:r>
        <w:rPr>
          <w:sz w:val="20"/>
        </w:rPr>
        <w:t>1:39:11  dekhiye, deendari woh hai jahan insaan ke andar Allah ki azmat ho, Allah ka khauf ho, Allah se</w:t>
      </w:r>
      <w:r>
        <w:br/>
      </w:r>
      <w:r>
        <w:rPr>
          <w:sz w:val="20"/>
        </w:rPr>
        <w:t>1:39:15  mohabbat ho, Allah ki pakar ka andesha ho.</w:t>
      </w:r>
      <w:r>
        <w:br/>
      </w:r>
      <w:r>
        <w:rPr>
          <w:sz w:val="20"/>
        </w:rPr>
        <w:t>1:39:19  nahi to koi deendari kuch bhi nahi.</w:t>
      </w:r>
      <w:r>
        <w:br/>
      </w:r>
      <w:r>
        <w:rPr>
          <w:sz w:val="20"/>
        </w:rPr>
        <w:t>1:39:24  deendari kisi waza' qata' ka naam nahi hai, kisi ritual ka naam nahi hai.</w:t>
      </w:r>
    </w:p>
    <w:p>
      <w:pPr>
        <w:pStyle w:val="Heading2"/>
      </w:pPr>
      <w:r>
        <w:t>Fine line between need and comfort consumerism</w:t>
      </w:r>
    </w:p>
    <w:p>
      <w:r>
        <w:rPr>
          <w:color w:val="666666"/>
          <w:sz w:val="18"/>
        </w:rPr>
        <w:t>Society &amp; Dawah · Age of Consumerism January 6, 2013 · 5m 28s · at 1:12:04 · https://youtu.be/zJRZ1OKUhgA?t=4324</w:t>
      </w:r>
    </w:p>
    <w:p>
      <w:r>
        <w:rPr>
          <w:i/>
        </w:rPr>
        <w:t>“Thanks a lot for explaining modern consumerism. My question is the fine line between need-based consumerism and comfort-based consumerism. It is disappearing so quickly that it often becomes difficult to define what is need and what is comfort, especially if parents provide the needful to children.”</w:t>
      </w:r>
    </w:p>
    <w:p>
      <w:r>
        <w:rPr>
          <w:sz w:val="20"/>
        </w:rPr>
        <w:t>1:12:04  maulana, agla sawal delhi se hai, ah, miss s ahmad ka. unhon ne likha hai: "maulana, thanks a lot for explaining the modern consumerism and making us rethink the whole idea of shopping.</w:t>
      </w:r>
      <w:r>
        <w:br/>
      </w:r>
      <w:r>
        <w:rPr>
          <w:sz w:val="20"/>
        </w:rPr>
        <w:t>1:12:21  however, i have a little doubt. my question is the fine line between need based consumerism and comfort based consumerism."</w:t>
      </w:r>
      <w:r>
        <w:br/>
      </w:r>
      <w:r>
        <w:rPr>
          <w:sz w:val="20"/>
        </w:rPr>
        <w:t>1:12:33  it is disappearing so quickly that it is often, it often becomes difficult to define what is need and what is comfort, especially if parents provide the need full to children.</w:t>
      </w:r>
      <w:r>
        <w:br/>
      </w:r>
      <w:r>
        <w:rPr>
          <w:sz w:val="20"/>
        </w:rPr>
        <w:t>1:12:46  the children often demands or sometimes complain for extra comfort. so what should one do? how should a person plan a strategy for it?"</w:t>
      </w:r>
      <w:r>
        <w:br/>
      </w:r>
      <w:r>
        <w:rPr>
          <w:sz w:val="20"/>
        </w:rPr>
        <w:t>1:12:58  bhai, dekhiye, na bachche criterion hain, na parent criterion hain. jo log is mein phanse rahenge, to woh to isi mein phanse rahenge.</w:t>
      </w:r>
      <w:r>
        <w:br/>
      </w:r>
      <w:r>
        <w:rPr>
          <w:sz w:val="20"/>
        </w:rPr>
        <w:t>1:13:08  woh to kabhi in ko chhutti nahi milegi marne se pehle. main to logon se kehta hoon ke dekhiye, quran mein aaya hai ke</w:t>
      </w:r>
      <w:r>
        <w:br/>
      </w:r>
      <w:r>
        <w:rPr>
          <w:sz w:val="20"/>
        </w:rPr>
        <w:t>1:13:20  do aayatein hain quran majeed ki. aaj kal saare log family mein phanse rehte hain. do aayatein hain, woh padhein. woh</w:t>
      </w:r>
      <w:r>
        <w:br/>
      </w:r>
      <w:r>
        <w:rPr>
          <w:sz w:val="20"/>
        </w:rPr>
        <w:t>1:13:27  ek aayat yeh hai ke jahannami log jo hain, un ke bare mein woh aayat hai: "kaan fi ahli masroorah" ke apne family mein khoob khush rehte thay.</w:t>
      </w:r>
      <w:r>
        <w:br/>
      </w:r>
      <w:r>
        <w:rPr>
          <w:sz w:val="20"/>
        </w:rPr>
        <w:t>1:13:40  woh yaani family ki demand poori karna aur family ki ko khush rakhna, un ki company karna, un ke liye har item daala ke dena un ko.</w:t>
      </w:r>
      <w:r>
        <w:br/>
      </w:r>
      <w:r>
        <w:rPr>
          <w:sz w:val="20"/>
        </w:rPr>
        <w:t>1:13:51  to "kaan fi ahli masroorah"</w:t>
      </w:r>
      <w:r>
        <w:br/>
      </w:r>
      <w:r>
        <w:rPr>
          <w:sz w:val="20"/>
        </w:rPr>
        <w:t>1:13:53  woh aadmi family mein jeeta tha, family ke mein khush kharam rehta tha. woh jahanum mein jayega, yeh jahanum ke liye hai.</w:t>
      </w:r>
      <w:r>
        <w:br/>
      </w:r>
      <w:r>
        <w:rPr>
          <w:sz w:val="20"/>
        </w:rPr>
        <w:t>1:14:03  aur jannat ke liye kya hai? "ana kina fi ahleena mashriqeen" mushrik maani khauf, dara hua ke jannat wale kahenge ke hum apne family mein, apne ghar mein khauf ban ke rehte thay, andesha naak ban ke rehte thay,</w:t>
      </w:r>
      <w:r>
        <w:br/>
      </w:r>
      <w:r>
        <w:rPr>
          <w:sz w:val="20"/>
        </w:rPr>
        <w:t>1:14:23  allah ki pakad se dar, jahanum se dar, qayamat ki accountability se dar. is mein jeete thay hum. yeh do tasveerein hain, aap dekh lijiye.</w:t>
      </w:r>
      <w:r>
        <w:br/>
      </w:r>
      <w:r>
        <w:rPr>
          <w:sz w:val="20"/>
        </w:rPr>
        <w:t>1:14:32  yeh zamane ke musalmanon mein shayad hi koi ghar ho jo aap ko mile, woh is ka namoona. is sab wohi ab family mein khush hain, family ke liye saamaan la rahe hain, kama kama kar un ko de rahe hain taake woh bachche khush rahein,</w:t>
      </w:r>
      <w:r>
        <w:br/>
      </w:r>
      <w:r>
        <w:rPr>
          <w:sz w:val="20"/>
        </w:rPr>
        <w:t>1:14:49  ghar wale khush rahein, family wale khush rahein.</w:t>
      </w:r>
      <w:r>
        <w:br/>
      </w:r>
      <w:r>
        <w:rPr>
          <w:sz w:val="20"/>
        </w:rPr>
        <w:t>1:14:53  to yeh to aap yeh rai, yaani yeh yeh mat sochein ke bachche kya kya chahte hain, parent kya chahte hain. aap dekhiye ke jannat walon ki tasveer quran mein kya hai aur jahanum walon ki tasveer quran majeed mein kya hai.</w:t>
      </w:r>
      <w:r>
        <w:br/>
      </w:r>
      <w:r>
        <w:rPr>
          <w:sz w:val="20"/>
        </w:rPr>
        <w:t>1:15:05  is se faisla kijiye. maulana, un ka ek hissa question ka yeh bhi tha ke woh difference jaanna chah rahi thi ke butween fine line butween need based consumerism and comfort based consumers</w:t>
      </w:r>
      <w:r>
        <w:br/>
      </w:r>
      <w:r>
        <w:rPr>
          <w:sz w:val="20"/>
        </w:rPr>
        <w:t>1:15:20  m. dekhiye, haan, is ka bahut aasaan hai. woh jo hadith sunai main ne aap ko, usi hadith samajh lijiye ke dunya mein zinda rehne ke liye jo zaroori ho, wohi need based hai.</w:t>
      </w:r>
      <w:r>
        <w:br/>
      </w:r>
      <w:r>
        <w:rPr>
          <w:sz w:val="20"/>
        </w:rPr>
        <w:t>1:15:35  aur jo jab aap aap jhoote hain, lazzat dhoondh rahe hain, aaram dhoondh rahe hain aur raunaq dhoondh rahe hain aur shandar dhoondh rahe hain, to wahan par woh consumers aa gaya,</w:t>
      </w:r>
      <w:r>
        <w:br/>
      </w:r>
      <w:r>
        <w:rPr>
          <w:sz w:val="20"/>
        </w:rPr>
        <w:t>1:15:50  consumers aa gaya.</w:t>
      </w:r>
      <w:r>
        <w:br/>
      </w:r>
      <w:r>
        <w:rPr>
          <w:sz w:val="20"/>
        </w:rPr>
        <w:t>1:15:53  bahut aasaan hai, bahut aasaan hai. main to dekhiye, yahan rehta hoon jahan 1983 se us waqt jo mera jo kursi thi ya jo furniture tha, wohi aaj bhi hai.</w:t>
      </w:r>
      <w:r>
        <w:br/>
      </w:r>
      <w:r>
        <w:rPr>
          <w:sz w:val="20"/>
        </w:rPr>
        <w:t>1:16:07  is beech mein aap colony mein ghoomiye, doosron ke haan kitni baar badal chuke honge. woh to badal zaroorat hi nahi badla. unhon ne market mein gaye, dekha ke naye qism ka sofa chataiya hai, naye qism ka kursiyan aayi hain, to woh khareed liya, pichla wala hata diya.</w:t>
      </w:r>
      <w:r>
        <w:br/>
      </w:r>
      <w:r>
        <w:rPr>
          <w:sz w:val="20"/>
        </w:rPr>
        <w:t>1:16:23  to</w:t>
      </w:r>
      <w:r>
        <w:br/>
      </w:r>
      <w:r>
        <w:rPr>
          <w:sz w:val="20"/>
        </w:rPr>
        <w:t>1:16:24  aadmi bahut aasani se samajh sakta hai ke dunya mein jeene ke liye waqai zaroorat meri kya hai, bas isi par raazi ho jaaoon.</w:t>
      </w:r>
      <w:r>
        <w:br/>
      </w:r>
      <w:r>
        <w:rPr>
          <w:sz w:val="20"/>
        </w:rPr>
        <w:t>1:16:33  aur doosri ke shauq ke liye aur khwahish ke liye, lazzat ke liye, raunaq ke liye, logon ko khush karne ke liye</w:t>
      </w:r>
      <w:r>
        <w:br/>
      </w:r>
      <w:r>
        <w:rPr>
          <w:sz w:val="20"/>
        </w:rPr>
        <w:t>1:16:45  zyadatar is liye hota hai. yeh yeh social status ka maamla hota hai ke log kya kahenge.</w:t>
      </w:r>
      <w:r>
        <w:br/>
      </w:r>
      <w:r>
        <w:rPr>
          <w:sz w:val="20"/>
        </w:rPr>
        <w:t>1:16:51  social status ke aap aap chhoti gaadi mein baithte hain, doosra wala padosi badi gaadi mein baithta hai, to aap ko lagta hai ke mera darja ghat gaya.</w:t>
      </w:r>
      <w:r>
        <w:br/>
      </w:r>
      <w:r>
        <w:rPr>
          <w:sz w:val="20"/>
        </w:rPr>
        <w:t>1:17:01  aap flat mein rehte hain, doosra kothi mein rehta hai, to aap samajhte hain mera darja ghat gaya. aap ke kamre mein sirf mamooli kursiyan hain, us ke sofa set hai, to aap samajhte hain mera darja ghat gaya.</w:t>
      </w:r>
      <w:r>
        <w:br/>
      </w:r>
      <w:r>
        <w:rPr>
          <w:sz w:val="20"/>
        </w:rPr>
        <w:t>1:17:14  to social status jo hai, woh logon ke zehan mein basa hua rehta hai, bachon ke zehan mein aur parent ke zehan mein. yeh sab jahili soch hai, jahili.</w:t>
      </w:r>
      <w:r>
        <w:br/>
      </w:r>
      <w:r>
        <w:rPr>
          <w:sz w:val="20"/>
        </w:rPr>
        <w:t>1:17:23  bas zindagi guzarne ke liye jo zaroori cheez hai, woh har aadmi samajh sakta hai bohat aasani se. bas isi par raazi ho jaiye.</w:t>
      </w:r>
    </w:p>
    <w:p>
      <w:pPr>
        <w:pStyle w:val="Heading2"/>
      </w:pPr>
      <w:r>
        <w:t>First thing to present when inviting non-Muslims</w:t>
      </w:r>
    </w:p>
    <w:p>
      <w:r>
        <w:rPr>
          <w:color w:val="666666"/>
          <w:sz w:val="18"/>
        </w:rPr>
        <w:t>Society &amp; Dawah · Understanding Islam (In Conversation with Maulana) June 20, 2010 Maulana Wahidudidn Khan · 10m 40s · at 22:08 · https://youtu.be/7UylaPL-iO8?t=1328</w:t>
      </w:r>
    </w:p>
    <w:p>
      <w:r>
        <w:rPr>
          <w:i/>
        </w:rPr>
        <w:t>“If we want to invite a non-Muslim to Islam, what should we present to them first?”</w:t>
      </w:r>
    </w:p>
    <w:p>
      <w:r>
        <w:rPr>
          <w:sz w:val="20"/>
        </w:rPr>
        <w:t>22:08  agle sawal hai nafees shairaz ka new delhi se. yadi hum kisi non muslim ko islam ki dawat dena chahein to hamein sab se pehle kaun si baat us ke samne rakhni chahiye?</w:t>
      </w:r>
      <w:r>
        <w:br/>
      </w:r>
      <w:r>
        <w:rPr>
          <w:sz w:val="20"/>
        </w:rPr>
        <w:t>22:24  sab se pehle use mohabbat karna chahiye. agar mohabbat nahi hai to dawat bhi mat dijiye.</w:t>
      </w:r>
      <w:r>
        <w:br/>
      </w:r>
      <w:r>
        <w:rPr>
          <w:sz w:val="20"/>
        </w:rPr>
        <w:t>22:33  apne dil ko tatoliye ke kya aap ko aap ke dil mein doosron ke liye nafrat hai, shikayat hai ya aap ka dil bilkul doosron ke liye positive hai.</w:t>
      </w:r>
      <w:r>
        <w:br/>
      </w:r>
      <w:r>
        <w:rPr>
          <w:sz w:val="20"/>
        </w:rPr>
        <w:t>22:46  here is the starting point. jo aadmi dawat ka kaam karna chahta hai to sab se pehle us ko apne dil ko pak karna padega nafrat se, negative thought se.</w:t>
      </w:r>
      <w:r>
        <w:br/>
      </w:r>
      <w:r>
        <w:rPr>
          <w:sz w:val="20"/>
        </w:rPr>
        <w:t>22:59  nahi to us ko dawat ka koi Allah taala ka inaam nahi milega.</w:t>
      </w:r>
      <w:r>
        <w:br/>
      </w:r>
      <w:r>
        <w:rPr>
          <w:sz w:val="20"/>
        </w:rPr>
        <w:t>23:05  dawat ka matlab sirf yeh nahi hai ke aap announce kar dein. dawat ka matlab yeh hai ke aap us ke sachhe khair khwah banein, us ke well wisher banein, us ki hidayat ke haris banein.</w:t>
      </w:r>
      <w:r>
        <w:br/>
      </w:r>
      <w:r>
        <w:rPr>
          <w:sz w:val="20"/>
        </w:rPr>
        <w:t>23:17  jab aap aise ban jayenge to phir sari baatein khul jayengi sab. aap ko aap ka yani kisi se pooche pooche baghair sab kuch program aap ka set ho jayega.</w:t>
      </w:r>
      <w:r>
        <w:br/>
      </w:r>
      <w:r>
        <w:rPr>
          <w:sz w:val="20"/>
        </w:rPr>
        <w:t>23:32  das question is from miss aisha zakwan from new delhi. there is a hadith where the prophet says that person is a miser who does not send durood on me when my name is mentioned.</w:t>
      </w:r>
      <w:r>
        <w:br/>
      </w:r>
      <w:r>
        <w:rPr>
          <w:sz w:val="20"/>
        </w:rPr>
        <w:t>23:49  maulana please explain the concept of durood.</w:t>
      </w:r>
      <w:r>
        <w:br/>
      </w:r>
      <w:r>
        <w:rPr>
          <w:sz w:val="20"/>
        </w:rPr>
        <w:t>23:57  aj kal is ko aik ritual ke taur par liya gaya hai. rasool Allah ka naam aaye to foran kahein sallallahu alaihi wasallam. yeh matlab is ka nahi hai. yeh is ka matlab nahi hai.</w:t>
      </w:r>
      <w:r>
        <w:br/>
      </w:r>
      <w:r>
        <w:rPr>
          <w:sz w:val="20"/>
        </w:rPr>
        <w:t>24:12  is ka matlab yeh hai ke rasool Allah ne jo kaam kiya woh bilashubah aik bohat hi bada yani sacrifice ka kaam tha.</w:t>
      </w:r>
      <w:r>
        <w:br/>
      </w:r>
      <w:r>
        <w:rPr>
          <w:sz w:val="20"/>
        </w:rPr>
        <w:t>24:24  yani aise dor mein jab ke yeh kehna ke Khuda ek hai us par pathar mare jate thay. Aaj ka zamana nahi tha woh.</w:t>
      </w:r>
      <w:r>
        <w:br/>
      </w:r>
      <w:r>
        <w:rPr>
          <w:sz w:val="20"/>
        </w:rPr>
        <w:t>24:33  Aaj aap ko azadi hai, religious freedom waisa nahi tha wahan par.</w:t>
      </w:r>
      <w:r>
        <w:br/>
      </w:r>
      <w:r>
        <w:rPr>
          <w:sz w:val="20"/>
        </w:rPr>
        <w:t>24:43  Chunancha aap ko bohat takleefein di gayeen. Misal ke taur par Taif gaye aap yahi paigham le kar ke Khuda ek hai to wahan ke sardaron se mile aap.</w:t>
      </w:r>
      <w:r>
        <w:br/>
      </w:r>
      <w:r>
        <w:rPr>
          <w:sz w:val="20"/>
        </w:rPr>
        <w:t>24:54  Sardaron ne kya kiya?</w:t>
      </w:r>
      <w:r>
        <w:br/>
      </w:r>
      <w:r>
        <w:rPr>
          <w:sz w:val="20"/>
        </w:rPr>
        <w:t>24:56  Mazak uraya aap ke ke tum Khuda ko tum hi mile thay paighambar banane ke liye? Dekho apni shakal. Bhai woh hamare aap jaisay insan thay Rasool Allah.</w:t>
      </w:r>
      <w:r>
        <w:br/>
      </w:r>
      <w:r>
        <w:rPr>
          <w:sz w:val="20"/>
        </w:rPr>
        <w:t>25:09  Koi hathi aur pahar to thay nahi. To unhon ne kaha Rasool Khuda ko tum bhi mile thay ke tum ko paighambar bana ke bhej diya?</w:t>
      </w:r>
      <w:r>
        <w:br/>
      </w:r>
      <w:r>
        <w:rPr>
          <w:sz w:val="20"/>
        </w:rPr>
        <w:t>25:18  Tum to kuch hum ko nahi lagte koi khaas aadmi ho. Aaj aap Rasool Allah ko is ki tareekhi waqiat ke sath shamil kar ke dekhte hain to lagta hai ke Rasool Allah bohat hi baray dikhai partay hain aap.</w:t>
      </w:r>
      <w:r>
        <w:br/>
      </w:r>
      <w:r>
        <w:rPr>
          <w:sz w:val="20"/>
        </w:rPr>
        <w:t>25:31  Us waqt ek aam insan thay. To unhon ne apne larkon ko kaha ke in ko maar ke bhagao. Pathar mara un logon ne.</w:t>
      </w:r>
      <w:r>
        <w:br/>
      </w:r>
      <w:r>
        <w:rPr>
          <w:sz w:val="20"/>
        </w:rPr>
        <w:t>25:44  To pathar martay martay bahar le gaye aur wahan par aap ke aap body zakhmi ho gaya, khoon banne laga.</w:t>
      </w:r>
      <w:r>
        <w:br/>
      </w:r>
      <w:r>
        <w:rPr>
          <w:sz w:val="20"/>
        </w:rPr>
        <w:t>25:57  Khoon banne laga na khilaya na pilaya na chaye na sharbat na pani. Maar ke bhaga diya.</w:t>
      </w:r>
      <w:r>
        <w:br/>
      </w:r>
      <w:r>
        <w:rPr>
          <w:sz w:val="20"/>
        </w:rPr>
        <w:t>26:06  Us waqt Allah taala ne Malik-ul-Jawal ko bheja, paharon ka farishtay ko bheja ke woh aya.</w:t>
      </w:r>
      <w:r>
        <w:br/>
      </w:r>
      <w:r>
        <w:rPr>
          <w:sz w:val="20"/>
        </w:rPr>
        <w:t>26:17  Us ne kaha ke aye Muhammad mein Malik-ul-Jawal hoon.</w:t>
      </w:r>
      <w:r>
        <w:br/>
      </w:r>
      <w:r>
        <w:rPr>
          <w:sz w:val="20"/>
        </w:rPr>
        <w:t>26:23  Yeh mere hath mein paharon ko ult palat kar sakta hoon mein. To Taif jo tha us mein dono taraf pahariyan theen. Beech mein woh town tha, idhar udhar pahariyan theen.</w:t>
      </w:r>
      <w:r>
        <w:br/>
      </w:r>
      <w:r>
        <w:rPr>
          <w:sz w:val="20"/>
        </w:rPr>
        <w:t>26:35  Kaha ke agar aap mere paas woh taqat taqat hai ke mein dono pahariyon ko aise mila doon aur log us ko pas kar reh jayen to aap mujhe kya hukum dete hain?</w:t>
      </w:r>
      <w:r>
        <w:br/>
      </w:r>
      <w:r>
        <w:rPr>
          <w:sz w:val="20"/>
        </w:rPr>
        <w:t>26:50  Unhon ne jo aap ka zulm kiya hai woh Allah ne dekha to mujhe bheja hai aap ke paas. To aap ne farmaya ke nahi.</w:t>
      </w:r>
      <w:r>
        <w:br/>
      </w:r>
      <w:r>
        <w:rPr>
          <w:sz w:val="20"/>
        </w:rPr>
        <w:t>27:04  Mein chahta hoon ke zinda rahen, un ki naslein paida hon, un ke bete pote paida hon. Un mein log milen ge jo jo sachai ko manen aur sachay kaam karen.</w:t>
      </w:r>
      <w:r>
        <w:br/>
      </w:r>
      <w:r>
        <w:rPr>
          <w:sz w:val="20"/>
        </w:rPr>
        <w:t>27:14  Yani na sirf present ko balkay future tak se aap un ke hope lagaye hue thay. To kitna ziyada aap ne qurbaniyan dein.</w:t>
      </w:r>
      <w:r>
        <w:br/>
      </w:r>
      <w:r>
        <w:rPr>
          <w:sz w:val="20"/>
        </w:rPr>
        <w:t>27:27  Aap ki qurbaniyon se ek inqilab aaya ke insani tareekh religious persecution ke dor se nikal kar ke religious freedom ke dor mein aai.</w:t>
      </w:r>
      <w:r>
        <w:br/>
      </w:r>
      <w:r>
        <w:rPr>
          <w:sz w:val="20"/>
        </w:rPr>
        <w:t>27:38  Yeh mamooli baat nahi hai. Aisi hazaron cheezein hain. Woh jab aap ka naam aaya to aap ko yaad aana chahiye ke aap sach much benefactor hain.</w:t>
      </w:r>
      <w:r>
        <w:br/>
      </w:r>
      <w:r>
        <w:rPr>
          <w:sz w:val="20"/>
        </w:rPr>
        <w:t>27:50  Sab se bara sacrifice kiya aap ne insani tareekh ko to hum parsay se nikal kar ke science mein laye. Insani tareekh ko religious persecution se nikal kar ke religious freedom ke dor mein laye.</w:t>
      </w:r>
      <w:r>
        <w:br/>
      </w:r>
      <w:r>
        <w:rPr>
          <w:sz w:val="20"/>
        </w:rPr>
        <w:t>28:03  Ek poora ek naya zamana paida kiya aap ne. Tab hum aaj is tarah aitmad se yahan baith kar baatein kar rahay hain. To Rasool Allah ka jo contribution hai history mein, contribution us ko yaad kar ke jab hum kehte hain to isi ka naam Durood hai.</w:t>
      </w:r>
      <w:r>
        <w:br/>
      </w:r>
      <w:r>
        <w:rPr>
          <w:sz w:val="20"/>
        </w:rPr>
        <w:t>28:21  Aur aaj kal jo logon ka riwaj hai woh to kuch bhi nahi, woh to nothing hai, kuch bhi nahi. Kuch bhi ho, lip service hai woh.</w:t>
      </w:r>
      <w:r>
        <w:br/>
      </w:r>
      <w:r>
        <w:rPr>
          <w:sz w:val="20"/>
        </w:rPr>
        <w:t>28:31  Woh to acknowledge karna hai Rasool Allah ke sacrifice ka, acknowledge karna hai Rasool Allah ke contribution ka. Log jantay bhi nahi kya contribution Rasool Allah ka hai.</w:t>
      </w:r>
      <w:r>
        <w:br/>
      </w:r>
      <w:r>
        <w:rPr>
          <w:sz w:val="20"/>
        </w:rPr>
        <w:t>28:43  To jo aadmi Rasool Allah ke contribution ko, yani historical contribution jo aap ka hai, us ko janay, us ko jan kar keh paray ke Khuda ya to is insan ke liye meri taraf se duaein likh le,</w:t>
      </w:r>
      <w:r>
        <w:br/>
      </w:r>
      <w:r>
        <w:rPr>
          <w:sz w:val="20"/>
        </w:rPr>
        <w:t>28:56  is insan ke liye meri taraf se Durood likh le to us ka naam hai Durood. Baqi aaj kal jo kiya jata hai woh lip service, woh to nothing hai.</w:t>
      </w:r>
      <w:r>
        <w:br/>
      </w:r>
      <w:r>
        <w:rPr>
          <w:sz w:val="20"/>
        </w:rPr>
        <w:t>29:10  das question is from miss sadia khan from new delhi. does missionary activity require an ideological base?</w:t>
      </w:r>
      <w:r>
        <w:br/>
      </w:r>
      <w:r>
        <w:rPr>
          <w:sz w:val="20"/>
        </w:rPr>
        <w:t>29:20  what propels the christians to do missionary work?</w:t>
      </w:r>
      <w:r>
        <w:br/>
      </w:r>
      <w:r>
        <w:rPr>
          <w:sz w:val="20"/>
        </w:rPr>
        <w:t>29:27  un ki aik ideology hai, bohat bari ideology hai un ki. is ideology ne un ko active kar rakha hai.</w:t>
      </w:r>
      <w:r>
        <w:br/>
      </w:r>
      <w:r>
        <w:rPr>
          <w:sz w:val="20"/>
        </w:rPr>
        <w:t>29:42  un ki ideology jo hai hum us ko nahi mante lekin bari ideology bohat zabardast hai. woh ideology yeh hai un ki ke salvation jo hai insan ko kaise mile gi?</w:t>
      </w:r>
      <w:r>
        <w:br/>
      </w:r>
      <w:r>
        <w:rPr>
          <w:sz w:val="20"/>
        </w:rPr>
        <w:t>29:53  salvation. kyunke hum aap dono, hum hum aap jo mante hain wahi mante hain jannat aur jahannum. aik christian ka bhi yahi manna hai ke maut ke baad jannat aur jahannum hai.</w:t>
      </w:r>
      <w:r>
        <w:br/>
      </w:r>
      <w:r>
        <w:rPr>
          <w:sz w:val="20"/>
        </w:rPr>
        <w:t>30:05  is mein koi difference nahi hai. lekin aadmi kaise bache ga?</w:t>
      </w:r>
      <w:r>
        <w:br/>
      </w:r>
      <w:r>
        <w:rPr>
          <w:sz w:val="20"/>
        </w:rPr>
        <w:t>30:11  salvation kaise mile gi? toh un ka manna yeh hai ke jo aadmi is yeh aqeedah rakhe, is baat ko maane ke hazrat masih jo hai woh unhone qurbani de di apni apni insaniyat ke jo original sin jo tha us ko us se insan ko bachane ke liye.</w:t>
      </w:r>
      <w:r>
        <w:br/>
      </w:r>
      <w:r>
        <w:rPr>
          <w:sz w:val="20"/>
        </w:rPr>
        <w:t>30:29  un ka manna hai ke hazrat adam ne jo khaya tha yani fabrin tree toh sari nasal hi gunahgar ho gayi.</w:t>
      </w:r>
      <w:r>
        <w:br/>
      </w:r>
      <w:r>
        <w:rPr>
          <w:sz w:val="20"/>
        </w:rPr>
        <w:t>30:38  us ko kehte hain original sin kehte hain us ko woh paidaishi gunah. toh is paidaishi gunah se bahar kaise aye ga in</w:t>
      </w:r>
      <w:r>
        <w:br/>
      </w:r>
      <w:r>
        <w:rPr>
          <w:sz w:val="20"/>
        </w:rPr>
        <w:t>30:46  saan? toh Allah ne apne bete ko bheja taake woh apne ko crucify karaye kar ke insan ko us se nikale, us original original sin se nikale.</w:t>
      </w:r>
      <w:r>
        <w:br/>
      </w:r>
      <w:r>
        <w:rPr>
          <w:sz w:val="20"/>
        </w:rPr>
        <w:t>30:56  toh ab woh samajhte hain ke humein insan ko batana hai ke aye insano tum masih ke is sacrifice ko mano, masih ke is contribution ko mano, us ko acknowledge karo, tabhi tum ko salvation mile gi.</w:t>
      </w:r>
      <w:r>
        <w:br/>
      </w:r>
      <w:r>
        <w:rPr>
          <w:sz w:val="20"/>
        </w:rPr>
        <w:t>31:09  yeh un ki ideology hai. hum us ko ideology sahi nahi samajhte hain lekin behal yahi ideology hai jis ne un ko active kar rakha hai sari duniya mein.</w:t>
      </w:r>
      <w:r>
        <w:br/>
      </w:r>
      <w:r>
        <w:rPr>
          <w:sz w:val="20"/>
        </w:rPr>
        <w:t>31:22  maulana her next question is i often find people who go to graveyards to do fateha. has this been sanctioned in islam?</w:t>
      </w:r>
      <w:r>
        <w:br/>
      </w:r>
      <w:r>
        <w:rPr>
          <w:sz w:val="20"/>
        </w:rPr>
        <w:t>31:34  yeh kis ka hai? sadia ka hi hai. doosra sawal hai me</w:t>
      </w:r>
      <w:r>
        <w:br/>
      </w:r>
      <w:r>
        <w:rPr>
          <w:sz w:val="20"/>
        </w:rPr>
        <w:t>31:37  ra. yeh toh bilkul absurd hai. yeh jate hain jo log fateha khwani ke liye. kuch bhi nahi hai is ka, koi na sawab hai na azab hai.</w:t>
      </w:r>
      <w:r>
        <w:br/>
      </w:r>
      <w:r>
        <w:rPr>
          <w:sz w:val="20"/>
        </w:rPr>
        <w:t>31:48  waqt waqt time ko waste karna hai. dekhiye qabar pe jane ka sirf aik hi baat hai, aik hi maqsad hai.</w:t>
      </w:r>
      <w:r>
        <w:br/>
      </w:r>
      <w:r>
        <w:rPr>
          <w:sz w:val="20"/>
        </w:rPr>
        <w:t>31:57  woh hai maut ko yaad karna. maut ko yaad karna. rasool Allah guzre aik martaba qabristan se, Allah ne farmaya ke assalam o alaikum ya al quboor, inna insha Allah bikum lahiqoon.</w:t>
      </w:r>
      <w:r>
        <w:br/>
      </w:r>
      <w:r>
        <w:rPr>
          <w:sz w:val="20"/>
        </w:rPr>
        <w:t>32:14  yani aye qabar walon, hum bhi tum se milne wale hain, matlab hum bhi marne wale hain. toh qabar jo hai woh maut ka spot hai ke yahan aik aadmi bury kiya gaya hai.</w:t>
      </w:r>
      <w:r>
        <w:br/>
      </w:r>
      <w:r>
        <w:rPr>
          <w:sz w:val="20"/>
        </w:rPr>
        <w:t>32:26  qabar batati hai ke aik aadmi yahan mara, wahan us ko bury kiya gaya. us ko yaad karna. achha, hum bhi marenge, hum bhi kahin bury kar diye jayenge.</w:t>
      </w:r>
      <w:r>
        <w:br/>
      </w:r>
      <w:r>
        <w:rPr>
          <w:sz w:val="20"/>
        </w:rPr>
        <w:t>32:36  bas waqia fateha khwani waghera toh nothing, bilkul hi koi is ka matlab hi nahi hai. na quran mein hai, na hadith mein hai.</w:t>
      </w:r>
    </w:p>
    <w:p>
      <w:pPr>
        <w:pStyle w:val="Heading2"/>
      </w:pPr>
      <w:r>
        <w:t>Formula for complaint-free culture in mission</w:t>
      </w:r>
    </w:p>
    <w:p>
      <w:r>
        <w:rPr>
          <w:color w:val="666666"/>
          <w:sz w:val="18"/>
        </w:rPr>
        <w:t>Society &amp; Dawah · Peace of Mind June 29, 2014 · 9m 08s · at 53:36 · https://youtu.be/oVwRc_FcAGk?t=3216</w:t>
      </w:r>
    </w:p>
    <w:p>
      <w:r>
        <w:rPr>
          <w:i/>
        </w:rPr>
        <w:t>“What is the formula of a complaint-free culture in a mission?”</w:t>
      </w:r>
    </w:p>
    <w:p>
      <w:r>
        <w:rPr>
          <w:sz w:val="20"/>
        </w:rPr>
        <w:t>53:36  Maulana, agla sawal kya hai Miss Naghma Siddiqui ne Delhi se, aur unhon ne aap se poocha hai ke what is the formula of a complaint free culture in a mission?</w:t>
      </w:r>
      <w:r>
        <w:br/>
      </w:r>
      <w:r>
        <w:rPr>
          <w:sz w:val="20"/>
        </w:rPr>
        <w:t>53:50  formula to banta ji, self management. kabhi bhi agar aap discussion karenge aur pooch gach karenge to kuch hone wala nahi hai, kabhi nahi ho sakta.</w:t>
      </w:r>
      <w:r>
        <w:br/>
      </w:r>
      <w:r>
        <w:rPr>
          <w:sz w:val="20"/>
        </w:rPr>
        <w:t>54:03  pooch gach jahan hoga, jahan discussion kiya jaye ga, yani cheezon par charcha kiya jaye ga, wahan complaint free mahol ban nahi sakta hai.</w:t>
      </w:r>
      <w:r>
        <w:br/>
      </w:r>
      <w:r>
        <w:rPr>
          <w:sz w:val="20"/>
        </w:rPr>
        <w:t>54:15  complaint free mahol banega jab ke aap self management aap ke andar ho, khud hi khud is ko diffuse kar len, khud hi khud.</w:t>
      </w:r>
      <w:r>
        <w:br/>
      </w:r>
      <w:r>
        <w:rPr>
          <w:sz w:val="20"/>
        </w:rPr>
        <w:t>54:24  jaise maine ek misaal is se pehle mein bata chuka hoon aap ko ke Hazrat Khalid jo the, un ko Khalifa Umar ne mazool kar diya, yani mazool karne ke maani yeh the ke woh general the, general, is ko soldier bana diya, mamooli soldier bana diya.</w:t>
      </w:r>
      <w:r>
        <w:br/>
      </w:r>
      <w:r>
        <w:rPr>
          <w:sz w:val="20"/>
        </w:rPr>
        <w:t>54:43  to ek shakliya hai ke ja kar pooch gach karte, woh ke kaise bana diya aap ne, kaun si bari ghalati thi?</w:t>
      </w:r>
      <w:r>
        <w:br/>
      </w:r>
      <w:r>
        <w:rPr>
          <w:sz w:val="20"/>
        </w:rPr>
        <w:t>54:51  pooch gach karte aur sathiyon ko jama karte, sathiyon mein charcha karte ke dekho. lekin unhon ne yeh nahi kiya, khud hi khud manage kar liya is ko.</w:t>
      </w:r>
      <w:r>
        <w:br/>
      </w:r>
      <w:r>
        <w:rPr>
          <w:sz w:val="20"/>
        </w:rPr>
        <w:t>55:02  unhon ne kaha hai ke unhon ne keh diya ke in inni la qatil fi sabil Umar, wa la qatil fi sabil Rabb Umar. mein jo kuch kar raha tha, woh woh woh Umar ke liye thori kar raha tha, Allah ke liye kar raha hoon.</w:t>
      </w:r>
      <w:r>
        <w:br/>
      </w:r>
      <w:r>
        <w:rPr>
          <w:sz w:val="20"/>
        </w:rPr>
        <w:t>55:18  to mera mera taluq Allah se hai, kisi Khalifa se nahi hai. bas baat khatam ho gayi. to jis samaj mein logon ke andar pooch gach ka mizaj ho aur discussion ka mizaj ho, shikayaton par shikayaton ko le le kar is ki chhan been karen, woh samaj kabhi bhi aaj positive samaj nahi ban sakta,</w:t>
      </w:r>
      <w:r>
        <w:br/>
      </w:r>
      <w:r>
        <w:rPr>
          <w:sz w:val="20"/>
        </w:rPr>
        <w:t>55:43  kyun ke shikayaton ke itne zyada shakh dar shakh hote hain, woh kabhi khatam hi nahi honge. shikayat se zyada buri cheez mujhe nahi maloom.</w:t>
      </w:r>
      <w:r>
        <w:br/>
      </w:r>
      <w:r>
        <w:rPr>
          <w:sz w:val="20"/>
        </w:rPr>
        <w:t>55:52  mera apna jo deen hai, woh yeh ke shikayat is se zyada buri cheez hai ke aap sharab piyen, khizr gosht khayen. aap khizr gosht khayen to choti burai hai, aur shikayat dil mein li hai, woh bari burai hai.</w:t>
      </w:r>
      <w:r>
        <w:br/>
      </w:r>
      <w:r>
        <w:rPr>
          <w:sz w:val="20"/>
        </w:rPr>
        <w:t>56:08  mera apna jo mutala hai deen ka, mein shikayat ko super haram samajhta hoon,</w:t>
      </w:r>
      <w:r>
        <w:br/>
      </w:r>
      <w:r>
        <w:rPr>
          <w:sz w:val="20"/>
        </w:rPr>
        <w:t>56:16  aur is ka ilaaj yahi samajhta hoon ke self management khud hi khud is ko soch lijiye, khud hi khud khatam kar do. koi pooch gachh nahin, koi pooch gachh nahin ke aap kisi ko ja kar milein, telephone karein, khat likhein, yeh sab kuch hota hua nahin, hota nahin, kuch nahin hone wala.</w:t>
      </w:r>
      <w:r>
        <w:br/>
      </w:r>
      <w:r>
        <w:rPr>
          <w:sz w:val="20"/>
        </w:rPr>
        <w:t>56:37  kyunke shikayaton ko itne shakh dar shakh is ke itne pehlu hote hain ke koi kuch bhi kahe ga, aap ki shikayat khatam nahin hogi. kisi bhi wazahat se aap ki shikayat khatam nahin hogi.</w:t>
      </w:r>
      <w:r>
        <w:br/>
      </w:r>
      <w:r>
        <w:rPr>
          <w:sz w:val="20"/>
        </w:rPr>
        <w:t>56:51  shikayat aap khud ya to khatam karein ge ya kabhi khatam hi nahin hogi. shikayat yeh meri zindagi ke barq ka tajruba hai ke shikayat ko ya to ya to aadmi khud kill karta hai ya hamesha shikayat jeeta hai, isi mein mar jata hai.</w:t>
      </w:r>
      <w:r>
        <w:br/>
      </w:r>
      <w:r>
        <w:rPr>
          <w:sz w:val="20"/>
        </w:rPr>
        <w:t>57:04  woh</w:t>
      </w:r>
      <w:r>
        <w:br/>
      </w:r>
      <w:r>
        <w:rPr>
          <w:sz w:val="20"/>
        </w:rPr>
        <w:t>57:06  is ko phir sun lijiye aap ke quran o hadith ka mutala, zindagi ka tajruba dono se maine yeh samjha hai ke shikayat jo hai, aisi buri cheez hai ke agar aadmi khud khat ko khatam kare to khatam ho jaye gi,</w:t>
      </w:r>
      <w:r>
        <w:br/>
      </w:r>
      <w:r>
        <w:rPr>
          <w:sz w:val="20"/>
        </w:rPr>
        <w:t>57:26  jaise sahaba khatam karte thay. aur agar is ne chaha ke pooch gachh se khatam karein to kabhi khatam nahin hogi,</w:t>
      </w:r>
      <w:r>
        <w:br/>
      </w:r>
      <w:r>
        <w:rPr>
          <w:sz w:val="20"/>
        </w:rPr>
        <w:t>57:36  kyunke woh ek angrez dekhe ga waqea ko, doosra angrez dekhe ga, aur koi bhi wazahat ki jaye, phir bhi aap ki shikayat baqi rahe gi.</w:t>
      </w:r>
      <w:r>
        <w:br/>
      </w:r>
      <w:r>
        <w:rPr>
          <w:sz w:val="20"/>
        </w:rPr>
        <w:t>57:46  mera tajruba hai ke kabhi bhi wazahat se shikayat khatam nahin hoti, khatam hi nahin hoti, woh pari rehti hai. to jis aadmi ko Allah ko samne khare hone ka ehsas hai, jo aadmi jannat chahta hai, to us ko chahiye ke shikayat ko kill kare,</w:t>
      </w:r>
      <w:r>
        <w:br/>
      </w:r>
      <w:r>
        <w:rPr>
          <w:sz w:val="20"/>
        </w:rPr>
        <w:t>58:06  self killing seekhe shikayat ke moamle mein.</w:t>
      </w:r>
      <w:r>
        <w:br/>
      </w:r>
      <w:r>
        <w:rPr>
          <w:sz w:val="20"/>
        </w:rPr>
        <w:t>58:12  aur nahin to phir yeh risk le ke Allah ke samne us ko khara hona pare ga aur jawab nahin de paye ga. woh you have to learn the art of self killing.</w:t>
      </w:r>
      <w:r>
        <w:br/>
      </w:r>
      <w:r>
        <w:rPr>
          <w:sz w:val="20"/>
        </w:rPr>
        <w:t>58:22  khud hi khud apne andar kill kar diye, khatam kar dijiye is ko. koi pooch gachh nahin, koi discussion nahin, kuch nahin.</w:t>
      </w:r>
      <w:r>
        <w:br/>
      </w:r>
      <w:r>
        <w:rPr>
          <w:sz w:val="20"/>
        </w:rPr>
        <w:t>58:32  yeh meri pakki yaqeen hai quran o hadith ke mutale se, zai tajrube se aur aql se, dono har har pehlu se maine is par ghhor kiya hai. to main yeh yeh is nateejay pohancha hoon ke shikayat ko ya to aadmi khud khat parta hai, nahin to shikayat kabhi khatam hi nahin hoti.</w:t>
      </w:r>
      <w:r>
        <w:br/>
      </w:r>
      <w:r>
        <w:rPr>
          <w:sz w:val="20"/>
        </w:rPr>
        <w:t>58:50  woh jeeta hai shikayaton, marta hai shikayaton mein.</w:t>
      </w:r>
      <w:r>
        <w:br/>
      </w:r>
      <w:r>
        <w:rPr>
          <w:sz w:val="20"/>
        </w:rPr>
        <w:t>58:56  maulana, agla question kya hai? mister naveed kapoor ne dilli se, aur unhon ne likha hai ke what is the difference between a healthy discussion and an unhealthy discussion?</w:t>
      </w:r>
      <w:r>
        <w:br/>
      </w:r>
      <w:r>
        <w:rPr>
          <w:sz w:val="20"/>
        </w:rPr>
        <w:t>59:09  is ke bare mein batayein. dekhiye, healthy discussion mein us ko maanu ga jo marifat par ho, dawat par ho, aur shikayaton par ho, to woh woh healthy discussion nahin hai.</w:t>
      </w:r>
      <w:r>
        <w:br/>
      </w:r>
      <w:r>
        <w:rPr>
          <w:sz w:val="20"/>
        </w:rPr>
        <w:t>59:20  woh</w:t>
      </w:r>
      <w:r>
        <w:br/>
      </w:r>
      <w:r>
        <w:rPr>
          <w:sz w:val="20"/>
        </w:rPr>
        <w:t>59:21  jo log shikayaton par discussion karein, woh unhealthy discussion karte hain, woh kyunke is ka koi end nahin hai.</w:t>
      </w:r>
      <w:r>
        <w:br/>
      </w:r>
      <w:r>
        <w:rPr>
          <w:sz w:val="20"/>
        </w:rPr>
        <w:t>59:31  maine bohat tajruba aap se hua ke jis ke dil mein shikayatein aa gayin, kuch bhi kehte rahiye, woh shikayat khatam nahin hoti. is ki</w:t>
      </w:r>
      <w:r>
        <w:br/>
      </w:r>
      <w:r>
        <w:rPr>
          <w:sz w:val="20"/>
        </w:rPr>
        <w:t>59:40  main main misalein de kar bata sakta hoon ke kis tarah logon ne aisa, yani shikayat ab paida hui to kuch bhi kaho, kuch bhi kaho, woh shikayat baqi hai, khatam nahin hoti.</w:t>
      </w:r>
      <w:r>
        <w:br/>
      </w:r>
      <w:r>
        <w:rPr>
          <w:sz w:val="20"/>
        </w:rPr>
        <w:t>59:52  is liye main dekh, shikayat ki baaton par is discussion kar raha hoon, woh unhealthy discussion hai.</w:t>
      </w:r>
      <w:r>
        <w:br/>
      </w:r>
      <w:r>
        <w:rPr>
          <w:sz w:val="20"/>
        </w:rPr>
        <w:t>1:00:00  healthy discussion woh hai jo marifat par ho, rabbaniyat par ho, jo dawat par ho, jo islam ki jo zimmedariyan hain, is par ho.</w:t>
      </w:r>
      <w:r>
        <w:br/>
      </w:r>
      <w:r>
        <w:rPr>
          <w:sz w:val="20"/>
        </w:rPr>
        <w:t>1:00:12  woh main us ko healthy discussion samajhta hoon. jo discussion ka koi end hi na ho, woh health unhealthy rahe ga, is ka rahe ga.</w:t>
      </w:r>
      <w:r>
        <w:br/>
      </w:r>
      <w:r>
        <w:rPr>
          <w:sz w:val="20"/>
        </w:rPr>
        <w:t>1:00:24  qaumon mein bhi yeh hota hai. aap jante hain ke aisi qaumein mein jo shikayatein aapas mein hain,</w:t>
      </w:r>
      <w:r>
        <w:br/>
      </w:r>
      <w:r>
        <w:rPr>
          <w:sz w:val="20"/>
        </w:rPr>
        <w:t>1:00:29  pachas pachas saal se discussion chal rahe hain, aaj tak khatam nahin hua. abhi aaj bhi akhbar mein parh raha tha main ke do harif qaumein, do rival qaumon ka discussion ka qissa to chal raha hai pachas saal se, so saal se discussion, woh khatam hi nahin hota.</w:t>
      </w:r>
      <w:r>
        <w:br/>
      </w:r>
      <w:r>
        <w:rPr>
          <w:sz w:val="20"/>
        </w:rPr>
        <w:t>1:00:46  chahe individual ka moamla ho ya nation ka moamla ho, agar aap shikayaton ko le kar ke discussion karein ge to kabhi khatam nahin hoga.</w:t>
      </w:r>
      <w:r>
        <w:br/>
      </w:r>
      <w:r>
        <w:rPr>
          <w:sz w:val="20"/>
        </w:rPr>
        <w:t>1:00:55  to positive subject par discussion kijiye.</w:t>
      </w:r>
      <w:r>
        <w:br/>
      </w:r>
      <w:r>
        <w:rPr>
          <w:sz w:val="20"/>
        </w:rPr>
        <w:t>1:00:58  positive subject, positive subject matlab yeh hai jo islam ke aitbar se ke marifat ka subject, dawat ka subject, rabbaniyat ka subject, shukr ka subject,</w:t>
      </w:r>
      <w:r>
        <w:br/>
      </w:r>
      <w:r>
        <w:rPr>
          <w:sz w:val="20"/>
        </w:rPr>
        <w:t>1:01:13  yeh yeh yeh hai, yeh hai healthy discussion, aur iska hamesha iska faida hi hoga, iska koi nuksan nahi hoga.</w:t>
      </w:r>
      <w:r>
        <w:br/>
      </w:r>
      <w:r>
        <w:rPr>
          <w:sz w:val="20"/>
        </w:rPr>
        <w:t>1:01:28  maulana, agla question lene se pehle ek comment padhna chahenge jo abhi abhi khwaja kaleemuddin sahib ne bheja hai pennsylvania usa se, aur unhone likha hai ke maulana sahib, der is an eminence demand for spanish translation of the quran.</w:t>
      </w:r>
      <w:r>
        <w:br/>
      </w:r>
      <w:r>
        <w:rPr>
          <w:sz w:val="20"/>
        </w:rPr>
        <w:t>1:01:46  der isnt a good and affordable spanish translation of quran available in the market,</w:t>
      </w:r>
      <w:r>
        <w:br/>
      </w:r>
      <w:r>
        <w:rPr>
          <w:sz w:val="20"/>
        </w:rPr>
        <w:t>1:01:53  but by the grace of allah and with the collaboration of good word and cps usa, a spanish translation is being prepared.</w:t>
      </w:r>
      <w:r>
        <w:br/>
      </w:r>
      <w:r>
        <w:rPr>
          <w:sz w:val="20"/>
        </w:rPr>
        <w:t>1:02:03  inshallah, with in with in a month or two, it will be ready. in this connection, der is a need to also know the working knowledge of spanish language, so that effective quranic distribution can take place.</w:t>
      </w:r>
      <w:r>
        <w:br/>
      </w:r>
      <w:r>
        <w:rPr>
          <w:sz w:val="20"/>
        </w:rPr>
        <w:t>1:02:19  d</w:t>
      </w:r>
      <w:r>
        <w:br/>
      </w:r>
      <w:r>
        <w:rPr>
          <w:sz w:val="20"/>
        </w:rPr>
        <w:t>1:02:20  er for, as a ramadan resolution this year, i have started learning spanish language, so that the distribution becomes easier.</w:t>
      </w:r>
      <w:r>
        <w:br/>
      </w:r>
      <w:r>
        <w:rPr>
          <w:sz w:val="20"/>
        </w:rPr>
        <w:t>1:02:29  maulana sahib, i request you to make dua for all of us. hum sab log dua karte hain, bhai yeh to bohat bari news hai. ji, hum sab log dua karte hain, allah taala khoob khoob madad farmaye.</w:t>
      </w:r>
      <w:r>
        <w:br/>
      </w:r>
      <w:r>
        <w:rPr>
          <w:sz w:val="20"/>
        </w:rPr>
        <w:t>1:02:41  yeh to bohat bari news hai, bohat hi achi news hai.</w:t>
      </w:r>
    </w:p>
    <w:p>
      <w:pPr>
        <w:pStyle w:val="Heading2"/>
      </w:pPr>
      <w:r>
        <w:t>Fulfilling responsibility of conveying God's message</w:t>
      </w:r>
    </w:p>
    <w:p>
      <w:r>
        <w:rPr>
          <w:color w:val="666666"/>
          <w:sz w:val="18"/>
        </w:rPr>
        <w:t>Society &amp; Dawah · Signs of Doomsday November 7, 2021 Prof. Farida Khanam · 5m 30s · at 40:59 · https://youtu.be/RQZchtP6uRg?t=2459</w:t>
      </w:r>
    </w:p>
    <w:p>
      <w:r>
        <w:rPr>
          <w:i/>
        </w:rPr>
        <w:t>“With such less time available, what should we do to fulfill our responsibility of conveying God's message to mankind?”</w:t>
      </w:r>
    </w:p>
    <w:p>
      <w:r>
        <w:rPr>
          <w:sz w:val="20"/>
        </w:rPr>
        <w:t>40:59  Allah taala hum ko istiqamat de. ameen. jazak Allah aap ka." Muhammad Ammar sahib ne Delhi se bheja hai: "apa, after the coming of covid 19 and getting involved more into cps dawa work, i daily feel the nearness of qayamat." apa, agla sawal leta hoon.</w:t>
      </w:r>
      <w:r>
        <w:br/>
      </w:r>
      <w:r>
        <w:rPr>
          <w:sz w:val="20"/>
        </w:rPr>
        <w:t>41:21  yeh Bangalore se Javed Ali sahib ne bheja hai. unhone likha hai: "with such less time available, what should we do to fulfill our responsibility of conveying God's message to mankind?" ab yeh abhi jaise Farah sahib ne kaha ke sab se pehle to hamein apne andar se dushmani ka, hatred ka yeh sara nikal ke mahaul ko normalize karna hai.</w:t>
      </w:r>
      <w:r>
        <w:br/>
      </w:r>
      <w:r>
        <w:rPr>
          <w:sz w:val="20"/>
        </w:rPr>
        <w:t>41:51  is un ke liye duaen karna hai aur jo bhi hamare paas literature hai, aap is ko de sakte hain aur aap is ko achhi baatein bata sakte hain.</w:t>
      </w:r>
      <w:r>
        <w:br/>
      </w:r>
      <w:r>
        <w:rPr>
          <w:sz w:val="20"/>
        </w:rPr>
        <w:t>42:00  bahut sari baatein to logon ko maloom hi rehti hain. un se baat kijiye, dialogue kariye un se aur un ko bataiye jo creation plan bataiye.</w:t>
      </w:r>
      <w:r>
        <w:br/>
      </w:r>
      <w:r>
        <w:rPr>
          <w:sz w:val="20"/>
        </w:rPr>
        <w:t>42:10  sab se badi baat jo hai woh creation plan hai ke is duniya mein hum hamesha ke liye aaye hi nahi hain. yeh duniya jo hai temporary aboard hai hamara aur yeh duniya khatm hone wali hai.</w:t>
      </w:r>
      <w:r>
        <w:br/>
      </w:r>
      <w:r>
        <w:rPr>
          <w:sz w:val="20"/>
        </w:rPr>
        <w:t>42:22  aur is ke baad jo hai doosri duniya aaye gi. to is doosri duniya ke liye hamein tayyar apne aap ko karna hai. to tayyari karni zaroori hai.</w:t>
      </w:r>
      <w:r>
        <w:br/>
      </w:r>
      <w:r>
        <w:rPr>
          <w:sz w:val="20"/>
        </w:rPr>
        <w:t>42:32  to tayyari apni bhi tayyari karni hai aur doosron ko bhi is ke liye tayyar karna hai ke jab woh Khuda ke aage ab hazir kiye jayein to to woh un un ko ko un ko pachtana na pade ke unhone apni pichhli zindagi mein waste kar diya hai.</w:t>
      </w:r>
      <w:r>
        <w:br/>
      </w:r>
      <w:r>
        <w:rPr>
          <w:sz w:val="20"/>
        </w:rPr>
        <w:t>42:52  to bas yahi karna hai. mujhe ek waqia yaad aata hai: Rasool Allah Sal Allah o Alaihe Wasallam ke zamane mein kisi aadmi ne koi galati kar di to sab us ko bura bhala kehne lage.</w:t>
      </w:r>
      <w:r>
        <w:br/>
      </w:r>
      <w:r>
        <w:rPr>
          <w:sz w:val="20"/>
        </w:rPr>
        <w:t>43:04  yahan tak ke ek aadmi ne yeh kaha ke Allah taala tum ko ruswa kare. Rasool Allah Sal Allah o Alaihe Wasallam ne sun liya to kaha ke tum aise mat kaho: "apne bhai ke khilaaf shaitan ke madadgar mat bano" balkeh yeh kaho ke "Allah taala tum par reham kare, Allah taala tum ko hidayat de" yeh dua karo.</w:t>
      </w:r>
      <w:r>
        <w:br/>
      </w:r>
      <w:r>
        <w:rPr>
          <w:sz w:val="20"/>
        </w:rPr>
        <w:t>43:20  to yeh basic jo bahut hi buniyadi point Rasool Allah Sal Allah o Alaihe Wasallam ne is mein bataya tha ke apne bhai ke khilaaf shaitan ke madadgar mat bano.</w:t>
      </w:r>
      <w:r>
        <w:br/>
      </w:r>
      <w:r>
        <w:rPr>
          <w:sz w:val="20"/>
        </w:rPr>
        <w:t>43:29  shaitan ki madad karna kya hai? sari koshish jo shaitan ki ho rahi hai woh yahi ho rahi hai ke hum kisi bhi tareeqe se insaan ko Allah ke raaste se hata kar hamesha ke liye ruswai aur Allah ki narazgi mein is ko daal dein.</w:t>
      </w:r>
      <w:r>
        <w:br/>
      </w:r>
      <w:r>
        <w:rPr>
          <w:sz w:val="20"/>
        </w:rPr>
        <w:t>43:44  kisi bhi tareeqe se. to ab yahan par hum koi aisa kaam karte hain jis ki wajah se insaan Allah se door ho jata hai hamare reason se. to hum ne shaitan ki madad ki.</w:t>
      </w:r>
      <w:r>
        <w:br/>
      </w:r>
      <w:r>
        <w:rPr>
          <w:sz w:val="20"/>
        </w:rPr>
        <w:t>43:54  hum ne koi bad dua kiya jaise bad dua karte hain: "Allah dammir diyarahum wa shattit shimlaha" yeh sab dua karte hain, "qunoot e nazila" karte hain. yeh sab cheezein kya hain?</w:t>
      </w:r>
      <w:r>
        <w:br/>
      </w:r>
      <w:r>
        <w:rPr>
          <w:sz w:val="20"/>
        </w:rPr>
        <w:t>44:02  apne bhai ke khilaaf shaitan ki madad kar di hain. yeh sab cheezein bilkul na karein. hatred nikal dein. dua karein un ko dawat ka kaam pohanchayein. is se barh kar Allah taala ki raza ka koi doosra kaam nahi ho sakta.</w:t>
      </w:r>
      <w:r>
        <w:br/>
      </w:r>
      <w:r>
        <w:rPr>
          <w:sz w:val="20"/>
        </w:rPr>
        <w:t>44:19  ek aur important cheez jo kyunke sawal mein yeh bhi poocha gaya ke "what should we do to fulfill our responsibility of conveying God's message?" and Quran mein bhi jaise aaya hai ke yeh bola gaya ke yeh message jo hai Quran ka woh logon tak pohanchaya jaye taake aakhirat mein koi excuse na le sake Allah taala ke samne ke hamein bataya nahi gaya.</w:t>
      </w:r>
      <w:r>
        <w:br/>
      </w:r>
      <w:r>
        <w:rPr>
          <w:sz w:val="20"/>
        </w:rPr>
        <w:t>44:42  aur aaj ke daur mein jab multimedia aur internet hai to Maulana sahib hum sab logon ko bahut zyada is cheez ke bare mein kehte the ke "fill the internet and social media with the message of the Quran".</w:t>
      </w:r>
      <w:r>
        <w:br/>
      </w:r>
      <w:r>
        <w:rPr>
          <w:sz w:val="20"/>
        </w:rPr>
        <w:t>44:57  so CPS international is increasingly creating new material, adding articles, videos into internet, because potentially internet has made it possible that it reaches each and every home.</w:t>
      </w:r>
      <w:r>
        <w:br/>
      </w:r>
      <w:r>
        <w:rPr>
          <w:sz w:val="20"/>
        </w:rPr>
        <w:t>45:15  and this is what prophet had said: "that there will be no house big or small where the word of God has not entered". and social media and internet practically makes it possible.</w:t>
      </w:r>
      <w:r>
        <w:br/>
      </w:r>
      <w:r>
        <w:rPr>
          <w:sz w:val="20"/>
        </w:rPr>
        <w:t>45:27  so all of you who cannot upload it, you can use CPS website, CPS social media handles like Facebook, YouTube, Instagram, and you can share it in your circle, you know, your colleagues, your friends, your neighbors.</w:t>
      </w:r>
      <w:r>
        <w:br/>
      </w:r>
      <w:r>
        <w:rPr>
          <w:sz w:val="20"/>
        </w:rPr>
        <w:t>45:43  and that is a biggest work or the biggest responsibility that you will fulfill, you know, from your side, and you will be able to use the time in a right manner.</w:t>
      </w:r>
      <w:r>
        <w:br/>
      </w:r>
      <w:r>
        <w:rPr>
          <w:sz w:val="20"/>
        </w:rPr>
        <w:t>45:56  so thats another important thing.</w:t>
      </w:r>
      <w:r>
        <w:br/>
      </w:r>
      <w:r>
        <w:rPr>
          <w:sz w:val="20"/>
        </w:rPr>
        <w:t>46:02  apa aik comment aur parhna chahunga. yeh sister baseerat taj ne bheja hai: "i like it simple to the point, normal, no rambling stories, no theatrical speech.</w:t>
      </w:r>
      <w:r>
        <w:br/>
      </w:r>
      <w:r>
        <w:rPr>
          <w:sz w:val="20"/>
        </w:rPr>
        <w:t>46:17  i wonder why why why we cant have such a simple preacher on other side of border."</w:t>
      </w:r>
    </w:p>
    <w:p>
      <w:pPr>
        <w:pStyle w:val="Heading2"/>
      </w:pPr>
      <w:r>
        <w:t>Harsh punishments versus peace message in Islam</w:t>
      </w:r>
    </w:p>
    <w:p>
      <w:r>
        <w:rPr>
          <w:color w:val="666666"/>
          <w:sz w:val="18"/>
        </w:rPr>
        <w:t>Society &amp; Dawah · Communal Harmony October 16, 2022 · 5m 15s · at 56:55 · https://youtu.be/Ob4BVozf3KY?t=3415</w:t>
      </w:r>
    </w:p>
    <w:p>
      <w:r>
        <w:rPr>
          <w:i/>
        </w:rPr>
        <w:t>“Why does Islam have harsh punishments like in Arab countries if it gives a message of peace? Please explain.”</w:t>
      </w:r>
    </w:p>
    <w:p>
      <w:r>
        <w:rPr>
          <w:sz w:val="20"/>
        </w:rPr>
        <w:t>56:55  y, to is ke baad halaat badle. ji, apa yeh ek sawal Amritsar se likha hai Rohit Kumar ji ne. unhone likha hai ke apa ji jo log poochte hain ke Islam agar shanti ka sandesh deta hai to itni sakht sazaein kyun hain jaise Arab mein karte hain?</w:t>
      </w:r>
      <w:r>
        <w:br/>
      </w:r>
      <w:r>
        <w:rPr>
          <w:sz w:val="20"/>
        </w:rPr>
        <w:t>57:15  is is ko bhi aap hamein samjhaiye. unko sakht sazaein jo hain is mein bhi bahut concession hota hai.</w:t>
      </w:r>
      <w:r>
        <w:br/>
      </w:r>
      <w:r>
        <w:rPr>
          <w:sz w:val="20"/>
        </w:rPr>
        <w:t>57:23  ab Arab log karte hain lekin profit to nahi karte the. to har waqt concession ko woh lete the. to sazaein kuch hain jo deterrent punishment jisko hum kehte hain.</w:t>
      </w:r>
      <w:r>
        <w:br/>
      </w:r>
      <w:r>
        <w:rPr>
          <w:sz w:val="20"/>
        </w:rPr>
        <w:t>57:35  ab dekhiye ke log itna darte hain wahan ki punishment se ke koi bhi jurm wahan nahi hota. ab kabhi bhi raat ke aadhi aadhi raat ko bhi auratein bahar nikal sakti hain.</w:t>
      </w:r>
      <w:r>
        <w:br/>
      </w:r>
      <w:r>
        <w:rPr>
          <w:sz w:val="20"/>
        </w:rPr>
        <w:t>57:46  koi cheez unki raaste mein gir jaati hai to woh gum nahi hoti.</w:t>
      </w:r>
      <w:r>
        <w:br/>
      </w:r>
      <w:r>
        <w:rPr>
          <w:sz w:val="20"/>
        </w:rPr>
        <w:t>57:50  kahin bhi ek baar Maulana haj karne gaye the to ek poora briefcase unke saath ek Arab gaye the, Sulaiman Al-Qaid. to poora briefcase jis mein saara paisa unka tha, woh Jeddah airport par bhool gaye.</w:t>
      </w:r>
      <w:r>
        <w:br/>
      </w:r>
      <w:r>
        <w:rPr>
          <w:sz w:val="20"/>
        </w:rPr>
        <w:t>58:03  woh bhool kar woh aage aah Mecca, Mecca aa gaye. to Mecca aaye ya Madina aa gaye. baad mein unhein yaad aaya ke paisa to hai hi nahi, woh to poora briefcase hi chhoot gaya.</w:t>
      </w:r>
      <w:r>
        <w:br/>
      </w:r>
      <w:r>
        <w:rPr>
          <w:sz w:val="20"/>
        </w:rPr>
        <w:t>58:15  foran woh wapas</w:t>
      </w:r>
      <w:r>
        <w:br/>
      </w:r>
      <w:r>
        <w:rPr>
          <w:sz w:val="20"/>
        </w:rPr>
        <w:t>58:16  gaye. woh baqayda briefcase intact, woh police ki custody mein rakha hua tha. to deterrent punishment ka yeh matlab nahi ke sab ke haath kate hue honge.</w:t>
      </w:r>
      <w:r>
        <w:br/>
      </w:r>
      <w:r>
        <w:rPr>
          <w:sz w:val="20"/>
        </w:rPr>
        <w:t>58:26  woh darane ke liye hai ke jurm nahi ho. ab yahan par jaise itna zyada jurm hota hai, itne zyada log maare jaate hain, kaate jaate hain. kisi ka haath kata hai, kisi ka paon kata hai.</w:t>
      </w:r>
      <w:r>
        <w:br/>
      </w:r>
      <w:r>
        <w:rPr>
          <w:sz w:val="20"/>
        </w:rPr>
        <w:t>58:37  ab wahan to kya hoga? agar ek ka haath paon kat jayega na to saare log dar ke maare seham jayenge aur jurm khatam ho jayega. to is ko hum deterrent punishment kehte hain.</w:t>
      </w:r>
      <w:r>
        <w:br/>
      </w:r>
      <w:r>
        <w:rPr>
          <w:sz w:val="20"/>
        </w:rPr>
        <w:t>58:47  aur Rasool Allah Sallallahu Alaihi Wasallam hamesha logon ko maaf kiya karte the</w:t>
      </w:r>
      <w:r>
        <w:br/>
      </w:r>
      <w:r>
        <w:rPr>
          <w:sz w:val="20"/>
        </w:rPr>
        <w:t>58:50  aur toba par zor dete the ke toba karein aur aindah is tarike ke gunah na karein. to is mein concessions bhi hain, khali punishment hi nahi hai.</w:t>
      </w:r>
      <w:r>
        <w:br/>
      </w:r>
      <w:r>
        <w:rPr>
          <w:sz w:val="20"/>
        </w:rPr>
        <w:t>59:00  woh kuch political bhi woh move hota hai, political purposes se bhi sazaein di jaati hain. to waise Islam mein maafi ke liye bahut zyada ganjayish hai.</w:t>
      </w:r>
      <w:r>
        <w:br/>
      </w:r>
      <w:r>
        <w:rPr>
          <w:sz w:val="20"/>
        </w:rPr>
        <w:t>59:12  ji, apa bahut sawal aur bhi hain lekin ab waqt ho chuka hai. aah, to main ek hi aakhri sawal lena chahunga</w:t>
      </w:r>
      <w:r>
        <w:br/>
      </w:r>
      <w:r>
        <w:rPr>
          <w:sz w:val="20"/>
        </w:rPr>
        <w:t>59:19  ga. aah, jo Miss Shagufta ne bheja hai Gwalior se, unhone likha hai ke raaye ki qurbani kaise dein?</w:t>
      </w:r>
      <w:r>
        <w:br/>
      </w:r>
      <w:r>
        <w:rPr>
          <w:sz w:val="20"/>
        </w:rPr>
        <w:t>59:28  aah, is ke bare mein aap batayein. hum ego ko khatam kar dein. asal to ego hai, hamara ego hurt ho jata hai.</w:t>
      </w:r>
      <w:r>
        <w:br/>
      </w:r>
      <w:r>
        <w:rPr>
          <w:sz w:val="20"/>
        </w:rPr>
        <w:t>59:38  ego ko khatam kar dein, soch lein ke bhai hamara ego kya? ego to asal Allah ka hai. Allah ne kaha hai ke kibriyai mera chadar hai, jo is ko chheene ga woh is ko main zaleel kar doonga.</w:t>
      </w:r>
      <w:r>
        <w:br/>
      </w:r>
      <w:r>
        <w:rPr>
          <w:sz w:val="20"/>
        </w:rPr>
        <w:t>59:50  to hamara ego kya? hum ko jo kuch bhi hai hamare paas woh Khuda ka diya hua hai. hamare paas to kuch hai hi nahi, hum to ek choti bhi paida nahi kar sakte.</w:t>
      </w:r>
      <w:r>
        <w:br/>
      </w:r>
      <w:r>
        <w:rPr>
          <w:sz w:val="20"/>
        </w:rPr>
        <w:t>59:58  to khuda jab chahta hai chheen leta hai. aap musalsal aap society mein dekhte hain, aaj kisi ke paas hai, kal nahi hai. to apna ego khatam karen, sochna padega, thinking process chalana padega.</w:t>
      </w:r>
      <w:r>
        <w:br/>
      </w:r>
      <w:r>
        <w:rPr>
          <w:sz w:val="20"/>
        </w:rPr>
        <w:t>1:00:10  ego khatam kar den to koi baat nahi, agar hamari baat nahi suni gayi to koi baat nahi. phir bhi hum mission mein lage rahenge ke mission to khuda ka mission hai na?</w:t>
      </w:r>
      <w:r>
        <w:br/>
      </w:r>
      <w:r>
        <w:rPr>
          <w:sz w:val="20"/>
        </w:rPr>
        <w:t>1:00:19  is is insan jis ne hamari baat nahi suni, is ka mission thori hai. mission to khuda</w:t>
      </w:r>
      <w:r>
        <w:br/>
      </w:r>
      <w:r>
        <w:rPr>
          <w:sz w:val="20"/>
        </w:rPr>
        <w:t>1:00:24  ka hai. to is liye hum is ko khuda ka mission samajh ke is mein lage rahenge. ji, jazak allah apaa. bohat achhe aap ne aaj jawab diye aur yeh aah bilkul directional aah aur poori wisdom ke sath bhare hue jawab the.</w:t>
      </w:r>
      <w:r>
        <w:br/>
      </w:r>
      <w:r>
        <w:rPr>
          <w:sz w:val="20"/>
        </w:rPr>
        <w:t>1:00:41  thank you so much for taking today session. we we'll end the session here and there are few comments that i have seen where people have expressed their interest to join cps international.</w:t>
      </w:r>
      <w:r>
        <w:br/>
      </w:r>
      <w:r>
        <w:rPr>
          <w:sz w:val="20"/>
        </w:rPr>
        <w:t>1:00:54  please write to info at cps global dot org and we will connect you with the local teams in your respective countries. aah, also if you want to become a quran distributor, then write with your details again in info at cps global dot org.</w:t>
      </w:r>
      <w:r>
        <w:br/>
      </w:r>
      <w:r>
        <w:rPr>
          <w:sz w:val="20"/>
        </w:rPr>
        <w:t>1:01:10  so we will end today session. we will be back next sunday at 10:30 am. thank you.</w:t>
      </w:r>
    </w:p>
    <w:p>
      <w:pPr>
        <w:pStyle w:val="Heading2"/>
      </w:pPr>
      <w:r>
        <w:t>How should the Head of State be selected?</w:t>
      </w:r>
    </w:p>
    <w:p>
      <w:r>
        <w:rPr>
          <w:color w:val="666666"/>
          <w:sz w:val="18"/>
        </w:rPr>
        <w:t>Society &amp; Dawah · Islam and Politics November 17, 2013 · 19m 11s · at 26:03 · https://youtu.be/LgKA8wg4NPc?t=1563</w:t>
      </w:r>
    </w:p>
    <w:p>
      <w:r>
        <w:rPr>
          <w:i/>
        </w:rPr>
        <w:t>“How should the Head of State be selected? There is nothing in the Quran and Hadith about how to elect or select the Head of State. Practically, the four Caliphs were all selected by different methods. For example, when Abu Bakr was selected, Madinah was like a town, not a city like Delhi. The people of Madinah, the Companions, gathered in Saqifah Bani Sa'idah, and even that was not all the people of Madinah.”</w:t>
      </w:r>
    </w:p>
    <w:p>
      <w:r>
        <w:rPr>
          <w:sz w:val="20"/>
        </w:rPr>
        <w:t>26:03  head of the state yaani sadar ya wazir-e-azam ya jo bhi lafz bolein aap head of the state ko kaise muntakhib kiya jaye yeh pehla sawal hai lekin aap dekhiye Quran o Hadees mein kuch bhi is ke bare mein nahi hai</w:t>
      </w:r>
      <w:r>
        <w:br/>
      </w:r>
      <w:r>
        <w:rPr>
          <w:sz w:val="20"/>
        </w:rPr>
        <w:t>26:21  yaani head of the state ko kaise aap elect karein kaise muntakhib karein is ke bare mein Quran o Hadees mein kuch bhi nahi ab practical taur par kya hai</w:t>
      </w:r>
      <w:r>
        <w:br/>
      </w:r>
      <w:r>
        <w:rPr>
          <w:sz w:val="20"/>
        </w:rPr>
        <w:t>26:31  jo char khulafa the charon alag alag tareeqe se muntakhib kiye gaye maslan dekhiye Hazrat Abu Bakr jo the to Madine mein us waqt Madina us waqt ek ek town jaisa tha koi dilli aisa shehar nahi tha woh ek town tha bas to Madine mein jo log the jo sahaba woh jama hue saqifa bani sa'ada mein woh bhi sare ahl-e-Madina nahi</w:t>
      </w:r>
      <w:r>
        <w:br/>
      </w:r>
      <w:r>
        <w:rPr>
          <w:sz w:val="20"/>
        </w:rPr>
        <w:t>27:01  woh jo jama hue the unhon ne ailan kar diya ke Rasool Allah ke baad ab Abu Bakr jo hain woh hamare Ameer-ul-Momineen hain</w:t>
      </w:r>
      <w:r>
        <w:br/>
      </w:r>
      <w:r>
        <w:rPr>
          <w:sz w:val="20"/>
        </w:rPr>
        <w:t>27:11  achha is ke baad Hazrat Umar ka mamla hai to pehle khalifa ne namzad kar diya ke mere baad Umar khalifa honge is tarah woh ban gaye</w:t>
      </w:r>
      <w:r>
        <w:br/>
      </w:r>
      <w:r>
        <w:rPr>
          <w:sz w:val="20"/>
        </w:rPr>
        <w:t>27:23  teesre khalifa jo the Hazrat Hazrat Usman un ka mamla yeh hua ke second khalifa ne ek board banaya tha chhe aadmiyon ka aur kaha gaya chhe aadmi jo jis ko bana de woh khalifa ho jayega</w:t>
      </w:r>
      <w:r>
        <w:br/>
      </w:r>
      <w:r>
        <w:rPr>
          <w:sz w:val="20"/>
        </w:rPr>
        <w:t>27:38  chauthe khalifa Hazrat Ali jo the woh to anarchy ki shakal thi wahan par</w:t>
      </w:r>
      <w:r>
        <w:br/>
      </w:r>
      <w:r>
        <w:rPr>
          <w:sz w:val="20"/>
        </w:rPr>
        <w:t>27:45  woh to bas aisi baat ho gaya niza' ki halat qaim thi chunancha Ali khalifa ho gaye tab bhi ladaiyan huin Ali se aur Muawiya se yaani khalifa un ko ailan kar diya ke Ali khalifa hain lekin Muawiya ne aur Banu Umayya ne un ka un ke revolt revolt kar diya</w:t>
      </w:r>
      <w:r>
        <w:br/>
      </w:r>
      <w:r>
        <w:rPr>
          <w:sz w:val="20"/>
        </w:rPr>
        <w:t>28:07  to charon ka char model to aap ghor kijiye ke jo system ka jo number one masla hai political system ka ke head of the state kaise banaya jaye wahi clear nahi hai na as a theory aur na as a practice to yeh dekhiye kami ki baat nahi aayi koi</w:t>
      </w:r>
      <w:r>
        <w:br/>
      </w:r>
      <w:r>
        <w:rPr>
          <w:sz w:val="20"/>
        </w:rPr>
        <w:t>28:32  yeh to Islam ki ek islaah hai ek contribution Islam ka ke kis tareeqe se ek abadi violence jo hai abadi niza' abadi takrao ko khatm kiya jaye yaani puri tareekh mein insan ladta raha hai ladta hai kis ke liye political power ko qabza karne ke liye har ek ke mind mein apna ek ek ek naqsha hai us ko implement karna hai us ko</w:t>
      </w:r>
      <w:r>
        <w:br/>
      </w:r>
      <w:r>
        <w:rPr>
          <w:sz w:val="20"/>
        </w:rPr>
        <w:t>29:02  to sari tareekh mein takrao takrao takrao jahan takrao hai wahan kya hai hate hai hate hai hate hai wahan normalcy nahi hai jab normalcy na ho halaat ma'adal na hon to kya hoga koi bhi constructive kaam achhe tareeqe se anjam nahi pa sakta</w:t>
      </w:r>
      <w:r>
        <w:br/>
      </w:r>
      <w:r>
        <w:rPr>
          <w:sz w:val="20"/>
        </w:rPr>
        <w:t>29:24  yaani jo values hain values mohabbat ki values kaise flush karengi jahan takrao ho jahan hate ho to Islam ne ek bahut hi yaani practical formula diya balki yahi ek hi formula hai jo practi</w:t>
      </w:r>
      <w:r>
        <w:br/>
      </w:r>
      <w:r>
        <w:rPr>
          <w:sz w:val="20"/>
        </w:rPr>
        <w:t>29:47  cally possible bole woh yeh hai ke apni zaat ke bare mein idealist aur kharji system ke mamle mein pragmatism</w:t>
      </w:r>
      <w:r>
        <w:br/>
      </w:r>
      <w:r>
        <w:rPr>
          <w:sz w:val="20"/>
        </w:rPr>
        <w:t>29:59  yaani zaati idealism aur ijtimai pragmatism ya status quoism</w:t>
      </w:r>
      <w:r>
        <w:br/>
      </w:r>
      <w:r>
        <w:rPr>
          <w:sz w:val="20"/>
        </w:rPr>
        <w:t>30:11  to kitna zabardast yeh islaah ki hai Islam ne</w:t>
      </w:r>
      <w:r>
        <w:br/>
      </w:r>
      <w:r>
        <w:rPr>
          <w:sz w:val="20"/>
        </w:rPr>
        <w:t>30:18  bahut hi zabardast islaah ki</w:t>
      </w:r>
      <w:r>
        <w:br/>
      </w:r>
      <w:r>
        <w:rPr>
          <w:sz w:val="20"/>
        </w:rPr>
        <w:t>30:22  yeh Islam mein koi kami ki baat nahi hai balki Islam ka yeh bahut hi bada contribution hai puri human history ke liye sare insano ke liye to yeh main yaani main pure aitmad se keh sakta hoon ke yeh mukammal Islam complete system ka nazariya jo hai yeh shaitan ki tazeen hai</w:t>
      </w:r>
      <w:r>
        <w:br/>
      </w:r>
      <w:r>
        <w:rPr>
          <w:sz w:val="20"/>
        </w:rPr>
        <w:t>30:46  is mein koi shaq nahi is mein koi shaq nahi acha dekhen is ka kya nuqsan hua do cheezon se musalman bilkul khali ho gaye mohabbat khondawandi aur dawat lilah kyunke jab aap heat karenge heat culture jahan aya wahan love culture chala gaya</w:t>
      </w:r>
      <w:r>
        <w:br/>
      </w:r>
      <w:r>
        <w:rPr>
          <w:sz w:val="20"/>
        </w:rPr>
        <w:t>31:15  sari dunya se aap heat kar rahe hain aap to love culture kahan se ayega jis dil mein nafrat hogi us dil mein mohabbat ikatha nahi ho sakti yeh bilkul yani psychological baat hai natural baat hai aur tajrube ki baat hai aur quran mein hai ke yahi baat quran mein in alfaz mein kahi gayi hai ke ke Allah ne ek seene mein do dil nahi banaye</w:t>
      </w:r>
      <w:r>
        <w:br/>
      </w:r>
      <w:r>
        <w:rPr>
          <w:sz w:val="20"/>
        </w:rPr>
        <w:t>31:44  maazallah min</w:t>
      </w:r>
      <w:r>
        <w:br/>
      </w:r>
      <w:r>
        <w:rPr>
          <w:sz w:val="20"/>
        </w:rPr>
        <w:t>31:51  qalbin fi jaufi to jahan jab aap nafrat bhar lenge apne seene mein sare insano ke liye nafrat kyunke aap ka system jo hai wo nahi wo qaim kar rahe hain to is bare mein mohabbat ilahi to khatam ho gayi aur phir doosron se aap nafrat karenge to dawat kahan dega unko dawat ki shart hai khair khwahi jab</w:t>
      </w:r>
      <w:r>
        <w:br/>
      </w:r>
      <w:r>
        <w:rPr>
          <w:sz w:val="20"/>
        </w:rPr>
        <w:t>32:14  insan se khair khwahi nahi to to dawat bhi nahi</w:t>
      </w:r>
      <w:r>
        <w:br/>
      </w:r>
      <w:r>
        <w:rPr>
          <w:sz w:val="20"/>
        </w:rPr>
        <w:t>32:20  insan se khair khwahi nahi dawat bhi nahi ab mein aap ko ek hadith sunata hoon jo bohat hi ba-mani hai agarche sharheen ne is ko ahmiyat ke sath samjha nahi ek hadith hai jo mukhtalif kitabon mein ayi hai aur mishkat mein is ka number hai 197</w:t>
      </w:r>
      <w:r>
        <w:br/>
      </w:r>
      <w:r>
        <w:rPr>
          <w:sz w:val="20"/>
        </w:rPr>
        <w:t>32:46  is ke alfaz yeh hain ke innalah farza faraiz fala tujhe yuha wahad hudoodan fala ta'tadwah</w:t>
      </w:r>
      <w:r>
        <w:br/>
      </w:r>
      <w:r>
        <w:rPr>
          <w:sz w:val="20"/>
        </w:rPr>
        <w:t>33:06  wahurrumatun fala tantakukooh</w:t>
      </w:r>
      <w:r>
        <w:br/>
      </w:r>
      <w:r>
        <w:rPr>
          <w:sz w:val="20"/>
        </w:rPr>
        <w:t>33:10  is ke baad farmaya ke wasakata in ashya min ghair nithani fala tuwasi mujhe isi aakhri tukre se</w:t>
      </w:r>
      <w:r>
        <w:br/>
      </w:r>
      <w:r>
        <w:rPr>
          <w:sz w:val="20"/>
        </w:rPr>
        <w:t>33:17  matlab hai yani is hadith mein bataya gaya hai ke ye ye allah taala ne ye bataya ye</w:t>
      </w:r>
      <w:r>
        <w:br/>
      </w:r>
      <w:r>
        <w:rPr>
          <w:sz w:val="20"/>
        </w:rPr>
        <w:t>33:23  bataya bataya is mein ye hai ke</w:t>
      </w:r>
      <w:r>
        <w:br/>
      </w:r>
      <w:r>
        <w:rPr>
          <w:sz w:val="20"/>
        </w:rPr>
        <w:t>33:27  allah kuch cheezon ke bare mein khamosh raha hai baghair bhule hue to tum us se behas mat</w:t>
      </w:r>
      <w:r>
        <w:br/>
      </w:r>
      <w:r>
        <w:rPr>
          <w:sz w:val="20"/>
        </w:rPr>
        <w:t>33:34  karo wasakata in ashya min ghair nithani fala tuwasi</w:t>
      </w:r>
      <w:r>
        <w:br/>
      </w:r>
      <w:r>
        <w:rPr>
          <w:sz w:val="20"/>
        </w:rPr>
        <w:t>33:43  na yani Allah ne tum ko hidayaten jo di hain jo talimat quran Allah ki taraf se ayi hain is mein kuch cheezen ghair mazkoor hain</w:t>
      </w:r>
      <w:r>
        <w:br/>
      </w:r>
      <w:r>
        <w:rPr>
          <w:sz w:val="20"/>
        </w:rPr>
        <w:t>33:56  to is ghair mazkoor ko behas kar ke apna waqt zaya na karo kyunke woh ghair mazkoor jo hain woh woh maqsood ke taur par wohi maqsood ilahi hai</w:t>
      </w:r>
      <w:r>
        <w:br/>
      </w:r>
      <w:r>
        <w:rPr>
          <w:sz w:val="20"/>
        </w:rPr>
        <w:t>34:10  wasakata ashya min ghair nithani fala tawsa'na yani Allah chup raha hai kuch cheezon ke bare mein baghair bhule hue to to woh behas mat karo ab aap sochiye is ke bare mein</w:t>
      </w:r>
      <w:r>
        <w:br/>
      </w:r>
      <w:r>
        <w:rPr>
          <w:sz w:val="20"/>
        </w:rPr>
        <w:t>34:25  to jin logon ne islam ka political interpretation diya jinhon ne islam ka mukammal nizam bataya jinhon ne is qism ke paise nikale woh yahi to kiya unhon ne ke Allah ne jin cheezon ko zikr nahi kiya tha jin ke bare mein woh sukoot ikhtiyar kiya tha us par behas kar rahe hain us par behas kar rahe hain us pe behas kar rahe hain bilkul literal taur par sahi yeh baat hai jo mein arz kar raha hoon</w:t>
      </w:r>
      <w:r>
        <w:br/>
      </w:r>
      <w:r>
        <w:rPr>
          <w:sz w:val="20"/>
        </w:rPr>
        <w:t>34:53  ke Allah ne quran jo quran utara aur rasool Allah ne jo is ki tashreeh ki dono ko le kar mein keh raha hoon is mein kahin bhi zikr nahi hai is baat ka ke islam mein hukoomat qaim karo islam mein qanoon nafiz karo</w:t>
      </w:r>
      <w:r>
        <w:br/>
      </w:r>
      <w:r>
        <w:rPr>
          <w:sz w:val="20"/>
        </w:rPr>
        <w:t>35:13  aqim dawlatul islam naffiz shariatul islam yeh alfaz kahan hain</w:t>
      </w:r>
      <w:r>
        <w:br/>
      </w:r>
      <w:r>
        <w:rPr>
          <w:sz w:val="20"/>
        </w:rPr>
        <w:t>35:19  yeh log jo batate hain is ke mutabiq to aise alfaz hone chahiye ke aqim dawlatul islam naffiz shariatul islam islam mein hukoomat qaim karo islam mein qanoon ko nafiz karo yeh to koi hai nahi sare quran mein na na hadith mein bhi nahi nahi hai to is ka matlab hai ke yeh woh hissa hai jahan Allah ne sukoot farmaya yeh bohat hi serious baat hai sochne ki</w:t>
      </w:r>
      <w:r>
        <w:br/>
      </w:r>
      <w:r>
        <w:rPr>
          <w:sz w:val="20"/>
        </w:rPr>
        <w:t>35:49  wasakata ashya min ghair nithani fala tawsa'na</w:t>
      </w:r>
      <w:r>
        <w:br/>
      </w:r>
      <w:r>
        <w:rPr>
          <w:sz w:val="20"/>
        </w:rPr>
        <w:t>35:53  to kya hai ke yeh yeh woh yeh woh maidan hai yeh woh daira hai jis mein Allah ne Allah ke peghambar ne sukoot ikhtiyar farmaya hai ab log is ko khud se is mein nikal nikal kar ke aur aise dawe kar rahe hain jis ka koi saboot quran o hadith mein nahi hai</w:t>
      </w:r>
      <w:r>
        <w:br/>
      </w:r>
      <w:r>
        <w:rPr>
          <w:sz w:val="20"/>
        </w:rPr>
        <w:t>36:20  to kitna bara yani jisarat tha ghaur kijiye kitni bari zimmedari apne sar le rahe hain woh log ke jis mamle mein Allah ne sukoot ikhtiyar farmaya hai us ko apni taraf se nikal nikal kar bayan kar rahe hain to sukoot jo tha kisi kami ki wajah se nahi tha</w:t>
      </w:r>
      <w:r>
        <w:br/>
      </w:r>
      <w:r>
        <w:rPr>
          <w:sz w:val="20"/>
        </w:rPr>
        <w:t>36:40  sukoot is liye tha ke agar is is mamle mein tum khud se koi addition karoge izafa karoge to kya hoga abadi ladai abadi nafrat ab wohi ho gaya is zamane mein musalman jo lad rahe hain is ki wahid wajah political interpretation hai</w:t>
      </w:r>
      <w:r>
        <w:br/>
      </w:r>
      <w:r>
        <w:rPr>
          <w:sz w:val="20"/>
        </w:rPr>
        <w:t>37:03  wahid wajah hai har jagah aap musalman lad rahe hain har jagah aap musalman lad rahe hain nahi lad rahe to kam az kam nafrat kar rahe hain</w:t>
      </w:r>
      <w:r>
        <w:br/>
      </w:r>
      <w:r>
        <w:rPr>
          <w:sz w:val="20"/>
        </w:rPr>
        <w:t>37:10  is ka ek hi sabab hai woh hai political interpretation of islam</w:t>
      </w:r>
      <w:r>
        <w:br/>
      </w:r>
      <w:r>
        <w:rPr>
          <w:sz w:val="20"/>
        </w:rPr>
        <w:t>37:19  arab arab dunya mein syed qutb is ke champion hain un ki aap tafsir padhiye fi zilal al quran woh isi qism ki baton se bhari hui hai lekin bayania andaaz khateebana andaaz mein koi is mein daleel daleel nahi hoti jo chahe padh le is ko</w:t>
      </w:r>
      <w:r>
        <w:br/>
      </w:r>
      <w:r>
        <w:rPr>
          <w:sz w:val="20"/>
        </w:rPr>
        <w:t>37:37  is kitab ko arabi mein bhi hai urdu mein bhi hai english mein bhi hai koi bhi shakhs padh ke mujhe bataye ke kahan unhon ne bataya hai ke daleel ke sath ke islam hukum deta hai ke hukoomat qaim karo qanoon nafiz karo daleel ke sath kahan bataya hai</w:t>
      </w:r>
      <w:r>
        <w:br/>
      </w:r>
      <w:r>
        <w:rPr>
          <w:sz w:val="20"/>
        </w:rPr>
        <w:t>38:00  aur jo logon ne is tarah kitaben likhi hain is mozu par sab ka hal yeh hai ke bayania andaaz mein kitaben hain un ki</w:t>
      </w:r>
      <w:r>
        <w:br/>
      </w:r>
      <w:r>
        <w:rPr>
          <w:sz w:val="20"/>
        </w:rPr>
        <w:t>38:07  daleel ke sath nahi hain to Allah taala ke sukoot bohat hi meaningful tha yeh mein kehna chahta hoon</w:t>
      </w:r>
      <w:r>
        <w:br/>
      </w:r>
      <w:r>
        <w:rPr>
          <w:sz w:val="20"/>
        </w:rPr>
        <w:t>38:18  allah ta'ala ka yeh sukoot jo tha bohat meaning full tha ke is ne fard ke liye to sab kuch bata diya ijtima ke liye sirf kuch isharay hain bas aur kuch is se ziyada kuch nahi hai</w:t>
      </w:r>
      <w:r>
        <w:br/>
      </w:r>
      <w:r>
        <w:rPr>
          <w:sz w:val="20"/>
        </w:rPr>
        <w:t>38:31  kyun ke fard jo hai jis ko allah ta'ala ne fard ke liye jo kuch bataya hai is ke liye to mein apne kamray mein is ka amal karun to koi problem nahi woh ek no problem islam hai fard ke liye jo islam hai woh ek no problem islam hai</w:t>
      </w:r>
      <w:r>
        <w:br/>
      </w:r>
      <w:r>
        <w:rPr>
          <w:sz w:val="20"/>
        </w:rPr>
        <w:t>38:49  fard ke liye jo islam ki taleemat hain is ke lehaz se ap dekhiye to islam ek no problem religion hai no problem religion hai</w:t>
      </w:r>
      <w:r>
        <w:br/>
      </w:r>
      <w:r>
        <w:rPr>
          <w:sz w:val="20"/>
        </w:rPr>
        <w:t>38:58  lekin jaise hi ap kahain ge ke ek mukammal system hai hamein har jagah islam mein hukoomat qaim karna hai to full for islam ek problem religion ban jata hai problem religion aur phir ladiye ladiye ladiye nafrat kijiye nafrat kijiye nafrat kijiye tashaddud kijiye tashaddud kijiye aur kuch na banaye to aakhir mein suicide bombing kijiye</w:t>
      </w:r>
      <w:r>
        <w:br/>
      </w:r>
      <w:r>
        <w:rPr>
          <w:sz w:val="20"/>
        </w:rPr>
        <w:t>39:25  to kitni bari bhool hai jis mein sari ummat e muslema mubtala hai sari ki sari ummat e muslema agar ap ka khayal ho ke nahi mubtala to mujhe naam bataiye us kitab bataiye woh kitab kon si hai jo sabit karti hai ke log is bhool mein mubtala nahi hain</w:t>
      </w:r>
      <w:r>
        <w:br/>
      </w:r>
      <w:r>
        <w:rPr>
          <w:sz w:val="20"/>
        </w:rPr>
        <w:t>39:48  printing press ka zamanay aya isi zamanay mein yeh fitna phaila phaila hai printing press ke zamanay mein</w:t>
      </w:r>
      <w:r>
        <w:br/>
      </w:r>
      <w:r>
        <w:rPr>
          <w:sz w:val="20"/>
        </w:rPr>
        <w:t>39:58  printing press allah ta'ala ne paida kiya tha ta ke hum islam ka ta'amiri kaam karein marifat par kitabein likhein allah ki mohabbat aur khauf par kitabein likhein dawat ke mozu par kitabein likhein lekin kitabein log likh dali kya isi tarah jhagray walay mozu par</w:t>
      </w:r>
      <w:r>
        <w:br/>
      </w:r>
      <w:r>
        <w:rPr>
          <w:sz w:val="20"/>
        </w:rPr>
        <w:t>40:19  to printing press ek fitna ban gaya bohat hi ajeeb baat hai</w:t>
      </w:r>
      <w:r>
        <w:br/>
      </w:r>
      <w:r>
        <w:rPr>
          <w:sz w:val="20"/>
        </w:rPr>
        <w:t>40:29  to yeh baat jo mein kar raha hoon yeh shikayat ke liye nahi balkay ap log jo is mission mein juri hui hain woh samjhein ke un ka kya karna hai un ko kya zimmedari un ki hai is ko samajhne ke liye</w:t>
      </w:r>
      <w:r>
        <w:br/>
      </w:r>
      <w:r>
        <w:rPr>
          <w:sz w:val="20"/>
        </w:rPr>
        <w:t>40:49  ke ummat ek dadal mein phansi hui hai is se hamein nikalna hai to ye baat mein kisi</w:t>
      </w:r>
      <w:r>
        <w:br/>
      </w:r>
      <w:r>
        <w:rPr>
          <w:sz w:val="20"/>
        </w:rPr>
        <w:t>40:53  tanqeed ke taur par keh raha hoon na shikayat ke taur par balkeh ap ko ap ki zimme</w:t>
      </w:r>
      <w:r>
        <w:br/>
      </w:r>
      <w:r>
        <w:rPr>
          <w:sz w:val="20"/>
        </w:rPr>
        <w:t>40:59  dari yaad dilane ke liye keh raha hoon</w:t>
      </w:r>
      <w:r>
        <w:br/>
      </w:r>
      <w:r>
        <w:rPr>
          <w:sz w:val="20"/>
        </w:rPr>
        <w:t>41:03  kaam ka nature kya hai is ko batane ke liye keh raha hoon</w:t>
      </w:r>
      <w:r>
        <w:br/>
      </w:r>
      <w:r>
        <w:rPr>
          <w:sz w:val="20"/>
        </w:rPr>
        <w:t>41:08  ummat e muslima ke islah ka jo</w:t>
      </w:r>
      <w:r>
        <w:br/>
      </w:r>
      <w:r>
        <w:rPr>
          <w:sz w:val="20"/>
        </w:rPr>
        <w:t>41:13  starting point hai is ko wazeh karne ke liye keh raha hoon</w:t>
      </w:r>
      <w:r>
        <w:br/>
      </w:r>
      <w:r>
        <w:rPr>
          <w:sz w:val="20"/>
        </w:rPr>
        <w:t>41:21  to hum sab ka yeh farz hai ke hum</w:t>
      </w:r>
      <w:r>
        <w:br/>
      </w:r>
      <w:r>
        <w:rPr>
          <w:sz w:val="20"/>
        </w:rPr>
        <w:t>41:26  is mamlay mein jo poori dunya ke musalmanon mein jo ek ek ek ek ek ghalat zehan ban gaya hai aur is ghalat zehan ne musalmanon ko mehroom kar diya hai positive thinking se mohabbat insani se dawat e allah se creative thinking se har cheez se mehroom kar diya hai</w:t>
      </w:r>
      <w:r>
        <w:br/>
      </w:r>
      <w:r>
        <w:rPr>
          <w:sz w:val="20"/>
        </w:rPr>
        <w:t>41:51  ab musalman sirf kha kama rahe hain bas khane kamane ke siwa woh kahin dikhai nahi dete woh</w:t>
      </w:r>
      <w:r>
        <w:br/>
      </w:r>
      <w:r>
        <w:rPr>
          <w:sz w:val="20"/>
        </w:rPr>
        <w:t>42:01  yani is zamanay mein jo mawaqe mile hain khane kamane ke ghar banao ghar khareedo aur beton ko parhao isi mein nazar aate hain mus</w:t>
      </w:r>
      <w:r>
        <w:br/>
      </w:r>
      <w:r>
        <w:rPr>
          <w:sz w:val="20"/>
        </w:rPr>
        <w:t>42:09  alman baqi jo maidan hai marifat ka aur dawat e allah ka aur</w:t>
      </w:r>
      <w:r>
        <w:br/>
      </w:r>
      <w:r>
        <w:rPr>
          <w:sz w:val="20"/>
        </w:rPr>
        <w:t>42:21  education ka is mein dikhai nahi dete woh kyun isi isi ki wajah se</w:t>
      </w:r>
      <w:r>
        <w:br/>
      </w:r>
      <w:r>
        <w:rPr>
          <w:sz w:val="20"/>
        </w:rPr>
        <w:t>42:32  to yeh bohat ziyada sochne wali baat hai</w:t>
      </w:r>
      <w:r>
        <w:br/>
      </w:r>
      <w:r>
        <w:rPr>
          <w:sz w:val="20"/>
        </w:rPr>
        <w:t>42:38  bohat ziyada sochne wali baat hai</w:t>
      </w:r>
      <w:r>
        <w:br/>
      </w:r>
      <w:r>
        <w:rPr>
          <w:sz w:val="20"/>
        </w:rPr>
        <w:t>42:44  mein kahoon ke yeh jar ki baat hai</w:t>
      </w:r>
      <w:r>
        <w:br/>
      </w:r>
      <w:r>
        <w:rPr>
          <w:sz w:val="20"/>
        </w:rPr>
        <w:t>42:49  to meri dua hai ke allah ta'ala mujh ko aur ap ko tofeeq de ke hum deen ko is ki asal rooh ke sath samjhein aur phir is ko dunya walon tak pohnchayein khud samajhna aur doosron ko batana</w:t>
      </w:r>
      <w:r>
        <w:br/>
      </w:r>
      <w:r>
        <w:rPr>
          <w:sz w:val="20"/>
        </w:rPr>
        <w:t>43:11  yeh hamara mission hai lekin allah ki tofeeq ke baghair aadmi na to baat ko samajhta aur na is ko follow kar sakta baat ko samajhna bhi allah ki tofeeq is ke liye chahiye aur is par amal karna is par bhi allah ki tofeeq chahiye</w:t>
      </w:r>
      <w:r>
        <w:br/>
      </w:r>
      <w:r>
        <w:rPr>
          <w:sz w:val="20"/>
        </w:rPr>
        <w:t>43:33  to mein apne liye aur ap ke liye yeh dua karta hoon ke allah ta'ala mujh ko aur ap ko yeh tofeeq de ta ke hum</w:t>
      </w:r>
      <w:r>
        <w:br/>
      </w:r>
      <w:r>
        <w:rPr>
          <w:sz w:val="20"/>
        </w:rPr>
        <w:t>43:46  allah ke haan pohanchayen kyun ke beharhaal maut ani hai aur allah ka samna pesh ana hai</w:t>
      </w:r>
      <w:r>
        <w:br/>
      </w:r>
      <w:r>
        <w:rPr>
          <w:sz w:val="20"/>
        </w:rPr>
        <w:t>43:57  to is waqt hum allah ke woh bande qarar payein jin ke liye allah jannat ka faisla farmaye yeh hai hamara goal yeh hamara nishana</w:t>
      </w:r>
      <w:r>
        <w:br/>
      </w:r>
      <w:r>
        <w:rPr>
          <w:sz w:val="20"/>
        </w:rPr>
        <w:t>44:15  to isi ke liye mein dua karta hoon apne liye bhi isi liye dua karta hoon ap ke liye bhi</w:t>
      </w:r>
      <w:r>
        <w:br/>
      </w:r>
      <w:r>
        <w:rPr>
          <w:sz w:val="20"/>
        </w:rPr>
        <w:t>44:23  wahi kamyab hai haqeeqat mein jis aitbar se kamyab hua aur wahi nakam hai jo is aitbar se nakam hua</w:t>
      </w:r>
      <w:r>
        <w:br/>
      </w:r>
      <w:r>
        <w:rPr>
          <w:sz w:val="20"/>
        </w:rPr>
        <w:t>44:37  yahi yani isi ka naam hai islami zindagi isi ka naam hai sirat e mustaqeem aur baghair allah ki tofeeq se ye cheez kisi ko hasil nahi ho sakti</w:t>
      </w:r>
      <w:r>
        <w:br/>
      </w:r>
      <w:r>
        <w:rPr>
          <w:sz w:val="20"/>
        </w:rPr>
        <w:t>44:55  aqool qawli haza wastaghfirullaha li walakum ajmaeen</w:t>
      </w:r>
    </w:p>
    <w:p>
      <w:pPr>
        <w:pStyle w:val="Heading2"/>
      </w:pPr>
      <w:r>
        <w:t>How to Explain Complete Peace to Border Pathans</w:t>
      </w:r>
    </w:p>
    <w:p>
      <w:r>
        <w:rPr>
          <w:color w:val="666666"/>
          <w:sz w:val="18"/>
        </w:rPr>
        <w:t>Society &amp; Dawah · Q&amp;A 20 Nov 2011 Maulana Wahiduddin Khan · 6m 27s · at 31:54 · https://youtu.be/7sNDn8Y6jUc?t=1914</w:t>
      </w:r>
    </w:p>
    <w:p>
      <w:r>
        <w:rPr>
          <w:i/>
        </w:rPr>
        <w:t>“Since Islam is for everyone and takes everyone into consideration, how can we explain the message of complete peace to the border Pathans or people of their temperament? The Quran also makes allowance for them, saying an eye for an eye, a hand for a hand, etc., but if you forgo retaliation and forgive, it is better if you know. What is the reason for their temperament—is it because they are Pathans, border Pathans, or people of similar temperament?”</w:t>
      </w:r>
    </w:p>
    <w:p>
      <w:r>
        <w:rPr>
          <w:sz w:val="20"/>
        </w:rPr>
        <w:t>31:54  maulana agla sawal kya hai mister shakeel ahmed ne dilli se. unhon ne likha hai. jaisa ke islam sab ke liye hai aur is mein sabhi ki riayat ki gayi hai to hum sarhadi pathan ya un ke mizaj ke logon ko mukammal peace ki baat kaise samjhayein?</w:t>
      </w:r>
      <w:r>
        <w:br/>
      </w:r>
      <w:r>
        <w:rPr>
          <w:sz w:val="20"/>
        </w:rPr>
        <w:t>32:14  jabke quran mein bhi un ki riayat ki gayi hai ke aankh ka badla aankh, hath ka badla hath wagera lekin zulm na ho aur maaf kar do to behtar hai agar tum jante ho.</w:t>
      </w:r>
      <w:r>
        <w:br/>
      </w:r>
      <w:r>
        <w:rPr>
          <w:sz w:val="20"/>
        </w:rPr>
        <w:t>32:31  kis ki wajah se? pathan? pathan sarhadi pathan ya un ke jaise mizaj ke log? dekhein yeh jo pathan log hain afghani log hain yeh asal mein mamla hai ke woh tribal culture par hain.</w:t>
      </w:r>
      <w:r>
        <w:br/>
      </w:r>
      <w:r>
        <w:rPr>
          <w:sz w:val="20"/>
        </w:rPr>
        <w:t>32:45  tribal culture mein sab se bari cheez hoti thi revenge inteqam.</w:t>
      </w:r>
      <w:r>
        <w:br/>
      </w:r>
      <w:r>
        <w:rPr>
          <w:sz w:val="20"/>
        </w:rPr>
        <w:t>32:50  yeh jo in ka aap dekhte hain maar dhaad woh is ka talluq islam se nahi hai. woh jehad ka naam lein tab bhi islam se nahi hai. woh hai tribal culture.</w:t>
      </w:r>
      <w:r>
        <w:br/>
      </w:r>
      <w:r>
        <w:rPr>
          <w:sz w:val="20"/>
        </w:rPr>
        <w:t>32:59  tribal culture mein kya hota tha? inteqam sab se bari cheez in ke haan hai. main jab afghanistan gaya tha</w:t>
      </w:r>
      <w:r>
        <w:br/>
      </w:r>
      <w:r>
        <w:rPr>
          <w:sz w:val="20"/>
        </w:rPr>
        <w:t>33:08  to ek naujawan se poocha maine tum kya karte ho? to us ne kaha ke main meri maan mujh ko school bhejti hai parhne ke liye.</w:t>
      </w:r>
      <w:r>
        <w:br/>
      </w:r>
      <w:r>
        <w:rPr>
          <w:sz w:val="20"/>
        </w:rPr>
        <w:t>33:18  phir khud hi kehta hai ke mujhe parhna parhna nahi hai. mujhe to aap ne dada ya kaha tha baap kaha tha is ka badla lena hai.</w:t>
      </w:r>
      <w:r>
        <w:br/>
      </w:r>
      <w:r>
        <w:rPr>
          <w:sz w:val="20"/>
        </w:rPr>
        <w:t>33:28  us ke dada ya baap ko kisi ne maar dala tha. to bas us ke zehan mein sab se bari cheez parhna nahi hai. is ka inteqam jab tak na le woh is ka yaani mamle ka pakka nahi hoga.</w:t>
      </w:r>
      <w:r>
        <w:br/>
      </w:r>
      <w:r>
        <w:rPr>
          <w:sz w:val="20"/>
        </w:rPr>
        <w:t>33:44  to yeh sirf arbon mein yahi tha. yaani arbon mein bhi ladai bhadai hoti rehti thi inteqam ki wajah se.</w:t>
      </w:r>
      <w:r>
        <w:br/>
      </w:r>
      <w:r>
        <w:rPr>
          <w:sz w:val="20"/>
        </w:rPr>
        <w:t>33:51  to tribal culture mein har jagah jahan bhi tribal culture hai wahan par sab se bari cheez hoti hai revenge inteqam. is ka talluq islam se kuch bhi nahi hai.</w:t>
      </w:r>
      <w:r>
        <w:br/>
      </w:r>
      <w:r>
        <w:rPr>
          <w:sz w:val="20"/>
        </w:rPr>
        <w:t>34:01  woh jehad ka naam lete hain tab bhi woh inteqami hai woh jehad nahi hai. to is ki wajah kya hai? is ki taleem nahi hui.</w:t>
      </w:r>
      <w:r>
        <w:br/>
      </w:r>
      <w:r>
        <w:rPr>
          <w:sz w:val="20"/>
        </w:rPr>
        <w:t>34:09  jahan jahan taleem hui hai. main khud bhi ek afghani hoon. wohin se hamare baap dada aaye the. lekin taleem ne mere zehan mein badal diya.</w:t>
      </w:r>
      <w:r>
        <w:br/>
      </w:r>
      <w:r>
        <w:rPr>
          <w:sz w:val="20"/>
        </w:rPr>
        <w:t>34:19  asal cheez jo zarurat hai in in logo mein woh yeh hai ke khoob taleem phailai jaye. khoob taleem phailai jaye.</w:t>
      </w:r>
      <w:r>
        <w:br/>
      </w:r>
      <w:r>
        <w:rPr>
          <w:sz w:val="20"/>
        </w:rPr>
        <w:t>34:26  taake qadeem riwayat jo hain woh khatm ho jayein aur naye tarz par sochna unko aa jaye. aur koi hal nahi hai. siwaye taleem ke aur koi hal nahi hai wahan par.</w:t>
      </w:r>
      <w:r>
        <w:br/>
      </w:r>
      <w:r>
        <w:rPr>
          <w:sz w:val="20"/>
        </w:rPr>
        <w:t>34:40  maulana faizuddin umri ne karnataka se likha hai. aap ne farmaya tha ke jo log sachai ko sirf kisi insan ke batane se maan lein woh sachai ko underestimate karte hain.</w:t>
      </w:r>
      <w:r>
        <w:br/>
      </w:r>
      <w:r>
        <w:rPr>
          <w:sz w:val="20"/>
        </w:rPr>
        <w:t>34:56  sachai ko sirf is insan ne jana jis ne use us ko self discovery ke level par daryaft kiya. is baat ko aap wazeh farmayein.</w:t>
      </w:r>
      <w:r>
        <w:br/>
      </w:r>
      <w:r>
        <w:rPr>
          <w:sz w:val="20"/>
        </w:rPr>
        <w:t>35:07  dekhein yeh aala mayar hai. har cheez mein do mayar hote hain. ek aala ek secondary. toh aala mayar toh yahi hai.</w:t>
      </w:r>
      <w:r>
        <w:br/>
      </w:r>
      <w:r>
        <w:rPr>
          <w:sz w:val="20"/>
        </w:rPr>
        <w:t>35:16  lekin har aadmi yeh nahi kar sakta aisa. is wajah se main manta hoon ke kisi ko jis koi aalim jis par us ko bharosa ho us ki baat ko maan le woh.</w:t>
      </w:r>
      <w:r>
        <w:br/>
      </w:r>
      <w:r>
        <w:rPr>
          <w:sz w:val="20"/>
        </w:rPr>
        <w:t>35:30  toh ek hai woh iman jo self discovery discovery pe khada ho yani khud daryaft kardah iman.</w:t>
      </w:r>
      <w:r>
        <w:br/>
      </w:r>
      <w:r>
        <w:rPr>
          <w:sz w:val="20"/>
        </w:rPr>
        <w:t>35:40  lekin yeh aala mayar hai sab log yahan tak nahi pahunch sakte. aam logo ke liye main kehta hoon ke un ke liye taqleed hai. yani kisi aalim ko pakad lein jis par un ko bharosa ho woh jo kahe woh karein.</w:t>
      </w:r>
      <w:r>
        <w:br/>
      </w:r>
      <w:r>
        <w:rPr>
          <w:sz w:val="20"/>
        </w:rPr>
        <w:t>35:52  bas.</w:t>
      </w:r>
      <w:r>
        <w:br/>
      </w:r>
      <w:r>
        <w:rPr>
          <w:sz w:val="20"/>
        </w:rPr>
        <w:t>35:57  mister abdul rasheed ne dilli se likha hai. maujooda zamane ke musalmanon ke andar shaoori iman nahi hai.</w:t>
      </w:r>
      <w:r>
        <w:br/>
      </w:r>
      <w:r>
        <w:rPr>
          <w:sz w:val="20"/>
        </w:rPr>
        <w:t>36:07  isi tarah hindu bhaiyon ke andar bhi shaoori maujood nahi. shaoor maujood nahi. aisi halat mein dono qomon ke beech dawat ka asarangez kaam kaise kiya jaye?</w:t>
      </w:r>
      <w:r>
        <w:br/>
      </w:r>
      <w:r>
        <w:rPr>
          <w:sz w:val="20"/>
        </w:rPr>
        <w:t>36:21  ek hi hai ke shor paida kijiye. un ke andar bhi un ke andar bhi.</w:t>
      </w:r>
      <w:r>
        <w:br/>
      </w:r>
      <w:r>
        <w:rPr>
          <w:sz w:val="20"/>
        </w:rPr>
        <w:t>36:29  is mein toh koi do tarah ka nahi hoga.</w:t>
      </w:r>
      <w:r>
        <w:br/>
      </w:r>
      <w:r>
        <w:rPr>
          <w:sz w:val="20"/>
        </w:rPr>
        <w:t>36:37  main jahan tak samjha hai asal cheez jo baat janne ki hai yaad rakhiye woh hai creation plan of god.</w:t>
      </w:r>
      <w:r>
        <w:br/>
      </w:r>
      <w:r>
        <w:rPr>
          <w:sz w:val="20"/>
        </w:rPr>
        <w:t>36:47  asal cheez yeh hai. aaj hi subah main soch raha tha ke</w:t>
      </w:r>
      <w:r>
        <w:br/>
      </w:r>
      <w:r>
        <w:rPr>
          <w:sz w:val="20"/>
        </w:rPr>
        <w:t>36:53  rozana log paida hote hain rozana mar jate hain. toh maut ke baad kya pesh aane wala hai us se bilkul bekhabar.</w:t>
      </w:r>
      <w:r>
        <w:br/>
      </w:r>
      <w:r>
        <w:rPr>
          <w:sz w:val="20"/>
        </w:rPr>
        <w:t>37:03  duniya mein samajhte hain jab tak zinda hain woh ke kamayo ghar banao family</w:t>
      </w:r>
      <w:r>
        <w:br/>
      </w:r>
      <w:r>
        <w:rPr>
          <w:sz w:val="20"/>
        </w:rPr>
        <w:t>37:10  ko khush karo wagera. lekin marte hi achaanak ek nayi surat-e-haal. us se bilkul bekhabar hain log. aap kahin bhi jaiye na maut ka charcha hai na akhirat ka charcha hai na hashar ka charcha hai na allah ke samne accountability ka charcha hai.</w:t>
      </w:r>
      <w:r>
        <w:br/>
      </w:r>
      <w:r>
        <w:rPr>
          <w:sz w:val="20"/>
        </w:rPr>
        <w:t>37:27  toh asal masla yeh hai chahe hindu ho ya musalman.</w:t>
      </w:r>
      <w:r>
        <w:br/>
      </w:r>
      <w:r>
        <w:rPr>
          <w:sz w:val="20"/>
        </w:rPr>
        <w:t>37:31  musalman bhi jo bazahir deendar aap samajhte hain jin ko woh bhi un ka wahi deendari hai. form ki ho form wali. dekhein deendari woh hai jahan insan ke andar allah ki azmat ho.</w:t>
      </w:r>
      <w:r>
        <w:br/>
      </w:r>
      <w:r>
        <w:rPr>
          <w:sz w:val="20"/>
        </w:rPr>
        <w:t>37:47  allah ka khauf ho. allah se mohabbat ho. allah ki pakad ka andesha ho. nahi toh koi deendari kuch bhi nahi. deendari kisi waza qata ka naam nahi hai.</w:t>
      </w:r>
      <w:r>
        <w:br/>
      </w:r>
      <w:r>
        <w:rPr>
          <w:sz w:val="20"/>
        </w:rPr>
        <w:t>37:57  kisi ritual ka naam nahi hai. deendari kisi form ka naam nahi hai. deendari taalluq billah ka naam hai. toh woh hindu musalman ke aitbar se na dekhiye insan ke aitbar se dekhiye aap.</w:t>
      </w:r>
      <w:r>
        <w:br/>
      </w:r>
      <w:r>
        <w:rPr>
          <w:sz w:val="20"/>
        </w:rPr>
        <w:t>38:10  ke woh insan kis kis tarah ki zindagi guzar raha hai woh. insan ke aitbar se insano ko dekhiye na ke hindu muslim ke aitbar se.</w:t>
      </w:r>
    </w:p>
    <w:p>
      <w:pPr>
        <w:pStyle w:val="Heading2"/>
      </w:pPr>
      <w:r>
        <w:t>How to make people understand political power's purpose?</w:t>
      </w:r>
    </w:p>
    <w:p>
      <w:r>
        <w:rPr>
          <w:color w:val="666666"/>
          <w:sz w:val="18"/>
        </w:rPr>
        <w:t>Society &amp; Dawah · The Importance of the Quran May 15, 2016 Maulana Wahiduddin Khan · 5m 12s · at 56:23 · https://youtu.be/9a-OOUR_bLg?t=3383</w:t>
      </w:r>
    </w:p>
    <w:p>
      <w:r>
        <w:rPr>
          <w:i/>
        </w:rPr>
        <w:t>“Maulana, you said political power is for stability. How can people be made to understand this? Please give us your guidance.”</w:t>
      </w:r>
    </w:p>
    <w:p>
      <w:r>
        <w:rPr>
          <w:sz w:val="20"/>
        </w:rPr>
        <w:t>56:23  Maulana, agla sawal Dilli se kiya hai Miss Naghma Siddiqui ne aur unhone likha hai: "Maulana, you said political power is for stability.</w:t>
      </w:r>
      <w:r>
        <w:br/>
      </w:r>
      <w:r>
        <w:rPr>
          <w:sz w:val="20"/>
        </w:rPr>
        <w:t>56:35  How can people be made to understand this?</w:t>
      </w:r>
      <w:r>
        <w:br/>
      </w:r>
      <w:r>
        <w:rPr>
          <w:sz w:val="20"/>
        </w:rPr>
        <w:t>56:39  pliz giv as yor gaidans." dekhein, quran mein kahin bhi yeh nahi hai ke iqam daulat al-islam nafi shariat al-islamiyah kahin nahi hai.</w:t>
      </w:r>
      <w:r>
        <w:br/>
      </w:r>
      <w:r>
        <w:rPr>
          <w:sz w:val="20"/>
        </w:rPr>
        <w:t>56:54  yani ke is ke baad jo lafz hai, woh tamkeen ka lafz hai: "alladhina makkanna fi al-ard." to islam mein hukoomat ka purpose tamkeen hai, yani stebiliti.</w:t>
      </w:r>
      <w:r>
        <w:br/>
      </w:r>
      <w:r>
        <w:rPr>
          <w:sz w:val="20"/>
        </w:rPr>
        <w:t>57:09  naafiz nizam ka naafiz karna yeh hai hi nahi. kyun? asal jo kaam hai, woh dawat Allah ka kaam, islaahi akhlaq, social islaah, akhlaqi islaah aur literature zamane ke mutabiq literature tayyar karna.</w:t>
      </w:r>
      <w:r>
        <w:br/>
      </w:r>
      <w:r>
        <w:rPr>
          <w:sz w:val="20"/>
        </w:rPr>
        <w:t>57:29  jo asal kaam hai, is ke liye sirf stebiliti chahiye, hamein pis chahiye. baqi jo log bana rakha hai, us ko agar aap asal banayenge to raaj ho raha hoga.</w:t>
      </w:r>
      <w:r>
        <w:br/>
      </w:r>
      <w:r>
        <w:rPr>
          <w:sz w:val="20"/>
        </w:rPr>
        <w:t>57:40  is ki misaal misr hai ke misr mein unhone banaya yeh ke justice qaim karna. justice party banayi unhone to 60 saal se lad rahe hain, bas lad rahe hain, lad rahe hain, kuch bhi, kuch bhi nahi hua.</w:t>
      </w:r>
      <w:r>
        <w:br/>
      </w:r>
      <w:r>
        <w:rPr>
          <w:sz w:val="20"/>
        </w:rPr>
        <w:t>57:54  jabke misr mein dunya ki bohat zyada tadad aati thi, aati hai touriston ki.</w:t>
      </w:r>
      <w:r>
        <w:br/>
      </w:r>
      <w:r>
        <w:rPr>
          <w:sz w:val="20"/>
        </w:rPr>
        <w:t>58:03  yeh tourist jo hai, saare ke saare muaddal mad'u hain hamare liye. itna bara chance kho kho diya unhone 60 saal mein kyunke unko islam pahuncha nahi hai.</w:t>
      </w:r>
      <w:r>
        <w:br/>
      </w:r>
      <w:r>
        <w:rPr>
          <w:sz w:val="20"/>
        </w:rPr>
        <w:t>58:14  bhai, lar rahe hain jo hukumat aati hai, usay larte hain ke justice qaim karo.</w:t>
      </w:r>
      <w:r>
        <w:br/>
      </w:r>
      <w:r>
        <w:rPr>
          <w:sz w:val="20"/>
        </w:rPr>
        <w:t>58:23  is liye goal jo hai, wahi rahega jis se jo jo quran mein hai, yani taqeen, stability, is ki bane, is ko bane, is ki sharait sharah karti hui kaha ke stability se sare islam ke kaam anjam paate hain.</w:t>
      </w:r>
      <w:r>
        <w:br/>
      </w:r>
      <w:r>
        <w:rPr>
          <w:sz w:val="20"/>
        </w:rPr>
        <w:t>58:41  yeh taleem hai, dawat hai, jo islam ka asal kaam hai, yani spirit ka revival hai, woh sab ke liye stability chahiye.</w:t>
      </w:r>
      <w:r>
        <w:br/>
      </w:r>
      <w:r>
        <w:rPr>
          <w:sz w:val="20"/>
        </w:rPr>
        <w:t>58:55  stability se aati hai peace aur peace se sari opportunities khulti hain.</w:t>
      </w:r>
      <w:r>
        <w:br/>
      </w:r>
      <w:r>
        <w:rPr>
          <w:sz w:val="20"/>
        </w:rPr>
        <w:t>59:04  maulana, agla ek comment parhna chahenge jo miss farhana tahir sahibah ne bheja hai USA se aur unhon ne likha hai ke aap ne pichle lecture mein bilkul sahi kaha tha ke muslims agar tashaddud na karein to muslims bilkul azaad hain.</w:t>
      </w:r>
      <w:r>
        <w:br/>
      </w:r>
      <w:r>
        <w:rPr>
          <w:sz w:val="20"/>
        </w:rPr>
        <w:t>59:24  western log bohat achhe hain. nine eleven ke baad kuch waqeat hue musalman ke khilaaf lekin mostly jo log yahan par hain, woh achhe hain.</w:t>
      </w:r>
      <w:r>
        <w:br/>
      </w:r>
      <w:r>
        <w:rPr>
          <w:sz w:val="20"/>
        </w:rPr>
        <w:t>59:36  main hamesha apne husband se kehti hoon ke sab ko muskara kar greet karo. as we are ambassadors of islam, we should think positively and love them so that we can convey the message of islam to them.</w:t>
      </w:r>
      <w:r>
        <w:br/>
      </w:r>
      <w:r>
        <w:rPr>
          <w:sz w:val="20"/>
        </w:rPr>
        <w:t>59:55  maulana, ek aur comment aur sawal aaya hai miss salma ka pakistan se. un ka comment jo hai, pehle woh padhte hain.</w:t>
      </w:r>
      <w:r>
        <w:br/>
      </w:r>
      <w:r>
        <w:rPr>
          <w:sz w:val="20"/>
        </w:rPr>
        <w:t>1:00:04  unhon ne likha hai ke while distributing your tazkir, maulana sahib, i have discovered that giving full tazkir with commentary to students of deeni madrasa is more beneficial than just giving them only the translation.</w:t>
      </w:r>
      <w:r>
        <w:br/>
      </w:r>
      <w:r>
        <w:rPr>
          <w:sz w:val="20"/>
        </w:rPr>
        <w:t>1:00:22  my question is in one of your lectures while explaining the hadith of Ghazwa-e-Hind, you had mentioned about the good news of the Muslims of Hind which was mentioned in the hadith.</w:t>
      </w:r>
      <w:r>
        <w:br/>
      </w:r>
      <w:r>
        <w:rPr>
          <w:sz w:val="20"/>
        </w:rPr>
        <w:t>1:00:37  do the Muslims who reside in Pakistan are also included in it or not? what is your opinion in this?</w:t>
      </w:r>
      <w:r>
        <w:br/>
      </w:r>
      <w:r>
        <w:rPr>
          <w:sz w:val="20"/>
        </w:rPr>
        <w:t>1:00:47  kya baat hai? samjhaein ke maulana, woh jo Ghazwa-e-Hind ke hawale se jo hadith hai, hmm, ke mujhe wahan se thandi hawaein aati hain, to woh yeh janna chahti hai ke kya is Ghazwa-e-Hind ke is se tha?</w:t>
      </w:r>
      <w:r>
        <w:br/>
      </w:r>
      <w:r>
        <w:rPr>
          <w:sz w:val="20"/>
        </w:rPr>
        <w:t>1:01:02  to kya pakistan bhi is mein included hai? abhi aaye</w:t>
      </w:r>
      <w:r>
        <w:br/>
      </w:r>
      <w:r>
        <w:rPr>
          <w:sz w:val="20"/>
        </w:rPr>
        <w:t>1:01:11  pakistan, aap ne koi hind ka part samjha to hai? pakistan ne apne ko hind ka part samjha hai to zaroor hai. woh kya khayal hai aap ka?</w:t>
      </w:r>
      <w:r>
        <w:br/>
      </w:r>
      <w:r>
        <w:rPr>
          <w:sz w:val="20"/>
        </w:rPr>
        <w:t>1:01:21  ji, ji, maulana, is the same subcontinent. so in that context, ah, it can be construed as yes. haan, poora subcontinent mein to yahi samajhta hoon, poora subcontinent is ka is mein included hai.</w:t>
      </w:r>
    </w:p>
    <w:p>
      <w:pPr>
        <w:pStyle w:val="Heading2"/>
      </w:pPr>
      <w:r>
        <w:t>Ideal role of Muslim da'i in modern times</w:t>
      </w:r>
    </w:p>
    <w:p>
      <w:r>
        <w:rPr>
          <w:color w:val="666666"/>
          <w:sz w:val="18"/>
        </w:rPr>
        <w:t>Society &amp; Dawah · The Straight Path October 30, 2011 Maulana Wahiduddin Khan · 7m 15s · at 1:15:00 · https://youtu.be/PKFHe82Jz58?t=4500</w:t>
      </w:r>
    </w:p>
    <w:p>
      <w:r>
        <w:rPr>
          <w:i/>
        </w:rPr>
        <w:t>“What is the ideal role of a Muslim as a da'i (caller to Islam) in the modern context, when other ideologies are being more forcefully propagated?”</w:t>
      </w:r>
    </w:p>
    <w:p>
      <w:r>
        <w:rPr>
          <w:sz w:val="20"/>
        </w:rPr>
        <w:t>1:15:00  koi aawaaz aasman se aawaaz nahi aayegi. agla sawal Jammu o Kashmir se Abdul Qayyum Nadvi sahib ka hai.</w:t>
      </w:r>
      <w:r>
        <w:br/>
      </w:r>
      <w:r>
        <w:rPr>
          <w:sz w:val="20"/>
        </w:rPr>
        <w:t>1:15:08  unhone likha hai: "what is an ideal role of a muslim as a da'i in the modern context of things when other ideologies are being more forcefully propagated?" main to nahi maanta ke more forcefully woh propagate kar rahe hain.</w:t>
      </w:r>
      <w:r>
        <w:br/>
      </w:r>
      <w:r>
        <w:rPr>
          <w:sz w:val="20"/>
        </w:rPr>
        <w:t>1:15:25  jitna main padhta hoon, yaqeen kijiye ke without any exception hai ke confusion hota hai, kahin clarity nahi hoti.</w:t>
      </w:r>
      <w:r>
        <w:br/>
      </w:r>
      <w:r>
        <w:rPr>
          <w:sz w:val="20"/>
        </w:rPr>
        <w:t>1:15:33  agar aap ke nazdeek koi hai, kisi ke paas koi aisi kitaab jis mein clarity ho to mujhe bataayein us ka naam. kyunke dekhiye, jo sirat e mustaqeem hai, yeh jo Quran ka paigham hai, isi mein clarity hai, us ke bahar confusion hai.</w:t>
      </w:r>
      <w:r>
        <w:br/>
      </w:r>
      <w:r>
        <w:rPr>
          <w:sz w:val="20"/>
        </w:rPr>
        <w:t>1:15:50  wa ma ba'd al-haqq illadhalaal. haq ke ilawa jo hoga, us mein confusion hoga, contradiction hoga, inconsistency hogi.</w:t>
      </w:r>
      <w:r>
        <w:br/>
      </w:r>
      <w:r>
        <w:rPr>
          <w:sz w:val="20"/>
        </w:rPr>
        <w:t>1:16:00  yahi hai sab mein.</w:t>
      </w:r>
      <w:r>
        <w:br/>
      </w:r>
      <w:r>
        <w:rPr>
          <w:sz w:val="20"/>
        </w:rPr>
        <w:t>1:16:02  kyunke idhar is side pe log kuch kar nahi rahe hain. saare hamare ulama jo hain, one to all, without any exception, rawaiti baatein dohraate hain.</w:t>
      </w:r>
      <w:r>
        <w:br/>
      </w:r>
      <w:r>
        <w:rPr>
          <w:sz w:val="20"/>
        </w:rPr>
        <w:t>1:16:13  koi mujhe ek bhi aalim nahi maloom jo aaj ke mind ko padhe, us ke lihaaz se us ko address kare. to kya hoga? yeh hoga woh forceful nahi hai, woh forceful nahi hai, woh sirf ek maidan khali hai, woh daud rahe hain.</w:t>
      </w:r>
      <w:r>
        <w:br/>
      </w:r>
      <w:r>
        <w:rPr>
          <w:sz w:val="20"/>
        </w:rPr>
        <w:t>1:16:26  woh</w:t>
      </w:r>
      <w:r>
        <w:br/>
      </w:r>
      <w:r>
        <w:rPr>
          <w:sz w:val="20"/>
        </w:rPr>
        <w:t>1:16:28  yaani modern jo maidan paida hua hai, wahan wahan ulama hain hi nahi. ulama to masle masail bayan karte hain, fatwe dete hain. modern jo maidan hai, woh reason ka, modern reason, reason based Islam koi pesh hi nahi kar raha hai.</w:t>
      </w:r>
      <w:r>
        <w:br/>
      </w:r>
      <w:r>
        <w:rPr>
          <w:sz w:val="20"/>
        </w:rPr>
        <w:t>1:16:45  fatwe dete hain, rawaiti baatein karte hain, kahaniyan sunate hain, fazail ki kahaniyan sunate hain. to baat yeh nahi ke forceful tareeqe se woh pesh kar rahe hain.</w:t>
      </w:r>
      <w:r>
        <w:br/>
      </w:r>
      <w:r>
        <w:rPr>
          <w:sz w:val="20"/>
        </w:rPr>
        <w:t>1:16:56  woh ek un ko un ka maadi maidan khali hai. main to kitni saari kitaabein padhi hain logon ki, har kitaab mein confusion hai, kisi kitaab mein koi clarity nahi hoti.</w:t>
      </w:r>
      <w:r>
        <w:br/>
      </w:r>
      <w:r>
        <w:rPr>
          <w:sz w:val="20"/>
        </w:rPr>
        <w:t>1:17:07  kyunke wa ma ba'd al-haqq illadhalaal. to is liye yeh nahi samjhiye ke woh kuch kar rahe hain, yeh ke ek ulama nahi kar rahe, us ka masla hai.</w:t>
      </w:r>
      <w:r>
        <w:br/>
      </w:r>
      <w:r>
        <w:rPr>
          <w:sz w:val="20"/>
        </w:rPr>
        <w:t>1:17:19  aur jo koi kare, to us ko appreciate bhi nahi karte.</w:t>
      </w:r>
      <w:r>
        <w:br/>
      </w:r>
      <w:r>
        <w:rPr>
          <w:sz w:val="20"/>
        </w:rPr>
        <w:t>1:17:23  hamare ulama ka haal yeh hai, koi agar kare to appreciate bhi nahi karte us ko. na khud khard, na bakasrat jahad ka maamla un ka ho raha hai. to jo log ke jadeed yaani afkaar ke muballigh hain, woh khali maidan mein daud rahe hain, bas wahan par koi hai hi nahi un ko oppose karne wala, un ke saamne koi pesh karne wala baat ko.</w:t>
      </w:r>
      <w:r>
        <w:br/>
      </w:r>
      <w:r>
        <w:rPr>
          <w:sz w:val="20"/>
        </w:rPr>
        <w:t>1:17:48  main main main bas bas samajhta hoon ke saari jo jo is mein jo responsibility hai, woh ulama ki hai, na khud kiya, na karne walon ko appreciate kiya unhone.</w:t>
      </w:r>
      <w:r>
        <w:br/>
      </w:r>
      <w:r>
        <w:rPr>
          <w:sz w:val="20"/>
        </w:rPr>
        <w:t>1:18:00  yeh mein bilkul soch samajh ke yeh baat kar raha hoon ke agar koi kare to us ko appreciate hi karte hain aur khud karte nahin.</w:t>
      </w:r>
      <w:r>
        <w:br/>
      </w:r>
      <w:r>
        <w:rPr>
          <w:sz w:val="20"/>
        </w:rPr>
        <w:t>1:18:10  is par mein bohat si misalein de sakta hoon. agar koi janna chahe to inshallah.</w:t>
      </w:r>
      <w:r>
        <w:br/>
      </w:r>
      <w:r>
        <w:rPr>
          <w:sz w:val="20"/>
        </w:rPr>
        <w:t>1:18:17  maulana abid rahmani sahib ne jammu kashmir se likha hai: "do so saal ke daur mein ummat ne dawat ko chhod diya.</w:t>
      </w:r>
      <w:r>
        <w:br/>
      </w:r>
      <w:r>
        <w:rPr>
          <w:sz w:val="20"/>
        </w:rPr>
        <w:t>1:18:26  kya is daur mein dawat ka kaam poori tarah chhoota raha ya juzwi taur par?" dekhiye, mein jab jald bolta hoon, is ke maani kya hote hain?</w:t>
      </w:r>
      <w:r>
        <w:br/>
      </w:r>
      <w:r>
        <w:rPr>
          <w:sz w:val="20"/>
        </w:rPr>
        <w:t>1:18:38  ek hai deen ka apne aap, yaani deen apne aap jaari rahe aur is ka amal jaari rahe.</w:t>
      </w:r>
      <w:r>
        <w:br/>
      </w:r>
      <w:r>
        <w:rPr>
          <w:sz w:val="20"/>
        </w:rPr>
        <w:t>1:18:47  yeh yeh to hamesha hi rahega. hum aap is ko khatm karein to khatm nahin kar sakte. deen ka tasalsul hum khatm nahin kar sakte. allah ta'ala ki taraf se woh chalta rehta hai.</w:t>
      </w:r>
      <w:r>
        <w:br/>
      </w:r>
      <w:r>
        <w:rPr>
          <w:sz w:val="20"/>
        </w:rPr>
        <w:t>1:19:00  to poore is daur mein log islam qubool karte rahe, islam ka kaam hota raha apni apni taqat se.</w:t>
      </w:r>
      <w:r>
        <w:br/>
      </w:r>
      <w:r>
        <w:rPr>
          <w:sz w:val="20"/>
        </w:rPr>
        <w:t>1:19:08  lekin jo jin ki responsibility thi, unhone yeh kaam nahin kiya. woh to wohi teen afai daryaft kiya, unhone teen saanpon ke peeche daudte rahe.</w:t>
      </w:r>
      <w:r>
        <w:br/>
      </w:r>
      <w:r>
        <w:rPr>
          <w:sz w:val="20"/>
        </w:rPr>
        <w:t>1:19:19  to mein yeh sirf is sense mein bolta hoon ke duty jin ki thi, unhone to kuch kaam anjaam nahin diya, lekin islam deen haq tha, quran aakhri mehfooz kitaab thi, is liye khud apne zor par woh amal karti rahi.</w:t>
      </w:r>
      <w:r>
        <w:br/>
      </w:r>
      <w:r>
        <w:rPr>
          <w:sz w:val="20"/>
        </w:rPr>
        <w:t>1:19:33  is maani aap keh sakte hain ke juzwi taur par hua.</w:t>
      </w:r>
      <w:r>
        <w:br/>
      </w:r>
      <w:r>
        <w:rPr>
          <w:sz w:val="20"/>
        </w:rPr>
        <w:t>1:19:37  yeh lafz bohat zyada sahi shayad na ho, lekin phir bhi aap bol sakte hain aise. maulana sharukh hussain ne dilli se likha hai: "ek sahib ne kaha ke hum apne mad'u ko poora quran dene ke bajaye sirf wohi ayat padh kar sunayein jis ki us ko zaroorat hai.</w:t>
      </w:r>
      <w:r>
        <w:br/>
      </w:r>
      <w:r>
        <w:rPr>
          <w:sz w:val="20"/>
        </w:rPr>
        <w:t>1:19:57  jis tarah doctor apne mareez ko medicine book nahin deta, balkeh us ki bimari ke mutabiq particular medicine deta hai."</w:t>
      </w:r>
      <w:r>
        <w:br/>
      </w:r>
      <w:r>
        <w:rPr>
          <w:sz w:val="20"/>
        </w:rPr>
        <w:t>1:20:06  maulana sahib meharbani kar kar is ki wazahat farmayein. yeh misaal bilkul galat hai. aap medicine ki misaal ek se mein mind ka apply kar rahe hain is ko.</w:t>
      </w:r>
      <w:r>
        <w:br/>
      </w:r>
      <w:r>
        <w:rPr>
          <w:sz w:val="20"/>
        </w:rPr>
        <w:t>1:20:17  nahin, poora quran dijiye. insaan khud select karta hai, khud wahan pahunchta hai. jab to woh ghore karta hai. woh medicine ki misaal yahan apply nahin hoti hai.</w:t>
      </w:r>
      <w:r>
        <w:br/>
      </w:r>
      <w:r>
        <w:rPr>
          <w:sz w:val="20"/>
        </w:rPr>
        <w:t>1:20:30  albata quran ki soorat mein yeh kahoon ga ke daur jadeed ke lehaz se aap ko aur kitabein literature dena padega, jis ko mein kehta hoon ke madadgar literature.</w:t>
      </w:r>
      <w:r>
        <w:br/>
      </w:r>
      <w:r>
        <w:rPr>
          <w:sz w:val="20"/>
        </w:rPr>
        <w:t>1:20:41  yaani quran bhi dijiye aur madadgar literature bhi dijiye. woh mein is ke qael nahin hoon ke ke kuch hissa padh sunayein, kuch hissa chhapayein.</w:t>
      </w:r>
      <w:r>
        <w:br/>
      </w:r>
      <w:r>
        <w:rPr>
          <w:sz w:val="20"/>
        </w:rPr>
        <w:t>1:20:51  ek para chhap ke dein, do para chhap ke dein. yeh sab is ko mein unnatural samajhta hoon.</w:t>
      </w:r>
      <w:r>
        <w:br/>
      </w:r>
      <w:r>
        <w:rPr>
          <w:sz w:val="20"/>
        </w:rPr>
        <w:t>1:20:56  poora quran dijiye, lekin saath saath madadgar literature bhi aap ko dena padega taake aaj ke lehaz se us ke liye quran understandable ho jaye.</w:t>
      </w:r>
      <w:r>
        <w:br/>
      </w:r>
      <w:r>
        <w:rPr>
          <w:sz w:val="20"/>
        </w:rPr>
        <w:t>1:21:05  yeh jaise mein ne aap ko misaal di, abhi do auraton ki gawahi wali baat. to quran mein jo ayatein padhe ga, to us ko is tashreeh chahiye.</w:t>
      </w:r>
      <w:r>
        <w:br/>
      </w:r>
      <w:r>
        <w:rPr>
          <w:sz w:val="20"/>
        </w:rPr>
        <w:t>1:21:15  us ki tashreeh, us ki tashreeh ke liye aap aur koi literature dena padega.</w:t>
      </w:r>
      <w:r>
        <w:br/>
      </w:r>
      <w:r>
        <w:rPr>
          <w:sz w:val="20"/>
        </w:rPr>
        <w:t>1:21:20  in ayaton ko samajhne ke liye ek madadgar literature ya ek tashreehi literature chahiye. woh bhi aap dijiye saath saath, lekin poora quran dijiye.</w:t>
      </w:r>
      <w:r>
        <w:br/>
      </w:r>
      <w:r>
        <w:rPr>
          <w:sz w:val="20"/>
        </w:rPr>
        <w:t>1:21:32  is mein ek baat yeh bhi dekhiye, aap nahin jaan sakte kaun si ayat us ko strike kare gi. mein bohat se qisse jaanta hoon aise ke ajeeb o ghareeb tor par kis cheez kis ayat ne us ko strike kiya.</w:t>
      </w:r>
      <w:r>
        <w:br/>
      </w:r>
      <w:r>
        <w:rPr>
          <w:sz w:val="20"/>
        </w:rPr>
        <w:t>1:21:44  maslan woh yusuf alaihissalam wali baat bani gayi.</w:t>
      </w:r>
      <w:r>
        <w:br/>
      </w:r>
      <w:r>
        <w:rPr>
          <w:sz w:val="20"/>
        </w:rPr>
        <w:t>1:21:47  mein ne kabhi socha bhi nahin tha yeh baat ke khuda mujh se khud khitab kar raha hai. eyha insaan! isi ko yahi us ko strike kar gaya. us ko yahi us ko strike kar gaya.</w:t>
      </w:r>
      <w:r>
        <w:br/>
      </w:r>
      <w:r>
        <w:rPr>
          <w:sz w:val="20"/>
        </w:rPr>
        <w:t>1:21:59  to ab hum ko peshgi taur par nahin pata hai kaun si us ko strike kare gi. is liye poora quran dijiye, lekin saath saath madadgar literature bhi zaroor dijiye.</w:t>
      </w:r>
      <w:r>
        <w:br/>
      </w:r>
      <w:r>
        <w:rPr>
          <w:sz w:val="20"/>
        </w:rPr>
        <w:t>1:22:09  supportive jo mein kehta hoon, supportive literature.</w:t>
      </w:r>
    </w:p>
    <w:p>
      <w:pPr>
        <w:pStyle w:val="Heading2"/>
      </w:pPr>
      <w:r>
        <w:t>Importance of Al-Risala mission for scholars</w:t>
      </w:r>
    </w:p>
    <w:p>
      <w:r>
        <w:rPr>
          <w:color w:val="666666"/>
          <w:sz w:val="18"/>
        </w:rPr>
        <w:t>Society &amp; Dawah · The Straight Path October 30, 2011 Maulana Wahiduddin Khan · 9m 20s · at 1:22:15 · https://youtu.be/PKFHe82Jz58?t=4935</w:t>
      </w:r>
    </w:p>
    <w:p>
      <w:r>
        <w:rPr>
          <w:i/>
        </w:rPr>
        <w:t>“What is the importance of the Al-Risala mission for scholars and people with Arabic background? And how can scholars fully benefit from this mission?”</w:t>
      </w:r>
    </w:p>
    <w:p>
      <w:r>
        <w:rPr>
          <w:sz w:val="20"/>
        </w:rPr>
        <w:t>1:22:15  asrar ul hasan umri sahib ne tamil nadu se sawal kiya hai. unhon ne likha hai: "ulama aur arabic background wale logon ke liye al risala mission ki ahmiyat kya hai?</w:t>
      </w:r>
      <w:r>
        <w:br/>
      </w:r>
      <w:r>
        <w:rPr>
          <w:sz w:val="20"/>
        </w:rPr>
        <w:t>1:22:28  aur ulama kis tarah is mission ko poora faida utha sakte hain?" dekhiye, ulama jo hain zyada behtar taur par is position mein hain ke woh is mission ko samjhein.</w:t>
      </w:r>
      <w:r>
        <w:br/>
      </w:r>
      <w:r>
        <w:rPr>
          <w:sz w:val="20"/>
        </w:rPr>
        <w:t>1:22:41  kyunki is mission mein jo terminology istemal hoti hai, us ko samajhne ke liye background chahiye. woh background ulama ke paas hota hai.</w:t>
      </w:r>
      <w:r>
        <w:br/>
      </w:r>
      <w:r>
        <w:rPr>
          <w:sz w:val="20"/>
        </w:rPr>
        <w:t>1:22:52  agar ulama ke paas woh background nahi hota to doosre log sirf sirf juzwi taur par is ko pakad payenge. jaise maine abhi qissa bataya aap ko: "faida hai talqaf paya fukoon." ab jo log quran padhe hue hain, arabi jante hain, zyada achhi tarah is ko pakad payenge.</w:t>
      </w:r>
      <w:r>
        <w:br/>
      </w:r>
      <w:r>
        <w:rPr>
          <w:sz w:val="20"/>
        </w:rPr>
        <w:t>1:23:09  yaani un ke andar grass zyada hoga, aks zyada hoga.</w:t>
      </w:r>
      <w:r>
        <w:br/>
      </w:r>
      <w:r>
        <w:rPr>
          <w:sz w:val="20"/>
        </w:rPr>
        <w:t>1:23:14  to is mani mein ulama jo hain, woh hamare mukhatib awwal hain. kyunki un ke paas woh background hai jis se woh samajh sakte hain in baaton ko.</w:t>
      </w:r>
      <w:r>
        <w:br/>
      </w:r>
      <w:r>
        <w:rPr>
          <w:sz w:val="20"/>
        </w:rPr>
        <w:t>1:23:23  doosre log jo hain, woh itna zyada grass is ka nahi hoga un ka. kyunki un ka background background nahi hua.</w:t>
      </w:r>
      <w:r>
        <w:br/>
      </w:r>
      <w:r>
        <w:rPr>
          <w:sz w:val="20"/>
        </w:rPr>
        <w:t>1:23:35  qudratullah sahib ne dilli se sawal kiya</w:t>
      </w:r>
      <w:r>
        <w:br/>
      </w:r>
      <w:r>
        <w:rPr>
          <w:sz w:val="20"/>
        </w:rPr>
        <w:t>1:23:38  hai. unhon ne likha hai: "aap ke ilm ke mutabiq is waqt woh kaun sa firqa hai jo quran aur hadith se zyada qareeb hai?" achha, koi firqa kabhi nahi hota.</w:t>
      </w:r>
      <w:r>
        <w:br/>
      </w:r>
      <w:r>
        <w:rPr>
          <w:sz w:val="20"/>
        </w:rPr>
        <w:t>1:23:51  afraad hote hain. yaad rakhiye, hamesha afraad hote hain. firqa nahi hua karta koi. yeh soch hi bilkul baseless soch hai.</w:t>
      </w:r>
      <w:r>
        <w:br/>
      </w:r>
      <w:r>
        <w:rPr>
          <w:sz w:val="20"/>
        </w:rPr>
        <w:t>1:24:01  buniyad par firqa, buniyad par system, buniyad par hukumat, yeh soch hi bilkul baseless hai.</w:t>
      </w:r>
      <w:r>
        <w:br/>
      </w:r>
      <w:r>
        <w:rPr>
          <w:sz w:val="20"/>
        </w:rPr>
        <w:t>1:24:08  afraad ka aitbar sochiye bas.</w:t>
      </w:r>
      <w:r>
        <w:br/>
      </w:r>
      <w:r>
        <w:rPr>
          <w:sz w:val="20"/>
        </w:rPr>
        <w:t>1:24:14  aur aur doosri baat yeh hai ke aap ki zimmedari nahi hai. yeh allah ka mamla hai. aap ki zimmedari hai ke aap khud daryaft karein sachai ko aur us par chalne lagien.</w:t>
      </w:r>
      <w:r>
        <w:br/>
      </w:r>
      <w:r>
        <w:rPr>
          <w:sz w:val="20"/>
        </w:rPr>
        <w:t>1:24:25  kaun sa firqa zyada jo hadith mein aata hai ke ke meri ummat jo hai 73 firqon mein bat jayegi.</w:t>
      </w:r>
      <w:r>
        <w:br/>
      </w:r>
      <w:r>
        <w:rPr>
          <w:sz w:val="20"/>
        </w:rPr>
        <w:t>1:24:36  aur aap ne farmaya ke is mein se kul fi nar illa millatun wahida. to yeh aap ki zimmedari nahi hai. yeh allah ki zimmedari hai ke woh un mein jaane ke us ko kaun kahan hai.</w:t>
      </w:r>
      <w:r>
        <w:br/>
      </w:r>
      <w:r>
        <w:rPr>
          <w:sz w:val="20"/>
        </w:rPr>
        <w:t>1:24:48  aap ki zimmedari sirf yeh hai ke aap sachai ko daryaft karein aur khud apne ko is raaste par daal dein. bas.</w:t>
      </w:r>
      <w:r>
        <w:br/>
      </w:r>
      <w:r>
        <w:rPr>
          <w:sz w:val="20"/>
        </w:rPr>
        <w:t>1:24:57  maulana iqbal umri ne tamil nadu se likha hai: "maujooda daur mein quran ke sound art ka daway se kya role hai?"</w:t>
      </w:r>
      <w:r>
        <w:br/>
      </w:r>
      <w:r>
        <w:rPr>
          <w:sz w:val="20"/>
        </w:rPr>
        <w:t>1:25:11  dekhiye, mera matlab yeh nahi ke hum is ke qirat sunayen logon ko. yeh mera matlab harghiz nahi hai. yeh is ka zimni pehlu hai.</w:t>
      </w:r>
      <w:r>
        <w:br/>
      </w:r>
      <w:r>
        <w:rPr>
          <w:sz w:val="20"/>
        </w:rPr>
        <w:t>1:25:22  abhi bhi aise waqiyat hain aur bhi bohat se. maslan woh jo hai arbry, ek angrez tha, woh morocco gaya ek baar.</w:t>
      </w:r>
      <w:r>
        <w:br/>
      </w:r>
      <w:r>
        <w:rPr>
          <w:sz w:val="20"/>
        </w:rPr>
        <w:t>1:25:35  to ek hotel mein thehra. to hotel mein kisi aur doosre hotel mein ek arab thehra hua tha.</w:t>
      </w:r>
      <w:r>
        <w:br/>
      </w:r>
      <w:r>
        <w:rPr>
          <w:sz w:val="20"/>
        </w:rPr>
        <w:t>1:25:43  to us ne tape khola, koi kisi arab arab qari ki qirat. woh arab log bohat sunte hain, qirat hain.</w:t>
      </w:r>
      <w:r>
        <w:br/>
      </w:r>
      <w:r>
        <w:rPr>
          <w:sz w:val="20"/>
        </w:rPr>
        <w:t>1:25:56  to woh sun raha tha, khol kar ke. to arbry kaan mein awaz aayi. to us ki awaz us ko bohat hi, yaani bohat hi zyada pasand aayi us ko.</w:t>
      </w:r>
      <w:r>
        <w:br/>
      </w:r>
      <w:r>
        <w:rPr>
          <w:sz w:val="20"/>
        </w:rPr>
        <w:t>1:26:06  to us ne tehqeeq ki, aakhir kaun kaun si, kaisi awaz thi yeh. to maloom hua ke yeh to quran tha.</w:t>
      </w:r>
      <w:r>
        <w:br/>
      </w:r>
      <w:r>
        <w:rPr>
          <w:sz w:val="20"/>
        </w:rPr>
        <w:t>1:26:13  to arbry ne is ke baad arabi padhi, arabi padh ke quran padha. aur phir us ne quran ka tarjuma kiya. arbry ka tarjuma hai quran majeed ka english zaban mein mashhoor hai.</w:t>
      </w:r>
      <w:r>
        <w:br/>
      </w:r>
      <w:r>
        <w:rPr>
          <w:sz w:val="20"/>
        </w:rPr>
        <w:t>1:26:26  to is ka qissa yeh hai: pehle is ne qirat suni, phir arabi parhi, aur phir is ke baad is ne</w:t>
      </w:r>
      <w:r>
        <w:br/>
      </w:r>
      <w:r>
        <w:rPr>
          <w:sz w:val="20"/>
        </w:rPr>
        <w:t>1:26:37  quran ka tarjuma kiya.</w:t>
      </w:r>
      <w:r>
        <w:br/>
      </w:r>
      <w:r>
        <w:rPr>
          <w:sz w:val="20"/>
        </w:rPr>
        <w:t>1:26:38  aise hi woh hai mauj baqai bhi kaha lijie. woh french zaban thi us ki. phir is ne arabi parhi, arabi parh ke quran parha, aur phir is ne bohat zabardast kitab likhi.</w:t>
      </w:r>
      <w:r>
        <w:br/>
      </w:r>
      <w:r>
        <w:rPr>
          <w:sz w:val="20"/>
        </w:rPr>
        <w:t>1:26:50  to is mein shakk nahi ke quran mein sound art bohat zyada hai. lekin is ka matlab nahi ke isi ko le ke hum, yani le ke hum wohi, wohi, wohi koi sab se asal kaam wohi hai.</w:t>
      </w:r>
      <w:r>
        <w:br/>
      </w:r>
      <w:r>
        <w:rPr>
          <w:sz w:val="20"/>
        </w:rPr>
        <w:t>1:27:06  asal kaam quran ke mani hain. kyunke asal cheez yeh hai ke insan ke andar aap khuda ka darr paida karein, khuda ki mohabbat paida karein, jannat ka shoq paida karein, jahannum ka andesha karne lage aadmi aise insan paida karein.</w:t>
      </w:r>
      <w:r>
        <w:br/>
      </w:r>
      <w:r>
        <w:rPr>
          <w:sz w:val="20"/>
        </w:rPr>
        <w:t>1:27:22  yeh sab baatein matloob hain.</w:t>
      </w:r>
      <w:r>
        <w:br/>
      </w:r>
      <w:r>
        <w:rPr>
          <w:sz w:val="20"/>
        </w:rPr>
        <w:t>1:27:26  maulana abdul basit umri ne doha, qatar se likha hai:</w:t>
      </w:r>
      <w:r>
        <w:br/>
      </w:r>
      <w:r>
        <w:rPr>
          <w:sz w:val="20"/>
        </w:rPr>
        <w:t>1:27:31  "maulana, aksar log bar bar yeh kehte hain ke falah kitabein mat parho, falah ki tafsir ka mutaliya mat karo, warna tum gumrah ho jao ge.</w:t>
      </w:r>
      <w:r>
        <w:br/>
      </w:r>
      <w:r>
        <w:rPr>
          <w:sz w:val="20"/>
        </w:rPr>
        <w:t>1:27:41  sirf salaf ki kitabein hi mustand hain. maulana, mujhe yeh baat bohat ajeeb lagti hai. maulana, koi yeh nahi kehta ke allah zinda hai, kisi ki bhi kitabon ka mutaliya karne se mat daro.</w:t>
      </w:r>
      <w:r>
        <w:br/>
      </w:r>
      <w:r>
        <w:rPr>
          <w:sz w:val="20"/>
        </w:rPr>
        <w:t>1:27:55  allah ke hote hue tumhein kuch nahi hoga.</w:t>
      </w:r>
      <w:r>
        <w:br/>
      </w:r>
      <w:r>
        <w:rPr>
          <w:sz w:val="20"/>
        </w:rPr>
        <w:t>1:27:58  dua ke zariye tum har ghalti se bach sakte ho. aisa lagta hai ke khuda par aqida zinda aqida nahi. logon ko itminan dilane ki bajaye darrate rehte hain.</w:t>
      </w:r>
      <w:r>
        <w:br/>
      </w:r>
      <w:r>
        <w:rPr>
          <w:sz w:val="20"/>
        </w:rPr>
        <w:t>1:28:10  is ke bare mein kuch bataein. bilkul sahi kaha unhone. log jante hi nahi ke ke allah se bande ka contact hota hai. anaji rabbahu hadith mein aata hai.</w:t>
      </w:r>
      <w:r>
        <w:br/>
      </w:r>
      <w:r>
        <w:rPr>
          <w:sz w:val="20"/>
        </w:rPr>
        <w:t>1:28:22  anaji rabbahu bande aur khuda ke darmiyan sargoshi hoti hai. is ko log jante hi nahi.</w:t>
      </w:r>
      <w:r>
        <w:br/>
      </w:r>
      <w:r>
        <w:rPr>
          <w:sz w:val="20"/>
        </w:rPr>
        <w:t>1:28:29  to mein apna tajruba arz karta hoon. bohat pehle ki baat hai jab adam bada darta tha. to ek baar tha wahan ke shibli national college hai, wahan par.</w:t>
      </w:r>
      <w:r>
        <w:br/>
      </w:r>
      <w:r>
        <w:rPr>
          <w:sz w:val="20"/>
        </w:rPr>
        <w:t>1:28:40  wahan gaya mein. pehle mein libraryon mein jaya karta tha. to wahan par burton russell ka poora set aaya hua tha. jo mashhoor falsafi hai, british falsafi burton russell.</w:t>
      </w:r>
      <w:r>
        <w:br/>
      </w:r>
      <w:r>
        <w:rPr>
          <w:sz w:val="20"/>
        </w:rPr>
        <w:t>1:28:52  to is ka set aaya hua tha, kai kitabein</w:t>
      </w:r>
      <w:r>
        <w:br/>
      </w:r>
      <w:r>
        <w:rPr>
          <w:sz w:val="20"/>
        </w:rPr>
        <w:t>1:28:54  theen. to mein library se kaha ke yeh kitabein mujhe aap de sakte hain. to unhone kaha yeh to bas aa ke rakhi hui hain, koi parhta hi nahi is ko.</w:t>
      </w:r>
      <w:r>
        <w:br/>
      </w:r>
      <w:r>
        <w:rPr>
          <w:sz w:val="20"/>
        </w:rPr>
        <w:t>1:29:03  aaj tak kisi ne is ko liya nahi. aap zaroor le jaiye. to sari kitabein mein ek hi din use le kar aaya. aur is ko parhna shuru kiya.</w:t>
      </w:r>
      <w:r>
        <w:br/>
      </w:r>
      <w:r>
        <w:rPr>
          <w:sz w:val="20"/>
        </w:rPr>
        <w:t>1:29:14  jab mein ghar le aaya to meri biwi theen. to meri biwi ne kaha ke ab to aap zaroor gumrah ho jayenge.</w:t>
      </w:r>
      <w:r>
        <w:br/>
      </w:r>
      <w:r>
        <w:rPr>
          <w:sz w:val="20"/>
        </w:rPr>
        <w:t>1:29:21  kyunke mashhoor tha ke maine un se kaha bhi tha ke burton russell zamane sahib bada mulhid aadmi hai. to unhone kaha aap to zaroor gumrah ho jayenge.</w:t>
      </w:r>
      <w:r>
        <w:br/>
      </w:r>
      <w:r>
        <w:rPr>
          <w:sz w:val="20"/>
        </w:rPr>
        <w:t>1:29:32  mein aap se kehta hoon ke burton russell ki kitabon mein mujhe woh azeem nuqta tauheed ka jo kisi kitab mein nahi mila tha. sare ulama ki kitabon mein nahi mila tha.</w:t>
      </w:r>
      <w:r>
        <w:br/>
      </w:r>
      <w:r>
        <w:rPr>
          <w:sz w:val="20"/>
        </w:rPr>
        <w:t>1:29:42  bohat kitabein mein ne ulama ki parhi hain.</w:t>
      </w:r>
      <w:r>
        <w:br/>
      </w:r>
      <w:r>
        <w:rPr>
          <w:sz w:val="20"/>
        </w:rPr>
        <w:t>1:29:46  agar aap chahenge to is ki tafseel bayan kar sakta hoon mein kisi is mein ke ek kitni bari baat mili us ki kitab mein mujhe jo tauheed ke haq mein thi.</w:t>
      </w:r>
      <w:r>
        <w:br/>
      </w:r>
      <w:r>
        <w:rPr>
          <w:sz w:val="20"/>
        </w:rPr>
        <w:t>1:29:55  is ka matlab yeh nahi tha ke woh khud muwahid tha ya woh khud مبلغ tha, yeh matlab nahi hai. aap ke andar aql honi chahiye. mein woh kitabein parhin, dua kar ke.</w:t>
      </w:r>
      <w:r>
        <w:br/>
      </w:r>
      <w:r>
        <w:rPr>
          <w:sz w:val="20"/>
        </w:rPr>
        <w:t>1:30:06  mein tareeqa yeh tha ke mein do rak'at namaz parhta tha, dua karta tha, phir kitab parhta tha. to mein ne dua kar ke kitab parh</w:t>
      </w:r>
      <w:r>
        <w:br/>
      </w:r>
      <w:r>
        <w:rPr>
          <w:sz w:val="20"/>
        </w:rPr>
        <w:t>1:30:13  he. to yeh ilhad mein dakhil ho kar is mein mujhe tauheed mili. to aap ab khuda par, yani yeh to zaeef ul-itiqadi ki baat hai.</w:t>
      </w:r>
      <w:r>
        <w:br/>
      </w:r>
      <w:r>
        <w:rPr>
          <w:sz w:val="20"/>
        </w:rPr>
        <w:t>1:30:22  aap ko khuda par bharosa nahi ke khuda aap ki rehnumai karega. yani rozana hum namaz parhte hain, ihdina al-sirat al-mustaqim, lekin amal mein kuch bhi nahi.</w:t>
      </w:r>
      <w:r>
        <w:br/>
      </w:r>
      <w:r>
        <w:rPr>
          <w:sz w:val="20"/>
        </w:rPr>
        <w:t>1:30:33  Allah se dua kar ke kitab parhiye. jo log aisa kehte hain, woh yaqeen kijiye ke woh Allah par bad-gumani kar rahe hain.</w:t>
      </w:r>
      <w:r>
        <w:br/>
      </w:r>
      <w:r>
        <w:rPr>
          <w:sz w:val="20"/>
        </w:rPr>
        <w:t>1:30:43  Allah ka underestimate kar rahe hain. Allah ka naoozubillah, naoozubillah, izzat bayan kar rahe hain. aise logon ko main bohat zyada, yani be-khabar samajhta hoon.</w:t>
      </w:r>
      <w:r>
        <w:br/>
      </w:r>
      <w:r>
        <w:rPr>
          <w:sz w:val="20"/>
        </w:rPr>
        <w:t>1:30:54  bilkul be-khabar. insaan ke andar jo zehn, dimagh, Allah ne is se hi be-khabar hain. woh Allah ki taqat se be-khabar hain. aise log jo log aisi baatein kehte hain, un ko na pata hai ke insaan ka to kitna potential hai, us ke dimagh ka itni salah</w:t>
      </w:r>
      <w:r>
        <w:br/>
      </w:r>
      <w:r>
        <w:rPr>
          <w:sz w:val="20"/>
        </w:rPr>
        <w:t>1:31:09  yat hai. nahi yeh pata hai ke Allah kehta tha, insaan ki rehnumai karta hai. kisi ko pata nahi. aur yeh wajah hai ke aaj ke zamane mein jo ek sahib ne kaha na ke forceful tareeqe se woh log aa rahe hain, is liye aa rahe hain ke jo jinho ne pesh karna tha Islam ko,</w:t>
      </w:r>
      <w:r>
        <w:br/>
      </w:r>
      <w:r>
        <w:rPr>
          <w:sz w:val="20"/>
        </w:rPr>
        <w:t>1:31:27  woh woh isi qism ki be-khabari mein mubtala hain. yani ke be-khabari, ek case be-khabari.</w:t>
      </w:r>
    </w:p>
    <w:p>
      <w:pPr>
        <w:pStyle w:val="Heading2"/>
      </w:pPr>
      <w:r>
        <w:t>Importance of Peace and Non-violence in Islam</w:t>
      </w:r>
    </w:p>
    <w:p>
      <w:r>
        <w:rPr>
          <w:color w:val="666666"/>
          <w:sz w:val="18"/>
        </w:rPr>
        <w:t>Society &amp; Dawah · Culture of Peace and Non Voilence in Islam January 14, 2023 · 34m 28s · at 0:41 · https://youtu.be/INrBUtThaRw?t=41</w:t>
      </w:r>
    </w:p>
    <w:p>
      <w:r>
        <w:rPr>
          <w:i/>
        </w:rPr>
        <w:t>“What is the importance of peace and non-violence in Islam? Please tell us about it.”</w:t>
      </w:r>
    </w:p>
    <w:p>
      <w:r>
        <w:rPr>
          <w:sz w:val="20"/>
        </w:rPr>
        <w:t>0:41  to sab se pehla sawal to mera yahi hai ke what is the importance of peace and non violence in Islam? ah, is ke bare mein aap hamein bataein. ji, sahi farmaya aap ne.</w:t>
      </w:r>
      <w:r>
        <w:br/>
      </w:r>
      <w:r>
        <w:rPr>
          <w:sz w:val="20"/>
        </w:rPr>
        <w:t>0:51  aaj kal jitni zyada zarurat hai peace building ki, utna pehle shayad nahi thi.</w:t>
      </w:r>
      <w:r>
        <w:br/>
      </w:r>
      <w:r>
        <w:rPr>
          <w:sz w:val="20"/>
        </w:rPr>
        <w:t>0:58  kyun ke pehle log mehdood darye mein raha karte thay. ab bohat zyada communication ki wajah se bohat zyada milna julna hai.</w:t>
      </w:r>
      <w:r>
        <w:br/>
      </w:r>
      <w:r>
        <w:rPr>
          <w:sz w:val="20"/>
        </w:rPr>
        <w:t>1:08  to is baat ko bohat ache tareeqe se samajhna chahiye ke islam mein aman ki bohat itni zyada ahmiyat hai ke islam ka lafz hi mein aman ka mafhoom shamil hai.</w:t>
      </w:r>
      <w:r>
        <w:br/>
      </w:r>
      <w:r>
        <w:rPr>
          <w:sz w:val="20"/>
        </w:rPr>
        <w:t>1:21  islam ka root word jo hai woh salam hai. salam ke maani hi hain peace and security.</w:t>
      </w:r>
      <w:r>
        <w:br/>
      </w:r>
      <w:r>
        <w:rPr>
          <w:sz w:val="20"/>
        </w:rPr>
        <w:t>1:28  to aap is se samajh sakte hain ke islam kitna zyada, ah, aman par zor deta hai. to aik hadith hai jo ke bukhari mein aayi hai ke islam ke maani salamti ke hain.</w:t>
      </w:r>
      <w:r>
        <w:br/>
      </w:r>
      <w:r>
        <w:rPr>
          <w:sz w:val="20"/>
        </w:rPr>
        <w:t>1:43  to is se maloom hota hai ke salamti jo hai woh islam ka juz hai, islam ka part and parcel hai. ab, ah, allah taala ka naam yani attributes jo ke 99 attributes bataye jatay hain</w:t>
      </w:r>
      <w:r>
        <w:br/>
      </w:r>
      <w:r>
        <w:rPr>
          <w:sz w:val="20"/>
        </w:rPr>
        <w:t>1:57  , waise to be hisab attributes hain, un ki koi unlimited attributes hain, lekin 99 jo hamein bataye gaye hain is mein se aik hai assalam.</w:t>
      </w:r>
      <w:r>
        <w:br/>
      </w:r>
      <w:r>
        <w:rPr>
          <w:sz w:val="20"/>
        </w:rPr>
        <w:t>2:08  yeh surah al hashr mein aaya hai, ah, ayat 23. to</w:t>
      </w:r>
      <w:r>
        <w:br/>
      </w:r>
      <w:r>
        <w:rPr>
          <w:sz w:val="20"/>
        </w:rPr>
        <w:t>2:14  is se bhi pata chalta hai quran se, hadith se, prophet ki example se ke islam poora ka poora aman culture hai, aman culture hi mein woh believe karta hai.</w:t>
      </w:r>
      <w:r>
        <w:br/>
      </w:r>
      <w:r>
        <w:rPr>
          <w:sz w:val="20"/>
        </w:rPr>
        <w:t>2:26  aur jo non violent culture hai woh to satanic culture hai.</w:t>
      </w:r>
      <w:r>
        <w:br/>
      </w:r>
      <w:r>
        <w:rPr>
          <w:sz w:val="20"/>
        </w:rPr>
        <w:t>2:31  to is wajah se hamein bohat zyada is baat par sochna chahiye, ghor o fikr karna chahiye ke kis tareeqe se hum society mein, hum, ah, peace ko qaim karein aur logon ko batayein ke is ki kitni zyada ahmiyat hai.</w:t>
      </w:r>
      <w:r>
        <w:br/>
      </w:r>
      <w:r>
        <w:rPr>
          <w:sz w:val="20"/>
        </w:rPr>
        <w:t>2:48  kyun ke dekhiye, har har kaam jo hai woh jab tak peaceful atmosphere na ho, koi kaam nahi ho sakta. to jangain aaj kal bhi bohat jagah jagah jang</w:t>
      </w:r>
      <w:r>
        <w:br/>
      </w:r>
      <w:r>
        <w:rPr>
          <w:sz w:val="20"/>
        </w:rPr>
        <w:t>2:59  ho rahi hain. aap samajh sakte hain ke koi bhi constructive activities, positive activities, aur islam ka jo sab se bara jo kaam hai woh marifat hasil karna allah taala ki, to woh, ah, war ke mahol mein kuch ho hi nahi sakta.</w:t>
      </w:r>
      <w:r>
        <w:br/>
      </w:r>
      <w:r>
        <w:rPr>
          <w:sz w:val="20"/>
        </w:rPr>
        <w:t>3:15  to is wajah se war jo hai bilkul hi counter productive hai. hamara jo goal hai, hamara jo maqsad hai islam ka,</w:t>
      </w:r>
      <w:r>
        <w:br/>
      </w:r>
      <w:r>
        <w:rPr>
          <w:sz w:val="20"/>
        </w:rPr>
        <w:t>3:24  to hamein, ah, is baat ko logon ko ache tareeqe se samjhana hai, batana hai ke aman ke liye woh zyada se zyada kaam karein, aman individuals mein, aman society mein.</w:t>
      </w:r>
      <w:r>
        <w:br/>
      </w:r>
      <w:r>
        <w:rPr>
          <w:sz w:val="20"/>
        </w:rPr>
        <w:t>3:36  kyun ke aman aik aisi cheez hai jis ko Maulana ne kaha hai ke master stroke ki tarah kaam karta hai ke aman aa gaya to aap har ache kaam society mein kar sakte hain,</w:t>
      </w:r>
      <w:r>
        <w:br/>
      </w:r>
      <w:r>
        <w:rPr>
          <w:sz w:val="20"/>
        </w:rPr>
        <w:t>3:49  apne liye bhi aur society ke liye bhi. dunya ki bhi is mein falah hai aur akhirat ki bhi falah hai. to hadith mein aaya hai ke "god grants to gentleness what he does not grant to violence".</w:t>
      </w:r>
      <w:r>
        <w:br/>
      </w:r>
      <w:r>
        <w:rPr>
          <w:sz w:val="20"/>
        </w:rPr>
        <w:t>4:02  aur aap dekh sakte hain ke rasool ALLAH صلی اللہ علیہ وسلم ki poori zindagi aman hi par woh hai, matlab sari activities aman based hain rasool ALLAH صلی اللہ علیہ وسلم ki.</w:t>
      </w:r>
      <w:r>
        <w:br/>
      </w:r>
      <w:r>
        <w:rPr>
          <w:sz w:val="20"/>
        </w:rPr>
        <w:t>4:16  to rasool ALLAH صلی اللہ علیہ وسلم ne farmaya: "spread the greeting of peace and you will be safe". ab dekhiye kitni bari baat hai ke tum peace qaim karo society mein, aur isi mein tumhari safety aur security isi mein shamil hai.</w:t>
      </w:r>
      <w:r>
        <w:br/>
      </w:r>
      <w:r>
        <w:rPr>
          <w:sz w:val="20"/>
        </w:rPr>
        <w:t>4:33  ji, bohat achhe se apa aap ne wazeh kiya ke war is counter productive and importance of peace jo aap ne batai apa, ah, woh bohat ziyada aham hai.</w:t>
      </w:r>
      <w:r>
        <w:br/>
      </w:r>
      <w:r>
        <w:rPr>
          <w:sz w:val="20"/>
        </w:rPr>
        <w:t>4:42  ah</w:t>
      </w:r>
      <w:r>
        <w:br/>
      </w:r>
      <w:r>
        <w:rPr>
          <w:sz w:val="20"/>
        </w:rPr>
        <w:t>4:43  Maulana wahiduddin khan sahib ne apni book "age of peace" mein bohat achha ek acknowledge di hai ke "peace is like soil". ah, ab jaise, ah, without soil plantation and trees can not come into this world, and we can not take vegetables or fruits directly from the soil.</w:t>
      </w:r>
      <w:r>
        <w:br/>
      </w:r>
      <w:r>
        <w:rPr>
          <w:sz w:val="20"/>
        </w:rPr>
        <w:t>5:01  to soil woh properties provide karta hai taake plants aur trees jo hain grow kar saken, and we can then, ah, you know, take fruits and vegi</w:t>
      </w:r>
      <w:r>
        <w:br/>
      </w:r>
      <w:r>
        <w:rPr>
          <w:sz w:val="20"/>
        </w:rPr>
        <w:t>5:10  tables. so he has written that peace is like soil, just because, just, just like without soil there can be no trees, so without peace there can be no social development.</w:t>
      </w:r>
      <w:r>
        <w:br/>
      </w:r>
      <w:r>
        <w:rPr>
          <w:sz w:val="20"/>
        </w:rPr>
        <w:t>5:23  to peace ki itni ziyada ahmiyat hai for everybody, for all of us to progress and flourish in this world, and to actually actualize potential.</w:t>
      </w:r>
      <w:r>
        <w:br/>
      </w:r>
      <w:r>
        <w:rPr>
          <w:sz w:val="20"/>
        </w:rPr>
        <w:t>5:33  apa, lekin ek sawal yahan pe yeh bhi aata hai ke aksar islam ki baat hoti hai to peace se pehle jihad word aa jata hai. to main chahunga ke thoda jihad ko bhi aap achhe se wazeh karen.</w:t>
      </w:r>
      <w:r>
        <w:br/>
      </w:r>
      <w:r>
        <w:rPr>
          <w:sz w:val="20"/>
        </w:rPr>
        <w:t>5:47  asal mein jihad ke maani qital nahin hain. jihad aur qital synonymous words nahin hain. jang jo hai ke liye qital ka word bola jata hai.</w:t>
      </w:r>
      <w:r>
        <w:br/>
      </w:r>
      <w:r>
        <w:rPr>
          <w:sz w:val="20"/>
        </w:rPr>
        <w:t>5:59  jihad ke liye hai ke jihad ke maani hain strive, struggle, khoob ziyada mehnat karna. to khoob ziyada mehnat karna ALLAH ki rah mein.</w:t>
      </w:r>
      <w:r>
        <w:br/>
      </w:r>
      <w:r>
        <w:rPr>
          <w:sz w:val="20"/>
        </w:rPr>
        <w:t>6:08  to is mein jo is mein ziyada tar wohi aata hai ke hum apni apne aap ke ke andar intellectual development, spiritual development ka kaam karen, society mein kaam karen, logon tak khuda ka paigham pohnchayen.</w:t>
      </w:r>
      <w:r>
        <w:br/>
      </w:r>
      <w:r>
        <w:rPr>
          <w:sz w:val="20"/>
        </w:rPr>
        <w:t>6:23  is mein mehnat karna, deen mein mehnat karna,</w:t>
      </w:r>
      <w:r>
        <w:br/>
      </w:r>
      <w:r>
        <w:rPr>
          <w:sz w:val="20"/>
        </w:rPr>
        <w:t>6:26  aur apni personality development mein mehnat karna. lekin wohi hai ke kabhi kabhi aisa ho jata hai ke halaat kharab ho jate hain, to kabhi kabhi aisa ho jata hai ke difa karna parta hai.</w:t>
      </w:r>
      <w:r>
        <w:br/>
      </w:r>
      <w:r>
        <w:rPr>
          <w:sz w:val="20"/>
        </w:rPr>
        <w:t>6:39  lekin yeh peace jo hai wohi rule hai, aur jo non violence hai, peace to rule hai, aur violence jo hai woh exception hai.</w:t>
      </w:r>
      <w:r>
        <w:br/>
      </w:r>
      <w:r>
        <w:rPr>
          <w:sz w:val="20"/>
        </w:rPr>
        <w:t>6:51  woh kabhi kabhi aisa hota hai. to jihad to ke maani hi nahin hain qital.</w:t>
      </w:r>
      <w:r>
        <w:br/>
      </w:r>
      <w:r>
        <w:rPr>
          <w:sz w:val="20"/>
        </w:rPr>
        <w:t>6:57  jihad ke maani hain khoob khoob mehnat karna, striving, struggling kisi achhe kaam ke liye. to woh to jihad sara zindagi bhar jari rehta hai.</w:t>
      </w:r>
      <w:r>
        <w:br/>
      </w:r>
      <w:r>
        <w:rPr>
          <w:sz w:val="20"/>
        </w:rPr>
        <w:t>7:08  kyunke hum jis duniya mein paida hue hain woh hamari apni banai hui duniya nahin hai, khuda ki banai hui duniya hai. to yahan hum ko khuda ki marzi ke mutabiq zindagi guzarni hai.</w:t>
      </w:r>
      <w:r>
        <w:br/>
      </w:r>
      <w:r>
        <w:rPr>
          <w:sz w:val="20"/>
        </w:rPr>
        <w:t>7:19  to khuda ki marzi ke mutabiq zindagi guzarnay mein humein mehnat karni parti hai. kyunke apni khwahish ke mutabiq zindagi guzarnay mein ziyada aasaniyan</w:t>
      </w:r>
      <w:r>
        <w:br/>
      </w:r>
      <w:r>
        <w:rPr>
          <w:sz w:val="20"/>
        </w:rPr>
        <w:t>7:27  hoti hain. to har waqt humein yahan jihad karna hai. to yahan shaitan behkata hai, log galat galat baaten dimagh mein dalte hain, tarah tarah ke hurdles create karte hain hamare kaam mein.</w:t>
      </w:r>
      <w:r>
        <w:br/>
      </w:r>
      <w:r>
        <w:rPr>
          <w:sz w:val="20"/>
        </w:rPr>
        <w:t>7:40  to humein har waqt is mein jo sabr o bardasht karna parta hai, to woh sari cheezen jo hain woh is woh jihad mein aa jati hain, jis ko hum crusade ka word bolte hain.</w:t>
      </w:r>
      <w:r>
        <w:br/>
      </w:r>
      <w:r>
        <w:rPr>
          <w:sz w:val="20"/>
        </w:rPr>
        <w:t>7:51  to hum jaise farz kariye hum taleem ke liye mehnat karen apni society mein, apne mahol mein,</w:t>
      </w:r>
      <w:r>
        <w:br/>
      </w:r>
      <w:r>
        <w:rPr>
          <w:sz w:val="20"/>
        </w:rPr>
        <w:t>7:58  to apne mulk mein mehnat karen taake tamam logon ko achhi education milay. yeh bhi kahenge crusade hai, yeh jaise sir syed ne kiya.</w:t>
      </w:r>
      <w:r>
        <w:br/>
      </w:r>
      <w:r>
        <w:rPr>
          <w:sz w:val="20"/>
        </w:rPr>
        <w:t>8:08  to yeh har cheez mein jihad ka word istemal ho sakta hai. khoob khoob mehnat karna, logon ke akhlaq sudharna hai, logon ke andar deen ki spirit bharna hai.</w:t>
      </w:r>
      <w:r>
        <w:br/>
      </w:r>
      <w:r>
        <w:rPr>
          <w:sz w:val="20"/>
        </w:rPr>
        <w:t>8:20  to yeh sab ka sab jo hai woh jihad mein aayega.</w:t>
      </w:r>
      <w:r>
        <w:br/>
      </w:r>
      <w:r>
        <w:rPr>
          <w:sz w:val="20"/>
        </w:rPr>
        <w:t>8:23  lekin jo hai kabhi kabhi aisa ho jata hai ke logon ki taraf se bohat ziyada rukawaton par bhi jihad nahi hai. lekin jab physically, physical attack ho jaye na, tab hum apna defense kar sakte hain.</w:t>
      </w:r>
      <w:r>
        <w:br/>
      </w:r>
      <w:r>
        <w:rPr>
          <w:sz w:val="20"/>
        </w:rPr>
        <w:t>8:39  rukawaton par to aap rasool Allah sal Allah alaihi wasallam ki zindagi ko dekhiye, rukawatein hi rukawatein theen. har din rukawatein theen. to aap ne to kabhi bhi jihad, woh is qital ke mani mein jihad nahi kiya.</w:t>
      </w:r>
      <w:r>
        <w:br/>
      </w:r>
      <w:r>
        <w:rPr>
          <w:sz w:val="20"/>
        </w:rPr>
        <w:t>8:51  aap sabr karte, bardasht karte, logon ke liye duaein karte. to yahi, yahi, yahi jihad tha. ab aap jaise aap madina gaye to wahan par abdullah ibn abi ko ko log leader banane ja rahe thay, yahan tak ke uska, aah, uska crown jo hai woh bhi banne ko chala gaya tha.</w:t>
      </w:r>
      <w:r>
        <w:br/>
      </w:r>
      <w:r>
        <w:rPr>
          <w:sz w:val="20"/>
        </w:rPr>
        <w:t>9:11  to woh bohat ziyada ghussa ho gaya kyunke aap gaye to logon ne aap ko sardar man liya.</w:t>
      </w:r>
      <w:r>
        <w:br/>
      </w:r>
      <w:r>
        <w:rPr>
          <w:sz w:val="20"/>
        </w:rPr>
        <w:t>9:16  to ab us ne jo hai woh sabr bardasht nahi kiya aur musalsal aap ke khilaf, aah, kuch na kuch rashadmaniyan karta rehta raha.</w:t>
      </w:r>
      <w:r>
        <w:br/>
      </w:r>
      <w:r>
        <w:rPr>
          <w:sz w:val="20"/>
        </w:rPr>
        <w:t>9:26  to woh hai ke hum is tarah ki rukawatein hum ko har mauqe par, har qadam par rukawatein aati hain. to hamein yeh karna hai, sabr karna hai, bardasht karna hai.</w:t>
      </w:r>
      <w:r>
        <w:br/>
      </w:r>
      <w:r>
        <w:rPr>
          <w:sz w:val="20"/>
        </w:rPr>
        <w:t>9:37  aur aap jante hain ke sabr ke baray mein bohat ziyada, aah, aayatein hain, hadisein hain ke sabr ka bohat bara ajr hai. isi liye keun</w:t>
      </w:r>
      <w:r>
        <w:br/>
      </w:r>
      <w:r>
        <w:rPr>
          <w:sz w:val="20"/>
        </w:rPr>
        <w:t>9:46  ke sabr ke baghair aap koi kaam bhi nahi kar sakte, aap ulajh ke reh jayenge zindagi mein. to har waqt masail aate hi rehte hain. apa, bohat hi ziyada actually misconstrued word hai jihad.</w:t>
      </w:r>
      <w:r>
        <w:br/>
      </w:r>
      <w:r>
        <w:rPr>
          <w:sz w:val="20"/>
        </w:rPr>
        <w:t>9:58  ab jaise aap ne bohat achhe se bataya, ek riwayat bhi hai hazrat ibn abbas se, aah, ek shakhs ne poocha jihad ko le kar to unhon ne bohat saaf alfazon mein kaha ke "should i not tell you something which is superior for you then jihad?</w:t>
      </w:r>
      <w:r>
        <w:br/>
      </w:r>
      <w:r>
        <w:rPr>
          <w:sz w:val="20"/>
        </w:rPr>
        <w:t>10:13  " phir unhon ne batana shuru kiya ke "it is building of musk, it is reading of the quran, learning of the sunnat and the fiqh." to unhon ne yeh nahi kaha ke haan jihad bohat superior cheez hai, lekin log aksar jis mani mein lete hain woh bilkul opposite hai, jaisa ke aap ne abhi is ko bohat achhe se samjhaya.</w:t>
      </w:r>
      <w:r>
        <w:br/>
      </w:r>
      <w:r>
        <w:rPr>
          <w:sz w:val="20"/>
        </w:rPr>
        <w:t>10:31  in fact, apa, islam is a, is a completely is a peaceful ideology. to jihad also can not have any, aah, violent ideological base.</w:t>
      </w:r>
      <w:r>
        <w:br/>
      </w:r>
      <w:r>
        <w:rPr>
          <w:sz w:val="20"/>
        </w:rPr>
        <w:t>10:41  to main chahunga ke ideologically speaking, aah, is ko aap agar thoda sa wazeh karein. woh jo jang ke liye jo jihad ka lafz istemal kiya jane laga hai na, ji, woh uska extended use hai ya istemali use hai ke woh kyunke jang mein bohat ziyada mehnat karni parti hai,</w:t>
      </w:r>
      <w:r>
        <w:br/>
      </w:r>
      <w:r>
        <w:rPr>
          <w:sz w:val="20"/>
        </w:rPr>
        <w:t>10:59  aur to is ke liye jihad ka lafz istemal kiya jane laga, warna asal lafz jo hai na woh qital hai. ji, to</w:t>
      </w:r>
      <w:r>
        <w:br/>
      </w:r>
      <w:r>
        <w:rPr>
          <w:sz w:val="20"/>
        </w:rPr>
        <w:t>11:09  jihad jo hai na woh ideological struggle ke sense mein to non violent struggle hi hai. to woh is liye hota hai ke woh jab bhi hum koi, aah, kaam achha karein society mein, aur chunke hum log ek daawa group hain, achha aur achhi baat ko society mein hamein pahunchana hai, lekin jab hum jate hain kaam karne to pata chalta hai ke har aadmi ek conditioned insan hai.</w:t>
      </w:r>
      <w:r>
        <w:br/>
      </w:r>
      <w:r>
        <w:rPr>
          <w:sz w:val="20"/>
        </w:rPr>
        <w:t>11:35  to apni conditioning ki wajah se woh hamare paigham ko nahi samajhta. jo rasool Allah sal Allah alaihi wasallam ko itni ziyada opposition hui, woh isi liye, is liye hi nahi ke arab ke log bure thay, balkeh woh conditioned insan thay.</w:t>
      </w:r>
      <w:r>
        <w:br/>
      </w:r>
      <w:r>
        <w:rPr>
          <w:sz w:val="20"/>
        </w:rPr>
        <w:t>11:49  to woh conditioning ki wajah se woh nahi samjhe ke yeh nayi nayi baatein jo hamein sikha rahe hain, yeh kya cheez hai. to us waqt to yeh tha, woh kehte thay ke ek Khuda se kaise kaam chalega?</w:t>
      </w:r>
      <w:r>
        <w:br/>
      </w:r>
      <w:r>
        <w:rPr>
          <w:sz w:val="20"/>
        </w:rPr>
        <w:t>12:02  wahan to har qabiley ka but juda tha na. j</w:t>
      </w:r>
      <w:r>
        <w:br/>
      </w:r>
      <w:r>
        <w:rPr>
          <w:sz w:val="20"/>
        </w:rPr>
        <w:t>12:05  y, to is tarah ki conditioning ho jati hai. woh samajhte thay ke woh wahan buton par nazrane aate thay. ab samajhte thay ke agar hum ek Khuda ko mante hain to hamari to economy sab kharab ho jayegi.</w:t>
      </w:r>
      <w:r>
        <w:br/>
      </w:r>
      <w:r>
        <w:rPr>
          <w:sz w:val="20"/>
        </w:rPr>
        <w:t>12:16  to different kind ki conditioning hoti hai. ab jaise hum spirit ko ubharne ke liye kahein, namaz ki, roze ki, hajj ki, zakat ki, to spirit ko ubharne ke liye kahein ge to woh to form se itna manoos ho chuke hain</w:t>
      </w:r>
      <w:r>
        <w:br/>
      </w:r>
      <w:r>
        <w:rPr>
          <w:sz w:val="20"/>
        </w:rPr>
        <w:t>12:32  , conditioned ho chuke hain, to un ki samajh mein nahi aata ke yeh kya cheez hai. spirit wala deen un ke liye ajnabi deen ban gaya hai. to is liye daai ko bohat sakht mehnat karni parti hai, jis ko ideological jihad bhi Maulana ne kahin istemal kiya hai.</w:t>
      </w:r>
      <w:r>
        <w:br/>
      </w:r>
      <w:r>
        <w:rPr>
          <w:sz w:val="20"/>
        </w:rPr>
        <w:t>12:49  aur is chunke ab agar hum is waqt lad jayein to hum apna kaam aage badha nahi sakte. aur agar hum sabr kar lein, bardasht kar lein to is ka matlab yeh hai ke hamein is ko hum time de rahe hain.</w:t>
      </w:r>
      <w:r>
        <w:br/>
      </w:r>
      <w:r>
        <w:rPr>
          <w:sz w:val="20"/>
        </w:rPr>
        <w:t>13:02  is ko, is ko time chahiye. agar ek conditioned insan hai to us ko time chahiye taake woh baaton ko gehrai se samajh sake.</w:t>
      </w:r>
      <w:r>
        <w:br/>
      </w:r>
      <w:r>
        <w:rPr>
          <w:sz w:val="20"/>
        </w:rPr>
        <w:t>13:11  har insan ghor o fikr to karta hi hai. koi nayi baat kisi se kahi jaye to woh us par sochta hai. sochte sochte kabhi na kabhi us ko baat samajh mein aa jati hai.</w:t>
      </w:r>
      <w:r>
        <w:br/>
      </w:r>
      <w:r>
        <w:rPr>
          <w:sz w:val="20"/>
        </w:rPr>
        <w:t>13:21  itna sare sahaba ki yahi misaal hai. hazrat umar ji itne bare sahabi hain, ab un ko bhi samajh mein nahi aa raha tha. un ko bhi time chahiye tha.</w:t>
      </w:r>
      <w:r>
        <w:br/>
      </w:r>
      <w:r>
        <w:rPr>
          <w:sz w:val="20"/>
        </w:rPr>
        <w:t>13:30  to</w:t>
      </w:r>
      <w:r>
        <w:br/>
      </w:r>
      <w:r>
        <w:rPr>
          <w:sz w:val="20"/>
        </w:rPr>
        <w:t>13:31  chunki insanon ko time chahiye samajhne ke liye, to is wajah se sabr jo hai woh zaroori hai. sabr karna bhi ek jihad hai.</w:t>
      </w:r>
      <w:r>
        <w:br/>
      </w:r>
      <w:r>
        <w:rPr>
          <w:sz w:val="20"/>
        </w:rPr>
        <w:t>13:40  ji, kyunke sab se zyada mehnat to sabr karne mein lagti hai. to to isi liye jo hai kaha gaya hai Quran mein ke Quran se jihad karo.</w:t>
      </w:r>
      <w:r>
        <w:br/>
      </w:r>
      <w:r>
        <w:rPr>
          <w:sz w:val="20"/>
        </w:rPr>
        <w:t>13:53  jihad bil Quran to</w:t>
      </w:r>
      <w:r>
        <w:br/>
      </w:r>
      <w:r>
        <w:rPr>
          <w:sz w:val="20"/>
        </w:rPr>
        <w:t>13:55  balkeh is ko jihad kabir kaha gaya hai ke "wajahidhum bihi jihad kabirah". kyunke is mein sab se zyada opposition hoti hai. un ko samajh mein aata nahi hai, to woh oppose karte hain.</w:t>
      </w:r>
      <w:r>
        <w:br/>
      </w:r>
      <w:r>
        <w:rPr>
          <w:sz w:val="20"/>
        </w:rPr>
        <w:t>14:07  lekin woh to behrahal is zamane mein, aah, bilkul hi insan open nahi tha na. koi bhi nai ideology is ko samajh mein nahi aati thi.</w:t>
      </w:r>
      <w:r>
        <w:br/>
      </w:r>
      <w:r>
        <w:rPr>
          <w:sz w:val="20"/>
        </w:rPr>
        <w:t>14:16  ji, to is wajah se itna zyada wahan par, aah, opposition hui aur itna isi mein kai jangain bhi huin. ji ji, bilkul.</w:t>
      </w:r>
      <w:r>
        <w:br/>
      </w:r>
      <w:r>
        <w:rPr>
          <w:sz w:val="20"/>
        </w:rPr>
        <w:t>14:24  in fact, when the prophet returned from the Tabuk expedition, he made this statement that we have come from a lesser jihad towards a greater jihad.</w:t>
      </w:r>
      <w:r>
        <w:br/>
      </w:r>
      <w:r>
        <w:rPr>
          <w:sz w:val="20"/>
        </w:rPr>
        <w:t>14:32  and greater jihad is exactly like what you explained. its more about intellectual awakening, struggle, strive. apa, aap ne, aah, jihad ko define kiya.</w:t>
      </w:r>
      <w:r>
        <w:br/>
      </w:r>
      <w:r>
        <w:rPr>
          <w:sz w:val="20"/>
        </w:rPr>
        <w:t>14:41  aap ne sabr ke bare mein bhi kaha. sabr pe hum baad mein</w:t>
      </w:r>
      <w:r>
        <w:br/>
      </w:r>
      <w:r>
        <w:rPr>
          <w:sz w:val="20"/>
        </w:rPr>
        <w:t>14:44  aayenge, lekin, aah, main yahan pe yeh bhi chahunga ke aap peace ko bhi aap define kar dein ke becaz peace today has multiple, aah, definitions.</w:t>
      </w:r>
      <w:r>
        <w:br/>
      </w:r>
      <w:r>
        <w:rPr>
          <w:sz w:val="20"/>
        </w:rPr>
        <w:t>14:54  aah, aaj ki date mein peace ki ek simple definition bhi nahi hai. to how would you define peace and why is it so important for the mission? woh ek article mein Maulana ne likha hai ke aman ki tareef ki jati hai absence of war, lekin woh kehte hain yeh negative definition</w:t>
      </w:r>
      <w:r>
        <w:br/>
      </w:r>
      <w:r>
        <w:rPr>
          <w:sz w:val="20"/>
        </w:rPr>
        <w:t>15:12  hai. ji, kyunke yeh sirf itna hi nahi hai ke aman qaim ho gaya, bas itni hi baat kal baat nahi hai. balkeh aman ke qayam se jo sari musbat, positive, constructive activities shuru ho jati hain na, bilkul aisa unhon ne misaal diya hai jaise koi band jo hai khul jaye, band toot jaye to pani ka bahao bohat tezi se aage aage aata hai.</w:t>
      </w:r>
      <w:r>
        <w:br/>
      </w:r>
      <w:r>
        <w:rPr>
          <w:sz w:val="20"/>
        </w:rPr>
        <w:t>15:36  jaise ke woh jo jo non violence hai aur yeh sab jo hai is tarah ki baatein, yeh bilkul band ki jagah kaam kar deti hain.</w:t>
      </w:r>
      <w:r>
        <w:br/>
      </w:r>
      <w:r>
        <w:rPr>
          <w:sz w:val="20"/>
        </w:rPr>
        <w:t>15:47  kyunke aadmi jo hai na doosre se contact freely, free atmosphere mein kar sakta hai, na doosre se apni baat ko pohncha sakta hai. dushmani hoti hai, hatred hoti hai.</w:t>
      </w:r>
      <w:r>
        <w:br/>
      </w:r>
      <w:r>
        <w:rPr>
          <w:sz w:val="20"/>
        </w:rPr>
        <w:t>15:58  to is mein agar hum un se koi baat kehte bhi hain to un ko baat woh samajh mein nahi aati hai.</w:t>
      </w:r>
      <w:r>
        <w:br/>
      </w:r>
      <w:r>
        <w:rPr>
          <w:sz w:val="20"/>
        </w:rPr>
        <w:t>16:04  to jaise aap, aah, yeh sulah qaim karein, halaat ko normalize karein to waise hi aap ki jo hai tamam, aah, activities qaim ho jati hain, musbat activities, aur is ka result bohat acha hota hai.</w:t>
      </w:r>
      <w:r>
        <w:br/>
      </w:r>
      <w:r>
        <w:rPr>
          <w:sz w:val="20"/>
        </w:rPr>
        <w:t>16:19  jaise sulah Hudaybiyah mein hua, is se pehle kuch kaam nahi ho raha tha kyunke bohat zyada rukawatein theen. log ek doosre se milna bhi pasand nahi karte the.</w:t>
      </w:r>
      <w:r>
        <w:br/>
      </w:r>
      <w:r>
        <w:rPr>
          <w:sz w:val="20"/>
        </w:rPr>
        <w:t>16:29  kai logon ko to kaha gaya ke apne kaan mein rooi daal lo, Muhammad ki baat mat suno to bad-deen ho jaoge. to lekin jab yeh sulah ho gayi to sare log ek doosre se milne lage aur itni tezi se aap ka paigham phail gaya.</w:t>
      </w:r>
      <w:r>
        <w:br/>
      </w:r>
      <w:r>
        <w:rPr>
          <w:sz w:val="20"/>
        </w:rPr>
        <w:t>16:44  to aise hi aaj kal ke to bohat zyada mawaqe hain, pehle to itne mawaqe bhi nahi the. to yeh samajh lijiye ke aman ka qayam jo hai na woh ek master key hai, tamam band darwaze is se khul jate hain.</w:t>
      </w:r>
      <w:r>
        <w:br/>
      </w:r>
      <w:r>
        <w:rPr>
          <w:sz w:val="20"/>
        </w:rPr>
        <w:t>16:59  to isi tarah se Maulana ne misaal di hai ke kainat ka mazhab jo hai woh bhi aman hi hai, aman culture hi poori kainat mein prevail kar raha hai. kyunke aap jante hain ke poori kainat mutharrik hai, aur billions and billions of stars jo hain woh sab move kar rahe hain apne apne orbit mein, koi kisi se clash nahi karta.</w:t>
      </w:r>
      <w:r>
        <w:br/>
      </w:r>
      <w:r>
        <w:rPr>
          <w:sz w:val="20"/>
        </w:rPr>
        <w:t>17:19  Surah Yaseen mein is ko describe kiya gaya hai. to</w:t>
      </w:r>
      <w:r>
        <w:br/>
      </w:r>
      <w:r>
        <w:rPr>
          <w:sz w:val="20"/>
        </w:rPr>
        <w:t>17:23  koi clash nahi hai, koi tashaddud culture nahi hai. to poori kainat mein, to jab kainat mein arbon saal se, arbon saal se kainat chal rahi hai aur koi clash nahi hai, agar is mein clash ho to poori kainat jo hai tabah ho jaye, khatam ho jaye.</w:t>
      </w:r>
      <w:r>
        <w:br/>
      </w:r>
      <w:r>
        <w:rPr>
          <w:sz w:val="20"/>
        </w:rPr>
        <w:t>17:40  to yahi, yeh hamare liye yeh sari cheezein jo nature ki hain, woh sab hamare liye model ki hesiyat rakhti hain. to humein bhi isi model ko apnana hai.</w:t>
      </w:r>
      <w:r>
        <w:br/>
      </w:r>
      <w:r>
        <w:rPr>
          <w:sz w:val="20"/>
        </w:rPr>
        <w:t>17:51  jagah jagah Maulana ne nature ki misaal di hai ke woh hamare liye model hai aur isi ko humein apnana hai. to bas sirf farq itna hai kainat mein aur insan mein ke kainat mein sab kuch determined hai.</w:t>
      </w:r>
      <w:r>
        <w:br/>
      </w:r>
      <w:r>
        <w:rPr>
          <w:sz w:val="20"/>
        </w:rPr>
        <w:t>18:06  woh, woh jo kar rahe hain, woh waise hi karenge. un ka apni koi free will nahi hai, lekin insan ko free will di gayi hai kyunke insan is duniya mein test ke liye aa</w:t>
      </w:r>
      <w:r>
        <w:br/>
      </w:r>
      <w:r>
        <w:rPr>
          <w:sz w:val="20"/>
        </w:rPr>
        <w:t>18:18  ya hai to is waja se is ko free will di gai hai ta k wo apna test de sake aur is ka jo hai badla jo hai, is ko reward akhirat mein jannat ki shakal mein mile ga.</w:t>
      </w:r>
      <w:r>
        <w:br/>
      </w:r>
      <w:r>
        <w:rPr>
          <w:sz w:val="20"/>
        </w:rPr>
        <w:t>18:31  ji, ah, apa miss fareeda kamran ne comment bheja hai pakistan se. unhon ne likha hai: "jazak allah nicely explain most important lesson with practical wisdom." ah</w:t>
      </w:r>
      <w:r>
        <w:br/>
      </w:r>
      <w:r>
        <w:rPr>
          <w:sz w:val="20"/>
        </w:rPr>
        <w:t>18:44  , miss ayesha butto ne likha hai: "beshak allah sabar karne walon ke sath hai." doctor aslam khan sahab ne saharanpur se likha hai: "you are right, doctor fareeda.</w:t>
      </w:r>
      <w:r>
        <w:br/>
      </w:r>
      <w:r>
        <w:rPr>
          <w:sz w:val="20"/>
        </w:rPr>
        <w:t>18:55  now we should start ideological jihad. really, it is a greater jihad and it should start with wisdom." ah, muhammad farooq sahab ne lahore se likha hai: "moreover, peace is a tool that paves the way for suc</w:t>
      </w:r>
      <w:r>
        <w:br/>
      </w:r>
      <w:r>
        <w:rPr>
          <w:sz w:val="20"/>
        </w:rPr>
        <w:t>19:10  cess. when we are peaceful, we can focus on our goals and overcome any obstacles. peace also helps us to connect with others and create positive relations.</w:t>
      </w:r>
      <w:r>
        <w:br/>
      </w:r>
      <w:r>
        <w:rPr>
          <w:sz w:val="20"/>
        </w:rPr>
        <w:t>19:21  peace is not just the absence of conflict, but the presence of harmony and joy. peace is a powerful force that can transform our life and the world." apa, lekin ek sawal yeh bhi aata hai ke, ah, log aksar kehte hain ke conspiracies enemies karte rehte hain.</w:t>
      </w:r>
      <w:r>
        <w:br/>
      </w:r>
      <w:r>
        <w:rPr>
          <w:sz w:val="20"/>
        </w:rPr>
        <w:t>19:40  ah, to kya solution hai in conspiracies ka? you can not deny conspiracies being hatched. ah, but what is the solution to these conspiracies?</w:t>
      </w:r>
      <w:r>
        <w:br/>
      </w:r>
      <w:r>
        <w:rPr>
          <w:sz w:val="20"/>
        </w:rPr>
        <w:t>19:51  conspiracy to hazrat adam jab pehle pehli family dunya mein aai, un ke beton mein ho gaya dushmani.</w:t>
      </w:r>
      <w:r>
        <w:br/>
      </w:r>
      <w:r>
        <w:rPr>
          <w:sz w:val="20"/>
        </w:rPr>
        <w:t>19:59  to yeh to part and parcel hai is life ka. ji,</w:t>
      </w:r>
      <w:r>
        <w:br/>
      </w:r>
      <w:r>
        <w:rPr>
          <w:sz w:val="20"/>
        </w:rPr>
        <w:t>20:03  kyun ke insan apni khwahish ke mutabiq zindagi guzarta hai, apne mafad ke mutabiq zindagi guzarna chahta hai. to yeh to hoga, yeh to hum maan ke chalenge, yeh hoga.</w:t>
      </w:r>
      <w:r>
        <w:br/>
      </w:r>
      <w:r>
        <w:rPr>
          <w:sz w:val="20"/>
        </w:rPr>
        <w:t>20:14  ab hamein dekhna hai ke is ka solution kya hai. ji, quran mein, hadith mein, prophet ki zindagi mein kya solution hai? main, main to samajhti hoon ke logon ne, ah, prophet ki jo examples hain, is ko samajhne ki koi koshish nahi ki</w:t>
      </w:r>
      <w:r>
        <w:br/>
      </w:r>
      <w:r>
        <w:rPr>
          <w:sz w:val="20"/>
        </w:rPr>
        <w:t>20:30  hai. wo prophet ko bas unhon ne apna hero bana liya hai. to hero se to hero to hamara model hota nahi hai. to agar aap har mamla jo aap ko parhe aur aap prophet ki zindagi ko dekhen to aap ke haan har tarah ki examples hain.</w:t>
      </w:r>
      <w:r>
        <w:br/>
      </w:r>
      <w:r>
        <w:rPr>
          <w:sz w:val="20"/>
        </w:rPr>
        <w:t>20:46  ek bar molana ne likh diya tha ke prophet ki examples ko, jo ke uswa hasna, halan ke yeh quran ka lafz hai, to logon ne bohat zyada mukhalifat ki thi ke uswa kamila, uswa hasna nahi</w:t>
      </w:r>
      <w:r>
        <w:br/>
      </w:r>
      <w:r>
        <w:rPr>
          <w:sz w:val="20"/>
        </w:rPr>
        <w:t>20:59  . uswa kamila manne ke liye hai, bolne ke liye hai, lekin apne amal mein wo kuch nahi, is ko samajhna, samajhne ki koi koshish nahi karte.</w:t>
      </w:r>
      <w:r>
        <w:br/>
      </w:r>
      <w:r>
        <w:rPr>
          <w:sz w:val="20"/>
        </w:rPr>
        <w:t>21:09  warna har cheez mein prophet ki example un ko aap ko mile gi. aur quran aur prophet ki example yeh kafi hai ke hum apne har masle ko hal kar saken.</w:t>
      </w:r>
      <w:r>
        <w:br/>
      </w:r>
      <w:r>
        <w:rPr>
          <w:sz w:val="20"/>
        </w:rPr>
        <w:t>21:21  to quran mein aaya hai chapter third aur verse 120 mein ke agar tum sabar karo aur allah ka taqwa ikhtiyar karo to un ki koi sazish tum ko hargiz nuqsan na pohanchaye gi.</w:t>
      </w:r>
      <w:r>
        <w:br/>
      </w:r>
      <w:r>
        <w:rPr>
          <w:sz w:val="20"/>
        </w:rPr>
        <w:t>21:34  to ab jab allah taala keh raha hai ke hargiz nuqsan nahi tumhein pohanche ga, to hamein thora sa sochna chahiye na ke kya matlab hai ke sabar karo aur allah ka taqwa ikhtiyar karo, allah se daro, allah ki jo guidelines</w:t>
      </w:r>
      <w:r>
        <w:br/>
      </w:r>
      <w:r>
        <w:rPr>
          <w:sz w:val="20"/>
        </w:rPr>
        <w:t>21:49  hain, wo is ke mutabiq apni zindagi guzaro. to sabar aur planning jo hai, wo har sazish ko nakam bana deti hai.</w:t>
      </w:r>
      <w:r>
        <w:br/>
      </w:r>
      <w:r>
        <w:rPr>
          <w:sz w:val="20"/>
        </w:rPr>
        <w:t>21:58  ab aap be hisab, be shumar misalein aap ko milengi, ah, rasool allah salallahu alaihi wasallam ki hi zindagi mein ke har sazish ko aap ne nakam bana diya.</w:t>
      </w:r>
      <w:r>
        <w:br/>
      </w:r>
      <w:r>
        <w:rPr>
          <w:sz w:val="20"/>
        </w:rPr>
        <w:t>22:07  jab aap ko marne ki sazish hui makkah mein to aap ne kitni khamoshi se adhi raat ko makkah se madina chale gaye. to wo sazish ko nakami banana</w:t>
      </w:r>
      <w:r>
        <w:br/>
      </w:r>
      <w:r>
        <w:rPr>
          <w:sz w:val="20"/>
        </w:rPr>
        <w:t>22:18  hua na? aisa nahi ke aaj ki dunya hamare khilaf ho gai hai, aaj sazish ho rahi hai. sazish to insan awal se hi ho rahi hai, bas hum samajh nahi rahe hain ke sazish ko nakam kaise karein.</w:t>
      </w:r>
      <w:r>
        <w:br/>
      </w:r>
      <w:r>
        <w:rPr>
          <w:sz w:val="20"/>
        </w:rPr>
        <w:t>22:30  hum retaliate karte hain, hum jang shuru kar dete hain aur jang ko dekhte hain ke jang se koi nateeja baramad nahi ho raha,</w:t>
      </w:r>
      <w:r>
        <w:br/>
      </w:r>
      <w:r>
        <w:rPr>
          <w:sz w:val="20"/>
        </w:rPr>
        <w:t>22:38  barbad ho rahe hain sari hamare resources. lekin bas ghusse, ghussa, wo is mein hadith mein aaya hai muslim, ah, sahih muslim mein ke dajjal kyun nikle ga?</w:t>
      </w:r>
      <w:r>
        <w:br/>
      </w:r>
      <w:r>
        <w:rPr>
          <w:sz w:val="20"/>
        </w:rPr>
        <w:t>22:50  dajjal ghussa hoga, is ka ghussa us ko nikale ga. to aaj musalman ghussa hain, ghusse mein kuch bhi kar rahe hain, be soche samjhe apne hi ko barbad kar rahe hain.</w:t>
      </w:r>
      <w:r>
        <w:br/>
      </w:r>
      <w:r>
        <w:rPr>
          <w:sz w:val="20"/>
        </w:rPr>
        <w:t>23:01  to wahi agar yeh log samjhen, quran ko samjhen, jin ki urdu zaban hai, wo bhi nahi samajhte to</w:t>
      </w:r>
      <w:r>
        <w:br/>
      </w:r>
      <w:r>
        <w:rPr>
          <w:sz w:val="20"/>
        </w:rPr>
        <w:t>23:08  woh aaj jo hai kitnay ziyada, aah, mawaqe hain aaj peaceful, aah, work karne ke liye. to woh saare mawaqe ko istemaal karte aur dunya ko bhi aik behtar jagah banate aur aakhirat mein bhi un ko apni is ka reward milta.</w:t>
      </w:r>
      <w:r>
        <w:br/>
      </w:r>
      <w:r>
        <w:rPr>
          <w:sz w:val="20"/>
        </w:rPr>
        <w:t>23:28  to sulah se jo rasool ALLAH صلی اللہ علیہ وسلم ne dab kar sulah ki, to aik bohat hi bara namona hai hamare liye</w:t>
      </w:r>
      <w:r>
        <w:br/>
      </w:r>
      <w:r>
        <w:rPr>
          <w:sz w:val="20"/>
        </w:rPr>
        <w:t>23:36  ke sulah se hamein tamam mawaqe mil jaate hain aur phir in mawaqe ko istemaal kar ke hum har kuch haasil kar sakte hain jo hum chahte hain.</w:t>
      </w:r>
      <w:r>
        <w:br/>
      </w:r>
      <w:r>
        <w:rPr>
          <w:sz w:val="20"/>
        </w:rPr>
        <w:t>23:45  aur takhreeb mein, yaani destructive activities mein, to hamari tamam taaqatein sirf zaya ho rahi hain. to hamein parman tadbeer karna hai.</w:t>
      </w:r>
      <w:r>
        <w:br/>
      </w:r>
      <w:r>
        <w:rPr>
          <w:sz w:val="20"/>
        </w:rPr>
        <w:t>23:56  aik molana ne aik likha hai booklet mein ke replanning</w:t>
      </w:r>
      <w:r>
        <w:br/>
      </w:r>
      <w:r>
        <w:rPr>
          <w:sz w:val="20"/>
        </w:rPr>
        <w:t>24:01  par woh zabardast hai ke aik planning agar fail ho jaye to phir aap replan karo. is mein bohat achi woh booklet hai. to hum, hum kya kar rahe hain?</w:t>
      </w:r>
      <w:r>
        <w:br/>
      </w:r>
      <w:r>
        <w:rPr>
          <w:sz w:val="20"/>
        </w:rPr>
        <w:t>24:11  bomb pe bomb maar rahe hain. hamein bomb ko diffuse karna hai, bomb pe bomb nahi maarna hai. to jang se dekhiye, kabhi bhi nahi koi nateeja nikla hai, na aaj koi nateeja nikle ga kyunke yeh ALLAH ki,</w:t>
      </w:r>
      <w:r>
        <w:br/>
      </w:r>
      <w:r>
        <w:rPr>
          <w:sz w:val="20"/>
        </w:rPr>
        <w:t>24:24  aah, marzi ke khilaaf hai.</w:t>
      </w:r>
      <w:r>
        <w:br/>
      </w:r>
      <w:r>
        <w:rPr>
          <w:sz w:val="20"/>
        </w:rPr>
        <w:t>24:26  ALLAH ne is dunya mein, aah, peaceful aik dunya mein, aah, aik matlab peace qaim kar diya hai ALLAH taala ne.</w:t>
      </w:r>
      <w:r>
        <w:br/>
      </w:r>
      <w:r>
        <w:rPr>
          <w:sz w:val="20"/>
        </w:rPr>
        <w:t>24:36  ab hum is ko peace ko destroy kar rahe hain, disturb kar rahe hain. to is mein hum ko kabhi bhi ALLAH taala ki madad nahi mile gi. aur aap jante hain, agar ALLAH ki madad na mile to hamara koi bhi plan jo hai woh kamyab nahi ho sakta hai.</w:t>
      </w:r>
      <w:r>
        <w:br/>
      </w:r>
      <w:r>
        <w:rPr>
          <w:sz w:val="20"/>
        </w:rPr>
        <w:t>24:51  to</w:t>
      </w:r>
      <w:r>
        <w:br/>
      </w:r>
      <w:r>
        <w:rPr>
          <w:sz w:val="20"/>
        </w:rPr>
        <w:t>24:52  madad ALLAH taala ki mile gi jab hum, aah, achhe ta'alluqat banayenge, logon se dooriyan khatam karenge aur jo hai un ko khuda ka paigham pahunchayenge.</w:t>
      </w:r>
      <w:r>
        <w:br/>
      </w:r>
      <w:r>
        <w:rPr>
          <w:sz w:val="20"/>
        </w:rPr>
        <w:t>25:05  tab hamein khuda ki madad mile gi. aaj kal bohat achhe tareeqe se jo interfaith program hote hain, jo khaas taur par christians interfaith program kar rahe hain, woh bohat achha kaam hai.</w:t>
      </w:r>
      <w:r>
        <w:br/>
      </w:r>
      <w:r>
        <w:rPr>
          <w:sz w:val="20"/>
        </w:rPr>
        <w:t>25:16  log milte hain, bohat sari cheezein to aisi hoti hain ke doori se misunderstanding develop ho jati hai. to ab musalman doori khatam karein, logon se mulaqatein karein, logon ko apni baat peaceful andaaz mein rakhein to saare masail to khud hi khatam ho jayenge.</w:t>
      </w:r>
      <w:r>
        <w:br/>
      </w:r>
      <w:r>
        <w:rPr>
          <w:sz w:val="20"/>
        </w:rPr>
        <w:t>25:32  dekhiye, christians ne kis tareeqe se apne masail ko saara isi tareeqe se khatam kiya.</w:t>
      </w:r>
      <w:r>
        <w:br/>
      </w:r>
      <w:r>
        <w:rPr>
          <w:sz w:val="20"/>
        </w:rPr>
        <w:t>25:38  musalsal woh aise program karte rehte hain. to musalmanon ko bhi is tarah ke program karna hai, logon se milna hai aur khuda ka paigham un ko, kyunke hum to duty bound hain ke khuda ka paigham peaceful tareeqe se doosron ko pahunchayein.</w:t>
      </w:r>
      <w:r>
        <w:br/>
      </w:r>
      <w:r>
        <w:rPr>
          <w:sz w:val="20"/>
        </w:rPr>
        <w:t>25:54  ji, aur apa, yeh bhi, aah, bohat zaroori hai samajhna kyunke jaise aap ne quran ki abhi ayat batai, aah, ke "if you persevere and fear god, then their conspiracies will not harm you".</w:t>
      </w:r>
      <w:r>
        <w:br/>
      </w:r>
      <w:r>
        <w:rPr>
          <w:sz w:val="20"/>
        </w:rPr>
        <w:t>26:05  to</w:t>
      </w:r>
      <w:r>
        <w:br/>
      </w:r>
      <w:r>
        <w:rPr>
          <w:sz w:val="20"/>
        </w:rPr>
        <w:t>26:06  aik tareeqe se yeh bohat hi zabardast, aah, aah, aik, aik, aah, words of hope hai ke "conspiracies will never harm you".</w:t>
      </w:r>
      <w:r>
        <w:br/>
      </w:r>
      <w:r>
        <w:rPr>
          <w:sz w:val="20"/>
        </w:rPr>
        <w:t>26:14  to molana ne bara achha likha hai ke "we are living in a world of competition and people have freedom, they will definitely misuse their freedom".</w:t>
      </w:r>
      <w:r>
        <w:br/>
      </w:r>
      <w:r>
        <w:rPr>
          <w:sz w:val="20"/>
        </w:rPr>
        <w:t>26:23  to it is not a case of, you know, having conspiracies,</w:t>
      </w:r>
      <w:r>
        <w:br/>
      </w:r>
      <w:r>
        <w:rPr>
          <w:sz w:val="20"/>
        </w:rPr>
        <w:t>26:28  but the problem is that people do not have patience and sincerity, and we cannot eliminate conspiracies in this world.</w:t>
      </w:r>
      <w:r>
        <w:br/>
      </w:r>
      <w:r>
        <w:rPr>
          <w:sz w:val="20"/>
        </w:rPr>
        <w:t>26:36  conspiracies to rahe gi, rahe gi, lekin asal cheez yeh hai ke hum apne aap ko conspiracy se kaise bachayein. aur wohi jaise aap ne bataya, "i mean by being patient, by being sincere in our approach, by replanning".</w:t>
      </w:r>
      <w:r>
        <w:br/>
      </w:r>
      <w:r>
        <w:rPr>
          <w:sz w:val="20"/>
        </w:rPr>
        <w:t>26:48  replanning ka bara achha unhon ne bataya ke "it is adding experience to your previous planning, and then in the light of new information, planning again".</w:t>
      </w:r>
      <w:r>
        <w:br/>
      </w:r>
      <w:r>
        <w:rPr>
          <w:sz w:val="20"/>
        </w:rPr>
        <w:t>26:57  to</w:t>
      </w:r>
      <w:r>
        <w:br/>
      </w:r>
      <w:r>
        <w:rPr>
          <w:sz w:val="20"/>
        </w:rPr>
        <w:t>26:58  is liye, aah, kal mila ke success depends on what is our response. if our response is negative, then it will definitely lead to failure, but if our response is positive, then it will lead to success.</w:t>
      </w:r>
      <w:r>
        <w:br/>
      </w:r>
      <w:r>
        <w:rPr>
          <w:sz w:val="20"/>
        </w:rPr>
        <w:t>27:12  aah, acha, apa, yahan pe ek sawal yeh bhi aata hai ke "we do see in islamic history that there were wars that were fought during the time of the prophet".</w:t>
      </w:r>
      <w:r>
        <w:br/>
      </w:r>
      <w:r>
        <w:rPr>
          <w:sz w:val="20"/>
        </w:rPr>
        <w:t>27:22  to is ko aap kaise explain kareen</w:t>
      </w:r>
      <w:r>
        <w:br/>
      </w:r>
      <w:r>
        <w:rPr>
          <w:sz w:val="20"/>
        </w:rPr>
        <w:t>27:24  ge? kyunke aksar log in wars ka hi hawala dete hain, and they take things out of context. so, how would you explain that?</w:t>
      </w:r>
      <w:r>
        <w:br/>
      </w:r>
      <w:r>
        <w:rPr>
          <w:sz w:val="20"/>
        </w:rPr>
        <w:t>27:35  maulana, yeh kitaab hai "aman-e-alam", is mein yeh saari baaton par bohat detail mein discuss kiya gaya hai. to is mein hai ke "non-violence is the rule in islam, and war is only an exception".</w:t>
      </w:r>
      <w:r>
        <w:br/>
      </w:r>
      <w:r>
        <w:rPr>
          <w:sz w:val="20"/>
        </w:rPr>
        <w:t>27:50  to asal mein to non-violence aur peace hi islam ki base hai, lekin jangain kuch huin.</w:t>
      </w:r>
      <w:r>
        <w:br/>
      </w:r>
      <w:r>
        <w:rPr>
          <w:sz w:val="20"/>
        </w:rPr>
        <w:t>27:59  wo jangon ki wo ek practical reasons hain, kyunke wo zamani reasons hain, wo zamana tha religious persecution ka.</w:t>
      </w:r>
      <w:r>
        <w:br/>
      </w:r>
      <w:r>
        <w:rPr>
          <w:sz w:val="20"/>
        </w:rPr>
        <w:t>28:10  to aap koi bhi nayi baat, aap koi bhi nayi baat society mein kahe karte thay to log aap ke khilaaf ho jatay thay. khali mazhabi nahi, wo ek greek mathematician tha, scientist tha,</w:t>
      </w:r>
      <w:r>
        <w:br/>
      </w:r>
      <w:r>
        <w:rPr>
          <w:sz w:val="20"/>
        </w:rPr>
        <w:t>28:24  archimedes, jahan tak mujhe yaad hai. to wo rait mein koi maths ka kuch formula rait mein likh raha</w:t>
      </w:r>
      <w:r>
        <w:br/>
      </w:r>
      <w:r>
        <w:rPr>
          <w:sz w:val="20"/>
        </w:rPr>
        <w:t>28:33  tha. ab logon ne samjha yeh pata nahi kya nayi cheez is ne nikali hai, matlab innovation jo hai, is se log bohat zyada badaktay thay.</w:t>
      </w:r>
      <w:r>
        <w:br/>
      </w:r>
      <w:r>
        <w:rPr>
          <w:sz w:val="20"/>
        </w:rPr>
        <w:t>28:42  to us wahin us ko maar diya aur tamam baray baray greek scientist ko, philosopherz ko, zyada tar ko mara hi gaya. wo wo age factor hai.</w:t>
      </w:r>
      <w:r>
        <w:br/>
      </w:r>
      <w:r>
        <w:rPr>
          <w:sz w:val="20"/>
        </w:rPr>
        <w:t>28:52  plato ko zehar ka piyala pilaya gaya ke hamare youth ko, aah, kharab kar raha hai.</w:t>
      </w:r>
      <w:r>
        <w:br/>
      </w:r>
      <w:r>
        <w:rPr>
          <w:sz w:val="20"/>
        </w:rPr>
        <w:t>28:58  aur wo jo baatein batatay thay, aah, us se logon ne samjha ke youth jo hain, fail karein ge ke hum free hain, hum kuch bhi bol sakte hain.</w:t>
      </w:r>
      <w:r>
        <w:br/>
      </w:r>
      <w:r>
        <w:rPr>
          <w:sz w:val="20"/>
        </w:rPr>
        <w:t>29:08  ek Noshirwan bohat hi adil badshah tha, to ek din us ne apne court mein kaha ke agar hamari policies se kisi ko ikhtilaf ho to wo yahan bata sakta hai.</w:t>
      </w:r>
      <w:r>
        <w:br/>
      </w:r>
      <w:r>
        <w:rPr>
          <w:sz w:val="20"/>
        </w:rPr>
        <w:t>29:21  us ne khud invite kiya.</w:t>
      </w:r>
      <w:r>
        <w:br/>
      </w:r>
      <w:r>
        <w:rPr>
          <w:sz w:val="20"/>
        </w:rPr>
        <w:t>29:23  to ek aadmi zara seedha tha, us zamane mein badshah ke khilaaf to koi bol hi nahi sakta tha. ek aadmi zara seedha tha, us ne bola ke falan tax jo aap ne lagaya hai, wo hamari is se thora zyada hai, itna is mein,</w:t>
      </w:r>
      <w:r>
        <w:br/>
      </w:r>
      <w:r>
        <w:rPr>
          <w:sz w:val="20"/>
        </w:rPr>
        <w:t>29:37  aah, yield itni hoti nahi hai. ab wo us ne badshah ghussa ho gaya ke us ki himmat hamare khilaaf bol raha hai. to wo jo qalamdan tha, pehle zamane mein qalamdan hotay thay baray baray lakri ke,</w:t>
      </w:r>
      <w:r>
        <w:br/>
      </w:r>
      <w:r>
        <w:rPr>
          <w:sz w:val="20"/>
        </w:rPr>
        <w:t>29:53  to wo kaha ke isi apne ko qabil samajhta hai, isi qalamdan maar maar ke us ka sir tod do. to yeh zamana tha, aap sochiye ke is zamane mein prophet aaye aur logon ko aap ko hukum hua ke tamam yeh paigham tamam logon tak pohncha do.</w:t>
      </w:r>
      <w:r>
        <w:br/>
      </w:r>
      <w:r>
        <w:rPr>
          <w:sz w:val="20"/>
        </w:rPr>
        <w:t>30:12  ab aap ne pohnchana jab shuru kiya to zabardast mukhalifat hui. aap ne koi bhi aisa kaam nahi kiya jis se violence ke zariye se aap ne koi kaam kiya</w:t>
      </w:r>
      <w:r>
        <w:br/>
      </w:r>
      <w:r>
        <w:rPr>
          <w:sz w:val="20"/>
        </w:rPr>
        <w:t>30:22  ho. aap ne to logon ko jawab tak nahi diya, aap ko logon ko itna bura bhala kaha, lekin aap ne jawab bhi nahi diya. lekin jab Madinah gaye aap to Madinah mein log baqayda Makkah se poori poori fauj Madinah mein charhai.</w:t>
      </w:r>
      <w:r>
        <w:br/>
      </w:r>
      <w:r>
        <w:rPr>
          <w:sz w:val="20"/>
        </w:rPr>
        <w:t>30:38  Madinah par to wahan aap sochiye ke aisay halaat mein sirf char jangain huin. Maulana ne is ko gina hai ke sirf adhay adhay din ki char jangain huin.</w:t>
      </w:r>
      <w:r>
        <w:br/>
      </w:r>
      <w:r>
        <w:rPr>
          <w:sz w:val="20"/>
        </w:rPr>
        <w:t>30:51  aur aaj musalman saalon ladte rehtay hain, un ko jang khatam hi nahi kartay. Rasool Allah (SAW) ne adhay din mein ek jang khatam kar di jis ko hum jang bhi nahi kehtay, skirmish kehtay hain.</w:t>
      </w:r>
      <w:r>
        <w:br/>
      </w:r>
      <w:r>
        <w:rPr>
          <w:sz w:val="20"/>
        </w:rPr>
        <w:t>31:03  to hawala dein ge ke Rasool Allah ke haan jang hui, wo to age hi different tha, wo to religious persecution ka age tha. wahan aap kuch bhi kaam nahi kar sakte thay, jo badshah ka mazhab tha, wahi riaya ka mazhab hota tha.</w:t>
      </w:r>
      <w:r>
        <w:br/>
      </w:r>
      <w:r>
        <w:rPr>
          <w:sz w:val="20"/>
        </w:rPr>
        <w:t>31:18  to is wajah se kabhi kabhi wo majburan difaa karni pari aur us ko Rasool Allah (SAW) ne bilkul limit kar diya,</w:t>
      </w:r>
      <w:r>
        <w:br/>
      </w:r>
      <w:r>
        <w:rPr>
          <w:sz w:val="20"/>
        </w:rPr>
        <w:t>31:26  kam se kam ho. isi wajah se Sulah Hudaibiyah kiya ke jang khatam ho taake kaam jo jo sab se bara kaam hai ke logon tak Khuda ka paigham pohnchana hai, wo paigham pohanchaya ja sake azadana mahol mein.</w:t>
      </w:r>
      <w:r>
        <w:br/>
      </w:r>
      <w:r>
        <w:rPr>
          <w:sz w:val="20"/>
        </w:rPr>
        <w:t>31:41  to islam mein musalman kehte hain ke sari dunya hamari dushman hai, to dushman ke liye jang islam mein hai hi nahin. islam farq karta hai dushman aur hamla aawar mein.</w:t>
      </w:r>
      <w:r>
        <w:br/>
      </w:r>
      <w:r>
        <w:rPr>
          <w:sz w:val="20"/>
        </w:rPr>
        <w:t>31:53  to hamla aawar, hamla to musalmanon ne aksar, musalman khud hi ham</w:t>
      </w:r>
      <w:r>
        <w:br/>
      </w:r>
      <w:r>
        <w:rPr>
          <w:sz w:val="20"/>
        </w:rPr>
        <w:t>31:58  h karte hain, shuruat musalman hi karte hain. abhi bhi jo jang ho rahi hai, use musalmanon ne shuru kiya hai. to is woh sirf agar koi doosra hamla karta hai to musalman defend kar sakte hain, agar zaroorat hai to.</w:t>
      </w:r>
      <w:r>
        <w:br/>
      </w:r>
      <w:r>
        <w:rPr>
          <w:sz w:val="20"/>
        </w:rPr>
        <w:t>32:14  defend ke liye bhi bohat ziyada koshish ki jaye gi ke is ko avoid karen, jaisa ke rasool Allah sal Allah alaih wasallam ki zindagi se hamein milt</w:t>
      </w:r>
      <w:r>
        <w:br/>
      </w:r>
      <w:r>
        <w:rPr>
          <w:sz w:val="20"/>
        </w:rPr>
        <w:t>32:22  a hai. jang e khandaq jo aap ne khodi ko, sare sahaba ke sath mil kar aap khud is mein shamil the ke dushman ki fouj jo hai, madine ke andar enter na ho paye.</w:t>
      </w:r>
      <w:r>
        <w:br/>
      </w:r>
      <w:r>
        <w:rPr>
          <w:sz w:val="20"/>
        </w:rPr>
        <w:t>32:34  to kyun ke jang se kuch milta thori hai, khali dil ki bhadas hoti hai. hum enemy ko nuqsan pohnchaye, is nuqsan pohnchane mein hum is se ziyada apna nuqsan pohnchate hain.</w:t>
      </w:r>
      <w:r>
        <w:br/>
      </w:r>
      <w:r>
        <w:rPr>
          <w:sz w:val="20"/>
        </w:rPr>
        <w:t>32:45  to isi liye Allah taala ne kaha hai ke sabr karo, aise mauqe par, aise mauqe to honge, ghar ke andar bhi hoga, ghar ke bahir bhi hoga, qomon mein bhi hoga.</w:t>
      </w:r>
      <w:r>
        <w:br/>
      </w:r>
      <w:r>
        <w:rPr>
          <w:sz w:val="20"/>
        </w:rPr>
        <w:t>32:56  to is mauqe par sabr karna hai, sulah ki rastay talash karne hain, achhe taluqat qaim karne hain, kyun ke jang to ek necessary evil hai.</w:t>
      </w:r>
      <w:r>
        <w:br/>
      </w:r>
      <w:r>
        <w:rPr>
          <w:sz w:val="20"/>
        </w:rPr>
        <w:t>33:06  to jang se avoid karna hai. dekhiye, is dunya mein insan aya hai apni personality develop karne ke liye.</w:t>
      </w:r>
      <w:r>
        <w:br/>
      </w:r>
      <w:r>
        <w:rPr>
          <w:sz w:val="20"/>
        </w:rPr>
        <w:t>33:14  jang ke zaman mein to kuch bhi nahin hota, kuch ho bhi nahin sakta, koi kaam nahin ho sakta constructive. to hum personality development ke liye jo hum ko time chahiye, woh time hum ko jang, jang ki halat mein hamein milta hi nahin.</w:t>
      </w:r>
      <w:r>
        <w:br/>
      </w:r>
      <w:r>
        <w:rPr>
          <w:sz w:val="20"/>
        </w:rPr>
        <w:t>33:28  to jab akhirat mein jab hum jayenge aur hamara personality development na hua hua hoga, to hum ko jannat accept hi nahin kare gi.</w:t>
      </w:r>
      <w:r>
        <w:br/>
      </w:r>
      <w:r>
        <w:rPr>
          <w:sz w:val="20"/>
        </w:rPr>
        <w:t>33:36  ke wahan to ek spiritual personality chahiye jannat ko,</w:t>
      </w:r>
      <w:r>
        <w:br/>
      </w:r>
      <w:r>
        <w:rPr>
          <w:sz w:val="20"/>
        </w:rPr>
        <w:t>33:41  jaisa aaj kal hota hai na, automatic doors hote hain, to jannat apna darwaza hi nahin khole gi. to is wajah se hamein bohat ziyada is mamle mein serious hona hai ke sab se pehle hamein apni personality ko develop karna hai, phir is ke baad woh paigham doosron tak pohnchana hai.</w:t>
      </w:r>
      <w:r>
        <w:br/>
      </w:r>
      <w:r>
        <w:rPr>
          <w:sz w:val="20"/>
        </w:rPr>
        <w:t>34:00  aur jang to sirf majboori, majboora hoti hai aur bilkul limited time frame ke liye hoti hai.</w:t>
      </w:r>
      <w:r>
        <w:br/>
      </w:r>
      <w:r>
        <w:rPr>
          <w:sz w:val="20"/>
        </w:rPr>
        <w:t>34:08  yeh nahin ke jang shuru ho gayi to ab khatam hi nahin ho rahi hai. hadith mein aya hai: "tum log dushman se mudbhed ki tamanna na karo aur Allah se aman mango." quran mein aya hai: "jab kabhi woh ladaai ki aag bhadkate hain to Allah usay bujha deta hai." dekhiye, Allah khud keh raha hai ke hum ladaai nahin, us ko Allah ko pasand hai.</w:t>
      </w:r>
      <w:r>
        <w:br/>
      </w:r>
      <w:r>
        <w:rPr>
          <w:sz w:val="20"/>
        </w:rPr>
        <w:t>34:29  to jo cheez Allah ko pasand nahin hai, woh kaam aap karenge to aap ko Khuda ki madad kaise mile gi? aap soch sakte hain, kyun ke rasool Allah sal Allah alaih wasallam ki example mein hum dekhte hain</w:t>
      </w:r>
      <w:r>
        <w:br/>
      </w:r>
      <w:r>
        <w:rPr>
          <w:sz w:val="20"/>
        </w:rPr>
        <w:t>34:39  ke jaisa makkah fateh hua, balkeh sulah hudaibiya se hi aap ne shuru kar diya tha ke qomon se muahde kiye, qomon se jangain nahin kin, balkeh qomon se muahde kiye, sab ko apna banaya.</w:t>
      </w:r>
      <w:r>
        <w:br/>
      </w:r>
      <w:r>
        <w:rPr>
          <w:sz w:val="20"/>
        </w:rPr>
        <w:t>34:52  kyun ke islam ka goal jo hai, logon ke dilo ko jeetna hai, gardan zani islam ka goal nahin hai.</w:t>
      </w:r>
      <w:r>
        <w:br/>
      </w:r>
      <w:r>
        <w:rPr>
          <w:sz w:val="20"/>
        </w:rPr>
        <w:t>34:58  to is wajah se yeh islam ka goal jo hai, woh tabhi ho sakta hai jab hum aman ke halaat qaim karen aur is mein phir Khuda ka paigham doosron tak pohnchayein.</w:t>
      </w:r>
    </w:p>
    <w:p>
      <w:pPr>
        <w:pStyle w:val="Heading2"/>
      </w:pPr>
      <w:r>
        <w:t>Is Babri Masjid response like Palestine?</w:t>
      </w:r>
    </w:p>
    <w:p>
      <w:r>
        <w:rPr>
          <w:color w:val="666666"/>
          <w:sz w:val="18"/>
        </w:rPr>
        <w:t>Society &amp; Dawah · Art of Crisis Management October 3, 2010 · 8m 42s · at 1:40:22 · https://youtu.be/sKdyThFThXo?t=6022</w:t>
      </w:r>
    </w:p>
    <w:p>
      <w:r>
        <w:rPr>
          <w:i/>
        </w:rPr>
        <w:t>“Regarding the Babri Masjid verdict, the court gave a share to Muslims, which was better than before; Muslims could have accepted it and focused on dawah, but instead they are filing a Supreme Court case. Is this not the same situation as what happened in Palestine?”</w:t>
      </w:r>
    </w:p>
    <w:p>
      <w:r>
        <w:rPr>
          <w:sz w:val="20"/>
        </w:rPr>
        <w:t>1:40:22  maulana, yeh sawal kiya hai maulana abdul basit omri ne doha qatar se. unhon ne likha hai: "maulana babri masjid se mutalliq adalat adalati faisle mein musalmanon ko bhi ek hissa dene ki baat kahi gayi hai.</w:t>
      </w:r>
      <w:r>
        <w:br/>
      </w:r>
      <w:r>
        <w:rPr>
          <w:sz w:val="20"/>
        </w:rPr>
        <w:t>1:40:38  yeh pehle se to behtar thi, musalman is ko accept karte aur dawat ul Allah ke liye poori tarah mustaed hote, magar aisa nahi hua.</w:t>
      </w:r>
      <w:r>
        <w:br/>
      </w:r>
      <w:r>
        <w:rPr>
          <w:sz w:val="20"/>
        </w:rPr>
        <w:t>1:40:50  ab supreme court mein muqadma dair karne ki baat kar rahe hain. kya yeh soorat e haal wahi nahi hai jo arab mein falasteen ke mutalliq hua?</w:t>
      </w:r>
      <w:r>
        <w:br/>
      </w:r>
      <w:r>
        <w:rPr>
          <w:sz w:val="20"/>
        </w:rPr>
        <w:t>1:41:01  1947 mein jo baat kahi gayi, to usay musalmanon ne mana nahi. ab musalman is se bhi hath dho bethe hain.</w:t>
      </w:r>
      <w:r>
        <w:br/>
      </w:r>
      <w:r>
        <w:rPr>
          <w:sz w:val="20"/>
        </w:rPr>
        <w:t>1:41:11  is ke baray mein batayen. haan, sahi baat hai.</w:t>
      </w:r>
      <w:r>
        <w:br/>
      </w:r>
      <w:r>
        <w:rPr>
          <w:sz w:val="20"/>
        </w:rPr>
        <w:t>1:41:15  1948 mein falasteen ko taqseem kiya gaya, us ko partition kiya gaya. roughly adha diya gaya yahoodi logon ko, adha diya arabon ko.</w:t>
      </w:r>
      <w:r>
        <w:br/>
      </w:r>
      <w:r>
        <w:rPr>
          <w:sz w:val="20"/>
        </w:rPr>
        <w:t>1:41:28  musalmanon ko milna chahiye tha is ko, maan lekin unhon ne kaam laga diya, aur aaj tak kaam hi lag raha hai. aur jo tha, woh bhi kho kho diya arabon ne.</w:t>
      </w:r>
      <w:r>
        <w:br/>
      </w:r>
      <w:r>
        <w:rPr>
          <w:sz w:val="20"/>
        </w:rPr>
        <w:t>1:41:40  dekhiye, controversial mamlaat mein aap ko status quo ko manna parta hai. yaad rakhiye, controversial mamlaat mein agar status quo na manen to kabhi bhi baat khatam nahi hoti,</w:t>
      </w:r>
      <w:r>
        <w:br/>
      </w:r>
      <w:r>
        <w:rPr>
          <w:sz w:val="20"/>
        </w:rPr>
        <w:t>1:41:55  kabhi baat khatam nahi hoti. 48 mein jo status quo tha falasteen ka, us ko manna chahiye tha. un ko kashmir mein yahi jo 47 ke baad jo status quo tha, us ko manna chahiye tha.</w:t>
      </w:r>
      <w:r>
        <w:br/>
      </w:r>
      <w:r>
        <w:rPr>
          <w:sz w:val="20"/>
        </w:rPr>
        <w:t>1:42:09  aisi yahan bhi jo status quo tha babri masjid mein, woh maan lena chahiye tha. is ko nahi mana to dekhiye, lad rahe hain, mar rahe hain, kat rahe hain, tabaah ho rahe hain, har har har jagah faida kuch bhi nahi.</w:t>
      </w:r>
      <w:r>
        <w:br/>
      </w:r>
      <w:r>
        <w:rPr>
          <w:sz w:val="20"/>
        </w:rPr>
        <w:t>1:42:24  you have to accept the status quo, these only option for you.</w:t>
      </w:r>
      <w:r>
        <w:br/>
      </w:r>
      <w:r>
        <w:rPr>
          <w:sz w:val="20"/>
        </w:rPr>
        <w:t>1:42:32  maulana, yeh sawal kiya hai mr faiz ne california se.</w:t>
      </w:r>
      <w:r>
        <w:br/>
      </w:r>
      <w:r>
        <w:rPr>
          <w:sz w:val="20"/>
        </w:rPr>
        <w:t>1:42:37  unhon ne poocha hai ke abu huraira, abu huraira reported that allah messenger once said: "when a human being dies, all of his deeds are terminated, except for three types:</w:t>
      </w:r>
      <w:r>
        <w:br/>
      </w:r>
      <w:r>
        <w:rPr>
          <w:sz w:val="20"/>
        </w:rPr>
        <w:t>1:42:55  an ongoing sadaqa, a knowledge of islam from which others benefit, and thirdly a righteous child who makes dua for him."</w:t>
      </w:r>
      <w:r>
        <w:br/>
      </w:r>
      <w:r>
        <w:rPr>
          <w:sz w:val="20"/>
        </w:rPr>
        <w:t>1:43:07  the abu hadith clearly indicates that dua is helpful to the dead. what is your comment on this? nahi, nahi, woh aap ne sahi hadith nahi naqal ki hai.</w:t>
      </w:r>
      <w:r>
        <w:br/>
      </w:r>
      <w:r>
        <w:rPr>
          <w:sz w:val="20"/>
        </w:rPr>
        <w:t>1:43:17  is tarah nahi hai.</w:t>
      </w:r>
      <w:r>
        <w:br/>
      </w:r>
      <w:r>
        <w:rPr>
          <w:sz w:val="20"/>
        </w:rPr>
        <w:t>1:43:20  woh hadith is tareeqay se hai ke woh beta jis ke bananay mein baap ka haath ho, to choonke is bete ko baap ne banaya hai,</w:t>
      </w:r>
      <w:r>
        <w:br/>
      </w:r>
      <w:r>
        <w:rPr>
          <w:sz w:val="20"/>
        </w:rPr>
        <w:t>1:43:33  saaleh banaya hai, naik banaya hai, to is wajah se is ko sawab milta rahega. yeh nahi ke woh beta dua kar dega to is ko sawab mil jayega. yeh matlab nahi hai.</w:t>
      </w:r>
      <w:r>
        <w:br/>
      </w:r>
      <w:r>
        <w:rPr>
          <w:sz w:val="20"/>
        </w:rPr>
        <w:t>1:43:42  is hadith ko phir se parhiye. hmm, y</w:t>
      </w:r>
      <w:r>
        <w:br/>
      </w:r>
      <w:r>
        <w:rPr>
          <w:sz w:val="20"/>
        </w:rPr>
        <w:t>1:43:45  ani woh cheez jo baap ke marne ke baad baqi rahi, woh ek saaleh beta hai jis ke bananay mein baap ka hissa tha.</w:t>
      </w:r>
      <w:r>
        <w:br/>
      </w:r>
      <w:r>
        <w:rPr>
          <w:sz w:val="20"/>
        </w:rPr>
        <w:t>1:43:53  agar baap ki niyat na ho shamil, apne aap woh saaleh hoga, tab bhi nahi kuch milega is ko. yaad rakhiye, yani baap ka intention agar shamil hai bete ko bananay mein, to choonke baap ne banaya hai bete ko,</w:t>
      </w:r>
      <w:r>
        <w:br/>
      </w:r>
      <w:r>
        <w:rPr>
          <w:sz w:val="20"/>
        </w:rPr>
        <w:t>1:44:09  to yeh is ka ek amal qarar payega.</w:t>
      </w:r>
      <w:r>
        <w:br/>
      </w:r>
      <w:r>
        <w:rPr>
          <w:sz w:val="20"/>
        </w:rPr>
        <w:t>1:44:12  yeh baap ka ek amal qarar payega ke is ne aap bete ko saaleh banaya. is amal ka is ko ajr milega. ya yeh unhon ne naqal kiya hai na?</w:t>
      </w:r>
      <w:r>
        <w:br/>
      </w:r>
      <w:r>
        <w:rPr>
          <w:sz w:val="20"/>
        </w:rPr>
        <w:t>1:44:21  yeh in ko mein kahunga ke phir se is ke text ko parhen. text ko. hmm, un ka ek sawal aur hai.</w:t>
      </w:r>
      <w:r>
        <w:br/>
      </w:r>
      <w:r>
        <w:rPr>
          <w:sz w:val="20"/>
        </w:rPr>
        <w:t>1:44:30  maulana, unhon ne poocha hai: "why was slavery not abolished in islam? like alcohol consumption and eating pork was declared haram?"</w:t>
      </w:r>
      <w:r>
        <w:br/>
      </w:r>
      <w:r>
        <w:rPr>
          <w:sz w:val="20"/>
        </w:rPr>
        <w:t>1:44:42  nahi, aisa nahi hai. alcohol bhi dekhiye, achanak khatam nahi kiya gaya tha. kai stages mein khatam kiya gaya tha. islam ka tareeqa yeh nahi hai ke radically aap achanak elaan kar den ke sab khatam hai.</w:t>
      </w:r>
      <w:r>
        <w:br/>
      </w:r>
      <w:r>
        <w:rPr>
          <w:sz w:val="20"/>
        </w:rPr>
        <w:t>1:44:55  gradual tareeqay se khatam kiya jata hai. to slavery bhi khatam ki gayi gradual tareeqay se ke woh slavery jo hai, aaj aap samajh nahi paate ke slavery kya cheez hai.</w:t>
      </w:r>
      <w:r>
        <w:br/>
      </w:r>
      <w:r>
        <w:rPr>
          <w:sz w:val="20"/>
        </w:rPr>
        <w:t>1:45:04  slavery us zamane ki employment thi.</w:t>
      </w:r>
      <w:r>
        <w:br/>
      </w:r>
      <w:r>
        <w:rPr>
          <w:sz w:val="20"/>
        </w:rPr>
        <w:t>1:45:10  log samajhte nahi slavery kya cheez hai.</w:t>
      </w:r>
      <w:r>
        <w:br/>
      </w:r>
      <w:r>
        <w:rPr>
          <w:sz w:val="20"/>
        </w:rPr>
        <w:t>1:45:12  us zamane mein jab ke aaj kal ki tarah se industry nahi thi, aaj ki tarah se yeh jo itne saare tareeqay hain kamane ke, woh sab nahi thay.</w:t>
      </w:r>
      <w:r>
        <w:br/>
      </w:r>
      <w:r>
        <w:rPr>
          <w:sz w:val="20"/>
        </w:rPr>
        <w:t>1:45:22  to us zamane mein slavery ek ek employment tha. to achanak abolish kar diya jaye to bohat saare log be rozgar ho jayenge.</w:t>
      </w:r>
      <w:r>
        <w:br/>
      </w:r>
      <w:r>
        <w:rPr>
          <w:sz w:val="20"/>
        </w:rPr>
        <w:t>1:45:33  is tarah woh kahan khappen ge? woh log achaanak bohat se log be rozgar ho jayen ge.</w:t>
      </w:r>
      <w:r>
        <w:br/>
      </w:r>
      <w:r>
        <w:rPr>
          <w:sz w:val="20"/>
        </w:rPr>
        <w:t>1:45:38  is liye islam ne is ko gradual tareeqe se khatam kiya. ek arab ne bohat acha likha hai. ek un ka mein ne parha, un ki ek kitaab hai, woh mushkilat ul quran, is ka naam hai ke islam ne slavery ke mamle mein ek form jo usool ikhtiyar kiya, woh yeh tha ke tazeeque al madkhal aur tawsee al makhraj,</w:t>
      </w:r>
      <w:r>
        <w:br/>
      </w:r>
      <w:r>
        <w:rPr>
          <w:sz w:val="20"/>
        </w:rPr>
        <w:t>1:46:07  yani gradual tor par yeh karna ke naye slave na banen aur pichle slave jo hain, woh khatam hote chale, khatam hote chale jayen.</w:t>
      </w:r>
      <w:r>
        <w:br/>
      </w:r>
      <w:r>
        <w:rPr>
          <w:sz w:val="20"/>
        </w:rPr>
        <w:t>1:46:17  mukhtalif cheezon mein, maslan kaffara ada karna, mukhtalif cheezon ko aazad karne ka sawab jo bataya gaya waghera. to islam ne yeh tareeqa ikhtiyar kiya ke achaanak khatam na kar ke gradual tor par khatam karna.</w:t>
      </w:r>
      <w:r>
        <w:br/>
      </w:r>
      <w:r>
        <w:rPr>
          <w:sz w:val="20"/>
        </w:rPr>
        <w:t>1:46:31  aur woh tareeqa yeh tha ke nayi slavery to band ki gayi, kar di gayi isi waqt</w:t>
      </w:r>
      <w:r>
        <w:br/>
      </w:r>
      <w:r>
        <w:rPr>
          <w:sz w:val="20"/>
        </w:rPr>
        <w:t>1:46:37  , lekin jo already jo slave thay, un ke liye mukhtalif tareeqon se yeh kiya gaya ke dheere dheere, dheere dheere woh aazad ho kar society mein absorb hote chale jayen.</w:t>
      </w:r>
      <w:r>
        <w:br/>
      </w:r>
      <w:r>
        <w:rPr>
          <w:sz w:val="20"/>
        </w:rPr>
        <w:t>1:46:47  isi ko unhon ne kaha hai ke tazeeque al makhraj, tawsee al madkhal. yeh bohat sab bohat hi sahi hai. mein samajhta hoon ke is ko</w:t>
      </w:r>
      <w:r>
        <w:br/>
      </w:r>
      <w:r>
        <w:rPr>
          <w:sz w:val="20"/>
        </w:rPr>
        <w:t>1:46:56  to islam mein yeh ho ke naye slave na banaye jayen aur pichle jo slave hain, jo goya ke un ka rozgar wahi tha kahin, to un ko dheere dheere, dheere dheere khatam kiya jaye aur un ko society mein absorb kar diya jaye.</w:t>
      </w:r>
      <w:r>
        <w:br/>
      </w:r>
      <w:r>
        <w:rPr>
          <w:sz w:val="20"/>
        </w:rPr>
        <w:t>1:47:12  aaj koi slave banaye to bilkul haram hoga. woh slave bana ab islam mein jaiz nahi hai. jo thay mazi ke, bas woh thay slave. aaj aap slave banaye to jaiz nahi hai.</w:t>
      </w:r>
      <w:r>
        <w:br/>
      </w:r>
      <w:r>
        <w:rPr>
          <w:sz w:val="20"/>
        </w:rPr>
        <w:t>1:47:26  maulana, yeh sawal kiya hai miss sadia ne new delhi se: "christians and jews, you said according to the law of nature, degenerated.</w:t>
      </w:r>
      <w:r>
        <w:br/>
      </w:r>
      <w:r>
        <w:rPr>
          <w:sz w:val="20"/>
        </w:rPr>
        <w:t>1:47:37  would you say that even today, both jews and christians have failed to regenerate their people?" haan, un ka woh masle paida nahi hue.</w:t>
      </w:r>
      <w:r>
        <w:br/>
      </w:r>
      <w:r>
        <w:rPr>
          <w:sz w:val="20"/>
        </w:rPr>
        <w:t>1:47:51  hum logon ki jo mission hai, aisa mission kahin nahi hai. yaad rakhiye, nahi, nahi, yahudiyon mein nahi, isaiyon mein.</w:t>
      </w:r>
      <w:r>
        <w:br/>
      </w:r>
      <w:r>
        <w:rPr>
          <w:sz w:val="20"/>
        </w:rPr>
        <w:t>1:47:57  un ke haan woh social social kaam hota hai. sab ke haan, sab ka social kaam hota hai. baqi yeh jo kaam hamare haan ho raha hai, re engineering of mind, yeh is original mazhab ko phir se revive karna, yeh to kahin bhi nahi ho raha.</w:t>
      </w:r>
      <w:r>
        <w:br/>
      </w:r>
      <w:r>
        <w:rPr>
          <w:sz w:val="20"/>
        </w:rPr>
        <w:t>1:48:16  yeh to Allah taala ne yeh mission jo khara kiya hai, bohat unique hai.</w:t>
      </w:r>
      <w:r>
        <w:br/>
      </w:r>
      <w:r>
        <w:rPr>
          <w:sz w:val="20"/>
        </w:rPr>
        <w:t>1:48:21  na aisa muslim mission musalmanon mein kahin hai, na yahudiyon mein hai, na isaiyon mein hai. aap log shukar karna chahiye ke aap log is se jure aur aap logon ke zamane mein yeh mission khara hua.</w:t>
      </w:r>
      <w:r>
        <w:br/>
      </w:r>
      <w:r>
        <w:rPr>
          <w:sz w:val="20"/>
        </w:rPr>
        <w:t>1:48:33  warna yeh to is ke, is ke yani sare muslim dunya mein jo hai, kuch tha hi nahi. siwa andhere, andhere, andhere ke christian aur yahudiyon ki bhi kuch bhi nahi thi.</w:t>
      </w:r>
      <w:r>
        <w:br/>
      </w:r>
      <w:r>
        <w:rPr>
          <w:sz w:val="20"/>
        </w:rPr>
        <w:t>1:48:47  political tareeqe un ke haan hain aur social kaam hain aur doosre doosre kaam hain.</w:t>
      </w:r>
      <w:r>
        <w:br/>
      </w:r>
      <w:r>
        <w:rPr>
          <w:sz w:val="20"/>
        </w:rPr>
        <w:t>1:48:55  yeh yeh jo revival hai, yeh to yeh to aaj kahin bhi nahi, kahin bhi nahi hai.</w:t>
      </w:r>
    </w:p>
    <w:p>
      <w:pPr>
        <w:pStyle w:val="Heading2"/>
      </w:pPr>
      <w:r>
        <w:t>Is it appropriate for a da'i to only meet like-minded people?</w:t>
      </w:r>
    </w:p>
    <w:p>
      <w:r>
        <w:rPr>
          <w:color w:val="666666"/>
          <w:sz w:val="18"/>
        </w:rPr>
        <w:t>Society &amp; Dawah · The Message of Eid Al-Adha November 6, 2011 Maulana Wahiduddin Khan · 8m 35s · at 1:18:30 · https://youtu.be/y59PU_RD2cg?t=4710</w:t>
      </w:r>
    </w:p>
    <w:p>
      <w:r>
        <w:rPr>
          <w:i/>
        </w:rPr>
        <w:t>“Generally, people have the tendency to only meet like-minded people. They do not interact with those who are not like-minded. What is this temperament like for a da'i (caller to Islam)?”</w:t>
      </w:r>
    </w:p>
    <w:p>
      <w:r>
        <w:rPr>
          <w:sz w:val="20"/>
        </w:rPr>
        <w:t>1:18:30  maulana, agla sawal aaya hai maulana zikwan nadvi ka dilli se. unhon ne likha hai: "aam taur par logon ka yeh mizaj hota hai ke woh sirf like minded logon se milte hain.</w:t>
      </w:r>
      <w:r>
        <w:br/>
      </w:r>
      <w:r>
        <w:rPr>
          <w:sz w:val="20"/>
        </w:rPr>
        <w:t>1:18:42  jo log like minded nahi hote, un ke sath woh interaction nahi karte. ek daai ke liye is tarah ka mizaj kaisa hai?" daai to aise mizaj ko afford nahi kar sakta.</w:t>
      </w:r>
      <w:r>
        <w:br/>
      </w:r>
      <w:r>
        <w:rPr>
          <w:sz w:val="20"/>
        </w:rPr>
        <w:t>1:18:58  aisa mizaj ho, daawti kaam kaise karega woh?</w:t>
      </w:r>
      <w:r>
        <w:br/>
      </w:r>
      <w:r>
        <w:rPr>
          <w:sz w:val="20"/>
        </w:rPr>
        <w:t>1:19:03  daai ko to un like minded logon par jana parta hai. kaise daawti kaam karega agar is se parhez kare to woh? aur dekhiye, mera zindagi ke waqt tajurba aaya hai ke logon ke mizaj aam taur par yahi hota hai.</w:t>
      </w:r>
      <w:r>
        <w:br/>
      </w:r>
      <w:r>
        <w:rPr>
          <w:sz w:val="20"/>
        </w:rPr>
        <w:t>1:19:17  like minded logon ko le ke bait</w:t>
      </w:r>
      <w:r>
        <w:br/>
      </w:r>
      <w:r>
        <w:rPr>
          <w:sz w:val="20"/>
        </w:rPr>
        <w:t>1:19:19  h jaate hain. har jagah mein ne dekha hai, yaani hatta ke qabristan mein aur shadiyon mein, ijtimaat mein like minded logon ke sath baith ke baatein karte hain.</w:t>
      </w:r>
      <w:r>
        <w:br/>
      </w:r>
      <w:r>
        <w:rPr>
          <w:sz w:val="20"/>
        </w:rPr>
        <w:t>1:19:30  is ka nuksan kya hai? is ka nuksan yeh hai ke aap ka intellectual development nahi hota. intellectual development nahi hota aap ka.</w:t>
      </w:r>
      <w:r>
        <w:br/>
      </w:r>
      <w:r>
        <w:rPr>
          <w:sz w:val="20"/>
        </w:rPr>
        <w:t>1:19:40  to daai ke liye double nuksan hai.</w:t>
      </w:r>
      <w:r>
        <w:br/>
      </w:r>
      <w:r>
        <w:rPr>
          <w:sz w:val="20"/>
        </w:rPr>
        <w:t>1:19:43  ek to apna intellectual development ruk jayega. intellectual stagnation aa jayega aap ke andar. kyun ke jo woh sochta hai, wahi aap bhi soch rahe hain.</w:t>
      </w:r>
      <w:r>
        <w:br/>
      </w:r>
      <w:r>
        <w:rPr>
          <w:sz w:val="20"/>
        </w:rPr>
        <w:t>1:19:54  to kaise development hoga?</w:t>
      </w:r>
      <w:r>
        <w:br/>
      </w:r>
      <w:r>
        <w:rPr>
          <w:sz w:val="20"/>
        </w:rPr>
        <w:t>1:19:59  aur daawti kaam mein aap un logon ke paas jaane se ghabrayenge jin ki soch alag ho, jin ka ilm aap se zyada ho. to daai ko to apne ko tayyar karna parta hai ke har ek ke paas ja kar ja sake, har ek se apna paigham de sake.</w:t>
      </w:r>
      <w:r>
        <w:br/>
      </w:r>
      <w:r>
        <w:rPr>
          <w:sz w:val="20"/>
        </w:rPr>
        <w:t>1:20:17  mera mizaj, yaani ajeeb baat hai ke paidaishi to baqiya mere andar hai. jaise mein vegetarian hoon, paidaishi taur par e</w:t>
      </w:r>
      <w:r>
        <w:br/>
      </w:r>
      <w:r>
        <w:rPr>
          <w:sz w:val="20"/>
        </w:rPr>
        <w:t>1:20:25  se hi un like minded logon se milna, un like minded logon se, yeh bhi mere paidaishi taur par. jaise mein jab tha adam, mein ne gaon mein jab tha bohat pehle to mere milna julna teen aadmiyon se hota tha mera,</w:t>
      </w:r>
      <w:r>
        <w:br/>
      </w:r>
      <w:r>
        <w:rPr>
          <w:sz w:val="20"/>
        </w:rPr>
        <w:t>1:20:42  aur teeno angrezan the, jab ke mein angrez zyada nahi tha is zamane mein. mr. ateeq ahmad ansari aur ali hamd abbasi, khalil ur rehman azmi, yeh sab teeno angrezan the.</w:t>
      </w:r>
      <w:r>
        <w:br/>
      </w:r>
      <w:r>
        <w:rPr>
          <w:sz w:val="20"/>
        </w:rPr>
        <w:t>1:20:54  zyada tar mujhe mil jata tha, jab ke woh khud angrez is zamane mein nahi aata tha. is zamane mein sirf molvi wala taleem meri hui thi. to is se un se mein maloomat leta tha, un se zuban seekhta tha, un ke tareeqe maloom karta tha.</w:t>
      </w:r>
      <w:r>
        <w:br/>
      </w:r>
      <w:r>
        <w:rPr>
          <w:sz w:val="20"/>
        </w:rPr>
        <w:t>1:21:12  to mera bachpan se yeh mizaj hai ke mein, yaani un like minded logon hi se milta hoon zyada. is se mujhe faida hota hai.</w:t>
      </w:r>
      <w:r>
        <w:br/>
      </w:r>
      <w:r>
        <w:rPr>
          <w:sz w:val="20"/>
        </w:rPr>
        <w:t>1:21:20  to behal yeh na sirf daai ke liye, balke aam insan ke liye bhi yeh cheez bohat, yaani nuksan wali hai.</w:t>
      </w:r>
      <w:r>
        <w:br/>
      </w:r>
      <w:r>
        <w:rPr>
          <w:sz w:val="20"/>
        </w:rPr>
        <w:t>1:21:31  kyun ke is se aap ka, yaani intellectual development ruk jayega. maulana, un ka ek aur sawal hai.</w:t>
      </w:r>
      <w:r>
        <w:br/>
      </w:r>
      <w:r>
        <w:rPr>
          <w:sz w:val="20"/>
        </w:rPr>
        <w:t>1:21:40  unhon ne likha hai: "ek missionary aadmi ke liye kya sirf yeh baat kafi hai ke woh daawti literature logon tak pohanchaye,</w:t>
      </w:r>
      <w:r>
        <w:br/>
      </w:r>
      <w:r>
        <w:rPr>
          <w:sz w:val="20"/>
        </w:rPr>
        <w:t>1:21:49  ya mission ke liye zaroori hai ke kuch individuals ko le kar un ke mind ki re engineering ki jaye, aur individuals par focus kar ke dawat aur maarfat ki nisbat se un ko train karein?" haan, dekhein, dono kaam karna hai.</w:t>
      </w:r>
      <w:r>
        <w:br/>
      </w:r>
      <w:r>
        <w:rPr>
          <w:sz w:val="20"/>
        </w:rPr>
        <w:t>1:22:06  ek to</w:t>
      </w:r>
      <w:r>
        <w:br/>
      </w:r>
      <w:r>
        <w:rPr>
          <w:sz w:val="20"/>
        </w:rPr>
        <w:t>1:22:09  jahan tak mumkin ho, aap quran pohanchayein, literature pohanchayein. yeh to karna hi karna hai. lekin isi ke sath sath aap apne aas paas ke logon mein kuch logon ko select karein, select jinke andar seekhne ki rooh ho, jo sincere hon, jo baat samajh sakte hon.</w:t>
      </w:r>
      <w:r>
        <w:br/>
      </w:r>
      <w:r>
        <w:rPr>
          <w:sz w:val="20"/>
        </w:rPr>
        <w:t>1:22:28  un se bar bar milein, un ko kitabein dein, un ke mind ko train karein</w:t>
      </w:r>
      <w:r>
        <w:br/>
      </w:r>
      <w:r>
        <w:rPr>
          <w:sz w:val="20"/>
        </w:rPr>
        <w:t>1:22:35  ۔ yaani individual based, jis ko mein kehta hoon. to aap ko, yaani aam taur par bhi message pohanchana hai.</w:t>
      </w:r>
      <w:r>
        <w:br/>
      </w:r>
      <w:r>
        <w:rPr>
          <w:sz w:val="20"/>
        </w:rPr>
        <w:t>1:22:47  jaise kisi aaj gaye kisi seminar mein, wahan bohat se log aaye hue hain. woh ek hi baar aap se mulaqat ho rahi hai un ki, to un ko aap ne kitaben de din.</w:t>
      </w:r>
      <w:r>
        <w:br/>
      </w:r>
      <w:r>
        <w:rPr>
          <w:sz w:val="20"/>
        </w:rPr>
        <w:t>1:22:55  woh ghar ja ke</w:t>
      </w:r>
      <w:r>
        <w:br/>
      </w:r>
      <w:r>
        <w:rPr>
          <w:sz w:val="20"/>
        </w:rPr>
        <w:t>1:22:56  parhen ge. yeh bhi kaam hai. lekin isi ke sath kuch logon ko aap ko, yani select kar ke ek ek ek individual ke tor par, ek fard ke tor par un par mehnat karna hai.</w:t>
      </w:r>
      <w:r>
        <w:br/>
      </w:r>
      <w:r>
        <w:rPr>
          <w:sz w:val="20"/>
        </w:rPr>
        <w:t>1:23:10  yeh bohat hi zaroori hai, yeh kaam.</w:t>
      </w:r>
      <w:r>
        <w:br/>
      </w:r>
      <w:r>
        <w:rPr>
          <w:sz w:val="20"/>
        </w:rPr>
        <w:t>1:23:15  maulana, mister sajid anwar ne roorkee se sawal</w:t>
      </w:r>
      <w:r>
        <w:br/>
      </w:r>
      <w:r>
        <w:rPr>
          <w:sz w:val="20"/>
        </w:rPr>
        <w:t>1:23:18  kiya hai. unhon ne likha hai: "maulana, once you explain that god will grant throne of truth to selected persons in the day of judgment, but those who are involved in kazb, yani jhoot bolna, whether hidden or open, will not be chosen for that.</w:t>
      </w:r>
      <w:r>
        <w:br/>
      </w:r>
      <w:r>
        <w:rPr>
          <w:sz w:val="20"/>
        </w:rPr>
        <w:t>1:23:38  maulana, please guide us how to save ourselves from kazb khafi, that is hidden lie."</w:t>
      </w:r>
      <w:r>
        <w:br/>
      </w:r>
      <w:r>
        <w:rPr>
          <w:sz w:val="20"/>
        </w:rPr>
        <w:t>1:23:49  yeh to aadmi ke hath mein mera tajurba hai ke logon ki aadat pad jati hai. yani kazb e jali jo hai, khula khula kazb, jaise aap yeh nahi kahen ke main is waqt washington mein hoon.</w:t>
      </w:r>
      <w:r>
        <w:br/>
      </w:r>
      <w:r>
        <w:rPr>
          <w:sz w:val="20"/>
        </w:rPr>
        <w:t>1:24:03  khula khula jhoot hai. yeh kaun manega is ko ke aap kahen ke is waqt mein washington mein hoon? to khula khula jhoot to koi nahi bolta, kyun ke woh justify nahi kar paye ga is ko.</w:t>
      </w:r>
      <w:r>
        <w:br/>
      </w:r>
      <w:r>
        <w:rPr>
          <w:sz w:val="20"/>
        </w:rPr>
        <w:t>1:24:15  lekin kazb e khafi jo hai, woh logon ki aadat pad jati hai.</w:t>
      </w:r>
      <w:r>
        <w:br/>
      </w:r>
      <w:r>
        <w:rPr>
          <w:sz w:val="20"/>
        </w:rPr>
        <w:t>1:24:19  yani apne apne aap ko acha banaye rakhne ke liye, apne yeh koshish mein ke main logon ki nazar mein galat na thehroon, main is ke liye aadmi koi toast kar ke bolta hai.</w:t>
      </w:r>
      <w:r>
        <w:br/>
      </w:r>
      <w:r>
        <w:rPr>
          <w:sz w:val="20"/>
        </w:rPr>
        <w:t>1:24:32  jo angrezon ko kehta hai, toast kar ke bolna, yani saaf saaf na kar ke, na kar ke yeh kuch bolta hai. woh to toast kar ke bolna bhi kazb e khafi hai.</w:t>
      </w:r>
      <w:r>
        <w:br/>
      </w:r>
      <w:r>
        <w:rPr>
          <w:sz w:val="20"/>
        </w:rPr>
        <w:t>1:24:45  to yeh yeh aadat pad jati hai bachpan se. bachpan se aadat pad jati hai ke aadmi is tarah se baat karta hai ke woh is par blame na jaye.</w:t>
      </w:r>
      <w:r>
        <w:br/>
      </w:r>
      <w:r>
        <w:rPr>
          <w:sz w:val="20"/>
        </w:rPr>
        <w:t>1:24:58  woh doosron ki nazar mein acha bana rahe hain. yeh ek mizaj hota hai jo bachpan se hote hote aadmi isi mein conditioned ho jata hai. mera tajurba yeh hai ke log conditioned ho jate hain kazb e khafi</w:t>
      </w:r>
      <w:r>
        <w:br/>
      </w:r>
      <w:r>
        <w:rPr>
          <w:sz w:val="20"/>
        </w:rPr>
        <w:t>1:25:12  ke, yani</w:t>
      </w:r>
      <w:r>
        <w:br/>
      </w:r>
      <w:r>
        <w:rPr>
          <w:sz w:val="20"/>
        </w:rPr>
        <w:t>1:25:16  chote chote jhoot jo hote hain. to jab tak aap apna introspection na karen, apna muhasba na karen, dhoond dhoond kar na nikalein apni aadatein, apni ghaltiyan,</w:t>
      </w:r>
      <w:r>
        <w:br/>
      </w:r>
      <w:r>
        <w:rPr>
          <w:sz w:val="20"/>
        </w:rPr>
        <w:t>1:25:31  to yeh aadatein itni barh jati hain ke aadmi isi ka addict ho jata hai. addict wohi us ko acha lagta hai</w:t>
      </w:r>
      <w:r>
        <w:br/>
      </w:r>
      <w:r>
        <w:rPr>
          <w:sz w:val="20"/>
        </w:rPr>
        <w:t>1:25:38  ke toast kar ke bole, apni apni safai, apne aap ko saaf suthra banaye rahe, doosron ki nazar mein galat na dikhai de. woh to yeh aadmi ka ek mizaj ban jata hai.</w:t>
      </w:r>
      <w:r>
        <w:br/>
      </w:r>
      <w:r>
        <w:rPr>
          <w:sz w:val="20"/>
        </w:rPr>
        <w:t>1:25:50  to yeh to bohat mehnat karni pare gi. yeh aam tor par taqreeban 70 feesad logon mein yeh baat hai. to bohat zyada mehnat karni pare gi apne aap ko is se bachane ke liye.</w:t>
      </w:r>
      <w:r>
        <w:br/>
      </w:r>
      <w:r>
        <w:rPr>
          <w:sz w:val="20"/>
        </w:rPr>
        <w:t>1:26:03  mera mamla aisa hua ke main bachpan se alag thalag rehta tha. bohat zyada alag thalag. to mere andar yeh mizaj bana nahi. lekin log aam tor par society mein rehte hain.</w:t>
      </w:r>
      <w:r>
        <w:br/>
      </w:r>
      <w:r>
        <w:rPr>
          <w:sz w:val="20"/>
        </w:rPr>
        <w:t>1:26:13  main family mein bhi door rehta tha logon se. yani family mein bhi alag thalag kahin rehta tha. to family mein, society mein, kahin pe main mil jul kar nahi rehta tha.</w:t>
      </w:r>
      <w:r>
        <w:br/>
      </w:r>
      <w:r>
        <w:rPr>
          <w:sz w:val="20"/>
        </w:rPr>
        <w:t>1:26:24  to mil jul kar aanay se yeh sab mizaj banta hai ke doosron ki nazar mein ache dikhane ke liye.</w:t>
      </w:r>
      <w:r>
        <w:br/>
      </w:r>
      <w:r>
        <w:rPr>
          <w:sz w:val="20"/>
        </w:rPr>
        <w:t>1:26:31  to main alag thalag rehta tha, is liye mere andar yeh mizaj bana nahi. kitaben parhta tha, sochta tha. is tarah ki meri life thi. to aam tor par log social zindagi guzarte hain.</w:t>
      </w:r>
      <w:r>
        <w:br/>
      </w:r>
      <w:r>
        <w:rPr>
          <w:sz w:val="20"/>
        </w:rPr>
        <w:t>1:26:43  to bohat zyada logon ko aadat pad jati hai. taqreeban aisa mujhe mera khayal hai ke logon ko exception dhoondna mushkil hai.</w:t>
      </w:r>
      <w:r>
        <w:br/>
      </w:r>
      <w:r>
        <w:rPr>
          <w:sz w:val="20"/>
        </w:rPr>
        <w:t>1:26:52  to yeh kaam har aadmi ka hai ke dhoond dhoond kar apni ghalti nikale, apni aadaton ko durust kare.</w:t>
      </w:r>
      <w:r>
        <w:br/>
      </w:r>
      <w:r>
        <w:rPr>
          <w:sz w:val="20"/>
        </w:rPr>
        <w:t>1:26:58  nahi to woh kazb-e-khafi mein jiye ga, kazb-e-khafi mare ga.</w:t>
      </w:r>
    </w:p>
    <w:p>
      <w:pPr>
        <w:pStyle w:val="Heading2"/>
      </w:pPr>
      <w:r>
        <w:t>Is political interpretation of Islam correct?</w:t>
      </w:r>
    </w:p>
    <w:p>
      <w:r>
        <w:rPr>
          <w:color w:val="666666"/>
          <w:sz w:val="18"/>
        </w:rPr>
        <w:t>Society &amp; Dawah · Problem of Dajjal 29 sept, 2019 - Maulana Wahiduddin Khan · 5m 16s · at 42:23 · https://youtu.be/PL-Kv-sE68w?t=2543</w:t>
      </w:r>
    </w:p>
    <w:p>
      <w:r>
        <w:rPr>
          <w:i/>
        </w:rPr>
        <w:t>“What is wrong with political interpretation? Don't you think if Islam becomes a political goal, it will be easier to spread and follow the Quran? The Quran spread at the time of Prophet Muhammad because in Mecca and Medina Islam became a system. So we should follow the same.”</w:t>
      </w:r>
    </w:p>
    <w:p>
      <w:r>
        <w:rPr>
          <w:sz w:val="20"/>
        </w:rPr>
        <w:t>42:23  maulana, agla comment lene se pehle ek sawal lena chahenge. yeh sawal bheja hai lucknow se israr ahmed sahib ne.</w:t>
      </w:r>
      <w:r>
        <w:br/>
      </w:r>
      <w:r>
        <w:rPr>
          <w:sz w:val="20"/>
        </w:rPr>
        <w:t>42:35  unhon ne likha hai: "maulana sahib, what is wrong with political interpretation? don't you think if islam becomes political goal, then it will be easier to spread and follow quran.</w:t>
      </w:r>
      <w:r>
        <w:br/>
      </w:r>
      <w:r>
        <w:rPr>
          <w:sz w:val="20"/>
        </w:rPr>
        <w:t>42:49  quran spread at the time of prophet muhammad, because in makkah and madinah islam became a system. so we should follow the same." bilkul galat baat hai yeh.</w:t>
      </w:r>
      <w:r>
        <w:br/>
      </w:r>
      <w:r>
        <w:rPr>
          <w:sz w:val="20"/>
        </w:rPr>
        <w:t>43:01  koi ayat pesh kijiye, koi hadith pesh kijiye ke islam mukammal nizam hai aur islam ki hukumat qaim karo aur is is is ko nafiz karo.</w:t>
      </w:r>
      <w:r>
        <w:br/>
      </w:r>
      <w:r>
        <w:rPr>
          <w:sz w:val="20"/>
        </w:rPr>
        <w:t>43:10  yeh kahan hai bhai? kis ayat mein, kis quran mein hai? yeh to sara false false foot pe khade hue hain yeh log. false foot pe badi badi taqreeren karte hain.</w:t>
      </w:r>
      <w:r>
        <w:br/>
      </w:r>
      <w:r>
        <w:rPr>
          <w:sz w:val="20"/>
        </w:rPr>
        <w:t>43:21  haan, padhiye. ah maulana, inka wahi ah phir jo aakhri hissa woh yahi tha ke "what is wrong with this thought and should we not follow this?" wrong yeh hai ke quran mein ya hadith mein koi reference nahi hai.</w:t>
      </w:r>
      <w:r>
        <w:br/>
      </w:r>
      <w:r>
        <w:rPr>
          <w:sz w:val="20"/>
        </w:rPr>
        <w:t>43:37  main ne arz kiya ke kahan hai nafsh shariat al-islam? kahan hai hukm dawlat al-islam? jo ayat hai surah shura ki, us se bhi nahi nikalta.</w:t>
      </w:r>
      <w:r>
        <w:br/>
      </w:r>
      <w:r>
        <w:rPr>
          <w:sz w:val="20"/>
        </w:rPr>
        <w:t>43:48  main ne paanch sau safhe kitab padhi hai, likhi hai, woh chhap chuki hai. taabeer ki ghalati us ko padh gaya, koi ek bhi is daleel nahi hai.</w:t>
      </w:r>
      <w:r>
        <w:br/>
      </w:r>
      <w:r>
        <w:rPr>
          <w:sz w:val="20"/>
        </w:rPr>
        <w:t>43:59  yeh khitabat, insha'bardari, bade bade alfaaz is par qaim hain, is liye is ko dajali kaha gaya hai. ah sajid ahmed khan sahib ne comment bheja hai nagpur se.</w:t>
      </w:r>
      <w:r>
        <w:br/>
      </w:r>
      <w:r>
        <w:rPr>
          <w:sz w:val="20"/>
        </w:rPr>
        <w:t>44:10  unhon ne likha hai: "this is indeed the only solution for a present age muslims to follow the true islam in their own life.</w:t>
      </w:r>
      <w:r>
        <w:br/>
      </w:r>
      <w:r>
        <w:rPr>
          <w:sz w:val="20"/>
        </w:rPr>
        <w:t>44:20  all the problems of present muslim world is due to misinterpretation of islam, to which maulana correctly call dajaliyat.</w:t>
      </w:r>
      <w:r>
        <w:br/>
      </w:r>
      <w:r>
        <w:rPr>
          <w:sz w:val="20"/>
        </w:rPr>
        <w:t>44:30  may allah guide us all to rethink, replan and reconstruct the true islam in our own life. may allah bless you maulana for simplifying the facts.</w:t>
      </w:r>
      <w:r>
        <w:br/>
      </w:r>
      <w:r>
        <w:rPr>
          <w:sz w:val="20"/>
        </w:rPr>
        <w:t>44:41  jazak allah maulana." dekhiye, jo usool hai, usool daleel istidlal ka, usool istidlal ka, usool woh yeh hai ke sab se pehle aap ko yeh prove karna hoga quran se ya hadith se ke islam ek mukammal nizam hai,</w:t>
      </w:r>
      <w:r>
        <w:br/>
      </w:r>
      <w:r>
        <w:rPr>
          <w:sz w:val="20"/>
        </w:rPr>
        <w:t>45:04  islam ek mukammal system hai, aur is ko qaim karne ke liye hukumat chahiye. to hukumat, jo log hukumat qaim hain, un se un ki iqtidaar ki kurjiyan chheno,</w:t>
      </w:r>
      <w:r>
        <w:br/>
      </w:r>
      <w:r>
        <w:rPr>
          <w:sz w:val="20"/>
        </w:rPr>
        <w:t>45:18  iqtidaar ki kurjiyan chheno, aur iqtidaar qaim karo zameen par taake islam ki hukumat har jagah qaim ho jaye.</w:t>
      </w:r>
      <w:r>
        <w:br/>
      </w:r>
      <w:r>
        <w:rPr>
          <w:sz w:val="20"/>
        </w:rPr>
        <w:t>45:27  yeh kahan hai? kaun si hadith hai? kaun si ayat hai? yeh sab khitabat, insha'bardari, bade bade alfaaz bol kar ke yeh baat kahi jati hai.</w:t>
      </w:r>
      <w:r>
        <w:br/>
      </w:r>
      <w:r>
        <w:rPr>
          <w:sz w:val="20"/>
        </w:rPr>
        <w:t>45:38  logical way mein koi bhi daleel is ki nahi hai. main ne paanch sau safhe kitab likhi hai, taabeer ki ghalati us ko padh lijiye aap.</w:t>
      </w:r>
      <w:r>
        <w:br/>
      </w:r>
      <w:r>
        <w:rPr>
          <w:sz w:val="20"/>
        </w:rPr>
        <w:t>45:54  ah maulana faraz khan sahib ne dilli se likha hai: "maulana, thanks for making us aware about the dajaliyat of today age.</w:t>
      </w:r>
      <w:r>
        <w:br/>
      </w:r>
      <w:r>
        <w:rPr>
          <w:sz w:val="20"/>
        </w:rPr>
        <w:t>46:03  it is not radicalization, rather islamization of violence. we need to spread the real message of islam. islam hai allah ki rehmat mein dakhil ho jana, allah se darna.</w:t>
      </w:r>
      <w:r>
        <w:br/>
      </w:r>
      <w:r>
        <w:rPr>
          <w:sz w:val="20"/>
        </w:rPr>
        <w:t>46:16  islam hai. we have to make this our mission."</w:t>
      </w:r>
      <w:r>
        <w:br/>
      </w:r>
      <w:r>
        <w:rPr>
          <w:sz w:val="20"/>
        </w:rPr>
        <w:t>46:23  yeh amreeka wale bohat bolte hain, yeh log radicalization, yeh lafzi galat hai, yeh term bhi galat hai. Kar is mein ke clear nahi hai, is se woh asal baat clear nahi hoti.</w:t>
      </w:r>
      <w:r>
        <w:br/>
      </w:r>
      <w:r>
        <w:rPr>
          <w:sz w:val="20"/>
        </w:rPr>
        <w:t>46:39  saheeh lafz yeh hai ke tasaddud ko islamize karna, islamized of violence, yeh saheeh lafz hai.</w:t>
      </w:r>
      <w:r>
        <w:br/>
      </w:r>
      <w:r>
        <w:rPr>
          <w:sz w:val="20"/>
        </w:rPr>
        <w:t>46:48  aur is ki wajah kya hui ke agar aap yeh kahein ke aye logon, namaz parho to is mein koi aap ko ladne ki zaroorat nahi hai, lekin aap yeh kahein ke islam ek mukammal nizam hai,</w:t>
      </w:r>
      <w:r>
        <w:br/>
      </w:r>
      <w:r>
        <w:rPr>
          <w:sz w:val="20"/>
        </w:rPr>
        <w:t>47:01  zindagi ke har shobay mein is ko qaim karna, to bohat se log hain jo apna jhanda gaade hue hain, political jhanda, un se aap ladenge, un ke jhande chhenenge, to from the outset, it becomes violence.</w:t>
      </w:r>
      <w:r>
        <w:br/>
      </w:r>
      <w:r>
        <w:rPr>
          <w:sz w:val="20"/>
        </w:rPr>
        <w:t>47:23  maulana, agla comment maulana yaqoob umri ne bheja hai lucknow book fair se, aur woh program dekh rahe hain. Unhone kaha hai ke maulana, many students have been visiting our stall, and they have purchased especially your books, and they are aspiring to meet you in delhi.</w:t>
      </w:r>
    </w:p>
    <w:p>
      <w:pPr>
        <w:pStyle w:val="Heading2"/>
      </w:pPr>
      <w:r>
        <w:t>Islam's View on Overthrowing Governments</w:t>
      </w:r>
    </w:p>
    <w:p>
      <w:r>
        <w:rPr>
          <w:color w:val="666666"/>
          <w:sz w:val="18"/>
        </w:rPr>
        <w:t>Society &amp; Dawah · Importance of Peace December 16, 2012 · 5m 29s · at 1:18:20 · https://youtu.be/nymyorYyEz4?t=4700</w:t>
      </w:r>
    </w:p>
    <w:p>
      <w:r>
        <w:rPr>
          <w:i/>
        </w:rPr>
        <w:t>“What is Islam's position on overthrowing established governments as was done in the Arab Spring?”</w:t>
      </w:r>
    </w:p>
    <w:p>
      <w:r>
        <w:rPr>
          <w:sz w:val="20"/>
        </w:rPr>
        <w:t>1:18:20  Maulana, agla sawal Miss Naghma Siddiqui ka hai Delhi se. unhon ne likha hai: "What is Islam's position on overthrowing of established governments as was done in Arab Spring</w:t>
      </w:r>
      <w:r>
        <w:br/>
      </w:r>
      <w:r>
        <w:rPr>
          <w:sz w:val="20"/>
        </w:rPr>
        <w:t>1:18:34  ?" dekhiye, is mamle mein Islam ka nuqta nazar jo hai, woh pragmatism par mabni hai. pragmatism yaani practical wisdom par.</w:t>
      </w:r>
      <w:r>
        <w:br/>
      </w:r>
      <w:r>
        <w:rPr>
          <w:sz w:val="20"/>
        </w:rPr>
        <w:t>1:18:47  kyunke dekhen, hukoomaton ko overthrow karna is se kabhi bhi koi faida nahi milta, sirf nuqsan hi pohanchta hai. is daur mein bar bar musalmanon ne aisa kiya hai, kisi hukoomat ko overthrow kiya, us ko</w:t>
      </w:r>
      <w:r>
        <w:br/>
      </w:r>
      <w:r>
        <w:rPr>
          <w:sz w:val="20"/>
        </w:rPr>
        <w:t>1:19:02  ulta. lekin nateeja kya nikla? ek nayi tabahi, ek nayi tabahi, ek nayi tabahi.</w:t>
      </w:r>
      <w:r>
        <w:br/>
      </w:r>
      <w:r>
        <w:rPr>
          <w:sz w:val="20"/>
        </w:rPr>
        <w:t>1:19:11  is wajah se sahi tareeqa wahi jo hai jo Yusuf (AS) ne kiya tha ke hukoomat ko mante hue aap ne us ke tehat mawaqe ko istemal kiya.</w:t>
      </w:r>
      <w:r>
        <w:br/>
      </w:r>
      <w:r>
        <w:rPr>
          <w:sz w:val="20"/>
        </w:rPr>
        <w:t>1:19:23  yeh sahi model hai. isi ko Quran mein kaha hai ke asal al-qasas. asal al-qasas ka matlab behtareen model, behtareen ma</w:t>
      </w:r>
      <w:r>
        <w:br/>
      </w:r>
      <w:r>
        <w:rPr>
          <w:sz w:val="20"/>
        </w:rPr>
        <w:t>1:19:31  dal. isi liye mera nazariya is se jo bana hai, woh yeh hai ke Islam mein political status quoism hai,</w:t>
      </w:r>
      <w:r>
        <w:br/>
      </w:r>
      <w:r>
        <w:rPr>
          <w:sz w:val="20"/>
        </w:rPr>
        <w:t>1:19:41  da'wah activism aur political status quoism. yaani peaceful da'wah ke liye aap amal karen ge, lekin jahan tak political power ki baat hai, wahan aap status quo ko maintain karen ge.</w:t>
      </w:r>
      <w:r>
        <w:br/>
      </w:r>
      <w:r>
        <w:rPr>
          <w:sz w:val="20"/>
        </w:rPr>
        <w:t>1:19:54  hazrat Yusuf ka jo usool tha, woh yahi hai. yaani political status quoism aur da'wah activism,</w:t>
      </w:r>
      <w:r>
        <w:br/>
      </w:r>
      <w:r>
        <w:rPr>
          <w:sz w:val="20"/>
        </w:rPr>
        <w:t>1:20:02  yahi Islam hai. baqi jo log kar rahe hain kaam, woh Islam se koi is ka ta'alluq nahi hai. woh to sarakshi mein nazdeek hai. jo Muslim countries mein hukoomaton ko ultate palte hain, woh sarakshi karte hain.</w:t>
      </w:r>
      <w:r>
        <w:br/>
      </w:r>
      <w:r>
        <w:rPr>
          <w:sz w:val="20"/>
        </w:rPr>
        <w:t>1:20:13  is ka islam se koi to nahin. islam ka naam le ke karen to is se islam nahin ban jayega. woh kyunke ek hadith yeh bhi hai, dekhiye ke rasool Allah ne farmaya tha ke baad ke zamane mein aisa hoga ke log sharab peene lagenge.</w:t>
      </w:r>
      <w:r>
        <w:br/>
      </w:r>
      <w:r>
        <w:rPr>
          <w:sz w:val="20"/>
        </w:rPr>
        <w:t>1:20:30  to sahaba ne poocha ke aisa kaise karenge ke sharab piyenge? to aap ne farmaya ke baghair ism yuhalliluna, yaani is ka naam badal denge, naam badal ke is ko jaiz kar denge.</w:t>
      </w:r>
      <w:r>
        <w:br/>
      </w:r>
      <w:r>
        <w:rPr>
          <w:sz w:val="20"/>
        </w:rPr>
        <w:t>1:20:45  to sharab ka lafz wahan par alamaati hai, alamaati hai. yeh sab isi mein shamil hai. kar rahe hain ek ek sarkashi ka kaam,</w:t>
      </w:r>
      <w:r>
        <w:br/>
      </w:r>
      <w:r>
        <w:rPr>
          <w:sz w:val="20"/>
        </w:rPr>
        <w:t>1:20:56  ek siyasat, yaani yaani ek ek siyasat bazi ka kaam, leadery ka kaam. lekin naam rakh rakha hai islam is ko, is ka naam hai islamization.</w:t>
      </w:r>
      <w:r>
        <w:br/>
      </w:r>
      <w:r>
        <w:rPr>
          <w:sz w:val="20"/>
        </w:rPr>
        <w:t>1:21:07  yeh to hai baghair ism ya luna, is ka naam badal denge aur phir jaiz kar lenge. is ko yeh to shaitani siyasat hai.</w:t>
      </w:r>
      <w:r>
        <w:br/>
      </w:r>
      <w:r>
        <w:rPr>
          <w:sz w:val="20"/>
        </w:rPr>
        <w:t>1:21:18  shaitan ne takra kiya tha Allah taala se, woh isi ki, isi wohi jari hai, wohi continue hai ab tak.</w:t>
      </w:r>
      <w:r>
        <w:br/>
      </w:r>
      <w:r>
        <w:rPr>
          <w:sz w:val="20"/>
        </w:rPr>
        <w:t>1:21:27  yaani establishment se takrana, yeh islam nahin hai. yeh yeh yeh secular parties hain, yeh secular parties hain.</w:t>
      </w:r>
      <w:r>
        <w:br/>
      </w:r>
      <w:r>
        <w:rPr>
          <w:sz w:val="20"/>
        </w:rPr>
        <w:t>1:21:38  sab se pehli misaal qaim ki thi shaitan ne establishment se, yaani Allah taala se takraya tha. woh aaj tak wohi case case chala ja raha hai.</w:t>
      </w:r>
      <w:r>
        <w:br/>
      </w:r>
      <w:r>
        <w:rPr>
          <w:sz w:val="20"/>
        </w:rPr>
        <w:t>1:21:48  saaf dekhen, seedhi si baat hai ke aap in logon ko jo yeh jo kar rahe hain, aap aap jaanchen in ko in terms of result. result to kuch bhi nahin mila.</w:t>
      </w:r>
      <w:r>
        <w:br/>
      </w:r>
      <w:r>
        <w:rPr>
          <w:sz w:val="20"/>
        </w:rPr>
        <w:t>1:22:00  aap Imam Nawawi ki jo sharah hai, Muslim mein aap is ko padh lijie. mere paas woh kitab maujood hai. Imam Nawawi bahut bade aalim hain, woh hadith ki sharah karte hue likhte hain ke is hadith ka matlab</w:t>
      </w:r>
      <w:r>
        <w:br/>
      </w:r>
      <w:r>
        <w:rPr>
          <w:sz w:val="20"/>
        </w:rPr>
        <w:t>1:22:13  is mein likhte hain ke ek hukumat jo qaim hai, us ko hukumat ke khilaf baghavat, jis ko jis ko arab mein khurooj kaha jata hai, khurooj haram hai, haram hai bilkul.</w:t>
      </w:r>
      <w:r>
        <w:br/>
      </w:r>
      <w:r>
        <w:rPr>
          <w:sz w:val="20"/>
        </w:rPr>
        <w:t>1:22:27  baqayda likhte hain aur ijma is par ijma hai.</w:t>
      </w:r>
      <w:r>
        <w:br/>
      </w:r>
      <w:r>
        <w:rPr>
          <w:sz w:val="20"/>
        </w:rPr>
        <w:t>1:22:31  un ke alfaaz yeh hain ke agar aap ko ikhtilaf hai to person to person baat kijiye, yaani hakim se miliye, hakim mil ke us ko naseehat kijiye.</w:t>
      </w:r>
      <w:r>
        <w:br/>
      </w:r>
      <w:r>
        <w:rPr>
          <w:sz w:val="20"/>
        </w:rPr>
        <w:t>1:22:43  person to person is mein lafz hai fima bain wa bainahu, fima bain wa bainahu ke matlab person to person baat karna.</w:t>
      </w:r>
      <w:r>
        <w:br/>
      </w:r>
      <w:r>
        <w:rPr>
          <w:sz w:val="20"/>
        </w:rPr>
        <w:t>1:22:52  phir kehte hain ke wa in khurooj alaihim wa haram bi ijma al muslimeen walaw kanoo fasaqah walaw kanoo zaleemeen. aur jahan tak taluq hai in ko overthrow karne ka, khurooj ka to haram hai ijma se.</w:t>
      </w:r>
      <w:r>
        <w:br/>
      </w:r>
      <w:r>
        <w:rPr>
          <w:sz w:val="20"/>
        </w:rPr>
        <w:t>1:23:08  chahe aap ko fasiq nazar ayen, chahe woh aap ko aap ko zalim nazar ayen, tab bhi Imam Taymiyyah se poocha gaya ke aage sharab pi hai, tab bhi kya hum us ko yaani bardasht karen?</w:t>
      </w:r>
      <w:r>
        <w:br/>
      </w:r>
      <w:r>
        <w:rPr>
          <w:sz w:val="20"/>
        </w:rPr>
        <w:t>1:23:22  to hum ne kaha wa in, tab bhi wa in. kyun? kyunke nateeja ulta nikalta hai hamesha.</w:t>
      </w:r>
      <w:r>
        <w:br/>
      </w:r>
      <w:r>
        <w:rPr>
          <w:sz w:val="20"/>
        </w:rPr>
        <w:t>1:23:33  us ko arib kehte hain counter productive.</w:t>
      </w:r>
      <w:r>
        <w:br/>
      </w:r>
      <w:r>
        <w:rPr>
          <w:sz w:val="20"/>
        </w:rPr>
        <w:t>1:23:36  to islam be nateeja kaam ke khilaf hai. man hasana al islam marruhu tarqu ma la yani yeh islam ka nuqta nazar hai.</w:t>
      </w:r>
    </w:p>
    <w:p>
      <w:pPr>
        <w:pStyle w:val="Heading2"/>
      </w:pPr>
      <w:r>
        <w:t>Islam's position on women and segregation</w:t>
      </w:r>
    </w:p>
    <w:p>
      <w:r>
        <w:rPr>
          <w:color w:val="666666"/>
          <w:sz w:val="18"/>
        </w:rPr>
        <w:t>Society &amp; Dawah · Age of Alternatives April 05, 2015 · 8m 40s · at 49:54 · https://youtu.be/4v0uCM2BZuA?t=2994</w:t>
      </w:r>
    </w:p>
    <w:p>
      <w:r>
        <w:rPr>
          <w:i/>
        </w:rPr>
        <w:t>“Please explain Islam's stand on the position of women in Islam with reference to the segregation of male and female.”</w:t>
      </w:r>
    </w:p>
    <w:p>
      <w:r>
        <w:rPr>
          <w:sz w:val="20"/>
        </w:rPr>
        <w:t>49:54  maulana, agla sawal ah sumeena sahiba ne kiya hai dilli se. unhone aapse poocha hai ke: "maulana sahib, please explain Islam stand on the position of women in Islam with reference to the segregation of male and female."</w:t>
      </w:r>
      <w:r>
        <w:br/>
      </w:r>
      <w:r>
        <w:rPr>
          <w:sz w:val="20"/>
        </w:rPr>
        <w:t>50:16  dekhen, yeh bohat bara masla hai aur mein chahta hoon ke is par mein jo mein parha hai, maine jo jo study ki hai, us ki roshni mein kuch arz karoon.</w:t>
      </w:r>
      <w:r>
        <w:br/>
      </w:r>
      <w:r>
        <w:rPr>
          <w:sz w:val="20"/>
        </w:rPr>
        <w:t>50:30  dekhen, segregation jo hai, apne aap mein ek natural tareeqa hai kyunke dekhiye, jab marriage hoti hai to apne aap ek segregation ho jata hai.</w:t>
      </w:r>
      <w:r>
        <w:br/>
      </w:r>
      <w:r>
        <w:rPr>
          <w:sz w:val="20"/>
        </w:rPr>
        <w:t>50:44  partial sense mein</w:t>
      </w:r>
      <w:r>
        <w:br/>
      </w:r>
      <w:r>
        <w:rPr>
          <w:sz w:val="20"/>
        </w:rPr>
        <w:t>50:48  marriage kar ke hamesha aise hi hota hai ke ek segregation ki situation paida hoti hai. sab se buri cheez jo is zamane mein hai, wo kya hai?</w:t>
      </w:r>
      <w:r>
        <w:br/>
      </w:r>
      <w:r>
        <w:rPr>
          <w:sz w:val="20"/>
        </w:rPr>
        <w:t>50:58  unmarried couple ka concept. sab se buri cheez it is unmarried. it is the concept of unmarried couples that has created problems.</w:t>
      </w:r>
      <w:r>
        <w:br/>
      </w:r>
      <w:r>
        <w:rPr>
          <w:sz w:val="20"/>
        </w:rPr>
        <w:t>51:11  unmarried couples ke concept</w:t>
      </w:r>
      <w:r>
        <w:br/>
      </w:r>
      <w:r>
        <w:rPr>
          <w:sz w:val="20"/>
        </w:rPr>
        <w:t>51:13  se kya hua? perhaps society aayi, nudity aayi aur ghalat doosri bohat sari buraiyan paida huin.</w:t>
      </w:r>
      <w:r>
        <w:br/>
      </w:r>
      <w:r>
        <w:rPr>
          <w:sz w:val="20"/>
        </w:rPr>
        <w:t>51:23  agar natural formula ko apnaya jaye ke jaise hi baligh hon log, wo shadi kar len, apne aap mein ek natural segregation paida qaim ho jata hai.</w:t>
      </w:r>
      <w:r>
        <w:br/>
      </w:r>
      <w:r>
        <w:rPr>
          <w:sz w:val="20"/>
        </w:rPr>
        <w:t>51:36  acha, is ke baad kuch zarooraten aisi zindagi ki hain jahan hum ko de-segregation ka tareeqa ikhtiyar karna parta hai. de-segregation yani aurten bahar aayen, kaam karen.</w:t>
      </w:r>
      <w:r>
        <w:br/>
      </w:r>
      <w:r>
        <w:rPr>
          <w:sz w:val="20"/>
        </w:rPr>
        <w:t>51:50  to yeh Islam mein bhi maujood hai aur hamesha rahega. maslan dekhiye, rasool Allah ke zamane mein khawateen ghazwaat mein shareek hoti theen.</w:t>
      </w:r>
      <w:r>
        <w:br/>
      </w:r>
      <w:r>
        <w:rPr>
          <w:sz w:val="20"/>
        </w:rPr>
        <w:t>52:05  that was against the segregation. da'wati sargarmian bhi karti theen. misaal ke taur par, mein cyprus gaya to wahan par ek sahabi khatoon wahan pahunchi theen ek da'wati team ke sath.</w:t>
      </w:r>
      <w:r>
        <w:br/>
      </w:r>
      <w:r>
        <w:rPr>
          <w:sz w:val="20"/>
        </w:rPr>
        <w:t>52:19  wahin un ka intiqal hoga, wahin un ki qabr hai aur aaj bhi woh qabr maujood hai. wahan par woh mein ne khud dekha apni aankh se. quran mein kaha gaya hai: "khawateen ke liye saaye haath safar karne wali" yani da'wati safar karne wali.</w:t>
      </w:r>
      <w:r>
        <w:br/>
      </w:r>
      <w:r>
        <w:rPr>
          <w:sz w:val="20"/>
        </w:rPr>
        <w:t>52:34  to khud sahabi ne da'wati safar kiya. to mein samajhta hoon ke yani segregation ek natural had mein apne aap hi maujood hota hai lekin zaroorat ki wajah se kahin hum ko de-segregation ka bhi istemal karna tareeqa karna parta hai.</w:t>
      </w:r>
      <w:r>
        <w:br/>
      </w:r>
      <w:r>
        <w:rPr>
          <w:sz w:val="20"/>
        </w:rPr>
        <w:t>52:53  tareeqa to hum ne apne mission mein yani limited sense mein de-segregation ka tareeqa apnaya hai.</w:t>
      </w:r>
      <w:r>
        <w:br/>
      </w:r>
      <w:r>
        <w:rPr>
          <w:sz w:val="20"/>
        </w:rPr>
        <w:t>53:02  wo kyun</w:t>
      </w:r>
      <w:r>
        <w:br/>
      </w:r>
      <w:r>
        <w:rPr>
          <w:sz w:val="20"/>
        </w:rPr>
        <w:t>53:04  ? kyunke is zamane mein dekhiye, technology ka zamana hai, hamein logon se kaam lena hai to hamein aadmi nahi milte.</w:t>
      </w:r>
      <w:r>
        <w:br/>
      </w:r>
      <w:r>
        <w:rPr>
          <w:sz w:val="20"/>
        </w:rPr>
        <w:t>53:15  agar hum yeh tareeqa ikhtiyar karen ke strict segregation to hamein aadmi nahi milenge, kaam hi nahi chalega. to mein samajhta hoon ke Islam ki tareekh mein maujood hai de-segregation ka tareeqa partial sense mein.</w:t>
      </w:r>
      <w:r>
        <w:br/>
      </w:r>
      <w:r>
        <w:rPr>
          <w:sz w:val="20"/>
        </w:rPr>
        <w:t>53:32  wahi hum ne apply kiya hai yahan par. aur agar koi yeh samajhta ho ke segregation itna zyada zaroori hai, tab bhi mein usay kahunga ke fiqh mein ek mana hua principle hai:</w:t>
      </w:r>
      <w:r>
        <w:br/>
      </w:r>
      <w:r>
        <w:rPr>
          <w:sz w:val="20"/>
        </w:rPr>
        <w:t>53:45  "al-zarurat tubih al-mahzurāt"۔ yeh fiqh ka saare ulama mante hain: "al-zarurat tubih al-mahzurāt" yaani necessity makes unlawful lawful۔</w:t>
      </w:r>
      <w:r>
        <w:br/>
      </w:r>
      <w:r>
        <w:rPr>
          <w:sz w:val="20"/>
        </w:rPr>
        <w:t>53:57  to yahan par hamein agar hum strict sense mein segregation ka formula apnayein to yeh mission band karna parega۔</w:t>
      </w:r>
      <w:r>
        <w:br/>
      </w:r>
      <w:r>
        <w:rPr>
          <w:sz w:val="20"/>
        </w:rPr>
        <w:t>54:06  nahi chal sakta, chal hi nahi sakta۔ to</w:t>
      </w:r>
      <w:r>
        <w:br/>
      </w:r>
      <w:r>
        <w:rPr>
          <w:sz w:val="20"/>
        </w:rPr>
        <w:t>54:11  mein do baatein kahunga ke natural dayre mein de-segregation apne aap maujood hai pehle bhi aur aaj bhi۔</w:t>
      </w:r>
      <w:r>
        <w:br/>
      </w:r>
      <w:r>
        <w:rPr>
          <w:sz w:val="20"/>
        </w:rPr>
        <w:t>54:20  aur is zarurat ke tehat agar aap ikhtiyar karna chahein is ko to yeh bhi maujood hai۔ is yeh masla bhi ke "al-zarurat tubih al-mahzurāt" aap ikhtiyar kar sakte hain۔</w:t>
      </w:r>
      <w:r>
        <w:br/>
      </w:r>
      <w:r>
        <w:rPr>
          <w:sz w:val="20"/>
        </w:rPr>
        <w:t>54:33  mein samajhta hoon ke khawateen ke bare mein jo nazariya sahi hai, woh hai jo allama nasseruddin al-bani ne apni kitab mein likha hai۔ is ki kitab ka naam hai: "hijab al-marat al-muslima"۔</w:t>
      </w:r>
      <w:r>
        <w:br/>
      </w:r>
      <w:r>
        <w:rPr>
          <w:sz w:val="20"/>
        </w:rPr>
        <w:t>54:45  "hijab al-marat al-muslima" is mein unhon ne likha hai ke segregation yeh koi islam ka principle nahi hai۔</w:t>
      </w:r>
      <w:r>
        <w:br/>
      </w:r>
      <w:r>
        <w:rPr>
          <w:sz w:val="20"/>
        </w:rPr>
        <w:t>54:53  unhon ne ek misaal di hai ke ek hadith mein ek hadith hai ke rasool Allah ke zamane mein auratein fajar ki namaz mein aati theen۔</w:t>
      </w:r>
      <w:r>
        <w:br/>
      </w:r>
      <w:r>
        <w:rPr>
          <w:sz w:val="20"/>
        </w:rPr>
        <w:t>55:04  to is mein lafz hai, rawi ne yeh lafz istemal kiya hai ke: "wa la yu'rafna min al-ghalas"۔</w:t>
      </w:r>
      <w:r>
        <w:br/>
      </w:r>
      <w:r>
        <w:rPr>
          <w:sz w:val="20"/>
        </w:rPr>
        <w:t>55:15  is is hadith ko riwayat naqal kiya allama al-bani ne ke: "wa la yu'rafna min al-ghalas" aur andhere ki wajah se pehchani nahi jati thi۔ aap ghor kijiye ke mein yani agar wahan sab log burqa posh hon, chehre ko chhupaye hue hon to andhera ho, chahe ujala nahi pehchane jayenge۔</w:t>
      </w:r>
      <w:r>
        <w:br/>
      </w:r>
      <w:r>
        <w:rPr>
          <w:sz w:val="20"/>
        </w:rPr>
        <w:t>55:38  woh to aaj "wa la yu'rafna min al-ghalas" ke ma'ni andhere ki wajah se pehchani jat</w:t>
      </w:r>
      <w:r>
        <w:br/>
      </w:r>
      <w:r>
        <w:rPr>
          <w:sz w:val="20"/>
        </w:rPr>
        <w:t>55:44  i thi۔ is ka ma'ni hai ke wahan yeh segregation nahi tha jo aaj kal bana rakha hai logon ne۔ yeh yeh nahi tha۔ to allama al-bani likhte hain ke asal cheez jo hai aurat ke ma'amle mein woh hai satar poshi aur aur woh sadgi aur yani jo purpose society jo jis ko kaha jata hai, us se door rehna, nudity se door rehna۔</w:t>
      </w:r>
      <w:r>
        <w:br/>
      </w:r>
      <w:r>
        <w:rPr>
          <w:sz w:val="20"/>
        </w:rPr>
        <w:t>56:14  yeh baqi hai ke burqa aur aur bilkul jaise chehra chhupa hua hai, yeh yeh koi islam nahi hai۔ doosri baat mein yeh arz karunga ke fiqh hanafi jo hai, fiqh hanafi mein teen cheezon ko exempt kiya gaya hai parde se:</w:t>
      </w:r>
      <w:r>
        <w:br/>
      </w:r>
      <w:r>
        <w:rPr>
          <w:sz w:val="20"/>
        </w:rPr>
        <w:t>56:32  face aur kaffain aur qadamain yani chehra aur aur haath aur paon۔</w:t>
      </w:r>
      <w:r>
        <w:br/>
      </w:r>
      <w:r>
        <w:rPr>
          <w:sz w:val="20"/>
        </w:rPr>
        <w:t>56:40  yeh fiqh</w:t>
      </w:r>
      <w:r>
        <w:br/>
      </w:r>
      <w:r>
        <w:rPr>
          <w:sz w:val="20"/>
        </w:rPr>
        <w:t>56:41  hanafi mein is ko mustasna qarar diya gaya hai۔ woh is ayat se le kar unhon ne banaya hai masla: "illa ma dhahara minha"۔</w:t>
      </w:r>
      <w:r>
        <w:br/>
      </w:r>
      <w:r>
        <w:rPr>
          <w:sz w:val="20"/>
        </w:rPr>
        <w:t>56:52  to hum ne jo ikhtiyar kiya hai tareeqa, yeh ulama ke maslak se hargiz hata hua nahi hai۔ khud ulama hate hue hain ke jo cheez islam mein nahi hai, us ko unhon ne impose kar rakha hai۔</w:t>
      </w:r>
      <w:r>
        <w:br/>
      </w:r>
      <w:r>
        <w:rPr>
          <w:sz w:val="20"/>
        </w:rPr>
        <w:t>57:04  islam mein kabhi burqa nahi tha۔</w:t>
      </w:r>
      <w:r>
        <w:br/>
      </w:r>
      <w:r>
        <w:rPr>
          <w:sz w:val="20"/>
        </w:rPr>
        <w:t>57:07  koi sabit nahi kar sakta ke rasool Allah aur sahaba ke zamane mein burqa tha to aap burqa bana rakha hai۔ to ulama hate hue hain, hum kahan hate hain؟ ab khud jab fiqh hanafi mein yeh masla hai ke ke face aur haath aur qadam yeh yeh khol khol sakti hain auratein, to aap kaun hote hain is ke khilaf masla banane wale؟</w:t>
      </w:r>
      <w:r>
        <w:br/>
      </w:r>
      <w:r>
        <w:rPr>
          <w:sz w:val="20"/>
        </w:rPr>
        <w:t>57:34  to hamare bare mein koi agar yeh kahe ke hum shariat se hate hue hain to bilkul galat jhoot kehta hai۔ woh hum wohi tareeqa ikhtiyar kiye hue hain jo quran hadith sabit hai, jo fiqh hanafi ka masla hai aur jo jo sabit hota hai۔</w:t>
      </w:r>
      <w:r>
        <w:br/>
      </w:r>
      <w:r>
        <w:rPr>
          <w:sz w:val="20"/>
        </w:rPr>
        <w:t>57:52  to khulasa yeh hai ke asal cheez khawateen ke liye hai ke woh sadgi mein rahein, hawa na karein, woh free mixing na karein aur jaiz hudood mein kaam karein aur purpose full un ka jo de-segregation ho, purpose purpose full ho to bilkul islami hoga۔</w:t>
      </w:r>
      <w:r>
        <w:br/>
      </w:r>
      <w:r>
        <w:rPr>
          <w:sz w:val="20"/>
        </w:rPr>
        <w:t>58:11  woh yahi hamare haan hai, hum is ko kharab nahi karte۔</w:t>
      </w:r>
      <w:r>
        <w:br/>
      </w:r>
      <w:r>
        <w:rPr>
          <w:sz w:val="20"/>
        </w:rPr>
        <w:t>58:16  jo jo ulama ka jo traditional tareeqa raaj hoga segregation ka, woh islam se is ka koi ta'alluq nahi۔</w:t>
      </w:r>
      <w:r>
        <w:br/>
      </w:r>
      <w:r>
        <w:rPr>
          <w:sz w:val="20"/>
        </w:rPr>
        <w:t>58:25  kisi ko shakk ho is mein to allama al-bani ki kitab padh lein: "hijab al-marat al-muslima"۔</w:t>
      </w:r>
    </w:p>
    <w:p>
      <w:pPr>
        <w:pStyle w:val="Heading2"/>
      </w:pPr>
      <w:r>
        <w:t>Islamic leadership criteria and unity</w:t>
      </w:r>
    </w:p>
    <w:p>
      <w:r>
        <w:rPr>
          <w:color w:val="666666"/>
          <w:sz w:val="18"/>
        </w:rPr>
        <w:t>Society &amp; Dawah · Art of Crisis Management I 3 October, 2010 Maulana Wahiduddin Khan · 6m 04s · at 1:12:57 · https://youtu.be/mcJZ0YEOolk?t=4377</w:t>
      </w:r>
    </w:p>
    <w:p>
      <w:r>
        <w:rPr>
          <w:i/>
        </w:rPr>
        <w:t>“What is the concept of leadership in Islam, what are the criteria to judge a leader, and how can Muslims take decisions unitedly given the many leaders? Is there any possibility of this, or are we doomed to live under incompetent leaders?”</w:t>
      </w:r>
    </w:p>
    <w:p>
      <w:r>
        <w:rPr>
          <w:sz w:val="20"/>
        </w:rPr>
        <w:t>1:12:57  maulana, yeh sawal doctor farida khanam ne kiya hai nai dilli se. unhon ne poocha hai: "what is the concept of leadership in islam?</w:t>
      </w:r>
      <w:r>
        <w:br/>
      </w:r>
      <w:r>
        <w:rPr>
          <w:sz w:val="20"/>
        </w:rPr>
        <w:t>1:13:07  what is the criteria to judge a leader? there are innumerable leaders among the muslims. how can they take a decision unitedly?</w:t>
      </w:r>
      <w:r>
        <w:br/>
      </w:r>
      <w:r>
        <w:rPr>
          <w:sz w:val="20"/>
        </w:rPr>
        <w:t>1:13:17  is there any possibility of this? or we are doomed to live under the shadow of incompetent leaders."</w:t>
      </w:r>
      <w:r>
        <w:br/>
      </w:r>
      <w:r>
        <w:rPr>
          <w:sz w:val="20"/>
        </w:rPr>
        <w:t>1:13:34  dekhiye, islam mein leader ko imam kaha jata hai. imam to islam ka usool hai: "amruhum shura baynahum".</w:t>
      </w:r>
      <w:r>
        <w:br/>
      </w:r>
      <w:r>
        <w:rPr>
          <w:sz w:val="20"/>
        </w:rPr>
        <w:t>1:13:47  yani jab zaroorat ho imam muqarrar karne ki, leader muqarrar karne ki,</w:t>
      </w:r>
      <w:r>
        <w:br/>
      </w:r>
      <w:r>
        <w:rPr>
          <w:sz w:val="20"/>
        </w:rPr>
        <w:t>1:13:52  to is ke liye mashwara kiya jaye, discuss kiya jaye, sab log baith kar rai karen, aur consensus se jis aadmi ko tay ho jaye, us ko imam maan liya jaye.</w:t>
      </w:r>
      <w:r>
        <w:br/>
      </w:r>
      <w:r>
        <w:rPr>
          <w:sz w:val="20"/>
        </w:rPr>
        <w:t>1:14:05  yeh to ideal baat hai, ideal baat</w:t>
      </w:r>
      <w:r>
        <w:br/>
      </w:r>
      <w:r>
        <w:rPr>
          <w:sz w:val="20"/>
        </w:rPr>
        <w:t>1:14:10  ke jab bhi ek leader fit ho gaya, mar gaya, leader ne resign kar diya, kisi bhi baat se woh paida hoga, yani leader ki na raha,</w:t>
      </w:r>
      <w:r>
        <w:br/>
      </w:r>
      <w:r>
        <w:rPr>
          <w:sz w:val="20"/>
        </w:rPr>
        <w:t>1:14:25  to log baithen</w:t>
      </w:r>
      <w:r>
        <w:br/>
      </w:r>
      <w:r>
        <w:rPr>
          <w:sz w:val="20"/>
        </w:rPr>
        <w:t>1:14:28  aur discuss karen, aur jis aadmi ke naam par consensus ho jaye, sab log us ko yeh leader man len, sab log man len us ko.</w:t>
      </w:r>
      <w:r>
        <w:br/>
      </w:r>
      <w:r>
        <w:rPr>
          <w:sz w:val="20"/>
        </w:rPr>
        <w:t>1:14:40  yeh hai ideal soorat. doosri soorat jo hai</w:t>
      </w:r>
      <w:r>
        <w:br/>
      </w:r>
      <w:r>
        <w:rPr>
          <w:sz w:val="20"/>
        </w:rPr>
        <w:t>1:14:45  secondary darjay mein, woh kya hai? woh hai, is ke liye bhi hadees mein bata diya gaya hai, woh yeh hai ke "ittiba-e-sawad-e-azam".</w:t>
      </w:r>
      <w:r>
        <w:br/>
      </w:r>
      <w:r>
        <w:rPr>
          <w:sz w:val="20"/>
        </w:rPr>
        <w:t>1:15:00  ittiba-e-sawad-e-azam ka matlab yeh hai ke kisi bhi tareeqay se agar koi aadmi leader ban gaya, chahe ghalat tareeqay se bana ho kyun na ho, to maan lo us ke sath jhanda na uthao.</w:t>
      </w:r>
      <w:r>
        <w:br/>
      </w:r>
      <w:r>
        <w:rPr>
          <w:sz w:val="20"/>
        </w:rPr>
        <w:t>1:15:14  yani ek ideal shakal yeh hai ke mashware se, discussion se ke</w:t>
      </w:r>
      <w:r>
        <w:br/>
      </w:r>
      <w:r>
        <w:rPr>
          <w:sz w:val="20"/>
        </w:rPr>
        <w:t>1:15:22  kisi shakhs ko banaya jaye aur sab log us ko man len. lekin agar yeh ideal shakal possible na ho aur koi aadmi kisi bhi aur tareeqay se leader ban jaye, to phir us ko hi maan lijiye aap taake kam se kam peace to qaim rahe.</w:t>
      </w:r>
      <w:r>
        <w:br/>
      </w:r>
      <w:r>
        <w:rPr>
          <w:sz w:val="20"/>
        </w:rPr>
        <w:t>1:15:40  aap jab maan lenge to kam se kam پیس to qaaim ho jayega. bas yeh do shakalें hain. teesri shakal jo aaj kal musalmanon mein hai ke khade ho jate hain jhanda le kar ke,</w:t>
      </w:r>
      <w:r>
        <w:br/>
      </w:r>
      <w:r>
        <w:rPr>
          <w:sz w:val="20"/>
        </w:rPr>
        <w:t>1:15:56  jaise musalmanon ke muslim karne mein democracy kyun nahin hai? is ki misaal aap Pakistan dekh lijiye, ek election hoga, koi jeetega, ab kya hai?</w:t>
      </w:r>
      <w:r>
        <w:br/>
      </w:r>
      <w:r>
        <w:rPr>
          <w:sz w:val="20"/>
        </w:rPr>
        <w:t>1:16:06  doosra khada ho jayega, rigging hui hai, rigging hui hai, rigging hui hai. ab is ko down karne ke liye yeh Islam mein jaaiz nahin hai.</w:t>
      </w:r>
      <w:r>
        <w:br/>
      </w:r>
      <w:r>
        <w:rPr>
          <w:sz w:val="20"/>
        </w:rPr>
        <w:t>1:16:16  Islam mein jaaiz hi nahin hai. yeh jaise bhi elect ho kar ke, jaise bhi woh ban kar ke seat par aa gaya, to bas maan lijiye is ko.</w:t>
      </w:r>
      <w:r>
        <w:br/>
      </w:r>
      <w:r>
        <w:rPr>
          <w:sz w:val="20"/>
        </w:rPr>
        <w:t>1:16:28  yeh hai Islam ka tareeqa. kyunke Islam mein dekhiye, jo jo supreme hai, woh kya hai? normal si پیس. yeh hai supreme Islam.</w:t>
      </w:r>
      <w:r>
        <w:br/>
      </w:r>
      <w:r>
        <w:rPr>
          <w:sz w:val="20"/>
        </w:rPr>
        <w:t>1:16:41  is par bohat sari hadeesein hain aur yahan par detail ka mauqa nahin hai</w:t>
      </w:r>
      <w:r>
        <w:br/>
      </w:r>
      <w:r>
        <w:rPr>
          <w:sz w:val="20"/>
        </w:rPr>
        <w:t>1:16:47  kyunke main mukhtasaran yahi kahunga ke agar musalmanon mein, yaani constructive soch ho, woh is position mein hon ke discussion kar ke ek aadmi ko bana dein, to bara acha hai.</w:t>
      </w:r>
      <w:r>
        <w:br/>
      </w:r>
      <w:r>
        <w:rPr>
          <w:sz w:val="20"/>
        </w:rPr>
        <w:t>1:17:00  nahin to jo aadmi bhi kisi bhi tareeqe se ho jaye, woh chahe rigging kar ke ho jaye, tab bhi</w:t>
      </w:r>
      <w:r>
        <w:br/>
      </w:r>
      <w:r>
        <w:rPr>
          <w:sz w:val="20"/>
        </w:rPr>
        <w:t>1:17:05  is ko maan lijiye kyunke ittaba sawad al aazam farmaya Rasool Allah salallahu alaihi wasallam ne. Maulana, in ka ek sawal aur hai.</w:t>
      </w:r>
      <w:r>
        <w:br/>
      </w:r>
      <w:r>
        <w:rPr>
          <w:sz w:val="20"/>
        </w:rPr>
        <w:t>1:17:16  unhon ne likha hai ke "there was no media in the thirteenth century, that is why Muslims were able to opt for the policy of inaction.</w:t>
      </w:r>
      <w:r>
        <w:br/>
      </w:r>
      <w:r>
        <w:rPr>
          <w:sz w:val="20"/>
        </w:rPr>
        <w:t>1:17:26  now is there any possibility of Muslims refraining from giving provocative statements in the media and aggravating the situation further?" bilkul, hum ko dekhiye, hamari team yeh sab nahin kaam kar rahi hai.</w:t>
      </w:r>
      <w:r>
        <w:br/>
      </w:r>
      <w:r>
        <w:rPr>
          <w:sz w:val="20"/>
        </w:rPr>
        <w:t>1:17:44  train karne ki zaroorat hai. hum train kar rahe hain logon ko</w:t>
      </w:r>
      <w:r>
        <w:br/>
      </w:r>
      <w:r>
        <w:rPr>
          <w:sz w:val="20"/>
        </w:rPr>
        <w:t>1:17:47  to hamare jo itne saathi hain, koi sab kaam nahin karta. pehle jo hai, traditionally log aise the. ab aap ko logon ke mind ki re-engineering karni hogi.</w:t>
      </w:r>
      <w:r>
        <w:br/>
      </w:r>
      <w:r>
        <w:rPr>
          <w:sz w:val="20"/>
        </w:rPr>
        <w:t>1:18:00  bas yeh hai. pehle to apne aap hi log jo the, woh kingship ka zamana tha, log chup chap rehte the.</w:t>
      </w:r>
      <w:r>
        <w:br/>
      </w:r>
      <w:r>
        <w:rPr>
          <w:sz w:val="20"/>
        </w:rPr>
        <w:t>1:18:09  ab woh daur khatam ho gaya, woh zamana khatam ho gaya, woh tradition toot gayi. lekin ab aap logon ke mind ki re-engineering kijiye, logon ko phir se samjhaiye.</w:t>
      </w:r>
      <w:r>
        <w:br/>
      </w:r>
      <w:r>
        <w:rPr>
          <w:sz w:val="20"/>
        </w:rPr>
        <w:t>1:18:20  abhi aaj mere paas ek talib ilm aaya, ek sahab ka, subah unhon ne kaha ke "aap ki kitabein parhne se pehle main sab ko dushman samajhta tha ke sab dushman hain, Hindu dushman hain, Yahudi dushman hain, American dushman hain, Islam ke sab khilaf side se karte hain.</w:t>
      </w:r>
      <w:r>
        <w:br/>
      </w:r>
      <w:r>
        <w:rPr>
          <w:sz w:val="20"/>
        </w:rPr>
        <w:t>1:18:34  sab ke khilaf mere dil mein dushmani hoti thi.</w:t>
      </w:r>
      <w:r>
        <w:br/>
      </w:r>
      <w:r>
        <w:rPr>
          <w:sz w:val="20"/>
        </w:rPr>
        <w:t>1:18:39  aap ki kitabein parhne ke baad mera zehan bilkul badal gaya. ab main samajhta hoon ke sab insaan hain, koi dushman nahin hai. yeh hai re-engineering of mind.</w:t>
      </w:r>
      <w:r>
        <w:br/>
      </w:r>
      <w:r>
        <w:rPr>
          <w:sz w:val="20"/>
        </w:rPr>
        <w:t>1:18:53  to pehle jo cheez apne aap haasil ho jati thi, us ke liye aap ko koshish karni padegi. itna hi farq hua hai.</w:t>
      </w:r>
    </w:p>
    <w:p>
      <w:pPr>
        <w:pStyle w:val="Heading2"/>
      </w:pPr>
      <w:r>
        <w:t>Islamophobia in present times views</w:t>
      </w:r>
    </w:p>
    <w:p>
      <w:r>
        <w:rPr>
          <w:color w:val="666666"/>
          <w:sz w:val="18"/>
        </w:rPr>
        <w:t>Society &amp; Dawah · Mission of Tajdeed (Revival of Islam) September 15, 2019 Maulana Wahiduddin Khan · 8m 03s · at 40:17 · https://youtu.be/jGfoAffJ4-8?t=2417</w:t>
      </w:r>
    </w:p>
    <w:p>
      <w:r>
        <w:rPr>
          <w:i/>
        </w:rPr>
        <w:t>“You talk about Islamophobia and its misinterpretation in the past. I want to know your views on the conceived notion of Islamophobia in present times.”</w:t>
      </w:r>
    </w:p>
    <w:p>
      <w:r>
        <w:rPr>
          <w:sz w:val="20"/>
        </w:rPr>
        <w:t>40:17  if you want these books in quantity, then please write to us on info at cps global dot org. maulana, agla sawal bheja hai waseem sahib ne kashmir se.</w:t>
      </w:r>
      <w:r>
        <w:br/>
      </w:r>
      <w:r>
        <w:rPr>
          <w:sz w:val="20"/>
        </w:rPr>
        <w:t>40:33  ji, unhon ne likha hai: "maulana sahib, you talk about the islamophobia and its misinterpretation in the past.</w:t>
      </w:r>
      <w:r>
        <w:br/>
      </w:r>
      <w:r>
        <w:rPr>
          <w:sz w:val="20"/>
        </w:rPr>
        <w:t>40:43  i want to know about your views on the conceived notion of islamophobia of present times." is ke bare mein batayen.</w:t>
      </w:r>
      <w:r>
        <w:br/>
      </w:r>
      <w:r>
        <w:rPr>
          <w:sz w:val="20"/>
        </w:rPr>
        <w:t>40:53  bhai, islamophobia ka term hi galat hai. koi islamophobia duniya mein nahi hai. sare log islam ke bare mein positive hain, parhte hain, madad karte hain.</w:t>
      </w:r>
      <w:r>
        <w:br/>
      </w:r>
      <w:r>
        <w:rPr>
          <w:sz w:val="20"/>
        </w:rPr>
        <w:t>41:08  hum ne america ka kam az kam barah bar safar kiya hai, har bar hum ko logon ne cooperation diya. yeh to bilkul be be baseless baat hai, baseless.</w:t>
      </w:r>
      <w:r>
        <w:br/>
      </w:r>
      <w:r>
        <w:rPr>
          <w:sz w:val="20"/>
        </w:rPr>
        <w:t>41:21  is ka koi, is ki koi haqeeqat nahi hai. main aap ko ek qissa batata hoon ke ek waqt, us waqt kya hua ke hum ko america mein bulaya gaya,</w:t>
      </w:r>
      <w:r>
        <w:br/>
      </w:r>
      <w:r>
        <w:rPr>
          <w:sz w:val="20"/>
        </w:rPr>
        <w:t>41:38  kisi party ne bulaya to hum bohat sare</w:t>
      </w:r>
      <w:r>
        <w:br/>
      </w:r>
      <w:r>
        <w:rPr>
          <w:sz w:val="20"/>
        </w:rPr>
        <w:t>41:46  bundle kitabon ke le ke gaye. to jab utre airport par to itna sa bundle tha kitabon ka, lekin jo jinhon ne bulaya tha,</w:t>
      </w:r>
      <w:r>
        <w:br/>
      </w:r>
      <w:r>
        <w:rPr>
          <w:sz w:val="20"/>
        </w:rPr>
        <w:t>41:59  woh woh pahunche nahi the kisi wajah se airport par. ab hum airport par utar kar ke un ko dekh dhoond rahe hain, woh mil mile nahi.</w:t>
      </w:r>
      <w:r>
        <w:br/>
      </w:r>
      <w:r>
        <w:rPr>
          <w:sz w:val="20"/>
        </w:rPr>
        <w:t>42:09  woh to aakhir mein hum ne kya kiya ke bundalon ko le kar ke hum hotel mein chale gaye. sara bundle hotel mein ja ke dher kar diya.</w:t>
      </w:r>
      <w:r>
        <w:br/>
      </w:r>
      <w:r>
        <w:rPr>
          <w:sz w:val="20"/>
        </w:rPr>
        <w:t>42:19  is ke baad kya hua? isi shaam ko ek aadmi apni biwi ke saath aaya, isi shaam ko amreeka ka, woh amreeka hi ka aadmi tha.</w:t>
      </w:r>
      <w:r>
        <w:br/>
      </w:r>
      <w:r>
        <w:rPr>
          <w:sz w:val="20"/>
        </w:rPr>
        <w:t>42:31  to is ko hum ne bataya ke bhai aisa hua hai, hum ne kitaabein laaye the, lekin kisi wajah se woh log aa nahin sake airport par.</w:t>
      </w:r>
      <w:r>
        <w:br/>
      </w:r>
      <w:r>
        <w:rPr>
          <w:sz w:val="20"/>
        </w:rPr>
        <w:t>42:42  ab hum yahan dher kar diya la kar ke. to kya hua? isi din, isi din woh saahab apne khud aur apni biwi aur apni ladki bhi shaayad thi, sab log mil gaye, is ko sab utha le gaye, saari kitaab utha le gaye aur ja kar khud woh kitaabon ko logon ko diya.</w:t>
      </w:r>
      <w:r>
        <w:br/>
      </w:r>
      <w:r>
        <w:rPr>
          <w:sz w:val="20"/>
        </w:rPr>
        <w:t>43:03  diya kya? balkeh sell kiya, sell kiya, saari kitaabein sell kar ke is ka paisa hum ko de diya. hum ne kaha un ka koi ta'alluq is se nahin tha.</w:t>
      </w:r>
      <w:r>
        <w:br/>
      </w:r>
      <w:r>
        <w:rPr>
          <w:sz w:val="20"/>
        </w:rPr>
        <w:t>43:14  to yeh to bohat hi cooperative log hain, bohat zyada cooperative. koi islamophobia nahin hai, yeh bilkul un par ilzaam hai. islamophobia hai hi nahin wahan par.</w:t>
      </w:r>
      <w:r>
        <w:br/>
      </w:r>
      <w:r>
        <w:rPr>
          <w:sz w:val="20"/>
        </w:rPr>
        <w:t>43:26  islam se hamdardi hai, islam se cooperation hai, islam ke baare mein positive thinking hai. main samajhta hoon ke amreeka ke log bohat hi zyada achhe log hain.</w:t>
      </w:r>
      <w:r>
        <w:br/>
      </w:r>
      <w:r>
        <w:rPr>
          <w:sz w:val="20"/>
        </w:rPr>
        <w:t>43:40  khaas baat yeh hai ke woh kabhi jhoot nahin bolte. jo american log hain, woh kabhi jhoot nahin bolte. to yeh to hamare liye bohat achhi baat hai, un se aap trust kar sakte hain.</w:t>
      </w:r>
      <w:r>
        <w:br/>
      </w:r>
      <w:r>
        <w:rPr>
          <w:sz w:val="20"/>
        </w:rPr>
        <w:t>43:53  to mujhe kabhi tajruba nahin hua is ka. misaal ke taur par dekhiye, ek martaba khabar chhapi thi ke india ke ek saahab gaye aur amreeka ke airport par un ke joote utarwaaye gaye.</w:t>
      </w:r>
      <w:r>
        <w:br/>
      </w:r>
      <w:r>
        <w:rPr>
          <w:sz w:val="20"/>
        </w:rPr>
        <w:t>44:09  to is ko chhipa india mein bohat hi bure andaaz mein, ke ke is ko taakhir ke andaaz mein. main bhi gaya ittefaq se inhi dinon.</w:t>
      </w:r>
      <w:r>
        <w:br/>
      </w:r>
      <w:r>
        <w:rPr>
          <w:sz w:val="20"/>
        </w:rPr>
        <w:t>44:20  to airport par police ka aadmi baitha khada hua tha. to us ne ishaara kiya ke main joota apna utaar doon.</w:t>
      </w:r>
      <w:r>
        <w:br/>
      </w:r>
      <w:r>
        <w:rPr>
          <w:sz w:val="20"/>
        </w:rPr>
        <w:t>44:29  main ne jaldi se utaar diya. koi bhi is pe woh nahin hua. to us ne ek joote ko check kiya, doosre ko kaha jaa jaa.</w:t>
      </w:r>
      <w:r>
        <w:br/>
      </w:r>
      <w:r>
        <w:rPr>
          <w:sz w:val="20"/>
        </w:rPr>
        <w:t>44:42  check hi nahin kiya poora. to jhoot mein jeete hain hamare log. aur yeh islamophobia ek ek bilkul baseless ilzaam hai ahle maghrib par.</w:t>
      </w:r>
      <w:r>
        <w:br/>
      </w:r>
      <w:r>
        <w:rPr>
          <w:sz w:val="20"/>
        </w:rPr>
        <w:t>44:56  wahan koi islamophobia nahin hai.</w:t>
      </w:r>
      <w:r>
        <w:br/>
      </w:r>
      <w:r>
        <w:rPr>
          <w:sz w:val="20"/>
        </w:rPr>
        <w:t>45:07  maulana riyaz bhatt saahab ne bangalore se aap se poocha hai ke unhone apna comment aur question ke is mein bheja hai.</w:t>
      </w:r>
      <w:r>
        <w:br/>
      </w:r>
      <w:r>
        <w:rPr>
          <w:sz w:val="20"/>
        </w:rPr>
        <w:t>45:17  unhone likha hai: "thanks for clearing the conceptions regarding tajdeed</w:t>
      </w:r>
      <w:r>
        <w:br/>
      </w:r>
      <w:r>
        <w:rPr>
          <w:sz w:val="20"/>
        </w:rPr>
        <w:t>45:22  ۔ it is regarding tajdeed. tajdeed. it is natural that over a period there may be a derailment of any concept.</w:t>
      </w:r>
      <w:r>
        <w:br/>
      </w:r>
      <w:r>
        <w:rPr>
          <w:sz w:val="20"/>
        </w:rPr>
        <w:t>45:31  hence god has warned us through prophets regarding the same and made it mandatory for scholars to bring the islam as a concept back on rails from derailment in different ages." Maulana saahab, am i correct?</w:t>
      </w:r>
      <w:r>
        <w:br/>
      </w:r>
      <w:r>
        <w:rPr>
          <w:sz w:val="20"/>
        </w:rPr>
        <w:t>45:52  dekhiye, derailment ek natural phenomenon hai aur derailment koi masla nahin hai.</w:t>
      </w:r>
      <w:r>
        <w:br/>
      </w:r>
      <w:r>
        <w:rPr>
          <w:sz w:val="20"/>
        </w:rPr>
        <w:t>46:03  that yani derailment jab hota hai to aur aur interaction hota hai.</w:t>
      </w:r>
      <w:r>
        <w:br/>
      </w:r>
      <w:r>
        <w:rPr>
          <w:sz w:val="20"/>
        </w:rPr>
        <w:t>46:12  log sawaal karte hain, jawaab bhi aata hai. to derailment jo hai, woh to enhancement hai. yani khoob equity badhti hai, sawaal jawaab badhte hain, islam ke study badhti hai.</w:t>
      </w:r>
      <w:r>
        <w:br/>
      </w:r>
      <w:r>
        <w:rPr>
          <w:sz w:val="20"/>
        </w:rPr>
        <w:t>46:28  koi masla hai hi nahin. woh hamare kuch logon ne khwaah makhwaah is ko masla bana rakha hai.</w:t>
      </w:r>
      <w:r>
        <w:br/>
      </w:r>
      <w:r>
        <w:rPr>
          <w:sz w:val="20"/>
        </w:rPr>
        <w:t>46:39  maulana yaqoob umri ne dilli se likha hai: "maulana, tajdeed ka ta'alluq shakhsiyat se nahin balkeh daur se hai, magar musalmanon ne is ko laqab baaz laqab baazi ka mozu bana liya.</w:t>
      </w:r>
      <w:r>
        <w:br/>
      </w:r>
      <w:r>
        <w:rPr>
          <w:sz w:val="20"/>
        </w:rPr>
        <w:t>46:54  jazak Allah khair for this clarity." misaal ke taur par dekhiye, main batata hoon aap ko ek baat to amreeka mein hai.</w:t>
      </w:r>
      <w:r>
        <w:br/>
      </w:r>
      <w:r>
        <w:rPr>
          <w:sz w:val="20"/>
        </w:rPr>
        <w:t>47:04  main ne ek is ka ek bade scholar se meri baat cheet hui to main ne poocha is ke baare mein, difference ke baare mein ke islam se aap ko kya ikhtilaaf hai.</w:t>
      </w:r>
      <w:r>
        <w:br/>
      </w:r>
      <w:r>
        <w:rPr>
          <w:sz w:val="20"/>
        </w:rPr>
        <w:t>47:21  to unhone ek bohat badi baat batai ke aap hamara koi difference nahin islam mein. hamara difference ka term hi istemaal nahin hota.</w:t>
      </w:r>
      <w:r>
        <w:br/>
      </w:r>
      <w:r>
        <w:rPr>
          <w:sz w:val="20"/>
        </w:rPr>
        <w:t>47:33  hum decent ka lafz istemal karte hain. hamara jo term hai, woh difference nahi hai. decent, d i w s e n t.</w:t>
      </w:r>
      <w:r>
        <w:br/>
      </w:r>
      <w:r>
        <w:rPr>
          <w:sz w:val="20"/>
        </w:rPr>
        <w:t>47:44  toh aap jante hain ke decent ek neutral term hai. neutral, decent neutral term hai.</w:t>
      </w:r>
      <w:r>
        <w:br/>
      </w:r>
      <w:r>
        <w:rPr>
          <w:sz w:val="20"/>
        </w:rPr>
        <w:t>47:53  mujhe ek ajeeb nai baat dariaft hui. toh khwah makhwah log hawa bana lete hain baaton ko.</w:t>
      </w:r>
      <w:r>
        <w:br/>
      </w:r>
      <w:r>
        <w:rPr>
          <w:sz w:val="20"/>
        </w:rPr>
        <w:t>48:09  doctor junaid shaikh ne mumbai se likha hai: "Today's lecture increased my clarity and conviction in mission, and this is what God Almighty wants fr</w:t>
      </w:r>
    </w:p>
    <w:p>
      <w:pPr>
        <w:pStyle w:val="Heading2"/>
      </w:pPr>
      <w:r>
        <w:t>Learning from Jewish Progress Despite Discrimination</w:t>
      </w:r>
    </w:p>
    <w:p>
      <w:r>
        <w:rPr>
          <w:color w:val="666666"/>
          <w:sz w:val="18"/>
        </w:rPr>
        <w:t>Society &amp; Dawah · Revival and Revivalist June 7, 2015 · 5m 39s · at 1:00:46 · https://youtu.be/MCY8AJ87BXc?t=3646</w:t>
      </w:r>
    </w:p>
    <w:p>
      <w:r>
        <w:rPr>
          <w:i/>
        </w:rPr>
        <w:t>“So-called discrimination against Muslims is nothing compared to the scale of discrimination faced by Jews in many places around the world. But despite the problems, Jews have progressed far better than others. How did they do it and what can we learn from it?”</w:t>
      </w:r>
    </w:p>
    <w:p>
      <w:r>
        <w:rPr>
          <w:sz w:val="20"/>
        </w:rPr>
        <w:t>1:00:46  Maulana, yeh agla sawal aya hai Idrees sahib ka Raipur se. So called discrimination against Muslims is nothing compared to the scale of discrimination faced by Jews in many places around the world.</w:t>
      </w:r>
      <w:r>
        <w:br/>
      </w:r>
      <w:r>
        <w:rPr>
          <w:sz w:val="20"/>
        </w:rPr>
        <w:t>1:01:02  But despite the problems, Jews have progressed far better than others. How they could do it and what we can learn from it?</w:t>
      </w:r>
      <w:r>
        <w:br/>
      </w:r>
      <w:r>
        <w:rPr>
          <w:sz w:val="20"/>
        </w:rPr>
        <w:t>1:01:14  Dekhiye, is ka jawab is se milta hai jahan hum</w:t>
      </w:r>
      <w:r>
        <w:br/>
      </w:r>
      <w:r>
        <w:rPr>
          <w:sz w:val="20"/>
        </w:rPr>
        <w:t>1:01:21  Yahud ki history ko parhein. Yahud ke sath kya hua? Yeh Quran mein bataya gaya ke martain, yani do bar, un ko apne Falasteen se nikalna para.</w:t>
      </w:r>
      <w:r>
        <w:br/>
      </w:r>
      <w:r>
        <w:rPr>
          <w:sz w:val="20"/>
        </w:rPr>
        <w:t>1:01:33  Aik bar Iraq ke badshah ne hamla kiya, doosri taraf Iran ke badshah ne hamla kiya. Yeh Quran mein maujood hai. To woh woh chalay gaye diaspora mein,</w:t>
      </w:r>
      <w:r>
        <w:br/>
      </w:r>
      <w:r>
        <w:rPr>
          <w:sz w:val="20"/>
        </w:rPr>
        <w:t>1:01:44  yani Falasteen chor kar diaspora mein chalay gaye. Yeh log us waqt ziyadatar gaye Europe mulk, Europe mein ziyadatar gaye. Us waqt ke halaat aisay thay. To Europe mein kya hua ke unhon ne yeh science ki education li.</w:t>
      </w:r>
      <w:r>
        <w:br/>
      </w:r>
      <w:r>
        <w:rPr>
          <w:sz w:val="20"/>
        </w:rPr>
        <w:t>1:01:59  Science ki education mein un ke andar aik transformation aa gaya. Musalmanon ke sath aisa nahi hua. Musalman isi ghettos mein rehte hain, isi ghettos mein.</w:t>
      </w:r>
      <w:r>
        <w:br/>
      </w:r>
      <w:r>
        <w:rPr>
          <w:sz w:val="20"/>
        </w:rPr>
        <w:t>1:02:09  Yani</w:t>
      </w:r>
      <w:r>
        <w:br/>
      </w:r>
      <w:r>
        <w:rPr>
          <w:sz w:val="20"/>
        </w:rPr>
        <w:t>1:02:10  Agar agar Falasteen se nikala na gaya hota Yahud ko to woh bhi isi tarah paray rehtay hain. Woh lekin nikal kar ke gaye Europe mein. Aaj aap jantay hain ke har European mulk Yahud hain maujood.</w:t>
      </w:r>
      <w:r>
        <w:br/>
      </w:r>
      <w:r>
        <w:rPr>
          <w:sz w:val="20"/>
        </w:rPr>
        <w:t>1:02:21  wahan ja kar unhon ne modern education li, science parha. to aaj ke zamanay se waqif hi hain. woh aaj ka zamana kya hai?</w:t>
      </w:r>
      <w:r>
        <w:br/>
      </w:r>
      <w:r>
        <w:rPr>
          <w:sz w:val="20"/>
        </w:rPr>
        <w:t>1:02:31  is ke mutabiq un ki zehn mana. musalmanon ke sath yeh waqia pesh nahi aya. musalman to apne gheton mein thay, isi gheton mein reh gaye.</w:t>
      </w:r>
      <w:r>
        <w:br/>
      </w:r>
      <w:r>
        <w:rPr>
          <w:sz w:val="20"/>
        </w:rPr>
        <w:t>1:02:41  isi liye main yeh kaha karta hoon ke jin logon ne muslim idaray banaye, muslim college, muslim university, to woh kuch zyada acha kaam nahi tha.</w:t>
      </w:r>
      <w:r>
        <w:br/>
      </w:r>
      <w:r>
        <w:rPr>
          <w:sz w:val="20"/>
        </w:rPr>
        <w:t>1:02:51  musalmanon ko chahiye tha dhakay do is ko isi system mein jo already hai, yani hindu college aur christian college ya government college, sab jayen musalman bhi taake un ko un ko cooperation pesh aye.</w:t>
      </w:r>
      <w:r>
        <w:br/>
      </w:r>
      <w:r>
        <w:rPr>
          <w:sz w:val="20"/>
        </w:rPr>
        <w:t>1:03:08  to musalmanon ke apne jo idaray banaye gaye, woh sab favor pe pesh karte thay. favor khoob un ko favor diya gaya to un ko cooperation pesh nahi ayi.</w:t>
      </w:r>
      <w:r>
        <w:br/>
      </w:r>
      <w:r>
        <w:rPr>
          <w:sz w:val="20"/>
        </w:rPr>
        <w:t>1:03:19  aur yahood ko cooperation pesh ayi Europe Africa mein. to main samajhta hoon ke yeh cooperation aur challenge tha jis ne yahood ko badal diya.</w:t>
      </w:r>
      <w:r>
        <w:br/>
      </w:r>
      <w:r>
        <w:rPr>
          <w:sz w:val="20"/>
        </w:rPr>
        <w:t>1:03:32  musalman abhi is se bekhabar hain. musalman abhi bhi wohi boli bolte hain jise Arab kehte hain. ya aap ne al-qardah. mujhe taajjub hota hai ke abhi bhi Arab yeh boli bolte hain.</w:t>
      </w:r>
      <w:r>
        <w:br/>
      </w:r>
      <w:r>
        <w:rPr>
          <w:sz w:val="20"/>
        </w:rPr>
        <w:t>1:03:41  ya aap ne al-qardah. aye brother bandaron ki aulad. halankay woh bandaron ki aulad nahi hai. woh modern education ki aulad hai. woh</w:t>
      </w:r>
      <w:r>
        <w:br/>
      </w:r>
      <w:r>
        <w:rPr>
          <w:sz w:val="20"/>
        </w:rPr>
        <w:t>1:03:50  jo yahoodi thay, rasool Allah ke zamanay thay, aaj woh yahoodi nahi hain. kisi musalman ko khabar nahi hai is ki. wohi boli bolte hain ab bhi.</w:t>
      </w:r>
      <w:r>
        <w:br/>
      </w:r>
      <w:r>
        <w:rPr>
          <w:sz w:val="20"/>
        </w:rPr>
        <w:t>1:04:00  jo yahoodi thay rasool Allah ke zamanay mein, woh woh yahoodi scientific age se pehle ke yahoodi thay.</w:t>
      </w:r>
      <w:r>
        <w:br/>
      </w:r>
      <w:r>
        <w:rPr>
          <w:sz w:val="20"/>
        </w:rPr>
        <w:t>1:04:08  ab woh jo gaye diaspora mein aur zyada tar Europe mein, America mein gaye to un ko wahan challenge pesh aya.</w:t>
      </w:r>
      <w:r>
        <w:br/>
      </w:r>
      <w:r>
        <w:rPr>
          <w:sz w:val="20"/>
        </w:rPr>
        <w:t>1:04:18  wahan unhon ne modern education li, science ki taleem li, modern jo sir activities hain, un se dakhil hue.</w:t>
      </w:r>
      <w:r>
        <w:br/>
      </w:r>
      <w:r>
        <w:rPr>
          <w:sz w:val="20"/>
        </w:rPr>
        <w:t>1:04:27  is ne un ko bilkul aaj ka yahoodi bilkul different hai, lekin musalman is ko jante nahi.</w:t>
      </w:r>
      <w:r>
        <w:br/>
      </w:r>
      <w:r>
        <w:rPr>
          <w:sz w:val="20"/>
        </w:rPr>
        <w:t>1:04:36  ab jo musalman hain, is waqt main samajhta hoon ke un ko favor dena, un ke sath dushmani karna hai, har giz favor nahi dena chahiye. un ko karna chahiye ke jao comprehension mein apne aap ko, apne aap ko prove karo apni apni salahiyat ko.</w:t>
      </w:r>
      <w:r>
        <w:br/>
      </w:r>
      <w:r>
        <w:rPr>
          <w:sz w:val="20"/>
        </w:rPr>
        <w:t>1:04:52  koi favor nahi mile de diya jaye ga tum ko. main samajhta hoon ke musalmanon ke sath dushmani yeh hai ke dost musalmanon ke sath dosti yeh hai ke un ko favor na diya jaye.</w:t>
      </w:r>
      <w:r>
        <w:br/>
      </w:r>
      <w:r>
        <w:rPr>
          <w:sz w:val="20"/>
        </w:rPr>
        <w:t>1:05:03  favor zyada dushmani dosti nahi hai.</w:t>
      </w:r>
      <w:r>
        <w:br/>
      </w:r>
      <w:r>
        <w:rPr>
          <w:sz w:val="20"/>
        </w:rPr>
        <w:t>1:05:07  aap dekhen, main aik baat arz karta hoon aap ko ke America mein aik sahib, aik musalman ki taleem America mein hui, aik yahood ke college mein, yahoodi college mein America mein.</w:t>
      </w:r>
      <w:r>
        <w:br/>
      </w:r>
      <w:r>
        <w:rPr>
          <w:sz w:val="20"/>
        </w:rPr>
        <w:t>1:05:19  un se main ne poocha ke ab aap batayen yahood ke baray mein kya tajruba aap ka hai? unhon ne kaha ke hamare college mein yeh halat thi ke yahood ka zyada sakht imtehan le aata tha.</w:t>
      </w:r>
      <w:r>
        <w:br/>
      </w:r>
      <w:r>
        <w:rPr>
          <w:sz w:val="20"/>
        </w:rPr>
        <w:t>1:05:33  koi grace bar nahi milta tha un ko.</w:t>
      </w:r>
      <w:r>
        <w:br/>
      </w:r>
      <w:r>
        <w:rPr>
          <w:sz w:val="20"/>
        </w:rPr>
        <w:t>1:05:36  hum logon ko grace bar mil jata tha. yani yahood ke apne college mein zyada sakht test le aata tha yahood ka. kabhi un ko grace bar nahi diya gaya.</w:t>
      </w:r>
      <w:r>
        <w:br/>
      </w:r>
      <w:r>
        <w:rPr>
          <w:sz w:val="20"/>
        </w:rPr>
        <w:t>1:05:47  koi favor nahi kiya gaya un ke sath. aur doosron ko grace bar de ke agay barha dete thay. yeh yeh soch jo ayi yahood mein, yeh musalman mein maujood nahi hai.</w:t>
      </w:r>
      <w:r>
        <w:br/>
      </w:r>
      <w:r>
        <w:rPr>
          <w:sz w:val="20"/>
        </w:rPr>
        <w:t>1:05:59  musalman jo hai grace bar de kar ke agay barh dete hain.</w:t>
      </w:r>
      <w:r>
        <w:br/>
      </w:r>
      <w:r>
        <w:rPr>
          <w:sz w:val="20"/>
        </w:rPr>
        <w:t>1:06:04  musalman jante hi nahi importance of, yani yeh jo comprehension ki importance jo hai, challenge ki jo importance hai, musalman is ko jante hi nahi.</w:t>
      </w:r>
      <w:r>
        <w:br/>
      </w:r>
      <w:r>
        <w:rPr>
          <w:sz w:val="20"/>
        </w:rPr>
        <w:t>1:06:14  sab se bara masla musalmanon ko yahi hai ke woh favor ko jante hain aur challenge ko nahi jante.</w:t>
      </w:r>
    </w:p>
    <w:p>
      <w:pPr>
        <w:pStyle w:val="Heading2"/>
      </w:pPr>
      <w:r>
        <w:t>Madrasa Curriculum Reform and Leading Role</w:t>
      </w:r>
    </w:p>
    <w:p>
      <w:r>
        <w:rPr>
          <w:color w:val="666666"/>
          <w:sz w:val="18"/>
        </w:rPr>
        <w:t>Society &amp; Dawah · The Companions and the Hadith Scholars June 24, 2012 · 5m 11s · at 1:17:41 · https://youtu.be/Dj4QiYnxgBs?t=4661</w:t>
      </w:r>
    </w:p>
    <w:p>
      <w:r>
        <w:rPr>
          <w:i/>
        </w:rPr>
        <w:t>“Curriculum change is considered an ongoing process in the field of education. How difficult is it to have open discussion and bring meaningful changes in Madrasa curriculum? Who can take a leading role for such work?”</w:t>
      </w:r>
    </w:p>
    <w:p>
      <w:r>
        <w:rPr>
          <w:sz w:val="20"/>
        </w:rPr>
        <w:t>1:17:41  maulana, agla sawal Delhi se hai, Dr. Najma Siddiqui ka. unhon ne likha hai: "Curriculum change is considered an ongoing process in the field of education.</w:t>
      </w:r>
      <w:r>
        <w:br/>
      </w:r>
      <w:r>
        <w:rPr>
          <w:sz w:val="20"/>
        </w:rPr>
        <w:t>1:17:54  How difficult is it to have open discussion and bring meaningful changes in Madrasa curriculum? Who can take a leading role for such work?"</w:t>
      </w:r>
      <w:r>
        <w:br/>
      </w:r>
      <w:r>
        <w:rPr>
          <w:sz w:val="20"/>
        </w:rPr>
        <w:t>1:18:06  dekhen, main is concept hi ko, yani nahin manta ke curriculum change karne se koi inqilab aa jayega.</w:t>
      </w:r>
      <w:r>
        <w:br/>
      </w:r>
      <w:r>
        <w:rPr>
          <w:sz w:val="20"/>
        </w:rPr>
        <w:t>1:18:16  main is ko nahin manta. India mein hum ne dekha hai ke British daur mein, 1938 mein, ek curriculum banaya gaya tha.</w:t>
      </w:r>
      <w:r>
        <w:br/>
      </w:r>
      <w:r>
        <w:rPr>
          <w:sz w:val="20"/>
        </w:rPr>
        <w:t>1:18:26  Lord Macaulay ne banaya tha. is ke baad se pata nahin kitni baar curriculum change kiya gaya hai. aur halaat kya? halaat achhe ho rahe hain,</w:t>
      </w:r>
      <w:r>
        <w:br/>
      </w:r>
      <w:r>
        <w:rPr>
          <w:sz w:val="20"/>
        </w:rPr>
        <w:t>1:18:35  bad se badtar ho rahe hain. jo zamana maine dekha tha, 1938 mein, aaj is ke muqable mein bohat hi zyada bura haal ho chuka hai.</w:t>
      </w:r>
      <w:r>
        <w:br/>
      </w:r>
      <w:r>
        <w:rPr>
          <w:sz w:val="20"/>
        </w:rPr>
        <w:t>1:18:44  halanke curriculum to kam az kam, yani dasiyon baar change ho chuka hai. jo hukoomat aati hai, woh curriculum mein change kar jati hai.</w:t>
      </w:r>
      <w:r>
        <w:br/>
      </w:r>
      <w:r>
        <w:rPr>
          <w:sz w:val="20"/>
        </w:rPr>
        <w:t>1:18:54  The concept itself is wrong ke curriculum ke badalne se koi naya change aa jayega.</w:t>
      </w:r>
      <w:r>
        <w:br/>
      </w:r>
      <w:r>
        <w:rPr>
          <w:sz w:val="20"/>
        </w:rPr>
        <w:t>1:19:01  jo insaan bane thay, lord mekayle ke jo system mein, waisay insaan aaj kahan ban rahay hain? isi mein to banay thay sab.</w:t>
      </w:r>
      <w:r>
        <w:br/>
      </w:r>
      <w:r>
        <w:rPr>
          <w:sz w:val="20"/>
        </w:rPr>
        <w:t>1:19:10  gandhi ho, nehru ho, doctor prasad, raja krishan, zakir hussain, doctor raman, sab ke log. ab kahan wohi log paida ho rahay hain?</w:t>
      </w:r>
      <w:r>
        <w:br/>
      </w:r>
      <w:r>
        <w:rPr>
          <w:sz w:val="20"/>
        </w:rPr>
        <w:t>1:19:21  ab woh log kahan paida ho rahay hain? to curriculum change karnay ka jo concept hai, woh mein us ko bilkul nahi manta.</w:t>
      </w:r>
      <w:r>
        <w:br/>
      </w:r>
      <w:r>
        <w:rPr>
          <w:sz w:val="20"/>
        </w:rPr>
        <w:t>1:19:30  agar koi manta ho to saboot day woh ke waisay afraad aaj kyun nahi paida ho rahay hain? jitnay hamaray top ke, yaani log paida huay, woh sab isi british curriculum ke zariye paida huay thay.</w:t>
      </w:r>
      <w:r>
        <w:br/>
      </w:r>
      <w:r>
        <w:rPr>
          <w:sz w:val="20"/>
        </w:rPr>
        <w:t>1:19:45  yeh so-called aaj kal ka jo curriculum hai, is mein koi bhi, sab media kar paida ho rahay hain, media kar. is liye mein us ko</w:t>
      </w:r>
      <w:r>
        <w:br/>
      </w:r>
      <w:r>
        <w:rPr>
          <w:sz w:val="20"/>
        </w:rPr>
        <w:t>1:19:52  nahi manta. madrasay mein bhi jo log dhoom machatay hain, curriculum badlein to, yaani kon sa result hai jis ka refer karein gay woh?</w:t>
      </w:r>
      <w:r>
        <w:br/>
      </w:r>
      <w:r>
        <w:rPr>
          <w:sz w:val="20"/>
        </w:rPr>
        <w:t>1:20:01  universityon ke curriculum mein agar natija nikla hota bohat bara to kehtay hain ke koi badla hua hai. jab collegeon, universityon mein, schoolon mein kuch bhi nahi, farq faida hua.</w:t>
      </w:r>
      <w:r>
        <w:br/>
      </w:r>
      <w:r>
        <w:rPr>
          <w:sz w:val="20"/>
        </w:rPr>
        <w:t>1:20:13  kuch bhi faida nahi</w:t>
      </w:r>
      <w:r>
        <w:br/>
      </w:r>
      <w:r>
        <w:rPr>
          <w:sz w:val="20"/>
        </w:rPr>
        <w:t>1:20:14  hua. to to kis, yaani kis kis, yaani kis result ke hawala say woh mutalba kartay hain ke madrasay badlo?</w:t>
      </w:r>
      <w:r>
        <w:br/>
      </w:r>
      <w:r>
        <w:rPr>
          <w:sz w:val="20"/>
        </w:rPr>
        <w:t>1:20:24  kuch bhi faida nahi hoga madrasay badla jaye tab bhi. to sochna yeh chahiye ke aur kiya cheez darkar hai?</w:t>
      </w:r>
      <w:r>
        <w:br/>
      </w:r>
      <w:r>
        <w:rPr>
          <w:sz w:val="20"/>
        </w:rPr>
        <w:t>1:20:32  to mera jo, meri jo finding hai ke aur jo cheez darkar hai, woh hai, woh hai, woh yaani aik hai dekhein forward education, aik in-forward education.</w:t>
      </w:r>
      <w:r>
        <w:br/>
      </w:r>
      <w:r>
        <w:rPr>
          <w:sz w:val="20"/>
        </w:rPr>
        <w:t>1:20:47  meray nazdeek insaan bantay hain in-forward education ke zariye. forward education mein kabhi bhi insaan nahi bantay. yeh dhoom macha rakhi hai logon nay.</w:t>
      </w:r>
      <w:r>
        <w:br/>
      </w:r>
      <w:r>
        <w:rPr>
          <w:sz w:val="20"/>
        </w:rPr>
        <w:t>1:20:56  sochtay hain ke education se yeh ho jaye ga, woh ho jaye ga. tagore is ke badshah thay.</w:t>
      </w:r>
      <w:r>
        <w:br/>
      </w:r>
      <w:r>
        <w:rPr>
          <w:sz w:val="20"/>
        </w:rPr>
        <w:t>1:21:01  tagore nay shanti niketan banai. woh samjhtay thay ke shanti niketan mein aik naye indian banain gay. koi aik bhi aadmi nahi bana. kuch bhi nahi hua.</w:t>
      </w:r>
      <w:r>
        <w:br/>
      </w:r>
      <w:r>
        <w:rPr>
          <w:sz w:val="20"/>
        </w:rPr>
        <w:t>1:21:10  kuch bhi nahi hua. to meray nazdeek insaan se dekhein, aik hai insaan saazi. aik hai profession.</w:t>
      </w:r>
      <w:r>
        <w:br/>
      </w:r>
      <w:r>
        <w:rPr>
          <w:sz w:val="20"/>
        </w:rPr>
        <w:t>1:21:20  yaani professional skill ke liye hai forward education. service lainay ke liye, is tarah ke kamon ke liye hai.</w:t>
      </w:r>
      <w:r>
        <w:br/>
      </w:r>
      <w:r>
        <w:rPr>
          <w:sz w:val="20"/>
        </w:rPr>
        <w:t>1:21:30  to professional skill ke liye to bilashuba woh woh education bohat mufeed hai. lekin insaan bananay ke liye in-forward education ki sari ahmiyat, sari ahmiyat in-forward education ki hai.</w:t>
      </w:r>
      <w:r>
        <w:br/>
      </w:r>
      <w:r>
        <w:rPr>
          <w:sz w:val="20"/>
        </w:rPr>
        <w:t>1:21:45  yeh meri soch hai aur lambay tajribay ke baad mein nay yeh soch banai hai. isi liye mein kabhi bhi yeh nahi kehta ke madrasay ka nisaab badlo.</w:t>
      </w:r>
      <w:r>
        <w:br/>
      </w:r>
      <w:r>
        <w:rPr>
          <w:sz w:val="20"/>
        </w:rPr>
        <w:t>1:21:56  aik aik futile demand samajhta h</w:t>
      </w:r>
      <w:r>
        <w:br/>
      </w:r>
      <w:r>
        <w:rPr>
          <w:sz w:val="20"/>
        </w:rPr>
        <w:t>1:21:59  oon is ko. badlo ya na badlo, is se kuch farq nahi honay wala hai. acha, doosri baat mein yeh bataoon, kai madrasay aisay qaim huay jo nisaab badalnay hi ke is banay thay, isi par.</w:t>
      </w:r>
      <w:r>
        <w:br/>
      </w:r>
      <w:r>
        <w:rPr>
          <w:sz w:val="20"/>
        </w:rPr>
        <w:t>1:22:10  mislan nadva, mislan islah, mislan jamiat ul falah. kai madrasay baqayda isi liye banay thay ke jo qadeem jo nisaab jo kehtay hain, dars-e-nizami, us ke siwa aik aur nisaab, us mein kon aadmi paida hua?</w:t>
      </w:r>
      <w:r>
        <w:br/>
      </w:r>
      <w:r>
        <w:rPr>
          <w:sz w:val="20"/>
        </w:rPr>
        <w:t>1:22:24  yaani already yeh tajurba kiya ja chuka hai.</w:t>
      </w:r>
      <w:r>
        <w:br/>
      </w:r>
      <w:r>
        <w:rPr>
          <w:sz w:val="20"/>
        </w:rPr>
        <w:t>1:22:27  bohat se madrasay qaim huay, aik do nahi, bohat se madrasay qaim huay jinhon nay kaha ke dars-e-nizami ki bajaye hum aik aur nisaab chalayein gay.</w:t>
      </w:r>
      <w:r>
        <w:br/>
      </w:r>
      <w:r>
        <w:rPr>
          <w:sz w:val="20"/>
        </w:rPr>
        <w:t>1:22:36  aur chalaya unhon nay. aadmi aik bhi nahi bana. aadmi banta hai in-forward education se. forward education sirf yaani profession walay bantay hain bas, aur is tarah se kuch nahi.</w:t>
      </w:r>
    </w:p>
    <w:p>
      <w:pPr>
        <w:pStyle w:val="Heading2"/>
      </w:pPr>
      <w:r>
        <w:t>Madrasa curriculum change and leadership</w:t>
      </w:r>
    </w:p>
    <w:p>
      <w:r>
        <w:rPr>
          <w:color w:val="666666"/>
          <w:sz w:val="18"/>
        </w:rPr>
        <w:t>Society &amp; Dawah · Sahaba and Muhaddithin 24th June 2012 - Maulana Wahiduddin Khan · 5m 32s · at 1:23:20 · https://youtu.be/tUPo7MI0Bdo?t=5000</w:t>
      </w:r>
    </w:p>
    <w:p>
      <w:r>
        <w:rPr>
          <w:i/>
        </w:rPr>
        <w:t>“Curriculum change is considered an ongoing process in education. How difficult is it to have open discussion and bring meaningful changes in madrasa curriculum? Who can take a leading role for such work?”</w:t>
      </w:r>
    </w:p>
    <w:p>
      <w:r>
        <w:rPr>
          <w:sz w:val="20"/>
        </w:rPr>
        <w:t>1:23:20  maulana, agla sawal delhi se hai, dr najma siddiqui ka. unhone likha hai: "Curriculum change is considered an ongoing process in the field of education.</w:t>
      </w:r>
      <w:r>
        <w:br/>
      </w:r>
      <w:r>
        <w:rPr>
          <w:sz w:val="20"/>
        </w:rPr>
        <w:t>1:23:34  How difficult is it to have open discussion and bring meaningful changes in madrasa curriculum?</w:t>
      </w:r>
      <w:r>
        <w:br/>
      </w:r>
      <w:r>
        <w:rPr>
          <w:sz w:val="20"/>
        </w:rPr>
        <w:t>1:23:42  Who can take a leading role for such work?" dekhein, main is concept hi ko yani nahi maanta ke curriculum change karne se koi inqilab aa jayega.</w:t>
      </w:r>
      <w:r>
        <w:br/>
      </w:r>
      <w:r>
        <w:rPr>
          <w:sz w:val="20"/>
        </w:rPr>
        <w:t>1:23:56  main isko nahi maanta.</w:t>
      </w:r>
      <w:r>
        <w:br/>
      </w:r>
      <w:r>
        <w:rPr>
          <w:sz w:val="20"/>
        </w:rPr>
        <w:t>1:23:58  india mein hum ne dekha hai ke british daur mein 1938 mein ek curriculum banaya gaya tha, lord macaulay ne banaya tha.</w:t>
      </w:r>
      <w:r>
        <w:br/>
      </w:r>
      <w:r>
        <w:rPr>
          <w:sz w:val="20"/>
        </w:rPr>
        <w:t>1:24:10  iske baad se pata nahi kitni baar curriculum change kiya gaya hai. haalat kya? haalat achhe ho rahe hain, bad se badtar ho rahe hain.</w:t>
      </w:r>
      <w:r>
        <w:br/>
      </w:r>
      <w:r>
        <w:rPr>
          <w:sz w:val="20"/>
        </w:rPr>
        <w:t>1:24:18  jo zamana maine dekha tha 1938 mein, aaj iske muqable mein bahut hi zyada bura haal ho chuka hai. halanke curriculum to kam az kam yani dasiyon baar change ho chuka hai.</w:t>
      </w:r>
      <w:r>
        <w:br/>
      </w:r>
      <w:r>
        <w:rPr>
          <w:sz w:val="20"/>
        </w:rPr>
        <w:t>1:24:31  jo hukoomat aati hai, woh curriculum mein change kar laati hai.</w:t>
      </w:r>
      <w:r>
        <w:br/>
      </w:r>
      <w:r>
        <w:rPr>
          <w:sz w:val="20"/>
        </w:rPr>
        <w:t>1:24:36  the concept itself is wrong ke curriculum ke badalne se koi naya change aa jayega. jo insaan bane the millat macaulay ke jo system mein, waise insaan aaj kahan ban rahe hain?</w:t>
      </w:r>
      <w:r>
        <w:br/>
      </w:r>
      <w:r>
        <w:rPr>
          <w:sz w:val="20"/>
        </w:rPr>
        <w:t>1:24:51  isi mein to bane the sab: gandhi aur nehru aur dr prasad, raja krishan, zakir hussain,</w:t>
      </w:r>
      <w:r>
        <w:br/>
      </w:r>
      <w:r>
        <w:rPr>
          <w:sz w:val="20"/>
        </w:rPr>
        <w:t>1:24:58  dr dr raman, top ke log. ab kahan woh isi log paida ho rahe hain? ab woh log kahan paida ho rahe hain? to curriculum change karne ka jo concept hai, woh main isko bilkul nahi maanta.</w:t>
      </w:r>
      <w:r>
        <w:br/>
      </w:r>
      <w:r>
        <w:rPr>
          <w:sz w:val="20"/>
        </w:rPr>
        <w:t>1:25:13  agar koi manta ho to saboot de woh ke waise afraad aaj kyon nahi paida ho rahe hain?</w:t>
      </w:r>
      <w:r>
        <w:br/>
      </w:r>
      <w:r>
        <w:rPr>
          <w:sz w:val="20"/>
        </w:rPr>
        <w:t>1:25:20  jitne hamare top ke yani log paida hue, wo sab isi British curriculum ke zariye paida hue the. ye so called aaj kal ka jo curriculum hai, is mein koi bhi sab media kar paida ho rahe hain, media kar.</w:t>
      </w:r>
      <w:r>
        <w:br/>
      </w:r>
      <w:r>
        <w:rPr>
          <w:sz w:val="20"/>
        </w:rPr>
        <w:t>1:25:35  is liye main is ko nahi manta. madarse mein bhi jo log dhoom machate hain, creculum badle to</w:t>
      </w:r>
      <w:r>
        <w:br/>
      </w:r>
      <w:r>
        <w:rPr>
          <w:sz w:val="20"/>
        </w:rPr>
        <w:t>1:25:41  yani kon sa result hai jis jis ka refer karenge? wo universityon ke creculum mein agar nateeja nikla hota bohat bara to kehte hain ke koi badlo.</w:t>
      </w:r>
      <w:r>
        <w:br/>
      </w:r>
      <w:r>
        <w:rPr>
          <w:sz w:val="20"/>
        </w:rPr>
        <w:t>1:25:51  haan, jab collegeon, universityon mein, schoolon mein kuch bhi nahi, farq faida hua,</w:t>
      </w:r>
      <w:r>
        <w:br/>
      </w:r>
      <w:r>
        <w:rPr>
          <w:sz w:val="20"/>
        </w:rPr>
        <w:t>1:25:58  kuch bhi faida nahi hua. to to kis yani kis kis yani kis result ke hawale se wo mutalba karte hain ke madarson badlo?</w:t>
      </w:r>
      <w:r>
        <w:br/>
      </w:r>
      <w:r>
        <w:rPr>
          <w:sz w:val="20"/>
        </w:rPr>
        <w:t>1:26:10  kuch bhi faida nahi hoga madarson badla jaye tab bhi. to sochna ye chahiye ke aur kya cheez darkar hai?</w:t>
      </w:r>
      <w:r>
        <w:br/>
      </w:r>
      <w:r>
        <w:rPr>
          <w:sz w:val="20"/>
        </w:rPr>
        <w:t>1:26:19  to mera jo meri jo finding hai ke aur jo cheez darkar hai, wo hai, wo hai, wo yani ek hai.</w:t>
      </w:r>
      <w:r>
        <w:br/>
      </w:r>
      <w:r>
        <w:rPr>
          <w:sz w:val="20"/>
        </w:rPr>
        <w:t>1:26:30  dekhen, forward education, ek an forward education. mere nazdeek insan bante hain an forward education ke zariye.</w:t>
      </w:r>
      <w:r>
        <w:br/>
      </w:r>
      <w:r>
        <w:rPr>
          <w:sz w:val="20"/>
        </w:rPr>
        <w:t>1:26:38  forward education mein kabhi bhi insan nahi bante. ye dhoom macha rakhi hai logon ne ke sochte hain ke education se ye ho jayega, wo ho jayega. tagore is ke badshah the.</w:t>
      </w:r>
      <w:r>
        <w:br/>
      </w:r>
      <w:r>
        <w:rPr>
          <w:sz w:val="20"/>
        </w:rPr>
        <w:t>1:26:48  tagore ne shanti niketan banai. wo samajhte the ke shanti niketan mein ek naye indian banenge. koi ek bhi aadmi nahi bana, kuch bhi nahi hua, kuch bhi nahi hua.</w:t>
      </w:r>
      <w:r>
        <w:br/>
      </w:r>
      <w:r>
        <w:rPr>
          <w:sz w:val="20"/>
        </w:rPr>
        <w:t>1:27:01  to mere nazdeek insan sa dekhen, ek hai insan saazi, ek hai profession. yani professional skill ke liye hai forward education, service lene ke liye, is tarah ke kamon ke liye hai.</w:t>
      </w:r>
      <w:r>
        <w:br/>
      </w:r>
      <w:r>
        <w:rPr>
          <w:sz w:val="20"/>
        </w:rPr>
        <w:t>1:27:19  to professional skill ke liye to bilashuba wo wo education bohat mufeed hai. lekin insan banne ke liye an forward education ki sari ahmiyat, sari ahmiyat an forward education ki hai.</w:t>
      </w:r>
      <w:r>
        <w:br/>
      </w:r>
      <w:r>
        <w:rPr>
          <w:sz w:val="20"/>
        </w:rPr>
        <w:t>1:27:34  ye meri soch hai</w:t>
      </w:r>
      <w:r>
        <w:br/>
      </w:r>
      <w:r>
        <w:rPr>
          <w:sz w:val="20"/>
        </w:rPr>
        <w:t>1:27:36  aur lambe tajrube ke baad maine ye soch banai hai. isi liye main kabhi bhi ye nahi kehta ke madarse ka nisaab badlo.</w:t>
      </w:r>
      <w:r>
        <w:br/>
      </w:r>
      <w:r>
        <w:rPr>
          <w:sz w:val="20"/>
        </w:rPr>
        <w:t>1:27:46  ye ek ek futile demand samajhta hoon. is ko badlo ya na badlo, is se kuch farq nahi hone wala hai.</w:t>
      </w:r>
      <w:r>
        <w:br/>
      </w:r>
      <w:r>
        <w:rPr>
          <w:sz w:val="20"/>
        </w:rPr>
        <w:t>1:27:52  achha, doosri baat main ye batata hoon, kai madarse aise qaim hue jo nisaab badalne hi ke is bane the. isi par mislan nadwa, mislan islah, mislan jab falah.</w:t>
      </w:r>
      <w:r>
        <w:br/>
      </w:r>
      <w:r>
        <w:rPr>
          <w:sz w:val="20"/>
        </w:rPr>
        <w:t>1:28:06  kai madarse baqayda isi liye bane the ke jo qadeem jo nizami, jo</w:t>
      </w:r>
      <w:r>
        <w:br/>
      </w:r>
      <w:r>
        <w:rPr>
          <w:sz w:val="20"/>
        </w:rPr>
        <w:t>1:28:12  nizami kya kehte hain, dars e nizami, qadeem jo nisaab jo kehte hain, dars e nizami, is ke siwa ek aur nisaab, is mein kon aadmi paida hua?</w:t>
      </w:r>
      <w:r>
        <w:br/>
      </w:r>
      <w:r>
        <w:rPr>
          <w:sz w:val="20"/>
        </w:rPr>
        <w:t>1:28:23  yani already ye tajruba kiya ja chuka hai. bohat se madarse qaim hue, ek do nahi,</w:t>
      </w:r>
      <w:r>
        <w:br/>
      </w:r>
      <w:r>
        <w:rPr>
          <w:sz w:val="20"/>
        </w:rPr>
        <w:t>1:28:29  bohat se madarse qaim hue jinhon ne kaha ke dars e nizami ki bajaye hum ek aur nisaab chalayenge. aur chalaya unhon ne. aadmi ek bhi nahi bana.</w:t>
      </w:r>
      <w:r>
        <w:br/>
      </w:r>
      <w:r>
        <w:rPr>
          <w:sz w:val="20"/>
        </w:rPr>
        <w:t>1:28:40  aadmi banta hai an forward education se. forward education sirf yani</w:t>
      </w:r>
      <w:r>
        <w:br/>
      </w:r>
      <w:r>
        <w:rPr>
          <w:sz w:val="20"/>
        </w:rPr>
        <w:t>1:28:46  profession wale bante hain bas, aur is se zyada kuch nahi.</w:t>
      </w:r>
    </w:p>
    <w:p>
      <w:pPr>
        <w:pStyle w:val="Heading2"/>
      </w:pPr>
      <w:r>
        <w:t>Making Muslims understand importance of dawah</w:t>
      </w:r>
    </w:p>
    <w:p>
      <w:r>
        <w:rPr>
          <w:color w:val="666666"/>
          <w:sz w:val="18"/>
        </w:rPr>
        <w:t>Society &amp; Dawah · The Straight Path October 30, 2011 Maulana Wahiduddin Khan · 5m 46s · at 1:42:47 · https://youtu.be/PKFHe82Jz58?t=6167</w:t>
      </w:r>
    </w:p>
    <w:p>
      <w:r>
        <w:rPr>
          <w:i/>
        </w:rPr>
        <w:t>“I have realized that the solution to the Muslim problem is the dawah of the Quran, but Muslims are so involved in community work that they do not understand the importance of dawah. How can they be made to understand this?”</w:t>
      </w:r>
    </w:p>
    <w:p>
      <w:r>
        <w:rPr>
          <w:sz w:val="20"/>
        </w:rPr>
        <w:t>1:42:47  maulana, agla sawal miss naghma siddiqui ka hai dilli se. unhon ne likha hai: "maulana, aap ki kitaab tajdeed deen mein ulama ke uth jaane ka matlab khushu ka khatm hona bataya gaya hai.</w:t>
      </w:r>
      <w:r>
        <w:br/>
      </w:r>
      <w:r>
        <w:rPr>
          <w:sz w:val="20"/>
        </w:rPr>
        <w:t>1:43:05  is ke bare mein kuch bataen." dekhiye, main to mainly work ko kuch bhi nahin samajhta hoon.</w:t>
      </w:r>
      <w:r>
        <w:br/>
      </w:r>
      <w:r>
        <w:rPr>
          <w:sz w:val="20"/>
        </w:rPr>
        <w:t>1:43:14  jis ko kehte hain Muslim empowerment, mein us ko kuch bhi nothing samajhta hoon. us ko mein yeh kehta hoon ke yeh law of nature ke khilaaf hai.</w:t>
      </w:r>
      <w:r>
        <w:br/>
      </w:r>
      <w:r>
        <w:rPr>
          <w:sz w:val="20"/>
        </w:rPr>
        <w:t>1:43:26  mein us ko law of nature ke khilaaf samajhta hoon. mainly work jo hai, us ko aaj kal dhoom machi hui hai. mainly work ki</w:t>
      </w:r>
      <w:r>
        <w:br/>
      </w:r>
      <w:r>
        <w:rPr>
          <w:sz w:val="20"/>
        </w:rPr>
        <w:t>1:43:33  karonron arbon rupay logon ko mil ja raha hai, mil raha hai. mainly work ka kaam hone ke aur kuch bhi nahi, koi faida nahi. entrance result kuch bhi nahi. dekhiye, Allah taala ki scheme ke khilaaf yeh hai kyun?</w:t>
      </w:r>
      <w:r>
        <w:br/>
      </w:r>
      <w:r>
        <w:rPr>
          <w:sz w:val="20"/>
        </w:rPr>
        <w:t>1:43:45  Allah taala ne aap ke andar bohat potential diya hai aur is potential ko actual banane ke liye aap ko mawaqe diye hain.</w:t>
      </w:r>
      <w:r>
        <w:br/>
      </w:r>
      <w:r>
        <w:rPr>
          <w:sz w:val="20"/>
        </w:rPr>
        <w:t>1:43:57  to har cheez jo matloob hai, woh hard work hai.</w:t>
      </w:r>
      <w:r>
        <w:br/>
      </w:r>
      <w:r>
        <w:rPr>
          <w:sz w:val="20"/>
        </w:rPr>
        <w:t>1:44:01  yeh riayatein aur madad, yeh sab cheezein nahi hain. aap musalmanon ki riayatein karwayein, madad un ki karein, is se kuch nahi hota.</w:t>
      </w:r>
      <w:r>
        <w:br/>
      </w:r>
      <w:r>
        <w:rPr>
          <w:sz w:val="20"/>
        </w:rPr>
        <w:t>1:44:10  koi faida is ka nahi hai. sab se buri cheez hai easy money, easy money. yeh yeh jo Muslim empowerment jo hai, woh easy job, easy money, yeh yeh yeh sab hai ke log mehnat na karein, dakhle mil jayein, mehnat na karein aur un ko job mil jaye.</w:t>
      </w:r>
      <w:r>
        <w:br/>
      </w:r>
      <w:r>
        <w:rPr>
          <w:sz w:val="20"/>
        </w:rPr>
        <w:t>1:44:27  yeh koi kaam nahi hai. mehnat na karein, paisa mil jaye.</w:t>
      </w:r>
      <w:r>
        <w:br/>
      </w:r>
      <w:r>
        <w:rPr>
          <w:sz w:val="20"/>
        </w:rPr>
        <w:t>1:44:31  yeh yeh Khuda ki scheme hi nahi hai. Khuda ki scheme hai ke aap apne potential ko actual banayein, mehnatain karein, apni shakhsiyat ko taameer karein.</w:t>
      </w:r>
      <w:r>
        <w:br/>
      </w:r>
      <w:r>
        <w:rPr>
          <w:sz w:val="20"/>
        </w:rPr>
        <w:t>1:44:43  to mein us ko bilkul khilaaf hoon. us ko hoon mainly work ke aur yeh muslim empowerment jo hai, us ko bilkul mein khilaaf hoon. us ko sirf khilaaf is mani mein ke woh Khuda ke planning ke khilaaf hai.</w:t>
      </w:r>
      <w:r>
        <w:br/>
      </w:r>
      <w:r>
        <w:rPr>
          <w:sz w:val="20"/>
        </w:rPr>
        <w:t>1:44:57  yeh Khuda ki yeh planning nahi hai ke aap us ko riayatein dein.</w:t>
      </w:r>
      <w:r>
        <w:br/>
      </w:r>
      <w:r>
        <w:rPr>
          <w:sz w:val="20"/>
        </w:rPr>
        <w:t>1:45:03  us ko riayatein dein. aap aaj kal sari duniya mein isi ka hangama hai mainly work ka aur khoob is par log donation dete hain, arbon kharbon rupay dete hain.</w:t>
      </w:r>
      <w:r>
        <w:br/>
      </w:r>
      <w:r>
        <w:rPr>
          <w:sz w:val="20"/>
        </w:rPr>
        <w:t>1:45:16  ab lekin aap talash kijiye ke in koshishon ka result kya nikla to kuch bhi result nahi, kuch bhi result nahi. kyunke easy money de kar is ki salahiyaton ko aap sla dete hain, woh dead kar dete hain, us ko dead.</w:t>
      </w:r>
      <w:r>
        <w:br/>
      </w:r>
      <w:r>
        <w:rPr>
          <w:sz w:val="20"/>
        </w:rPr>
        <w:t>1:45:33  to mere nazdeek sab se bara kaam hai insaan ke is qael banana ke woh apne potential ko actual bana rahe hain. woh is ka tareeqa hai hard labor.</w:t>
      </w:r>
      <w:r>
        <w:br/>
      </w:r>
      <w:r>
        <w:rPr>
          <w:sz w:val="20"/>
        </w:rPr>
        <w:t>1:45:43  jaise aaj kal reservation ki baat ho rahi hai, reservation mein is ke khilaaf bilkul hoon ke logon se kahiye ke khoob mehnat karo, top karo, achhe number lao.</w:t>
      </w:r>
      <w:r>
        <w:br/>
      </w:r>
      <w:r>
        <w:rPr>
          <w:sz w:val="20"/>
        </w:rPr>
        <w:t>1:45:54  riayat kya hai?</w:t>
      </w:r>
      <w:r>
        <w:br/>
      </w:r>
      <w:r>
        <w:rPr>
          <w:sz w:val="20"/>
        </w:rPr>
        <w:t>1:45:57  to mein zahiri taur par is ke khilaaf hoon aur mein us ko yani Khuda ke mansoobe ke khilaaf samajhta hoon. us ko</w:t>
      </w:r>
      <w:r>
        <w:br/>
      </w:r>
      <w:r>
        <w:rPr>
          <w:sz w:val="20"/>
        </w:rPr>
        <w:t>1:46:07  Mr Shah Imran Hasan ne Delhi se likha hai: "har saal musalman bakrid ke mauqe par janwaron ko kaatte hain. kya yeh jeeo hatya nahi?</w:t>
      </w:r>
      <w:r>
        <w:br/>
      </w:r>
      <w:r>
        <w:rPr>
          <w:sz w:val="20"/>
        </w:rPr>
        <w:t>1:46:18  kripa kar ke us ko spasht karein."</w:t>
      </w:r>
      <w:r>
        <w:br/>
      </w:r>
      <w:r>
        <w:rPr>
          <w:sz w:val="20"/>
        </w:rPr>
        <w:t>1:46:24  dekhiye, yeh jeeo hatya nahi, yeh self hatya. asal qurbani self hatya hai, apne aap ko qurban karna. woh to alamaati hai.</w:t>
      </w:r>
      <w:r>
        <w:br/>
      </w:r>
      <w:r>
        <w:rPr>
          <w:sz w:val="20"/>
        </w:rPr>
        <w:t>1:46:33  log alamaati zabeeha karte hain aur asal zabeeha koi nahi karta, koi bhi nahi karta.</w:t>
      </w:r>
      <w:r>
        <w:br/>
      </w:r>
      <w:r>
        <w:rPr>
          <w:sz w:val="20"/>
        </w:rPr>
        <w:t>1:46:43  asal apna zabeeha Hazrat Hazrat Ibrahim ne apne bete ko sehra mein daal diya.</w:t>
      </w:r>
      <w:r>
        <w:br/>
      </w:r>
      <w:r>
        <w:rPr>
          <w:sz w:val="20"/>
        </w:rPr>
        <w:t>1:46:53  kaun hai jo apne beta beti ko ke liye aisa kare? apne bete beti ke liye koi aisa kare, mujhe bataein is ka naam. sari aap energy kharch karte hain ke mera beta, meri beti jo hai, us ko jo kuch mere paas hai, sab kuch koi de doon.</w:t>
      </w:r>
      <w:r>
        <w:br/>
      </w:r>
      <w:r>
        <w:rPr>
          <w:sz w:val="20"/>
        </w:rPr>
        <w:t>1:47:09  unhon ne kaha un ko sehra mein daal diya taake khoob daudein wahan, khoob mehnat karein</w:t>
      </w:r>
      <w:r>
        <w:br/>
      </w:r>
      <w:r>
        <w:rPr>
          <w:sz w:val="20"/>
        </w:rPr>
        <w:t>1:47:16  aur Allah ke deen ke liye tayyar hon.</w:t>
      </w:r>
      <w:r>
        <w:br/>
      </w:r>
      <w:r>
        <w:rPr>
          <w:sz w:val="20"/>
        </w:rPr>
        <w:t>1:47:20  to qurbani jo hai, asal mein sach poochhein to naam hai dedication ka, apne ko dedicate karne ka. woh to alamat hai. to alamati qurbani ki dham machi hui hai aur asal jo cheez hai, apne aap ko self dedication, iska koi wajood hi nahi,</w:t>
      </w:r>
      <w:r>
        <w:br/>
      </w:r>
      <w:r>
        <w:rPr>
          <w:sz w:val="20"/>
        </w:rPr>
        <w:t>1:47:40  iska koi wajood nahi. iska to main to isko kuch bhi nahi samajhta.</w:t>
      </w:r>
      <w:r>
        <w:br/>
      </w:r>
      <w:r>
        <w:rPr>
          <w:sz w:val="20"/>
        </w:rPr>
        <w:t>1:47:46  koi bhi iska koi natija nahi, na dunya ke aisa lehaz se aur na akhirat ke lehaz se, jahan tak mere ilm hai. jab tak aap ka self dedication na ho, apne aap ko deen ke liye waqf karne ka mizaj na ho,</w:t>
      </w:r>
      <w:r>
        <w:br/>
      </w:r>
      <w:r>
        <w:rPr>
          <w:sz w:val="20"/>
        </w:rPr>
        <w:t>1:48:03  apne aap ko, apni aulad ko, apni family ko deen ke liye waqf karne ka mizaj hona chahiye, tab woh qurbani hogi warna qurbani nahi hai.</w:t>
      </w:r>
      <w:r>
        <w:br/>
      </w:r>
      <w:r>
        <w:rPr>
          <w:sz w:val="20"/>
        </w:rPr>
        <w:t>1:48:16  khaas taur par apni apni aamdani, apni income. log apni jo asal jo unka tawajjuh hai, jo unki energy hai, jo unki income hai, woh de dete hain apni family ke liye aur waqti taur par ek janwar zabah kar ke samajhte hain hum ne bohat bara kaam kar diya.</w:t>
      </w:r>
    </w:p>
    <w:p>
      <w:pPr>
        <w:pStyle w:val="Heading2"/>
      </w:pPr>
      <w:r>
        <w:t>Marriage of Muslim Man and Hindu Woman</w:t>
      </w:r>
    </w:p>
    <w:p>
      <w:r>
        <w:rPr>
          <w:color w:val="666666"/>
          <w:sz w:val="18"/>
        </w:rPr>
        <w:t>Society &amp; Dawah · Importance of Creative Thinking December 11, 2011 · 5m 09s · at 1:16:49 · https://youtu.be/jfML9Arb0S4?t=4609</w:t>
      </w:r>
    </w:p>
    <w:p>
      <w:r>
        <w:rPr>
          <w:i/>
        </w:rPr>
        <w:t>“Is marriage between a Muslim man and a Hindu woman allowed in Islam? It is a practical matter faced by several in America.”</w:t>
      </w:r>
    </w:p>
    <w:p>
      <w:r>
        <w:rPr>
          <w:sz w:val="20"/>
        </w:rPr>
        <w:t>1:16:49  maulana, agla sawal hai mr. faiz ka california se. unhon ne likha hai: "is marriage between muslim man and a hindu woman allowed in islam?" it is a practical matter faced by several in america.</w:t>
      </w:r>
      <w:r>
        <w:br/>
      </w:r>
      <w:r>
        <w:rPr>
          <w:sz w:val="20"/>
        </w:rPr>
        <w:t>1:17:07  kya phir se parhiye? "is marriage between muslim man and a hindu woman allowed in islam?" it is a practical matter faced by several in america.</w:t>
      </w:r>
      <w:r>
        <w:br/>
      </w:r>
      <w:r>
        <w:rPr>
          <w:sz w:val="20"/>
        </w:rPr>
        <w:t>1:17:20  dekhen, is maamle mein jo ulama ka maslak hai, woh sab ko maloom hai. wahi mera bhi maslak hai. main alag koi maslak nahin hoon. sab log jante hain ke ulama ka maslak kya hai.</w:t>
      </w:r>
      <w:r>
        <w:br/>
      </w:r>
      <w:r>
        <w:rPr>
          <w:sz w:val="20"/>
        </w:rPr>
        <w:t>1:17:32  ulama ki rai kya hai is maamle mein? wahi meri bhi rai hai. ab is ko koi manta hai ya na maane, ab freedom is zamane mein hai, azaadi hai. aap maaniye ya na maaniye, lekin aap aisa to nahin kar sakte ke aap masle ko badal den.</w:t>
      </w:r>
      <w:r>
        <w:br/>
      </w:r>
      <w:r>
        <w:rPr>
          <w:sz w:val="20"/>
        </w:rPr>
        <w:t>1:17:43  aap masla nahin badal jayega.</w:t>
      </w:r>
      <w:r>
        <w:br/>
      </w:r>
      <w:r>
        <w:rPr>
          <w:sz w:val="20"/>
        </w:rPr>
        <w:t>1:17:46  ulama ka maslak is bare mein sahi hai, aur main isi ko sahi manta hoon. to isi ko agar quran o hadith ko follow karna hai to maane, is ko nahin to kahe ke main quran o hadith ko nahin manta.</w:t>
      </w:r>
      <w:r>
        <w:br/>
      </w:r>
      <w:r>
        <w:rPr>
          <w:sz w:val="20"/>
        </w:rPr>
        <w:t>1:17:59  to is ke bhi option is ko is zamane mein mila hua hai, is ko. lekin yaani quran ko aur hadith ko apni marzi mein dhalna, yeh to main samajhta hoon ke ghalati aur surkhi ka izafa hai.</w:t>
      </w:r>
      <w:r>
        <w:br/>
      </w:r>
      <w:r>
        <w:rPr>
          <w:sz w:val="20"/>
        </w:rPr>
        <w:t>1:18:12  bahut ghalat hai yeh.</w:t>
      </w:r>
      <w:r>
        <w:br/>
      </w:r>
      <w:r>
        <w:rPr>
          <w:sz w:val="20"/>
        </w:rPr>
        <w:t>1:18:14  aur doosri baat yeh hai ke yeh, main ne bahut dekha hai aise logon ko, yeh log shadi ko love ki cheez samajhte hain.</w:t>
      </w:r>
      <w:r>
        <w:br/>
      </w:r>
      <w:r>
        <w:rPr>
          <w:sz w:val="20"/>
        </w:rPr>
        <w:t>1:18:23  abe, bilkul yeh ghalat baat hai. shadi adjustment ki cheez hai. shadi love ki cheez hai hi nahin. yeh wajah hai ke jitni shadiyan hoti hain, sab tootti hain.</w:t>
      </w:r>
      <w:r>
        <w:br/>
      </w:r>
      <w:r>
        <w:rPr>
          <w:sz w:val="20"/>
        </w:rPr>
        <w:t>1:18:34  jitni shadiyan is tarah ki main ne dekhi hain, woh sab tootti hain.</w:t>
      </w:r>
      <w:r>
        <w:br/>
      </w:r>
      <w:r>
        <w:rPr>
          <w:sz w:val="20"/>
        </w:rPr>
        <w:t>1:18:38  main ne ek ek mazmoon padha tha, ek ek london se ek parcha nikalta hai, woh islamic review ghaliban is ka naam hai.</w:t>
      </w:r>
      <w:r>
        <w:br/>
      </w:r>
      <w:r>
        <w:rPr>
          <w:sz w:val="20"/>
        </w:rPr>
        <w:t>1:18:48  to is mein ek khatoon ka mazmoon tha, gail birth, ek british khatoon. to us ne kaha ke main ne ek pakistani musalman se shadi ki, aur main christian family mein paida hui thi.</w:t>
      </w:r>
      <w:r>
        <w:br/>
      </w:r>
      <w:r>
        <w:rPr>
          <w:sz w:val="20"/>
        </w:rPr>
        <w:t>1:19:02  main aur hamesha mere uth ke darmiyan masla aaj tak baqi hai.</w:t>
      </w:r>
      <w:r>
        <w:br/>
      </w:r>
      <w:r>
        <w:rPr>
          <w:sz w:val="20"/>
        </w:rPr>
        <w:t>1:19:06  kabhi hum log khushgawar zindagi nahin bani hamari. to is mein likha tha us ne ke international marriage kabhi nahin karna chahiye. apne tajrube ki bina par us ne kaha tha.</w:t>
      </w:r>
      <w:r>
        <w:br/>
      </w:r>
      <w:r>
        <w:rPr>
          <w:sz w:val="20"/>
        </w:rPr>
        <w:t>1:19:16  to chahe hindu muslim ki shadi ho ya christian muslim ki shadi ho, yeh bilkul ghalat hai mere nazdeek. yeh ek ek masle ki baat hai. doosri baat yeh hai ke chalta nahin.</w:t>
      </w:r>
      <w:r>
        <w:br/>
      </w:r>
      <w:r>
        <w:rPr>
          <w:sz w:val="20"/>
        </w:rPr>
        <w:t>1:19:26  woh ab shadi karte hain is liye ke mil jul kar rahe hain, lekin wahan par jhagda f</w:t>
      </w:r>
      <w:r>
        <w:br/>
      </w:r>
      <w:r>
        <w:rPr>
          <w:sz w:val="20"/>
        </w:rPr>
        <w:t>1:19:31  sad aur aur ya to break ho jata hai, talaq ho jata hai, ya hamesha aapas mein takrao chalta rehta hai.</w:t>
      </w:r>
      <w:r>
        <w:br/>
      </w:r>
      <w:r>
        <w:rPr>
          <w:sz w:val="20"/>
        </w:rPr>
        <w:t>1:19:41  to is ka faida shadi se? shadi to is liye hoti hai ke ek khushi ki zindagi guzaren, aap dono mil ke ek ghar banayen, wahan khushgawar tareeqe se rahen.</w:t>
      </w:r>
      <w:r>
        <w:br/>
      </w:r>
      <w:r>
        <w:rPr>
          <w:sz w:val="20"/>
        </w:rPr>
        <w:t>1:19:49  woh hota hi nahin. to main bahut badi fallacy hai ke log shadi ko love ka masla samajhte hain.</w:t>
      </w:r>
      <w:r>
        <w:br/>
      </w:r>
      <w:r>
        <w:rPr>
          <w:sz w:val="20"/>
        </w:rPr>
        <w:t>1:19:57  hargiz nahin. shadi jo hai, adjustment ka masla hai, aur yeh itni badi ghalati hai.</w:t>
      </w:r>
      <w:r>
        <w:br/>
      </w:r>
      <w:r>
        <w:rPr>
          <w:sz w:val="20"/>
        </w:rPr>
        <w:t>1:20:05  is mein sari duniya mubtala hai. jitne naujawan hain, sab mubtala hain is mein. woh samajhte hain ke bas jahan love hai, wahan wahan khushi hai.</w:t>
      </w:r>
      <w:r>
        <w:br/>
      </w:r>
      <w:r>
        <w:rPr>
          <w:sz w:val="20"/>
        </w:rPr>
        <w:t>1:20:15  nahin, jahan love hai, wahan khushi nahin hai. jahan adjustment hai, wahan khushi hai.</w:t>
      </w:r>
      <w:r>
        <w:br/>
      </w:r>
      <w:r>
        <w:rPr>
          <w:sz w:val="20"/>
        </w:rPr>
        <w:t>1:20:20  main bahut misalen janta hoon is mein ke jinhon ne love affair chalaya, love bridge ki, woh bilkul nakaam rahe.</w:t>
      </w:r>
      <w:r>
        <w:br/>
      </w:r>
      <w:r>
        <w:rPr>
          <w:sz w:val="20"/>
        </w:rPr>
        <w:t>1:20:28  woh koi faida nahin. yaani ya to un ka talaq hua, ya hamesha aapas mein rift raha. hamesha rift raha aap</w:t>
      </w:r>
      <w:r>
        <w:br/>
      </w:r>
      <w:r>
        <w:rPr>
          <w:sz w:val="20"/>
        </w:rPr>
        <w:t>1:20:36  s mein. lekin jo yeh samajh kar shadi kare ke hum ek ek partner hum apni zindagi ke liye le rahe hain, mujh ko is se adjust karna hai, is ko mujh se adjust karna hai taake hum ek ghar banayen, taake hum society ka ek yaani healthy part banen, tab woh kamyab hoti hai.</w:t>
      </w:r>
      <w:r>
        <w:br/>
      </w:r>
      <w:r>
        <w:rPr>
          <w:sz w:val="20"/>
        </w:rPr>
        <w:t>1:20:53  shadi love ka masla hai hi nahin. yeh</w:t>
      </w:r>
      <w:r>
        <w:br/>
      </w:r>
      <w:r>
        <w:rPr>
          <w:sz w:val="20"/>
        </w:rPr>
        <w:t>1:20:58  itne tajrube ho chuke hain, itne tajrube ho chuke hain, phir bhi log yeh sawal karte hain. yeh</w:t>
      </w:r>
      <w:r>
        <w:br/>
      </w:r>
      <w:r>
        <w:rPr>
          <w:sz w:val="20"/>
        </w:rPr>
        <w:t>1:21:03  Europe, America mein bohat ziyada 50 percent jo hai, separation hota hai. isi wajah se ab kya chala hai wahan ke baghair marriage ke saath raho?</w:t>
      </w:r>
      <w:r>
        <w:br/>
      </w:r>
      <w:r>
        <w:rPr>
          <w:sz w:val="20"/>
        </w:rPr>
        <w:t>1:21:13  woh toh jaise just like animal banna banna chahte hain. woh ab western world mein yeh chala hua hai ke marriage chuki chalti nahi, is liye without marriage raho.</w:t>
      </w:r>
      <w:r>
        <w:br/>
      </w:r>
      <w:r>
        <w:rPr>
          <w:sz w:val="20"/>
        </w:rPr>
        <w:t>1:21:23  yani aise hi raho animal ke tareeqe se. yeh yeh koi ek koi concept hai.</w:t>
      </w:r>
      <w:r>
        <w:br/>
      </w:r>
      <w:r>
        <w:rPr>
          <w:sz w:val="20"/>
        </w:rPr>
        <w:t>1:21:29  kyun aise abhi tak log jab samajh nahi sake ke yeh ke is duniya mein hum sirf natural way ko follow karein, tab kamyabi bhi mile gi.</w:t>
      </w:r>
      <w:r>
        <w:br/>
      </w:r>
      <w:r>
        <w:rPr>
          <w:sz w:val="20"/>
        </w:rPr>
        <w:t>1:21:38  un natural way ko follow karein ge toh kamyabi bhi nahi mile gi. humein log samajhte nahi ke main heran hue itne tajrube ke baad bhi. yeh duniya jis ne banai hai, us ne ek law of nature qaim kiya yahan par.</w:t>
      </w:r>
      <w:r>
        <w:br/>
      </w:r>
      <w:r>
        <w:rPr>
          <w:sz w:val="20"/>
        </w:rPr>
        <w:t>1:21:51  toh har mamle mein main kahunga ke sirf natural way ko follow karne mein kamyabi hai.</w:t>
      </w:r>
    </w:p>
    <w:p>
      <w:pPr>
        <w:pStyle w:val="Heading2"/>
      </w:pPr>
      <w:r>
        <w:t>Maulana's sect and stance on sectarianism</w:t>
      </w:r>
    </w:p>
    <w:p>
      <w:r>
        <w:rPr>
          <w:color w:val="666666"/>
          <w:sz w:val="18"/>
        </w:rPr>
        <w:t>Society &amp; Dawah · The Age of Giving Global Thanks Dec 15. 2019—Maulana Wahiduddin Khan · 5m 10s · at 40:39 · https://youtu.be/254Pgn6Ldts?t=2439</w:t>
      </w:r>
    </w:p>
    <w:p>
      <w:r>
        <w:rPr>
          <w:i/>
        </w:rPr>
        <w:t>“Which sect does Maulana Wahiduddin Khan belong to? If he does not belong to any sect, then why does he not urge Muslims to repent from sectarianism?”</w:t>
      </w:r>
    </w:p>
    <w:p>
      <w:r>
        <w:rPr>
          <w:sz w:val="20"/>
        </w:rPr>
        <w:t>40:39  maulana, agla sawal dohra dun se javed alam sahib ne bheja hai. unhon ne likha hai: "maulana wahiduddin khan sahib kis firqe ko belong karte hain?</w:t>
      </w:r>
      <w:r>
        <w:br/>
      </w:r>
      <w:r>
        <w:rPr>
          <w:sz w:val="20"/>
        </w:rPr>
        <w:t>40:50  agar un ka taaluq kisi firqe se nahi hai to musalmanon ko firqa parasti se toba ki taakeed kyun nahi karte?" yeh ajeeb o ghareeb hai.</w:t>
      </w:r>
      <w:r>
        <w:br/>
      </w:r>
      <w:r>
        <w:rPr>
          <w:sz w:val="20"/>
        </w:rPr>
        <w:t>41:05  main manta hi nahi ke firqa parasti kahin hai. yeh to kuch logon ne islam ko badnaam karne ke liye shor macha rakha hai.</w:t>
      </w:r>
      <w:r>
        <w:br/>
      </w:r>
      <w:r>
        <w:rPr>
          <w:sz w:val="20"/>
        </w:rPr>
        <w:t>41:15  cheunti ke barabar firqa bandi jo aap kehte hain, woh cheunti ke barabar ek masla hai.</w:t>
      </w:r>
      <w:r>
        <w:br/>
      </w:r>
      <w:r>
        <w:rPr>
          <w:sz w:val="20"/>
        </w:rPr>
        <w:t>41:25  woh koi koi bada masla nahi hai. hum to hamare saathi jo hain, sari duniya mein kaam kar rahe hain.</w:t>
      </w:r>
      <w:r>
        <w:br/>
      </w:r>
      <w:r>
        <w:rPr>
          <w:sz w:val="20"/>
        </w:rPr>
        <w:t>41:35  kahin aaj tak kisi ne report nahi kiya ke yahan firqa bandi masla hai. hamari kisi saathi ne, hamare kisi saathi ne, abhi hamare kuch saathi gaye hain Kigali Africa mein.</w:t>
      </w:r>
      <w:r>
        <w:br/>
      </w:r>
      <w:r>
        <w:rPr>
          <w:sz w:val="20"/>
        </w:rPr>
        <w:t>41:53  yeh aisa nahi hua ke wahan se woh report baje ke are bhai Kigali mein to firqa bandi ka masla hai. yeh jo log jin ke apne mind mein firqa bandi hai, woh unhi ko yeh sab dikhai de deta hai.</w:t>
      </w:r>
      <w:r>
        <w:br/>
      </w:r>
      <w:r>
        <w:rPr>
          <w:sz w:val="20"/>
        </w:rPr>
        <w:t>42:08  hamare saathi to kahin bhi nahi kehte ke hamare samne firqa bandi ka masla hai. yeh hai hi nahi, yeh kahin nahi. unhi ke logon ke mind mein hai jo shor karte hain.</w:t>
      </w:r>
      <w:r>
        <w:br/>
      </w:r>
      <w:r>
        <w:rPr>
          <w:sz w:val="20"/>
        </w:rPr>
        <w:t>42:23  mein apna qissa batata hoon aap ko. apna qissa europe ke aik shehar mein mein gaya. europe ka, europe mein teen baray shehar hain.</w:t>
      </w:r>
      <w:r>
        <w:br/>
      </w:r>
      <w:r>
        <w:rPr>
          <w:sz w:val="20"/>
        </w:rPr>
        <w:t>42:40  england mein, england mein teen baray shehar hain. is mein se aik shehar mein to wahan juma ki namaz mein mein shareek hua.</w:t>
      </w:r>
      <w:r>
        <w:br/>
      </w:r>
      <w:r>
        <w:rPr>
          <w:sz w:val="20"/>
        </w:rPr>
        <w:t>42:53  to aap jantay hain ke kuch log hain hamaray sathiyon mein jo</w:t>
      </w:r>
      <w:r>
        <w:br/>
      </w:r>
      <w:r>
        <w:rPr>
          <w:sz w:val="20"/>
        </w:rPr>
        <w:t>43:05  kaam karte hain islam par. kya kehte hain is ko? kaam karte hain na?</w:t>
      </w:r>
      <w:r>
        <w:br/>
      </w:r>
      <w:r>
        <w:rPr>
          <w:sz w:val="20"/>
        </w:rPr>
        <w:t>43:18  rasool allah ka naam aata hai to khara ho jata hoon. durood o salam. durood o salam.</w:t>
      </w:r>
      <w:r>
        <w:br/>
      </w:r>
      <w:r>
        <w:rPr>
          <w:sz w:val="20"/>
        </w:rPr>
        <w:t>43:28  durood o salam. durood o salam. woh kharay hotay hain. ji to mein hanafi hoon, deobandi maslak mein raha hai.</w:t>
      </w:r>
      <w:r>
        <w:br/>
      </w:r>
      <w:r>
        <w:rPr>
          <w:sz w:val="20"/>
        </w:rPr>
        <w:t>43:37  mein khara ho gaya to meray andar difference. meray andar difference. aur woh log bohat khush hue, un ka ke hum aap ko, un ka jo bohat bara wahan par trust tha, trust is mein ho raha tha.</w:t>
      </w:r>
      <w:r>
        <w:br/>
      </w:r>
      <w:r>
        <w:rPr>
          <w:sz w:val="20"/>
        </w:rPr>
        <w:t>43:52  woh unhon ne kaha ke hum aap ko apnay trust ka sadar banatay hain. sadar. yeh sab kahani ki baatein hain.</w:t>
      </w:r>
      <w:r>
        <w:br/>
      </w:r>
      <w:r>
        <w:rPr>
          <w:sz w:val="20"/>
        </w:rPr>
        <w:t>44:03  woh jantay thay ke mein hanafi hoon, jantay thay ke mein deobandi fikr aadmi hoon. phir unhon ne kaha ke hum aap ko sadar banatay hain.</w:t>
      </w:r>
      <w:r>
        <w:br/>
      </w:r>
      <w:r>
        <w:rPr>
          <w:sz w:val="20"/>
        </w:rPr>
        <w:t>44:13  yeh sab kuch nahi, yeh sab kuch logon ke mind mein hai, haqeeqat mein kuch nahi hai.</w:t>
      </w:r>
      <w:r>
        <w:br/>
      </w:r>
      <w:r>
        <w:rPr>
          <w:sz w:val="20"/>
        </w:rPr>
        <w:t>44:22  doctor naghma siddiqui ne dilli se comment bheja hai. unhon ne likha hai: "maulana, you always universalize the message of god and islam.</w:t>
      </w:r>
      <w:r>
        <w:br/>
      </w:r>
      <w:r>
        <w:rPr>
          <w:sz w:val="20"/>
        </w:rPr>
        <w:t>44:32  to explain this, you have prepared quran translation and commentary literature and thousands of lectures. jazak allah.</w:t>
      </w:r>
      <w:r>
        <w:br/>
      </w:r>
      <w:r>
        <w:rPr>
          <w:sz w:val="20"/>
        </w:rPr>
        <w:t>44:41  you have further given all of us a global dawah mission. we have realized this and will stay on it till our last breath</w:t>
      </w:r>
      <w:r>
        <w:br/>
      </w:r>
      <w:r>
        <w:rPr>
          <w:sz w:val="20"/>
        </w:rPr>
        <w:t>44:50  . may god accept it from us." mashallah. asad pervez sahib ne boston, usa se likha hai: "maulana, the population of thailand is seventy million people.</w:t>
      </w:r>
      <w:r>
        <w:br/>
      </w:r>
      <w:r>
        <w:rPr>
          <w:sz w:val="20"/>
        </w:rPr>
        <w:t>45:04  with the efforts of the cps team and everyone involved, the quran is now available to seventy million people in their language.</w:t>
      </w:r>
      <w:r>
        <w:br/>
      </w:r>
      <w:r>
        <w:rPr>
          <w:sz w:val="20"/>
        </w:rPr>
        <w:t>45:13  they can finally read the message of god.</w:t>
      </w:r>
      <w:r>
        <w:br/>
      </w:r>
      <w:r>
        <w:rPr>
          <w:sz w:val="20"/>
        </w:rPr>
        <w:t>45:16  this is truly a moment that has made my eyes water. may allah help and guide us so we may reach the whole world." inshallah.</w:t>
      </w:r>
      <w:r>
        <w:br/>
      </w:r>
      <w:r>
        <w:rPr>
          <w:sz w:val="20"/>
        </w:rPr>
        <w:t>45:29  aamina nasreen, miss aamina nasreen ne bangalore se likha hai: "i totally agree with maulana sahib that the muslim community should take this opportunity to build a mosque and a center to spread the message of islam throughout the world."</w:t>
      </w:r>
    </w:p>
    <w:p>
      <w:pPr>
        <w:pStyle w:val="Heading2"/>
      </w:pPr>
      <w:r>
        <w:t>Minority role and thinking in India</w:t>
      </w:r>
    </w:p>
    <w:p>
      <w:r>
        <w:rPr>
          <w:color w:val="666666"/>
          <w:sz w:val="18"/>
        </w:rPr>
        <w:t>Society &amp; Dawah · Communal Harmony October 16, 2022 · 12m 25s · at 37:17 · https://youtu.be/Ob4BVozf3KY?t=2237</w:t>
      </w:r>
    </w:p>
    <w:p>
      <w:r>
        <w:rPr>
          <w:i/>
        </w:rPr>
        <w:t>“We live in minority in India, so what can we do? Please advise what should be our thinking.”</w:t>
      </w:r>
    </w:p>
    <w:p>
      <w:r>
        <w:rPr>
          <w:sz w:val="20"/>
        </w:rPr>
        <w:t>37:17  apa, ek comment aya aur isi se mein agla sawal bhi jodna chahunga jo bheja hai Kanpur se. comment bheja hai Imran Ahmed sahib ne Dilli se, unho'n ne likha hai: "ma sha Allah, apa middle nation hone ke bana par hamari zimmedari hai ke hum kisi bhi qeemat par India mein aur poori duniya mein peaceful mahaul</w:t>
      </w:r>
      <w:r>
        <w:br/>
      </w:r>
      <w:r>
        <w:rPr>
          <w:sz w:val="20"/>
        </w:rPr>
        <w:t>37:39  qaim rakhein." jazak Allah, apa. ab agla sawal jo hai, woh ek tareeqe se related hai is comment se. yeh Rafiq sahib ne bheja hai Kanpur se, unho'n ne likha hai: "apa, we live in minority in India, so what can we do?</w:t>
      </w:r>
      <w:r>
        <w:br/>
      </w:r>
      <w:r>
        <w:rPr>
          <w:sz w:val="20"/>
        </w:rPr>
        <w:t>37:53  please advise on what should be our thinking." to is ke bare mein apa bataein. yeh Maulana ne likha tha ke minority majority kuch bhi nahi hai.</w:t>
      </w:r>
      <w:r>
        <w:br/>
      </w:r>
      <w:r>
        <w:rPr>
          <w:sz w:val="20"/>
        </w:rPr>
        <w:t>38:06  yeh to meri ek dost theen, hain Rozala Jang, to unho'n ne kaha ke jo minority institute banaya gaya hai, us mein hum to aur zyada advantageous position mein hain.</w:t>
      </w:r>
      <w:r>
        <w:br/>
      </w:r>
      <w:r>
        <w:rPr>
          <w:sz w:val="20"/>
        </w:rPr>
        <w:t>38:20  minority se hamari kisi baat mein hamari koi kami nahi aayi hai, balkeh humein hamare institution ko safeguard karna, us ko mazeed fund dena, aur hamari aur zyada izzat hoti hai minor</w:t>
      </w:r>
      <w:r>
        <w:br/>
      </w:r>
      <w:r>
        <w:rPr>
          <w:sz w:val="20"/>
        </w:rPr>
        <w:t>38:33  ity mein. kyunke woh samajhte hain ke humein un ko protect karna hai, un ki madad karni hai. to minority ki wajah se humein kabhi bhi koi problem nahi hai, balkeh hamari jo hum mil jul kar nahi rehte, hum taluqat nahi banate, hum log alag alag rehte hain, apne festival bhi alag alag manate hain.</w:t>
      </w:r>
      <w:r>
        <w:br/>
      </w:r>
      <w:r>
        <w:rPr>
          <w:sz w:val="20"/>
        </w:rPr>
        <w:t>38:54  apne school kholenge to woh sirf Muslim Muslim logo'n ke liye kholenge. to</w:t>
      </w:r>
      <w:r>
        <w:br/>
      </w:r>
      <w:r>
        <w:rPr>
          <w:sz w:val="20"/>
        </w:rPr>
        <w:t>39:00  yeh mil jul kar khaas taur par school level par saath jab hota hai na, mukhtalif firqe ke logo'n ko, to woh bohat hi gehri bonding ho jati hai.</w:t>
      </w:r>
      <w:r>
        <w:br/>
      </w:r>
      <w:r>
        <w:rPr>
          <w:sz w:val="20"/>
        </w:rPr>
        <w:t>39:10  to minority hona kuch problem nahi hai. minority ke to ke liye to kabhi bhi koi masla nahi hua. ab bare se achhe se achhe schoolo'n mein hamare bachcho'n ke dakhle hote hain, to job milta hai, business hum kar sakte hain, bohat achhe achhe halaat mein Musalman hain.</w:t>
      </w:r>
      <w:r>
        <w:br/>
      </w:r>
      <w:r>
        <w:rPr>
          <w:sz w:val="20"/>
        </w:rPr>
        <w:t>39:28  bas agar koi apni nadani se koi harkat karega, kyunke hamare haan bohat se jahalat bhi bohat hai, to jo jahil hain, be rozgar hain, wohi ladai karte hain.</w:t>
      </w:r>
      <w:r>
        <w:br/>
      </w:r>
      <w:r>
        <w:rPr>
          <w:sz w:val="20"/>
        </w:rPr>
        <w:t>39:41  jab koi jaloos nikal raha hai, khaas taur par to jaloos ke mauqe par un ko rastay se hat jana chahiye, woh masla khud khatm ho jayega.</w:t>
      </w:r>
      <w:r>
        <w:br/>
      </w:r>
      <w:r>
        <w:rPr>
          <w:sz w:val="20"/>
        </w:rPr>
        <w:t>39:50  ab naujawan log jate hain aur ladne lagte hain, route badlo. Maulana likhte hain ke ab ek slogan hi lagate hain.</w:t>
      </w:r>
      <w:r>
        <w:br/>
      </w:r>
      <w:r>
        <w:rPr>
          <w:sz w:val="20"/>
        </w:rPr>
        <w:t>39:58  ek slogan jo hai na, woh lesser evil hai, chhota shar hai. agar hum slogan ko bardasht kar le'n, woh do minute mein slogan lagate hue woh jaloos guzar jayega, lekin hum us ko bardasht nahi karte, araz nahi karte, phir hum us se ladai shuru kar dete hain.</w:t>
      </w:r>
      <w:r>
        <w:br/>
      </w:r>
      <w:r>
        <w:rPr>
          <w:sz w:val="20"/>
        </w:rPr>
        <w:t>40:14  phir woh bohat bada, woh greater evil ban jata hai aur bada fasad bhark uthta hai. to hum advantageous position mein hain, hamare liye koi bhi rasta ruka hua nahi hai.</w:t>
      </w:r>
      <w:r>
        <w:br/>
      </w:r>
      <w:r>
        <w:rPr>
          <w:sz w:val="20"/>
        </w:rPr>
        <w:t>40:26  hamari apni koi kami hogi jis ki wajah se hum samajhte hain ke hum minority mein hain. woh us ko Maulana likhte hain ke hum sabr kare'n, araz kare'n, koi aisa masla hai to baat cheet ka andaaz ikhtiyar kare'n.</w:t>
      </w:r>
      <w:r>
        <w:br/>
      </w:r>
      <w:r>
        <w:rPr>
          <w:sz w:val="20"/>
        </w:rPr>
        <w:t>40:41  bohat jagah aisa hua hai, fasadat par mein padh rahi thi ke bohat jagah aisa hua hai ke Musalmano'n ne fasadat nahi hone diye. woh baqayda us ki khabar rakhte the ke kahan kya ho raha hai, aur jahan kuch dekhte the, koi galat baat ho rahi hai, to woh police ko</w:t>
      </w:r>
      <w:r>
        <w:br/>
      </w:r>
      <w:r>
        <w:rPr>
          <w:sz w:val="20"/>
        </w:rPr>
        <w:t>40:57  woh karte the, police ko khabar karte the, aur woh police apna law and order apne haath mein nahi lete the. jab law and order apne haath mein le dein, tab baat bigadti hai.</w:t>
      </w:r>
      <w:r>
        <w:br/>
      </w:r>
      <w:r>
        <w:rPr>
          <w:sz w:val="20"/>
        </w:rPr>
        <w:t>41:09  to police ko khabar karte the, police aa ke sab masla hal kar deti thi. to yeh bohat sare waqiyat Maulana ne apni kitabo'n mein likhe hain. ji, aur apa is mein add karna chahunga, mujhe ek program bhi yaad agaya Maulana sahib se, yahi aise hi related ques</w:t>
      </w:r>
      <w:r>
        <w:br/>
      </w:r>
      <w:r>
        <w:rPr>
          <w:sz w:val="20"/>
        </w:rPr>
        <w:t>41:26  tion poocha tha. to unho'n ne bohat hi sahi baat kahi, unho'n ne kaha ke dekhein, yeh minority majority ka masla jo aap ne dimagh mein rakha hua hai, yeh bilkul aisa sahi nahi hai.</w:t>
      </w:r>
      <w:r>
        <w:br/>
      </w:r>
      <w:r>
        <w:rPr>
          <w:sz w:val="20"/>
        </w:rPr>
        <w:t>41:38  kehte hain, ab mera mera case lijiye, Maulana ne apni taraf point karte hue kaha, kehte hain, main sochta hoon ke main ek Indian hoon, ek Indian Muslim hoon. Jaise hi main yeh sochta hoon ke main ek Indian hoon, main automatically majority ka hissa ban gaya.</w:t>
      </w:r>
      <w:r>
        <w:br/>
      </w:r>
      <w:r>
        <w:rPr>
          <w:sz w:val="20"/>
        </w:rPr>
        <w:t>41:50  to aap yeh samjhein ke aaj ka jo daur hai, woh merit merit b</w:t>
      </w:r>
      <w:r>
        <w:br/>
      </w:r>
      <w:r>
        <w:rPr>
          <w:sz w:val="20"/>
        </w:rPr>
        <w:t>41:56  yes daur hai. To Hazrat Ali ka call bhi hai ke value of a person lies in his excellence. So agar Maulana ne phir kaha ke agar aap doosre ki zaroorat ban jayen, to woh kabhi bhi aap ko nahi chhodega.</w:t>
      </w:r>
      <w:r>
        <w:br/>
      </w:r>
      <w:r>
        <w:rPr>
          <w:sz w:val="20"/>
        </w:rPr>
        <w:t>42:10  so you have to realize that, that in the present world, jaise apa ne kaha ke hamari ek advantageous posi</w:t>
      </w:r>
      <w:r>
        <w:br/>
      </w:r>
      <w:r>
        <w:rPr>
          <w:sz w:val="20"/>
        </w:rPr>
        <w:t>42:19  tion hai. So if we focus on developing our self, in making our self value asset to the society, to automatically aap ko jo samaj hai aur jo doosre faith ke log hain, woh aap ko bahut zyada pasand karenge, accept karenge.</w:t>
      </w:r>
      <w:r>
        <w:br/>
      </w:r>
      <w:r>
        <w:rPr>
          <w:sz w:val="20"/>
        </w:rPr>
        <w:t>42:37  so it is a change of thinking that</w:t>
      </w:r>
      <w:r>
        <w:br/>
      </w:r>
      <w:r>
        <w:rPr>
          <w:sz w:val="20"/>
        </w:rPr>
        <w:t>42:40  one needs to do. Merit par ek ji qissa mujhe yaad aaya, hamare chacha jaan jo the, abba ke bade chhote bhai, to woh Banaras Hindu University se engineering kar rahe the.</w:t>
      </w:r>
      <w:r>
        <w:br/>
      </w:r>
      <w:r>
        <w:rPr>
          <w:sz w:val="20"/>
        </w:rPr>
        <w:t>42:52  to unhone ek saal padha, iske baad woh ghar chale gaye, koi wajah se time par aa nahi sake. Kai mahina guzar gaya, chaar paanch mahina shayad, phir woh aaye, chaar paanch mahine ke baad to kehne lage, mujhe dakhila chahiye.</w:t>
      </w:r>
      <w:r>
        <w:br/>
      </w:r>
      <w:r>
        <w:rPr>
          <w:sz w:val="20"/>
        </w:rPr>
        <w:t>43:10  ab woh jo hai principal tha ya head of the department tha, woh ghussa hone lage, itne dinon ke baad, chaar paanch mahine, tareekh nikal chuki, ab tum ko kaisa woh milega, dakhila kaise milega?</w:t>
      </w:r>
      <w:r>
        <w:br/>
      </w:r>
      <w:r>
        <w:rPr>
          <w:sz w:val="20"/>
        </w:rPr>
        <w:t>43:24  woh unko baithne ke liye bhi nahi kaha. Phir bas ghusse ke andaaz mein unhone kaha, kya tumhare marks kitne marks hain? To unhone kaha, 80 percent.</w:t>
      </w:r>
      <w:r>
        <w:br/>
      </w:r>
      <w:r>
        <w:rPr>
          <w:sz w:val="20"/>
        </w:rPr>
        <w:t>43:34  woh zamana tha angrezon ka zamana, to marks bahut mushkil se aate the.</w:t>
      </w:r>
      <w:r>
        <w:br/>
      </w:r>
      <w:r>
        <w:rPr>
          <w:sz w:val="20"/>
        </w:rPr>
        <w:t>43:38  to jab unhone kaha, 80 percent, to unhone kaha, baitho, baitho, baitho, ab back date mein unka dakhila karaya. To yeh tareeqa hai aage badhne ka ke hum apne aap ko merit par saabit karen ke hum is mulk ke liye ji, hum mufeed ek hissa ban sakte hain.</w:t>
      </w:r>
      <w:r>
        <w:br/>
      </w:r>
      <w:r>
        <w:rPr>
          <w:sz w:val="20"/>
        </w:rPr>
        <w:t>43:56  bilkul, bilkul sahi kaha apa aap ne. Apa kuch aur comments hain. Muhammad Yaqoob Umri sahib ne likha hai,</w:t>
      </w:r>
      <w:r>
        <w:br/>
      </w:r>
      <w:r>
        <w:rPr>
          <w:sz w:val="20"/>
        </w:rPr>
        <w:t>44:05  jazak Allah apa for your lecture on such and important topic, communal harmony is the soil where spirituality and dawah work can grow.</w:t>
      </w:r>
      <w:r>
        <w:br/>
      </w:r>
      <w:r>
        <w:rPr>
          <w:sz w:val="20"/>
        </w:rPr>
        <w:t>44:16  is par main ji ji zaroor kehna cha rahi thi ke Maulana jo itna zyada zor dete the na, peace par, woh isi liye ke baghair peace ke koi kaam nahi ho sakta, aur khaas taur par dawah work, jo uske liye peaceful circumstances jo hain, woh essential hain.</w:t>
      </w:r>
      <w:r>
        <w:br/>
      </w:r>
      <w:r>
        <w:rPr>
          <w:sz w:val="20"/>
        </w:rPr>
        <w:t>44:33  to is wajah se woh bahut zyada chahte the ke peace qaim ho, communal harmony ho, peace qaim ho taake yeh kaam jo hai aage badhaya ja sake.</w:t>
      </w:r>
      <w:r>
        <w:br/>
      </w:r>
      <w:r>
        <w:rPr>
          <w:sz w:val="20"/>
        </w:rPr>
        <w:t>44:43  ji, Zahid Ali sahib ne likha hai, Farida apa, we need more empowered women in India to step forward in mobilizing women wings.</w:t>
      </w:r>
      <w:r>
        <w:br/>
      </w:r>
      <w:r>
        <w:rPr>
          <w:sz w:val="20"/>
        </w:rPr>
        <w:t>44:58  to is pe to apa, main main hi add karta hoon ke bahut sari ladies CPS ladies group se jud rahi hain, baqayda group bada hota ja raha hai, aur aap ne jo is mein aap ne likha hai, to woh waqai woh ho raha hai.</w:t>
      </w:r>
      <w:r>
        <w:br/>
      </w:r>
      <w:r>
        <w:rPr>
          <w:sz w:val="20"/>
        </w:rPr>
        <w:t>45:12  aur aaj ke lecture ke madhyam se main yeh bhi kehna chahunga ke agar if there are more women who want to join the CPS ladies wing, then you can write to us with your details at info at cpsglobal dot org</w:t>
      </w:r>
      <w:r>
        <w:br/>
      </w:r>
      <w:r>
        <w:rPr>
          <w:sz w:val="20"/>
        </w:rPr>
        <w:t>45:27  y. Yeh ek bahut hi positive group hai, aur yeh bahut zyada jo hai activities mein involved hai, how to spread positive thinking, how to develop ones personality, how to become God oriented and spiritual in ones daily life.</w:t>
      </w:r>
      <w:r>
        <w:br/>
      </w:r>
      <w:r>
        <w:rPr>
          <w:sz w:val="20"/>
        </w:rPr>
        <w:t>45:45  bahut si jo ladies hain, unke bahut zabardast comments aur experiences bhi yahan pe hum ne kai dafa share kiye hain ke kaise unki zindagi badli</w:t>
      </w:r>
      <w:r>
        <w:br/>
      </w:r>
      <w:r>
        <w:rPr>
          <w:sz w:val="20"/>
        </w:rPr>
        <w:t>45:55  aur. To yeh zaroor, yeh jo group hai, yeh isi tarah se badhta rahega. Ji, aur woh aurat ne hamari insaniyat padhayen, khud ba khud sari ladies jo hain, inspire ho jayengi.</w:t>
      </w:r>
      <w:r>
        <w:br/>
      </w:r>
      <w:r>
        <w:rPr>
          <w:sz w:val="20"/>
        </w:rPr>
        <w:t>46:08  ji ji, Muhammad Akram sahib ne likha hai, conclusion regarding the inf peace in the light of respected Mrs Khan is to focus on providing service of humans.</w:t>
      </w:r>
      <w:r>
        <w:br/>
      </w:r>
      <w:r>
        <w:rPr>
          <w:sz w:val="20"/>
        </w:rPr>
        <w:t>46:22  jazak Allah. Abdullah Bhatti sahib ne likha hai, mam, main Abdullah Pakistan Multan se hoon, paanch times namaz regular padhta hoon aur Quran bhi padhta hoon, lekin mujhe امی aur abu ki baat ka baat karta hoon to mujhe ghussa aa jata hai, mujh se badtameezi ho jati hai, lekin baad mein main Allah se maafii maang leta hoon.</w:t>
      </w:r>
      <w:r>
        <w:br/>
      </w:r>
      <w:r>
        <w:rPr>
          <w:sz w:val="20"/>
        </w:rPr>
        <w:t>46:49  kya meri maafii qabool hogi aur use main kaise khatam karoon, uske baare mein mujhe advice karen. Namaz jab padhen to bahut dhyan se padhen, uski spirit ke saath padhen.</w:t>
      </w:r>
      <w:r>
        <w:br/>
      </w:r>
      <w:r>
        <w:rPr>
          <w:sz w:val="20"/>
        </w:rPr>
        <w:t>47:03  namaz koi ritual nahi hai ke bas time ho gaya aur namaz uthak baithak kar liya. to aap spirit ke sath parhenge, tabhi to wo spirit aap ke andar aayegi,</w:t>
      </w:r>
      <w:r>
        <w:br/>
      </w:r>
      <w:r>
        <w:rPr>
          <w:sz w:val="20"/>
        </w:rPr>
        <w:t>47:13  kyunki quran mein likha hai ke kitna zyada maa ne tum ko dukh par dukh seh seh kar tum ko bada kiya. to gratefulness jo hai na, agar hum apne apne jo maa baap hain, apne jo log jinhone bhi hamari madad karte hain, hamare kaam aate hain, insan matlab insano ke liye agar hum hamare andar gratefulness nahi hai to hum khuda ke liye bhi grateful nahi ho</w:t>
      </w:r>
      <w:r>
        <w:br/>
      </w:r>
      <w:r>
        <w:rPr>
          <w:sz w:val="20"/>
        </w:rPr>
        <w:t>47:41  sakte, kyunki ye ek spirit hai. to ye spirit insano ke zariye se hamare andar jagti hai, aur jab ye spirit jaagegi, tabhi hum khuda ke grateful bande banenge.</w:t>
      </w:r>
      <w:r>
        <w:br/>
      </w:r>
      <w:r>
        <w:rPr>
          <w:sz w:val="20"/>
        </w:rPr>
        <w:t>47:52  to Maulana to yahan tak keh dete hain, jo grateful nahi hoga, wo jannat mein nahi jayega. to ye bahut hi serious baat hai, aap is par sochiye aur apne ghusse ko control kariye.</w:t>
      </w:r>
      <w:r>
        <w:br/>
      </w:r>
      <w:r>
        <w:rPr>
          <w:sz w:val="20"/>
        </w:rPr>
        <w:t>48:03  kabhi kabhi ho jata hai galtiyan to iske Allah taala maaf karte hain, lekin roz roz nahi hona chahiye. aur kyunki agar aap ne aisa nahi kiya to phir aap khuda ke bhi nashukre bande qarar payenge.</w:t>
      </w:r>
      <w:r>
        <w:br/>
      </w:r>
      <w:r>
        <w:rPr>
          <w:sz w:val="20"/>
        </w:rPr>
        <w:t>48:19  to ye aap kaise bardasht kar sakte hain? ji,</w:t>
      </w:r>
      <w:r>
        <w:br/>
      </w:r>
      <w:r>
        <w:rPr>
          <w:sz w:val="20"/>
        </w:rPr>
        <w:t>48:23  ek jagah Maulana ne likha bhi tha ke strong person is not one who overcoms his opponent, but a strong person is one who controls his anger.</w:t>
      </w:r>
      <w:r>
        <w:br/>
      </w:r>
      <w:r>
        <w:rPr>
          <w:sz w:val="20"/>
        </w:rPr>
        <w:t>48:34  to ye aap ki personality strong aur Maulana kya karte the? khamosh ho jate the. ghusse ki baatein to hoti hi rehti hain.</w:t>
      </w:r>
      <w:r>
        <w:br/>
      </w:r>
      <w:r>
        <w:rPr>
          <w:sz w:val="20"/>
        </w:rPr>
        <w:t>48:43  ji, to agar jab ghussa aaye na to aap thodi der ke liye, chand minute ke liye, chand secondon ke liye aap khamosh ho jaiye.</w:t>
      </w:r>
      <w:r>
        <w:br/>
      </w:r>
      <w:r>
        <w:rPr>
          <w:sz w:val="20"/>
        </w:rPr>
        <w:t>48:51  wo ghussa jo hai, wo jab para chadhta hai, ab aaj kal ke zamane mein keh sakte hain BP badh jata hai, wo ghussa chadhta hai, wo thodi der mein wo para utar jata hai, aur wo bilkul hum normal ho jate hain.</w:t>
      </w:r>
      <w:r>
        <w:br/>
      </w:r>
      <w:r>
        <w:rPr>
          <w:sz w:val="20"/>
        </w:rPr>
        <w:t>49:02  phir iske baad hum ko lagta hai ke hum kis baat pe ghussa hue the, koi baat to thi nahi. ji, to bas thodi der ke liye khamosh ho jayein ya apni jagah badal dein. Maulana kai baar mein dekhti thi ke barje mein ja ke thaharne lagte the.</w:t>
      </w:r>
      <w:r>
        <w:br/>
      </w:r>
      <w:r>
        <w:rPr>
          <w:sz w:val="20"/>
        </w:rPr>
        <w:t>49:14  ji, to apni jagah badalni to ghussa khud ba khud khatam ho jata hai.</w:t>
      </w:r>
      <w:r>
        <w:br/>
      </w:r>
      <w:r>
        <w:rPr>
          <w:sz w:val="20"/>
        </w:rPr>
        <w:t>49:18  ye apa aap ne bahut sahi advice diya, kyunki Maulana yahi Rasool Allah ki advice ko yahi kehte the ke Rasool Allah ne kaha tha ke when one of you becomes angry, he should keep quiet.</w:t>
      </w:r>
      <w:r>
        <w:br/>
      </w:r>
      <w:r>
        <w:rPr>
          <w:sz w:val="20"/>
        </w:rPr>
        <w:t>49:34  aur tamam emotions mein sab se destructive emotion jo hai, wo anger hi hai. to isliye bahut ye important hai.</w:t>
      </w:r>
    </w:p>
    <w:p>
      <w:pPr>
        <w:pStyle w:val="Heading2"/>
      </w:pPr>
      <w:r>
        <w:t>Muslim role after Ayodhya verdict</w:t>
      </w:r>
    </w:p>
    <w:p>
      <w:r>
        <w:rPr>
          <w:color w:val="666666"/>
          <w:sz w:val="18"/>
        </w:rPr>
        <w:t>Society &amp; Dawah · Art of Crisis Management October 3, 2010 · 11m 43s · at 1:07:34 · https://youtu.be/sKdyThFThXo?t=4054</w:t>
      </w:r>
    </w:p>
    <w:p>
      <w:r>
        <w:rPr>
          <w:i/>
        </w:rPr>
        <w:t>“What should be the role of an individual Muslim after the Ayodhya verdict?”</w:t>
      </w:r>
    </w:p>
    <w:p>
      <w:r>
        <w:rPr>
          <w:sz w:val="20"/>
        </w:rPr>
        <w:t>1:07:34  maulana raipur se miss shwana ne sawal kiya hai, unhone likha hai: "what should be the role of individual muslim after the ayodhya verdict?" yahi yahi ke masjid ja ke dua karein.</w:t>
      </w:r>
      <w:r>
        <w:br/>
      </w:r>
      <w:r>
        <w:rPr>
          <w:sz w:val="20"/>
        </w:rPr>
        <w:t>1:07:53  aaj kal jo taqreerein hoti hain na, band kar do ayodhya ki masjid ke bare mein. taqreerein band karo, jalse band karo, allah taala se dua karo.</w:t>
      </w:r>
      <w:r>
        <w:br/>
      </w:r>
      <w:r>
        <w:rPr>
          <w:sz w:val="20"/>
        </w:rPr>
        <w:t>1:08:03  bas agar koi aql nahi, kaam nahi karti aap ki. aur mera formula to aap lein, to aap raazi ho jayein is pe.</w:t>
      </w:r>
      <w:r>
        <w:br/>
      </w:r>
      <w:r>
        <w:rPr>
          <w:sz w:val="20"/>
        </w:rPr>
        <w:t>1:08:11  relocation par abhi baat khatam.</w:t>
      </w:r>
      <w:r>
        <w:br/>
      </w:r>
      <w:r>
        <w:rPr>
          <w:sz w:val="20"/>
        </w:rPr>
        <w:t>1:08:18  yaani main wahan gaya hoon pehle, ab bhi gaya hoon. pehle to wahan hua karta tha, ab main gaya hoon to wahan koi ek eent ka ek tukra bhi nahi hai babri masjid ka.</w:t>
      </w:r>
      <w:r>
        <w:br/>
      </w:r>
      <w:r>
        <w:rPr>
          <w:sz w:val="20"/>
        </w:rPr>
        <w:t>1:08:29  yaani babri masjid jo hai, wahan exist hi nahi karti, sarr se roeen ki shakal mein bhi nahi hai. yaad rakhiye, log samajhte hain ke babri masjid khadi hui hai wahan par.</w:t>
      </w:r>
      <w:r>
        <w:br/>
      </w:r>
      <w:r>
        <w:rPr>
          <w:sz w:val="20"/>
        </w:rPr>
        <w:t>1:08:40  wahan to babri masjid ki ek eent bhi nahi hai, wahan to back shift mandir hai, woh non existent hai. woh to jo babri masjid exist nahi karti, us ke upar tehreekein chal rahi hain.</w:t>
      </w:r>
      <w:r>
        <w:br/>
      </w:r>
      <w:r>
        <w:rPr>
          <w:sz w:val="20"/>
        </w:rPr>
        <w:t>1:08:54  ab dekhein, is se zyada stable policy koi ho sakti hai?</w:t>
      </w:r>
      <w:r>
        <w:br/>
      </w:r>
      <w:r>
        <w:rPr>
          <w:sz w:val="20"/>
        </w:rPr>
        <w:t>1:09:02  yaani kisi ko yaani. aur ek bahut badi ek gunah kar rahe hain musalman. yaad rakhiye, woh bhi sun lijiye aap is mamle mein. ek gunah, gunah, gunah!</w:t>
      </w:r>
      <w:r>
        <w:br/>
      </w:r>
      <w:r>
        <w:rPr>
          <w:sz w:val="20"/>
        </w:rPr>
        <w:t>1:09:12  woh kya hadees mein aata hai ke sirf teen masjidon ka special mamla hai, woh hai makka ki masjid aur madine ki masjid aur yerushalam ki masjid.</w:t>
      </w:r>
      <w:r>
        <w:br/>
      </w:r>
      <w:r>
        <w:rPr>
          <w:sz w:val="20"/>
        </w:rPr>
        <w:t>1:09:30  baqi sab masjidien barabar hain. yeh baqayda hadees hai ke teen masjidon ke sath sari masjidien barabar hain. ab aap ko agar pata ho, nahi pata ho to ja kar ke dekhiye border par rajasthan aur haryana aur punjab, jahan ke pakistan sarhadein milti hain,</w:t>
      </w:r>
      <w:r>
        <w:br/>
      </w:r>
      <w:r>
        <w:rPr>
          <w:sz w:val="20"/>
        </w:rPr>
        <w:t>1:09:50  abhi bhi wahan pe masjidon ki roeen padi hui hai. masjidien tod di gayi hain.</w:t>
      </w:r>
      <w:r>
        <w:br/>
      </w:r>
      <w:r>
        <w:rPr>
          <w:sz w:val="20"/>
        </w:rPr>
        <w:t>1:09:56  mein ne khud dekha hai, koi masjid tod di gai. is masjid ko unhon ne ghar bana liya, yeh masjid bail bandhne lage, kuch bhi kiya.</w:t>
      </w:r>
      <w:r>
        <w:br/>
      </w:r>
      <w:r>
        <w:rPr>
          <w:sz w:val="20"/>
        </w:rPr>
        <w:t>1:10:07  to wahan par kyun nahi aap yeh jahad karte hain? aap babri masjid single out kyun karte hain? kisi ek masjid ko single out karna, yeh to islam mein bilkul jaiz hi nahi hai.</w:t>
      </w:r>
      <w:r>
        <w:br/>
      </w:r>
      <w:r>
        <w:rPr>
          <w:sz w:val="20"/>
        </w:rPr>
        <w:t>1:10:21  sawa teen ke agar aap ko tehreek chalana hai to sari masjidon ke liye chalaie.</w:t>
      </w:r>
      <w:r>
        <w:br/>
      </w:r>
      <w:r>
        <w:rPr>
          <w:sz w:val="20"/>
        </w:rPr>
        <w:t>1:10:27  sainkaron masjidain jo dhai gai hain partition ke waqt border par, un sab ke liye aap chalaie. hangama kijiye!</w:t>
      </w:r>
      <w:r>
        <w:br/>
      </w:r>
      <w:r>
        <w:rPr>
          <w:sz w:val="20"/>
        </w:rPr>
        <w:t>1:10:37  ek masjid ko agar aap kar ke us par tehreek chalate hain to aap gunah ka kaam karte hain. yaad rakhiye,</w:t>
      </w:r>
      <w:r>
        <w:br/>
      </w:r>
      <w:r>
        <w:rPr>
          <w:sz w:val="20"/>
        </w:rPr>
        <w:t>1:10:45  kisi ek masjid ko single out nahi kar sakte aap, ya aap ko ijazat hi nahi hai islam mein. hadith mein aata hai ke "la tashudd ar rihal illa as salah wal masajid".</w:t>
      </w:r>
      <w:r>
        <w:br/>
      </w:r>
      <w:r>
        <w:rPr>
          <w:sz w:val="20"/>
        </w:rPr>
        <w:t>1:10:57  yeh makka ki bait, makka ki jo woh hai masjid haram makka, us ko kaha jata hai. madine ki masjid ko masjid nabwi kaha jata hai aur yerushalayim ki masjid ko masjid aqsa kaha jata hai.</w:t>
      </w:r>
      <w:r>
        <w:br/>
      </w:r>
      <w:r>
        <w:rPr>
          <w:sz w:val="20"/>
        </w:rPr>
        <w:t>1:11:13  yeh teen masjidain jo hain islam mein, in ka khaas darja mana gaya hai. baqi sab barabar hain. to kaise musalmanon ne aisa kiya ke babri masjid ko unhon ne single out kiya?</w:t>
      </w:r>
      <w:r>
        <w:br/>
      </w:r>
      <w:r>
        <w:rPr>
          <w:sz w:val="20"/>
        </w:rPr>
        <w:t>1:11:26  is mein hangama 60 baras hangama kiye hue hain, jabke isi desh mein sainkaron masjidain aaj bhi ja ke koi dekh le un ki halat border par.</w:t>
      </w:r>
      <w:r>
        <w:br/>
      </w:r>
      <w:r>
        <w:rPr>
          <w:sz w:val="20"/>
        </w:rPr>
        <w:t>1:11:39  wohi haal hua hai jo jo ayodhya mein hua. us waqt aap chup kyun hain? yeh to islam mein jaiz hi nahi hai.</w:t>
      </w:r>
      <w:r>
        <w:br/>
      </w:r>
      <w:r>
        <w:rPr>
          <w:sz w:val="20"/>
        </w:rPr>
        <w:t>1:11:50  to bohat hi zyada sochne ki zaroorat hai ke sara is mein musalmanon ka jo hai tareeqa, sab ka sab islam ke khilaf hai.</w:t>
      </w:r>
      <w:r>
        <w:br/>
      </w:r>
      <w:r>
        <w:rPr>
          <w:sz w:val="20"/>
        </w:rPr>
        <w:t>1:12:00  a se zed tak babri masjid ke muamle mein musalmanon ka tareeqa ek zed tak, aur yeh bohat zabardast allah taala ka sawal kiya ja raha hai musalmanon se.</w:t>
      </w:r>
      <w:r>
        <w:br/>
      </w:r>
      <w:r>
        <w:rPr>
          <w:sz w:val="20"/>
        </w:rPr>
        <w:t>1:12:12  bohat zabardast sawal kiya ja raha hai. yaad rakhiye, isi point ko kya musalman jawab de sakte hain? allah taala kya tum ka right tha?</w:t>
      </w:r>
      <w:r>
        <w:br/>
      </w:r>
      <w:r>
        <w:rPr>
          <w:sz w:val="20"/>
        </w:rPr>
        <w:t>1:12:20  is is right se tum ne ek masjid ko single out kiya, aur baqi masjidon ko jab ka wahi anjam hua to us ke bare mein chup ho gaye. tum kyun tum ne aisa kiya?</w:t>
      </w:r>
      <w:r>
        <w:br/>
      </w:r>
      <w:r>
        <w:rPr>
          <w:sz w:val="20"/>
        </w:rPr>
        <w:t>1:12:32  yeh saada baat nahi. yaad rakhiye, bohat hi gum bheer baat hai, bohat hi serious baat hai, bohat serious baat hai. yeh masla hindu muslim ka nahi hai, yeh masla barah e rast islam ka hai,</w:t>
      </w:r>
      <w:r>
        <w:br/>
      </w:r>
      <w:r>
        <w:rPr>
          <w:sz w:val="20"/>
        </w:rPr>
        <w:t>1:12:48  barah e rast allah taala ke qanoon ka hai. aur bilashuba is mein musalmanon se poocha jayega qayamat mein ke tum ne kis right, kis haq se tum ne ek masjid ko single out kiya?</w:t>
      </w:r>
      <w:r>
        <w:br/>
      </w:r>
      <w:r>
        <w:rPr>
          <w:sz w:val="20"/>
        </w:rPr>
        <w:t>1:13:01  batao to kya musalman jawab denge is ka? yaad rakhiye, yeh saada baat nahi hai.</w:t>
      </w:r>
      <w:r>
        <w:br/>
      </w:r>
      <w:r>
        <w:rPr>
          <w:sz w:val="20"/>
        </w:rPr>
        <w:t>1:13:13  maulana, yeh sawal doctor farida khanam ne kiya hai nai dilli se.</w:t>
      </w:r>
      <w:r>
        <w:br/>
      </w:r>
      <w:r>
        <w:rPr>
          <w:sz w:val="20"/>
        </w:rPr>
        <w:t>1:13:17  unhon ne poocha hai: "what is the concept of leadership in islam? what is the criteria to judge a leader?</w:t>
      </w:r>
      <w:r>
        <w:br/>
      </w:r>
      <w:r>
        <w:rPr>
          <w:sz w:val="20"/>
        </w:rPr>
        <w:t>1:13:26  there are innumerable leaders among the muslims. how can they take a decision unitedly? is there any possibility of this?</w:t>
      </w:r>
      <w:r>
        <w:br/>
      </w:r>
      <w:r>
        <w:rPr>
          <w:sz w:val="20"/>
        </w:rPr>
        <w:t>1:13:36  or we are doomed to live under the shadow of incompetent leaders?"</w:t>
      </w:r>
      <w:r>
        <w:br/>
      </w:r>
      <w:r>
        <w:rPr>
          <w:sz w:val="20"/>
        </w:rPr>
        <w:t>1:13:49  dekhiye, islam mein leader ko imam kaha jata hai. imam to islam ka usool hai: "amruhum shura baynahum".</w:t>
      </w:r>
      <w:r>
        <w:br/>
      </w:r>
      <w:r>
        <w:rPr>
          <w:sz w:val="20"/>
        </w:rPr>
        <w:t>1:14:02  yani jab zaroorat ho imam muqarrar karne ki, yani leader muqarrar karne ki, to us ke liye mashwara kiya jaye, discuss kiya jaye, sab log baith kar rai karein, aur consensus se jis aadmi ko tay ho jaye, us ka imam maan liya jaye.</w:t>
      </w:r>
      <w:r>
        <w:br/>
      </w:r>
      <w:r>
        <w:rPr>
          <w:sz w:val="20"/>
        </w:rPr>
        <w:t>1:14:20  yeh to ideal baat hai, ideal baat ke jab bhi ek leader farz kiye mar gaya, ek leader ne resign kar diya kisi bhi baat se,</w:t>
      </w:r>
      <w:r>
        <w:br/>
      </w:r>
      <w:r>
        <w:rPr>
          <w:sz w:val="20"/>
        </w:rPr>
        <w:t>1:14:33  wo paida hoga. yani</w:t>
      </w:r>
      <w:r>
        <w:br/>
      </w:r>
      <w:r>
        <w:rPr>
          <w:sz w:val="20"/>
        </w:rPr>
        <w:t>1:14:37  leader ki na raha to log baithein aur discuss karein, aur jis aadmi ke naam par consensus ho jaye,</w:t>
      </w:r>
      <w:r>
        <w:br/>
      </w:r>
      <w:r>
        <w:rPr>
          <w:sz w:val="20"/>
        </w:rPr>
        <w:t>1:14:51  sab log us ko jo leader maan lein, sab log maan lein us ko. Yeh hai ideal surat. Doosri surat jo hai secondary darje mein, woh kya hai?</w:t>
      </w:r>
      <w:r>
        <w:br/>
      </w:r>
      <w:r>
        <w:rPr>
          <w:sz w:val="20"/>
        </w:rPr>
        <w:t>1:15:03  woh hai is ke liye bhi hadith mein bata diya gaya hai, woh yeh hai ke "ittaba' sawad al-a'zam".</w:t>
      </w:r>
      <w:r>
        <w:br/>
      </w:r>
      <w:r>
        <w:rPr>
          <w:sz w:val="20"/>
        </w:rPr>
        <w:t>1:15:15  ittaba' sawad al-a'zam ka matlab yeh hai ke kisi bhi tareeqe se agar koi aadmi leader ban gaya, chahe ghalat tareeqe se bana ho kyun na ho, to maan lo us ke saath jhanda na uthao.</w:t>
      </w:r>
      <w:r>
        <w:br/>
      </w:r>
      <w:r>
        <w:rPr>
          <w:sz w:val="20"/>
        </w:rPr>
        <w:t>1:15:30  yani ek ideal shakal yeh hai ke mashware se, discussion se</w:t>
      </w:r>
      <w:r>
        <w:br/>
      </w:r>
      <w:r>
        <w:rPr>
          <w:sz w:val="20"/>
        </w:rPr>
        <w:t>1:15:37  ke kisi shakhs ko banaya jaye aur sab log us ko maan lein. Lekin agar yeh ideal shakal possible na ho aur koi aadmi kisi bhi aur tareeqe se leader ban jaye to phir us ko maan lijiyega aap taake kam se kam peace qaim rahe.</w:t>
      </w:r>
      <w:r>
        <w:br/>
      </w:r>
      <w:r>
        <w:rPr>
          <w:sz w:val="20"/>
        </w:rPr>
        <w:t>1:15:55  aap jab maan lenge to kam se kam peace to qaim ho jayegi.</w:t>
      </w:r>
      <w:r>
        <w:br/>
      </w:r>
      <w:r>
        <w:rPr>
          <w:sz w:val="20"/>
        </w:rPr>
        <w:t>1:16:00  bas yeh do shakalain hain. Teesri shakal jo aaj kal musalmanon mein hai ke khare ho jatay hain jhanda le kar ke,</w:t>
      </w:r>
      <w:r>
        <w:br/>
      </w:r>
      <w:r>
        <w:rPr>
          <w:sz w:val="20"/>
        </w:rPr>
        <w:t>1:16:11  jaise musalmanon ke muslim karne mein democracy kyun nahi hai? Is ki misaal aap Pakistan dekh lijiyega,</w:t>
      </w:r>
      <w:r>
        <w:br/>
      </w:r>
      <w:r>
        <w:rPr>
          <w:sz w:val="20"/>
        </w:rPr>
        <w:t>1:16:18  ek election hoga, koi jeetega, ab kya hai? Doosra khara ho jayega. Rigging hui hai, rigging hui hai, rigging hui hai. Ab is ko down karne ke liye yeh Islam mein jaiz nahi hai.</w:t>
      </w:r>
      <w:r>
        <w:br/>
      </w:r>
      <w:r>
        <w:rPr>
          <w:sz w:val="20"/>
        </w:rPr>
        <w:t>1:16:31  Islam mein jaiz hi nahi hai. Yeh jaise bhi elect ho kar ke, jaise bhi woh ban kar ke seat par aa gaya to bas maan lijiyega us ko.</w:t>
      </w:r>
      <w:r>
        <w:br/>
      </w:r>
      <w:r>
        <w:rPr>
          <w:sz w:val="20"/>
        </w:rPr>
        <w:t>1:16:43  yeh hai Islam ka tareeqa. Kyun ke Islam mein dekhiye, jo jo supreme hai, woh kya hai? Normal si peace. Yeh hai supreme Islam mein.</w:t>
      </w:r>
      <w:r>
        <w:br/>
      </w:r>
      <w:r>
        <w:rPr>
          <w:sz w:val="20"/>
        </w:rPr>
        <w:t>1:16:56  is par bohat sari hadithain hain aur yahan par detail ka mauqa nahi hai</w:t>
      </w:r>
      <w:r>
        <w:br/>
      </w:r>
      <w:r>
        <w:rPr>
          <w:sz w:val="20"/>
        </w:rPr>
        <w:t>1:17:02  kyun ke main mukhtasaran yahi kahunga ke agar musalmanon mein yani constructive soch ho, woh is position mein hon ke discussion kar ke ek aadmi ko bana dein to bara acha hai.</w:t>
      </w:r>
      <w:r>
        <w:br/>
      </w:r>
      <w:r>
        <w:rPr>
          <w:sz w:val="20"/>
        </w:rPr>
        <w:t>1:17:15  nahi to jo aadmi bhi kisi bhi tareeqe se ho jaye, woh chahe rigging kar ke ho jaye, tab bhi us ko maan lijiyega kyun ke ittaba' sawad al-a'zam farmaya Rasool Allah (SAW) ne.</w:t>
      </w:r>
      <w:r>
        <w:br/>
      </w:r>
      <w:r>
        <w:rPr>
          <w:sz w:val="20"/>
        </w:rPr>
        <w:t>1:17:29  Maulana, un ka ek sawal</w:t>
      </w:r>
      <w:r>
        <w:br/>
      </w:r>
      <w:r>
        <w:rPr>
          <w:sz w:val="20"/>
        </w:rPr>
        <w:t>1:17:31  aur hai. Unhon ne likha hai ke "there was no media in the thirteen century, that is why Muslims were able to opt for the policy of inaction.</w:t>
      </w:r>
      <w:r>
        <w:br/>
      </w:r>
      <w:r>
        <w:rPr>
          <w:sz w:val="20"/>
        </w:rPr>
        <w:t>1:17:42  Now is there any possibility of Muslims refraining from giving provocative statements in the media and aggravating the situation further?" Bilkul, hum ko dekhiye, hamari team yeh sab nahi kaam kar rahi hai.</w:t>
      </w:r>
      <w:r>
        <w:br/>
      </w:r>
      <w:r>
        <w:rPr>
          <w:sz w:val="20"/>
        </w:rPr>
        <w:t>1:17:59  train</w:t>
      </w:r>
      <w:r>
        <w:br/>
      </w:r>
      <w:r>
        <w:rPr>
          <w:sz w:val="20"/>
        </w:rPr>
        <w:t>1:18:00  karne ki zaroorat hai. Hum train kar rahe hain logon ko to hamare jo itne saathi hain, koi sab kaam nahi karta. Pehle jo hai traditionally log aise thay, ab aap ko logon ki combine ki re-engineering karni hogi.</w:t>
      </w:r>
      <w:r>
        <w:br/>
      </w:r>
      <w:r>
        <w:rPr>
          <w:sz w:val="20"/>
        </w:rPr>
        <w:t>1:18:15  Bas yeh hai. Pehle to apne aap hi log jo thay, woh kingship ka zamana tha. Log chup chap rehtay thay. Ab woh daur khatam ho gaya, woh zamana khatam ho gaya, woh tradition toot gayi.</w:t>
      </w:r>
      <w:r>
        <w:br/>
      </w:r>
      <w:r>
        <w:rPr>
          <w:sz w:val="20"/>
        </w:rPr>
        <w:t>1:18:29  Lekin ab aap logon ke mind ki re-engineering kijiye, logon ko phir se samjhaiye.</w:t>
      </w:r>
      <w:r>
        <w:br/>
      </w:r>
      <w:r>
        <w:rPr>
          <w:sz w:val="20"/>
        </w:rPr>
        <w:t>1:18:36  Abhi aaj mere paas ek talib ilm aaye, ek sahab ka, subah unhon ne kaha ke aap ki kitabein parhne se pehle main sab ko dushman samajhta tha. Sab dushman hain, Hindu dushman hain, Yahudi dushman hain, American dushman hain, Islam ke sab khilaf sazishain karte hain.</w:t>
      </w:r>
      <w:r>
        <w:br/>
      </w:r>
      <w:r>
        <w:rPr>
          <w:sz w:val="20"/>
        </w:rPr>
        <w:t>1:18:50  Sab ke khilaf mere dil mein dushmani hoti thi. Aap ki kitabein parhne ke baad mera zehan bilkul badal gaya. Ab main samajhta hoon ke sab insaan hain,</w:t>
      </w:r>
      <w:r>
        <w:br/>
      </w:r>
      <w:r>
        <w:rPr>
          <w:sz w:val="20"/>
        </w:rPr>
        <w:t>1:18:59  koi dushman nahi hai. Yeh hai re-engineering of mind.</w:t>
      </w:r>
      <w:r>
        <w:br/>
      </w:r>
      <w:r>
        <w:rPr>
          <w:sz w:val="20"/>
        </w:rPr>
        <w:t>1:19:08  to pehle jo cheez apne aap haasil ho jati thi, us ke liye aap ko koshish karni paregi. itna hi farq hua hai.</w:t>
      </w:r>
    </w:p>
    <w:p>
      <w:pPr>
        <w:pStyle w:val="Heading2"/>
      </w:pPr>
      <w:r>
        <w:t>Muslims in Pakistan and Allah's Help</w:t>
      </w:r>
    </w:p>
    <w:p>
      <w:r>
        <w:rPr>
          <w:color w:val="666666"/>
          <w:sz w:val="18"/>
        </w:rPr>
        <w:t>Society &amp; Dawah · Dars-e-Quran, Hadith-e-Jibril October 29, 2017 · 10m 01s · at 1:15:10 · https://youtu.be/CaMTvkwqQqo?t=4510</w:t>
      </w:r>
    </w:p>
    <w:p>
      <w:r>
        <w:rPr>
          <w:i/>
        </w:rPr>
        <w:t>“Reference to today's lecture, how Muslims in Pakistan would know where they made mistake and they are not receiving Allah's help? Tell about this.”</w:t>
      </w:r>
    </w:p>
    <w:p>
      <w:r>
        <w:rPr>
          <w:sz w:val="20"/>
        </w:rPr>
        <w:t>1:15:10  ne wahin isi group mein abdul rehman sahib ne ek sawal bheja hai unhon ne likha hai ke reference</w:t>
      </w:r>
      <w:r>
        <w:br/>
      </w:r>
      <w:r>
        <w:rPr>
          <w:sz w:val="20"/>
        </w:rPr>
        <w:t>1:15:18  to today's lecture how Muslims in Pakistan would know where they made mistake and they are not receiving</w:t>
      </w:r>
      <w:r>
        <w:br/>
      </w:r>
      <w:r>
        <w:rPr>
          <w:sz w:val="20"/>
        </w:rPr>
        <w:t>1:15:27  allah help is ke bare mein bataein aaj mein waqea yeh hai ke isi baat par soch raha</w:t>
      </w:r>
      <w:r>
        <w:br/>
      </w:r>
      <w:r>
        <w:rPr>
          <w:sz w:val="20"/>
        </w:rPr>
        <w:t>1:15:36  tha</w:t>
      </w:r>
      <w:r>
        <w:br/>
      </w:r>
      <w:r>
        <w:rPr>
          <w:sz w:val="20"/>
        </w:rPr>
        <w:t>1:15:40  meri paidaish up mein hui ek gaon mein</w:t>
      </w:r>
      <w:r>
        <w:br/>
      </w:r>
      <w:r>
        <w:rPr>
          <w:sz w:val="20"/>
        </w:rPr>
        <w:t>1:15:44  hamare gaon ke</w:t>
      </w:r>
      <w:r>
        <w:br/>
      </w:r>
      <w:r>
        <w:rPr>
          <w:sz w:val="20"/>
        </w:rPr>
        <w:t>1:15:47  mili hui ek sadak hoti thi</w:t>
      </w:r>
      <w:r>
        <w:br/>
      </w:r>
      <w:r>
        <w:rPr>
          <w:sz w:val="20"/>
        </w:rPr>
        <w:t>1:15:51  jo shahganj se adampur tak jati thi</w:t>
      </w:r>
      <w:r>
        <w:br/>
      </w:r>
      <w:r>
        <w:rPr>
          <w:sz w:val="20"/>
        </w:rPr>
        <w:t>1:15:55  to kai bar maine dekha ke muslim naujawan</w:t>
      </w:r>
      <w:r>
        <w:br/>
      </w:r>
      <w:r>
        <w:rPr>
          <w:sz w:val="20"/>
        </w:rPr>
        <w:t>1:15:59  group bana kar</w:t>
      </w:r>
      <w:r>
        <w:br/>
      </w:r>
      <w:r>
        <w:rPr>
          <w:sz w:val="20"/>
        </w:rPr>
        <w:t>1:16:01  road par chal rahe the un ke hath mein banner hota tha banner</w:t>
      </w:r>
      <w:r>
        <w:br/>
      </w:r>
      <w:r>
        <w:rPr>
          <w:sz w:val="20"/>
        </w:rPr>
        <w:t>1:16:07  aur woh</w:t>
      </w:r>
      <w:r>
        <w:br/>
      </w:r>
      <w:r>
        <w:rPr>
          <w:sz w:val="20"/>
        </w:rPr>
        <w:t>1:16:11  yeh baat kehte the</w:t>
      </w:r>
      <w:r>
        <w:br/>
      </w:r>
      <w:r>
        <w:rPr>
          <w:sz w:val="20"/>
        </w:rPr>
        <w:t>1:16:16  ke yeh waqt ki baat hai jab ke Pakistan ki tehreek chal rahi thi 1947 se pehle ki baat to aap ko pata hoga ke jab Pakistan ki tehreek chal rahi thi to all India tehreek thi woh</w:t>
      </w:r>
      <w:r>
        <w:br/>
      </w:r>
      <w:r>
        <w:rPr>
          <w:sz w:val="20"/>
        </w:rPr>
        <w:t>1:16:36  yani woh tehreek sirf Pakistan mein nahi thi all India thi har jagah to woh naujawan aawaz dete the Pakistan ka matlab kya la ilaha illallah</w:t>
      </w:r>
      <w:r>
        <w:br/>
      </w:r>
      <w:r>
        <w:rPr>
          <w:sz w:val="20"/>
        </w:rPr>
        <w:t>1:16:50  pakistan ka matlab kya la ilaha illallah</w:t>
      </w:r>
      <w:r>
        <w:br/>
      </w:r>
      <w:r>
        <w:rPr>
          <w:sz w:val="20"/>
        </w:rPr>
        <w:t>1:16:54  to aaj mein yahi soch raha tha</w:t>
      </w:r>
      <w:r>
        <w:br/>
      </w:r>
      <w:r>
        <w:rPr>
          <w:sz w:val="20"/>
        </w:rPr>
        <w:t>1:16:58  ke india ke musalmanon ne khas taur par pakistan ke musalmanon ne</w:t>
      </w:r>
      <w:r>
        <w:br/>
      </w:r>
      <w:r>
        <w:rPr>
          <w:sz w:val="20"/>
        </w:rPr>
        <w:t>1:17:06  in alfaaz ke sath goya allah se wada kiya tha ke khuda ya tu hamein pakistan de aur hum</w:t>
      </w:r>
      <w:r>
        <w:br/>
      </w:r>
      <w:r>
        <w:rPr>
          <w:sz w:val="20"/>
        </w:rPr>
        <w:t>1:17:15  la ilaha illallah ko sare dunya mein phaila dein allah ne hamein aur aap ko is tarah</w:t>
      </w:r>
      <w:r>
        <w:br/>
      </w:r>
      <w:r>
        <w:rPr>
          <w:sz w:val="20"/>
        </w:rPr>
        <w:t>1:17:20  hamein yahi sare wasail ko istemal kar ke allah ke kalam ko quran ko har zaban mein tarjuma</w:t>
      </w:r>
      <w:r>
        <w:br/>
      </w:r>
      <w:r>
        <w:rPr>
          <w:sz w:val="20"/>
        </w:rPr>
        <w:t>1:17:28  kar ke phaila dein</w:t>
      </w:r>
      <w:r>
        <w:br/>
      </w:r>
      <w:r>
        <w:rPr>
          <w:sz w:val="20"/>
        </w:rPr>
        <w:t>1:17:31  yahi keh rahe the goya kyunke la ilaha illallah to kalma quran hai</w:t>
      </w:r>
      <w:r>
        <w:br/>
      </w:r>
      <w:r>
        <w:rPr>
          <w:sz w:val="20"/>
        </w:rPr>
        <w:t>1:17:36  lekin</w:t>
      </w:r>
      <w:r>
        <w:br/>
      </w:r>
      <w:r>
        <w:rPr>
          <w:sz w:val="20"/>
        </w:rPr>
        <w:t>1:17:37  aap dekhiye Pakistan banne ke baad kya hua log aapas mein ladne lage aapas mein ladne lage jaise ke kisi ne hijack kar liya cricket cricket mein aik term hai sledging</w:t>
      </w:r>
      <w:r>
        <w:br/>
      </w:r>
      <w:r>
        <w:rPr>
          <w:sz w:val="20"/>
        </w:rPr>
        <w:t>1:17:57  ap mujh se zyada jante hain ke jab do team khel rahi ho</w:t>
      </w:r>
      <w:r>
        <w:br/>
      </w:r>
      <w:r>
        <w:rPr>
          <w:sz w:val="20"/>
        </w:rPr>
        <w:t>1:18:03  aur ek team</w:t>
      </w:r>
      <w:r>
        <w:br/>
      </w:r>
      <w:r>
        <w:rPr>
          <w:sz w:val="20"/>
        </w:rPr>
        <w:t>1:18:07  acchi performance dikha rahi ho</w:t>
      </w:r>
      <w:r>
        <w:br/>
      </w:r>
      <w:r>
        <w:rPr>
          <w:sz w:val="20"/>
        </w:rPr>
        <w:t>1:18:12  to doosri team is ko kuch aisi baat kahe gi</w:t>
      </w:r>
      <w:r>
        <w:br/>
      </w:r>
      <w:r>
        <w:rPr>
          <w:sz w:val="20"/>
        </w:rPr>
        <w:t>1:18:17  ke wo is ka tempo khatm ho jaye</w:t>
      </w:r>
      <w:r>
        <w:br/>
      </w:r>
      <w:r>
        <w:rPr>
          <w:sz w:val="20"/>
        </w:rPr>
        <w:t>1:18:23  ek bari zabardast tempo ke sath wo khel rahe hain wo jeetne wale hain to haarne wali team</w:t>
      </w:r>
      <w:r>
        <w:br/>
      </w:r>
      <w:r>
        <w:rPr>
          <w:sz w:val="20"/>
        </w:rPr>
        <w:t>1:18:29  kuch aisi baat kahe gi provoke karne wali un ko</w:t>
      </w:r>
      <w:r>
        <w:br/>
      </w:r>
      <w:r>
        <w:rPr>
          <w:sz w:val="20"/>
        </w:rPr>
        <w:t>1:18:35  ke un ka tempo khatm ho jaye wo haar jayen is ko kehte hain sledging</w:t>
      </w:r>
      <w:r>
        <w:br/>
      </w:r>
      <w:r>
        <w:rPr>
          <w:sz w:val="20"/>
        </w:rPr>
        <w:t>1:18:42  to</w:t>
      </w:r>
      <w:r>
        <w:br/>
      </w:r>
      <w:r>
        <w:rPr>
          <w:sz w:val="20"/>
        </w:rPr>
        <w:t>1:18:43  pakistan ke baad yahi hua</w:t>
      </w:r>
      <w:r>
        <w:br/>
      </w:r>
      <w:r>
        <w:rPr>
          <w:sz w:val="20"/>
        </w:rPr>
        <w:t>1:18:46  kuch aur taqaten</w:t>
      </w:r>
      <w:r>
        <w:br/>
      </w:r>
      <w:r>
        <w:rPr>
          <w:sz w:val="20"/>
        </w:rPr>
        <w:t>1:18:49  ubhren jinho ne is tempo ko highjack kar liya</w:t>
      </w:r>
      <w:r>
        <w:br/>
      </w:r>
      <w:r>
        <w:rPr>
          <w:sz w:val="20"/>
        </w:rPr>
        <w:t>1:18:54  jo tempo ubhra tha pakistan ka matlab ke la ilaha illallah ek tempo</w:t>
      </w:r>
      <w:r>
        <w:br/>
      </w:r>
      <w:r>
        <w:rPr>
          <w:sz w:val="20"/>
        </w:rPr>
        <w:t>1:19:00  to kuch taqaton ne is ko highjack is tarah kiya ke shikayat ki baaten bohat zyada phaila</w:t>
      </w:r>
      <w:r>
        <w:br/>
      </w:r>
      <w:r>
        <w:rPr>
          <w:sz w:val="20"/>
        </w:rPr>
        <w:t>1:19:05  deen hum mazloom hain bohat zyada phaila diya bas ladaai bhadaai shuru ho gayi jis ko dekhiye bas hum</w:t>
      </w:r>
      <w:r>
        <w:br/>
      </w:r>
      <w:r>
        <w:rPr>
          <w:sz w:val="20"/>
        </w:rPr>
        <w:t>1:19:13  mazloom hain hamare sath bura sulook hua hai hamare sath haq talfi hui hai</w:t>
      </w:r>
      <w:r>
        <w:br/>
      </w:r>
      <w:r>
        <w:rPr>
          <w:sz w:val="20"/>
        </w:rPr>
        <w:t>1:19:22  is tarah se kuch taqaton ne ek political sledging ki</w:t>
      </w:r>
      <w:r>
        <w:br/>
      </w:r>
      <w:r>
        <w:rPr>
          <w:sz w:val="20"/>
        </w:rPr>
        <w:t>1:19:28  aur</w:t>
      </w:r>
      <w:r>
        <w:br/>
      </w:r>
      <w:r>
        <w:rPr>
          <w:sz w:val="20"/>
        </w:rPr>
        <w:t>1:19:28  is tempo ko high jack kar liya aur pakistan ke log is ka shikar ho gaye</w:t>
      </w:r>
      <w:r>
        <w:br/>
      </w:r>
      <w:r>
        <w:rPr>
          <w:sz w:val="20"/>
        </w:rPr>
        <w:t>1:19:39  is unho ne hijackers ke fareb mein aa gaye</w:t>
      </w:r>
      <w:r>
        <w:br/>
      </w:r>
      <w:r>
        <w:rPr>
          <w:sz w:val="20"/>
        </w:rPr>
        <w:t>1:19:43  yani pakistan ke tempo ko</w:t>
      </w:r>
      <w:r>
        <w:br/>
      </w:r>
      <w:r>
        <w:rPr>
          <w:sz w:val="20"/>
        </w:rPr>
        <w:t>1:19:47  unho ne highjack kiya aur khud pakistan ke log is ka shikar ho gaye lage hue hain</w:t>
      </w:r>
      <w:r>
        <w:br/>
      </w:r>
      <w:r>
        <w:rPr>
          <w:sz w:val="20"/>
        </w:rPr>
        <w:t>1:19:53  koi is kaam karne ka</w:t>
      </w:r>
      <w:r>
        <w:br/>
      </w:r>
      <w:r>
        <w:rPr>
          <w:sz w:val="20"/>
        </w:rPr>
        <w:t>1:19:56  mujhe ek waqia yaad ata hai ek banda mein gaya tha iraq</w:t>
      </w:r>
      <w:r>
        <w:br/>
      </w:r>
      <w:r>
        <w:rPr>
          <w:sz w:val="20"/>
        </w:rPr>
        <w:t>1:20:02  to iraq mein ek pakistani shia aaye the ziyarat ke liye</w:t>
      </w:r>
      <w:r>
        <w:br/>
      </w:r>
      <w:r>
        <w:rPr>
          <w:sz w:val="20"/>
        </w:rPr>
        <w:t>1:20:09  wo senior the wo</w:t>
      </w:r>
      <w:r>
        <w:br/>
      </w:r>
      <w:r>
        <w:rPr>
          <w:sz w:val="20"/>
        </w:rPr>
        <w:t>1:20:12  pakistani shia to un se mein ne poocha acha woh dilli se gaye thay pakistan dilli se</w:t>
      </w:r>
      <w:r>
        <w:br/>
      </w:r>
      <w:r>
        <w:rPr>
          <w:sz w:val="20"/>
        </w:rPr>
        <w:t>1:20:22  migrate kar ke pakistan banne ke baad to</w:t>
      </w:r>
      <w:r>
        <w:br/>
      </w:r>
      <w:r>
        <w:rPr>
          <w:sz w:val="20"/>
        </w:rPr>
        <w:t>1:20:25  mein ne un se poocha ke aap ne pakistan banne se pehle bhi dekha hai aur pakistan banne</w:t>
      </w:r>
      <w:r>
        <w:br/>
      </w:r>
      <w:r>
        <w:rPr>
          <w:sz w:val="20"/>
        </w:rPr>
        <w:t>1:20:32  ke baad bhi dekha hai is mulk ko</w:t>
      </w:r>
      <w:r>
        <w:br/>
      </w:r>
      <w:r>
        <w:rPr>
          <w:sz w:val="20"/>
        </w:rPr>
        <w:t>1:20:36  aap ka kya</w:t>
      </w:r>
      <w:r>
        <w:br/>
      </w:r>
      <w:r>
        <w:rPr>
          <w:sz w:val="20"/>
        </w:rPr>
        <w:t>1:20:38  tajurba hai to woh rone lage</w:t>
      </w:r>
      <w:r>
        <w:br/>
      </w:r>
      <w:r>
        <w:rPr>
          <w:sz w:val="20"/>
        </w:rPr>
        <w:t>1:20:44  woh buzurg jo thay rone lage ro kar unhon ne kaha</w:t>
      </w:r>
      <w:r>
        <w:br/>
      </w:r>
      <w:r>
        <w:rPr>
          <w:sz w:val="20"/>
        </w:rPr>
        <w:t>1:20:50  ab tak mujhe yaad hai</w:t>
      </w:r>
      <w:r>
        <w:br/>
      </w:r>
      <w:r>
        <w:rPr>
          <w:sz w:val="20"/>
        </w:rPr>
        <w:t>1:20:52  ke haal kya pehle hum log hindu musalman ka naam pe ladte thay ab hum ladte hain shia</w:t>
      </w:r>
      <w:r>
        <w:br/>
      </w:r>
      <w:r>
        <w:rPr>
          <w:sz w:val="20"/>
        </w:rPr>
        <w:t>1:21:00  sunni shia ke naam par</w:t>
      </w:r>
      <w:r>
        <w:br/>
      </w:r>
      <w:r>
        <w:rPr>
          <w:sz w:val="20"/>
        </w:rPr>
        <w:t>1:21:03  pehlay hindu muslim jhagray thay ab shia sunni jhagray hain</w:t>
      </w:r>
      <w:r>
        <w:br/>
      </w:r>
      <w:r>
        <w:rPr>
          <w:sz w:val="20"/>
        </w:rPr>
        <w:t>1:21:08  woh mujhe yaad aya</w:t>
      </w:r>
      <w:r>
        <w:br/>
      </w:r>
      <w:r>
        <w:rPr>
          <w:sz w:val="20"/>
        </w:rPr>
        <w:t>1:21:13  to ek waqia hai ke 1947 se pehle pure muslim mein ek tempo aaya tha tempo pakistan ka matlab kya la ilaha illallah to la ilaha illallah ek paigham hai ek kalma toheed ka is naam par logon ka to ek tempo paida hua tha ke hamein la ilaha ko sari dunya mein phailana hai aisa lagta tha ke wo waqia ho jayega ke</w:t>
      </w:r>
      <w:r>
        <w:br/>
      </w:r>
      <w:r>
        <w:rPr>
          <w:sz w:val="20"/>
        </w:rPr>
        <w:t>1:21:42  wallah laib laghnad ar rab ma balagh laib an nahar laib laib laghnad ar rab ma balagh laib an nahar to lagta</w:t>
      </w:r>
      <w:r>
        <w:br/>
      </w:r>
      <w:r>
        <w:rPr>
          <w:sz w:val="20"/>
        </w:rPr>
        <w:t>1:21:53  tha ke yeh tempo la ilah ke naam par aya hai</w:t>
      </w:r>
      <w:r>
        <w:br/>
      </w:r>
      <w:r>
        <w:rPr>
          <w:sz w:val="20"/>
        </w:rPr>
        <w:t>1:21:58  jo rasool Allah ne wahan par</w:t>
      </w:r>
      <w:r>
        <w:br/>
      </w:r>
      <w:r>
        <w:rPr>
          <w:sz w:val="20"/>
        </w:rPr>
        <w:t>1:22:02  rasool Allah ne ka tareeqa tha makkah mein</w:t>
      </w:r>
      <w:r>
        <w:br/>
      </w:r>
      <w:r>
        <w:rPr>
          <w:sz w:val="20"/>
        </w:rPr>
        <w:t>1:22:06  qoolo la ilah ill Allah taflou</w:t>
      </w:r>
      <w:r>
        <w:br/>
      </w:r>
      <w:r>
        <w:rPr>
          <w:sz w:val="20"/>
        </w:rPr>
        <w:t>1:22:10  aap wahan par majmay majamay mein jatay thay aur kehtay thay ayaha nas qoolo la ilah ill Allah</w:t>
      </w:r>
      <w:r>
        <w:br/>
      </w:r>
      <w:r>
        <w:rPr>
          <w:sz w:val="20"/>
        </w:rPr>
        <w:t>1:22:17  taflou to aisa lagta tha ke woh kaam to hua tha makkah mein ab jo ummat muslema ke</w:t>
      </w:r>
      <w:r>
        <w:br/>
      </w:r>
      <w:r>
        <w:rPr>
          <w:sz w:val="20"/>
        </w:rPr>
        <w:t>1:22:24  andar tempo paida hua hai la ilah ka to sari</w:t>
      </w:r>
      <w:r>
        <w:br/>
      </w:r>
      <w:r>
        <w:rPr>
          <w:sz w:val="20"/>
        </w:rPr>
        <w:t>1:22:28  duniya mein woh phail jayen ge</w:t>
      </w:r>
      <w:r>
        <w:br/>
      </w:r>
      <w:r>
        <w:rPr>
          <w:sz w:val="20"/>
        </w:rPr>
        <w:t>1:22:31  aur kahain ge duniya se aye logon toheed ka rasta pakro aye logon quran ko parho</w:t>
      </w:r>
      <w:r>
        <w:br/>
      </w:r>
      <w:r>
        <w:rPr>
          <w:sz w:val="20"/>
        </w:rPr>
        <w:t>1:22:39  lekin aisa lagta hai ke koi shaitan kood pada</w:t>
      </w:r>
      <w:r>
        <w:br/>
      </w:r>
      <w:r>
        <w:rPr>
          <w:sz w:val="20"/>
        </w:rPr>
        <w:t>1:22:45  aur us ne hijack kar liya is tempe ko</w:t>
      </w:r>
      <w:r>
        <w:br/>
      </w:r>
      <w:r>
        <w:rPr>
          <w:sz w:val="20"/>
        </w:rPr>
        <w:t>1:22:50  aur woh tempo an awail reh gaya</w:t>
      </w:r>
      <w:r>
        <w:br/>
      </w:r>
      <w:r>
        <w:rPr>
          <w:sz w:val="20"/>
        </w:rPr>
        <w:t>1:22:53  woh jo tempo tha woh in awail reh gaya</w:t>
      </w:r>
      <w:r>
        <w:br/>
      </w:r>
      <w:r>
        <w:rPr>
          <w:sz w:val="20"/>
        </w:rPr>
        <w:t>1:22:59  to meri dua hai ke Allah taala</w:t>
      </w:r>
      <w:r>
        <w:br/>
      </w:r>
      <w:r>
        <w:rPr>
          <w:sz w:val="20"/>
        </w:rPr>
        <w:t>1:23:02  al Pakistan ko</w:t>
      </w:r>
      <w:r>
        <w:br/>
      </w:r>
      <w:r>
        <w:rPr>
          <w:sz w:val="20"/>
        </w:rPr>
        <w:t>1:23:05  samajh de aur dobara is tempo ko revive kare woh</w:t>
      </w:r>
      <w:r>
        <w:br/>
      </w:r>
      <w:r>
        <w:rPr>
          <w:sz w:val="20"/>
        </w:rPr>
        <w:t>1:23:11  dobara is tempo ko revive kare aur Rasool Allah ki jo sunnat dawat thi aap kehte the logon</w:t>
      </w:r>
      <w:r>
        <w:br/>
      </w:r>
      <w:r>
        <w:rPr>
          <w:sz w:val="20"/>
        </w:rPr>
        <w:t>1:23:17  ke paas ja ja kar ke qolo</w:t>
      </w:r>
      <w:r>
        <w:br/>
      </w:r>
      <w:r>
        <w:rPr>
          <w:sz w:val="20"/>
        </w:rPr>
        <w:t>1:23:21  la ilaha illallah aihya nas qolo la ilaha illallah taflon</w:t>
      </w:r>
      <w:r>
        <w:br/>
      </w:r>
      <w:r>
        <w:rPr>
          <w:sz w:val="20"/>
        </w:rPr>
        <w:t>1:23:26  to ahl e Pakistan dunya ke samne khare ho kar kahein aey logon Quran ko parho</w:t>
      </w:r>
      <w:r>
        <w:br/>
      </w:r>
      <w:r>
        <w:rPr>
          <w:sz w:val="20"/>
        </w:rPr>
        <w:t>1:23:34  a logon hum tumhari apni qabil understandable zuban mein quran tumhare paas laye hain ahl e pakistan is waqt Allah ne phaila bhi diya in ko</w:t>
      </w:r>
      <w:r>
        <w:br/>
      </w:r>
      <w:r>
        <w:rPr>
          <w:sz w:val="20"/>
        </w:rPr>
        <w:t>1:23:47  dunya mein taqreeban 200 mulk hain lekin ek martaba mein ne parhi thi report to taqreeban sare hi mulk mein ahl e pakistan phailay hue hain</w:t>
      </w:r>
      <w:r>
        <w:br/>
      </w:r>
      <w:r>
        <w:rPr>
          <w:sz w:val="20"/>
        </w:rPr>
        <w:t>1:24:00  to woh woh tempo revive revive ho aur ahl e pakistan ja ja kar har jagah kahen un ki apni zuban mein keh lo ke hum quran ko tumhari understandable language mein le kar aaye hain parho is ko yeh tumhare tumhare rab ka kalam hai to is tempo ko revive karna hai</w:t>
      </w:r>
      <w:r>
        <w:br/>
      </w:r>
      <w:r>
        <w:rPr>
          <w:sz w:val="20"/>
        </w:rPr>
        <w:t>1:24:27  here we miss the train</w:t>
      </w:r>
      <w:r>
        <w:br/>
      </w:r>
      <w:r>
        <w:rPr>
          <w:sz w:val="20"/>
        </w:rPr>
        <w:t>1:24:31  here we missed the train is train ko pakro pakriye is tempo ko revive kijiye aur sari dunya ke samne Allah ne aap ko pohncha diya hai aap pohnche hain aap dollar kamane ke liye ab khade ho jaiye quran ko le kar aur kahiye ke a logon tumhari apni understandable language mein hum laye hain Khuda ka kalam lo us ko parh</w:t>
      </w:r>
      <w:r>
        <w:br/>
      </w:r>
      <w:r>
        <w:rPr>
          <w:sz w:val="20"/>
        </w:rPr>
        <w:t>1:24:59  wohi meri dua hai wohi mein Allah taala se dua karta hoon</w:t>
      </w:r>
    </w:p>
    <w:p>
      <w:pPr>
        <w:pStyle w:val="Heading2"/>
      </w:pPr>
      <w:r>
        <w:t>Muslims' Proper Response to Movie Violence</w:t>
      </w:r>
    </w:p>
    <w:p>
      <w:r>
        <w:rPr>
          <w:color w:val="666666"/>
          <w:sz w:val="18"/>
        </w:rPr>
        <w:t>Society &amp; Dawah · Creative Solution or Ijtihadi Hul 16th Sep '12 SLOW · 7m 19s · at 1:22:46 · https://youtu.be/Ri7r6K65b2Y?t=4966</w:t>
      </w:r>
    </w:p>
    <w:p>
      <w:r>
        <w:rPr>
          <w:i/>
        </w:rPr>
        <w:t>“Maulana, regarding the recent violence that occurred over a movie, the Times of India reported something like 'Head Muslims not reacting'. What is the proper response for Muslims in such situations?”</w:t>
      </w:r>
    </w:p>
    <w:p>
      <w:r>
        <w:rPr>
          <w:sz w:val="20"/>
        </w:rPr>
        <w:t>1:22:46  Maulana, agla sawal Dilli se hai Dr. Fareeda Khanam ka.</w:t>
      </w:r>
      <w:r>
        <w:br/>
      </w:r>
      <w:r>
        <w:rPr>
          <w:sz w:val="20"/>
        </w:rPr>
        <w:t>1:22:51  unhon ne likha hai ke Maulana, yeh jo abhi present violence hua hai movie ko le ke, to</w:t>
      </w:r>
      <w:r>
        <w:br/>
      </w:r>
      <w:r>
        <w:rPr>
          <w:sz w:val="20"/>
        </w:rPr>
        <w:t>1:22:58  اس میں انہوں نے لکھا ہے کہ ٹائمز آف انڈیا میں آیا ہے کہ "Had Muslims not re</w:t>
      </w:r>
      <w:r>
        <w:br/>
      </w:r>
      <w:r>
        <w:rPr>
          <w:sz w:val="20"/>
        </w:rPr>
        <w:t>1:23:06  acted violently.</w:t>
      </w:r>
      <w:r>
        <w:br/>
      </w:r>
      <w:r>
        <w:rPr>
          <w:sz w:val="20"/>
        </w:rPr>
        <w:t>1:23:08  Very few people would have watched the film.</w:t>
      </w:r>
      <w:r>
        <w:br/>
      </w:r>
      <w:r>
        <w:rPr>
          <w:sz w:val="20"/>
        </w:rPr>
        <w:t>1:23:11  Not only has it increased the curiosity of people, but now YouTube plans to put the complete video</w:t>
      </w:r>
      <w:r>
        <w:br/>
      </w:r>
      <w:r>
        <w:rPr>
          <w:sz w:val="20"/>
        </w:rPr>
        <w:t>1:23:19  آن لائن۔" Maulana, what are your thoughts on this? یہ تو بہت صحیح بات ہے۔</w:t>
      </w:r>
      <w:r>
        <w:br/>
      </w:r>
      <w:r>
        <w:rPr>
          <w:sz w:val="20"/>
        </w:rPr>
        <w:t>1:23:26  main ne parha hai Dr. Sahib ke is is report ko.</w:t>
      </w:r>
      <w:r>
        <w:br/>
      </w:r>
      <w:r>
        <w:rPr>
          <w:sz w:val="20"/>
        </w:rPr>
        <w:t>1:23:30  yeh to Musalman, main ne thora sa dekha internet par, thora sa dekha hai is ko.</w:t>
      </w:r>
      <w:r>
        <w:br/>
      </w:r>
      <w:r>
        <w:rPr>
          <w:sz w:val="20"/>
        </w:rPr>
        <w:t>1:23:37  itna absurd hai woh bilkul, yani itni theme is ki fazool hai ke woh is qabil nahi ke</w:t>
      </w:r>
      <w:r>
        <w:br/>
      </w:r>
      <w:r>
        <w:rPr>
          <w:sz w:val="20"/>
        </w:rPr>
        <w:t>1:23:45  koi dekhe der tak.</w:t>
      </w:r>
      <w:r>
        <w:br/>
      </w:r>
      <w:r>
        <w:rPr>
          <w:sz w:val="20"/>
        </w:rPr>
        <w:t>1:23:47  is ko aadmi is ko zara sa dekhe ga aur us ke baad chhod de ga.</w:t>
      </w:r>
      <w:r>
        <w:br/>
      </w:r>
      <w:r>
        <w:rPr>
          <w:sz w:val="20"/>
        </w:rPr>
        <w:t>1:23:53  is ko yeh to Musalman shor machaye, shor machaye to is ki ahmiyat paida karti hai.</w:t>
      </w:r>
      <w:r>
        <w:br/>
      </w:r>
      <w:r>
        <w:rPr>
          <w:sz w:val="20"/>
        </w:rPr>
        <w:t>1:24:00  shor ke baad yahi baat hui thi Salman Rushdie ke muamle mein ke woh kitaab bhi bilkul is</w:t>
      </w:r>
      <w:r>
        <w:br/>
      </w:r>
      <w:r>
        <w:rPr>
          <w:sz w:val="20"/>
        </w:rPr>
        <w:t>1:24:08  ki theme bohat thi, third class ki theme hai is ki.</w:t>
      </w:r>
      <w:r>
        <w:br/>
      </w:r>
      <w:r>
        <w:rPr>
          <w:sz w:val="20"/>
        </w:rPr>
        <w:t>1:24:13  aur lekin wahan jo shor machaya hai, tab logon ko khwab kya ke is ko parho.</w:t>
      </w:r>
      <w:r>
        <w:br/>
      </w:r>
      <w:r>
        <w:rPr>
          <w:sz w:val="20"/>
        </w:rPr>
        <w:t>1:24:20  kya baat hai is kitab mein? to Salma Rushdie ke mamle mein bhi musalmanon ne shor o shor kar ke</w:t>
      </w:r>
      <w:r>
        <w:br/>
      </w:r>
      <w:r>
        <w:rPr>
          <w:sz w:val="20"/>
        </w:rPr>
        <w:t>1:24:27  is ki ahmiyat barha di.</w:t>
      </w:r>
      <w:r>
        <w:br/>
      </w:r>
      <w:r>
        <w:rPr>
          <w:sz w:val="20"/>
        </w:rPr>
        <w:t>1:24:29  aise hi is bar bhi shor o shor kar ke is ki ahmiyat barha di.</w:t>
      </w:r>
      <w:r>
        <w:br/>
      </w:r>
      <w:r>
        <w:rPr>
          <w:sz w:val="20"/>
        </w:rPr>
        <w:t>1:24:35  warna koi bhi shakhs is kitab ko parhe ya is ah, yeh Innocence of Muslims ko dekhe, itna</w:t>
      </w:r>
      <w:r>
        <w:br/>
      </w:r>
      <w:r>
        <w:rPr>
          <w:sz w:val="20"/>
        </w:rPr>
        <w:t>1:24:43  ziyada laow hai, itna ziyada absurd hai ke aadmi kahe ke "la haula wala quwwata" keh ke chhod</w:t>
      </w:r>
      <w:r>
        <w:br/>
      </w:r>
      <w:r>
        <w:rPr>
          <w:sz w:val="20"/>
        </w:rPr>
        <w:t>1:24:50  de ga.</w:t>
      </w:r>
      <w:r>
        <w:br/>
      </w:r>
      <w:r>
        <w:rPr>
          <w:sz w:val="20"/>
        </w:rPr>
        <w:t>1:24:52  is ko is se koi problem hi koi hone wala nahi hai, har giz nahi.</w:t>
      </w:r>
      <w:r>
        <w:br/>
      </w:r>
      <w:r>
        <w:rPr>
          <w:sz w:val="20"/>
        </w:rPr>
        <w:t>1:24:57  koi ek aadmi is is se koi asar lene wala nahi hai.</w:t>
      </w:r>
      <w:r>
        <w:br/>
      </w:r>
      <w:r>
        <w:rPr>
          <w:sz w:val="20"/>
        </w:rPr>
        <w:t>1:25:03  lekin jab shorgul karenge aap to ahmiyat barh jayegi.</w:t>
      </w:r>
      <w:r>
        <w:br/>
      </w:r>
      <w:r>
        <w:rPr>
          <w:sz w:val="20"/>
        </w:rPr>
        <w:t>1:25:07  shorgul karne ki wajah se ahmiyat barh gayi is ki.</w:t>
      </w:r>
      <w:r>
        <w:br/>
      </w:r>
      <w:r>
        <w:rPr>
          <w:sz w:val="20"/>
        </w:rPr>
        <w:t>1:25:12  Maulana, un ka ek aur sawal hai.</w:t>
      </w:r>
      <w:r>
        <w:br/>
      </w:r>
      <w:r>
        <w:rPr>
          <w:sz w:val="20"/>
        </w:rPr>
        <w:t>1:25:15  انہوں نے لکھا ہے: "One of my students told me that after completing his studies, he would join</w:t>
      </w:r>
      <w:r>
        <w:br/>
      </w:r>
      <w:r>
        <w:rPr>
          <w:sz w:val="20"/>
        </w:rPr>
        <w:t>1:25:22  Jihad.</w:t>
      </w:r>
      <w:r>
        <w:br/>
      </w:r>
      <w:r>
        <w:rPr>
          <w:sz w:val="20"/>
        </w:rPr>
        <w:t>1:25:24  I asked him the reason for his doing so.</w:t>
      </w:r>
      <w:r>
        <w:br/>
      </w:r>
      <w:r>
        <w:rPr>
          <w:sz w:val="20"/>
        </w:rPr>
        <w:t>1:25:28  He replied that our brothers are being killed in Assam.</w:t>
      </w:r>
      <w:r>
        <w:br/>
      </w:r>
      <w:r>
        <w:rPr>
          <w:sz w:val="20"/>
        </w:rPr>
        <w:t>1:25:32  "How can we remain silent at such oppression? We have to retaliate." Maulana, what is your? Dekhiye, yeh</w:t>
      </w:r>
      <w:r>
        <w:br/>
      </w:r>
      <w:r>
        <w:rPr>
          <w:sz w:val="20"/>
        </w:rPr>
        <w:t>1:25:40  sara mamla yeh hai ke musalmanon ke jo so called jo leader hain, bilkul musalmanon mein third class</w:t>
      </w:r>
      <w:r>
        <w:br/>
      </w:r>
      <w:r>
        <w:rPr>
          <w:sz w:val="20"/>
        </w:rPr>
        <w:t>1:25:47  log jo hain, aa kar ke bolte hain.</w:t>
      </w:r>
      <w:r>
        <w:br/>
      </w:r>
      <w:r>
        <w:rPr>
          <w:sz w:val="20"/>
        </w:rPr>
        <w:t>1:25:51  aur is mein stage par aur urdu akhbaron mein chhapta hai.</w:t>
      </w:r>
      <w:r>
        <w:br/>
      </w:r>
      <w:r>
        <w:rPr>
          <w:sz w:val="20"/>
        </w:rPr>
        <w:t>1:25:56  ziyadatar urdu akhbaron mein yeh sab baatein hoti hain.</w:t>
      </w:r>
      <w:r>
        <w:br/>
      </w:r>
      <w:r>
        <w:rPr>
          <w:sz w:val="20"/>
        </w:rPr>
        <w:t>1:26:00  phir woh samajhte hain ke wahan zulm ho raha hai.</w:t>
      </w:r>
      <w:r>
        <w:br/>
      </w:r>
      <w:r>
        <w:rPr>
          <w:sz w:val="20"/>
        </w:rPr>
        <w:t>1:26:04  akhbari reporton mein one sided reporting hoti hai, yak tarfa reporting hoti hai.</w:t>
      </w:r>
      <w:r>
        <w:br/>
      </w:r>
      <w:r>
        <w:rPr>
          <w:sz w:val="20"/>
        </w:rPr>
        <w:t>1:26:09  yani khud musalmanon ne kya kiya, yeh nahi hoti.</w:t>
      </w:r>
      <w:r>
        <w:br/>
      </w:r>
      <w:r>
        <w:rPr>
          <w:sz w:val="20"/>
        </w:rPr>
        <w:t>1:26:13  main is ki ek misaal deta hoon ke Burma mein aap internet se check kar lijiye ke Burma</w:t>
      </w:r>
      <w:r>
        <w:br/>
      </w:r>
      <w:r>
        <w:rPr>
          <w:sz w:val="20"/>
        </w:rPr>
        <w:t>1:26:21  mein mashhoor hai ke Burma mein zulm ho raha hai, zulm ho raha hai, zulm ho raha hai.</w:t>
      </w:r>
      <w:r>
        <w:br/>
      </w:r>
      <w:r>
        <w:rPr>
          <w:sz w:val="20"/>
        </w:rPr>
        <w:t>1:26:29  musalmanon ko maar rahe hain.</w:t>
      </w:r>
      <w:r>
        <w:br/>
      </w:r>
      <w:r>
        <w:rPr>
          <w:sz w:val="20"/>
        </w:rPr>
        <w:t>1:26:31  to in dilli ke kuch yahi jo so called leader hain musalmanon ke, unhon ne dilli ke jo</w:t>
      </w:r>
      <w:r>
        <w:br/>
      </w:r>
      <w:r>
        <w:rPr>
          <w:sz w:val="20"/>
        </w:rPr>
        <w:t>1:26:38  burma ka ambassador hai, is ko letter likha ke sahib, aap se milna chahte hain is jo zulm</w:t>
      </w:r>
      <w:r>
        <w:br/>
      </w:r>
      <w:r>
        <w:rPr>
          <w:sz w:val="20"/>
        </w:rPr>
        <w:t>1:26:46  musalmanon ke khilaf ho raha hai, is se baat karne ke liye.</w:t>
      </w:r>
      <w:r>
        <w:br/>
      </w:r>
      <w:r>
        <w:rPr>
          <w:sz w:val="20"/>
        </w:rPr>
        <w:t>1:26:51  to is ne ek letter likha.</w:t>
      </w:r>
      <w:r>
        <w:br/>
      </w:r>
      <w:r>
        <w:rPr>
          <w:sz w:val="20"/>
        </w:rPr>
        <w:t>1:26:54  is letter ko is ne internet pe daal diya.</w:t>
      </w:r>
      <w:r>
        <w:br/>
      </w:r>
      <w:r>
        <w:rPr>
          <w:sz w:val="20"/>
        </w:rPr>
        <w:t>1:26:58  aap dekh sakte ho is letter ko.</w:t>
      </w:r>
      <w:r>
        <w:br/>
      </w:r>
      <w:r>
        <w:rPr>
          <w:sz w:val="20"/>
        </w:rPr>
        <w:t>1:27:01  burma ke safeer ne jo dilli mein hai, us ne kaha ke aap log waqiaat se ko ko</w:t>
      </w:r>
      <w:r>
        <w:br/>
      </w:r>
      <w:r>
        <w:rPr>
          <w:sz w:val="20"/>
        </w:rPr>
        <w:t>1:27:08  poori tarah se li jiye.</w:t>
      </w:r>
      <w:r>
        <w:br/>
      </w:r>
      <w:r>
        <w:rPr>
          <w:sz w:val="20"/>
        </w:rPr>
        <w:t>1:27:10  aap be khabar hain is waqie se.</w:t>
      </w:r>
      <w:r>
        <w:br/>
      </w:r>
      <w:r>
        <w:rPr>
          <w:sz w:val="20"/>
        </w:rPr>
        <w:t>1:27:13  us ne kaha ke wahan par aisa hua ke ek ek buddhist larki ko, buddhist larki ko kai</w:t>
      </w:r>
      <w:r>
        <w:br/>
      </w:r>
      <w:r>
        <w:rPr>
          <w:sz w:val="20"/>
        </w:rPr>
        <w:t>1:27:21  musalman larkon ne gang rape kiya aur phir maar bhi dala is ko.</w:t>
      </w:r>
      <w:r>
        <w:br/>
      </w:r>
      <w:r>
        <w:rPr>
          <w:sz w:val="20"/>
        </w:rPr>
        <w:t>1:27:26  to zahir hai ke use sirf use yeh to wahan par activator hona hi tha.</w:t>
      </w:r>
      <w:r>
        <w:br/>
      </w:r>
      <w:r>
        <w:rPr>
          <w:sz w:val="20"/>
        </w:rPr>
        <w:t>1:27:33  yeh sab baatein aap dekhein, internet maujood hai.</w:t>
      </w:r>
      <w:r>
        <w:br/>
      </w:r>
      <w:r>
        <w:rPr>
          <w:sz w:val="20"/>
        </w:rPr>
        <w:t>1:27:36  to is tarah ki hum hum hum huma kaana harkatein jo ki jaati hain, is ko report nahi</w:t>
      </w:r>
      <w:r>
        <w:br/>
      </w:r>
      <w:r>
        <w:rPr>
          <w:sz w:val="20"/>
        </w:rPr>
        <w:t>1:27:44  karte akhbar wale.</w:t>
      </w:r>
      <w:r>
        <w:br/>
      </w:r>
      <w:r>
        <w:rPr>
          <w:sz w:val="20"/>
        </w:rPr>
        <w:t>1:27:45  is ke retaliation ki report karte hain.</w:t>
      </w:r>
      <w:r>
        <w:br/>
      </w:r>
      <w:r>
        <w:rPr>
          <w:sz w:val="20"/>
        </w:rPr>
        <w:t>1:27:48  in ko main kehta hoon one sided reporting.</w:t>
      </w:r>
      <w:r>
        <w:br/>
      </w:r>
      <w:r>
        <w:rPr>
          <w:sz w:val="20"/>
        </w:rPr>
        <w:t>1:27:52  to yeh yeh yeh yeh sab se zyada yeh musalmanon ke akhbar hain, woh aag lagate hain.</w:t>
      </w:r>
      <w:r>
        <w:br/>
      </w:r>
      <w:r>
        <w:rPr>
          <w:sz w:val="20"/>
        </w:rPr>
        <w:t>1:27:59  musalmanon ke akhbar mein sab se zyada one sided reporting hoti hai.</w:t>
      </w:r>
      <w:r>
        <w:br/>
      </w:r>
      <w:r>
        <w:rPr>
          <w:sz w:val="20"/>
        </w:rPr>
        <w:t>1:28:04  main ne ek mazmoon likha tha ke musalmanon ki jo sahafat hai, woh yellow sahafat, yellow journals ki</w:t>
      </w:r>
      <w:r>
        <w:br/>
      </w:r>
      <w:r>
        <w:rPr>
          <w:sz w:val="20"/>
        </w:rPr>
        <w:t>1:28:12  sab se badi misaal hai.</w:t>
      </w:r>
      <w:r>
        <w:br/>
      </w:r>
      <w:r>
        <w:rPr>
          <w:sz w:val="20"/>
        </w:rPr>
        <w:t>1:28:14  jitne musalmanon ke akhbarat hain, chahe urdu ho ya angrezi na ho, sab yellow journals ki misaal hote</w:t>
      </w:r>
      <w:r>
        <w:br/>
      </w:r>
      <w:r>
        <w:rPr>
          <w:sz w:val="20"/>
        </w:rPr>
        <w:t>1:28:22  hain.</w:t>
      </w:r>
      <w:r>
        <w:br/>
      </w:r>
      <w:r>
        <w:rPr>
          <w:sz w:val="20"/>
        </w:rPr>
        <w:t>1:28:23  yani adhi baat na kehna, adhi baat kehna, ise log bhark bhark kar ke hote hain.</w:t>
      </w:r>
      <w:r>
        <w:br/>
      </w:r>
      <w:r>
        <w:rPr>
          <w:sz w:val="20"/>
        </w:rPr>
        <w:t>1:28:30  to assam mein kuch nahi hai, na burma mein kuch hai.</w:t>
      </w:r>
      <w:r>
        <w:br/>
      </w:r>
      <w:r>
        <w:rPr>
          <w:sz w:val="20"/>
        </w:rPr>
        <w:t>1:28:35  har jagah musalmanon ko batana chahiye ke tum ne jo hamakatein ki thin, us ko band karo.</w:t>
      </w:r>
      <w:r>
        <w:br/>
      </w:r>
      <w:r>
        <w:rPr>
          <w:sz w:val="20"/>
        </w:rPr>
        <w:t>1:28:42  yeh detilation hai.</w:t>
      </w:r>
      <w:r>
        <w:br/>
      </w:r>
      <w:r>
        <w:rPr>
          <w:sz w:val="20"/>
        </w:rPr>
        <w:t>1:28:44  retilation ko woh zulm batate hain.</w:t>
      </w:r>
      <w:r>
        <w:br/>
      </w:r>
      <w:r>
        <w:rPr>
          <w:sz w:val="20"/>
        </w:rPr>
        <w:t>1:28:46  burma mein bhi retilation hai, assam mein bhi retilation hai.</w:t>
      </w:r>
      <w:r>
        <w:br/>
      </w:r>
      <w:r>
        <w:rPr>
          <w:sz w:val="20"/>
        </w:rPr>
        <w:t>1:28:51  to jo jo talib ilm bechara aisa soch raha hai, woh woh jante hi nahin kuch.</w:t>
      </w:r>
      <w:r>
        <w:br/>
      </w:r>
      <w:r>
        <w:rPr>
          <w:sz w:val="20"/>
        </w:rPr>
        <w:t>1:28:57  is ko haq khabar nahin hai.</w:t>
      </w:r>
      <w:r>
        <w:br/>
      </w:r>
      <w:r>
        <w:rPr>
          <w:sz w:val="20"/>
        </w:rPr>
        <w:t>1:29:00  is musalman ke akhbar ne parh liya, is ne samajhta hai ke yahi waqea hai.</w:t>
      </w:r>
      <w:r>
        <w:br/>
      </w:r>
      <w:r>
        <w:rPr>
          <w:sz w:val="20"/>
        </w:rPr>
        <w:t>1:29:06  halankeh musalmanon ke akhbar mein yak tarfa reporting rehti hai.</w:t>
      </w:r>
      <w:r>
        <w:br/>
      </w:r>
      <w:r>
        <w:rPr>
          <w:sz w:val="20"/>
        </w:rPr>
        <w:t>1:29:10  to is ko agar samjha diya jaye ke tum poori soorat-e-haal ko pata karo ke kya hai, to</w:t>
      </w:r>
      <w:r>
        <w:br/>
      </w:r>
      <w:r>
        <w:rPr>
          <w:sz w:val="20"/>
        </w:rPr>
        <w:t>1:29:18  maloom hoga ke ke musalman innocent nahin hai.</w:t>
      </w:r>
      <w:r>
        <w:br/>
      </w:r>
      <w:r>
        <w:rPr>
          <w:sz w:val="20"/>
        </w:rPr>
        <w:t>1:29:21  yani musalmanon ka koi innocent dikhate hain.</w:t>
      </w:r>
      <w:r>
        <w:br/>
      </w:r>
      <w:r>
        <w:rPr>
          <w:sz w:val="20"/>
        </w:rPr>
        <w:t>1:29:24  sare urdu urdu akhbarat aur musalmanon ke angrezi akhbar urdu akhbar jitne hain, musalmanon ko innocent dikhate hain,</w:t>
      </w:r>
      <w:r>
        <w:br/>
      </w:r>
      <w:r>
        <w:rPr>
          <w:sz w:val="20"/>
        </w:rPr>
        <w:t>1:29:32  masoom bilkul.</w:t>
      </w:r>
      <w:r>
        <w:br/>
      </w:r>
      <w:r>
        <w:rPr>
          <w:sz w:val="20"/>
        </w:rPr>
        <w:t>1:29:34  isi se log bhadakte hain ke hum to bilkul innocent hain, hamare khilaf khwamkhwah zulm ho raha hai.</w:t>
      </w:r>
      <w:r>
        <w:br/>
      </w:r>
      <w:r>
        <w:rPr>
          <w:sz w:val="20"/>
        </w:rPr>
        <w:t>1:29:41  aur yeh bilkul aisa nahin hai.</w:t>
      </w:r>
      <w:r>
        <w:br/>
      </w:r>
      <w:r>
        <w:rPr>
          <w:sz w:val="20"/>
        </w:rPr>
        <w:t>1:29:44  aap is ki aik misaal bhi ban jati hai.</w:t>
      </w:r>
      <w:r>
        <w:br/>
      </w:r>
      <w:r>
        <w:rPr>
          <w:sz w:val="20"/>
        </w:rPr>
        <w:t>1:29:48  aap ko aap internet pe check kar lijiye ke burma ka safeer jo india mein hai, us ne</w:t>
      </w:r>
      <w:r>
        <w:br/>
      </w:r>
      <w:r>
        <w:rPr>
          <w:sz w:val="20"/>
        </w:rPr>
        <w:t>1:29:56  jo khat likha tha, us ko us ne daal diya hai internet par.</w:t>
      </w:r>
      <w:r>
        <w:br/>
      </w:r>
      <w:r>
        <w:rPr>
          <w:sz w:val="20"/>
        </w:rPr>
        <w:t>1:30:01  us ko us ko download kar ke parh lijiyee.</w:t>
      </w:r>
    </w:p>
    <w:p>
      <w:pPr>
        <w:pStyle w:val="Heading2"/>
      </w:pPr>
      <w:r>
        <w:t>Muslims' failure to understand democracy</w:t>
      </w:r>
    </w:p>
    <w:p>
      <w:r>
        <w:rPr>
          <w:color w:val="666666"/>
          <w:sz w:val="18"/>
        </w:rPr>
        <w:t>Society &amp; Dawah · Concept of Jihad in Islam September 7, 2014 · 5m 24s · at 1:09:47 · https://youtu.be/GnKBYM8HbuQ?t=4187</w:t>
      </w:r>
    </w:p>
    <w:p>
      <w:r>
        <w:rPr>
          <w:i/>
        </w:rPr>
        <w:t>“Why is it that Muslims failed to understand the importance of democracy which is exactly in accordance with the spirit of Islam?”</w:t>
      </w:r>
    </w:p>
    <w:p>
      <w:r>
        <w:rPr>
          <w:sz w:val="20"/>
        </w:rPr>
        <w:t>1:09:47  maulana, agla sawal doctor farida khanam ka hai, deli se.</w:t>
      </w:r>
      <w:r>
        <w:br/>
      </w:r>
      <w:r>
        <w:rPr>
          <w:sz w:val="20"/>
        </w:rPr>
        <w:t>1:09:51  unhon ne likha hai ke why is it that Muslims failed to understand the importance of democracy which</w:t>
      </w:r>
      <w:r>
        <w:br/>
      </w:r>
      <w:r>
        <w:rPr>
          <w:sz w:val="20"/>
        </w:rPr>
        <w:t>1:09:59  is exactly in accordance with the spirit of Islam dekhiye, Quran mein khud jamhooriyat ka usool maujood hai.</w:t>
      </w:r>
      <w:r>
        <w:br/>
      </w:r>
      <w:r>
        <w:rPr>
          <w:sz w:val="20"/>
        </w:rPr>
        <w:t>1:10:07  amruhum shura baynahum yahi to jamhooriyat hai.</w:t>
      </w:r>
      <w:r>
        <w:br/>
      </w:r>
      <w:r>
        <w:rPr>
          <w:sz w:val="20"/>
        </w:rPr>
        <w:t>1:10:10  asal cheez yeh hui, is se pehle mein yeh baat arz kar chuka hoon ke jis zamane mein</w:t>
      </w:r>
      <w:r>
        <w:br/>
      </w:r>
      <w:r>
        <w:rPr>
          <w:sz w:val="20"/>
        </w:rPr>
        <w:t>1:10:17  jamhooriyat aayi, western civilization aayi, modern taraqqiyan aayin, modern communication aayi, yeh sari press ka zamana aaya.</w:t>
      </w:r>
      <w:r>
        <w:br/>
      </w:r>
      <w:r>
        <w:rPr>
          <w:sz w:val="20"/>
        </w:rPr>
        <w:t>1:10:25  jis zamane mein, theek usi zamane mein aik waqea hua, woh kya hai? colonialism aa gaya.</w:t>
      </w:r>
      <w:r>
        <w:br/>
      </w:r>
      <w:r>
        <w:rPr>
          <w:sz w:val="20"/>
        </w:rPr>
        <w:t>1:10:31  yani Europe ki taqatein dunya mein phaili aur unhon ne Muslim mulkon mein jagah jagah apna dabdaba qaim</w:t>
      </w:r>
      <w:r>
        <w:br/>
      </w:r>
      <w:r>
        <w:rPr>
          <w:sz w:val="20"/>
        </w:rPr>
        <w:t>1:10:39  kar liya.</w:t>
      </w:r>
      <w:r>
        <w:br/>
      </w:r>
      <w:r>
        <w:rPr>
          <w:sz w:val="20"/>
        </w:rPr>
        <w:t>1:10:40  is ke jo musalmanon mein political reaction hua, wahi political reaction musalmanon mein chha gaya, aaj</w:t>
      </w:r>
      <w:r>
        <w:br/>
      </w:r>
      <w:r>
        <w:rPr>
          <w:sz w:val="20"/>
        </w:rPr>
        <w:t>1:10:48  tak chhaya hua hai.</w:t>
      </w:r>
      <w:r>
        <w:br/>
      </w:r>
      <w:r>
        <w:rPr>
          <w:sz w:val="20"/>
        </w:rPr>
        <w:t>1:10:50  wo be khabar ho gaye ke yeh jo tarqqiyan hain, is ko hum ne dawat ke liye avail</w:t>
      </w:r>
      <w:r>
        <w:br/>
      </w:r>
      <w:r>
        <w:rPr>
          <w:sz w:val="20"/>
        </w:rPr>
        <w:t>1:10:57  karna hai.</w:t>
      </w:r>
      <w:r>
        <w:br/>
      </w:r>
      <w:r>
        <w:rPr>
          <w:sz w:val="20"/>
        </w:rPr>
        <w:t>1:10:59  dawat ke liye avail karna hai.</w:t>
      </w:r>
      <w:r>
        <w:br/>
      </w:r>
      <w:r>
        <w:rPr>
          <w:sz w:val="20"/>
        </w:rPr>
        <w:t>1:11:01  hamare haan Adam Barg mein ek khandan ka mujhe pata hai, pachees saal tak wo log ladte rahe</w:t>
      </w:r>
      <w:r>
        <w:br/>
      </w:r>
      <w:r>
        <w:rPr>
          <w:sz w:val="20"/>
        </w:rPr>
        <w:t>1:11:09  aapas mein.</w:t>
      </w:r>
      <w:r>
        <w:br/>
      </w:r>
      <w:r>
        <w:rPr>
          <w:sz w:val="20"/>
        </w:rPr>
        <w:t>1:11:11  do family, do zameendar family, pachees saal tak.</w:t>
      </w:r>
      <w:r>
        <w:br/>
      </w:r>
      <w:r>
        <w:rPr>
          <w:sz w:val="20"/>
        </w:rPr>
        <w:t>1:11:14  yeh meri aankhon ke samne ki baat hai.</w:t>
      </w:r>
      <w:r>
        <w:br/>
      </w:r>
      <w:r>
        <w:rPr>
          <w:sz w:val="20"/>
        </w:rPr>
        <w:t>1:11:18  aur kuch, koi, kuch nahi, in ko hum maar rahe hain, in ko hum maar rahe hain, in</w:t>
      </w:r>
      <w:r>
        <w:br/>
      </w:r>
      <w:r>
        <w:rPr>
          <w:sz w:val="20"/>
        </w:rPr>
        <w:t>1:11:25  ka khet kaat rahe hain, in ka khet kaat rahe hain.</w:t>
      </w:r>
      <w:r>
        <w:br/>
      </w:r>
      <w:r>
        <w:rPr>
          <w:sz w:val="20"/>
        </w:rPr>
        <w:t>1:11:30  yeh mere samne ki baat hai.</w:t>
      </w:r>
      <w:r>
        <w:br/>
      </w:r>
      <w:r>
        <w:rPr>
          <w:sz w:val="20"/>
        </w:rPr>
        <w:t>1:11:33  bohat baad ko unhon ne daryaft kiya ke ab to education ka zamana hai.</w:t>
      </w:r>
      <w:r>
        <w:br/>
      </w:r>
      <w:r>
        <w:rPr>
          <w:sz w:val="20"/>
        </w:rPr>
        <w:t>1:11:39  education ka zamana hai, hum kyun lad rahe hain khwamkhwah? Ab isi family ke mutaliq mujhe pata hai,</w:t>
      </w:r>
      <w:r>
        <w:br/>
      </w:r>
      <w:r>
        <w:rPr>
          <w:sz w:val="20"/>
        </w:rPr>
        <w:t>1:11:46  abhi mein gaya tha Adam Barg.</w:t>
      </w:r>
      <w:r>
        <w:br/>
      </w:r>
      <w:r>
        <w:rPr>
          <w:sz w:val="20"/>
        </w:rPr>
        <w:t>1:11:49  Ab isi family ke koi professor hai, koi engineer hai, koi doctor hai.</w:t>
      </w:r>
      <w:r>
        <w:br/>
      </w:r>
      <w:r>
        <w:rPr>
          <w:sz w:val="20"/>
        </w:rPr>
        <w:t>1:11:54  Ab chhod diya unhon ne ladai bhadai.</w:t>
      </w:r>
      <w:r>
        <w:br/>
      </w:r>
      <w:r>
        <w:rPr>
          <w:sz w:val="20"/>
        </w:rPr>
        <w:t>1:11:57  to unhein khabar nahi thi, un families ko yeh khabar nahi thi ke wo family jeete the purane</w:t>
      </w:r>
      <w:r>
        <w:br/>
      </w:r>
      <w:r>
        <w:rPr>
          <w:sz w:val="20"/>
        </w:rPr>
        <w:t>1:12:05  tribal age mein.</w:t>
      </w:r>
      <w:r>
        <w:br/>
      </w:r>
      <w:r>
        <w:rPr>
          <w:sz w:val="20"/>
        </w:rPr>
        <w:t>1:12:07  jab ladai bhadai hai, sab kuch hoti thi.</w:t>
      </w:r>
      <w:r>
        <w:br/>
      </w:r>
      <w:r>
        <w:rPr>
          <w:sz w:val="20"/>
        </w:rPr>
        <w:t>1:12:10  wa ahya ana la bakhr akheen iza ma lam yajid allahu akhanana to isi obsession mein the ke ladna</w:t>
      </w:r>
      <w:r>
        <w:br/>
      </w:r>
      <w:r>
        <w:rPr>
          <w:sz w:val="20"/>
        </w:rPr>
        <w:t>1:12:18  bhadna koi kaam hai.</w:t>
      </w:r>
      <w:r>
        <w:br/>
      </w:r>
      <w:r>
        <w:rPr>
          <w:sz w:val="20"/>
        </w:rPr>
        <w:t>1:12:19  phir unhein pata chal gaya ke nahi, yeh to education ka zamana hai.</w:t>
      </w:r>
      <w:r>
        <w:br/>
      </w:r>
      <w:r>
        <w:rPr>
          <w:sz w:val="20"/>
        </w:rPr>
        <w:t>1:12:25  education lo, aap tarqqiyan karo, khoob khoob.</w:t>
      </w:r>
      <w:r>
        <w:br/>
      </w:r>
      <w:r>
        <w:rPr>
          <w:sz w:val="20"/>
        </w:rPr>
        <w:t>1:12:28  ab isi family ka koi aadmi london mein hai, koi aadmi kahin kahan hai, koi kahan hai, koi</w:t>
      </w:r>
      <w:r>
        <w:br/>
      </w:r>
      <w:r>
        <w:rPr>
          <w:sz w:val="20"/>
        </w:rPr>
        <w:t>1:12:36  doctor hai, koi engineer hai, koi kuch hai.</w:t>
      </w:r>
      <w:r>
        <w:br/>
      </w:r>
      <w:r>
        <w:rPr>
          <w:sz w:val="20"/>
        </w:rPr>
        <w:t>1:12:39  asal mein yeh hai sara unawareness.</w:t>
      </w:r>
      <w:r>
        <w:br/>
      </w:r>
      <w:r>
        <w:rPr>
          <w:sz w:val="20"/>
        </w:rPr>
        <w:t>1:12:42  musalman jante hi nahin, abhi bhi qaumi hesiyat se ke dunya mein ek naya daur aa gaya hai.</w:t>
      </w:r>
      <w:r>
        <w:br/>
      </w:r>
      <w:r>
        <w:rPr>
          <w:sz w:val="20"/>
        </w:rPr>
        <w:t>1:12:49  woh isi daur mein jee rahe hain, tribal age mein.</w:t>
      </w:r>
      <w:r>
        <w:br/>
      </w:r>
      <w:r>
        <w:rPr>
          <w:sz w:val="20"/>
        </w:rPr>
        <w:t>1:12:53  aur wohi gun chala rahe hain, wohi bomb chala rahe hain.</w:t>
      </w:r>
      <w:r>
        <w:br/>
      </w:r>
      <w:r>
        <w:rPr>
          <w:sz w:val="20"/>
        </w:rPr>
        <w:t>1:12:58  to hamara jo mission hai, sach poochhein to logon ko is unawareness se bahar lana.</w:t>
      </w:r>
      <w:r>
        <w:br/>
      </w:r>
      <w:r>
        <w:rPr>
          <w:sz w:val="20"/>
        </w:rPr>
        <w:t>1:13:04  is unawareness se bahar lana.</w:t>
      </w:r>
      <w:r>
        <w:br/>
      </w:r>
      <w:r>
        <w:rPr>
          <w:sz w:val="20"/>
        </w:rPr>
        <w:t>1:13:07  jitne musalman bahar aayenge, jaise maine Adam Berg ki family ki baat batai na, wohi poori</w:t>
      </w:r>
      <w:r>
        <w:br/>
      </w:r>
      <w:r>
        <w:rPr>
          <w:sz w:val="20"/>
        </w:rPr>
        <w:t>1:13:14  ummat ka haal wohi ho jayega.</w:t>
      </w:r>
      <w:r>
        <w:br/>
      </w:r>
      <w:r>
        <w:rPr>
          <w:sz w:val="20"/>
        </w:rPr>
        <w:t>1:13:17  maulana, yeh ek comment aaya hai jo Maulana Iqbal Umri ne bheja hai Chennai se.</w:t>
      </w:r>
      <w:r>
        <w:br/>
      </w:r>
      <w:r>
        <w:rPr>
          <w:sz w:val="20"/>
        </w:rPr>
        <w:t>1:13:24  hum is ko parhte hain.</w:t>
      </w:r>
      <w:r>
        <w:br/>
      </w:r>
      <w:r>
        <w:rPr>
          <w:sz w:val="20"/>
        </w:rPr>
        <w:t>1:13:26  is mein likha hai: "aaj ki hadith al-jihad al-mazin mein jo shubah tha, woh khatam ho gaya.</w:t>
      </w:r>
      <w:r>
        <w:br/>
      </w:r>
      <w:r>
        <w:rPr>
          <w:sz w:val="20"/>
        </w:rPr>
        <w:t>1:13:33  hadith ke mukammal alfaaz na milne se confusion tha.</w:t>
      </w:r>
      <w:r>
        <w:br/>
      </w:r>
      <w:r>
        <w:rPr>
          <w:sz w:val="20"/>
        </w:rPr>
        <w:t>1:13:37  ab yeh wazeh ho gaya ke alfaaz yeh hain: al-da'wah al-mazin ila yawm al-qiyamah.</w:t>
      </w:r>
      <w:r>
        <w:br/>
      </w:r>
      <w:r>
        <w:rPr>
          <w:sz w:val="20"/>
        </w:rPr>
        <w:t>1:13:43  theek hai, yeh sahi hai, masha Allah, bohat sahi hai.</w:t>
      </w:r>
      <w:r>
        <w:br/>
      </w:r>
      <w:r>
        <w:rPr>
          <w:sz w:val="20"/>
        </w:rPr>
        <w:t>1:13:47  yani is ka matlab yeh hai ke dawah hamesha jaari rahegi qayamat tak.</w:t>
      </w:r>
      <w:r>
        <w:br/>
      </w:r>
      <w:r>
        <w:rPr>
          <w:sz w:val="20"/>
        </w:rPr>
        <w:t>1:13:53  jihad bil-saif nahin, dawah.</w:t>
      </w:r>
      <w:r>
        <w:br/>
      </w:r>
      <w:r>
        <w:rPr>
          <w:sz w:val="20"/>
        </w:rPr>
        <w:t>1:13:55  is ka matlab yeh hai.</w:t>
      </w:r>
      <w:r>
        <w:br/>
      </w:r>
      <w:r>
        <w:rPr>
          <w:sz w:val="20"/>
        </w:rPr>
        <w:t>1:13:57  Okay, so we will end this session.</w:t>
      </w:r>
      <w:r>
        <w:br/>
      </w:r>
      <w:r>
        <w:rPr>
          <w:sz w:val="20"/>
        </w:rPr>
        <w:t>1:14:00  There is one announcement: the Delhi Dawa Field team will be having their monthly meeting, so all the</w:t>
      </w:r>
      <w:r>
        <w:br/>
      </w:r>
      <w:r>
        <w:rPr>
          <w:sz w:val="20"/>
        </w:rPr>
        <w:t>1:14:08  members are requested to stay back after this session.</w:t>
      </w:r>
      <w:r>
        <w:br/>
      </w:r>
      <w:r>
        <w:rPr>
          <w:sz w:val="20"/>
        </w:rPr>
        <w:t>1:14:12  Thank you.</w:t>
      </w:r>
    </w:p>
    <w:p>
      <w:pPr>
        <w:pStyle w:val="Heading2"/>
      </w:pPr>
      <w:r>
        <w:t>Necessity of Muslim leader today</w:t>
      </w:r>
    </w:p>
    <w:p>
      <w:r>
        <w:rPr>
          <w:color w:val="666666"/>
          <w:sz w:val="18"/>
        </w:rPr>
        <w:t>Society &amp; Dawah · Divine Help September 22, 2015 · 6m 46s · at 36:17 · https://youtu.be/sozrNCif0Gg?t=2177</w:t>
      </w:r>
    </w:p>
    <w:p>
      <w:r>
        <w:rPr>
          <w:i/>
        </w:rPr>
        <w:t>“I have heard from many Muslims in the West say that they need a leader or a strong community leadership. What are your thoughts on this? Is a Muslim leader really needed in today's age?”</w:t>
      </w:r>
    </w:p>
    <w:p>
      <w:r>
        <w:rPr>
          <w:sz w:val="20"/>
        </w:rPr>
        <w:t>36:17  molana, agla sawal lete hain. yeh asad parvez sahib ne likha hai Kuwait se. unhon ne likha hai: "Molana, I have heard from many Muslims in the West say that they need a leader or a strong community leadership.</w:t>
      </w:r>
      <w:r>
        <w:br/>
      </w:r>
      <w:r>
        <w:rPr>
          <w:sz w:val="20"/>
        </w:rPr>
        <w:t>36:37  Molana, what are your thoughts on this? Is a Muslim leader really needed in today's age?"</w:t>
      </w:r>
      <w:r>
        <w:br/>
      </w:r>
      <w:r>
        <w:rPr>
          <w:sz w:val="20"/>
        </w:rPr>
        <w:t>36:46  dekhiye, yeh mere nazdeek bohat bari bhool hai. aaj musalman jo</w:t>
      </w:r>
      <w:r>
        <w:br/>
      </w:r>
      <w:r>
        <w:rPr>
          <w:sz w:val="20"/>
        </w:rPr>
        <w:t>36:59  lack of acceptance of leadership ka moamla hai, yeh lack of leadership ka moamla nahi hai. hamara jo hamara jo mission hai, hamare jo sathi hain, woh leadership to faraham kar rahe hain, to accept nahi karte musalman.</w:t>
      </w:r>
      <w:r>
        <w:br/>
      </w:r>
      <w:r>
        <w:rPr>
          <w:sz w:val="20"/>
        </w:rPr>
        <w:t>37:16  to maujooda zamane mein jo musalman aaya hai, woh lack of leadership ka hergiz nahi, hergiz nahi. woh lack of acceptance of leadership ka hai.</w:t>
      </w:r>
      <w:r>
        <w:br/>
      </w:r>
      <w:r>
        <w:rPr>
          <w:sz w:val="20"/>
        </w:rPr>
        <w:t>37:27  hamari poori team leadership to faraham kar rahi hai, is ko accept kijiye.</w:t>
      </w:r>
      <w:r>
        <w:br/>
      </w:r>
      <w:r>
        <w:rPr>
          <w:sz w:val="20"/>
        </w:rPr>
        <w:t>37:34  is ko support dijiye. is ko apna paisa dijiye, apni energy dijiye, apna time dijiye.</w:t>
      </w:r>
      <w:r>
        <w:br/>
      </w:r>
      <w:r>
        <w:rPr>
          <w:sz w:val="20"/>
        </w:rPr>
        <w:t>37:43  khawamkhwah leader nahi to leader ka aap koi shaitan nikle ga jo aap ka leader banay ga? leader aa chukay hain maidan mein, ab woh kaam kar rahay hain.</w:t>
      </w:r>
      <w:r>
        <w:br/>
      </w:r>
      <w:r>
        <w:rPr>
          <w:sz w:val="20"/>
        </w:rPr>
        <w:t>37:57  ji haan, to aaj ka jo masla lack of leadership ka hergiz nahi hai, lack of acceptance of leadership ka hai. maulana, aik comment aur sawal hai.</w:t>
      </w:r>
      <w:r>
        <w:br/>
      </w:r>
      <w:r>
        <w:rPr>
          <w:sz w:val="20"/>
        </w:rPr>
        <w:t>38:08  muhammad imran talha sahib ne bheja hai kareem nagar se.</w:t>
      </w:r>
      <w:r>
        <w:br/>
      </w:r>
      <w:r>
        <w:rPr>
          <w:sz w:val="20"/>
        </w:rPr>
        <w:t>38:13  unhon ne likha hai: "aaj baatein lecture mein jo huin, is se pata chala ke pehle sahaba aur tabieen quran phailatay thay.</w:t>
      </w:r>
      <w:r>
        <w:br/>
      </w:r>
      <w:r>
        <w:rPr>
          <w:sz w:val="20"/>
        </w:rPr>
        <w:t>38:23  aaj outsourcing ke zariye allah ka kaam ho raha hai. aaj to age of communication aa gayi hai. aur maulana, aap ne kaha ke secular logon se bhi allah deen ka kaam letay hain.</w:t>
      </w:r>
      <w:r>
        <w:br/>
      </w:r>
      <w:r>
        <w:rPr>
          <w:sz w:val="20"/>
        </w:rPr>
        <w:t>38:37  allah ki bohat bari blessing hai aaj ki age of communication mein</w:t>
      </w:r>
      <w:r>
        <w:br/>
      </w:r>
      <w:r>
        <w:rPr>
          <w:sz w:val="20"/>
        </w:rPr>
        <w:t>38:42  . technology ki waja se hi aaj hum sab log aap ke video ko live dekh pa rahay hain. alhamdulillah.</w:t>
      </w:r>
      <w:r>
        <w:br/>
      </w:r>
      <w:r>
        <w:rPr>
          <w:sz w:val="20"/>
        </w:rPr>
        <w:t>38:52  masha allah. maulana, mera sawal hai ke jab insan par koi mushkil aati hai to allah ki taraf se hai ya hamari galtiyon ki waja se hai?</w:t>
      </w:r>
      <w:r>
        <w:br/>
      </w:r>
      <w:r>
        <w:rPr>
          <w:sz w:val="20"/>
        </w:rPr>
        <w:t>39:02  hum is ko kesay maloom karein? dekhiye, yeh quran mein kai aayatein hain, is ko mutala kijiye aap.</w:t>
      </w:r>
      <w:r>
        <w:br/>
      </w:r>
      <w:r>
        <w:rPr>
          <w:sz w:val="20"/>
        </w:rPr>
        <w:t>39:11  hamari ghalt planning hoti hai, hamein apni planning ko sahi karna chahiye.</w:t>
      </w:r>
      <w:r>
        <w:br/>
      </w:r>
      <w:r>
        <w:rPr>
          <w:sz w:val="20"/>
        </w:rPr>
        <w:t>39:22  ghalt planning. aur musalman bar bar yeh kaam karte hain. misaal ke tor par dekhiye, falasteen mein israel aa gaye to khawamkhwah larh rahay hain.</w:t>
      </w:r>
      <w:r>
        <w:br/>
      </w:r>
      <w:r>
        <w:rPr>
          <w:sz w:val="20"/>
        </w:rPr>
        <w:t>39:35  mein khud kai baar gaya hoon wahan, woh bohat hi disciplined log</w:t>
      </w:r>
      <w:r>
        <w:br/>
      </w:r>
      <w:r>
        <w:rPr>
          <w:sz w:val="20"/>
        </w:rPr>
        <w:t>39:39  hain. woh modern education ko mili hui hai, woh jantay hain ke sachai ko accept karna hi karna hum scientist ka outlook hai.</w:t>
      </w:r>
      <w:r>
        <w:br/>
      </w:r>
      <w:r>
        <w:rPr>
          <w:sz w:val="20"/>
        </w:rPr>
        <w:t>39:50  yani mein aap ko aik misaal bataon ke hamare saathi gaye israel, wahan unhon ne quran ka stall lagaya.</w:t>
      </w:r>
      <w:r>
        <w:br/>
      </w:r>
      <w:r>
        <w:rPr>
          <w:sz w:val="20"/>
        </w:rPr>
        <w:t>40:06  to aap jantay hain ke wahan ziyada tar hebrew zaban chalti hai. hebrew zaban. to wahan par samjhanay ke maslay tha ke kesay bataya jaye ke yeh quran hai, yeh quran hai.</w:t>
      </w:r>
      <w:r>
        <w:br/>
      </w:r>
      <w:r>
        <w:rPr>
          <w:sz w:val="20"/>
        </w:rPr>
        <w:t>40:22  to yahoodi larkay kharay ho gaye, wahan khud hi khud. yahoodi larkay khud hi khud kharay ho gaye ke dekho bhai, yeh islam ki kitab hai, quran.</w:t>
      </w:r>
      <w:r>
        <w:br/>
      </w:r>
      <w:r>
        <w:rPr>
          <w:sz w:val="20"/>
        </w:rPr>
        <w:t>40:32  is ko is ke lo, is ko parho. khud hi khud lagay elaan karne. yeh door ki baat hai. musalman jantay hi nahi ke aaj ka yahoodi doosra hai, woh yahoodi nahi jo madinay mein tha.</w:t>
      </w:r>
      <w:r>
        <w:br/>
      </w:r>
      <w:r>
        <w:rPr>
          <w:sz w:val="20"/>
        </w:rPr>
        <w:t>40:47  jo yahoodi madinay mein tha, woh aaj nahi hai. aaj ke yahoodi woh hain jo diaspora mein gaya, europe, america mein.</w:t>
      </w:r>
      <w:r>
        <w:br/>
      </w:r>
      <w:r>
        <w:rPr>
          <w:sz w:val="20"/>
        </w:rPr>
        <w:t>40:57  aur wahan se train ho kar aaya israel. to yeh jo jo israel yahoodi, jo jo yahoodi israel mein hai, woh madinay se nahi aaya hai.</w:t>
      </w:r>
      <w:r>
        <w:br/>
      </w:r>
      <w:r>
        <w:rPr>
          <w:sz w:val="20"/>
        </w:rPr>
        <w:t>41:12  woh gaya europe mein, america mein. wahan us ki training hui. us ko naye ideas diye gaye. us ne taleem hasil ki.</w:t>
      </w:r>
      <w:r>
        <w:br/>
      </w:r>
      <w:r>
        <w:rPr>
          <w:sz w:val="20"/>
        </w:rPr>
        <w:t>41:20  phir woh lauta.</w:t>
      </w:r>
      <w:r>
        <w:br/>
      </w:r>
      <w:r>
        <w:rPr>
          <w:sz w:val="20"/>
        </w:rPr>
        <w:t>41:22  yeh musalman itna bhi nahi jantay. saaray arab is ko nahi jantay. saaray alam is ko nahi janta ke aaj ka yahoodi jo hai israel mein, woh lauta hua yahoodi hai.</w:t>
      </w:r>
      <w:r>
        <w:br/>
      </w:r>
      <w:r>
        <w:rPr>
          <w:sz w:val="20"/>
        </w:rPr>
        <w:t>41:34  yani pehle woh gaya diasp</w:t>
      </w:r>
      <w:r>
        <w:br/>
      </w:r>
      <w:r>
        <w:rPr>
          <w:sz w:val="20"/>
        </w:rPr>
        <w:t>41:36  ora mein. phir wahan pe us ki training hui. to us ki education hui. phir woh lauta america mein, europe mein. to woh to aap ka bana banaya madu hai.</w:t>
      </w:r>
      <w:r>
        <w:br/>
      </w:r>
      <w:r>
        <w:rPr>
          <w:sz w:val="20"/>
        </w:rPr>
        <w:t>41:46  jis ki maine misaal di aap ko. main teen baar gaya hoon Israel. aur bohat deep strategy bani ki hai. to aaj ka Yahoodi bilkul hi aik aur qaum hai.</w:t>
      </w:r>
      <w:r>
        <w:br/>
      </w:r>
      <w:r>
        <w:rPr>
          <w:sz w:val="20"/>
        </w:rPr>
        <w:t>42:02  woh qaum nahi hai jo Madine mein tha. yeh itni baat nahi jaante log. bas ladte hain, ladte hain. pathar maarte hain, bomb maarte hain.</w:t>
      </w:r>
      <w:r>
        <w:br/>
      </w:r>
      <w:r>
        <w:rPr>
          <w:sz w:val="20"/>
        </w:rPr>
        <w:t>42:12  kuch bhi nahi jaante bilkul. yahi to hai fitna-e-dajjal. isi ka naam fitna-e-dajjal hai. yaani andha fitna.</w:t>
      </w:r>
      <w:r>
        <w:br/>
      </w:r>
      <w:r>
        <w:rPr>
          <w:sz w:val="20"/>
        </w:rPr>
        <w:t>42:26  Professor Najma Siddiqui ne Delhi se comment likha hai: "The takeaways from your talk today are many.</w:t>
      </w:r>
      <w:r>
        <w:br/>
      </w:r>
      <w:r>
        <w:rPr>
          <w:sz w:val="20"/>
        </w:rPr>
        <w:t>42:36  Firstly, wherever you open the Quran, there is learning. It is not limited. May Allah open our minds to learn lessons and apply on ourselves.</w:t>
      </w:r>
      <w:r>
        <w:br/>
      </w:r>
      <w:r>
        <w:rPr>
          <w:sz w:val="20"/>
        </w:rPr>
        <w:t>42:48  Secondly, the two phases of Quran expansion, the concept of outsourcing, the way you have explained, makes a lot of sense." Jazak Allah Maulana.</w:t>
      </w:r>
    </w:p>
    <w:p>
      <w:pPr>
        <w:pStyle w:val="Heading2"/>
      </w:pPr>
      <w:r>
        <w:t>Overcoming negativity from rejection in dawah</w:t>
      </w:r>
    </w:p>
    <w:p>
      <w:r>
        <w:rPr>
          <w:color w:val="666666"/>
          <w:sz w:val="18"/>
        </w:rPr>
        <w:t>Society &amp; Dawah · Contemplation on The Quran December 16, 2018 Maulana Wahiduddin Khan · 6m 22s · at 57:22 · https://youtu.be/bSOe1_KKEYk?t=3442</w:t>
      </w:r>
    </w:p>
    <w:p>
      <w:r>
        <w:rPr>
          <w:i/>
        </w:rPr>
        <w:t>“While distributing the Holy Quran and other literature among non-Muslims, sometimes it happens that some people don't accept the literature and they return it back. At that time I confront a feeling of negativity. That feeling discourages me a bit. How to overcome such a negative feeling?”</w:t>
      </w:r>
    </w:p>
    <w:p>
      <w:r>
        <w:rPr>
          <w:sz w:val="20"/>
        </w:rPr>
        <w:t>57:22  Maulana, agla sawal lete hain. yeh Kashmir se bheja hai Miss Heena Manzoor ne. unhon ne likha hai ke "while distributing the holy Quran or other literature among non Muslims,</w:t>
      </w:r>
      <w:r>
        <w:br/>
      </w:r>
      <w:r>
        <w:rPr>
          <w:sz w:val="20"/>
        </w:rPr>
        <w:t>57:35  sometimes it happens that some people don't accept the literature and they return it back. at that time I confront a feeling of negativity.</w:t>
      </w:r>
      <w:r>
        <w:br/>
      </w:r>
      <w:r>
        <w:rPr>
          <w:sz w:val="20"/>
        </w:rPr>
        <w:t>57:48  that feeling discourages me a bit." Maulana sahib, my question is how to overcome such a negative feeling? dekhiye, aap ki negative feeling bilkul baseless hai, baseless,</w:t>
      </w:r>
      <w:r>
        <w:br/>
      </w:r>
      <w:r>
        <w:rPr>
          <w:sz w:val="20"/>
        </w:rPr>
        <w:t>58:05  baseless hai. kyunke dekhiye, ek lakh se zyada Allah ne payghambar bheje, sab arsalna rusulana tatra,</w:t>
      </w:r>
      <w:r>
        <w:br/>
      </w:r>
      <w:r>
        <w:rPr>
          <w:sz w:val="20"/>
        </w:rPr>
        <w:t>58:21  aur khud Quran ki gawahi hai ke sare nabiyon ko un ke zamane ki qaum ne radd kar diya, radd kar diya.</w:t>
      </w:r>
      <w:r>
        <w:br/>
      </w:r>
      <w:r>
        <w:rPr>
          <w:sz w:val="20"/>
        </w:rPr>
        <w:t>58:36  to qayamat mein jab woh khare honge to un ke sath qaum ki bheed nahi hogi.</w:t>
      </w:r>
      <w:r>
        <w:br/>
      </w:r>
      <w:r>
        <w:rPr>
          <w:sz w:val="20"/>
        </w:rPr>
        <w:t>58:44  to aap ko to woh darja mil raha hai jo nabiyon ka darja hai.</w:t>
      </w:r>
      <w:r>
        <w:br/>
      </w:r>
      <w:r>
        <w:rPr>
          <w:sz w:val="20"/>
        </w:rPr>
        <w:t>58:52  kesi aap baat karte hain?</w:t>
      </w:r>
      <w:r>
        <w:br/>
      </w:r>
      <w:r>
        <w:rPr>
          <w:sz w:val="20"/>
        </w:rPr>
        <w:t>58:58  yani itne saare nabi Allah ki taraf se aaye aur</w:t>
      </w:r>
      <w:r>
        <w:br/>
      </w:r>
      <w:r>
        <w:rPr>
          <w:sz w:val="20"/>
        </w:rPr>
        <w:t>59:06  saare nabiyon ka muamla yeh hua ke un ki qaum ne un ko radd kar diya. woh Allah ke saamne khade honge gawahi dene ke liye ke maine Allah ka kalam pesh kar diya.</w:t>
      </w:r>
      <w:r>
        <w:br/>
      </w:r>
      <w:r>
        <w:rPr>
          <w:sz w:val="20"/>
        </w:rPr>
        <w:t>59:23  to aap ko woh darja mil raha hai. kesi ajib baat aap ne keh di.</w:t>
      </w:r>
      <w:r>
        <w:br/>
      </w:r>
      <w:r>
        <w:rPr>
          <w:sz w:val="20"/>
        </w:rPr>
        <w:t>59:32  yani</w:t>
      </w:r>
      <w:r>
        <w:br/>
      </w:r>
      <w:r>
        <w:rPr>
          <w:sz w:val="20"/>
        </w:rPr>
        <w:t>59:35  main jab gaya tha yerooshlem aur masjid aqsa mein namaz padhi thi to maine wahan dua ki thi ke khudaaya!</w:t>
      </w:r>
      <w:r>
        <w:br/>
      </w:r>
      <w:r>
        <w:rPr>
          <w:sz w:val="20"/>
        </w:rPr>
        <w:t>59:49  yeh woh maqam hai jahan tamam anbiya ikhatta hue aur rasool Allah sal Allah alaih wasallam ne un ki imamat ki.</w:t>
      </w:r>
      <w:r>
        <w:br/>
      </w:r>
      <w:r>
        <w:rPr>
          <w:sz w:val="20"/>
        </w:rPr>
        <w:t>1:00:00  to main ne kaha to tere nazdeek zamane mein aaj ka aur kal ka main ne koi farq nahin. to chahe to zamane ko samet de aur mujhe is zamane mein khada kar de jahan jab ke yahan rasool Allah namaz padh rahe the aur tamam sahaba un ke peeche khade hue, tamam anbiya se khadi hui thi.</w:t>
      </w:r>
      <w:r>
        <w:br/>
      </w:r>
      <w:r>
        <w:rPr>
          <w:sz w:val="20"/>
        </w:rPr>
        <w:t>1:00:22  to aap ko woh darja hasil hai ke anbiya ki saf mein khadi hui hain aap,</w:t>
      </w:r>
      <w:r>
        <w:br/>
      </w:r>
      <w:r>
        <w:rPr>
          <w:sz w:val="20"/>
        </w:rPr>
        <w:t>1:00:31  aap, aap ko Allah ki nemmat par shukr karna chahiye ke quran agar mehfooz na hota. yaad rakhiye, agar quran mehfooz na hota to yeh darja kaise milta hai aap ko?</w:t>
      </w:r>
      <w:r>
        <w:br/>
      </w:r>
      <w:r>
        <w:rPr>
          <w:sz w:val="20"/>
        </w:rPr>
        <w:t>1:00:45  jaise pichhle anbiya ki kitabein mehfooz nahin hain to un ke manne walon ke liye na nemmat hasil nahin hai.</w:t>
      </w:r>
      <w:r>
        <w:br/>
      </w:r>
      <w:r>
        <w:rPr>
          <w:sz w:val="20"/>
        </w:rPr>
        <w:t>1:00:56  pichhle anbiya par kitabein bheji gayin, woh mehfooz nahin hain. to quran mehfooz hai, as it is. is ki wajah se aap ko yeh darja mil raha hai ke aap nabiyon ke saf mein khade ho sake.</w:t>
      </w:r>
      <w:r>
        <w:br/>
      </w:r>
      <w:r>
        <w:rPr>
          <w:sz w:val="20"/>
        </w:rPr>
        <w:t>1:01:09  agar aap ke andar neeyat durust hai to hargiz negative khayalat mat laiye. aur jis aadmi ko aap quran pesh karein, woh chahe padha jaye ya taaq par rakh de, yeh aap ki zimmedari nahin hai.</w:t>
      </w:r>
      <w:r>
        <w:br/>
      </w:r>
      <w:r>
        <w:rPr>
          <w:sz w:val="20"/>
        </w:rPr>
        <w:t>1:01:31  aap ne is ke haath mein quran de diya to aap ki zimmedari poori ho gayi. to shukr kijiye ke Allah ne aap ko quran ko mehfooz kar ke aap ko yeh mauqa diya hai ke aap woh kaam kar rahe hain jo nabiyon ne kiya.</w:t>
      </w:r>
      <w:r>
        <w:br/>
      </w:r>
      <w:r>
        <w:rPr>
          <w:sz w:val="20"/>
        </w:rPr>
        <w:t>1:01:54  mus kawsar izhar ne usa se comment bheja hai. unhone likha hai:</w:t>
      </w:r>
      <w:r>
        <w:br/>
      </w:r>
      <w:r>
        <w:rPr>
          <w:sz w:val="20"/>
        </w:rPr>
        <w:t>1:02:01  "Maulana Gibbons, he had the human history in mind only when he portrayed the crimes and negativity of the humans. But when we read Quran with contemplation, we have greater picture of God's world, which is zero defect.</w:t>
      </w:r>
      <w:r>
        <w:br/>
      </w:r>
      <w:r>
        <w:rPr>
          <w:sz w:val="20"/>
        </w:rPr>
        <w:t>1:02:19  and when we use common sense, we see the hope for ourselves in this world. we need to make sure we are in nature and common sense." faisal saleem sahib ne likha hai, unhone apni location nahin likhi hai.</w:t>
      </w:r>
      <w:r>
        <w:br/>
      </w:r>
      <w:r>
        <w:rPr>
          <w:sz w:val="20"/>
        </w:rPr>
        <w:t>1:02:34  un ka comment hai: "molana sahib, once again, what a great session!</w:t>
      </w:r>
      <w:r>
        <w:br/>
      </w:r>
      <w:r>
        <w:rPr>
          <w:sz w:val="20"/>
        </w:rPr>
        <w:t>1:02:39  today i have learned that we need to use common sense to know the existence of god through with all the amenities available to us.</w:t>
      </w:r>
      <w:r>
        <w:br/>
      </w:r>
      <w:r>
        <w:rPr>
          <w:sz w:val="20"/>
        </w:rPr>
        <w:t>1:02:50  we just need to capitalize what we have received from god. automatically the presence of god will prevail." mashallah, mashallah!</w:t>
      </w:r>
      <w:r>
        <w:br/>
      </w:r>
      <w:r>
        <w:rPr>
          <w:sz w:val="20"/>
        </w:rPr>
        <w:t>1:03:01  ayaz ahmed sahib ne jamshedpur se likha hai: "alhamdulillah, quran ko tadabbur ke saath padho." molana, aap ne ek nayi baat hum par wazeh ki ke quran ke mutale ke liye sirf tafsir, tafsir padhna kafi nahin hai, balke khud tadabbur kiya jaye, tabhi aap ko pata chalega ke quran ke ajayeb kabhi khatam na honge.</w:t>
      </w:r>
      <w:r>
        <w:br/>
      </w:r>
      <w:r>
        <w:rPr>
          <w:sz w:val="20"/>
        </w:rPr>
        <w:t>1:03:27  molana, abhi tak hum log samajhte the ke mukhtalif tafaseer quran ko samajhne ka zariya hain. aaj aap ne hum sab ko ek naya zariya, ek naye zariye se quran samajhne ki baat batai.</w:t>
      </w:r>
      <w:r>
        <w:br/>
      </w:r>
      <w:r>
        <w:rPr>
          <w:sz w:val="20"/>
        </w:rPr>
        <w:t>1:03:40  alhamdulillah, mashallah!</w:t>
      </w:r>
    </w:p>
    <w:p>
      <w:pPr>
        <w:pStyle w:val="Heading2"/>
      </w:pPr>
      <w:r>
        <w:t>Overcoming westernophobia in Muslim community</w:t>
      </w:r>
    </w:p>
    <w:p>
      <w:r>
        <w:rPr>
          <w:color w:val="666666"/>
          <w:sz w:val="18"/>
        </w:rPr>
        <w:t>Society &amp; Dawah · How God Manages Human History December 23, 2018 · 7m 01s · at 1:10:40 · https://youtu.be/j_yxigrCl5U?t=4240</w:t>
      </w:r>
    </w:p>
    <w:p>
      <w:r>
        <w:rPr>
          <w:i/>
        </w:rPr>
        <w:t>“Due to biased culture and negative thinking, today Muslim community is unable to utilize Islam to spread the word of Islam. Maulana, how is it possible for us in such an atmosphere to get rid of westernophobia? Please guide us.”</w:t>
      </w:r>
    </w:p>
    <w:p>
      <w:r>
        <w:rPr>
          <w:sz w:val="20"/>
        </w:rPr>
        <w:t>1:10:40  maulana, agla sawal ah ashaq kamal qadri sahib ne kiya hai haiderabad se. unhon ne likha hai: "Due to biased culture and negative thinking, today Muslim community is unable to utilize Islam to spread the word of Islam.</w:t>
      </w:r>
      <w:r>
        <w:br/>
      </w:r>
      <w:r>
        <w:rPr>
          <w:sz w:val="20"/>
        </w:rPr>
        <w:t>1:10:59  maulana, how is how it is possible for us in such an atmosphere to get rid of westernophobia? Please guide us." bas logon ko samjhaiye, literature phailaiye,</w:t>
      </w:r>
      <w:r>
        <w:br/>
      </w:r>
      <w:r>
        <w:rPr>
          <w:sz w:val="20"/>
        </w:rPr>
        <w:t>1:11:15  communication ko istemal kijiye,</w:t>
      </w:r>
      <w:r>
        <w:br/>
      </w:r>
      <w:r>
        <w:rPr>
          <w:sz w:val="20"/>
        </w:rPr>
        <w:t>1:11:21  print media, electronic media dono ko istemal kijiye. bas yahi kafi hai.</w:t>
      </w:r>
      <w:r>
        <w:br/>
      </w:r>
      <w:r>
        <w:rPr>
          <w:sz w:val="20"/>
        </w:rPr>
        <w:t>1:11:30  naseer sunah sahib ne tamapur se likha hai: "maulana, ek hadith mein peshin goi hai ke aakhri zamane mein sher aur bakri sath mein charen ge.</w:t>
      </w:r>
      <w:r>
        <w:br/>
      </w:r>
      <w:r>
        <w:rPr>
          <w:sz w:val="20"/>
        </w:rPr>
        <w:t>1:11:43  shayad yeh wahi aman ka daur hai, aaj yeh yahi aman ka daur hai. maulana, kya yeh sahi hai?" dekhiye, sahi hai magar is mein condition ke ke sath hai.</w:t>
      </w:r>
      <w:r>
        <w:br/>
      </w:r>
      <w:r>
        <w:rPr>
          <w:sz w:val="20"/>
        </w:rPr>
        <w:t>1:11:55  sher aur bakri ek sath ka matlab yeh nahi hai ke physical sense mein, yeh matlab nahi hai. yeh possible ho gaya, ho jayega ke agar aadmi manage kar sake to yeh us ke us ko yeh faida utha sakta hai.</w:t>
      </w:r>
      <w:r>
        <w:br/>
      </w:r>
      <w:r>
        <w:rPr>
          <w:sz w:val="20"/>
        </w:rPr>
        <w:t>1:12:11  woh to aisi cheezen log manage karna jante nahi hain aur blame dete hain.</w:t>
      </w:r>
      <w:r>
        <w:br/>
      </w:r>
      <w:r>
        <w:rPr>
          <w:sz w:val="20"/>
        </w:rPr>
        <w:t>1:12:19  manage karna jante nahi hain aur blame dete hain.</w:t>
      </w:r>
      <w:r>
        <w:br/>
      </w:r>
      <w:r>
        <w:rPr>
          <w:sz w:val="20"/>
        </w:rPr>
        <w:t>1:12:24  aap you have to learn the art of management. is ke baad sab kuch woh hal ho jayega, sab kuch khatam.</w:t>
      </w:r>
      <w:r>
        <w:br/>
      </w:r>
      <w:r>
        <w:rPr>
          <w:sz w:val="20"/>
        </w:rPr>
        <w:t>1:12:37  art of management. maulana, dilli se management ka main ek misal deta hoon. yeh yeh divine method hai.</w:t>
      </w:r>
      <w:r>
        <w:br/>
      </w:r>
      <w:r>
        <w:rPr>
          <w:sz w:val="20"/>
        </w:rPr>
        <w:t>1:12:48  jaise main srinagar gaya to wahan ke maidan mein jab main dekh raha tha to ek shakhs ne bataya ke dekhiye, paharon par jo chamak raha hai, woh woh barf hai.</w:t>
      </w:r>
      <w:r>
        <w:br/>
      </w:r>
      <w:r>
        <w:rPr>
          <w:sz w:val="20"/>
        </w:rPr>
        <w:t>1:13:01  hum khade the aur paharon par chamak raha tha to woh woh barf thi. is waqt mujhe pehli bar discover hua ke khuda management ka tarika ikhtiyar karta hai.</w:t>
      </w:r>
      <w:r>
        <w:br/>
      </w:r>
      <w:r>
        <w:rPr>
          <w:sz w:val="20"/>
        </w:rPr>
        <w:t>1:13:17  yani yahan maidani ilaqe mein pani barta hai to mousla dhar barish hoti hai. pahari ilaqe mein mousla dhar barish nahi hoti.</w:t>
      </w:r>
      <w:r>
        <w:br/>
      </w:r>
      <w:r>
        <w:rPr>
          <w:sz w:val="20"/>
        </w:rPr>
        <w:t>1:13:29  wahan yeh jo snow kehte hain, us ko snow parti hai. to snow kya hai? woh mousla dhar barish ka badal hai.</w:t>
      </w:r>
      <w:r>
        <w:br/>
      </w:r>
      <w:r>
        <w:rPr>
          <w:sz w:val="20"/>
        </w:rPr>
        <w:t>1:13:43  yani upar se snow aati hai, bilkul rooi ke rooi ke tarike se woh jam jati hai, barf ban jati hai.</w:t>
      </w:r>
      <w:r>
        <w:br/>
      </w:r>
      <w:r>
        <w:rPr>
          <w:sz w:val="20"/>
        </w:rPr>
        <w:t>1:13:53  to barf kya cheez hai? woh is yeh store ki hui barish hai, store kiya hua pani hai.</w:t>
      </w:r>
      <w:r>
        <w:br/>
      </w:r>
      <w:r>
        <w:rPr>
          <w:sz w:val="20"/>
        </w:rPr>
        <w:t>1:14:05  ab woh barf jo hai, jam gayi aur dhire dhire dhoop se, suraj se pighalti hai, pighal ke koi behti hai.</w:t>
      </w:r>
      <w:r>
        <w:br/>
      </w:r>
      <w:r>
        <w:rPr>
          <w:sz w:val="20"/>
        </w:rPr>
        <w:t>1:14:19  to mousla dhar barish mein pani nadiyon ke zariye yahan se wahan pahunch jata hai. aur jahan pahari ilaqe hain, wahan nadiyaan is tarah ki nahi hoti hain jaise ke maidani ilaqe mein.</w:t>
      </w:r>
      <w:r>
        <w:br/>
      </w:r>
      <w:r>
        <w:rPr>
          <w:sz w:val="20"/>
        </w:rPr>
        <w:t>1:14:32  to woh to pahari ilaqon mein barf pighal kar ke pani pahunchata hai aur maidani ilaqon mein barish nadiyon ke zariye pahunchti hai.</w:t>
      </w:r>
      <w:r>
        <w:br/>
      </w:r>
      <w:r>
        <w:rPr>
          <w:sz w:val="20"/>
        </w:rPr>
        <w:t>1:14:50  jagah yeh hamare management hai. to management to khud khuda ka tarika hai, wohi insan ko karna chahiye.</w:t>
      </w:r>
      <w:r>
        <w:br/>
      </w:r>
      <w:r>
        <w:rPr>
          <w:sz w:val="20"/>
        </w:rPr>
        <w:t>1:15:10  maulana, dilli se mister ss poori ne sawal bheje hain. un ke do sawal jo milte julte hain, hum un ko lena chahenge.</w:t>
      </w:r>
      <w:r>
        <w:br/>
      </w:r>
      <w:r>
        <w:rPr>
          <w:sz w:val="20"/>
        </w:rPr>
        <w:t>1:15:19  unhon ne likha hai ke: "In today's saffron regime, will peaceful efforts bring any result?</w:t>
      </w:r>
      <w:r>
        <w:br/>
      </w:r>
      <w:r>
        <w:rPr>
          <w:sz w:val="20"/>
        </w:rPr>
        <w:t>1:15:29  if you talk against majority, you are you are termed as a traitor. kaho ya saho." phir un ka doosra sawal hai ke: "ji when isi ko pehle lijie.</w:t>
      </w:r>
      <w:r>
        <w:br/>
      </w:r>
      <w:r>
        <w:rPr>
          <w:sz w:val="20"/>
        </w:rPr>
        <w:t>1:15:41  ji yeh sab manta nahi. yeh to gaali ka lafz hai. saffron regime dekhiye, hamara tarika islam ka tarika yeh hai ke kisi ko wohi kaho jo khud apna naam de rakha hai us ne.</w:t>
      </w:r>
      <w:r>
        <w:br/>
      </w:r>
      <w:r>
        <w:rPr>
          <w:sz w:val="20"/>
        </w:rPr>
        <w:t>1:15:54  agar aap ne woh kaha hai ke yeh saffron regime hai to kahiye un ko. nahi to woh gaali hai.</w:t>
      </w:r>
      <w:r>
        <w:br/>
      </w:r>
      <w:r>
        <w:rPr>
          <w:sz w:val="20"/>
        </w:rPr>
        <w:t>1:16:02  jaise qadiyani apne ko qadiyani nahi kehte to aap un ko qadiyani kahein to yeh gaali ho jayega. woh apne ko ahmadi kehte hain to aap bhi ahmadi kahein.</w:t>
      </w:r>
      <w:r>
        <w:br/>
      </w:r>
      <w:r>
        <w:rPr>
          <w:sz w:val="20"/>
        </w:rPr>
        <w:t>1:16:12  apna naam jo unhon ne de rakha hai, wohi lijiye. doosra naam mat lijiye. to woh apne ko saffron regime nahi kehte to aap ko kehte hain.</w:t>
      </w:r>
      <w:r>
        <w:br/>
      </w:r>
      <w:r>
        <w:rPr>
          <w:sz w:val="20"/>
        </w:rPr>
        <w:t>1:16:21  ab gaali kyon dete hain?</w:t>
      </w:r>
      <w:r>
        <w:br/>
      </w:r>
      <w:r>
        <w:rPr>
          <w:sz w:val="20"/>
        </w:rPr>
        <w:t>1:16:26  bhai, pehle pehle to aap apni apni zuban badliye, apni soch badliye. tab aap ko right thinking aayegi aap ke andar.</w:t>
      </w:r>
      <w:r>
        <w:br/>
      </w:r>
      <w:r>
        <w:rPr>
          <w:sz w:val="20"/>
        </w:rPr>
        <w:t>1:16:36  aur doosra kya tha? "When a whole community is branded as terrorist." nahi, bilkul. "When what can they?" galat hai yeh.</w:t>
      </w:r>
      <w:r>
        <w:br/>
      </w:r>
      <w:r>
        <w:rPr>
          <w:sz w:val="20"/>
        </w:rPr>
        <w:t>1:16:46  ji sari community ko terrorist kaun kehta hai? kaun kehta hai? main bhi doosri community ka fard hoon, mujhe to koi nahi kehta. hmm, is sari community ko branded un ko woh yaani keh diya ke yeh sab terrorist hain.</w:t>
      </w:r>
      <w:r>
        <w:br/>
      </w:r>
      <w:r>
        <w:rPr>
          <w:sz w:val="20"/>
        </w:rPr>
        <w:t>1:17:03  yeh bilkul galat baat hai. maulana, shayad woh kuch aise debates ko mention kar rahe hon jahan pe aapas mein do log argument karte hain.</w:t>
      </w:r>
      <w:r>
        <w:br/>
      </w:r>
      <w:r>
        <w:rPr>
          <w:sz w:val="20"/>
        </w:rPr>
        <w:t>1:17:13  to woh to kuch bhi ho sakta hai. debate mein to ek aadmi farzi tor par bolta hai, ek ek pro bolega, ek against mein bolega.</w:t>
      </w:r>
      <w:r>
        <w:br/>
      </w:r>
      <w:r>
        <w:rPr>
          <w:sz w:val="20"/>
        </w:rPr>
        <w:t>1:17:24  debate karne ke liye is ko kyon misaal diya unhon ne? actual misaal dijiye. ji, koi aisa idea mein kuch nahi hai.</w:t>
      </w:r>
      <w:r>
        <w:br/>
      </w:r>
      <w:r>
        <w:rPr>
          <w:sz w:val="20"/>
        </w:rPr>
        <w:t>1:17:35  khwamkhwah woh to title de rakha hai.</w:t>
      </w:r>
    </w:p>
    <w:p>
      <w:pPr>
        <w:pStyle w:val="Heading2"/>
      </w:pPr>
      <w:r>
        <w:t>Palestinian issue vs Sunnah</w:t>
      </w:r>
    </w:p>
    <w:p>
      <w:r>
        <w:rPr>
          <w:color w:val="666666"/>
          <w:sz w:val="18"/>
        </w:rPr>
        <w:t>Society &amp; Dawah · Importance of Wisdom | August 24, 2014 · 5m 00s · at 1:02:21 · https://youtu.be/ZVPLm7fV0t0?t=3741</w:t>
      </w:r>
    </w:p>
    <w:p>
      <w:r>
        <w:rPr>
          <w:i/>
        </w:rPr>
        <w:t>“Muslims are so much charged about the Palestinian issue that it has become impossible to express the view that the Palestinian stance is completely against the Sunnah of Prophet Muhammad.”</w:t>
      </w:r>
    </w:p>
    <w:p>
      <w:r>
        <w:rPr>
          <w:sz w:val="20"/>
        </w:rPr>
        <w:t>1:02:21  agar is mein erosion nahi hai aur level of feeling mein kami, yaani kabhi hoti hai, kabhi zyada hota hai, kabhi kabhi, kabhi zyada, to is mein koi koi pareshani ki baat nahi hai. it is but natural, yeh to hoga. Maulana, agla sawal Pennsylvania USA se Khwaja Kaleemuddin sahib ne kiya hai. unhone likha hai ke: Maulana sahib, Muslims are so much charged about the pa</w:t>
      </w:r>
      <w:r>
        <w:br/>
      </w:r>
      <w:r>
        <w:rPr>
          <w:sz w:val="20"/>
        </w:rPr>
        <w:t>1:02:51  Palestinian issue that it has become impossible to express the view that the Palestinian stance is completely against</w:t>
      </w:r>
      <w:r>
        <w:br/>
      </w:r>
      <w:r>
        <w:rPr>
          <w:sz w:val="20"/>
        </w:rPr>
        <w:t>1:02:56  the sunnah of prophet Muhammad.</w:t>
      </w:r>
      <w:r>
        <w:br/>
      </w:r>
      <w:r>
        <w:rPr>
          <w:sz w:val="20"/>
        </w:rPr>
        <w:t>1:03:01  what should we do in this regard? yeh to sahi hai, yeh to koi nai baat nahi hai.</w:t>
      </w:r>
      <w:r>
        <w:br/>
      </w:r>
      <w:r>
        <w:rPr>
          <w:sz w:val="20"/>
        </w:rPr>
        <w:t>1:03:06  hamesha aisa hota hai.</w:t>
      </w:r>
      <w:r>
        <w:br/>
      </w:r>
      <w:r>
        <w:rPr>
          <w:sz w:val="20"/>
        </w:rPr>
        <w:t>1:03:11  jo maine qissa bataya aap ko, Siffin ka, woh Hazrat Usman ke qatl par, woh tha, woh</w:t>
      </w:r>
      <w:r>
        <w:br/>
      </w:r>
      <w:r>
        <w:rPr>
          <w:sz w:val="20"/>
        </w:rPr>
        <w:t>1:03:17  jo Hazrat Usman ko unhon ne qatl kar diya tha, to dam Usman ka masla paida hua tha.</w:t>
      </w:r>
      <w:r>
        <w:br/>
      </w:r>
      <w:r>
        <w:rPr>
          <w:sz w:val="20"/>
        </w:rPr>
        <w:t>1:03:22  is par charge thay, woh charge thay, tabhi to mar gaye satar hazar aadmi maar dala ya aapas</w:t>
      </w:r>
      <w:r>
        <w:br/>
      </w:r>
      <w:r>
        <w:rPr>
          <w:sz w:val="20"/>
        </w:rPr>
        <w:t>1:03:27  mein aik doosre ko.</w:t>
      </w:r>
      <w:r>
        <w:br/>
      </w:r>
      <w:r>
        <w:rPr>
          <w:sz w:val="20"/>
        </w:rPr>
        <w:t>1:03:32  to tareekh mein aise waqiat paish aate hain ke log charge hotay hain kisi baat ko le kar ke.</w:t>
      </w:r>
      <w:r>
        <w:br/>
      </w:r>
      <w:r>
        <w:rPr>
          <w:sz w:val="20"/>
        </w:rPr>
        <w:t>1:03:37  Hazrat Aisha nikal padin ke mujhe Usman ke khoon ka badla lena hai.</w:t>
      </w:r>
      <w:r>
        <w:br/>
      </w:r>
      <w:r>
        <w:rPr>
          <w:sz w:val="20"/>
        </w:rPr>
        <w:t>1:03:42  itna zyada un ke andar josh aa gaya Hazrat Aisha ke andar ke dekhiye, literally taur par qaum</w:t>
      </w:r>
      <w:r>
        <w:br/>
      </w:r>
      <w:r>
        <w:rPr>
          <w:sz w:val="20"/>
        </w:rPr>
        <w:t>1:03:47  mein likha hua tha ke</w:t>
      </w:r>
      <w:r>
        <w:br/>
      </w:r>
      <w:r>
        <w:rPr>
          <w:sz w:val="20"/>
        </w:rPr>
        <w:t>1:03:53  gharron mein thehro, yani Ummahat ul Momineen ke baray mein.</w:t>
      </w:r>
      <w:r>
        <w:br/>
      </w:r>
      <w:r>
        <w:rPr>
          <w:sz w:val="20"/>
        </w:rPr>
        <w:t>1:03:57  ae azwaj e Rasool, tum log gharron mein thehro.</w:t>
      </w:r>
      <w:r>
        <w:br/>
      </w:r>
      <w:r>
        <w:rPr>
          <w:sz w:val="20"/>
        </w:rPr>
        <w:t>1:04:01  lekin woh nikal padin.</w:t>
      </w:r>
      <w:r>
        <w:br/>
      </w:r>
      <w:r>
        <w:rPr>
          <w:sz w:val="20"/>
        </w:rPr>
        <w:t>1:04:06  to wahi to hai ke itna charge ho gaye thay log dam Usman ke maslay par, khoon ka</w:t>
      </w:r>
      <w:r>
        <w:br/>
      </w:r>
      <w:r>
        <w:rPr>
          <w:sz w:val="20"/>
        </w:rPr>
        <w:t>1:04:10  badla lena hai, khoon Usman ka.</w:t>
      </w:r>
      <w:r>
        <w:br/>
      </w:r>
      <w:r>
        <w:rPr>
          <w:sz w:val="20"/>
        </w:rPr>
        <w:t>1:04:15  to aise waqiat tareekh mein bar bar paish aate hain.</w:t>
      </w:r>
      <w:r>
        <w:br/>
      </w:r>
      <w:r>
        <w:rPr>
          <w:sz w:val="20"/>
        </w:rPr>
        <w:t>1:04:19  to hamein yahi karna hai ke in ke jazbat ko thanda karein</w:t>
      </w:r>
      <w:r>
        <w:br/>
      </w:r>
      <w:r>
        <w:rPr>
          <w:sz w:val="20"/>
        </w:rPr>
        <w:t>1:04:23  aur in ko aqal dein.</w:t>
      </w:r>
      <w:r>
        <w:br/>
      </w:r>
      <w:r>
        <w:rPr>
          <w:sz w:val="20"/>
        </w:rPr>
        <w:t>1:04:28  aur main samajhta hoon ke poori ummat jo hai, woh is ke is ke paas ikhlas hai, ibadat</w:t>
      </w:r>
      <w:r>
        <w:br/>
      </w:r>
      <w:r>
        <w:rPr>
          <w:sz w:val="20"/>
        </w:rPr>
        <w:t>1:04:33  hai, lekin wisdom nahi hai.</w:t>
      </w:r>
      <w:r>
        <w:br/>
      </w:r>
      <w:r>
        <w:rPr>
          <w:sz w:val="20"/>
        </w:rPr>
        <w:t>1:04:39  har jagah, chahe America ke log hon, chahe India ke hon ya Pakistan ke hon, wisdom se maroof hain.</w:t>
      </w:r>
      <w:r>
        <w:br/>
      </w:r>
      <w:r>
        <w:rPr>
          <w:sz w:val="20"/>
        </w:rPr>
        <w:t>1:04:44  mujhe koi wisdom wala aadmi milta nahi, na hamare ulama ne logon ko wisdom sikhaya.</w:t>
      </w:r>
      <w:r>
        <w:br/>
      </w:r>
      <w:r>
        <w:rPr>
          <w:sz w:val="20"/>
        </w:rPr>
        <w:t>1:04:49  to wisdom ko logon ko logon ke andar aqal ke sath sochna</w:t>
      </w:r>
      <w:r>
        <w:br/>
      </w:r>
      <w:r>
        <w:rPr>
          <w:sz w:val="20"/>
        </w:rPr>
        <w:t>1:04:54  sikhana parega humein.</w:t>
      </w:r>
      <w:r>
        <w:br/>
      </w:r>
      <w:r>
        <w:rPr>
          <w:sz w:val="20"/>
        </w:rPr>
        <w:t>1:04:58  to is ke liye lambi muddat darkar hai.</w:t>
      </w:r>
      <w:r>
        <w:br/>
      </w:r>
      <w:r>
        <w:rPr>
          <w:sz w:val="20"/>
        </w:rPr>
        <w:t>1:05:03  jab tak log logon ke andar aql aur basirat ke sath sochna nahi aye ga, is tarah ke</w:t>
      </w:r>
      <w:r>
        <w:br/>
      </w:r>
      <w:r>
        <w:rPr>
          <w:sz w:val="20"/>
        </w:rPr>
        <w:t>1:05:07  waqiat hote rahen ge.</w:t>
      </w:r>
      <w:r>
        <w:br/>
      </w:r>
      <w:r>
        <w:rPr>
          <w:sz w:val="20"/>
        </w:rPr>
        <w:t>1:05:12  yani kitni khuli hui baat hai ke jab yaktarfa tabahi ho rahi hai to ladai jari rakhne ka</w:t>
      </w:r>
      <w:r>
        <w:br/>
      </w:r>
      <w:r>
        <w:rPr>
          <w:sz w:val="20"/>
        </w:rPr>
        <w:t>1:05:16  kya matlab hai? kis liye ladai? jab yaktarfa tabahi ho rahi hai, yani ek tarfa tor par arab</w:t>
      </w:r>
      <w:r>
        <w:br/>
      </w:r>
      <w:r>
        <w:rPr>
          <w:sz w:val="20"/>
        </w:rPr>
        <w:t>1:05:21  tabah ho rahe hain, to ladai jari rakhne ka matlab kya hai?</w:t>
      </w:r>
      <w:r>
        <w:br/>
      </w:r>
      <w:r>
        <w:rPr>
          <w:sz w:val="20"/>
        </w:rPr>
        <w:t>1:05:25  lekin log jazbat mein hain, sunte nahi. to wahan bhi jazbat mein the. Hazrat Khalid loote the to madine ke musalmanon ne kaha tha ke: ya farar! to rasool Allah sal Allah aleh wasallam ne un ko thanda kiya. to beharhaal logon ke andar art of thinking laani padegi. logon ke andar aql laana padegi. logon ke andar baseerat laana padegi. jo hadith mein aata hai ke</w:t>
      </w:r>
      <w:r>
        <w:br/>
      </w:r>
      <w:r>
        <w:rPr>
          <w:sz w:val="20"/>
        </w:rPr>
        <w:t>1:05:55  momin ki ek sifat yeh hai ke: in yakun basiran be zamana.</w:t>
      </w:r>
      <w:r>
        <w:br/>
      </w:r>
      <w:r>
        <w:rPr>
          <w:sz w:val="20"/>
        </w:rPr>
        <w:t>1:05:59  aur is par time lage ga.</w:t>
      </w:r>
      <w:r>
        <w:br/>
      </w:r>
      <w:r>
        <w:rPr>
          <w:sz w:val="20"/>
        </w:rPr>
        <w:t>1:06:04  lekin mujhe kal kuch logon ke waqiat maloom hue aur arbon ke.</w:t>
      </w:r>
      <w:r>
        <w:br/>
      </w:r>
      <w:r>
        <w:rPr>
          <w:sz w:val="20"/>
        </w:rPr>
        <w:t>1:06:08  to arbon mein ek nai thinking bhi aa rahi hai, yeh bhi sahi hai.</w:t>
      </w:r>
      <w:r>
        <w:br/>
      </w:r>
      <w:r>
        <w:rPr>
          <w:sz w:val="20"/>
        </w:rPr>
        <w:t>1:06:12  ek sahib gaye the Kuwait aur Dubai, woh arbon se un ki mulaqat hui.</w:t>
      </w:r>
      <w:r>
        <w:br/>
      </w:r>
      <w:r>
        <w:rPr>
          <w:sz w:val="20"/>
        </w:rPr>
        <w:t>1:06:17  to nojawan arbon se.</w:t>
      </w:r>
      <w:r>
        <w:br/>
      </w:r>
      <w:r>
        <w:rPr>
          <w:sz w:val="20"/>
        </w:rPr>
        <w:t>1:06:21  to arab mein nojawan</w:t>
      </w:r>
      <w:r>
        <w:br/>
      </w:r>
      <w:r>
        <w:rPr>
          <w:sz w:val="20"/>
        </w:rPr>
        <w:t>1:06:25  on ka ek tabqa hai jo kehta hai: nayi thinking aa rahi hai, yeh is ko badness samajhta hai is policy ko. kal hi mujhe maloom hua. to aisa nahi hai ke sab log, yaani one to all, sab ke sab isi mein beh gaye hon. isi mein aise log nikal rahe hain. ek ek yaani ek naya process shuru ho gaya hai. khud Arabon mein ek naya process shuru ho gaya hai. balkeh unhone bata rahe the woh telephone par ke unhone ke</w:t>
      </w:r>
      <w:r>
        <w:br/>
      </w:r>
      <w:r>
        <w:rPr>
          <w:sz w:val="20"/>
        </w:rPr>
        <w:t>1:06:55  a mere bare mein.</w:t>
      </w:r>
      <w:r>
        <w:br/>
      </w:r>
      <w:r>
        <w:rPr>
          <w:sz w:val="20"/>
        </w:rPr>
        <w:t>1:06:59  to unhon ne kaha ke hum to un ki chezen parhte hain download kar ke aur hum</w:t>
      </w:r>
      <w:r>
        <w:br/>
      </w:r>
      <w:r>
        <w:rPr>
          <w:sz w:val="20"/>
        </w:rPr>
        <w:t>1:07:03  is se milna chahte hain.</w:t>
      </w:r>
      <w:r>
        <w:br/>
      </w:r>
      <w:r>
        <w:rPr>
          <w:sz w:val="20"/>
        </w:rPr>
        <w:t>1:07:07  to is mein shaq nahi ke majority is waqt jazbat mein hai, lekin ek naya process bhi shuru</w:t>
      </w:r>
      <w:r>
        <w:br/>
      </w:r>
      <w:r>
        <w:rPr>
          <w:sz w:val="20"/>
        </w:rPr>
        <w:t>1:07:10  ho gaya hai.</w:t>
      </w:r>
      <w:r>
        <w:br/>
      </w:r>
      <w:r>
        <w:rPr>
          <w:sz w:val="20"/>
        </w:rPr>
        <w:t>1:07:14  aur aise afraad, khas tor par arab nojawanon mein paida ho rahe hain jo is ko badness samajhte hain.</w:t>
      </w:r>
      <w:r>
        <w:br/>
      </w:r>
      <w:r>
        <w:rPr>
          <w:sz w:val="20"/>
        </w:rPr>
        <w:t>1:07:18  woh chahte hain ke nai policy ikhtiyar ki jaye.</w:t>
      </w:r>
    </w:p>
    <w:p>
      <w:pPr>
        <w:pStyle w:val="Heading2"/>
      </w:pPr>
      <w:r>
        <w:t>Practical application of one man one mission formula</w:t>
      </w:r>
    </w:p>
    <w:p>
      <w:r>
        <w:rPr>
          <w:color w:val="666666"/>
          <w:sz w:val="18"/>
        </w:rPr>
        <w:t>Society &amp; Dawah · The Secret of Divine Wisdom September 2, 2012 · 6m 29s · at 1:28:12 · https://youtu.be/ZXQlrW7PqAE?t=5292</w:t>
      </w:r>
    </w:p>
    <w:p>
      <w:r>
        <w:rPr>
          <w:i/>
        </w:rPr>
        <w:t>“You have often mentioned in your lectures and in Al-Risala a formula: 'one man one mission, one man two missions'. My question is, how will this formula be practically applicable? Please explain.”</w:t>
      </w:r>
    </w:p>
    <w:p>
      <w:r>
        <w:rPr>
          <w:sz w:val="20"/>
        </w:rPr>
        <w:t>1:28:12  maulana agla sawal dilli se hai maulana zakwan nadvi sahib ka unho'n ne likha hai aap ne kai bar apne lecture mein aur al risala mein ek formula bataya hai woh formula hai one man one mission one man two mission mera sawal yeh hai ke practically yeh formula kaise applicable hoga is ke bare mein bataiye bohat dilchasp sawal hai yeh</w:t>
      </w:r>
      <w:r>
        <w:br/>
      </w:r>
      <w:r>
        <w:rPr>
          <w:sz w:val="20"/>
        </w:rPr>
        <w:t>1:28:39  aj main ne ek qissa parha aj hi ki baat ek thay maulana hasrat mohani yani freedom struggle ke zamanay mein un ka kafi naam aata tha maulana hasrat mohani bohat radical qism ke aadmi thay woh bohat radical to</w:t>
      </w:r>
      <w:r>
        <w:br/>
      </w:r>
      <w:r>
        <w:rPr>
          <w:sz w:val="20"/>
        </w:rPr>
        <w:t>1:29:04  british government ne un ko arrest kiya aur un ko jail mein daal diya to jail mein un ko kaam diya gaya yani jis ko kehte hain rigorous imprisonment yani bamushaqqat qaid to un ko chaki peesna hota tha chaki yani yani qaidiyon ke liye jo aata hota hai woh bahar se piswaya nahi jata ise log peeste hain isi un ki rotiyan banti</w:t>
      </w:r>
      <w:r>
        <w:br/>
      </w:r>
      <w:r>
        <w:rPr>
          <w:sz w:val="20"/>
        </w:rPr>
        <w:t>1:29:33  hain pehle aisa tha aj kal bajne walon to behrhaal un ko rigorous imprisonment diya gaya yani qaid bamushaqqat aur chaki peesna hota tha un ko to woh thay shair bhi mahazr mohani jo thay freedom party bhi thay aur shair bhi thay to apne chaki peeste thay aur shairi bhi karte thay</w:t>
      </w:r>
      <w:r>
        <w:br/>
      </w:r>
      <w:r>
        <w:rPr>
          <w:sz w:val="20"/>
        </w:rPr>
        <w:t>1:29:55  to un ka ek shair isi hawale mein kaha tha unho'n ne ke hai mashq e sukhan jari chaki ki mushaqqat bhi</w:t>
      </w:r>
      <w:r>
        <w:br/>
      </w:r>
      <w:r>
        <w:rPr>
          <w:sz w:val="20"/>
        </w:rPr>
        <w:t>1:30:09  hai mashq e sukhan jari chaki ki mushaqqat bhi matlab yahi sahi hai hai da'i ka mu'amla ke matlab jo bhi Allah ta'ala ki taraf se us ko jis kaam mein dala gaya hai chahe business hai ya job hai koi bhi to woh woh bhi jari rahega aur sakht aur sakht sath sath kya hai mashq e sukhan bhi rahegi</w:t>
      </w:r>
      <w:r>
        <w:br/>
      </w:r>
      <w:r>
        <w:rPr>
          <w:sz w:val="20"/>
        </w:rPr>
        <w:t>1:30:36  yani yani ma'rifat yani ma'rifat ki baat hai sochna dawat ke moqe hon dawat dena samajhta hoon ke woh jo formula jo main ne diya tha woh shayad ziyada realistic formula nahi tha ab main yeh kahunga ke har aadmi ka ek hi formula hai hai mashq e sukhan jari chaki ki mushaqqat bhi</w:t>
      </w:r>
      <w:r>
        <w:br/>
      </w:r>
      <w:r>
        <w:rPr>
          <w:sz w:val="20"/>
        </w:rPr>
        <w:t>1:30:56  yani jo aap kaam kar rahe hain aap halaat ne aap ko jis kaam tak pohanchaya hai aap jis zer zira'at karte hain business karte hain aap job karte hain to karte rahiye is ko</w:t>
      </w:r>
      <w:r>
        <w:br/>
      </w:r>
      <w:r>
        <w:rPr>
          <w:sz w:val="20"/>
        </w:rPr>
        <w:t>1:31:08  lekin waqt zaroorat aur isi ke sath moqe se halaat ke lihaz se aap yani Allah ke liye tadabbur kijiye Allah ki ma'rifat hasil kijiye cheezon se tosum kijiye aur jahan moqa ho dawat ka dawat dete rahiye yeh dono cheezein sath sath chalen gi</w:t>
      </w:r>
      <w:r>
        <w:br/>
      </w:r>
      <w:r>
        <w:rPr>
          <w:sz w:val="20"/>
        </w:rPr>
        <w:t>1:31:30  alag alag nahi hai main samajhta hoon ke ek hi formula hai ke waqt zaroorat waqt zaroorat apni ma'ash hasil karna aur apne aap ko Allah ki ma'rifat mein Allah ki dawat mein involve rakhna yeh sath sath chalega dono ka bilkul wahi formula rahega ke hai mashwara sukhan jari chaki ki mushaqqat bhi sab ke liye ek hi formula hai main samajhta hoon ke do formula nahi hain</w:t>
      </w:r>
      <w:r>
        <w:br/>
      </w:r>
      <w:r>
        <w:rPr>
          <w:sz w:val="20"/>
        </w:rPr>
        <w:t>1:32:00  albata yeh formula jab aap chala payenge jab ke aap aram aur rahat aur aish luxury ke chakkar mein na paden balkeh waqt zaroorat par iktafa karen</w:t>
      </w:r>
      <w:r>
        <w:br/>
      </w:r>
      <w:r>
        <w:rPr>
          <w:sz w:val="20"/>
        </w:rPr>
        <w:t>1:32:13  maulana agla ek comment aaya hai mr shahnawaz zafar sahib ka dilli se unho'n ne likha hai maulana sahib i just wanted to share that i have felt a lot of changes in me after joining your classes</w:t>
      </w:r>
      <w:r>
        <w:br/>
      </w:r>
      <w:r>
        <w:rPr>
          <w:sz w:val="20"/>
        </w:rPr>
        <w:t>1:32:29  now i can say that i love a dearest Allah the most in this world at the time of saying a last good bye to my company i have sent the mail which i am sharing with you this way of thinking is only because of your teachings maulana is mein unho'n ne apna woh mail share kara hai is mein likha hai respected seniors and dear colleagues hearty greetings of the day to all of you</w:t>
      </w:r>
      <w:r>
        <w:br/>
      </w:r>
      <w:r>
        <w:rPr>
          <w:sz w:val="20"/>
        </w:rPr>
        <w:t>1:32:58  time has given this opportunity to inform you all that the moment has come to say a very good bye to all of you in the journey of my life it was my fate to spend the time of eight months with all of you this short span of time was a very unique and wonderful learning experience i would like to gift you all some good thoughts which will help you in achieving real success in your life</w:t>
      </w:r>
      <w:r>
        <w:br/>
      </w:r>
      <w:r>
        <w:rPr>
          <w:sz w:val="20"/>
        </w:rPr>
        <w:t>1:33:27  in quran chapter 23 verse number 115 Allah says do you imagine that we created you without any purpose and you would not be brought back to us for account here quran guides us that the creator of the universe has created all human beings for a test only</w:t>
      </w:r>
      <w:r>
        <w:br/>
      </w:r>
      <w:r>
        <w:rPr>
          <w:sz w:val="20"/>
        </w:rPr>
        <w:t>1:33:48  as a part of test he has given us freedom and it is up to us whether to</w:t>
      </w:r>
      <w:r>
        <w:br/>
      </w:r>
      <w:r>
        <w:rPr>
          <w:sz w:val="20"/>
        </w:rPr>
        <w:t>1:33:54  use it in a proper way or misuse it the freedom exists only for a limited period</w:t>
      </w:r>
      <w:r>
        <w:br/>
      </w:r>
      <w:r>
        <w:rPr>
          <w:sz w:val="20"/>
        </w:rPr>
        <w:t>1:34:00  of testing life testing time when the testing time is over there will be a day of judgment</w:t>
      </w:r>
      <w:r>
        <w:br/>
      </w:r>
      <w:r>
        <w:rPr>
          <w:sz w:val="20"/>
        </w:rPr>
        <w:t>1:34:07  when everyone of us be brought back in front of him for account settlement the reward or</w:t>
      </w:r>
      <w:r>
        <w:br/>
      </w:r>
      <w:r>
        <w:rPr>
          <w:sz w:val="20"/>
        </w:rPr>
        <w:t>1:34:15  punishment be subject to the performance level</w:t>
      </w:r>
      <w:r>
        <w:br/>
      </w:r>
      <w:r>
        <w:rPr>
          <w:sz w:val="20"/>
        </w:rPr>
        <w:t>1:34:18  hence and of the day all the common man business heads branch heads regional heads and country heads have to report to the universe head the owner of any organization tolerate his employees not following company guidelines then how come almighty god tolerate any one of this nature in his world</w:t>
      </w:r>
    </w:p>
    <w:p>
      <w:pPr>
        <w:pStyle w:val="Heading2"/>
      </w:pPr>
      <w:r>
        <w:t>Problem with baseless claims about Maulana</w:t>
      </w:r>
    </w:p>
    <w:p>
      <w:r>
        <w:rPr>
          <w:color w:val="666666"/>
          <w:sz w:val="18"/>
        </w:rPr>
        <w:t>Society &amp; Dawah · Lessons and Experiences May 22, 2011 Maulana Wahiduddin Khan · 15m 50s · at 1:23:40 · https://youtu.be/j4Qx-MsDQWc?t=5020</w:t>
      </w:r>
    </w:p>
    <w:p>
      <w:r>
        <w:rPr>
          <w:i/>
        </w:rPr>
        <w:t>“A new booklet has been printed about you, claiming that you have made some claim. Despite reading the booklet and your books many times, I could not find any such claim. What is the problem of those who write and speak such baseless things?”</w:t>
      </w:r>
    </w:p>
    <w:p>
      <w:r>
        <w:rPr>
          <w:sz w:val="20"/>
        </w:rPr>
        <w:t>1:23:40  i suggest such article should frequently appear in the paper agla sawal hai mister amanullah ka delhi se unhon ne likha hai aap ke bare mein ek naya booklet chapa hai is mein bataya gaya hai ke aap ne koi daway kar diya hai magar booklet ko kai bar parhne ke bawajood mein is mein ya aap ki kitabon mein aisa koi daway pane mein nakam raha</w:t>
      </w:r>
      <w:r>
        <w:br/>
      </w:r>
      <w:r>
        <w:rPr>
          <w:sz w:val="20"/>
        </w:rPr>
        <w:t>1:24:07  is tarah ki be daleel baatein likhne aur bolne walon ki problem kya hai</w:t>
      </w:r>
      <w:r>
        <w:br/>
      </w:r>
      <w:r>
        <w:rPr>
          <w:sz w:val="20"/>
        </w:rPr>
        <w:t>1:24:15  problem yeh hai ke woh maaf kijiyega shaitan ko follow karte hain woh</w:t>
      </w:r>
      <w:r>
        <w:br/>
      </w:r>
      <w:r>
        <w:rPr>
          <w:sz w:val="20"/>
        </w:rPr>
        <w:t>1:24:22  yeh shaitan ka tareeqa hai ke yani doosre ko blame dena bila daleel jaise dekhiye Allah taala ne insan ko paida kiya to us waqt do aur makhlooq thin</w:t>
      </w:r>
      <w:r>
        <w:br/>
      </w:r>
      <w:r>
        <w:rPr>
          <w:sz w:val="20"/>
        </w:rPr>
        <w:t>1:24:37  yani jinat aur malaika to Allah taala ne sab se kaha ke Adam ke aage jhuk jao to malaika to jhuk gaye aur jinat nahi jhuke jin ka sardar tha Iblees</w:t>
      </w:r>
      <w:r>
        <w:br/>
      </w:r>
      <w:r>
        <w:rPr>
          <w:sz w:val="20"/>
        </w:rPr>
        <w:t>1:24:54  to Allah taala ne us ko woh kar diya yani us pe laanat kar di rehmat se laanat hua to woh rehmat se door kar diya to us waqt shaitan ne kya kaha tha</w:t>
      </w:r>
      <w:r>
        <w:br/>
      </w:r>
      <w:r>
        <w:rPr>
          <w:sz w:val="20"/>
        </w:rPr>
        <w:t>1:25:05  rab bima aghwayni</w:t>
      </w:r>
      <w:r>
        <w:br/>
      </w:r>
      <w:r>
        <w:rPr>
          <w:sz w:val="20"/>
        </w:rPr>
        <w:t>1:25:10  yani naoozubillah naoozubillah naoozubillah us ne Allah taala ko naoozubillah conspirator keh diya</w:t>
      </w:r>
      <w:r>
        <w:br/>
      </w:r>
      <w:r>
        <w:rPr>
          <w:sz w:val="20"/>
        </w:rPr>
        <w:t>1:25:19  to admi jo hai yeh yeh yeh shaitan sab ko shakata hai yeh boli bolne ke liye ke daleel ki zuban mein tum koi proof na kar sakte ho to bohat asan hai ilzaam ki zuban bolo</w:t>
      </w:r>
      <w:r>
        <w:br/>
      </w:r>
      <w:r>
        <w:rPr>
          <w:sz w:val="20"/>
        </w:rPr>
        <w:t>1:25:36  yani shaitan jo tha daleel ki zuban mein reason ki zuban mein Khuda ko nahi naoozubillah keh sakta hai ghalati ki hai Khuda ne to kya kiya us ne ilzaam ki zuban bola woh yeh ilzaam ki zuban hai rab aghwat yeh ilzaam ki zuban hai yeh</w:t>
      </w:r>
      <w:r>
        <w:br/>
      </w:r>
      <w:r>
        <w:rPr>
          <w:sz w:val="20"/>
        </w:rPr>
        <w:t>1:25:54  to dekhiye admi ko kya chahiye ke agar woh daleel ki zuban mein apna jo stand hai us ko proof nahi kar sakta to us ko maan lena chahiye ke bhai mere paas koi daleel hai nahi lekin kya karta hai admi ke daleel ke maidan mein apne ko khali pa kar ke woh kya karta hai ilzaam ki allegation ki boli bolne lagta hai character assassination karne lagta hai aib lagane lagta hai</w:t>
      </w:r>
      <w:r>
        <w:br/>
      </w:r>
      <w:r>
        <w:rPr>
          <w:sz w:val="20"/>
        </w:rPr>
        <w:t>1:26:24  yeh yeh shaitan ki pairwi hai ke jahan tumhare paas daleel na ho to ilzaam lagao yani shaitan ke paas yani Iblees ke paas Allah ke khilaf koi daleel nahi thi to us ne ilzaam laga diya rab aghwayni to ne mujhe bhaga diya</w:t>
      </w:r>
      <w:r>
        <w:br/>
      </w:r>
      <w:r>
        <w:rPr>
          <w:sz w:val="20"/>
        </w:rPr>
        <w:t>1:26:44  to yeh jo log aisa karein unhein darna chahiye ke kahin woh kis category mein apne aap ko shamil kar rahe hain kis category mein behal hamare hamare saathi hain in ko bohat zyada is se bachna chahiye in ko yeh karna chahiye ke mun kan ahadees mein aata hai ke mun kan yoom billahi wal yoom al akhir fal ya khair wal thobut</w:t>
      </w:r>
      <w:r>
        <w:br/>
      </w:r>
      <w:r>
        <w:rPr>
          <w:sz w:val="20"/>
        </w:rPr>
        <w:t>1:27:08  jo Allah par aur aakhirat par yaqeen rakhta ho us ko yeh chahiye ke agar us ke paas koi thos baat hai to kahe nahi to chup rahe matlab daleel ho to bole nahi to chup rahe yeh woh log hain ke daleel to hai nahi hamare kisi ek sentence bhi nahi nikal sake woh jis mein ke daway ki zuban istemal ki</w:t>
      </w:r>
      <w:r>
        <w:br/>
      </w:r>
      <w:r>
        <w:rPr>
          <w:sz w:val="20"/>
        </w:rPr>
        <w:t>1:27:32  gayi ho ek bhi single sentence nahi</w:t>
      </w:r>
      <w:r>
        <w:br/>
      </w:r>
      <w:r>
        <w:rPr>
          <w:sz w:val="20"/>
        </w:rPr>
        <w:t>1:27:35  to chup hona chahiye tha ke bhai is mein daawa to kuch hai nahi</w:t>
      </w:r>
      <w:r>
        <w:br/>
      </w:r>
      <w:r>
        <w:rPr>
          <w:sz w:val="20"/>
        </w:rPr>
        <w:t>1:27:40  ek masle ko explain karna yeh koi bhi kar sakta hai</w:t>
      </w:r>
      <w:r>
        <w:br/>
      </w:r>
      <w:r>
        <w:rPr>
          <w:sz w:val="20"/>
        </w:rPr>
        <w:t>1:27:45  ek masle ko explain karna koi bhi kar sakta hai misaal ke taur par hajj ko lijiye koi</w:t>
      </w:r>
      <w:r>
        <w:br/>
      </w:r>
      <w:r>
        <w:rPr>
          <w:sz w:val="20"/>
        </w:rPr>
        <w:t>1:27:50  bhi shakhs kar sakta hai aisa ke hajj ko bataye ke hajj kya cheez hai hajj mabroor kya</w:t>
      </w:r>
      <w:r>
        <w:br/>
      </w:r>
      <w:r>
        <w:rPr>
          <w:sz w:val="20"/>
        </w:rPr>
        <w:t>1:27:56  hota hai hajj mabroor kehte hain jis ko ke Allah taala ne qabool kar liya ho aisa hajj</w:t>
      </w:r>
      <w:r>
        <w:br/>
      </w:r>
      <w:r>
        <w:rPr>
          <w:sz w:val="20"/>
        </w:rPr>
        <w:t>1:28:02  us ko kehte hain hajj mabroor to hajj mabroor ko explain karne ke liye aap likh sakte hain</w:t>
      </w:r>
      <w:r>
        <w:br/>
      </w:r>
      <w:r>
        <w:rPr>
          <w:sz w:val="20"/>
        </w:rPr>
        <w:t>1:28:08  ke yeh daawa kare ke main woh shakhs hoon jis ka hajj mabroor hajj hai kya daawa karne</w:t>
      </w:r>
      <w:r>
        <w:br/>
      </w:r>
      <w:r>
        <w:rPr>
          <w:sz w:val="20"/>
        </w:rPr>
        <w:t>1:28:13  ka haq nahi hai aap ko</w:t>
      </w:r>
      <w:r>
        <w:br/>
      </w:r>
      <w:r>
        <w:rPr>
          <w:sz w:val="20"/>
        </w:rPr>
        <w:t>1:28:15  to there is difference between the two</w:t>
      </w:r>
      <w:r>
        <w:br/>
      </w:r>
      <w:r>
        <w:rPr>
          <w:sz w:val="20"/>
        </w:rPr>
        <w:t>1:28:19  aap ko bilashuba yeh right hai ke aap yeh bataye ke what is hajj mabroor</w:t>
      </w:r>
      <w:r>
        <w:br/>
      </w:r>
      <w:r>
        <w:rPr>
          <w:sz w:val="20"/>
        </w:rPr>
        <w:t>1:28:25  aap ko yeh haq nahi hai ke aap kahein ke mera hajj hajj mabroor tha yeh daawa ho</w:t>
      </w:r>
      <w:r>
        <w:br/>
      </w:r>
      <w:r>
        <w:rPr>
          <w:sz w:val="20"/>
        </w:rPr>
        <w:t>1:28:30  jayega</w:t>
      </w:r>
      <w:r>
        <w:br/>
      </w:r>
      <w:r>
        <w:rPr>
          <w:sz w:val="20"/>
        </w:rPr>
        <w:t>1:28:32  to jab meri tehreeron mein kahin bhi daway ki zuban nahi hai to aap ko kahan kahin kehne ka ke mein daway kar raha hoon mein ek cheez explain kar raha hoon explain karne ka right har ek ko hota hai kisi bhi shakhs ko yeh right hai ke explain kare kisi baat ko jo Quran o Hadees mein aayi hai to un hazrat ko chahiye ke woh jab padha unhon ne aur dekha ke is mein daway ki zuban nahi hai to chup rehte hain woh</w:t>
      </w:r>
      <w:r>
        <w:br/>
      </w:r>
      <w:r>
        <w:rPr>
          <w:sz w:val="20"/>
        </w:rPr>
        <w:t>1:29:02  lekin chup rehne ke bajaye unhon ne kya kiya ke ilzaam ki zuban bolne lage allegation lagane lage to yeh bohat hi khatarnak baat hai kyunke yeh naoozubillah yeh shaitan ke tareeqe ki pairwi hai to admi ko aise admi ko darna chahiye ke woh kis category mein Allah taala ke haan woh likha jayega aisa admi bohat darna chahiye</w:t>
      </w:r>
      <w:r>
        <w:br/>
      </w:r>
      <w:r>
        <w:rPr>
          <w:sz w:val="20"/>
        </w:rPr>
        <w:t>1:29:28  miss aparajita verma ne delhi se likha hai Maulana ji how to differentiate between the relevant and the irrelevant sometimes what appears relevant now becomes irrelevant in the long run also what is relevant to me may not be relevant to other or vice versa whom should be listen to Maulana ji please solve this dilemma</w:t>
      </w:r>
      <w:r>
        <w:br/>
      </w:r>
      <w:r>
        <w:rPr>
          <w:sz w:val="20"/>
        </w:rPr>
        <w:t>1:29:57  bhai dekhiye yeh itna difficult question hai poori history ka sab se difficult question hai yeh poori history ka sab se zyada difficult question hai yeh</w:t>
      </w:r>
      <w:r>
        <w:br/>
      </w:r>
      <w:r>
        <w:rPr>
          <w:sz w:val="20"/>
        </w:rPr>
        <w:t>1:30:17  mein ne bohat padha hai bohat padha hai bohat padha hai is is ke baad mein aisa keh raha hoon</w:t>
      </w:r>
      <w:r>
        <w:br/>
      </w:r>
      <w:r>
        <w:rPr>
          <w:sz w:val="20"/>
        </w:rPr>
        <w:t>1:30:22  ek sahib the justice qazi woh high court ke judge the woh justice MM qazi to woh bombay mein hote the ab un ka intaqal ho gaya to woh hamari kitabein bohat padhte the sari kitabein hamari padhi hui thin to ek martaba mein wahan bombay mein gaya to wahan par abhi ghar unhon ne thahraya tha hum us ko</w:t>
      </w:r>
      <w:r>
        <w:br/>
      </w:r>
      <w:r>
        <w:rPr>
          <w:sz w:val="20"/>
        </w:rPr>
        <w:t>1:30:48  to unhon ne kaha ke aap kitabein mein ne padhi hain aap ki baatein suni hain aap ke andar relevant aur irrelevant ka jo acute sense hai woh mein ne aaj tak kisi mein paya nahi</w:t>
      </w:r>
      <w:r>
        <w:br/>
      </w:r>
      <w:r>
        <w:rPr>
          <w:sz w:val="20"/>
        </w:rPr>
        <w:t>1:31:06  yeh yeh taqreeban yeh mein ne is time chhapa tha un ka yeh baat ke aap ke andar relevant aur irrelevant ka jo acute sense hai woh mein ne kisi ke andar nahi paya</w:t>
      </w:r>
      <w:r>
        <w:br/>
      </w:r>
      <w:r>
        <w:rPr>
          <w:sz w:val="20"/>
        </w:rPr>
        <w:t>1:31:16  yeh to bohat hi mushkil sawal hai</w:t>
      </w:r>
      <w:r>
        <w:br/>
      </w:r>
      <w:r>
        <w:rPr>
          <w:sz w:val="20"/>
        </w:rPr>
        <w:t>1:31:21  yeh to i started of plato mein nahi jate the ke dono ki taraf farq kaise karen aur na koi janta mein samajhta hoon ke poori history khali hai aise insan se mujhe Allah taala ne tofeeq di hai</w:t>
      </w:r>
      <w:r>
        <w:br/>
      </w:r>
      <w:r>
        <w:rPr>
          <w:sz w:val="20"/>
        </w:rPr>
        <w:t>1:31:37  Allah ke fazal se mein relevant irrelevant ka farq samajh pata hoon lekin mujhe to koi aur doosra nazar hi nahi aya ke jo farq sab samajh sake isi logon ka confusion rehta hai ab sawal yeh hai ke aisa yani aisa mind kaise banaya jaye</w:t>
      </w:r>
      <w:r>
        <w:br/>
      </w:r>
      <w:r>
        <w:rPr>
          <w:sz w:val="20"/>
        </w:rPr>
        <w:t>1:32:00  aisa byte kaise banaya jaye yeh is se bhi zyada mushkil sawal hai</w:t>
      </w:r>
      <w:r>
        <w:br/>
      </w:r>
      <w:r>
        <w:rPr>
          <w:sz w:val="20"/>
        </w:rPr>
        <w:t>1:32:07  apne tajurbe ke bare mein mein keh sakta hoon jo mera jo ek tajurba hai ke mujhe do cheezon se faida hua hai</w:t>
      </w:r>
      <w:r>
        <w:br/>
      </w:r>
      <w:r>
        <w:rPr>
          <w:sz w:val="20"/>
        </w:rPr>
        <w:t>1:32:23  do cheezon se faida hua mujhe ek yeh hai ke sari zindagi maine parha itna itna parha itna parha ke mein aaj tak apne ko student samajhta hoon student</w:t>
      </w:r>
      <w:r>
        <w:br/>
      </w:r>
      <w:r>
        <w:rPr>
          <w:sz w:val="20"/>
        </w:rPr>
        <w:t>1:32:36  mein jab adab board pe tha aur mera haal yeh tha ke ghar se nikalta tha to mere hath mein kitab hoti thi zyada tar paidal chalta tha mein to road par chal raha hoon woh hath mein kitab yeh parh raha hoon to meri maan kehti thi ke yeh aadmi jo hai kahin na kahin road par marega matlab accident ho jayega woh marega road par kyunke chalte hue kitab parhna jo hai woh bohat hi risky baat hai</w:t>
      </w:r>
      <w:r>
        <w:br/>
      </w:r>
      <w:r>
        <w:rPr>
          <w:sz w:val="20"/>
        </w:rPr>
        <w:t>1:33:04  to ek to maine sari zindagi parhne mein guzari parhne mein parhne mein parhne mein aur doosri baat yeh hai</w:t>
      </w:r>
      <w:r>
        <w:br/>
      </w:r>
      <w:r>
        <w:rPr>
          <w:sz w:val="20"/>
        </w:rPr>
        <w:t>1:33:15  dua Allah se dua dekhen mera jo aqeeda Allah ka hai Khuda ka Khuda ko mein ek ek ek zinda hasti samajhta hoon jaise hum aap ek zinda hasti hain yani meri taraf se Khuda kahin maujood hai</w:t>
      </w:r>
      <w:r>
        <w:br/>
      </w:r>
      <w:r>
        <w:rPr>
          <w:sz w:val="20"/>
        </w:rPr>
        <w:t>1:33:31  ek living being ke taur par ek person ke taur par mere andar jo mind hai to Khuda kehte hain super mind hai</w:t>
      </w:r>
      <w:r>
        <w:br/>
      </w:r>
      <w:r>
        <w:rPr>
          <w:sz w:val="20"/>
        </w:rPr>
        <w:t>1:33:44  is ke maani kya</w:t>
      </w:r>
      <w:r>
        <w:br/>
      </w:r>
      <w:r>
        <w:rPr>
          <w:sz w:val="20"/>
        </w:rPr>
        <w:t>1:33:45  hain ek bohat hi yeh yeh meri taqat ka raaz yahi hai ke mein Khuda ko ek living ek living par hasti ke taur par maine daryaft kiya hai ke meri tarah ka meri tarah ka mera hi ka ek greater form hai mera aur yeh Bukhari mein hadith hai ke in Allah khalaq khalaq Allah Adam ala suratuhu</w:t>
      </w:r>
      <w:r>
        <w:br/>
      </w:r>
      <w:r>
        <w:rPr>
          <w:sz w:val="20"/>
        </w:rPr>
        <w:t>1:34:12  insan ke andar jo salahiyaten hain minor scale par wahi Khuda ke andar greater scale par hain</w:t>
      </w:r>
      <w:r>
        <w:br/>
      </w:r>
      <w:r>
        <w:rPr>
          <w:sz w:val="20"/>
        </w:rPr>
        <w:t>1:34:21  to mujhe yaqeen hai ke mein jab bhi Allah ko dua karoon to mera Allah se contact qaim ho jata hai aur mujhe lagta hai ke mujhe koi inspiration aa raha hai yani idhar se mein mang raha hoon aur idhar se pa raha hoon</w:t>
      </w:r>
      <w:r>
        <w:br/>
      </w:r>
      <w:r>
        <w:rPr>
          <w:sz w:val="20"/>
        </w:rPr>
        <w:t>1:34:40  to ek hai ke maine bohat zyada parha doosri jagah maine bohat zyada duaen ki</w:t>
      </w:r>
      <w:r>
        <w:br/>
      </w:r>
      <w:r>
        <w:rPr>
          <w:sz w:val="20"/>
        </w:rPr>
        <w:t>1:34:46  dua karte karte mein aap soch nahi sakte ke mein kaisi duaen karta hoon kya kya duaen karta hoon</w:t>
      </w:r>
      <w:r>
        <w:br/>
      </w:r>
      <w:r>
        <w:rPr>
          <w:sz w:val="20"/>
        </w:rPr>
        <w:t>1:34:59  is ko aap soch nahi sakte kyunke log duaon mein jeena jante nahi aur Khuda ke bare mein dekhen jo monistic concept hai Khuda ka us ko mein us ke bare mein yahi maine kehna hai ke monistic concept Khuda ka jo hai us mein aap aap ko connection kahan se ayega us mein to aap akele ho jate hain yani Khuda jo hai koi zinda hasti nahi Khuda se aap contact nahi ho sakta</w:t>
      </w:r>
      <w:r>
        <w:br/>
      </w:r>
      <w:r>
        <w:rPr>
          <w:sz w:val="20"/>
        </w:rPr>
        <w:t>1:35:29  Khuda to ek aap ke liye ek sirf ek ek supposition hai ke zare zare mein Khuda hai aap contact kaise karen is se contact jab karwayenge jab Khuda ek person ho</w:t>
      </w:r>
      <w:r>
        <w:br/>
      </w:r>
      <w:r>
        <w:rPr>
          <w:sz w:val="20"/>
        </w:rPr>
        <w:t>1:35:43  to jo log Khuda ko as a person nahi mante woh bohat bari mahroomi mein hain woh un ka woh dunya mein loneliness loneliness mein jeete hain akele pan mein jeete hain</w:t>
      </w:r>
      <w:r>
        <w:br/>
      </w:r>
      <w:r>
        <w:rPr>
          <w:sz w:val="20"/>
        </w:rPr>
        <w:t>1:35:58  un ka contact Khuda se nahi hota Khuda se un ka whisper nahi hota Khuda se un ki baaten nahi hoti mein keh sakta hoon ke mein Khuda se yani rozana mein Khuda se contact mein rehta hoon Khuda se mangta hoon Khuda to apni taraf se mere paas aata hai</w:t>
      </w:r>
      <w:r>
        <w:br/>
      </w:r>
      <w:r>
        <w:rPr>
          <w:sz w:val="20"/>
        </w:rPr>
        <w:t>1:36:21  dekhen Islam mein yeh mana gaya hai ke ek hai revelation ek hai inspiration</w:t>
      </w:r>
      <w:r>
        <w:br/>
      </w:r>
      <w:r>
        <w:rPr>
          <w:sz w:val="20"/>
        </w:rPr>
        <w:t>1:36:28  Islam mein mana gaya hai ke revelation jo hai woh sirf peghamabar ko hota hai lekin inspiration kisi ko bhi ho sakta hai kisi ko bhi ho sakta hai jo apne aap ko purify kare jo sach much hi Allah se mange jo sach much hi Khuda se contact banaye apna sach much hi banaye</w:t>
      </w:r>
      <w:r>
        <w:br/>
      </w:r>
      <w:r>
        <w:rPr>
          <w:sz w:val="20"/>
        </w:rPr>
        <w:t>1:36:56  to mera to daily ka ek tajurba hai ke mujhe nai nai baaten maloom hoti hain nai nai baaten woh kaise dua ke through nai nai baaten dua ke through maloom hoti hain</w:t>
      </w:r>
      <w:r>
        <w:br/>
      </w:r>
      <w:r>
        <w:rPr>
          <w:sz w:val="20"/>
        </w:rPr>
        <w:t>1:37:12  aap meri kitaben parhiye aur doosron ki kitaben parhiye aap to meri baaten mein nai baaten bhari hui hongi mein rawaiytee baaten nahi karta</w:t>
      </w:r>
      <w:r>
        <w:br/>
      </w:r>
      <w:r>
        <w:rPr>
          <w:sz w:val="20"/>
        </w:rPr>
        <w:t>1:37:25  bohat zyada creativity payenge meri meri kitab ke andar aap woh kaisa hota hai woh isi tarah se hota hai dekhen study aap ko prepared mind banati hai study agar na ho to inspiration bhi aap ko faida nahi dega study aap ko prepared mind banati hai aur phir dua se aap ko inspiration aata hai</w:t>
      </w:r>
      <w:r>
        <w:br/>
      </w:r>
      <w:r>
        <w:rPr>
          <w:sz w:val="20"/>
        </w:rPr>
        <w:t>1:37:47  phir woh salahiyat paida hoti hai ke aap relevant aur irrelevant mein aap farq kar saken yeh bohat hi mushkil hai bohat hi mushkil hai ke kon sa relevant point hai kon sa irrelevant point hai sab is mein phanse rehte hain sab phanse rehte hain isi mein</w:t>
      </w:r>
      <w:r>
        <w:br/>
      </w:r>
      <w:r>
        <w:rPr>
          <w:sz w:val="20"/>
        </w:rPr>
        <w:t>1:38:10  to yeh bohat bari kisi ki khush qismati hai ke woh is is farq ko jaan jaye ki</w:t>
      </w:r>
      <w:r>
        <w:br/>
      </w:r>
      <w:r>
        <w:rPr>
          <w:sz w:val="20"/>
        </w:rPr>
        <w:t>1:38:18  unke isi mein aa ke wisdom sari chupi hui hai sara wisdom jo hai woh isi mein hai sara wisdom isi mein hai</w:t>
      </w:r>
      <w:r>
        <w:br/>
      </w:r>
      <w:r>
        <w:rPr>
          <w:sz w:val="20"/>
        </w:rPr>
        <w:t>1:38:29  jo bari bari baatein hain jo bari bari hikmatein hain woh sab isi mein chupi hui hain</w:t>
      </w:r>
      <w:r>
        <w:br/>
      </w:r>
      <w:r>
        <w:rPr>
          <w:sz w:val="20"/>
        </w:rPr>
        <w:t>1:38:39  meri kitab mein to sach mein to sab isi poori sari kitabein isi subject pe hoti hain</w:t>
      </w:r>
      <w:r>
        <w:br/>
      </w:r>
      <w:r>
        <w:rPr>
          <w:sz w:val="20"/>
        </w:rPr>
        <w:t>1:38:46  jo log parhte hain baqayda woh jante hain</w:t>
      </w:r>
      <w:r>
        <w:br/>
      </w:r>
      <w:r>
        <w:rPr>
          <w:sz w:val="20"/>
        </w:rPr>
        <w:t>1:38:52  ke sari baatein jo isi isi is subject pe hoti hain</w:t>
      </w:r>
      <w:r>
        <w:br/>
      </w:r>
      <w:r>
        <w:rPr>
          <w:sz w:val="20"/>
        </w:rPr>
        <w:t>1:39:01  to khair is ke baray mein main apna personal tajurba to zaroor bata sakta hoon lekin mere paas koi aisa method nahi hai jo main kisi ko kahoon ke yeh method dohrao to aisa ho jayega</w:t>
      </w:r>
      <w:r>
        <w:br/>
      </w:r>
      <w:r>
        <w:rPr>
          <w:sz w:val="20"/>
        </w:rPr>
        <w:t>1:39:19  sirf apna personal experience bata sakta hoon</w:t>
      </w:r>
      <w:r>
        <w:br/>
      </w:r>
      <w:r>
        <w:rPr>
          <w:sz w:val="20"/>
        </w:rPr>
        <w:t>1:39:25  is mamle mein</w:t>
      </w:r>
    </w:p>
    <w:p>
      <w:pPr>
        <w:pStyle w:val="Heading2"/>
      </w:pPr>
      <w:r>
        <w:t>Producing indigenous scholars in USA</w:t>
      </w:r>
    </w:p>
    <w:p>
      <w:r>
        <w:rPr>
          <w:color w:val="666666"/>
          <w:sz w:val="18"/>
        </w:rPr>
        <w:t>Society &amp; Dawah · Living in a World of Competition October 24, 2010 · 7m 05s · at 58:32 · https://youtu.be/0DRVM8YxM5U?t=3512</w:t>
      </w:r>
    </w:p>
    <w:p>
      <w:r>
        <w:rPr>
          <w:i/>
        </w:rPr>
        <w:t>“There is a trend here in the USA to produce indigenous muftis and scholars. For this reason, they are establishing sprawling Darul Ulooms and producing turbocharged hafiz, muftis, and scholars. They think this way they will bring an Islamic revolution in the USA. My question to you is: Is it a positive trend?”</w:t>
      </w:r>
    </w:p>
    <w:p>
      <w:r>
        <w:rPr>
          <w:sz w:val="20"/>
        </w:rPr>
        <w:t>58:32  yeh sawal poocha hai Mr. Khwaja Kaleemuddin ne Pennsylvania se. unhon ne likha hai: "Maulana sahib, there is a trend here in the USA to produce indigenous muftis and ulema.</w:t>
      </w:r>
      <w:r>
        <w:br/>
      </w:r>
      <w:r>
        <w:rPr>
          <w:sz w:val="20"/>
        </w:rPr>
        <w:t>58:48  for this reason, they are establishing sprawling darul uloom and producing young turbanized hafeez, muftis and ulema.</w:t>
      </w:r>
      <w:r>
        <w:br/>
      </w:r>
      <w:r>
        <w:rPr>
          <w:sz w:val="20"/>
        </w:rPr>
        <w:t>58:59  this way they think that they will bring an Islamic revolution here in the US. my question to you is: is it a positive trend?</w:t>
      </w:r>
      <w:r>
        <w:br/>
      </w:r>
      <w:r>
        <w:rPr>
          <w:sz w:val="20"/>
        </w:rPr>
        <w:t>59:11  will it bring a desired revolution? if not, what should Muslims do here? kindly c</w:t>
      </w:r>
      <w:r>
        <w:br/>
      </w:r>
      <w:r>
        <w:rPr>
          <w:sz w:val="20"/>
        </w:rPr>
        <w:t>59:19  ment." dekhiye, agar maqsad yeh ho madaris qaim karne ka western countries mein ke is se kuch nikah parhane wale aur janaza parhane wale aur fatwa dene wale kuch log paida ho jayen to yeh baat to haazir ho sakti hai.</w:t>
      </w:r>
      <w:r>
        <w:br/>
      </w:r>
      <w:r>
        <w:rPr>
          <w:sz w:val="20"/>
        </w:rPr>
        <w:t>59:40  lekin western countries mein revolution lana Islami, yeh to bilkul yani food is paradise mein jeena hai.</w:t>
      </w:r>
      <w:r>
        <w:br/>
      </w:r>
      <w:r>
        <w:rPr>
          <w:sz w:val="20"/>
        </w:rPr>
        <w:t>59:57  dekhen, maine baar baar safar kiya in countries ka, America ka bhi. maine paya hai ke log bilkul hi nahi jante ke America kya hai.</w:t>
      </w:r>
      <w:r>
        <w:br/>
      </w:r>
      <w:r>
        <w:rPr>
          <w:sz w:val="20"/>
        </w:rPr>
        <w:t>1:00:07  wahan rehte hain sirf kamane ke liye,</w:t>
      </w:r>
      <w:r>
        <w:br/>
      </w:r>
      <w:r>
        <w:rPr>
          <w:sz w:val="20"/>
        </w:rPr>
        <w:t>1:00:11  milte hain aapas mein. yeh Americanon se in ki koi mulaqaat nahi hoti siwaye yani workplace ke.</w:t>
      </w:r>
      <w:r>
        <w:br/>
      </w:r>
      <w:r>
        <w:rPr>
          <w:sz w:val="20"/>
        </w:rPr>
        <w:t>1:00:23  kuch un ka contact nahi, yahan tak ke jo ulema India se jate hain wahan ya Pakistan se jo woh jate hain wahan ya ya urf jate hain wahan, unhein bhi kuch khabar nahi ke America kya hai.</w:t>
      </w:r>
      <w:r>
        <w:br/>
      </w:r>
      <w:r>
        <w:rPr>
          <w:sz w:val="20"/>
        </w:rPr>
        <w:t>1:00:38  kyun? apne logon mein rehte hain, bas</w:t>
      </w:r>
      <w:r>
        <w:br/>
      </w:r>
      <w:r>
        <w:rPr>
          <w:sz w:val="20"/>
        </w:rPr>
        <w:t>1:00:41  apne logon mein khayen peeyen ge, apne logon mein hansi mazaq karenge, apne logon mein ho ha karenge, wahan par wapas aa jayen ge. American society se koi ta'alluq nahi, is liye woh jante nahi ke America kya hai, western thought kya hai, modern thinking kya hai.</w:t>
      </w:r>
      <w:r>
        <w:br/>
      </w:r>
      <w:r>
        <w:rPr>
          <w:sz w:val="20"/>
        </w:rPr>
        <w:t>1:00:58  to aap revolution, revolution kahan se layenge? modern mind ko aap address kaise karenge? aap</w:t>
      </w:r>
      <w:r>
        <w:br/>
      </w:r>
      <w:r>
        <w:rPr>
          <w:sz w:val="20"/>
        </w:rPr>
        <w:t>1:01:05  jaise misaal ke taur par dekhiye ke sari dunya ke musalman mashhoor America aur Europe ke ke yahan koi cheez ho jati hai ke cartoon chhap gaya, koi ya koi kitab chhap gayi, aur shor machate hain is ke khilaf.</w:t>
      </w:r>
      <w:r>
        <w:br/>
      </w:r>
      <w:r>
        <w:rPr>
          <w:sz w:val="20"/>
        </w:rPr>
        <w:t>1:01:21  it is against the speed of the age. aap bahar ja ke rehte hain to is liye rehte hain ke wahan azadi hai.</w:t>
      </w:r>
      <w:r>
        <w:br/>
      </w:r>
      <w:r>
        <w:rPr>
          <w:sz w:val="20"/>
        </w:rPr>
        <w:t>1:01:32  to</w:t>
      </w:r>
      <w:r>
        <w:br/>
      </w:r>
      <w:r>
        <w:rPr>
          <w:sz w:val="20"/>
        </w:rPr>
        <w:t>1:01:33  aaj ki dunya jo hai, freedom of express, expression ko bohat important deti hai. yani freedom of expression in ka kalma hai, azadi-e-rai,</w:t>
      </w:r>
      <w:r>
        <w:br/>
      </w:r>
      <w:r>
        <w:rPr>
          <w:sz w:val="20"/>
        </w:rPr>
        <w:t>1:01:47  yeh in ka kalma hai. in ka aap shor machate hain, yani kuch bhi aap ko pata nahi ke wahan ka soch kya hai, wahan ke thinking kya hai.</w:t>
      </w:r>
      <w:r>
        <w:br/>
      </w:r>
      <w:r>
        <w:rPr>
          <w:sz w:val="20"/>
        </w:rPr>
        <w:t>1:01:58  shor kya machana hai?</w:t>
      </w:r>
      <w:r>
        <w:br/>
      </w:r>
      <w:r>
        <w:rPr>
          <w:sz w:val="20"/>
        </w:rPr>
        <w:t>1:02:00  aap article likhein, aap kitab likhein, aap logon se miliye, logon ko samjhaiye. hangama karna aur kehna ke in ko maro, in ko kato, yani kuch bhi unhein alif be te se bhi nahi maloom hai wahan ki dunya ka haal.</w:t>
      </w:r>
      <w:r>
        <w:br/>
      </w:r>
      <w:r>
        <w:rPr>
          <w:sz w:val="20"/>
        </w:rPr>
        <w:t>1:02:15  yeh aur revolution layenge, yeh wahan bhi inqilab barpa karenge. yeh to foods paradise mein jeena hai.</w:t>
      </w:r>
      <w:r>
        <w:br/>
      </w:r>
      <w:r>
        <w:rPr>
          <w:sz w:val="20"/>
        </w:rPr>
        <w:t>1:02:24  to main arz karunga ke yeh jo madaris wahan qaim ho rahe hain, agar un ka maqsad yeh ho ke jo cultural zarooraten hain musalmanon ki, cultural zarooraten hain, jaise namaz, janaze ki namaz padhana,</w:t>
      </w:r>
      <w:r>
        <w:br/>
      </w:r>
      <w:r>
        <w:rPr>
          <w:sz w:val="20"/>
        </w:rPr>
        <w:t>1:02:40  eidain ki namaz padhana, kuch juzviyat mein masle mein fatwa dena waghera, yeh zaroorat poori ho sakti hai.</w:t>
      </w:r>
      <w:r>
        <w:br/>
      </w:r>
      <w:r>
        <w:rPr>
          <w:sz w:val="20"/>
        </w:rPr>
        <w:t>1:02:51  lekin is ka is se koi bhi taluq nahi hai ke wahan ki dunya mein islami inqilab aaye, kyunke islami inqilab maine kaha ke Islam ko aap ise un ke mind ko ke mutabiq, un ke muaine ke mutabiq, aap Islam ko un ke liye understandable banayein,</w:t>
      </w:r>
      <w:r>
        <w:br/>
      </w:r>
      <w:r>
        <w:rPr>
          <w:sz w:val="20"/>
        </w:rPr>
        <w:t>1:03:11  isko reason out karein, aise dalail dein ke un ka mind address ho. tab to woh sochega, woh nahi sochega hi nahi,</w:t>
      </w:r>
      <w:r>
        <w:br/>
      </w:r>
      <w:r>
        <w:rPr>
          <w:sz w:val="20"/>
        </w:rPr>
        <w:t>1:03:20  sochega bhi nahi. abhi to jitni bhi kitabein chhapi hain, hamare mission mein jo kitabein hain, us ko chhod dijiye, sab Muslim oriented kitabein hain, one to all,</w:t>
      </w:r>
      <w:r>
        <w:br/>
      </w:r>
      <w:r>
        <w:rPr>
          <w:sz w:val="20"/>
        </w:rPr>
        <w:t>1:03:32  one to all Muslim oriented kitabein hain. main America mein masjidon mein namaz padhi, maine wahan bhi wahi duaein Quran, wahan bhi Quran nazla padhi jati hai, Allahumma ahlil kafarata wal mushrikeen, wahan bhi hota hai.</w:t>
      </w:r>
      <w:r>
        <w:br/>
      </w:r>
      <w:r>
        <w:rPr>
          <w:sz w:val="20"/>
        </w:rPr>
        <w:t>1:03:45  ab bataiye ke jin logon ko aap, jin logon ke darmiyan aap Islam ko phailana hai, un ke un ko badduaen kar rahe hain, wahan par kuch log Islam qubool karte hain, woh apne aap karte hain, musalmanon ka is se koi taluq nahi hai,</w:t>
      </w:r>
      <w:r>
        <w:br/>
      </w:r>
      <w:r>
        <w:rPr>
          <w:sz w:val="20"/>
        </w:rPr>
        <w:t>1:03:59  kuch bhi nahi. poori tareekh mein aisa hua hai ke log Islam apne aap qubool karte rahe, fitrat ki gawahi par, fitrat ki gawahi par.</w:t>
      </w:r>
      <w:r>
        <w:br/>
      </w:r>
      <w:r>
        <w:rPr>
          <w:sz w:val="20"/>
        </w:rPr>
        <w:t>1:04:12  jaise ek American musalman hua tha, to us se poocha gaya ke musalman to ab kyun hue? to us ne kaha ke main musalman nahi hua hoon, I was reverted to my own birthright religion.</w:t>
      </w:r>
      <w:r>
        <w:br/>
      </w:r>
      <w:r>
        <w:rPr>
          <w:sz w:val="20"/>
        </w:rPr>
        <w:t>1:04:23  to apni fitrat ki taraf lot ta hai woh, ya to bas wahan par wahi apne mulk ko culture chalate hain, Arab log apna culture chalate hain, Pakistani apna chahte hain, Indian ko apna chalate hain, isi mein rehte hain.</w:t>
      </w:r>
      <w:r>
        <w:br/>
      </w:r>
      <w:r>
        <w:rPr>
          <w:sz w:val="20"/>
        </w:rPr>
        <w:t>1:04:36  bas</w:t>
      </w:r>
      <w:r>
        <w:br/>
      </w:r>
      <w:r>
        <w:rPr>
          <w:sz w:val="20"/>
        </w:rPr>
        <w:t>1:04:41  to main aise madaris ke khilaf nahi hoon, lekin jis goal ko samne rakh kar ke madaris banaye jate hain, woh us ke khilaf hoon, kyunke yeh goal kabhi hasil hone wala nahi hai.</w:t>
      </w:r>
      <w:r>
        <w:br/>
      </w:r>
      <w:r>
        <w:rPr>
          <w:sz w:val="20"/>
        </w:rPr>
        <w:t>1:04:52  yeh jo hum log yahan har haftah ikattha hote hain, hamein samjhein ke hum ikattha hote hote hote yahan par India mein hum apna hukumat qaim kar lenge, to yeh kaam makana baat hogi, kyunke yeh to non political hai.</w:t>
      </w:r>
      <w:r>
        <w:br/>
      </w:r>
      <w:r>
        <w:rPr>
          <w:sz w:val="20"/>
        </w:rPr>
        <w:t>1:05:04  hamara mission</w:t>
      </w:r>
      <w:r>
        <w:br/>
      </w:r>
      <w:r>
        <w:rPr>
          <w:sz w:val="20"/>
        </w:rPr>
        <w:t>1:05:06  yahan party se koi baat nahi, na hamare is classes se sare India mein log hum ko vote dein, vote dene lagenge. yeh to aap makana soch ho gaya, ho jayegi.</w:t>
      </w:r>
      <w:r>
        <w:br/>
      </w:r>
      <w:r>
        <w:rPr>
          <w:sz w:val="20"/>
        </w:rPr>
        <w:t>1:05:19  to kam az kam yeh janiye ke aap jo kaam kar rahe hain, is ka result kya nikalne wala hai.</w:t>
      </w:r>
      <w:r>
        <w:br/>
      </w:r>
      <w:r>
        <w:rPr>
          <w:sz w:val="20"/>
        </w:rPr>
        <w:t>1:05:28  yani aap lagayen babal ka peR aur saare is mein aam phalein ge, to zahir hai ke bilkul isi ko kehte hain ke living in foods paradise.</w:t>
      </w:r>
    </w:p>
    <w:p>
      <w:pPr>
        <w:pStyle w:val="Heading2"/>
      </w:pPr>
      <w:r>
        <w:t>Protests for Kashmir Human Rights</w:t>
      </w:r>
    </w:p>
    <w:p>
      <w:r>
        <w:rPr>
          <w:color w:val="666666"/>
          <w:sz w:val="18"/>
        </w:rPr>
        <w:t>Society &amp; Dawah · From The Spiritual Tree August 8, 2010 · 9m 51s · at 59:14 · https://youtu.be/H6e9NOrqgHI?t=3554</w:t>
      </w:r>
    </w:p>
    <w:p>
      <w:r>
        <w:rPr>
          <w:i/>
        </w:rPr>
        <w:t>“These days many people are complaining and holding demonstrations in the name of human rights violations in Kashmir. Is this justified, and will it yield any result?”</w:t>
      </w:r>
    </w:p>
    <w:p>
      <w:r>
        <w:rPr>
          <w:sz w:val="20"/>
        </w:rPr>
        <w:t>59:14  Maulana, yeh sawal Miss Maria ka hai New Delhi se. Unhon ne likha hai ke "These days many people are complaining and holding demonstrations in the name of human rights violation in Kashmir.</w:t>
      </w:r>
      <w:r>
        <w:br/>
      </w:r>
      <w:r>
        <w:rPr>
          <w:sz w:val="20"/>
        </w:rPr>
        <w:t>59:30  Is this justified and would it entail any result?</w:t>
      </w:r>
      <w:r>
        <w:br/>
      </w:r>
      <w:r>
        <w:rPr>
          <w:sz w:val="20"/>
        </w:rPr>
        <w:t>59:35  " Result to nikalna hota hai, nikal chuka hota hai. 60 baras se nikalne wala to nikal chuka hota hai. Dekhein, yahan mein ek baat bohat hi important baat arz karna chahta hoon ke sari duniya ke Musalman is pe obssessed hain.</w:t>
      </w:r>
      <w:r>
        <w:br/>
      </w:r>
      <w:r>
        <w:rPr>
          <w:sz w:val="20"/>
        </w:rPr>
        <w:t>59:49  Isi se human rights ke naam par hum tareeqe chala rahe hain. Woh yeh ek bohat bari cheez hai, kisi ko kisi ko pata nahi, na ulma ko pata hai, na mister logon ko pata hai.</w:t>
      </w:r>
      <w:r>
        <w:br/>
      </w:r>
      <w:r>
        <w:rPr>
          <w:sz w:val="20"/>
        </w:rPr>
        <w:t>1:00:01  Is zamane mein Musalmanon ne ek bohat bari hamakat, nadani ki hai.</w:t>
      </w:r>
      <w:r>
        <w:br/>
      </w:r>
      <w:r>
        <w:rPr>
          <w:sz w:val="20"/>
        </w:rPr>
        <w:t>1:00:06  Woh ek human rights ke concept par apni sari tareekh chala rakhi hai. Unhon ne aur human rights kya hai? Yeh jo West se nikla hai, mein is ko extremism manta hoon.</w:t>
      </w:r>
      <w:r>
        <w:br/>
      </w:r>
      <w:r>
        <w:rPr>
          <w:sz w:val="20"/>
        </w:rPr>
        <w:t>1:00:19  Ek extremism ka shikar Musalman hi nahi hai, West bhi hai. Farq yeh hai ke un ka un ka jo hai, secular extremism hai. Hamara religious extremism hai.</w:t>
      </w:r>
      <w:r>
        <w:br/>
      </w:r>
      <w:r>
        <w:rPr>
          <w:sz w:val="20"/>
        </w:rPr>
        <w:t>1:00:30  Poora West jo hai, secular extremism mein mubtala hai. Woh kaise?</w:t>
      </w:r>
      <w:r>
        <w:br/>
      </w:r>
      <w:r>
        <w:rPr>
          <w:sz w:val="20"/>
        </w:rPr>
        <w:t>1:00:34  Un ka gender equality concept, freedom ka concept aur human rights ka concept, yeh sab extremism hai. Extremism hai yeh sab.</w:t>
      </w:r>
      <w:r>
        <w:br/>
      </w:r>
      <w:r>
        <w:rPr>
          <w:sz w:val="20"/>
        </w:rPr>
        <w:t>1:00:45  Woh kaise</w:t>
      </w:r>
      <w:r>
        <w:br/>
      </w:r>
      <w:r>
        <w:rPr>
          <w:sz w:val="20"/>
        </w:rPr>
        <w:t>1:00:47  ? Dekhein, yeh jo jo jo artistic Musalman liye hue hain, jise napte hain, kehte hain ke human rights ka violation hua hai.</w:t>
      </w:r>
      <w:r>
        <w:br/>
      </w:r>
      <w:r>
        <w:rPr>
          <w:sz w:val="20"/>
        </w:rPr>
        <w:t>1:00:58  To Islam ke se dekhein, aap Islam ki artistics dekhein, aap Quran Majeed mein saaf saaf ayat hai ke "Ittqoo fitnatan laa tusibannallazeena zalamum minkum khassah".</w:t>
      </w:r>
      <w:r>
        <w:br/>
      </w:r>
      <w:r>
        <w:rPr>
          <w:sz w:val="20"/>
        </w:rPr>
        <w:t>1:01:14  "Ittqoo fitnatan laa tusibannallazeena mink</w:t>
      </w:r>
      <w:r>
        <w:br/>
      </w:r>
      <w:r>
        <w:rPr>
          <w:sz w:val="20"/>
        </w:rPr>
        <w:t>1:01:18  um khassah" Surah Anfal mein. Is fitne se bacho jo tumhare khaas logon hi ko nahi, apne lapet mein le ga, balkeh aam logon ko lapet mein le le ga.</w:t>
      </w:r>
      <w:r>
        <w:br/>
      </w:r>
      <w:r>
        <w:rPr>
          <w:sz w:val="20"/>
        </w:rPr>
        <w:t>1:01:31  Woh kya hai? Islam chahta hai ke initial stage hi mein aap apna precaution lein.</w:t>
      </w:r>
      <w:r>
        <w:br/>
      </w:r>
      <w:r>
        <w:rPr>
          <w:sz w:val="20"/>
        </w:rPr>
        <w:t>1:01:40  Agar aap initial is se precaution na lein aur lagataar tareeqe chala dein to aap jab ek jab kuch ek mob hai, patharav kare ga to goliyan chalengi to bohat se woh bhi marenge jo jo jo jo jo kahin sarak par khadi hui thi, kinare woh hoga.</w:t>
      </w:r>
      <w:r>
        <w:br/>
      </w:r>
      <w:r>
        <w:rPr>
          <w:sz w:val="20"/>
        </w:rPr>
        <w:t>1:01:58  There is but natural jo nafrat bhare gi, nafrat ke shikar sab log honge.</w:t>
      </w:r>
      <w:r>
        <w:br/>
      </w:r>
      <w:r>
        <w:rPr>
          <w:sz w:val="20"/>
        </w:rPr>
        <w:t>1:02:06  To Kashmir ke bare mein dekhiye, mein bohat baar likh chuka hoon ke Kashmir jo hai, Kashmiriyon ki apni Kashmiris are paying the price of their own their own yani stepped policies.</w:t>
      </w:r>
      <w:r>
        <w:br/>
      </w:r>
      <w:r>
        <w:rPr>
          <w:sz w:val="20"/>
        </w:rPr>
        <w:t>1:02:21  Yeh mein likh chuka hoon. Aap aap agar padh lein meri kitab "Kashmir mein Aman" ke India mein jis zamane mein jo pehli government bani thi 47 ke baad to Sardar Patel is zamane mein Home Minister the.</w:t>
      </w:r>
      <w:r>
        <w:br/>
      </w:r>
      <w:r>
        <w:rPr>
          <w:sz w:val="20"/>
        </w:rPr>
        <w:t>1:02:38  To is zamane mein do states ka jhagda tha, Hyderabad ka aur Kashmir ka.</w:t>
      </w:r>
      <w:r>
        <w:br/>
      </w:r>
      <w:r>
        <w:rPr>
          <w:sz w:val="20"/>
        </w:rPr>
        <w:t>1:02:45  To yeh yeh cheez, yeh cheez, yeh cheez record mein hai ke Sardar Patel ne peshkash kiya kyunke Pakistanion ne kiya kiya tha ke Hyderabad ko apna apna ilhaq kar rakha tha.</w:t>
      </w:r>
      <w:r>
        <w:br/>
      </w:r>
      <w:r>
        <w:rPr>
          <w:sz w:val="20"/>
        </w:rPr>
        <w:t>1:02:59  Pata hai, Hyderabad jo hai, Indian Union mein hai aur is ka Nawab itna nadan tha ke us ne yeh woh kar liya tha, un ko affiliation kar liya tha, ilhaq Pakistan se.</w:t>
      </w:r>
      <w:r>
        <w:br/>
      </w:r>
      <w:r>
        <w:rPr>
          <w:sz w:val="20"/>
        </w:rPr>
        <w:t>1:03:10  Wahan is ka daftar khol diya tha Karachi mein.</w:t>
      </w:r>
      <w:r>
        <w:br/>
      </w:r>
      <w:r>
        <w:rPr>
          <w:sz w:val="20"/>
        </w:rPr>
        <w:t>1:03:14  to sardar patel ne kaha ke is ko band karo, haiderabad india ka hissa hai, ye maan lo tum. to kashmir ke bare mein ham ham maan len ge tumhara claim.</w:t>
      </w:r>
      <w:r>
        <w:br/>
      </w:r>
      <w:r>
        <w:rPr>
          <w:sz w:val="20"/>
        </w:rPr>
        <w:t>1:03:25  lekin is waqt liaqat ali khan prime minister the, unhon ne nibhani nahi is cheez ko, radd kar diya bilkul. meri kitab parhiye, is mein baqayda khud pakistani reference se maine dikhaya hai ke is ki is poori poori zimmedari kashmiyon par hai, pakistanion par hai.</w:t>
      </w:r>
      <w:r>
        <w:br/>
      </w:r>
      <w:r>
        <w:rPr>
          <w:sz w:val="20"/>
        </w:rPr>
        <w:t>1:03:41  to jab initially stage par aap ne nadani ki to aap is ko sab bhugte. human rights ka masla nahi hai, ye ur paying da price of of your of your own state policies.</w:t>
      </w:r>
      <w:r>
        <w:br/>
      </w:r>
      <w:r>
        <w:rPr>
          <w:sz w:val="20"/>
        </w:rPr>
        <w:t>1:03:56  ye hai islam ka tareeqa. wo europe mein jo hai, human rights wo to ek romantic hai, romantic jo kab chalne chal nahi sakta hai.</w:t>
      </w:r>
      <w:r>
        <w:br/>
      </w:r>
      <w:r>
        <w:rPr>
          <w:sz w:val="20"/>
        </w:rPr>
        <w:t>1:04:05  wo kahin nahi chal raha hai, wo na iraq mein chal raha hai, na afghanistan mein chal raha hai, na europe mein chal raha hai.</w:t>
      </w:r>
      <w:r>
        <w:br/>
      </w:r>
      <w:r>
        <w:rPr>
          <w:sz w:val="20"/>
        </w:rPr>
        <w:t>1:04:10  ye first world war, second world war mein nahi chala. wo yaani is mein is mein ye bataya gaya hai ke direct aap jo involve ho, usi ko aap goli maar sakte hain.</w:t>
      </w:r>
      <w:r>
        <w:br/>
      </w:r>
      <w:r>
        <w:rPr>
          <w:sz w:val="20"/>
        </w:rPr>
        <w:t>1:04:21  to kya second world war mein first world war mein wahi goli mari gayi?</w:t>
      </w:r>
      <w:r>
        <w:br/>
      </w:r>
      <w:r>
        <w:rPr>
          <w:sz w:val="20"/>
        </w:rPr>
        <w:t>1:04:31  wo wo bilkul ek ek romantic concept hai, wo romantic concept hai.</w:t>
      </w:r>
      <w:r>
        <w:br/>
      </w:r>
      <w:r>
        <w:rPr>
          <w:sz w:val="20"/>
        </w:rPr>
        <w:t>1:04:40  yaani beshumar wo log mare second world war mein, first world war mein jo direct tor par involve nahi the, wo is mein jang mein kyunke wo mare. kyunke jab aap invite karenge war ko to bhugte, is ke sath aap ko bhugatni pare gi,</w:t>
      </w:r>
      <w:r>
        <w:br/>
      </w:r>
      <w:r>
        <w:rPr>
          <w:sz w:val="20"/>
        </w:rPr>
        <w:t>1:04:55  aap ko bhugatni pare gi. is ke sath isi liye islam mein ye hai ke tum wo kaam na karo jis ka result ulta ulta nikalne wala ho. jis ko aalim kehte hain counter productive.</w:t>
      </w:r>
      <w:r>
        <w:br/>
      </w:r>
      <w:r>
        <w:rPr>
          <w:sz w:val="20"/>
        </w:rPr>
        <w:t>1:05:06  wo kaam na karo jis ka natija ulta nikle.</w:t>
      </w:r>
      <w:r>
        <w:br/>
      </w:r>
      <w:r>
        <w:rPr>
          <w:sz w:val="20"/>
        </w:rPr>
        <w:t>1:05:10  ye islam ka concept hai. ye jo concept europe america ka hai, jo international mein mana gaya hai, wo main is ko romantic concept samajhta hoon.</w:t>
      </w:r>
      <w:r>
        <w:br/>
      </w:r>
      <w:r>
        <w:rPr>
          <w:sz w:val="20"/>
        </w:rPr>
        <w:t>1:05:19  romantic concept kyunke hone wala nahi hai, wo hone wala nahi hai.</w:t>
      </w:r>
      <w:r>
        <w:br/>
      </w:r>
      <w:r>
        <w:rPr>
          <w:sz w:val="20"/>
        </w:rPr>
        <w:t>1:05:29  yaani is concept ka matlab ye hai ke agar kisi ne aap ke sath action kiya hai kuch to itna hi badla lijie. aap matlab ek aadmi ne pathar mara, aap bhi pathar ek mar dijiye.</w:t>
      </w:r>
      <w:r>
        <w:br/>
      </w:r>
      <w:r>
        <w:rPr>
          <w:sz w:val="20"/>
        </w:rPr>
        <w:t>1:05:39  is ko aisa ho nahi sakta. aap pathar maren ge, is ke hath mein gun hai, gun hai to gun chalaye ga. wo agar aap apne aap ka jo aadmi rival jo aap ka hai, wo gun liye hue hain, aaj hamara pathar to aisa nahi ke gun phenk de aur ja ke pathar ke dhoond ke laye.</w:t>
      </w:r>
      <w:r>
        <w:br/>
      </w:r>
      <w:r>
        <w:rPr>
          <w:sz w:val="20"/>
        </w:rPr>
        <w:t>1:05:56  wo aisa nahi kare ga, wo</w:t>
      </w:r>
      <w:r>
        <w:br/>
      </w:r>
      <w:r>
        <w:rPr>
          <w:sz w:val="20"/>
        </w:rPr>
        <w:t>1:05:58  gun chalaye ga. wo gun chalaye ga to bohat se log banen ge. to aap kyun pathar marte hain is ko? ye islam ka concept hai. wo concept jo hai european, wo khud europe mein is par amal nahi hota,</w:t>
      </w:r>
      <w:r>
        <w:br/>
      </w:r>
      <w:r>
        <w:rPr>
          <w:sz w:val="20"/>
        </w:rPr>
        <w:t>1:06:13  kabhi amal nahi hua, aaj bhi nahi hua. na first world war mein hua, na second world war hua, na aaj wo ho sakta hai. is par amal koi</w:t>
      </w:r>
      <w:r>
        <w:br/>
      </w:r>
      <w:r>
        <w:rPr>
          <w:sz w:val="20"/>
        </w:rPr>
        <w:t>1:06:22  islam dekhen, result ko dekhta hai, result ko ke wo kaam aap na karen jis ka result ulta ulta nikle.</w:t>
      </w:r>
      <w:r>
        <w:br/>
      </w:r>
      <w:r>
        <w:rPr>
          <w:sz w:val="20"/>
        </w:rPr>
        <w:t>1:06:29  hadith mein aata hai ke rasool Allah ne farmaya ke "la nafs" yaani momin ko nahi chahiye ke khud apne aap ko musibat mein dale, apne ko zaleel kare, apne ko marwaye.</w:t>
      </w:r>
      <w:r>
        <w:br/>
      </w:r>
      <w:r>
        <w:rPr>
          <w:sz w:val="20"/>
        </w:rPr>
        <w:t>1:06:47  to kisi ne poocha ke aisa kaise hoga ke aadmi khud hi apne ko zaleel karwaye ga?</w:t>
      </w:r>
      <w:r>
        <w:br/>
      </w:r>
      <w:r>
        <w:rPr>
          <w:sz w:val="20"/>
        </w:rPr>
        <w:t>1:06:53  to aap ne farmaya ke yaani ek aise muamle mein yaani kood pare jis ka result ulta nikalne wala ho.</w:t>
      </w:r>
      <w:r>
        <w:br/>
      </w:r>
      <w:r>
        <w:rPr>
          <w:sz w:val="20"/>
        </w:rPr>
        <w:t>1:07:07  jis ko kehte hain angrezi mein kehte hain ke "fools rush in where angels fear to tread". wo kar dale. to islam mein ye hai ke natije ko dekh kar action lena, natije ko dekh kar qdam karna.</w:t>
      </w:r>
      <w:r>
        <w:br/>
      </w:r>
      <w:r>
        <w:rPr>
          <w:sz w:val="20"/>
        </w:rPr>
        <w:t>1:07:21  to ye jo quom mutahida mein nations mein jo hai universal declaration of human rights, main is ko romantic samajhta hoon. romantic kuch hissa sahi bhi hai ke kuch hissa is ko romantic hai.</w:t>
      </w:r>
      <w:r>
        <w:br/>
      </w:r>
      <w:r>
        <w:rPr>
          <w:sz w:val="20"/>
        </w:rPr>
        <w:t>1:07:31  ab musalman is ko le le kar ke taqdeer karte hain. to sawal ye hai ke tumhari taqreeron se kuch hua kyun nahi? 60 baras mein na falasteen mein kuch hua, na kashmir mein kuch hua.</w:t>
      </w:r>
      <w:r>
        <w:br/>
      </w:r>
      <w:r>
        <w:rPr>
          <w:sz w:val="20"/>
        </w:rPr>
        <w:t>1:07:43  to result ko dekho, result result ko dekho.</w:t>
      </w:r>
      <w:r>
        <w:br/>
      </w:r>
      <w:r>
        <w:rPr>
          <w:sz w:val="20"/>
        </w:rPr>
        <w:t>1:07:48  kashmir ka jis bhi mere nazdeek apni stepped policies ki price de rahe hain, woh falasteen mein bhi arab apni stepped policies ki price de rahe hain.</w:t>
      </w:r>
      <w:r>
        <w:br/>
      </w:r>
      <w:r>
        <w:rPr>
          <w:sz w:val="20"/>
        </w:rPr>
        <w:t>1:07:56  woh dono jagah ek hi case hai.</w:t>
      </w:r>
      <w:r>
        <w:br/>
      </w:r>
      <w:r>
        <w:rPr>
          <w:sz w:val="20"/>
        </w:rPr>
        <w:t>1:08:01  yani arab mein, yani falasteen mein arbon ne stepped policies ikhtiyar ki, iski price de rahe hain. woh kashmir mein in logon ne stepped policies ikhtiyar ki, matlab in realistic policies, iski price de rahe hain.</w:t>
      </w:r>
      <w:r>
        <w:br/>
      </w:r>
      <w:r>
        <w:rPr>
          <w:sz w:val="20"/>
        </w:rPr>
        <w:t>1:08:16  woh ab woh international ke in mein rights chalate hain to woh bilkul in, yani woh chalne wala nahi hai. woh woh kahan?</w:t>
      </w:r>
      <w:r>
        <w:br/>
      </w:r>
      <w:r>
        <w:rPr>
          <w:sz w:val="20"/>
        </w:rPr>
        <w:t>1:08:25  mujhe bataiye ke kahan chala hai? woh kahin bataiye, koi duniya bataiye jahan chali ho? kya vietnam mein chala woh? kya woh japan mein chala woh?</w:t>
      </w:r>
      <w:r>
        <w:br/>
      </w:r>
      <w:r>
        <w:rPr>
          <w:sz w:val="20"/>
        </w:rPr>
        <w:t>1:08:35  kya woh first war, second world war mein chala? woh kahan woh chala? mujhe bataiye, woh toh likha hua hai. khali</w:t>
      </w:r>
      <w:r>
        <w:br/>
      </w:r>
      <w:r>
        <w:rPr>
          <w:sz w:val="20"/>
        </w:rPr>
        <w:t>1:08:42  is wajah se musalmanon ko chahiye ke quran o hadith mein jo tareeqa bataya, usko len. yani result oriented action ka tareeqa ikhtiyar karen, nateeje ko dekh kar iqdam karen.</w:t>
      </w:r>
      <w:r>
        <w:br/>
      </w:r>
      <w:r>
        <w:rPr>
          <w:sz w:val="20"/>
        </w:rPr>
        <w:t>1:08:53  yeh nahi ke aap pathar maaren, phir woh phir woh gun maare aur bomb maare to aap kahhen, "ae dekho, human rights ka violation ho raha hai". yeh mere nazdeek un Islamic hai.</w:t>
      </w:r>
    </w:p>
    <w:p>
      <w:pPr>
        <w:pStyle w:val="Heading2"/>
      </w:pPr>
      <w:r>
        <w:t>Quranic approach to communal violence</w:t>
      </w:r>
    </w:p>
    <w:p>
      <w:r>
        <w:rPr>
          <w:color w:val="666666"/>
          <w:sz w:val="18"/>
        </w:rPr>
        <w:t>Society &amp; Dawah · Study of The Quran November 30, 2014 · 5m 32s · at 1:14:19 · https://youtu.be/x3fcJ2nlDow?t=4459</w:t>
      </w:r>
    </w:p>
    <w:p>
      <w:r>
        <w:rPr>
          <w:i/>
        </w:rPr>
        <w:t>“In India, regarding communal violence, what is the application of the Quran? Is it only to suffer beatings and make non-violent claims?”</w:t>
      </w:r>
    </w:p>
    <w:p>
      <w:r>
        <w:rPr>
          <w:sz w:val="20"/>
        </w:rPr>
        <w:t>1:14:19  maulana, agla sawal dilli se kya hai mahmood asim sahib ne, aur unhone likha hai: hindustan mein jo communal violence ka issue hai, us se niptne ke liye quran ka application kya hai?</w:t>
      </w:r>
      <w:r>
        <w:br/>
      </w:r>
      <w:r>
        <w:rPr>
          <w:sz w:val="20"/>
        </w:rPr>
        <w:t>1:14:33  sirf maar khana aur non-violently dawah karna? is ke bare mein? ji, kaun sahib hain yeh jo sawal kar rahe hain? humm, kaun sahib sawal kar rahe hain?</w:t>
      </w:r>
      <w:r>
        <w:br/>
      </w:r>
      <w:r>
        <w:rPr>
          <w:sz w:val="20"/>
        </w:rPr>
        <w:t>1:14:43  shayad pehli baar aaye hain yahan par woh. ji. beharhal, is par maine kitabein likhi hain, aap padh lijie. aur muslim jo communal rights hain, us ko bohat deeply mein ne un ki study ki hai.</w:t>
      </w:r>
      <w:r>
        <w:br/>
      </w:r>
      <w:r>
        <w:rPr>
          <w:sz w:val="20"/>
        </w:rPr>
        <w:t>1:14:59  sare communal rights jo hote hain, un ki beginning jo hoti hai, musalman bhadakne wali qaum ban gaye hain, bhadakte hain, bas fasad shuru ho jata hai. jahan jahan bhi hua, aghaz dekhiye aap.</w:t>
      </w:r>
      <w:r>
        <w:br/>
      </w:r>
      <w:r>
        <w:rPr>
          <w:sz w:val="20"/>
        </w:rPr>
        <w:t>1:15:14  aghaz kahan se? mislan mauo mein hamara jo zila hai, adam padh, wahan mauo ek town hai. to wahan par fasad hua. bohat zabardast fasad hua.</w:t>
      </w:r>
      <w:r>
        <w:br/>
      </w:r>
      <w:r>
        <w:rPr>
          <w:sz w:val="20"/>
        </w:rPr>
        <w:t>1:15:24  to maine direct mauo mein is ki tehqeeq ki.</w:t>
      </w:r>
      <w:r>
        <w:br/>
      </w:r>
      <w:r>
        <w:rPr>
          <w:sz w:val="20"/>
        </w:rPr>
        <w:t>1:15:28  jo chupa tha muslim akhbaron mein, kya tha? ke hinduo ne yeh itna mara, hinduo ne itna mara. yani hinduo ke hinduo ne jo jalaya, phoonka, us ka zikr to khoob khoob tha.</w:t>
      </w:r>
      <w:r>
        <w:br/>
      </w:r>
      <w:r>
        <w:rPr>
          <w:sz w:val="20"/>
        </w:rPr>
        <w:t>1:15:39  asal baat ka zikr nahi. maine wahan par tehqeeq ki to khud musalmano ne bataya ke asal baat yeh thi ke wahan par ek mandir tha, us mandir mein bhajan ho raha tha, kirtan.</w:t>
      </w:r>
      <w:r>
        <w:br/>
      </w:r>
      <w:r>
        <w:rPr>
          <w:sz w:val="20"/>
        </w:rPr>
        <w:t>1:15:53  to musalmano ne ja ke mana kiya ke tum kirtan mat karo.</w:t>
      </w:r>
      <w:r>
        <w:br/>
      </w:r>
      <w:r>
        <w:rPr>
          <w:sz w:val="20"/>
        </w:rPr>
        <w:t>1:15:57  haan, woh hamari masjid mein namaz ho rahi hai. to unhone kaha ke hum ne artificial se ijazat le li hai, hum nahi rokenge.</w:t>
      </w:r>
      <w:r>
        <w:br/>
      </w:r>
      <w:r>
        <w:rPr>
          <w:sz w:val="20"/>
        </w:rPr>
        <w:t>1:16:07  to unhone is ko mic ko tod diya. to kya aap samajhte hain ke mic ko todenge, aap ko fasad nahi hoga? communal rights jo hai, yeh lafzi galat hai mere nazdeek.</w:t>
      </w:r>
      <w:r>
        <w:br/>
      </w:r>
      <w:r>
        <w:rPr>
          <w:sz w:val="20"/>
        </w:rPr>
        <w:t>1:16:21  humein jitne bhi rights hue hain, un sab ke bare mein mein keh sakta hoon ke maine bohat se rights ki tehqeeq ki hai. ke musalman jazbati qaum hain, mushtael ho jate hain, bhadak uthte hain.</w:t>
      </w:r>
      <w:r>
        <w:br/>
      </w:r>
      <w:r>
        <w:rPr>
          <w:sz w:val="20"/>
        </w:rPr>
        <w:t>1:16:32  to woh ja kar wahan, yani kuch na kuch kar baithte hain. abhi dekhiye, bhagalpur ki report abhi aayi hai.</w:t>
      </w:r>
      <w:r>
        <w:br/>
      </w:r>
      <w:r>
        <w:rPr>
          <w:sz w:val="20"/>
        </w:rPr>
        <w:t>1:16:41  bhagalpur ki direct maine tehqeeq kar ke batata hoon aap ko, jo bhagalpur rights hua tha.</w:t>
      </w:r>
      <w:r>
        <w:br/>
      </w:r>
      <w:r>
        <w:rPr>
          <w:sz w:val="20"/>
        </w:rPr>
        <w:t>1:16:48  ek sahib jo is par moti si kitab likhi thi, unhone. bhagalpur ka fasad. bohat hi mashhoor tha fasad bhagalpur ka.</w:t>
      </w:r>
      <w:r>
        <w:br/>
      </w:r>
      <w:r>
        <w:rPr>
          <w:sz w:val="20"/>
        </w:rPr>
        <w:t>1:16:58  bhagalpur ka fasad. to mujhe la ke kitab diya unhone. is kitab mein maine dekha ke hinduo ne jo wahan par kiya tha, us ka bohat tasweer tazkira tha.</w:t>
      </w:r>
      <w:r>
        <w:br/>
      </w:r>
      <w:r>
        <w:rPr>
          <w:sz w:val="20"/>
        </w:rPr>
        <w:t>1:17:10  musalmano ka kuch bhi nahi tha.</w:t>
      </w:r>
      <w:r>
        <w:br/>
      </w:r>
      <w:r>
        <w:rPr>
          <w:sz w:val="20"/>
        </w:rPr>
        <w:t>1:17:12  sirf ek jagah ek lafz tha ke hinduon ne jlas juloos nikala, is ke baad muslim naujawanon ne ek step liya. is waqt fasaad shuru ho gaya.</w:t>
      </w:r>
      <w:r>
        <w:br/>
      </w:r>
      <w:r>
        <w:rPr>
          <w:sz w:val="20"/>
        </w:rPr>
        <w:t>1:17:21  to main ne kaha ke yeh step, yeh step kya tha? aap ne mubham kyun kar</w:t>
      </w:r>
      <w:r>
        <w:br/>
      </w:r>
      <w:r>
        <w:rPr>
          <w:sz w:val="20"/>
        </w:rPr>
        <w:t>1:17:26  diya? hinduon ki baat to aap ne saaf saaf likhi hai, unhon ne falan dukaan jalai, falan ghar mein aisa kiya. yahan aap keh rahe hain ke musalman, muslim naujawanon ne step liya.</w:t>
      </w:r>
      <w:r>
        <w:br/>
      </w:r>
      <w:r>
        <w:rPr>
          <w:sz w:val="20"/>
        </w:rPr>
        <w:t>1:17:36  What is step? to batate nahin the. bahut zyada main un ki scrutiny ki to bata raha hoon ke step ke dasti bomb un ke paas tha, mara unhon ne.</w:t>
      </w:r>
      <w:r>
        <w:br/>
      </w:r>
      <w:r>
        <w:rPr>
          <w:sz w:val="20"/>
        </w:rPr>
        <w:t>1:17:48  jab unhon ne is khud, unhon ne bataya, unhon ne ke hinduon ka juloos jo tha, us ko rokte the woh ke route badlo, route badlo, route badlo.</w:t>
      </w:r>
      <w:r>
        <w:br/>
      </w:r>
      <w:r>
        <w:rPr>
          <w:sz w:val="20"/>
        </w:rPr>
        <w:t>1:17:58  to woh badalte nahin the. to muslim jo naujawanon ne dasti bomb phenka. aur sab dhuan bhar gaya wahan par sarak par.</w:t>
      </w:r>
      <w:r>
        <w:br/>
      </w:r>
      <w:r>
        <w:rPr>
          <w:sz w:val="20"/>
        </w:rPr>
        <w:t>1:18:08  to kya is ke baad fasaad nahin hoga?</w:t>
      </w:r>
      <w:r>
        <w:br/>
      </w:r>
      <w:r>
        <w:rPr>
          <w:sz w:val="20"/>
        </w:rPr>
        <w:t>1:18:12  fasaad nahin hoga is ke baad? arabi mein kaha tha ke albadi azlam jo shuru kare wohi zalim hai. wa hum badaukum awwal marra quran mein hai.</w:t>
      </w:r>
      <w:r>
        <w:br/>
      </w:r>
      <w:r>
        <w:rPr>
          <w:sz w:val="20"/>
        </w:rPr>
        <w:t>1:18:23  to badi har jagah quran musalman hote hain.</w:t>
      </w:r>
      <w:r>
        <w:br/>
      </w:r>
      <w:r>
        <w:rPr>
          <w:sz w:val="20"/>
        </w:rPr>
        <w:t>1:18:26  kisi ko koi agar ikhtilaf ho to mujhe woh jagah bataen ke kahan par musalman badi nahin the. yani bigidar. badi matlab bigidar.</w:t>
      </w:r>
      <w:r>
        <w:br/>
      </w:r>
      <w:r>
        <w:rPr>
          <w:sz w:val="20"/>
        </w:rPr>
        <w:t>1:18:36  to aap bigidar karain to is ko, is ko then you are pricing the price and you are estimating the policy</w:t>
      </w:r>
      <w:r>
        <w:br/>
      </w:r>
      <w:r>
        <w:rPr>
          <w:sz w:val="20"/>
        </w:rPr>
        <w:t>1:18:46  . communal riot ka lafz hi galat hai mere nazdeek. kyunke hota yeh hai ke musalman mushtael qaum ban gaye hain, jazbati qaum ban gaye hain. choti si baat pe bhark uthte hain.</w:t>
      </w:r>
      <w:r>
        <w:br/>
      </w:r>
      <w:r>
        <w:rPr>
          <w:sz w:val="20"/>
        </w:rPr>
        <w:t>1:18:56  badh kar ke kahin pathar maren ge, kahin kuch karen ge. to woh retaliate kare ga. Retaliation hota hai jis ke nateejay mein fasaad hota hai.</w:t>
      </w:r>
      <w:r>
        <w:br/>
      </w:r>
      <w:r>
        <w:rPr>
          <w:sz w:val="20"/>
        </w:rPr>
        <w:t>1:19:06  agar jis ko shak ho is par to mujhe us jagah ka naam batao ke falan jagah aisa nahin hua. to main ja ke tehqeeq karoon ga.</w:t>
      </w:r>
      <w:r>
        <w:br/>
      </w:r>
      <w:r>
        <w:rPr>
          <w:sz w:val="20"/>
        </w:rPr>
        <w:t>1:19:13  main ja kar wahan se tehqeeq karoon ga is ki. koi ek spot mujhe bataya jaye ke falan jagah jo hai, is mein musalmanon ne koi beginning nahin ki thi, phir bhi fasaad ho gaya.</w:t>
      </w:r>
      <w:r>
        <w:br/>
      </w:r>
      <w:r>
        <w:rPr>
          <w:sz w:val="20"/>
        </w:rPr>
        <w:t>1:19:25  woh mujhe bataiye is ko. to main jaon ga wahan par. har jagah musalman begin karte hain aur is ke baad woh retaliate karte hain, is se fasaad hota hai.</w:t>
      </w:r>
      <w:r>
        <w:br/>
      </w:r>
      <w:r>
        <w:rPr>
          <w:sz w:val="20"/>
        </w:rPr>
        <w:t>1:19:39  is par main ne baqayda kitaab likhi hai, aap is ko parh lijiyey.</w:t>
      </w:r>
      <w:r>
        <w:br/>
      </w:r>
      <w:r>
        <w:rPr>
          <w:sz w:val="20"/>
        </w:rPr>
        <w:t>1:19:43  moti si kitaab hai, is par main ne bohat si is mein baaten likhi hain.</w:t>
      </w:r>
    </w:p>
    <w:p>
      <w:pPr>
        <w:pStyle w:val="Heading2"/>
      </w:pPr>
      <w:r>
        <w:t>Reality of Urs and its popularity</w:t>
      </w:r>
    </w:p>
    <w:p>
      <w:r>
        <w:rPr>
          <w:color w:val="666666"/>
          <w:sz w:val="18"/>
        </w:rPr>
        <w:t>Society &amp; Dawah · Understanding Islam (In Conversation with Maulana) June 20, 2010 Maulana Wahidudidn Khan · 8m 39s · at 7:26 · https://youtu.be/7UylaPL-iO8?t=446</w:t>
      </w:r>
    </w:p>
    <w:p>
      <w:r>
        <w:rPr>
          <w:i/>
        </w:rPr>
        <w:t>“What is the phenomenon of Urs? What is it that so many people go to attend Urs? I saw on TV recently, there was an Urs going on, and someone was interviewing a person there.”</w:t>
      </w:r>
    </w:p>
    <w:p>
      <w:r>
        <w:rPr>
          <w:sz w:val="20"/>
        </w:rPr>
        <w:t>7:26  Maulana, yeh agla sawal hai Mr Shah Imran Hasan Delhi se. woh pooch rahe hain ke urs ka phenomenon kya hai?</w:t>
      </w:r>
      <w:r>
        <w:br/>
      </w:r>
      <w:r>
        <w:rPr>
          <w:sz w:val="20"/>
        </w:rPr>
        <w:t>7:36  aisa aisa kya hai ke itne saare log urs karne jate hain? is ki haqeeqat kya hai?</w:t>
      </w:r>
      <w:r>
        <w:br/>
      </w:r>
      <w:r>
        <w:rPr>
          <w:sz w:val="20"/>
        </w:rPr>
        <w:t>7:49  kal parson main TV par dekh raha tha, ek urs chal raha hai aaj kal. to is mein koi TV wale is se interview le raha tha.</w:t>
      </w:r>
      <w:r>
        <w:br/>
      </w:r>
      <w:r>
        <w:rPr>
          <w:sz w:val="20"/>
        </w:rPr>
        <w:t>8:00  to jis se poochta tha woh, aam taur par log yahi kehte the, "yahan hamari sab muradein poori ho jati hain. sab hamare masle hal ho jate hain.</w:t>
      </w:r>
      <w:r>
        <w:br/>
      </w:r>
      <w:r>
        <w:rPr>
          <w:sz w:val="20"/>
        </w:rPr>
        <w:t>8:10  jo hum mangte hain,</w:t>
      </w:r>
      <w:r>
        <w:br/>
      </w:r>
      <w:r>
        <w:rPr>
          <w:sz w:val="20"/>
        </w:rPr>
        <w:t>8:15  Huzoor se woh sab mil jata hai hum ko." yeh hai raaz ke galat ya sahi yeh phaila diya gaya hai ke yahan par aaoge to tumhari sab muradein poori ho jayengi.</w:t>
      </w:r>
      <w:r>
        <w:br/>
      </w:r>
      <w:r>
        <w:rPr>
          <w:sz w:val="20"/>
        </w:rPr>
        <w:t>8:26  main is ko kehta hoon false hopes business. koi dargah ya koi qabar kisi ke murad ko poora nahi kar sakti.</w:t>
      </w:r>
      <w:r>
        <w:br/>
      </w:r>
      <w:r>
        <w:rPr>
          <w:sz w:val="20"/>
        </w:rPr>
        <w:t>8:35  bilkul hi yeh absurd baat hai. lekin yeh afwah phaili hui hai. to yeh false hopes business hai. logon ko yeh yani farzi yaqeen ho gaya hai ke yahan hum aayenge to hamara sab poora ho jayega.</w:t>
      </w:r>
      <w:r>
        <w:br/>
      </w:r>
      <w:r>
        <w:rPr>
          <w:sz w:val="20"/>
        </w:rPr>
        <w:t>8:51  mujhe apne gaon ka qissa yaad aata hai ke hamare gaon mein ek sahab the, ab un ki death ho chuki hai. to woh dargahon mein jaate the, yaani qabron, jahan qabrein hoti hain wahan par.</w:t>
      </w:r>
      <w:r>
        <w:br/>
      </w:r>
      <w:r>
        <w:rPr>
          <w:sz w:val="20"/>
        </w:rPr>
        <w:t>9:02  to hamare ghar mein, hamare gaon mein ek sahab the jo bohat hi shariyat wale aadmi the, un ka bhi intqaal ho chuka hai. to unhon ne is se kaha jo jaate the dargahon mein ke yeh jab qabron mein jaate ho to wahan qabron mein ja ke tum mangte ho, muraden mangte ho, yeh to galat hai Islam mein.</w:t>
      </w:r>
      <w:r>
        <w:br/>
      </w:r>
      <w:r>
        <w:rPr>
          <w:sz w:val="20"/>
        </w:rPr>
        <w:t>9:21  to woh sunte sunte sunte sunte us ne chila kar kaha, "hum to jayenge, hum ko faida hai." yeh keh ke chala aaya woh. yaani woh buzurg se, us jo buzurg samjha rahe the us ko, woh buzurg se us ne kaha ke "hum to jayenge, hum ko faida hai." to yeh jo hai false hopes business hai.</w:t>
      </w:r>
      <w:r>
        <w:br/>
      </w:r>
      <w:r>
        <w:rPr>
          <w:sz w:val="20"/>
        </w:rPr>
        <w:t>9:40  koi buzurg, koi qabar, koi dargah aap ko one percent bhi koi faida nahi pohncha sakti hai. namumkin baat hai.</w:t>
      </w:r>
      <w:r>
        <w:br/>
      </w:r>
      <w:r>
        <w:rPr>
          <w:sz w:val="20"/>
        </w:rPr>
        <w:t>9:49  bilkul hi yeh absurd baat hai yeh. lekin ek afwah phaili hui hai. log daude chale ja rahe hain. jis se bhi poochhiye aap yahi kahega.</w:t>
      </w:r>
      <w:r>
        <w:br/>
      </w:r>
      <w:r>
        <w:rPr>
          <w:sz w:val="20"/>
        </w:rPr>
        <w:t>10:01  ek baar to ab mein safar kar raha tha train mein to Pakistan ke kuch log mil gaye jo dargah ja rahe the. yaani dargah se loot rahe the woh. to unhon ne poocha ke wahan gaye the aap kis liye?</w:t>
      </w:r>
      <w:r>
        <w:br/>
      </w:r>
      <w:r>
        <w:rPr>
          <w:sz w:val="20"/>
        </w:rPr>
        <w:t>10:13  to unhon ne bataya ke meri, yaani Pakistan ka tha woh aadmi, ke meri kitni betiyan hain, abhi to un ki shadi nahi hui hai, wahan mein ne arzi laga di hai ja kar ke.</w:t>
      </w:r>
      <w:r>
        <w:br/>
      </w:r>
      <w:r>
        <w:rPr>
          <w:sz w:val="20"/>
        </w:rPr>
        <w:t>10:24  yaani wahan par dargah mein likh kar diya hoga ke bhai itni betiyon ki shadi ho jaye aur mein chadar chadhau ga ya itna degh pakwao ga, khilao ga.</w:t>
      </w:r>
      <w:r>
        <w:br/>
      </w:r>
      <w:r>
        <w:rPr>
          <w:sz w:val="20"/>
        </w:rPr>
        <w:t>10:35  to yeh sara mamla hai false hopes business ka hai. kyunke hamara aqeedah hai ke sirf Allah nafe o azaar hai. jo kuch hota hai woh Allah ki taraf se hota hai.</w:t>
      </w:r>
      <w:r>
        <w:br/>
      </w:r>
      <w:r>
        <w:rPr>
          <w:sz w:val="20"/>
        </w:rPr>
        <w:t>10:46  kisi qabar wale ko, kisi dargah wale ko. yeh ikhtiyar hi nahi ke woh kisi ko faida pohncha de. lekin ek phaila hua hai.</w:t>
      </w:r>
      <w:r>
        <w:br/>
      </w:r>
      <w:r>
        <w:rPr>
          <w:sz w:val="20"/>
        </w:rPr>
        <w:t>10:55  hindu India mein hai zyada tar hai, bahar nahi hai yeh sab. yeh jo phenomena hai yeh India ka phenomena hai. maslan jo jaise log jaate hain mandiron mein aur woh un ke jo hote hain bare bare maqamat, teerath, theek wahi hai, yeh bhi yeh mamla hai.</w:t>
      </w:r>
      <w:r>
        <w:br/>
      </w:r>
      <w:r>
        <w:rPr>
          <w:sz w:val="20"/>
        </w:rPr>
        <w:t>11:14  hindu log wahan jaate hain is liye ke agar wahan chale gaye, wahan darshan de diya, wahan kuch chadhawa chadhawa diya to un ki murad poori ho jayegi. aise samajhte hain musalman ke yahan chale gaye, wahan chadar chadhawa di to hamari murad poori ho jayegi.</w:t>
      </w:r>
      <w:r>
        <w:br/>
      </w:r>
      <w:r>
        <w:rPr>
          <w:sz w:val="20"/>
        </w:rPr>
        <w:t>11:30  to mein is ko false hopes business samajhta hoon, is ke siwa kuch nahi.</w:t>
      </w:r>
      <w:r>
        <w:br/>
      </w:r>
      <w:r>
        <w:rPr>
          <w:sz w:val="20"/>
        </w:rPr>
        <w:t>11:38  maulana, das question is from miss sadia khan from new delhi. how can somebody become one man to mission?</w:t>
      </w:r>
      <w:r>
        <w:br/>
      </w:r>
      <w:r>
        <w:rPr>
          <w:sz w:val="20"/>
        </w:rPr>
        <w:t>11:48  it is often difficult to draw the line. that is, it is difficult to balance work and missionary activities.</w:t>
      </w:r>
      <w:r>
        <w:br/>
      </w:r>
      <w:r>
        <w:rPr>
          <w:sz w:val="20"/>
        </w:rPr>
        <w:t>12:07  dekhiye, har ek se, har ek ko aisa nahi karna hai ke woh one man one mission bane. har ek ko nahi karna hai.</w:t>
      </w:r>
      <w:r>
        <w:br/>
      </w:r>
      <w:r>
        <w:rPr>
          <w:sz w:val="20"/>
        </w:rPr>
        <w:t>12:16  har ek ko to sirf one man to mission banna hai. yaani koi koi aisa aadmi hota hai ke apne ko dedicate kar deta hai.</w:t>
      </w:r>
      <w:r>
        <w:br/>
      </w:r>
      <w:r>
        <w:rPr>
          <w:sz w:val="20"/>
        </w:rPr>
        <w:t>12:27  to woh to koi karoron mein ek hota hai. baqi logon se wahi one man to mission hi matloob hai, wahi bas.</w:t>
      </w:r>
      <w:r>
        <w:br/>
      </w:r>
      <w:r>
        <w:rPr>
          <w:sz w:val="20"/>
        </w:rPr>
        <w:t>12:37  ke fifty percent, fifty fifty ka woh rakhen. fifty percent aap ne khana kamana, fifty percent dawat ka kaam karna.</w:t>
      </w:r>
      <w:r>
        <w:br/>
      </w:r>
      <w:r>
        <w:rPr>
          <w:sz w:val="20"/>
        </w:rPr>
        <w:t>12:47  one man one mission jo hai sab log nahi ho sakte. yeh impossible hai. ab kyunke is ke liye, is ke liye to bas sirf yeh hai ke ek junoon chahiye, ek madness chahiye.</w:t>
      </w:r>
      <w:r>
        <w:br/>
      </w:r>
      <w:r>
        <w:rPr>
          <w:sz w:val="20"/>
        </w:rPr>
        <w:t>13:00  to sab log agar mad ban jayen to dunya ka kaam hi khatam ho jayega.</w:t>
      </w:r>
      <w:r>
        <w:br/>
      </w:r>
      <w:r>
        <w:rPr>
          <w:sz w:val="20"/>
        </w:rPr>
        <w:t>13:06  to koi koi aisa hota hai jo one man one mission ban jata hai, baqi to wahi one man to mission wale hote hain. aur woh bhi Allah taala ke haan maqbool bande hain, un ko bhi Allah taala ke haan inaam milega.</w:t>
      </w:r>
      <w:r>
        <w:br/>
      </w:r>
      <w:r>
        <w:rPr>
          <w:sz w:val="20"/>
        </w:rPr>
        <w:t>13:21  das question is from doctor muslima siddiqui from new delhi. what is the islamic way of repentance?</w:t>
      </w:r>
      <w:r>
        <w:br/>
      </w:r>
      <w:r>
        <w:rPr>
          <w:sz w:val="20"/>
        </w:rPr>
        <w:t>13:31  can we be forgiven by lord for our bad deeds committed in the past? kindly comment.</w:t>
      </w:r>
      <w:r>
        <w:br/>
      </w:r>
      <w:r>
        <w:rPr>
          <w:sz w:val="20"/>
        </w:rPr>
        <w:t>13:40  dekhiye, Quran mein hai ke jo tauba karta hai to us ki tauba maaf ho jati hai. tauba ka maani hai lotna, paltna.</w:t>
      </w:r>
      <w:r>
        <w:br/>
      </w:r>
      <w:r>
        <w:rPr>
          <w:sz w:val="20"/>
        </w:rPr>
        <w:t>13:52  to toba ke liye ulama ne teen shartein batai hain. toba, toba mein is ko english mein keh sakte hain woh introspection,</w:t>
      </w:r>
      <w:r>
        <w:br/>
      </w:r>
      <w:r>
        <w:rPr>
          <w:sz w:val="20"/>
        </w:rPr>
        <w:t>14:05  repentance, introspection. to toba ki teen shartein batai hain. number one, nadamat. al tobat al naddm kaha gaya hai.</w:t>
      </w:r>
      <w:r>
        <w:br/>
      </w:r>
      <w:r>
        <w:rPr>
          <w:sz w:val="20"/>
        </w:rPr>
        <w:t>14:16  yani repentance. ke bohat ziyada ehsas ho ke maine ghalati kar dali. bohat ziyada ehsas ho ke maine ghalati kar dali. bohat ziyada ehsas.</w:t>
      </w:r>
      <w:r>
        <w:br/>
      </w:r>
      <w:r>
        <w:rPr>
          <w:sz w:val="20"/>
        </w:rPr>
        <w:t>14:27  isi ko hum repentance, yani pehli shart hai, sab se bari shart balkeh hai, repentance. yeh hadith mein aata hai ke al tobat al naddm.</w:t>
      </w:r>
      <w:r>
        <w:br/>
      </w:r>
      <w:r>
        <w:rPr>
          <w:sz w:val="20"/>
        </w:rPr>
        <w:t>14:36  ke toba ki harkat nadamat hai, sharmindagi hai. doosri cheez kya hai ke yeh, yeh ahad karna hai ke ab mein aisa nahi karunga.</w:t>
      </w:r>
      <w:r>
        <w:br/>
      </w:r>
      <w:r>
        <w:rPr>
          <w:sz w:val="20"/>
        </w:rPr>
        <w:t>14:49  yani ek hai sharminda hona, doosra yeh ke yeh tay karna hai ke ab mein aisa nahi karne wala hoon. ek baar to ghalati ho gayi, ho gayi. once was inf.</w:t>
      </w:r>
      <w:r>
        <w:br/>
      </w:r>
      <w:r>
        <w:rPr>
          <w:sz w:val="20"/>
        </w:rPr>
        <w:t>15:00  teesri shart yeh hai ke agar insan ka muamla hai, maslan insan ka hum ne paisa loot liya hai. to uska paisa lotana, us ko maar kar zakhmi kar diya to uska dawa ilaj ka intizam karna,</w:t>
      </w:r>
      <w:r>
        <w:br/>
      </w:r>
      <w:r>
        <w:rPr>
          <w:sz w:val="20"/>
        </w:rPr>
        <w:t>15:14  compensate karna. yeh khuda ke muamle mein hua to us ko hum compensate nahi kar sakte. insan ke muamle mein agar hua to hum compensate karenge.</w:t>
      </w:r>
      <w:r>
        <w:br/>
      </w:r>
      <w:r>
        <w:rPr>
          <w:sz w:val="20"/>
        </w:rPr>
        <w:t>15:25  to toba ki teen shartein hain. number one, nadim hona jis ko repentance kaha jata hai. doosra, yeh pakka irada karna, bohat hi determination ke sath ke ab mein aisi ghaltiyan nahi karunga.</w:t>
      </w:r>
      <w:r>
        <w:br/>
      </w:r>
      <w:r>
        <w:rPr>
          <w:sz w:val="20"/>
        </w:rPr>
        <w:t>15:43  khuda aap mujhe maaf kar de. aur teesra yeh hai ke agar insan ke sath ghalati hui hai aur insan ko koi nuqsan pohanchaya aap ne to compensate karna hai us ko.</w:t>
      </w:r>
      <w:r>
        <w:br/>
      </w:r>
      <w:r>
        <w:rPr>
          <w:sz w:val="20"/>
        </w:rPr>
        <w:t>15:53  yeh teen shartein hain. aur jo aadmi yeh shartein pura kar de to khula hua hai, quran majeed mein likha hua hai ke us ko Allah taala maaf kar deta hai.</w:t>
      </w:r>
    </w:p>
    <w:p>
      <w:pPr>
        <w:pStyle w:val="Heading2"/>
      </w:pPr>
      <w:r>
        <w:t>Reassessing Scholars' Writings on Islam's Image</w:t>
      </w:r>
    </w:p>
    <w:p>
      <w:r>
        <w:rPr>
          <w:color w:val="666666"/>
          <w:sz w:val="18"/>
        </w:rPr>
        <w:t>Society &amp; Dawah · Blasphemy in Islam November 24, 2024 · 25m 38s · at 16:39 · https://youtu.be/IjG5T6KZDxs?t=999</w:t>
      </w:r>
    </w:p>
    <w:p>
      <w:r>
        <w:rPr>
          <w:i/>
        </w:rPr>
        <w:t>“Should we reassess what our jurists and scholars have written on this issue, since it has become a matter of Islam's image disruption and the world sees Muslims as an intolerant community with a barbaric mindset?”</w:t>
      </w:r>
    </w:p>
    <w:p>
      <w:r>
        <w:rPr>
          <w:sz w:val="20"/>
        </w:rPr>
        <w:t>16:39  Maulana Farhan sahib, aap ka sawal bahut hi aham hai. ab yeh waqt aa gaya hai ke jo hai hamare fuqaha aur ulama ne is silsile mein jo kuch likha hai ya kaha hai,</w:t>
      </w:r>
      <w:r>
        <w:br/>
      </w:r>
      <w:r>
        <w:rPr>
          <w:sz w:val="20"/>
        </w:rPr>
        <w:t>16:52  us ko reassess kiya jaye, us par nazar sani ki jaye. is ka waqt hai. jaise ke hamare Maulana Inayat sahib farma rahe hain ke yeh jo hai masla islam ki image disruption ka ban gaya hai.</w:t>
      </w:r>
      <w:r>
        <w:br/>
      </w:r>
      <w:r>
        <w:rPr>
          <w:sz w:val="20"/>
        </w:rPr>
        <w:t>17:06  yani is se yeh message ja raha hai duniya ke andar ke musalman ek intolerant community hai aur jo hai musalman jo hai ek barbarik mindset rakhte hain jo ke hamare is modern daur ke liye bahut hi nuksan deh hai.</w:t>
      </w:r>
      <w:r>
        <w:br/>
      </w:r>
      <w:r>
        <w:rPr>
          <w:sz w:val="20"/>
        </w:rPr>
        <w:t>17:24  to yeh image building ka masla ban chuka hai aur doosri taraf jo hai world peace ke liye jo hai ek challenge hai yeh fat</w:t>
      </w:r>
      <w:r>
        <w:br/>
      </w:r>
      <w:r>
        <w:rPr>
          <w:sz w:val="20"/>
        </w:rPr>
        <w:t>17:32  wa. to ab hamein jo hai hamare ulama aur fuqaha ne is silsile mein jo kuch likha hai, hamare ulama waqai woh scholar the, unko quran o hadith ka deep ilm tha aur jo hai unhone badi khidmat anjam di hain.</w:t>
      </w:r>
      <w:r>
        <w:br/>
      </w:r>
      <w:r>
        <w:rPr>
          <w:sz w:val="20"/>
        </w:rPr>
        <w:t>17:49  lekin jaise ke aap ko pata hai arabi mein kaha jata hai: "lakli javad qaboot". har jo hai ghode ko, chahe woh ghoda kitni bhi aala nasal ka ho, us ke liye kahin na kahin ek qaboot hota hai, kahin na kahin ek thokkar hoti</w:t>
      </w:r>
      <w:r>
        <w:br/>
      </w:r>
      <w:r>
        <w:rPr>
          <w:sz w:val="20"/>
        </w:rPr>
        <w:t>18:03  hai. to hum yeh keh sakte hain ke hamare ulama ko yahan thokkar lagi hai, jaisi thokkar is se pehle ulama e bani israel ko lagi thi.</w:t>
      </w:r>
      <w:r>
        <w:br/>
      </w:r>
      <w:r>
        <w:rPr>
          <w:sz w:val="20"/>
        </w:rPr>
        <w:t>18:12  ulama e bani israel ne bhi jo hai, aap yeh padh lein torat aur bible wagera to is mein bhi is type ke thought paye jate hain ke blasphemy ko jo hai hum bardasht nahi karenge aur aise waise karenge.</w:t>
      </w:r>
      <w:r>
        <w:br/>
      </w:r>
      <w:r>
        <w:rPr>
          <w:sz w:val="20"/>
        </w:rPr>
        <w:t>18:26  to</w:t>
      </w:r>
      <w:r>
        <w:br/>
      </w:r>
      <w:r>
        <w:rPr>
          <w:sz w:val="20"/>
        </w:rPr>
        <w:t>18:27  jaise ke rasool Allah sallallahu alaihi wasallam ne farmaya tha ke tum jo hai agli kitabi qomon ki tarah ki tum ko jo hai na thokarein lagen gi. unhone jo thokkar khai thi woh jahan gire the wahin tum bhi ja kar giro ge.</w:t>
      </w:r>
      <w:r>
        <w:br/>
      </w:r>
      <w:r>
        <w:rPr>
          <w:sz w:val="20"/>
        </w:rPr>
        <w:t>18:40  agar woh kisi zab ke jo wild chipkali jo hai jangli chipkali ka jo ghar hota hai, us mein bhi agar woh log ghuse the to tum bhi wahin ghus padoge.</w:t>
      </w:r>
      <w:r>
        <w:br/>
      </w:r>
      <w:r>
        <w:rPr>
          <w:sz w:val="20"/>
        </w:rPr>
        <w:t>18:52  yani matlab itna jo hai ek hadith mein kaha gaya: "hazb al-nal bil-nar". yani bilkul jo hai unke footstep par hi chalegi yeh ummat. to aisa lagta hai ke jo hai hamare Islamic scholars aur hamare sulaha ulama in ka ehteraam sar ankhon par.</w:t>
      </w:r>
      <w:r>
        <w:br/>
      </w:r>
      <w:r>
        <w:rPr>
          <w:sz w:val="20"/>
        </w:rPr>
        <w:t>19:08  lekin jo hai is baat mein jo hai unko sar ankhon par nahi rakha ja sakta jahan unhone agli kitabon ke, agli qaumon ki tarah ki jahan unhone ghaltiyan</w:t>
      </w:r>
      <w:r>
        <w:br/>
      </w:r>
      <w:r>
        <w:rPr>
          <w:sz w:val="20"/>
        </w:rPr>
        <w:t>19:19  ki hain. to wahan hamein jo hai Quran o hadith yeh haq dete hain ke hum unke khayal ko, unke fatwe ko, unke opinion ko re-assess karein, nazar sani karein aur agar is ke khilaf jo hai boldly statement dena pade to yeh hamara boldly statement nahi hoga.</w:t>
      </w:r>
      <w:r>
        <w:br/>
      </w:r>
      <w:r>
        <w:rPr>
          <w:sz w:val="20"/>
        </w:rPr>
        <w:t>19:35  yeh goya ke Rasool ka bold statement hoga, Khuda ki kitab ka yeh bold statement hoga. to jaisa ke aap keh rahe hain ke kya is ke liye koi buniyad hai ke shaatim ko qatl kiya jaye?</w:t>
      </w:r>
      <w:r>
        <w:br/>
      </w:r>
      <w:r>
        <w:rPr>
          <w:sz w:val="20"/>
        </w:rPr>
        <w:t>19:48  to</w:t>
      </w:r>
      <w:r>
        <w:br/>
      </w:r>
      <w:r>
        <w:rPr>
          <w:sz w:val="20"/>
        </w:rPr>
        <w:t>19:49  yeh bohat hi ahem sawal hai. to is sawal ke pehle jo hai hum yeh samajh sakte hain ke yahan Maulana ka ek frame laga hua hai.</w:t>
      </w:r>
      <w:r>
        <w:br/>
      </w:r>
      <w:r>
        <w:rPr>
          <w:sz w:val="20"/>
        </w:rPr>
        <w:t>19:58  is center mein CPS International ke Delhi center mein agar aap apne liye freedom chahte hain to aap ko doosron ki freedom ko secure karna padega.</w:t>
      </w:r>
      <w:r>
        <w:br/>
      </w:r>
      <w:r>
        <w:rPr>
          <w:sz w:val="20"/>
        </w:rPr>
        <w:t>20:08  doosron ko freedom dene ki shart par aap ko duniya mein freedom milegi. jaise mislan hum Indian Muslims hain.</w:t>
      </w:r>
      <w:r>
        <w:br/>
      </w:r>
      <w:r>
        <w:rPr>
          <w:sz w:val="20"/>
        </w:rPr>
        <w:t>20:14  hum Indian Muslims hain aur yahan ek major chunks of Muslims hain balki jo hai duniya ka jo hai Indonesia ke baad sab se bada Muslim chunk yahan rehta hai world ka population.</w:t>
      </w:r>
      <w:r>
        <w:br/>
      </w:r>
      <w:r>
        <w:rPr>
          <w:sz w:val="20"/>
        </w:rPr>
        <w:t>20:24  to agar jo hai hum Indian Muslim, hamare scenario mein baat kar raha hoon, hum chahte hain ke hum ko freedom mile to hamein sab se pehle jo hai yahan ke hamare co-citizens hain, unki freedom ko bhi jo hai secure karna padega.</w:t>
      </w:r>
      <w:r>
        <w:br/>
      </w:r>
      <w:r>
        <w:rPr>
          <w:sz w:val="20"/>
        </w:rPr>
        <w:t>20:36  yeh samajhne ki</w:t>
      </w:r>
      <w:r>
        <w:br/>
      </w:r>
      <w:r>
        <w:rPr>
          <w:sz w:val="20"/>
        </w:rPr>
        <w:t>20:37  baat hai. aap ke is sawal ki taraf aate hain ke kya Quran o hadith mein koi text hai ke abusers ko ya blasphemer ko jo hai qatl kiya</w:t>
      </w:r>
      <w:r>
        <w:br/>
      </w:r>
      <w:r>
        <w:rPr>
          <w:sz w:val="20"/>
        </w:rPr>
        <w:t>20:47  jaye? to sab se pehle is silsile mein janne ki baat yeh hai ke there is no text, no any single word, there is no any single paragraph in the Quran and in whole Islamic text.</w:t>
      </w:r>
      <w:r>
        <w:br/>
      </w:r>
      <w:r>
        <w:rPr>
          <w:sz w:val="20"/>
        </w:rPr>
        <w:t>21:02  yani meri murad hai Quran aur Sunnat jo yeh kehta ho ke jo hai blasphemer ko ya abuser ko jo hai qatl kiya jaye. koi aise jo hai</w:t>
      </w:r>
      <w:r>
        <w:br/>
      </w:r>
      <w:r>
        <w:rPr>
          <w:sz w:val="20"/>
        </w:rPr>
        <w:t>21:11  Muslims kehte hain ke jo hai Islam ek preserved religion hai. yani Quran jo hai jaisa Paighambar par utra woh aaj tak waise hi bahu hai. aur jo hai hadithon ko hum ne jo hai save karne ke liye, preserve karne ke liye jo hai Himalayan struggle ki aur hazaron hadithon ko jama kiya.</w:t>
      </w:r>
      <w:r>
        <w:br/>
      </w:r>
      <w:r>
        <w:rPr>
          <w:sz w:val="20"/>
        </w:rPr>
        <w:t>21:26  in ahadith ke collection mein kahin bhi ek aisa statement nahi hai. to Maulana ne jo hai bohat achhi is silsile mein baat kahi hai shatm-e-Rasool mein.</w:t>
      </w:r>
      <w:r>
        <w:br/>
      </w:r>
      <w:r>
        <w:rPr>
          <w:sz w:val="20"/>
        </w:rPr>
        <w:t>21:33  Hafiz Ibn Taymiyyah, Hafiz kaha jata hai unko Allama Ibn Taymiyyah jinhone Al-Sarim al-Maslul ala shatim al-Rasul likhi hai. to Maulana is kitab ko assess karte hue, re-assess karte hue yeh kehte hain ke sari kitab mein khud Allama Ibn Taymiyyah, Hafiz Ibn Taymiyyah jo jinke bare mein ulama yeh mante hain ke kal hadith la yalamhu Ibn Taymiyyah fa huwa laysa bi hadith.</w:t>
      </w:r>
      <w:r>
        <w:br/>
      </w:r>
      <w:r>
        <w:rPr>
          <w:sz w:val="20"/>
        </w:rPr>
        <w:t>21:54  yani har woh hadith jis ko Ibn Taymiyyah ka ilm na ho woh hadith hi nahi hai. yani itne zyada bade woh scholar hain ke koi hadith un se choti nahi hai. to unki jo kitab hai</w:t>
      </w:r>
      <w:r>
        <w:br/>
      </w:r>
      <w:r>
        <w:rPr>
          <w:sz w:val="20"/>
        </w:rPr>
        <w:t>22:04  iska weakness, vague Maulana yeh batate hain ke is kitab ki basic ghalti yeh hai ke woh khud mante hain ke koi is silsile mein hadith nahi hai. ek hadith woh batate hain ke man sabba nabiyyan min al-anbiya' faqtuluhu.</w:t>
      </w:r>
      <w:r>
        <w:br/>
      </w:r>
      <w:r>
        <w:rPr>
          <w:sz w:val="20"/>
        </w:rPr>
        <w:t>22:18  aur kehte hain ke yeh za'eef hai. agar</w:t>
      </w:r>
      <w:r>
        <w:br/>
      </w:r>
      <w:r>
        <w:rPr>
          <w:sz w:val="20"/>
        </w:rPr>
        <w:t>22:20  yeh hadith sahih hoti to yeh base ban sakti thi. to goya ke jo hai jo ilhad ke masle ko jante hain, atheism ko jante hain to atheism mein ek study hoti hai missing link ki.</w:t>
      </w:r>
      <w:r>
        <w:br/>
      </w:r>
      <w:r>
        <w:rPr>
          <w:sz w:val="20"/>
        </w:rPr>
        <w:t>22:31  yani poori theory mein jo hai unhone ek theory to bana di lekin beech mein jo hai kuch missing links hain. to woh missing link ki wajah se jo hai atheism ke case ko, evolution ke case ko jo hai yeh samjha jata hai ke ek workable theory</w:t>
      </w:r>
      <w:r>
        <w:br/>
      </w:r>
      <w:r>
        <w:rPr>
          <w:sz w:val="20"/>
        </w:rPr>
        <w:t>22:44  hai. lekin jo hai Ibn Taymiyyah ke is fatwe mein ya hamari in teen kitabon ke fatwe mein hum kahenge foundational, foundation hi miss hai, foundational missing hum kahenge.</w:t>
      </w:r>
      <w:r>
        <w:br/>
      </w:r>
      <w:r>
        <w:rPr>
          <w:sz w:val="20"/>
        </w:rPr>
        <w:t>22:53  agar jo hai evolution theory ke andar missing links hain aur us ko abhi tak jo hai yeh nahi kiya gaya, fill up nahi kiya gaya to hamare is case ke andar yeh masla is se zyada yeh hai ke missing link ka masla nahi hai.</w:t>
      </w:r>
      <w:r>
        <w:br/>
      </w:r>
      <w:r>
        <w:rPr>
          <w:sz w:val="20"/>
        </w:rPr>
        <w:t>23:05  foundation missing ka masla hai. yani Quran aur hadith ke poore zakhire mein aisa koi statement hi maujood nahi hai. aur Musalman jo hai dhoom machaye hue hain poori zameen par.</w:t>
      </w:r>
      <w:r>
        <w:br/>
      </w:r>
      <w:r>
        <w:rPr>
          <w:sz w:val="20"/>
        </w:rPr>
        <w:t>23:13  to kiya musalman apni koi aik alag nai shariat invent karna chahte hain jo khuda aur rasool se hat kar hai? to musalmanon ko sochna chahiye. agar musalman is baat par misar hain ke shaatim ko qatl hi kiya jaye to un se yeh sawal kiya jaye ga ke woh sab se pehle jo hai hato burhanakum</w:t>
      </w:r>
      <w:r>
        <w:br/>
      </w:r>
      <w:r>
        <w:rPr>
          <w:sz w:val="20"/>
        </w:rPr>
        <w:t>23:30  , lao tumhare paas jo text mehfooz hai us ko le kar ao. is ke andar kahan yeh likha hua hai? hum bhi to parhein, hum bhi to dekhein. to musalmanon ko jo hai yeh sabit karne ke liye aise batana parega jaise is waqe ko batate hain ke alzani walzani fatjldo kal wahid minhuma miata jaldah.</w:t>
      </w:r>
      <w:r>
        <w:br/>
      </w:r>
      <w:r>
        <w:rPr>
          <w:sz w:val="20"/>
        </w:rPr>
        <w:t>23:47  ke zani aur zania, fornikeetr ko jo hai so jald, so koray maro. surah noor ki jo ayat mein jaise woh batate hain ya</w:t>
      </w:r>
      <w:r>
        <w:br/>
      </w:r>
      <w:r>
        <w:rPr>
          <w:sz w:val="20"/>
        </w:rPr>
        <w:t>23:57  alsariq walsariqat faqt'u aydihima. chor aur male chor, female chor ka jo hai hath kato. to yeh jo hai text mein maujood hai. to musalman yahan to yeh haq rakhte hain ke jo hai hamari hukumatain jo hai chor aur chor, female chor ka hath kat dein.</w:t>
      </w:r>
      <w:r>
        <w:br/>
      </w:r>
      <w:r>
        <w:rPr>
          <w:sz w:val="20"/>
        </w:rPr>
        <w:t>24:09  lekin musalman jo hai aisi koi pure hamare zakhire mein quran aur hadith ke aisi koi text nahi bata sakte ke alshatim walshatimat faqtulohuma.</w:t>
      </w:r>
      <w:r>
        <w:br/>
      </w:r>
      <w:r>
        <w:rPr>
          <w:sz w:val="20"/>
        </w:rPr>
        <w:t>24:18  ke male shatim, male abuser aur female abuser dono ko qatl kar do. aisi koi jo hai text hum jo hai produce</w:t>
      </w:r>
      <w:r>
        <w:br/>
      </w:r>
      <w:r>
        <w:rPr>
          <w:sz w:val="20"/>
        </w:rPr>
        <w:t>24:26  nahi kar sakte. agar hai to jo hai woh le kar aein. ibn taimiyah ne to apni bata di baat ke agar yeh zaeef hadith hai, agar yeh sahi hoti to yeh is ke liye base ban sakti thi.</w:t>
      </w:r>
      <w:r>
        <w:br/>
      </w:r>
      <w:r>
        <w:rPr>
          <w:sz w:val="20"/>
        </w:rPr>
        <w:t>24:34  to hum kahengay ke jo hai maulana yeh hum musalmanon ke is amal ke peechay missing link ka case nahi hai yeh. yeh jo hai foundation missing ka hi case hai.</w:t>
      </w:r>
      <w:r>
        <w:br/>
      </w:r>
      <w:r>
        <w:rPr>
          <w:sz w:val="20"/>
        </w:rPr>
        <w:t>24:43  to hum jo hai is ko theek karein warna jo hai aisa ho sakta hai ke jo hai hum logon ki freedom cheen cheen ne jayein aur hamari hi freedom cheen jaye aur hum phir jo hai dekhte reh j</w:t>
      </w:r>
      <w:r>
        <w:br/>
      </w:r>
      <w:r>
        <w:rPr>
          <w:sz w:val="20"/>
        </w:rPr>
        <w:t>24:54  aein. to ghaliban jo hai aap ka sawal jawab ho gaya hoga. mazeed kuch wazahat hai to hum phir baat kar sakte hain. shukriya maulana fiaz sahib.</w:t>
      </w:r>
      <w:r>
        <w:br/>
      </w:r>
      <w:r>
        <w:rPr>
          <w:sz w:val="20"/>
        </w:rPr>
        <w:t>25:04  aap ki baaton mein mujhe teen bohat hi strong ki point lage aur is se jo baat samajh mein aayi mujhe woh batata hoon. sab se pehli cheez jo aap ne batayi ke musalman jo cheez karte hain us se musalmanon ki image kharab hoti hai.</w:t>
      </w:r>
      <w:r>
        <w:br/>
      </w:r>
      <w:r>
        <w:rPr>
          <w:sz w:val="20"/>
        </w:rPr>
        <w:t>25:17  khud Allah ke rasool sallallahu alaihi wasallam ki image kharab hoti hai aur Allah taala ki bhi image kharab hoti hai. to is aitbar se agar dekhein is ka logical end karein to woh yahi hoga ke musalman in direct tor par Allah ke rasool sallallahu alaihi wasallam ke khud abuser hain.</w:t>
      </w:r>
      <w:r>
        <w:br/>
      </w:r>
      <w:r>
        <w:rPr>
          <w:sz w:val="20"/>
        </w:rPr>
        <w:t>25:34  kyun ke woh kya karte hain ke woh jo kaam karte hain us buniyad par Allah ke rasool sallallahu alaihi wasallam ki bad</w:t>
      </w:r>
      <w:r>
        <w:br/>
      </w:r>
      <w:r>
        <w:rPr>
          <w:sz w:val="20"/>
        </w:rPr>
        <w:t>25:40  nami hoti hai. is se bari kiya hai shatm ki baat koi doosri nahi ho sakti. aur aap ne to quran o hadith ki baat batayi.</w:t>
      </w:r>
      <w:r>
        <w:br/>
      </w:r>
      <w:r>
        <w:rPr>
          <w:sz w:val="20"/>
        </w:rPr>
        <w:t>25:48  maine aik martaba yeh kiya ke dekhoon fiqh mein jo jahan par zikr kiya jata hai kis cheez par capital punishment ho sakta hai. to maine kaha dekhta hoon kiya hai.</w:t>
      </w:r>
      <w:r>
        <w:br/>
      </w:r>
      <w:r>
        <w:rPr>
          <w:sz w:val="20"/>
        </w:rPr>
        <w:t>25:58  to hud ke is mein maine dekha</w:t>
      </w:r>
      <w:r>
        <w:br/>
      </w:r>
      <w:r>
        <w:rPr>
          <w:sz w:val="20"/>
        </w:rPr>
        <w:t>26:01  muqaranat alfiqh par aik mashhoor kitab hai ibn rushd ki bidayat almujtahid. to is mein jo diye gaye hain is mein yeh is ka zikr nahi ke shatm rasool par qatl kiya jaye.</w:t>
      </w:r>
      <w:r>
        <w:br/>
      </w:r>
      <w:r>
        <w:rPr>
          <w:sz w:val="20"/>
        </w:rPr>
        <w:t>26:10  is par hai hi nahi is mein. aur Allah taala ko rasool sallallahu alaihi wasallam ka itna khayal tha aap dekhein ke aik martaba aisa hua ke koi dawat thi Allah ke rasool sallallahu alaihi wasallam ke ghar mein to kuch log der tak baith gaye.</w:t>
      </w:r>
      <w:r>
        <w:br/>
      </w:r>
      <w:r>
        <w:rPr>
          <w:sz w:val="20"/>
        </w:rPr>
        <w:t>26:23  Allah ke rasool sallallahu alaihi wasallam ko nagawar hua lekin woh haya ki wajah se bol nahi paaye to Allah taala ne aik ayat bazabta utari ke tumhari wajah se takleef ho rahi hai tum</w:t>
      </w:r>
      <w:r>
        <w:br/>
      </w:r>
      <w:r>
        <w:rPr>
          <w:sz w:val="20"/>
        </w:rPr>
        <w:t>26:31  aisa nahi kar sakte ho. to yeh kis Allah ke rasool sallallahu alaihi wasallam ke sath jo shatm ka waqea pesh aaye ga yeh to aur bohat bari baat hai.</w:t>
      </w:r>
      <w:r>
        <w:br/>
      </w:r>
      <w:r>
        <w:rPr>
          <w:sz w:val="20"/>
        </w:rPr>
        <w:t>26:40  is par aur lambi ayat utarni chahiye thi lekin woh nahi utri. balkay yahan par jo bataya gaya takleef hoti hai, eiza de rahe ho tum. in ke bare mein bhi aya tha ke tum aisa nahi karoge.</w:t>
      </w:r>
      <w:r>
        <w:br/>
      </w:r>
      <w:r>
        <w:rPr>
          <w:sz w:val="20"/>
        </w:rPr>
        <w:t>26:48  yeh nahi kaha ke tum ne takleef di hai, tum bhi shatim karne wale ho, tum ko bhi saza mile gi. to hum samajh sakte hain ke is par quran aur hadith mein is par bilkul khamoshi hai.</w:t>
      </w:r>
      <w:r>
        <w:br/>
      </w:r>
      <w:r>
        <w:rPr>
          <w:sz w:val="20"/>
        </w:rPr>
        <w:t>26:58  reason yeh hai ke koi bhi paighambar jo aata hai woh aata hai paigham pohanchane ke liye. to koi bhi jo rahe ga, naya aadmi rahe ga, bhadke ga is par, us ko takleef hogi to woh kuch na kuch kar sakta hai.</w:t>
      </w:r>
      <w:r>
        <w:br/>
      </w:r>
      <w:r>
        <w:rPr>
          <w:sz w:val="20"/>
        </w:rPr>
        <w:t>27:08  to is liye nahi diya gaya kyun ke woh is se sara maqsad hi faut ho jata hai. to ab main sawal karunga maulana basit umri sahib se ke</w:t>
      </w:r>
      <w:r>
        <w:br/>
      </w:r>
      <w:r>
        <w:rPr>
          <w:sz w:val="20"/>
        </w:rPr>
        <w:t>27:19  Allah ke rasool sallallahu alaihi wasallam ka amal tha ke abuser jo hain, shatim karne wale hain, us ko ignore karo. is se kiya sabak lena chahiye?</w:t>
      </w:r>
      <w:r>
        <w:br/>
      </w:r>
      <w:r>
        <w:rPr>
          <w:sz w:val="20"/>
        </w:rPr>
        <w:t>27:29  dekhiye,</w:t>
      </w:r>
      <w:r>
        <w:br/>
      </w:r>
      <w:r>
        <w:rPr>
          <w:sz w:val="20"/>
        </w:rPr>
        <w:t>27:34  mein pehle ek buniyadi baat batata hoon ke shatme rasool ke masle mein</w:t>
      </w:r>
      <w:r>
        <w:br/>
      </w:r>
      <w:r>
        <w:rPr>
          <w:sz w:val="20"/>
        </w:rPr>
        <w:t>27:44  kuch daleelein waqeyat ki shakal mein ulma ne di hain.</w:t>
      </w:r>
      <w:r>
        <w:br/>
      </w:r>
      <w:r>
        <w:rPr>
          <w:sz w:val="20"/>
        </w:rPr>
        <w:t>27:49  isi tarah Maulana ne bhi</w:t>
      </w:r>
      <w:r>
        <w:br/>
      </w:r>
      <w:r>
        <w:rPr>
          <w:sz w:val="20"/>
        </w:rPr>
        <w:t>27:55  yaani seerat-e-rasool se yeh daleelein di hain ke shaatim-e-rasool ko Allah ke rasool ne qatl nahi kiya, use nazar andaaz kiya.</w:t>
      </w:r>
      <w:r>
        <w:br/>
      </w:r>
      <w:r>
        <w:rPr>
          <w:sz w:val="20"/>
        </w:rPr>
        <w:t>28:10  to is masle mein ek saahib ne aitraaz bhi kiya ke Maulana apni kitabon mein sirf un waqeyat ko naqal karte hain jis mein Rasool Allah ne shaatim-e-rasool ko nazar andaaz kiya.</w:t>
      </w:r>
      <w:r>
        <w:br/>
      </w:r>
      <w:r>
        <w:rPr>
          <w:sz w:val="20"/>
        </w:rPr>
        <w:t>28:24  Maulana un waqeyat ko nahi lete jin waqeyat mein Allah ke Rasool ne un ko qatl kiya, haalankeh woh shatme rasool ka masla nahi tha, koi aur masla tha.</w:t>
      </w:r>
      <w:r>
        <w:br/>
      </w:r>
      <w:r>
        <w:rPr>
          <w:sz w:val="20"/>
        </w:rPr>
        <w:t>28:34  mein is mauzu mein nahi jaunga</w:t>
      </w:r>
      <w:r>
        <w:br/>
      </w:r>
      <w:r>
        <w:rPr>
          <w:sz w:val="20"/>
        </w:rPr>
        <w:t>28:36  a. mein sirf yeh batana chahta hoon ke aap samajhte hain ke is masle mein do daleelein hain.</w:t>
      </w:r>
      <w:r>
        <w:br/>
      </w:r>
      <w:r>
        <w:rPr>
          <w:sz w:val="20"/>
        </w:rPr>
        <w:t>28:44  ek taraf Maulana ne bhi diye hain, ek taraf aur ulma ne bhi diye hain. to is mein Maulana ko tarjeeh dene ke liye, Maulana ki baat ko samajhne ke liye hamein ek aur daleel mil</w:t>
      </w:r>
      <w:r>
        <w:br/>
      </w:r>
      <w:r>
        <w:rPr>
          <w:sz w:val="20"/>
        </w:rPr>
        <w:t>28:58  ti hai. Maulana ne apni kitaab mein is waqey ko naqal kiya hai Abdullah bin Ubay ke ke un ko Allah ke Rasool ne qatl nahi kiya.</w:t>
      </w:r>
      <w:r>
        <w:br/>
      </w:r>
      <w:r>
        <w:rPr>
          <w:sz w:val="20"/>
        </w:rPr>
        <w:t>29:11  woh zaahir baat hai munafiqon ke sardar thay. woh to dushman-e-Islam thay, yeh to waazeh tha sab par.</w:t>
      </w:r>
      <w:r>
        <w:br/>
      </w:r>
      <w:r>
        <w:rPr>
          <w:sz w:val="20"/>
        </w:rPr>
        <w:t>29:21  is ke bawajood bhi Allah ke Rasool ne qatl nahi kiya sirf ek wajah se.</w:t>
      </w:r>
      <w:r>
        <w:br/>
      </w:r>
      <w:r>
        <w:rPr>
          <w:sz w:val="20"/>
        </w:rPr>
        <w:t>29:25  woh wajah khud Allah ke Rasool ne bata diya ke woh wajah yeh hai ke log kahenge ke Rasool apne hi saathiyon ko qatl kar rahe hain.</w:t>
      </w:r>
      <w:r>
        <w:br/>
      </w:r>
      <w:r>
        <w:rPr>
          <w:sz w:val="20"/>
        </w:rPr>
        <w:t>29:35  to is waqey mein Maulana ne bohat achhe se yeh baat samjhai ke Islam ki image ko damage hone se bachana yeh bohat badi baat hai.</w:t>
      </w:r>
      <w:r>
        <w:br/>
      </w:r>
      <w:r>
        <w:rPr>
          <w:sz w:val="20"/>
        </w:rPr>
        <w:t>29:52  Rasool Allah ne dushman-e-Islam ko bhi nazar andaaz kar diya. is image, image Islam ki jo image hai, us ko bachane ke liye ek munafiqon ka sardar, dushman-e-Islam, jo saare musalmanon par waazeh tha, khud Allah ke Rasool par waazeh tha, us ke bawajood bhi Islam ki image ko bachane ke liye Rasool Allah ne unhein kuch nahi kiya.</w:t>
      </w:r>
      <w:r>
        <w:br/>
      </w:r>
      <w:r>
        <w:rPr>
          <w:sz w:val="20"/>
        </w:rPr>
        <w:t>30:16  to Maulana ki yeh baat hum ko lena chahiye.</w:t>
      </w:r>
      <w:r>
        <w:br/>
      </w:r>
      <w:r>
        <w:rPr>
          <w:sz w:val="20"/>
        </w:rPr>
        <w:t>30:20  yeh mera zehan appeal karta hai ke Islam ki image ko bachane ke liye musalman is masle mein nazar-e-saani kare.</w:t>
      </w:r>
      <w:r>
        <w:br/>
      </w:r>
      <w:r>
        <w:rPr>
          <w:sz w:val="20"/>
        </w:rPr>
        <w:t>30:29  woh yaani apne masle par misar na ho. yeh zyada ek sanjeeda insaan ke liye zaroori hai. to mujhe jo is masle mein Maulana ki yeh baat bohat zyada qabil-e-fehm lagi aur yeh baat aur musalmanon ko bhi sochna chahiye.</w:t>
      </w:r>
      <w:r>
        <w:br/>
      </w:r>
      <w:r>
        <w:rPr>
          <w:sz w:val="20"/>
        </w:rPr>
        <w:t>30:50  is par nazar-e-saani karna chahiye. shukriya Maulana Abdul Basit saahib. aap ne bohat hi aham baat batai. is par mein ek waqey add karna chahunga.</w:t>
      </w:r>
      <w:r>
        <w:br/>
      </w:r>
      <w:r>
        <w:rPr>
          <w:sz w:val="20"/>
        </w:rPr>
        <w:t>31:00  Allah ke Rasool Sallallahu Alaihi Wasallam ke zamane ka waqey, bilkul aakhri zamane ka.</w:t>
      </w:r>
      <w:r>
        <w:br/>
      </w:r>
      <w:r>
        <w:rPr>
          <w:sz w:val="20"/>
        </w:rPr>
        <w:t>31:07  Hazrat Abu Hurairah Razi Allahu Anhu Rasool Sallallahu Alaihi Wasallam ke paas aaye thay. yeh ghaleban saat hijri ya us ke baad ka waqey hai. aur un ke saath un ki maa bhi aai thi.</w:t>
      </w:r>
      <w:r>
        <w:br/>
      </w:r>
      <w:r>
        <w:rPr>
          <w:sz w:val="20"/>
        </w:rPr>
        <w:t>31:17  Abu Hurairah Razi Allahu Anhu to musalman thay, un ki maa kya thi? musalman nahi thi. to Abu Hurairah un ko ja kar baatein bataya karte thay. to ek din bohat naraz ho gayi aur us ne aisi baat kahi jis ko sab kaha ja sakta hai.</w:t>
      </w:r>
      <w:r>
        <w:br/>
      </w:r>
      <w:r>
        <w:rPr>
          <w:sz w:val="20"/>
        </w:rPr>
        <w:t>31:30  Abu Hurairah Razi Allahu Anhu chuki maa thi, un ka adab tha aur Allah ke Rasool Sallallahu Alaihi Wasallam ka bhi adab tha, to woh rote hue Allah ke Rasool Sallallahu Alaihi Wasallam ke paas aaye aur aa kar kaha ke mein apni maa ko Islam ki baatein bataya karta tha, woh naraz ho gayi.</w:t>
      </w:r>
      <w:r>
        <w:br/>
      </w:r>
      <w:r>
        <w:rPr>
          <w:sz w:val="20"/>
        </w:rPr>
        <w:t>31:45  fasam'atni feeka ma akram ke mujhe aap ke bare mein aisi baat sunai jis ko mein napasand karta hoon. zaahir si baat hai, woh sab ka hi waqey hoga.</w:t>
      </w:r>
      <w:r>
        <w:br/>
      </w:r>
      <w:r>
        <w:rPr>
          <w:sz w:val="20"/>
        </w:rPr>
        <w:t>31:56  to ab aap aisa kijiyega ke meri maan ki hidayat ke liye dua kar dijiye. agar woh had ka waqia hota to Allah ke Rasool sallallahu alaihi wasallam kehte hain, aye Abu Hurairah, yeh waqia jo had ka hai, is mein dua nahi hogi, is mein kya hai?</w:t>
      </w:r>
      <w:r>
        <w:br/>
      </w:r>
      <w:r>
        <w:rPr>
          <w:sz w:val="20"/>
        </w:rPr>
        <w:t>32:09  saza milegi. lekin Allah ke Rasool sallallahu alaihi wasallam ne unke liye dua ki. isi dua ke nateeje mein woh kya hai?</w:t>
      </w:r>
      <w:r>
        <w:br/>
      </w:r>
      <w:r>
        <w:rPr>
          <w:sz w:val="20"/>
        </w:rPr>
        <w:t>32:18  Allah ke Rasool sallallahu alaihi wasallam ki sacchi saathi ban gayi. to is se sabaq hum le sakte hain ke Allah ke Rasool sallallahu alaihi wasallam ka tareeqa kya tha aur hum bhi wahi tareeqa ikhtiyar kar sakte hain.</w:t>
      </w:r>
      <w:r>
        <w:br/>
      </w:r>
      <w:r>
        <w:rPr>
          <w:sz w:val="20"/>
        </w:rPr>
        <w:t>32:28  hamare paas</w:t>
      </w:r>
      <w:r>
        <w:br/>
      </w:r>
      <w:r>
        <w:rPr>
          <w:sz w:val="20"/>
        </w:rPr>
        <w:t>32:30  agar woh asbab nahi hain ke jo Allah ke Rasool sallallahu alaihi wasallam ko sab kar raha hai, us tak pahunch sake to hum us ke liye dua kar sakte hain. yeh milta hai is waqiye se.</w:t>
      </w:r>
      <w:r>
        <w:br/>
      </w:r>
      <w:r>
        <w:rPr>
          <w:sz w:val="20"/>
        </w:rPr>
        <w:t>32:39  aur aisa aur kai waqie hain ke ek aadmi ne aa kar kaha ke aye Muhammad, tum ne adl se kaam nahi liya, be insafi se kaam le rahe ho. to Hazrat Umar ko ghussa utha, unhon ne kaha, ab ijazat dein to main un ki gardan maar doon.</w:t>
      </w:r>
      <w:r>
        <w:br/>
      </w:r>
      <w:r>
        <w:rPr>
          <w:sz w:val="20"/>
        </w:rPr>
        <w:t>32:51  to Allah ke Rasool sallallahu alaihi wasallam ne kaha, nahi, d'ao la yatuhaddath al-nasu ann Muhammad yeqtulu ashabahu.</w:t>
      </w:r>
      <w:r>
        <w:br/>
      </w:r>
      <w:r>
        <w:rPr>
          <w:sz w:val="20"/>
        </w:rPr>
        <w:t>33:00  chhod do, tum logon ko yeh kehne ka mauqa na do ke Muhammad apne ashab ko qatl karte hain. aise kai kai waqiyat seerat aur hadith ki kitabon mein aaye hain. to main samajhta hoon ke aap ne bahut aham baat batai ke logon ko is par nahi dhyan dena chahiye ke woh kya sochte hain, balke is par dhyan dena chahiye ke waqai Quran aur Sunnat mein kya likha hua hai.</w:t>
      </w:r>
      <w:r>
        <w:br/>
      </w:r>
      <w:r>
        <w:rPr>
          <w:sz w:val="20"/>
        </w:rPr>
        <w:t>33:19  to ab main Maulana Inayat Umri sahib se isi pas manzar mein sawal karunga aur yeh mera aakhri sawal hai ke shaatim ki saza ke liye ulama e Islam jin waqiyat se istidlal karte hain, is silsile mein Maulana Wahiduddin Khan sahib ki rai kya hai?</w:t>
      </w:r>
      <w:r>
        <w:br/>
      </w:r>
      <w:r>
        <w:rPr>
          <w:sz w:val="20"/>
        </w:rPr>
        <w:t>33:36  ji, bahut hi aham sawal hai yeh. dekhiye, bazahir bahut se aise waqiyat milte hain seerat ki kitabon mein jin se ulama ne yeh istidlal kiya hai ke dekho, Rasool Allah ne yeh jo saza di, woh shatm ki wajah se di.</w:t>
      </w:r>
      <w:r>
        <w:br/>
      </w:r>
      <w:r>
        <w:rPr>
          <w:sz w:val="20"/>
        </w:rPr>
        <w:t>33:58  dekhiye, is mamle mein basic baat jo samajhne ki hai, woh yeh hai ke agar saza shatm jo hai, qabil e had jurm hai to aisa nahi ho sakta ke ek ko saza mile, ek ko maafi mile.</w:t>
      </w:r>
      <w:r>
        <w:br/>
      </w:r>
      <w:r>
        <w:rPr>
          <w:sz w:val="20"/>
        </w:rPr>
        <w:t>34:14  jaise abhi hamare Farhad Salafi sahib ne bataya ke Abu Hurairah ki maan ke liye Rasool Allah ne dua ki aur doosre log shatm ke mujrim hain, un ko saza mil rahi hai.</w:t>
      </w:r>
      <w:r>
        <w:br/>
      </w:r>
      <w:r>
        <w:rPr>
          <w:sz w:val="20"/>
        </w:rPr>
        <w:t>34:31  dekhiye, is mamle mein yeh usool hai. yeh</w:t>
      </w:r>
      <w:r>
        <w:br/>
      </w:r>
      <w:r>
        <w:rPr>
          <w:sz w:val="20"/>
        </w:rPr>
        <w:t>34:34  hum jante hain ke Rasool Allah sallallahu alaihi wasallam ke zamane mein jo qabila e Makhzum ki ek ladki ne, jinka naam Fatima tha, chori ki to bade khandan ki thi, bade gharane ki thi.</w:t>
      </w:r>
      <w:r>
        <w:br/>
      </w:r>
      <w:r>
        <w:rPr>
          <w:sz w:val="20"/>
        </w:rPr>
        <w:t>34:49  to unhon ne ja kar request ki Usama bin Zaid se ke Usama se Rasool Allah zyada mohabbat karte hain,</w:t>
      </w:r>
      <w:r>
        <w:br/>
      </w:r>
      <w:r>
        <w:rPr>
          <w:sz w:val="20"/>
        </w:rPr>
        <w:t>34:59  agar woh ja kar sifarish karein to shayad saza par nazar sani ki jayegi. to Usama bin Zaid Nabi sallallahu alaihi wasallam ke paas pahunche sifarish ke karne ke liye to aap ne farmaya ke atashfa'u fi haddin min hududillah.</w:t>
      </w:r>
      <w:r>
        <w:br/>
      </w:r>
      <w:r>
        <w:rPr>
          <w:sz w:val="20"/>
        </w:rPr>
        <w:t>35:19  Usama, kya tum Khuda ke hudood mein sifarish karne kar rahe ho? tum ya</w:t>
      </w:r>
      <w:r>
        <w:br/>
      </w:r>
      <w:r>
        <w:rPr>
          <w:sz w:val="20"/>
        </w:rPr>
        <w:t>35:25  yani agar woh had hai to saza nafiz hogi, maafi nahi milegi aur woh jurm koi bhi kare, us ko saza mil kar rahegi.</w:t>
      </w:r>
      <w:r>
        <w:br/>
      </w:r>
      <w:r>
        <w:rPr>
          <w:sz w:val="20"/>
        </w:rPr>
        <w:t>35:35  aur aap ne yahan tak kaha is mamle mein ke walaw ann Fatima bint Muhammad yusraqu laqata'a Muhammad yaduha. ke agar is jagah Fatima bint qabila e Makhzum ki ladki Fatima nahi, agar Muhammad sallallahu alaihi wasallam ki meri apni beti Fatima bhi hoti to main apni beti ka haath bhi kaat deta.</w:t>
      </w:r>
      <w:r>
        <w:br/>
      </w:r>
      <w:r>
        <w:rPr>
          <w:sz w:val="20"/>
        </w:rPr>
        <w:t>36:00  dekhiye, is ka matlab yeh hai ke agar koi saza qabil e had hai, koi koi jurm qabil e had hai to wahan par maafi nahi di ja sakti.</w:t>
      </w:r>
      <w:r>
        <w:br/>
      </w:r>
      <w:r>
        <w:rPr>
          <w:sz w:val="20"/>
        </w:rPr>
        <w:t>36:11  hum dekh rahe hain ke yahan Rasool Allah ne sallallahu alaihi wasallam ne Abu Hurairah ki maan ko maaf kiya aur aap ne Abdullah bin Ubayi ko koi saza nahi di aur doosre kitne shaatimeen hain, aap ne un ko saza nahi di.</w:t>
      </w:r>
      <w:r>
        <w:br/>
      </w:r>
      <w:r>
        <w:rPr>
          <w:sz w:val="20"/>
        </w:rPr>
        <w:t>36:28  balke is silsile mein hum jante hain ke Suhail bin Amr, jinhon ne Sulah Hudaibiyah ke mauqe par Rahman ur Rahim mitane ke liye israr kiya aur Rasool Allah ka lafz mitane ke liye israr kiya, lekin un ko bhi toheen e risalat ka jo mujrim nahi qarar diya gaya.</w:t>
      </w:r>
      <w:r>
        <w:br/>
      </w:r>
      <w:r>
        <w:rPr>
          <w:sz w:val="20"/>
        </w:rPr>
        <w:t>36:50  balke mamla yeh hua ke aap ne Sahaba e Karam ko wasiyat ki, nasihat ki.</w:t>
      </w:r>
      <w:r>
        <w:br/>
      </w:r>
      <w:r>
        <w:rPr>
          <w:sz w:val="20"/>
        </w:rPr>
        <w:t>36:57  jab Makkah fateh ho raha tha, us mauqe par aap ne kaha ke man laqiya Suhail ibn Amr fala yuhaddu ilayhi al-nazar, fa inna Suhailan lahu aqlun wa sharafun, wa mithlu Suhailin la yujhalu al-islama.</w:t>
      </w:r>
      <w:r>
        <w:br/>
      </w:r>
      <w:r>
        <w:rPr>
          <w:sz w:val="20"/>
        </w:rPr>
        <w:t>37:12  aap ne kaha ke dekho, Suhail bin Amr ne Sulah Hudaibiyah ke mauqe par jo kuch kiya, us ko dil mein rakh kar agar un se tumhara aamna samna ho jaye to un ko nazron se bhi aisa mat dekho ke un ko bura lage.</w:t>
      </w:r>
      <w:r>
        <w:br/>
      </w:r>
      <w:r>
        <w:rPr>
          <w:sz w:val="20"/>
        </w:rPr>
        <w:t>37:28  phir aap ne kaha ke fan suhail lah aql o sharaf, suhail bohat ba-izzat aadmi, bohat jaaniyon aadmi, aqalmand aadmi hain.</w:t>
      </w:r>
      <w:r>
        <w:br/>
      </w:r>
      <w:r>
        <w:rPr>
          <w:sz w:val="20"/>
        </w:rPr>
        <w:t>37:37  main nahi chahta hoon ke tumhari aisi kisi harkat ki wajah se woh Islam se aur zyada door ho jaye. hmm, aur hua bhi yahi ke aap ki jo yeh umeed thi, aap ka jo yeh expectation tha, yeh poora hua, filfil hua.</w:t>
      </w:r>
      <w:r>
        <w:br/>
      </w:r>
      <w:r>
        <w:rPr>
          <w:sz w:val="20"/>
        </w:rPr>
        <w:t>37:51  aur woh jinhone kisi zamane mein Rehman o Rahim mitaya tha, woh jinhone Rasool Allah mitane par israr kiya tha, woh khud Allah ki rehmat ke saaye mein aa gaye.</w:t>
      </w:r>
      <w:r>
        <w:br/>
      </w:r>
      <w:r>
        <w:rPr>
          <w:sz w:val="20"/>
        </w:rPr>
        <w:t>38:02  ab baqi woh log jo bazahir lagta hai ke unki saza jo hai, shatm ki buniyad par di gayi, jaise ek waqia Ka'b bin Ashraf ka aur doosre aise kuch waqiat zikr kiye jaate hain ke unko jo saza di gayi, woh shatm ki buniyad par.</w:t>
      </w:r>
      <w:r>
        <w:br/>
      </w:r>
      <w:r>
        <w:rPr>
          <w:sz w:val="20"/>
        </w:rPr>
        <w:t>38:19  to aap is usool ko samne rakh kar agar baat ko samjhein to samajh mein aa jayega ke agar shatm koi qabil had jurm hai to us par saza hogi.</w:t>
      </w:r>
      <w:r>
        <w:br/>
      </w:r>
      <w:r>
        <w:rPr>
          <w:sz w:val="20"/>
        </w:rPr>
        <w:t>38:30  to</w:t>
      </w:r>
      <w:r>
        <w:br/>
      </w:r>
      <w:r>
        <w:rPr>
          <w:sz w:val="20"/>
        </w:rPr>
        <w:t>38:31  yahan aap ne maafi di, yahan aap ne duaein dein, yahan aap ne umeedien rakhi aur doosri taraf aap ne saza di, yeh mumkin nahi. to phir hum ko yeh dekhna padega ke unko kis jurm par saza di gayi.</w:t>
      </w:r>
      <w:r>
        <w:br/>
      </w:r>
      <w:r>
        <w:rPr>
          <w:sz w:val="20"/>
        </w:rPr>
        <w:t>38:43  to unka jurm shatm ka nahi, balke baghavat ka jurm tha.</w:t>
      </w:r>
      <w:r>
        <w:br/>
      </w:r>
      <w:r>
        <w:rPr>
          <w:sz w:val="20"/>
        </w:rPr>
        <w:t>38:49  aur hum jante hain ke baghavat ki saza dunya ke kisi bhi qanoon mein, kisi bhi mulk mein, aadmi agar apne mulk se baghavat karta hai to uski saza sakht se sakht hoti hai aur Quran mein bhi uski saza sakht hai.</w:t>
      </w:r>
      <w:r>
        <w:br/>
      </w:r>
      <w:r>
        <w:rPr>
          <w:sz w:val="20"/>
        </w:rPr>
        <w:t>39:01  to Ka'b bin Ashraf waghera ka jo case hai, unka case baghavat ka case ke Ka'b bin Ashraf Ghazwa-e-Khandaq ka sabab bhi wohi shakhs bana tha.</w:t>
      </w:r>
      <w:r>
        <w:br/>
      </w:r>
      <w:r>
        <w:rPr>
          <w:sz w:val="20"/>
        </w:rPr>
        <w:t>39:14  aise bohat se unke aise cases the jo baghavat ko explain karte hain, na ke shatm ko. to hum in tamam baaton se andaza laga sakte hain ke baat bohat wazeh hai, clear hai ke shatm ki jo saza Musalman logon ko qatl ki shakal mein dena chahte hain,</w:t>
      </w:r>
      <w:r>
        <w:br/>
      </w:r>
      <w:r>
        <w:rPr>
          <w:sz w:val="20"/>
        </w:rPr>
        <w:t>39:38  woh Quran se sabit nahi hai,</w:t>
      </w:r>
      <w:r>
        <w:br/>
      </w:r>
      <w:r>
        <w:rPr>
          <w:sz w:val="20"/>
        </w:rPr>
        <w:t>39:41  Seerat se bhi nahi milta hai aur Ahadees mein bhi hum ko aisi koi baat nahi milti hai. to is mamle mein, jaisa ke hamare saathi ne kaha ke ahl-e-Islam ko, ulama-e-Islam ko, sab ko apni rai par nazar sani karni chahiye aur dekhni chahiye ke is wajah se Islam ki aur zyada badnami ho rahi hai.</w:t>
      </w:r>
      <w:r>
        <w:br/>
      </w:r>
      <w:r>
        <w:rPr>
          <w:sz w:val="20"/>
        </w:rPr>
        <w:t>40:01  to hamein Islam ko badnami se bachane ke liye apne fatwe par agar hum nazar sani karein to insha Allah al-aziz, Islam ki image hum durust kar sakte hain.</w:t>
      </w:r>
      <w:r>
        <w:br/>
      </w:r>
      <w:r>
        <w:rPr>
          <w:sz w:val="20"/>
        </w:rPr>
        <w:t>40:13  to meri baat mukammal ho gayi. Jazak Allah khair. Shukriya aap teeno sahiban ka. jo aap tamam logon ki baaton se samajh mein aaya, woh yeh hai ke Musalman shatm-e-Rasool par hassas hone ki bajaye is baat par hassas hon</w:t>
      </w:r>
      <w:r>
        <w:br/>
      </w:r>
      <w:r>
        <w:rPr>
          <w:sz w:val="20"/>
        </w:rPr>
        <w:t>40:29  ke taleem-e-Rasool kaise tamam logon tak pahunchai jaye taake sahi baat sab logon ke samne aaye. to woh shaatim banne ki bajaye Rasool Sallallahu Alaihi Wasallam ke sadiq ban jayein, dost ban jayein, siddiq ban jayein.</w:t>
      </w:r>
      <w:r>
        <w:br/>
      </w:r>
      <w:r>
        <w:rPr>
          <w:sz w:val="20"/>
        </w:rPr>
        <w:t>40:41  yeh achhi baat hogi. is se kya hoga? Paighambar-e-Islam Sallallahu Alaihi Wasallam ka jo maqsad tha ke logon ko Allah ke raste par laya jaye, jannat ke raste par laya jaye, yeh maqsad poora hoga.</w:t>
      </w:r>
      <w:r>
        <w:br/>
      </w:r>
      <w:r>
        <w:rPr>
          <w:sz w:val="20"/>
        </w:rPr>
        <w:t>40:52  aur agar hum shaatim keh kar bhadakte hain, ehtejaj karte hain to woh maqsad</w:t>
      </w:r>
      <w:r>
        <w:br/>
      </w:r>
      <w:r>
        <w:rPr>
          <w:sz w:val="20"/>
        </w:rPr>
        <w:t>40:57  poora nahi hoga, balke log Allah ke deen se door ho jayenge galat fehmi ki buniyad par. Islam yahi sikhata hai. to main isi par apni baat khatm karta hoon aur main dua karta hoon ke Allah taala hum tamam logon ko Allah ke Rasool Sallallahu Alaihi Wasallam ka jo maqsad tha, usko samajhne aur uske aitbar se logon ke sath pesh aane ki tofeeq ata farmaye.</w:t>
      </w:r>
      <w:r>
        <w:br/>
      </w:r>
      <w:r>
        <w:rPr>
          <w:sz w:val="20"/>
        </w:rPr>
        <w:t>41:18  Ameen. Assalamu Alaikum wa Rahmatullahi.</w:t>
      </w:r>
    </w:p>
    <w:p>
      <w:pPr>
        <w:pStyle w:val="Heading2"/>
      </w:pPr>
      <w:r>
        <w:t>Reassessing what constitutes a Muslim</w:t>
      </w:r>
    </w:p>
    <w:p>
      <w:r>
        <w:rPr>
          <w:color w:val="666666"/>
          <w:sz w:val="18"/>
        </w:rPr>
        <w:t>Society &amp; Dawah · Art of Crisis Management I 3 October, 2010 Maulana Wahiduddin Khan · 5m 47s · at 1:19:02 · https://youtu.be/mcJZ0YEOolk?t=4742</w:t>
      </w:r>
    </w:p>
    <w:p>
      <w:r>
        <w:rPr>
          <w:i/>
        </w:rPr>
        <w:t>“Quite often one sees that Islamic principles and values are being better observed by non-Muslims than by Muslims. At the same time, some Muslims have abandoned the principles of Islam while claiming allegiance to the religion of the Prophet. Is it time for us to reassess what constitutes a Muslim? Should we not consider a Muslim as one who adheres to Islamic values?”</w:t>
      </w:r>
    </w:p>
    <w:p>
      <w:r>
        <w:rPr>
          <w:sz w:val="20"/>
        </w:rPr>
        <w:t>1:19:02  Maulana, agla sawal kya hai? Mr. John Butt ne Afghanistan se. unhon ne poocha hai ke "quite often one sees that Islamic principles and values are being better observed by non-Muslims than by Muslims.</w:t>
      </w:r>
      <w:r>
        <w:br/>
      </w:r>
      <w:r>
        <w:rPr>
          <w:sz w:val="20"/>
        </w:rPr>
        <w:t>1:19:19  at the same time, some Muslims have abandoned the principles of Islam while claiming allegiance to the religion of the Prophet.</w:t>
      </w:r>
      <w:r>
        <w:br/>
      </w:r>
      <w:r>
        <w:rPr>
          <w:sz w:val="20"/>
        </w:rPr>
        <w:t>1:19:29  is it time for us to reassess what constitutes a Muslim? should we not consider a Muslim as one who adheres to Islamic values</w:t>
      </w:r>
      <w:r>
        <w:br/>
      </w:r>
      <w:r>
        <w:rPr>
          <w:sz w:val="20"/>
        </w:rPr>
        <w:t>1:19:41  rather than one who claims allegiance to Islam while contravening its principles?" kindly comment.</w:t>
      </w:r>
      <w:r>
        <w:br/>
      </w:r>
      <w:r>
        <w:rPr>
          <w:sz w:val="20"/>
        </w:rPr>
        <w:t>1:19:52  agar main sahi samajhta hoon, samjha hoon is question ko to is ka matlab غالباً yeh hai ke hum declare karein ke yeh Musalman jo hai, Islam se door ho gaya. غالباً yeh matlab hai.</w:t>
      </w:r>
      <w:r>
        <w:br/>
      </w:r>
      <w:r>
        <w:rPr>
          <w:sz w:val="20"/>
        </w:rPr>
        <w:t>1:20:04  Maulana, jo Islam ko adhere kar raha hai, ji, us ko kahein ke bhai yeh true Muslim hai. jo hat gaya, us ko declare karein ke Islam se hat gaya. yeh matlab hai.</w:t>
      </w:r>
      <w:r>
        <w:br/>
      </w:r>
      <w:r>
        <w:rPr>
          <w:sz w:val="20"/>
        </w:rPr>
        <w:t>1:20:13  maulana, deklair ka word nahin aaya, but jo aap matlab yahi hai, matlab yahi hai. haan,</w:t>
      </w:r>
      <w:r>
        <w:br/>
      </w:r>
      <w:r>
        <w:rPr>
          <w:sz w:val="20"/>
        </w:rPr>
        <w:t>1:20:19  dekhen, yeh islam ki taleem nahin hai. islam mein dekhiye, ek hai ideal, ek hai practical. ek hai ideal, ek hai practical.</w:t>
      </w:r>
      <w:r>
        <w:br/>
      </w:r>
      <w:r>
        <w:rPr>
          <w:sz w:val="20"/>
        </w:rPr>
        <w:t>1:20:34  to ideal situation agar yani achievable na ho to hamein practical par raazi hona padta hai. to ideal to wahi hai ke main saare musalman islam ko follow kar rahe hon,</w:t>
      </w:r>
      <w:r>
        <w:br/>
      </w:r>
      <w:r>
        <w:rPr>
          <w:sz w:val="20"/>
        </w:rPr>
        <w:t>1:20:49  woh achhi baat hai.</w:t>
      </w:r>
      <w:r>
        <w:br/>
      </w:r>
      <w:r>
        <w:rPr>
          <w:sz w:val="20"/>
        </w:rPr>
        <w:t>1:20:51  lekin islam ko agar follow na karen, un mein barbaricity aa jaye, tab hamein kya karna hai? hamein samjhana hai, preaching karna hai, fatwa nahin dena hai.</w:t>
      </w:r>
      <w:r>
        <w:br/>
      </w:r>
      <w:r>
        <w:rPr>
          <w:sz w:val="20"/>
        </w:rPr>
        <w:t>1:21:06  fatwa activism islam mein hai nahin. aaj kal jo fatwa active chala hua hai na, islam mein nahin hai. yeh</w:t>
      </w:r>
      <w:r>
        <w:br/>
      </w:r>
      <w:r>
        <w:rPr>
          <w:sz w:val="20"/>
        </w:rPr>
        <w:t>1:21:13  sab galat hai. misaal ke taur par dekhiye, ek firqa hai, us ko ahmadi firqa kehte hain, kuch log qadiyani kehte hain is ko. is ke baad khoob fatwa activism chalaya gaya.</w:t>
      </w:r>
      <w:r>
        <w:br/>
      </w:r>
      <w:r>
        <w:rPr>
          <w:sz w:val="20"/>
        </w:rPr>
        <w:t>1:21:25  yeh mere nazdeek sar-ta-pa galat tha bilkul. yani agar kisi ne aisa</w:t>
      </w:r>
      <w:r>
        <w:br/>
      </w:r>
      <w:r>
        <w:rPr>
          <w:sz w:val="20"/>
        </w:rPr>
        <w:t>1:21:31  yani baat kahi thi jo aap ke nazdeek islam ke khilaaf hai to aap samjhaiye bujhayein is ko. fatwa dene ka matlab kya hai?</w:t>
      </w:r>
      <w:r>
        <w:br/>
      </w:r>
      <w:r>
        <w:rPr>
          <w:sz w:val="20"/>
        </w:rPr>
        <w:t>1:21:39  yeh kafir hain, yeh islam se nikal gaye hain, yeh islam mein hai hi nahin.</w:t>
      </w:r>
      <w:r>
        <w:br/>
      </w:r>
      <w:r>
        <w:rPr>
          <w:sz w:val="20"/>
        </w:rPr>
        <w:t>1:21:46  imam muslim ne likha hai, mere paas maujood hai kitab ke</w:t>
      </w:r>
      <w:r>
        <w:br/>
      </w:r>
      <w:r>
        <w:rPr>
          <w:sz w:val="20"/>
        </w:rPr>
        <w:t>1:21:55  woh "la yukaffir ahadun min ahl al-qibla" yani jo qibla rukh par namaz padhaye, us ki takfeer nahin ki jayegi.</w:t>
      </w:r>
      <w:r>
        <w:br/>
      </w:r>
      <w:r>
        <w:rPr>
          <w:sz w:val="20"/>
        </w:rPr>
        <w:t>1:22:05  ab aap jaiye, agar qadiyaniyon ko dekhiye, ahmadi logon ko dekhen to qibla ki taraf namaz padhte hain. woh un ka, woh namaz padhte hain, un ka, un ka, un ka kaba, un ka qibla bhi kaba hai.</w:t>
      </w:r>
      <w:r>
        <w:br/>
      </w:r>
      <w:r>
        <w:rPr>
          <w:sz w:val="20"/>
        </w:rPr>
        <w:t>1:22:18  to aap ne takfeer kyun ki hai in ki? to yeh jo saare ulama mashghool the, yani qadiyaniyon ya ahmadiyon ki takfeer bhi, yeh bilkul galat kaam kiya unhone.</w:t>
      </w:r>
      <w:r>
        <w:br/>
      </w:r>
      <w:r>
        <w:rPr>
          <w:sz w:val="20"/>
        </w:rPr>
        <w:t>1:22:30  aap ko dawat karna hai, aap ko samjhana hai, aap ko yeh right hai nahin ke takfeer karen. aap deklair karen ke yeh kafir hai, yeh phir jindiq hai, yeh falaan hai.</w:t>
      </w:r>
      <w:r>
        <w:br/>
      </w:r>
      <w:r>
        <w:rPr>
          <w:sz w:val="20"/>
        </w:rPr>
        <w:t>1:22:43  aap ko, aap ko "you have no right to declare such fatwa". "you have no right to issue such fatwa". to chahe qadiyani ka masla ho, chahe ahmadi ka masla ho, chahe brelvi ka masla ho, koi bhi masla</w:t>
      </w:r>
      <w:r>
        <w:br/>
      </w:r>
      <w:r>
        <w:rPr>
          <w:sz w:val="20"/>
        </w:rPr>
        <w:t>1:23:02  mein aap ko ikhtilaf ho sakta hai, lekin aap fatwa dene ka haq nahin hai. aap ko samjhaiye, islaah kijiye, tablegh kijiye, dawat kijiye.</w:t>
      </w:r>
      <w:r>
        <w:br/>
      </w:r>
      <w:r>
        <w:rPr>
          <w:sz w:val="20"/>
        </w:rPr>
        <w:t>1:23:18  to yeh bahut, yeh, yeh, yeh is ko kehte hain "ghulu extremism". extremism islam mein hai nahin. "la ghuluwa fil islam".</w:t>
      </w:r>
      <w:r>
        <w:br/>
      </w:r>
      <w:r>
        <w:rPr>
          <w:sz w:val="20"/>
        </w:rPr>
        <w:t>1:23:27  yeh dars fatwa dete hain to qadiyaniyon ke muamle mein ya ahmadiyon ke muamle mein jo ulama ne kiya, woh sab ghulu tha. ghulu dars fatwa de diya ke yeh kafir hain,</w:t>
      </w:r>
      <w:r>
        <w:br/>
      </w:r>
      <w:r>
        <w:rPr>
          <w:sz w:val="20"/>
        </w:rPr>
        <w:t>1:23:39  aur halanke un mein se kisi ne jahan tak main jaanta hoon, yeh nahin kiya ke woh logon se mile, humdardi ke sath, khirqa ke sath samjhaye ke tumhara aqeedah kya hai.</w:t>
      </w:r>
      <w:r>
        <w:br/>
      </w:r>
      <w:r>
        <w:rPr>
          <w:sz w:val="20"/>
        </w:rPr>
        <w:t>1:23:51  samjhe is ko ke aqeedah ko kya waqai tum daawa karte ho ke main nabi hoon ya kuch aur tum kehte ho, us ko samjho.</w:t>
      </w:r>
      <w:r>
        <w:br/>
      </w:r>
      <w:r>
        <w:rPr>
          <w:sz w:val="20"/>
        </w:rPr>
        <w:t>1:23:59  aur phir agar tumhare nazdeek woh galat un ka aqeedah hai to us ko samjhao, un ke aqeedah ko durust karo. bas fatwa dena jaiz nahin, aur marna kaata aur bhi najaaiz hai.</w:t>
      </w:r>
      <w:r>
        <w:br/>
      </w:r>
      <w:r>
        <w:rPr>
          <w:sz w:val="20"/>
        </w:rPr>
        <w:t>1:24:12  aaj kal kya hai? maarne kaatne shuru kar dete hain,</w:t>
      </w:r>
      <w:r>
        <w:br/>
      </w:r>
      <w:r>
        <w:rPr>
          <w:sz w:val="20"/>
        </w:rPr>
        <w:t>1:24:16  yaqtul al-had shuru ho jata hai. yeh sab bilkul islam ke khilaaf hai. sirf hamare liye ek hi option hai, woh hai dawat, islaah, tafheem.</w:t>
      </w:r>
      <w:r>
        <w:br/>
      </w:r>
      <w:r>
        <w:rPr>
          <w:sz w:val="20"/>
        </w:rPr>
        <w:t>1:24:27  bas "we have no option other than this".</w:t>
      </w:r>
      <w:r>
        <w:br/>
      </w:r>
      <w:r>
        <w:rPr>
          <w:sz w:val="20"/>
        </w:rPr>
        <w:t>1:24:35  yeh mein poore, yaani poore conviction se keh raha hoon ke yahi Islam hai, aur is ke khilaaf jo baat log kehte hain, woh Islam nahi hai, woh un ke apne ghar banaya hua Islam hai.</w:t>
      </w:r>
    </w:p>
    <w:p>
      <w:pPr>
        <w:pStyle w:val="Heading2"/>
      </w:pPr>
      <w:r>
        <w:t>Request lecture on sectarianism and Quetta incident</w:t>
      </w:r>
    </w:p>
    <w:p>
      <w:r>
        <w:rPr>
          <w:color w:val="666666"/>
          <w:sz w:val="18"/>
        </w:rPr>
        <w:t>Society &amp; Dawah · Present Day Muslims Jan 13, 2013 · 5m 34s · at 1:11:00 · https://youtu.be/CVcbWVYitog?t=4260</w:t>
      </w:r>
    </w:p>
    <w:p>
      <w:r>
        <w:rPr>
          <w:i/>
        </w:rPr>
        <w:t>“Maulana, please give a lecture on sectarianism. The incident that happened in Quetta three days ago is a result of sectarianism.”</w:t>
      </w:r>
    </w:p>
    <w:p>
      <w:r>
        <w:rPr>
          <w:sz w:val="20"/>
        </w:rPr>
        <w:t>1:11:00  maulana, agla sawal lahore pakistan se hai umar abdul aziz sahib ka. unhon ne likha hai: "maulana sahib, aap firqa warait ke baray mein aik lecture dein.</w:t>
      </w:r>
      <w:r>
        <w:br/>
      </w:r>
      <w:r>
        <w:rPr>
          <w:sz w:val="20"/>
        </w:rPr>
        <w:t>1:11:12  teen din pehle jo quetta mein waqia pesh aya hai, woh firqa warait ka hi nateeja hai." . dekhiye, asal cheez firqa warait nahi hai.</w:t>
      </w:r>
      <w:r>
        <w:br/>
      </w:r>
      <w:r>
        <w:rPr>
          <w:sz w:val="20"/>
        </w:rPr>
        <w:t>1:11:24  asal cheez hai directionless hona. hona pakistan aur doosri jaghon par musalmanon ke paas koi line of action nahi, koi direction nahi, koi goal nahi.</w:t>
      </w:r>
      <w:r>
        <w:br/>
      </w:r>
      <w:r>
        <w:rPr>
          <w:sz w:val="20"/>
        </w:rPr>
        <w:t>1:11:39  aik hi goal sahi hai, woh hai dawat-e-ilallah. dawat-e-ilallah mein koi takrao ki baat nahi hoti. sab barabar ke ho jatay hain.</w:t>
      </w:r>
      <w:r>
        <w:br/>
      </w:r>
      <w:r>
        <w:rPr>
          <w:sz w:val="20"/>
        </w:rPr>
        <w:t>1:11:49  to pakistan ka sab se bari jo kamzori hai, woh firqa warait nahi hai.</w:t>
      </w:r>
      <w:r>
        <w:br/>
      </w:r>
      <w:r>
        <w:rPr>
          <w:sz w:val="20"/>
        </w:rPr>
        <w:t>1:11:54  woh yeh hai ke wahan ke rehnuma, wahan ke ulama, wahan ke logon ko sahi target nahi de sakay. yani dawat ka target.</w:t>
      </w:r>
      <w:r>
        <w:br/>
      </w:r>
      <w:r>
        <w:rPr>
          <w:sz w:val="20"/>
        </w:rPr>
        <w:t>1:12:05  main ne aik pakistan ke aik leader se mujhe mulaqat hui, well-known leader. to main ne kaha ke aap dawat ka kaam kyun nahi karte?</w:t>
      </w:r>
      <w:r>
        <w:br/>
      </w:r>
      <w:r>
        <w:rPr>
          <w:sz w:val="20"/>
        </w:rPr>
        <w:t>1:12:15  pakistan mein hindu hain, pakistan mein christian hain, pakistan mein tourist atay hain, pakistan mein khud musalmanon mein bohat se aisay log hain jo islam mein paida hue lekin woh un ko islam mein shaq o shubah par gaya.</w:t>
      </w:r>
      <w:r>
        <w:br/>
      </w:r>
      <w:r>
        <w:rPr>
          <w:sz w:val="20"/>
        </w:rPr>
        <w:t>1:12:30  yeh sab madu hain. dawat ka kaam kijiye. to ab tak mujhe yaad hai ke unhon ne jumla jo kaha tha ke pakistan mein in cheezon ki kis ko parwah hai?</w:t>
      </w:r>
      <w:r>
        <w:br/>
      </w:r>
      <w:r>
        <w:rPr>
          <w:sz w:val="20"/>
        </w:rPr>
        <w:t>1:12:42  to yeh hai, ghalti yahan hai. firqa warait to aik aik aik phir woh hai, aik zahiri cheez hai.</w:t>
      </w:r>
      <w:r>
        <w:br/>
      </w:r>
      <w:r>
        <w:rPr>
          <w:sz w:val="20"/>
        </w:rPr>
        <w:t>1:12:51  asal cheez nahi hai. asal cheez yeh hai ke nishani galat hai. woh nishani nahi diya gaya. saray log mil kar ke musalmanon ko yeh batayein ke tumhara nishana dawat-e-ilallah hai aur koi cheez nishana nahi hai.</w:t>
      </w:r>
      <w:r>
        <w:br/>
      </w:r>
      <w:r>
        <w:rPr>
          <w:sz w:val="20"/>
        </w:rPr>
        <w:t>1:13:06  tab ja kar ke yeh sab khatam hoga. aap firqa warait ke khilaf likhte rahein, likhte rahein to us se firqa warait khatam nahi honay wali hai. kyunke jar to baqi rahegi, to khatam kaise ho jaye ga?</w:t>
      </w:r>
      <w:r>
        <w:br/>
      </w:r>
      <w:r>
        <w:rPr>
          <w:sz w:val="20"/>
        </w:rPr>
        <w:t>1:13:19  main umar abdul aziz sahib ko yeh bhi batana chahunga kyunke unhon ne poocha hai ke maulana sahib ke puranay lectures woh kahan se le saktay hain. to aap maulana sahib ke puranay lectures www.cpsglobal.org se le saktay hain.</w:t>
      </w:r>
      <w:r>
        <w:br/>
      </w:r>
      <w:r>
        <w:rPr>
          <w:sz w:val="20"/>
        </w:rPr>
        <w:t>1:13:35  us mein videos aur podcast ke do buttons hain. aap us ko agar press karein ge, wahan se aap ko saray download mil jayein g</w:t>
      </w:r>
      <w:r>
        <w:br/>
      </w:r>
      <w:r>
        <w:rPr>
          <w:sz w:val="20"/>
        </w:rPr>
        <w:t>1:13:43  e. doosri cheez yeh ke maulana sahib roz subah lectures detay hain to woh bhi uploaded hain on daily basis.</w:t>
      </w:r>
      <w:r>
        <w:br/>
      </w:r>
      <w:r>
        <w:rPr>
          <w:sz w:val="20"/>
        </w:rPr>
        <w:t>1:13:51  woh aap ko milenge www.alquranmission.org. wahan se aap us ko download kar saktay hain. doosra sawal letay hain.</w:t>
      </w:r>
      <w:r>
        <w:br/>
      </w:r>
      <w:r>
        <w:rPr>
          <w:sz w:val="20"/>
        </w:rPr>
        <w:t>1:14:01  doosra sawal maulana sahib greater noida se hai, danish khan sahib</w:t>
      </w:r>
      <w:r>
        <w:br/>
      </w:r>
      <w:r>
        <w:rPr>
          <w:sz w:val="20"/>
        </w:rPr>
        <w:t>1:14:07  ka. unhon ne likha hai "In today's talk, you mentioned work of education. Did you mean to say that Muslims should be involved in opening schools, colleges, and universities?</w:t>
      </w:r>
      <w:r>
        <w:br/>
      </w:r>
      <w:r>
        <w:rPr>
          <w:sz w:val="20"/>
        </w:rPr>
        <w:t>1:14:22  kindly elaborate." . nahi, dekhiye, khud apni banana muslim school, muslim college, muslim sipahi us ke khilaf ho. jo aaye system us mein shamil ho jaiye.</w:t>
      </w:r>
      <w:r>
        <w:br/>
      </w:r>
      <w:r>
        <w:rPr>
          <w:sz w:val="20"/>
        </w:rPr>
        <w:t>1:14:34  chahe kisi ka bhi ho</w:t>
      </w:r>
      <w:r>
        <w:br/>
      </w:r>
      <w:r>
        <w:rPr>
          <w:sz w:val="20"/>
        </w:rPr>
        <w:t>1:14:36  ۔ yeh jo musalmanon ka mizaj ke muslim school banao, muslim college banao, muslim university banao, us ki wajah se firqa warait paida hui. us ki wajah se woh us din barhta raha.</w:t>
      </w:r>
      <w:r>
        <w:br/>
      </w:r>
      <w:r>
        <w:rPr>
          <w:sz w:val="20"/>
        </w:rPr>
        <w:t>1:14:46  wohi aik taraf pride, aik taraf nafrat.</w:t>
      </w:r>
      <w:r>
        <w:br/>
      </w:r>
      <w:r>
        <w:rPr>
          <w:sz w:val="20"/>
        </w:rPr>
        <w:t>1:14:49  nahi, woh isi mein shamil ho jaiye. Isi main stream mein. Aur dhoom se padhiye. Mehnat kijiye. Alag se koi zaroorat nahi hai.</w:t>
      </w:r>
      <w:r>
        <w:br/>
      </w:r>
      <w:r>
        <w:rPr>
          <w:sz w:val="20"/>
        </w:rPr>
        <w:t>1:14:59  Alag se agar banayein bhi to Muslim school mat banaiye. Muslim college mat banaiye. Balkay aap secular banaiye, secular andaaz mein.</w:t>
      </w:r>
      <w:r>
        <w:br/>
      </w:r>
      <w:r>
        <w:rPr>
          <w:sz w:val="20"/>
        </w:rPr>
        <w:t>1:15:08  Sab sab log padhein, aap bhi padhein, doosre bhi padhein. Taleem mein dekhiye, sectarianism bilkul galat hai.</w:t>
      </w:r>
      <w:r>
        <w:br/>
      </w:r>
      <w:r>
        <w:rPr>
          <w:sz w:val="20"/>
        </w:rPr>
        <w:t>1:15:17  Taleem mein yeh ilhadgi nahi honi chahiye. Musalmanon, Hinduo'n ki alag, unki alag, is Christian ki alag, yeh nahi hona chahiye.</w:t>
      </w:r>
      <w:r>
        <w:br/>
      </w:r>
      <w:r>
        <w:rPr>
          <w:sz w:val="20"/>
        </w:rPr>
        <w:t>1:15:27  Taleem jo hai, sab ke liye common cheez hona chahiye. Aur yeh ghalati Musalmanon mein hui hai. Aur sab se baray zimmedar is ke ulama hain.</w:t>
      </w:r>
      <w:r>
        <w:br/>
      </w:r>
      <w:r>
        <w:rPr>
          <w:sz w:val="20"/>
        </w:rPr>
        <w:t>1:15:36  Ke unhon ne aisay fatway diye ke Musalman jo hai, is se shareek nahi hon gay. Government school tab nahi jayen gay, Hindu school tab nahi jayen gay, Christian school tab nahi jayen gay.</w:t>
      </w:r>
      <w:r>
        <w:br/>
      </w:r>
      <w:r>
        <w:rPr>
          <w:sz w:val="20"/>
        </w:rPr>
        <w:t>1:15:48  Apna school tha nahi.</w:t>
      </w:r>
      <w:r>
        <w:br/>
      </w:r>
      <w:r>
        <w:rPr>
          <w:sz w:val="20"/>
        </w:rPr>
        <w:t>1:15:51  Nahi, jo jo school banay hue hain already, us mein dakhil ho jaiye khoob. Aur dhoom se padhiye. Achay number laiye.</w:t>
      </w:r>
      <w:r>
        <w:br/>
      </w:r>
      <w:r>
        <w:rPr>
          <w:sz w:val="20"/>
        </w:rPr>
        <w:t>1:16:02  Yeh mera is mamlay mein mera nazariya hai. Mein is ko bilkul yani galat samajhta hoon ke alag aik apna aik parallel apna nizam banayein.</w:t>
      </w:r>
      <w:r>
        <w:br/>
      </w:r>
      <w:r>
        <w:rPr>
          <w:sz w:val="20"/>
        </w:rPr>
        <w:t>1:16:14  Muslim taleemi nizam. Mein is ke khilaf h</w:t>
      </w:r>
      <w:r>
        <w:br/>
      </w:r>
      <w:r>
        <w:rPr>
          <w:sz w:val="20"/>
        </w:rPr>
        <w:t>1:16:16  oon. Madaris, madrasay ka tak theek hai. Lekin secular education mein nahi. Madrasay mein aap apni mazhabi taleem dijiye.</w:t>
      </w:r>
      <w:r>
        <w:br/>
      </w:r>
      <w:r>
        <w:rPr>
          <w:sz w:val="20"/>
        </w:rPr>
        <w:t>1:16:25  Lekin jo secular education hai, us mein koi Muslim aur non-Muslim ka farq nahi hai.</w:t>
      </w:r>
    </w:p>
    <w:p>
      <w:pPr>
        <w:pStyle w:val="Heading2"/>
      </w:pPr>
      <w:r>
        <w:t>Role of Muslims after Ayodhya verdict</w:t>
      </w:r>
    </w:p>
    <w:p>
      <w:r>
        <w:rPr>
          <w:color w:val="666666"/>
          <w:sz w:val="18"/>
        </w:rPr>
        <w:t>Society &amp; Dawah · Art of Crisis Management I 3 October, 2010 Maulana Wahiduddin Khan · 5m 31s · at 1:07:25 · https://youtu.be/mcJZ0YEOolk?t=4045</w:t>
      </w:r>
    </w:p>
    <w:p>
      <w:r>
        <w:rPr>
          <w:i/>
        </w:rPr>
        <w:t>“What should be the role of individual Muslim after the Ayodhya verdict?”</w:t>
      </w:r>
    </w:p>
    <w:p>
      <w:r>
        <w:rPr>
          <w:sz w:val="20"/>
        </w:rPr>
        <w:t>1:07:25  simply chup ho jaiye, to sab theek ho jayega. is ke Maulana Raipr se Miss Shwana ne sawal kiya hai, unho ne likha hai: "what should be the role of individual Muslim after the Ayodhya verdict?" yahi yahi ke masjid ja ke dua karen.</w:t>
      </w:r>
      <w:r>
        <w:br/>
      </w:r>
      <w:r>
        <w:rPr>
          <w:sz w:val="20"/>
        </w:rPr>
        <w:t>1:07:49  aaj kal jo taqreeren hoti hain na, band kar do Ayodhya ki masjid ke bare mein. taqreeren band karo, jalsay band karo, Allah taala se dua karo.</w:t>
      </w:r>
      <w:r>
        <w:br/>
      </w:r>
      <w:r>
        <w:rPr>
          <w:sz w:val="20"/>
        </w:rPr>
        <w:t>1:07:59  bas agar koi aql nahi, kaam nahi karti aap ki. aur mera formula to aap len, to aap razi ho jayen is pe.</w:t>
      </w:r>
      <w:r>
        <w:br/>
      </w:r>
      <w:r>
        <w:rPr>
          <w:sz w:val="20"/>
        </w:rPr>
        <w:t>1:08:08  relocation par abhi baat khatam.</w:t>
      </w:r>
      <w:r>
        <w:br/>
      </w:r>
      <w:r>
        <w:rPr>
          <w:sz w:val="20"/>
        </w:rPr>
        <w:t>1:08:15  yani main wahan gaya hoon pehle, ab bhi gaya hoon. gaya hoon to wahan koi ek eent ka ek tukra bhi nahi hai bab masjid ka. yani bab masjid jo hai, wahan exist hi nahi karti.</w:t>
      </w:r>
      <w:r>
        <w:br/>
      </w:r>
      <w:r>
        <w:rPr>
          <w:sz w:val="20"/>
        </w:rPr>
        <w:t>1:08:26  saray se roin ki shakal mein bhi nahi hai. yaad rakhiye, log samajhte hain ke bab masjid khari hui hai wahan par. wahan to Babri Masjid ki ek eent bhi nahi hai,</w:t>
      </w:r>
      <w:r>
        <w:br/>
      </w:r>
      <w:r>
        <w:rPr>
          <w:sz w:val="20"/>
        </w:rPr>
        <w:t>1:08:38  wahan to back shift mandir hai, wo non existent hai. wo to jo Babri Masjid exist nahi karti, us ke upar tehreekein chal rahi hain.</w:t>
      </w:r>
      <w:r>
        <w:br/>
      </w:r>
      <w:r>
        <w:rPr>
          <w:sz w:val="20"/>
        </w:rPr>
        <w:t>1:08:48  ab dekhiye, is se zyada stable policy koi ho sakti hai?</w:t>
      </w:r>
      <w:r>
        <w:br/>
      </w:r>
      <w:r>
        <w:rPr>
          <w:sz w:val="20"/>
        </w:rPr>
        <w:t>1:08:56  yani kisi ko yeh nahi. aur ek bohat bari ek gunah kar rahe hain Musalman. yaad rakhiye, wo bhi sun lijiye aap is mamle mein. wo kya hadith mein aata hai ke sirf teen masjidon ka special mamla hai,</w:t>
      </w:r>
      <w:r>
        <w:br/>
      </w:r>
      <w:r>
        <w:rPr>
          <w:sz w:val="20"/>
        </w:rPr>
        <w:t>1:09:13  wo hai Makkah ki masjid aur Madine ki masjid aur Jerusalem ki masjid. baqi sab masjidain barabar hain.</w:t>
      </w:r>
      <w:r>
        <w:br/>
      </w:r>
      <w:r>
        <w:rPr>
          <w:sz w:val="20"/>
        </w:rPr>
        <w:t>1:09:23  yeh baqayda hadith hai ke teen masjidon ke sath sari masjidain barabar hain.</w:t>
      </w:r>
      <w:r>
        <w:br/>
      </w:r>
      <w:r>
        <w:rPr>
          <w:sz w:val="20"/>
        </w:rPr>
        <w:t>1:09:30  ab aap ko agar pata ho, nahi pata ho to ja kar ke dekhiye border par Rajasthan aur Haryana aur Punjab, jahan ke Pakistan sarhaden milti hain, abhi bhi wahan masjidon ki roin pari hui hain.</w:t>
      </w:r>
      <w:r>
        <w:br/>
      </w:r>
      <w:r>
        <w:rPr>
          <w:sz w:val="20"/>
        </w:rPr>
        <w:t>1:09:44  masjidain tod di gayi hain.</w:t>
      </w:r>
      <w:r>
        <w:br/>
      </w:r>
      <w:r>
        <w:rPr>
          <w:sz w:val="20"/>
        </w:rPr>
        <w:t>1:09:48  main ne khud dekha hai, koi masjid tod di gayi. is masjid ko unho ne ghar bana liya, yeh bail bandhne lage, kuch bhi kiya.</w:t>
      </w:r>
      <w:r>
        <w:br/>
      </w:r>
      <w:r>
        <w:rPr>
          <w:sz w:val="20"/>
        </w:rPr>
        <w:t>1:09:58  to wahan par kyun nahi aap jihad karte hain? aap Babri Masjid single out kyun karte hain?</w:t>
      </w:r>
      <w:r>
        <w:br/>
      </w:r>
      <w:r>
        <w:rPr>
          <w:sz w:val="20"/>
        </w:rPr>
        <w:t>1:10:06  kisi ek masjid ko single out karna, yeh to Islam mein bilkul jaiz hi nahi hai. sawa teen ke, aur aap ko tehreek chalana hai to sari masjidon ke liye chalaieye.</w:t>
      </w:r>
      <w:r>
        <w:br/>
      </w:r>
      <w:r>
        <w:rPr>
          <w:sz w:val="20"/>
        </w:rPr>
        <w:t>1:10:18  sainkaron masjidain jo dhai gayi hain partition ke waqt</w:t>
      </w:r>
      <w:r>
        <w:br/>
      </w:r>
      <w:r>
        <w:rPr>
          <w:sz w:val="20"/>
        </w:rPr>
        <w:t>1:10:22  border par, un sab ke liye aap chalaieye. hungama kijiye. ek masjid ko agar aap tehreek chalate hain to aap gunah ka kaam karte hain.</w:t>
      </w:r>
      <w:r>
        <w:br/>
      </w:r>
      <w:r>
        <w:rPr>
          <w:sz w:val="20"/>
        </w:rPr>
        <w:t>1:10:31  yaad rakhiye,</w:t>
      </w:r>
      <w:r>
        <w:br/>
      </w:r>
      <w:r>
        <w:rPr>
          <w:sz w:val="20"/>
        </w:rPr>
        <w:t>1:10:36  kisi ek masjid ko single out nahi kar sakte aap. yeh aap ko ijazat hi nahi hai. Islam mein hadith mein aata hai ke "la tashudd ar rihal illa ila thalath masajid".</w:t>
      </w:r>
      <w:r>
        <w:br/>
      </w:r>
      <w:r>
        <w:rPr>
          <w:sz w:val="20"/>
        </w:rPr>
        <w:t>1:10:48  yeh Makkah ke bait, Makkah ki jo wo hai masjid</w:t>
      </w:r>
      <w:r>
        <w:br/>
      </w:r>
      <w:r>
        <w:rPr>
          <w:sz w:val="20"/>
        </w:rPr>
        <w:t>1:10:54  haram Makkah, us ko kaha jata hai. Madine ki masjid ko Masjid Nabwi kaha jata hai, aur Jerusalem ki masjid ko Masjid Aqsa kaha jata hai. yeh teen masjidain jo hain Islam mein, in ka khaas darja mana gaya hai.</w:t>
      </w:r>
      <w:r>
        <w:br/>
      </w:r>
      <w:r>
        <w:rPr>
          <w:sz w:val="20"/>
        </w:rPr>
        <w:t>1:11:09  baqi sab barabar hain.</w:t>
      </w:r>
      <w:r>
        <w:br/>
      </w:r>
      <w:r>
        <w:rPr>
          <w:sz w:val="20"/>
        </w:rPr>
        <w:t>1:11:11  to kaise musalmanon ne aisa kiya ke babri masjid ko unhon ne single out kiya? is mein hangama 60 baras hangama kiye hue hain, jabke isi desh mein sankaron masjidain aaj bhi ja kar koi dekh le un ki halat border par.</w:t>
      </w:r>
      <w:r>
        <w:br/>
      </w:r>
      <w:r>
        <w:rPr>
          <w:sz w:val="20"/>
        </w:rPr>
        <w:t>1:11:29  wohi haal hua hai jo jo ayodhya mein hua. is waqt aap chup kyun hain? yeh to islam mein jaiz hi nahin hai.</w:t>
      </w:r>
      <w:r>
        <w:br/>
      </w:r>
      <w:r>
        <w:rPr>
          <w:sz w:val="20"/>
        </w:rPr>
        <w:t>1:11:40  to bohat hi zyada sochne ki zaroorat hai ke sara is mein musalmanon ka jo hai tareeqa, sab ka sab islam ke khilaf hai,</w:t>
      </w:r>
      <w:r>
        <w:br/>
      </w:r>
      <w:r>
        <w:rPr>
          <w:sz w:val="20"/>
        </w:rPr>
        <w:t>1:11:50  a se z tak. aur yeh bohat zabardast hai. allah taala ka hi sawal kiya jayega in musalmanon se. bohat zabardast sawal kiya jayega. yaad rakhiye, isi point ko kya musalman jawab de sakte hain?</w:t>
      </w:r>
      <w:r>
        <w:br/>
      </w:r>
      <w:r>
        <w:rPr>
          <w:sz w:val="20"/>
        </w:rPr>
        <w:t>1:12:01  allah taala kya tumhara right tha? kis kis right se tum ne ek masjid ko single out kiya?</w:t>
      </w:r>
      <w:r>
        <w:br/>
      </w:r>
      <w:r>
        <w:rPr>
          <w:sz w:val="20"/>
        </w:rPr>
        <w:t>1:12:08  aur baqi masjidon ka wohi anjam hua tha. is ke baray mein chup ho gaye tum. kyun tum ne aisa kiya?</w:t>
      </w:r>
      <w:r>
        <w:br/>
      </w:r>
      <w:r>
        <w:rPr>
          <w:sz w:val="20"/>
        </w:rPr>
        <w:t>1:12:17  yeh saada baat nahin. yaad rakhiye, bohat hi gambheer baat hai, bohat hi serious baat hai, bohat serious baat hai. yeh masla hindu muslim ka nahin hai, yeh masla barah e rast islam ka hai, barah e rast allah taala ke qanoon ka hai.</w:t>
      </w:r>
      <w:r>
        <w:br/>
      </w:r>
      <w:r>
        <w:rPr>
          <w:sz w:val="20"/>
        </w:rPr>
        <w:t>1:12:36  ab bilashuba is mein musalmanon se poocha jayega qayamat mein ke tum ne kis right, kis haq se tum ne ek masjid ko single out kiya?</w:t>
      </w:r>
      <w:r>
        <w:br/>
      </w:r>
      <w:r>
        <w:rPr>
          <w:sz w:val="20"/>
        </w:rPr>
        <w:t>1:12:45  batao to kya musalman jawab denge is ka? yaad rakhiye, yeh saada baat nahin hai.</w:t>
      </w:r>
    </w:p>
    <w:p>
      <w:pPr>
        <w:pStyle w:val="Heading2"/>
      </w:pPr>
      <w:r>
        <w:t>Shariah status of establishing caliphate</w:t>
      </w:r>
    </w:p>
    <w:p>
      <w:r>
        <w:rPr>
          <w:color w:val="666666"/>
          <w:sz w:val="18"/>
        </w:rPr>
        <w:t>Society &amp; Dawah · Kingdom of God August 25, 2018 · 9m 48s · at 39:19 · https://youtu.be/SrnWPkMbEQw?t=2359</w:t>
      </w:r>
    </w:p>
    <w:p>
      <w:r>
        <w:rPr>
          <w:i/>
        </w:rPr>
        <w:t>“What is the shariah status of establishing a caliphate? And what would be its method in this time? Where is it mentioned in the Quran and Hadith?”</w:t>
      </w:r>
    </w:p>
    <w:p>
      <w:r>
        <w:rPr>
          <w:sz w:val="20"/>
        </w:rPr>
        <w:t>39:19  maulana, agla sawal deoband se bheja hai rahal kabiri sahib ne. unhon ne likha hai ke khilafat qaim karne ki sharai hesiyat kya hai?</w:t>
      </w:r>
      <w:r>
        <w:br/>
      </w:r>
      <w:r>
        <w:rPr>
          <w:sz w:val="20"/>
        </w:rPr>
        <w:t>39:32  iska kuch bhi nahi, nothing hai. iska tareeqa is zamane mein kya hoga? nahi, woh woh woh to ek false. yani khilafat ka kahin bataiye, kahan likha hai?</w:t>
      </w:r>
      <w:r>
        <w:br/>
      </w:r>
      <w:r>
        <w:rPr>
          <w:sz w:val="20"/>
        </w:rPr>
        <w:t>39:44  quran majeed mein, hadith mein kahan likha hai? aye mus</w:t>
      </w:r>
      <w:r>
        <w:br/>
      </w:r>
      <w:r>
        <w:rPr>
          <w:sz w:val="20"/>
        </w:rPr>
        <w:t>39:47  almanon, tumhara farz hai ke tum sari dunya mein khilafat elahiya qaim karo. kahan likha hai? yeh to jhooti baat hai.</w:t>
      </w:r>
      <w:r>
        <w:br/>
      </w:r>
      <w:r>
        <w:rPr>
          <w:sz w:val="20"/>
        </w:rPr>
        <w:t>39:56  kahin kahin sahib, quran mein, hadith mein kahin hai? yeh nahi, haan</w:t>
      </w:r>
      <w:r>
        <w:br/>
      </w:r>
      <w:r>
        <w:rPr>
          <w:sz w:val="20"/>
        </w:rPr>
        <w:t>40:01  hai hi nahi. yeh yeh to bana rakha hai logon ne khud se. jo quran mein likha hua hai, woh to hai ke dawat do. us ko bhula diya hai.</w:t>
      </w:r>
      <w:r>
        <w:br/>
      </w:r>
      <w:r>
        <w:rPr>
          <w:sz w:val="20"/>
        </w:rPr>
        <w:t>40:12  aur jo nahi likha hua, use likh rakha hai. woh ayat parhiye, woh ayat yaktaboon behadihim. woh ayat parhiye. khud se likhte hain aur kehte hain ke Allah ki baat hai.</w:t>
      </w:r>
      <w:r>
        <w:br/>
      </w:r>
      <w:r>
        <w:rPr>
          <w:sz w:val="20"/>
        </w:rPr>
        <w:t>40:28  us ko parhiye, is ka tarjuma kijiye.</w:t>
      </w:r>
      <w:r>
        <w:br/>
      </w:r>
      <w:r>
        <w:rPr>
          <w:sz w:val="20"/>
        </w:rPr>
        <w:t>40:39  is ka tarjuma parhiye. aur barbadi hai un logon ke liye jo kitab ko apne hathon se likhte hain, phir woh kehte hain ke yeh Allah ki janib se hain taake is ke zariye se woh thodi si qeemat kamayein.</w:t>
      </w:r>
      <w:r>
        <w:br/>
      </w:r>
      <w:r>
        <w:rPr>
          <w:sz w:val="20"/>
        </w:rPr>
        <w:t>40:54  fowaylluhum mimma katabat aydihim, waylluhum mimma yaksiboon. to barbadi hai un cheezon ke liye, un cheezon par jo woh apne hathon se likhte hain.</w:t>
      </w:r>
      <w:r>
        <w:br/>
      </w:r>
      <w:r>
        <w:rPr>
          <w:sz w:val="20"/>
        </w:rPr>
        <w:t>41:05  aur barbadi hai un ke liye jo kuch woh kamate hain. is ayat par ek jo hai, jo baat hai, us ko sochiye. sari quran mein so bar parhiye.</w:t>
      </w:r>
      <w:r>
        <w:br/>
      </w:r>
      <w:r>
        <w:rPr>
          <w:sz w:val="20"/>
        </w:rPr>
        <w:t>41:19  bataiye mujhe ke kahan likha hua hai ke hukoomat elahiya qaim karo? kahan likha hua hai ke khilafat elahiya qaim karo? na quran mein, na hadith mein.</w:t>
      </w:r>
      <w:r>
        <w:br/>
      </w:r>
      <w:r>
        <w:rPr>
          <w:sz w:val="20"/>
        </w:rPr>
        <w:t>41:32  to khud se likhta hai aur kehta hai ke dekho, yeh yeh khuda ka hukum hai. yeh jo ayat parhi, lan tanal albir hatta tunfiqo mimma tuhibbun, is mein jo yeh infaq ya charity ya kharch karna aaya hai, yeh dawat ke mad mein hai ya aam charitable kamon mein?</w:t>
      </w:r>
      <w:r>
        <w:br/>
      </w:r>
      <w:r>
        <w:rPr>
          <w:sz w:val="20"/>
        </w:rPr>
        <w:t>41:54  chounke aam tor se musalman in is tarah ki aayaton ko in mad mein lete hain jaise ghareebon ki madad karna, yateemon ki madad karna, school kholna, masjid banana, madrasa banana.</w:t>
      </w:r>
      <w:r>
        <w:br/>
      </w:r>
      <w:r>
        <w:rPr>
          <w:sz w:val="20"/>
        </w:rPr>
        <w:t>42:09  to yeh baat wazeh nahi hoti ke yeh ah jo ah kaha gaya hai, yeh dawat ke liye hai ya ek general ah woh hai.</w:t>
      </w:r>
      <w:r>
        <w:br/>
      </w:r>
      <w:r>
        <w:rPr>
          <w:sz w:val="20"/>
        </w:rPr>
        <w:t>42:21  bhai, agar koi mujh se pooche to main to yeh kahunga ke aaj kal jo musalmanon ka mizaj hai, kharch ke hawale mein, aaj kal ke musalmanon mein musalman paisa kharch karte hain lekin woh badar teresa ke culture par hain.</w:t>
      </w:r>
      <w:r>
        <w:br/>
      </w:r>
      <w:r>
        <w:rPr>
          <w:sz w:val="20"/>
        </w:rPr>
        <w:t>42:39  woh kyunke dekhiye, agar aap quran ko padhein aur hadith ko padhein to sab se zyada jo jazba ubhrega, woh dawat ka jazba hai.</w:t>
      </w:r>
      <w:r>
        <w:br/>
      </w:r>
      <w:r>
        <w:rPr>
          <w:sz w:val="20"/>
        </w:rPr>
        <w:t>42:54  kyunke rasool Allah dawat ke liye bheje gaye. quran mein yeh hai: "lalak bakh nafsak Allah yakoon momineen".</w:t>
      </w:r>
      <w:r>
        <w:br/>
      </w:r>
      <w:r>
        <w:rPr>
          <w:sz w:val="20"/>
        </w:rPr>
        <w:t>43:08  yani logon ko deen nahi pahunch raha hai, yeh soch kar shayad tum apne ko halak kar loge. to rasool Allah ki subah, shaam, raat, din, har waqt ki jo tadap thi,</w:t>
      </w:r>
      <w:r>
        <w:br/>
      </w:r>
      <w:r>
        <w:rPr>
          <w:sz w:val="20"/>
        </w:rPr>
        <w:t>43:22  woh tadap thi ke Allah ka paigham insanon tak pahunche. aaj kal ke musalmanon ki tadap kya hai ke woh</w:t>
      </w:r>
      <w:r>
        <w:br/>
      </w:r>
      <w:r>
        <w:rPr>
          <w:sz w:val="20"/>
        </w:rPr>
        <w:t>43:36  bill gates aur mother teresa? kyunke dekhiye, yeh saada baat nahi hai. saada baat nahi hai.</w:t>
      </w:r>
      <w:r>
        <w:br/>
      </w:r>
      <w:r>
        <w:rPr>
          <w:sz w:val="20"/>
        </w:rPr>
        <w:t>43:46  yeh dekhein, agar aap dawat ke kaam mein kharch karein, quran phailane mein kharch karein, quran ko har zaban mein tarjuma kar ke phailane mein kharch karein to aap ki koi wah wah nahi hogi.</w:t>
      </w:r>
      <w:r>
        <w:br/>
      </w:r>
      <w:r>
        <w:rPr>
          <w:sz w:val="20"/>
        </w:rPr>
        <w:t>44:00  kahin kahin wah wah nahi hogi. lekin yeh badar teresa wali jo mother hain, is pe jab aap kharch karte hain to sab wah wah hoti hai.</w:t>
      </w:r>
      <w:r>
        <w:br/>
      </w:r>
      <w:r>
        <w:rPr>
          <w:sz w:val="20"/>
        </w:rPr>
        <w:t>44:10  yahan se le ke america tak,</w:t>
      </w:r>
      <w:r>
        <w:br/>
      </w:r>
      <w:r>
        <w:rPr>
          <w:sz w:val="20"/>
        </w:rPr>
        <w:t>44:18  yeh raaz hai is mein. aur aur is mein aur bhi faide hain. aap ka income tax bachta hai.</w:t>
      </w:r>
      <w:r>
        <w:br/>
      </w:r>
      <w:r>
        <w:rPr>
          <w:sz w:val="20"/>
        </w:rPr>
        <w:t>44:28  income tax bachta hai to kaun income tax nahi bachayega? aur tareeqe to galat hisab pesh kar ke bachate hain.</w:t>
      </w:r>
      <w:r>
        <w:br/>
      </w:r>
      <w:r>
        <w:rPr>
          <w:sz w:val="20"/>
        </w:rPr>
        <w:t>44:37  yahan to free bach raha hai.</w:t>
      </w:r>
      <w:r>
        <w:br/>
      </w:r>
      <w:r>
        <w:rPr>
          <w:sz w:val="20"/>
        </w:rPr>
        <w:t>44:43  aur tareeqe jo ikhtiyar karte hain log to galat hisab se bachate hain. lekin yahan to yeh hai ke government khud is ko, yani accepted mad manti hai aur income tax aap ka kat jata hai.</w:t>
      </w:r>
      <w:r>
        <w:br/>
      </w:r>
      <w:r>
        <w:rPr>
          <w:sz w:val="20"/>
        </w:rPr>
        <w:t>45:08  to yeh jo mother teresa ka jo culture culture hai, is mein to faida hi faida hai. aur dawat ka jo culture hai, is ko kuch faida hi nahi siwaye is ke ke Allah taala yahan aap ko umeed hai ke is ka inaam milega.</w:t>
      </w:r>
      <w:r>
        <w:br/>
      </w:r>
      <w:r>
        <w:rPr>
          <w:sz w:val="20"/>
        </w:rPr>
        <w:t>45:26  behhal, quran ko padhiye aap</w:t>
      </w:r>
      <w:r>
        <w:br/>
      </w:r>
      <w:r>
        <w:rPr>
          <w:sz w:val="20"/>
        </w:rPr>
        <w:t>45:31  objective andaaz mein to is mein koi shakk nahi rahega ke Allah ka jo paigham hai, jo rasool Allah ne choda hai, ab koi paigham, koi rasool aane wala nahi hai.</w:t>
      </w:r>
      <w:r>
        <w:br/>
      </w:r>
      <w:r>
        <w:rPr>
          <w:sz w:val="20"/>
        </w:rPr>
        <w:t>45:47  to hamari zimmedari hai ke hum is ko pahunchayein. to phir aap isi pe inteha dhan isi pe apne aap ko laga denge.</w:t>
      </w:r>
      <w:r>
        <w:br/>
      </w:r>
      <w:r>
        <w:rPr>
          <w:sz w:val="20"/>
        </w:rPr>
        <w:t>45:57  lekin seriously log sochte nahi, seriously padhte nahi quran ko. farmooda un se kaha gaya tha ke is ko phailao lekin woh is ko chhod chhod denge.</w:t>
      </w:r>
      <w:r>
        <w:br/>
      </w:r>
      <w:r>
        <w:rPr>
          <w:sz w:val="20"/>
        </w:rPr>
        <w:t>46:14  to quran hadith mein aata hai ke tum wohi karoge jo yahood ne kiya hai. to woh yahi hai.</w:t>
      </w:r>
      <w:r>
        <w:br/>
      </w:r>
      <w:r>
        <w:rPr>
          <w:sz w:val="20"/>
        </w:rPr>
        <w:t>46:23  yeh question wahan se aaya Maulana. jab hum eid ke baad jab distribution kar rahe the to wahan pe kuch log nikal rahe the to woh yeh keh rahe the: "dekhho, bana fazool ke diye ja rahe hain, koi maang to raha nahi hai, aise hi baante ja rahe hain." ek aadmi keh raha hai ke "aap aap be adabi kar rahe hain, kyun baant rahe hain?</w:t>
      </w:r>
      <w:r>
        <w:br/>
      </w:r>
      <w:r>
        <w:rPr>
          <w:sz w:val="20"/>
        </w:rPr>
        <w:t>46:39  is ki be adabi hogi." to aise logon ko kya baat hai? ya rasool Allah ko log bulate the ke "aap ko quran sunao." rasool Allah ko log pukarte the: "gaye Muhammad, aao hum ko quran sunao." woh khud jaate the.</w:t>
      </w:r>
      <w:r>
        <w:br/>
      </w:r>
      <w:r>
        <w:rPr>
          <w:sz w:val="20"/>
        </w:rPr>
        <w:t>46:56  yeh bilkul woh dhattayi ki jis ko kehte hain urdu mein na yeh dhattayi ki baatein hain. isi liye yeh question pooch raha hoon mujhe ke in ko un ke dimagh mein yeh kyun nahi hai ke daawa work ek important cheez hai ke jo yeh log kar rahe hain woh doosron ko bhi karna chahiye?</w:t>
      </w:r>
      <w:r>
        <w:br/>
      </w:r>
      <w:r>
        <w:rPr>
          <w:sz w:val="20"/>
        </w:rPr>
        <w:t>47:13  dekhein, jahan tak maine socha hai, musalmanon ne ek hadith gadh rakhi hai, ek hadith gadh rakhi hai.</w:t>
      </w:r>
      <w:r>
        <w:br/>
      </w:r>
      <w:r>
        <w:rPr>
          <w:sz w:val="20"/>
        </w:rPr>
        <w:t>47:22  woh hadith us ko kehte hain hadith hadith shafa'at. woh samajhte hain ke rasool Allah wahan khare ho jayenge jannat ke paas aur sab ko bulayenge: "mere moti, aao</w:t>
      </w:r>
      <w:r>
        <w:br/>
      </w:r>
      <w:r>
        <w:rPr>
          <w:sz w:val="20"/>
        </w:rPr>
        <w:t>47:38  aao aao!" aur sab ko dakhil kar denge. ji ji, yeh bilkul ghari hui hadith hai. toh jis ko bhi aap baat karenge aap na toh woh woh woh mante hain ke musalman toh is ki shafa'at ho chuki hai.</w:t>
      </w:r>
      <w:r>
        <w:br/>
      </w:r>
      <w:r>
        <w:rPr>
          <w:sz w:val="20"/>
        </w:rPr>
        <w:t>47:53  woh toh woh toh jannati bhi jayega. sab ke dil mein baitha hua hai. jis ko bhi aap pakad ke dekhiye.</w:t>
      </w:r>
      <w:r>
        <w:br/>
      </w:r>
      <w:r>
        <w:rPr>
          <w:sz w:val="20"/>
        </w:rPr>
        <w:t>48:07  maulana, jo</w:t>
      </w:r>
    </w:p>
    <w:p>
      <w:pPr>
        <w:pStyle w:val="Heading2"/>
      </w:pPr>
      <w:r>
        <w:t>Should we correct ourselves before dawah?</w:t>
      </w:r>
    </w:p>
    <w:p>
      <w:r>
        <w:rPr>
          <w:color w:val="666666"/>
          <w:sz w:val="18"/>
        </w:rPr>
        <w:t>Society &amp; Dawah · Spirit of Ramadan | June 14, 2015 · 5m 51s · at 48:59 · https://youtu.be/LMQxfxQcnxQ?t=2939</w:t>
      </w:r>
    </w:p>
    <w:p>
      <w:r>
        <w:rPr>
          <w:i/>
        </w:rPr>
        <w:t>“You mentioned in today's lecture that dawah means spreading the message which you have discovered, but many scholars say first we need to correct our own selves and then spread the message. What is the correct approach?”</w:t>
      </w:r>
    </w:p>
    <w:p>
      <w:r>
        <w:rPr>
          <w:sz w:val="20"/>
        </w:rPr>
        <w:t>48:59  ana, yeh agla sawal aaya hai mr imran ka bahrain se.</w:t>
      </w:r>
      <w:r>
        <w:br/>
      </w:r>
      <w:r>
        <w:rPr>
          <w:sz w:val="20"/>
        </w:rPr>
        <w:t>49:06  maulana sahib, you mentioned in today lecture ke dawah means spreading the message which you have discovered, but</w:t>
      </w:r>
      <w:r>
        <w:br/>
      </w:r>
      <w:r>
        <w:rPr>
          <w:sz w:val="20"/>
        </w:rPr>
        <w:t>49:14  many ulama say first we need to correct ourselves and then spread the message.</w:t>
      </w:r>
      <w:r>
        <w:br/>
      </w:r>
      <w:r>
        <w:rPr>
          <w:sz w:val="20"/>
        </w:rPr>
        <w:t>49:22  my question is, since the process of self correction is lifelong, then when to do dawah? dekhen, main</w:t>
      </w:r>
      <w:r>
        <w:br/>
      </w:r>
      <w:r>
        <w:rPr>
          <w:sz w:val="20"/>
        </w:rPr>
        <w:t>49:29  aasiron se bohat mila hoon, un se main poochta hoon ke koi ayat bataiye quran ki, koi quran ki ayat ya hadith bataiye ke pehle apne ko theek karo, is ke baad dawah ka kaam karna hai. yeh to yeh to bilkul baseless baat hai, koi ek ayat nahi quran majeed mein, koi ek hadith nahi jo yeh kehti ho ke pehle apni islaah karo, phir dawah ka kaam baat ko hoga. yeh to farzi baat hai, jo log aisa kehte hain un se aap poochhein ke koi hawala do quran o sunnat ka hawala do, koi hawala de s</w:t>
      </w:r>
      <w:r>
        <w:br/>
      </w:r>
      <w:r>
        <w:rPr>
          <w:sz w:val="20"/>
        </w:rPr>
        <w:t>49:59  akte ho. main bohat asar baatein keen, main is ko bohat zyada galat samajhta hoon yeh kehne ko ke pehle apni islaah karo, phir dawah ka kaam. yani yeh main is ko bohat hi zyada galat samajhta hoon aur yeh jissarat samajhta hoon ke deen mein ek aisi baat zahiri daakhil kar rahe hain jo deen mein hai nahi. ek aisi baat jo deen mein nahi hai. yeh tasawwur quran aur hadith mein ajnabi hai ke pehle apni islaah kar lo, phir baat baat ko dawah ka kaam hoga. yeh tasawwur quran aur ha</w:t>
      </w:r>
      <w:r>
        <w:br/>
      </w:r>
      <w:r>
        <w:rPr>
          <w:sz w:val="20"/>
        </w:rPr>
        <w:t>50:29  deeth mein ajnabi hai.</w:t>
      </w:r>
      <w:r>
        <w:br/>
      </w:r>
      <w:r>
        <w:rPr>
          <w:sz w:val="20"/>
        </w:rPr>
        <w:t>50:34  kya haq hai kisi ko aisi baat karne ka? to jo aap se kahe, ab us se poochhen,</w:t>
      </w:r>
      <w:r>
        <w:br/>
      </w:r>
      <w:r>
        <w:rPr>
          <w:sz w:val="20"/>
        </w:rPr>
        <w:t>50:39  reference poochhen, us ko sun kar mat maan lijiye.</w:t>
      </w:r>
      <w:r>
        <w:br/>
      </w:r>
      <w:r>
        <w:rPr>
          <w:sz w:val="20"/>
        </w:rPr>
        <w:t>50:44  mona, yeh sawal aaya hai mr amir jaan ka kashmir se.</w:t>
      </w:r>
      <w:r>
        <w:br/>
      </w:r>
      <w:r>
        <w:rPr>
          <w:sz w:val="20"/>
        </w:rPr>
        <w:t>50:49  it is rightly said that ramadan is all about desire management.</w:t>
      </w:r>
      <w:r>
        <w:br/>
      </w:r>
      <w:r>
        <w:rPr>
          <w:sz w:val="20"/>
        </w:rPr>
        <w:t>50:54  why is it that majority of people</w:t>
      </w:r>
      <w:r>
        <w:br/>
      </w:r>
      <w:r>
        <w:rPr>
          <w:sz w:val="20"/>
        </w:rPr>
        <w:t>50:59  are able to manage their desires in this month, but once its over, their desires again take control</w:t>
      </w:r>
      <w:r>
        <w:br/>
      </w:r>
      <w:r>
        <w:rPr>
          <w:sz w:val="20"/>
        </w:rPr>
        <w:t>51:07  and they follow the wrong path to meet their desires? kindly guide.</w:t>
      </w:r>
      <w:r>
        <w:br/>
      </w:r>
      <w:r>
        <w:rPr>
          <w:sz w:val="20"/>
        </w:rPr>
        <w:t>51:15  bhai, yeh yeh is ka jawab bilkul saada hai ke har masjid mein aap jaiye to sirf misaal</w:t>
      </w:r>
      <w:r>
        <w:br/>
      </w:r>
      <w:r>
        <w:rPr>
          <w:sz w:val="20"/>
        </w:rPr>
        <w:t>51:23  bayan kiye jayenge ke roza kab tootta hai aur sehri ka waqt kab shuru hota hai.</w:t>
      </w:r>
      <w:r>
        <w:br/>
      </w:r>
      <w:r>
        <w:rPr>
          <w:sz w:val="20"/>
        </w:rPr>
        <w:t>51:30  yeh jo masail hain, woh bayan kiye jaate hain.</w:t>
      </w:r>
      <w:r>
        <w:br/>
      </w:r>
      <w:r>
        <w:rPr>
          <w:sz w:val="20"/>
        </w:rPr>
        <w:t>51:35  yaani haqeeqat hai ramadan kahin batai batai nahi jaati.</w:t>
      </w:r>
      <w:r>
        <w:br/>
      </w:r>
      <w:r>
        <w:rPr>
          <w:sz w:val="20"/>
        </w:rPr>
        <w:t>51:40  aap jaiye kisi masjid mein, ek ek chart laga hoga, wahan chart masail ramadan.</w:t>
      </w:r>
      <w:r>
        <w:br/>
      </w:r>
      <w:r>
        <w:rPr>
          <w:sz w:val="20"/>
        </w:rPr>
        <w:t>51:45  koi chart nahi dekhenge aap jo haqeeqat hai ramadan, rooh ramadan par ho.</w:t>
      </w:r>
      <w:r>
        <w:br/>
      </w:r>
      <w:r>
        <w:rPr>
          <w:sz w:val="20"/>
        </w:rPr>
        <w:t>51:51  to yeh jo log masjidon mein chala rahe hain, un ki zimmedari hai ke woh yani form</w:t>
      </w:r>
      <w:r>
        <w:br/>
      </w:r>
      <w:r>
        <w:rPr>
          <w:sz w:val="20"/>
        </w:rPr>
        <w:t>51:56  based religion chala rakha hai, unhon ne spirit based reli</w:t>
      </w:r>
      <w:r>
        <w:br/>
      </w:r>
      <w:r>
        <w:rPr>
          <w:sz w:val="20"/>
        </w:rPr>
        <w:t>52:01  jin ki baatein nahin karte.</w:t>
      </w:r>
      <w:r>
        <w:br/>
      </w:r>
      <w:r>
        <w:rPr>
          <w:sz w:val="20"/>
        </w:rPr>
        <w:t>52:06  woh isi ke wajeh se yeh sab, yeh sab hai, yeh haalat hai.</w:t>
      </w:r>
      <w:r>
        <w:br/>
      </w:r>
      <w:r>
        <w:rPr>
          <w:sz w:val="20"/>
        </w:rPr>
        <w:t>52:11  mona, yeh agla comment aur question hai Mr Danish Fazil ka Lucknow se.</w:t>
      </w:r>
      <w:r>
        <w:br/>
      </w:r>
      <w:r>
        <w:rPr>
          <w:sz w:val="20"/>
        </w:rPr>
        <w:t>52:16  thank you Maulana sahib for giving us such a valuable thought provoking gift for Ramadan, that is giving spirit.</w:t>
      </w:r>
      <w:r>
        <w:br/>
      </w:r>
      <w:r>
        <w:rPr>
          <w:sz w:val="20"/>
        </w:rPr>
        <w:t>52:21  today I really discovered the spirit of Ramadan.</w:t>
      </w:r>
      <w:r>
        <w:br/>
      </w:r>
      <w:r>
        <w:rPr>
          <w:sz w:val="20"/>
        </w:rPr>
        <w:t>52:26  un ka sawal hai: while in the state of tadabbur</w:t>
      </w:r>
      <w:r>
        <w:br/>
      </w:r>
      <w:r>
        <w:rPr>
          <w:sz w:val="20"/>
        </w:rPr>
        <w:t>52:31  , we might go astray because of less knowledge of islam. so how can we save us from unauthentic distractive things? unhone likha hai ke in the state of tadabbur, agar humare paas islam ki knowledge kam hai to hum arasta bhatak sakte hain because of unauthentic things which are there. bhai, is ka ta'alluq knowledge se nahi hai. har insaan ke paas nature hai, consciousness hai, sochne</w:t>
      </w:r>
      <w:r>
        <w:br/>
      </w:r>
      <w:r>
        <w:rPr>
          <w:sz w:val="20"/>
        </w:rPr>
        <w:t>53:01  ki taqat hai.</w:t>
      </w:r>
      <w:r>
        <w:br/>
      </w:r>
      <w:r>
        <w:rPr>
          <w:sz w:val="20"/>
        </w:rPr>
        <w:t>53:07  bas bhai, kafi hai sochne ke liye, wohi sochne ke liye kafi hai.</w:t>
      </w:r>
      <w:r>
        <w:br/>
      </w:r>
      <w:r>
        <w:rPr>
          <w:sz w:val="20"/>
        </w:rPr>
        <w:t>53:13  jaise main bol raha tha to main ajeeb, mera haal hua ke main kaise bol raha hoon.</w:t>
      </w:r>
      <w:r>
        <w:br/>
      </w:r>
      <w:r>
        <w:rPr>
          <w:sz w:val="20"/>
        </w:rPr>
        <w:t>53:19  yani dimagh ne socha, zuban par woh thought kaise aaya, zuban kaise boli, kaise woh dhal gaye alfaaz mein.</w:t>
      </w:r>
      <w:r>
        <w:br/>
      </w:r>
      <w:r>
        <w:rPr>
          <w:sz w:val="20"/>
        </w:rPr>
        <w:t>53:25  is ke liye kya zaroorat hai ke aap scientific degree lein? scientific degree zaroorat hai.</w:t>
      </w:r>
      <w:r>
        <w:br/>
      </w:r>
      <w:r>
        <w:rPr>
          <w:sz w:val="20"/>
        </w:rPr>
        <w:t>53:31  abhi kal jab main, main khana bohat mamooli khana khata hoon, saada khana, jab main kha raha tha to main ne apa se kaha ke dekho, yeh yeh hum pet mein daal dete hain, haan, is ke baad humein kuch nahi karna. apne aap hi ek ek factory chal jaati hai jo is ko tarah tarah ke slow mein tabdeel karti hai. yani khoon banta hai, gosht banta hai, naakhun banta hai, baal banta hai. is ke liye scientific degree kya zaroorat hai? yeh aqal</w:t>
      </w:r>
      <w:r>
        <w:br/>
      </w:r>
      <w:r>
        <w:rPr>
          <w:sz w:val="20"/>
        </w:rPr>
        <w:t>54:01  jo hai, us ko kehte hain aql e aam, common sense.</w:t>
      </w:r>
      <w:r>
        <w:br/>
      </w:r>
      <w:r>
        <w:rPr>
          <w:sz w:val="20"/>
        </w:rPr>
        <w:t>54:06  dekhein, tadabbur hota hai common sense ke zariye se, degree ke zariye se nahin.</w:t>
      </w:r>
      <w:r>
        <w:br/>
      </w:r>
      <w:r>
        <w:rPr>
          <w:sz w:val="20"/>
        </w:rPr>
        <w:t>54:10  isi liye jo bade bade degree yafta hain, un ka tadabbur hai hi nahin.</w:t>
      </w:r>
      <w:r>
        <w:br/>
      </w:r>
      <w:r>
        <w:rPr>
          <w:sz w:val="20"/>
        </w:rPr>
        <w:t>54:14  bade bade degree yafta ka maine tadabbur nahin paya.</w:t>
      </w:r>
      <w:r>
        <w:br/>
      </w:r>
      <w:r>
        <w:rPr>
          <w:sz w:val="20"/>
        </w:rPr>
        <w:t>54:19  aap bhi dhoond lijiye, tadabbur hota hai common sense ke zariye se, aur common sense aap ko khalique</w:t>
      </w:r>
      <w:r>
        <w:br/>
      </w:r>
      <w:r>
        <w:rPr>
          <w:sz w:val="20"/>
        </w:rPr>
        <w:t>54:23  ki taraf se milta hai, khalique ki taraf se.</w:t>
      </w:r>
      <w:r>
        <w:br/>
      </w:r>
      <w:r>
        <w:rPr>
          <w:sz w:val="20"/>
        </w:rPr>
        <w:t>54:27  yeh bilkul galat soch hai ke degreeon wale soch</w:t>
      </w:r>
      <w:r>
        <w:br/>
      </w:r>
      <w:r>
        <w:rPr>
          <w:sz w:val="20"/>
        </w:rPr>
        <w:t>54:32  tadabbur kar sakte hain.</w:t>
      </w:r>
      <w:r>
        <w:br/>
      </w:r>
      <w:r>
        <w:rPr>
          <w:sz w:val="20"/>
        </w:rPr>
        <w:t>54:35  degree wale tadabbur karte hi nahin kyunke woh technical knowledge un ko hoti hai, fanni knowledge hoti hai,</w:t>
      </w:r>
      <w:r>
        <w:br/>
      </w:r>
      <w:r>
        <w:rPr>
          <w:sz w:val="20"/>
        </w:rPr>
        <w:t>54:39  fanniyat mein phanse rehte hain.</w:t>
      </w:r>
      <w:r>
        <w:br/>
      </w:r>
      <w:r>
        <w:rPr>
          <w:sz w:val="20"/>
        </w:rPr>
        <w:t>54:43  woh yeh soch, bhai, bilkul bilkul baseless samajhta hoon.</w:t>
      </w:r>
      <w:r>
        <w:br/>
      </w:r>
      <w:r>
        <w:rPr>
          <w:sz w:val="20"/>
        </w:rPr>
        <w:t>54:47  aisi soch ko mona.</w:t>
      </w:r>
    </w:p>
    <w:p>
      <w:pPr>
        <w:pStyle w:val="Heading2"/>
      </w:pPr>
      <w:r>
        <w:t>Solution to Materialism and Extremism</w:t>
      </w:r>
    </w:p>
    <w:p>
      <w:r>
        <w:rPr>
          <w:color w:val="666666"/>
          <w:sz w:val="18"/>
        </w:rPr>
        <w:t>Society &amp; Dawah · Experience of Hyderabad CPS Meet December 1, 2013 · 5m 28s · at 55:38 · https://youtu.be/Y8mcxF2Lhyc?t=3338</w:t>
      </w:r>
    </w:p>
    <w:p>
      <w:r>
        <w:rPr>
          <w:i/>
        </w:rPr>
        <w:t>“In today's lecture you talked about developed and Muslim countries and their ambitions of materialism and extremism respectively. What is the solution according to you to these inherent problems?”</w:t>
      </w:r>
    </w:p>
    <w:p>
      <w:r>
        <w:rPr>
          <w:sz w:val="20"/>
        </w:rPr>
        <w:t>55:38  maulana, agla sawal dilli se hai juna hassan sahib ka. unhon ne likha hai: "respected sir, in today lecture you talk about the developed and muslim countries and their ambitions of materialism and extremism respectively.</w:t>
      </w:r>
      <w:r>
        <w:br/>
      </w:r>
      <w:r>
        <w:rPr>
          <w:sz w:val="20"/>
        </w:rPr>
        <w:t>55:59  what is the solution according to you to these inherent problems?"</w:t>
      </w:r>
      <w:r>
        <w:br/>
      </w:r>
      <w:r>
        <w:rPr>
          <w:sz w:val="20"/>
        </w:rPr>
        <w:t>56:07  inherent nahi kahunga main. aisa culture develop ho gaya hai extiviz ki wajah se. jaise dekhiye, kisi bhi muslim country mein aap quran ka distribute nahi kar sakte.</w:t>
      </w:r>
      <w:r>
        <w:br/>
      </w:r>
      <w:r>
        <w:rPr>
          <w:sz w:val="20"/>
        </w:rPr>
        <w:t>56:21  kisi anokhi baat hai! kisi anokhi baat! ab yeh yeh is mein likha hua hai: "the quran". muslim countries mein kya aitraz hota hai is par ke likh diya yeh quran kahan hai?</w:t>
      </w:r>
      <w:r>
        <w:br/>
      </w:r>
      <w:r>
        <w:rPr>
          <w:sz w:val="20"/>
        </w:rPr>
        <w:t>56:33  yeh to angrezi mein hai. acha, agar translation tab bhi kahin ke translation ho nahi sakta, khuda ki baat ka</w:t>
      </w:r>
      <w:r>
        <w:br/>
      </w:r>
      <w:r>
        <w:rPr>
          <w:sz w:val="20"/>
        </w:rPr>
        <w:t>56:40  to kya likhwate hain? "meaning of the quran". isko call karte hain. isko yani muslim countries mein yeh haal hai ke aap arabi quran chhap kar logon ko bantiye bator tohfa.</w:t>
      </w:r>
      <w:r>
        <w:br/>
      </w:r>
      <w:r>
        <w:rPr>
          <w:sz w:val="20"/>
        </w:rPr>
        <w:t>56:53  woh to uski ijazat hogi aap ko. jahan aap translation chhapa, aap ne foran wahan par awaz uthe gi: "yeh to haram hai!</w:t>
      </w:r>
      <w:r>
        <w:br/>
      </w:r>
      <w:r>
        <w:rPr>
          <w:sz w:val="20"/>
        </w:rPr>
        <w:t>57:03  yeh to najayaz hai!"</w:t>
      </w:r>
      <w:r>
        <w:br/>
      </w:r>
      <w:r>
        <w:rPr>
          <w:sz w:val="20"/>
        </w:rPr>
        <w:t>57:06  " yani kyun? baghair text ke tarjuma un ke nazdeek najayaz hai. acha, agar text ke sath chhapiye tab kahain ge: "yeh to behurmati hoti hai!"</w:t>
      </w:r>
      <w:r>
        <w:br/>
      </w:r>
      <w:r>
        <w:rPr>
          <w:sz w:val="20"/>
        </w:rPr>
        <w:t>57:17  aap de nahi sakte! yeh muqaddas kalam hai!" to baghair text ke chhapiye to chhapna haram, aur text ke sath chhapiye to dena haram.</w:t>
      </w:r>
      <w:r>
        <w:br/>
      </w:r>
      <w:r>
        <w:rPr>
          <w:sz w:val="20"/>
        </w:rPr>
        <w:t>57:30  har muslim country mein, kisi muslim country mein is mein exception nahi hai. ek museebat hai.</w:t>
      </w:r>
      <w:r>
        <w:br/>
      </w:r>
      <w:r>
        <w:rPr>
          <w:sz w:val="20"/>
        </w:rPr>
        <w:t>57:38  main ek qissa bata raha tha na aap ko? ek ek ek hindu bombay ke woh bohat barson tak wahan thay, woh arab mein un ka kuch hijab tha.</w:t>
      </w:r>
      <w:r>
        <w:br/>
      </w:r>
      <w:r>
        <w:rPr>
          <w:sz w:val="20"/>
        </w:rPr>
        <w:t>57:53  to shuyookh bohat se milay un se, miltay thay to woh quran pesh karte thay, aur woh sab ka arabi bohat bithpal chhupa hua.</w:t>
      </w:r>
      <w:r>
        <w:br/>
      </w:r>
      <w:r>
        <w:rPr>
          <w:sz w:val="20"/>
        </w:rPr>
        <w:t>58:04  to hamare saathi bombay mein hain, woh un se milay thay ke unhon ne un ko jab tarjuma diya to rone lagay. woh ke mere pas shayad 16 ek kehte hain quran thay arabi mein.</w:t>
      </w:r>
      <w:r>
        <w:br/>
      </w:r>
      <w:r>
        <w:rPr>
          <w:sz w:val="20"/>
        </w:rPr>
        <w:t>58:16  mein sochta tha mein is ko kya karoon to masjidon mein de diya. maine ab aap ne mujhe tarjuma diya, mein is ko zaroor parhoon ga. yeh halat har muslim country ki hai kyunke unhon ne bana liya hai Quran ko aik bas muqaddas kalam, bohat hi mystery sense mein.</w:t>
      </w:r>
      <w:r>
        <w:br/>
      </w:r>
      <w:r>
        <w:rPr>
          <w:sz w:val="20"/>
        </w:rPr>
        <w:t>58:32  bas k</w:t>
      </w:r>
      <w:r>
        <w:br/>
      </w:r>
      <w:r>
        <w:rPr>
          <w:sz w:val="20"/>
        </w:rPr>
        <w:t>58:33  chah is ko oopar rakhna hai, is ko neeche nahi girne dena hai, aur is ko koi kuch ghair muslim shae nahi. aur is ki zimmedari saare ulma ke oopar hai.</w:t>
      </w:r>
      <w:r>
        <w:br/>
      </w:r>
      <w:r>
        <w:rPr>
          <w:sz w:val="20"/>
        </w:rPr>
        <w:t>58:45  awam khud se zehan nahi banate, ulma banate hain zehan. lekin ab sadiyon se yeh zehan bante bante itna develop ho gaya hai ke kisi bhi muslim country mein aap Quran ka distribution nahi kar sakte.</w:t>
      </w:r>
      <w:r>
        <w:br/>
      </w:r>
      <w:r>
        <w:rPr>
          <w:sz w:val="20"/>
        </w:rPr>
        <w:t>58:58  tarjume ka arabi baante to arabi baantne se faida kya hai?</w:t>
      </w:r>
      <w:r>
        <w:br/>
      </w:r>
      <w:r>
        <w:rPr>
          <w:sz w:val="20"/>
        </w:rPr>
        <w:t>59:06  ajeeb ghareeb zehan hai, behurmati ka tasawwur hai, behurmati ka na Quran mein hai na hadith mein hai. to dekhiye, yeh masla yeh hai ke yeh zawal ka phenomena hai.</w:t>
      </w:r>
      <w:r>
        <w:br/>
      </w:r>
      <w:r>
        <w:rPr>
          <w:sz w:val="20"/>
        </w:rPr>
        <w:t>59:21  is waqt jo musalman hain, hamare ulma ne is ko khair ummat bana rakha hai. jis ko dekhiye, woh is ko khair ummat kar ke khitab karta hai. yeh khair ummat koi laqab nahi hai musalmanon ka.</w:t>
      </w:r>
      <w:r>
        <w:br/>
      </w:r>
      <w:r>
        <w:rPr>
          <w:sz w:val="20"/>
        </w:rPr>
        <w:t>59:36  mauja musalman apne zawal ke daur mein hain, yaani degeneration ke daur mein hain. yeh sab kuch zawal ka phenomena hai, zawal ka phenomena hai.</w:t>
      </w:r>
      <w:r>
        <w:br/>
      </w:r>
      <w:r>
        <w:rPr>
          <w:sz w:val="20"/>
        </w:rPr>
        <w:t>59:47  to ab yeh aap kar sakte hain ke in ko samjhaiye, aur jahan mauqa ho wahan istemal kijiye. tamam muslim countries mein bohat tourist aate hain, bohat mukhtalif asbab se wahan ghair muslim aate hain,</w:t>
      </w:r>
      <w:r>
        <w:br/>
      </w:r>
      <w:r>
        <w:rPr>
          <w:sz w:val="20"/>
        </w:rPr>
        <w:t>1:00:02  tourism ke liye, job ke liye, business</w:t>
      </w:r>
      <w:r>
        <w:br/>
      </w:r>
      <w:r>
        <w:rPr>
          <w:sz w:val="20"/>
        </w:rPr>
        <w:t>1:00:05  ke liye. aur kitna mauqa hai ke aap in ko, yaani madu aap ke darwaze pahunch raha hai, in ko Quran ka translation diya hai un ki zuban mein.</w:t>
      </w:r>
      <w:r>
        <w:br/>
      </w:r>
      <w:r>
        <w:rPr>
          <w:sz w:val="20"/>
        </w:rPr>
        <w:t>1:00:15  lekin aap nahi de sakte, denge to aap ko bahar daalenge, aap ko jail bhej denge. to musalmanon ka masla sirf aik hi hai ke woh apne zawal ke daur mein hain.</w:t>
      </w:r>
      <w:r>
        <w:br/>
      </w:r>
      <w:r>
        <w:rPr>
          <w:sz w:val="20"/>
        </w:rPr>
        <w:t>1:00:28  yeh jo Iqbal ne kaha tha: "zara num hoti hai mitti, bohat zara khars hisaqi", yeh to shayari hai,</w:t>
      </w:r>
      <w:r>
        <w:br/>
      </w:r>
      <w:r>
        <w:rPr>
          <w:sz w:val="20"/>
        </w:rPr>
        <w:t>1:00:34  haqeeqat se koi ta'alluq is ka nahi hai. to is is raaz ko janiye ke tamam qaumon par zawal aata hai, musalmanon par zawal aa chuka hai.</w:t>
      </w:r>
      <w:r>
        <w:br/>
      </w:r>
      <w:r>
        <w:rPr>
          <w:sz w:val="20"/>
        </w:rPr>
        <w:t>1:00:44  to aap naokhvani ko karte hain, yeh to law of nature hai. sab par zawal aaya hai to aap par zawal nahi aayega. aik haqeeqat hai, is ko tasleem kijiye, aur is haqeeqat ke hote hue aap manage kijiye apne mission ko.</w:t>
      </w:r>
      <w:r>
        <w:br/>
      </w:r>
      <w:r>
        <w:rPr>
          <w:sz w:val="20"/>
        </w:rPr>
        <w:t>1:01:02  yahi mein mashwara doon ga.</w:t>
      </w:r>
    </w:p>
    <w:p>
      <w:pPr>
        <w:pStyle w:val="Heading2"/>
      </w:pPr>
      <w:r>
        <w:t>Topics for meeting to establish peace</w:t>
      </w:r>
    </w:p>
    <w:p>
      <w:r>
        <w:rPr>
          <w:color w:val="666666"/>
          <w:sz w:val="18"/>
        </w:rPr>
        <w:t>Society &amp; Dawah · Communal Harmony October 16, 2022 · 5m 12s · at 32:05 · https://youtu.be/Ob4BVozf3KY?t=1925</w:t>
      </w:r>
    </w:p>
    <w:p>
      <w:r>
        <w:rPr>
          <w:i/>
        </w:rPr>
        <w:t>“What should we talk about when meeting people to establish peace in society?”</w:t>
      </w:r>
    </w:p>
    <w:p>
      <w:r>
        <w:rPr>
          <w:sz w:val="20"/>
        </w:rPr>
        <w:t>32:05  ah apa, yeh aik sawal aur aya hai: Arman Khan sahib ne likha hai ke: "hum logon se mil kar kiya baat karein jis se muashre mein ah peace qaim ho?" to is ke baray mein bhi kuch advice dein.</w:t>
      </w:r>
      <w:r>
        <w:br/>
      </w:r>
      <w:r>
        <w:rPr>
          <w:sz w:val="20"/>
        </w:rPr>
        <w:t>32:22  sirf milna julna bhi kafi hai, baat to koi bhi controversial baat nahi karna chahiye, aur aapas mein milein julein.</w:t>
      </w:r>
      <w:r>
        <w:br/>
      </w:r>
      <w:r>
        <w:rPr>
          <w:sz w:val="20"/>
        </w:rPr>
        <w:t>32:31  interaction in itself is is enough. jab aap milein ge to achi baatein hi karein ge, taluqat banein ge. kabhi un ki koi zaroorat hai aur aap poori kar sakte hain to is ko aap poori kariye.</w:t>
      </w:r>
      <w:r>
        <w:br/>
      </w:r>
      <w:r>
        <w:rPr>
          <w:sz w:val="20"/>
        </w:rPr>
        <w:t>32:43  to aise bohat sare mauqe hain jis par hum kisi ke liye hum ne kuch kaam kiya to woh bohat ziyada grateful ho jata hai. to kisi ko taleem mein khaas tor par is ke liye kaam kariye, kyunke taleem hamare mulk mein bohat kam hai aur Muslims mein to taleem mein bohat peechay hain.</w:t>
      </w:r>
      <w:r>
        <w:br/>
      </w:r>
      <w:r>
        <w:rPr>
          <w:sz w:val="20"/>
        </w:rPr>
        <w:t>33:01  to jo hai Islam ki khaas tor par Maulana jo kehte thay, woh</w:t>
      </w:r>
      <w:r>
        <w:br/>
      </w:r>
      <w:r>
        <w:rPr>
          <w:sz w:val="20"/>
        </w:rPr>
        <w:t>33:06  Islam ki jo peaceful teachings hain, us ko discuss kariye. doosre ka bhi dekhna parhe ga na ke woh kis tarike ki cheezon mein interest rakhta hai, to is ka bhi khayal rakhna parhe ga.</w:t>
      </w:r>
      <w:r>
        <w:br/>
      </w:r>
      <w:r>
        <w:rPr>
          <w:sz w:val="20"/>
        </w:rPr>
        <w:t>33:17  aur foran hum controversial baat na karne lagein. to jaise mein ne abhi bataya ke woh trinity par log baat karna shuru kar dete hain, to in jo common ground hai, us par baat karein</w:t>
      </w:r>
      <w:r>
        <w:br/>
      </w:r>
      <w:r>
        <w:rPr>
          <w:sz w:val="20"/>
        </w:rPr>
        <w:t>33:30  . ab woh doosre log agar society mein peace lana chahte hain, social work karna chahte hain to aap us par baat kariye.</w:t>
      </w:r>
      <w:r>
        <w:br/>
      </w:r>
      <w:r>
        <w:rPr>
          <w:sz w:val="20"/>
        </w:rPr>
        <w:t>33:38  aur jaise jaise mauqa ho, waise baat kariye. agar Maulana se koi poochta tha ke bhai namaz ke baray mein bataiye, roze ke baray mein bataiye, tab woh batate thay.</w:t>
      </w:r>
      <w:r>
        <w:br/>
      </w:r>
      <w:r>
        <w:rPr>
          <w:sz w:val="20"/>
        </w:rPr>
        <w:t>33:50  to jaisa mauqa ho, waise hi baat kariye, warna general baatein kariye, interaction kariye, dialogue kariye. is is ki is ka bhi point of view suniye.</w:t>
      </w:r>
      <w:r>
        <w:br/>
      </w:r>
      <w:r>
        <w:rPr>
          <w:sz w:val="20"/>
        </w:rPr>
        <w:t>34:00  dialogue ka matlab hi hai sharing, to is ki baat suniye. kyunke har aadmi ke paas kuch achi baatein hoti hain, us se hum learning kar sakte hain.</w:t>
      </w:r>
      <w:r>
        <w:br/>
      </w:r>
      <w:r>
        <w:rPr>
          <w:sz w:val="20"/>
        </w:rPr>
        <w:t>34:11  to Maulana aise hi kiya karte thay, to apni baat bhi kahiye aur us ki baat bhi suniye. log kiya karte hain? bas apni baat bolte rehte hain, apni baat bolte rehte hain.</w:t>
      </w:r>
      <w:r>
        <w:br/>
      </w:r>
      <w:r>
        <w:rPr>
          <w:sz w:val="20"/>
        </w:rPr>
        <w:t>34:21  to is tarike se dialogue nahi chalta hai. to baat karte karte woh khud hi samajh mein anay lage ga ke kiya kaise baat karni chahiye.</w:t>
      </w:r>
      <w:r>
        <w:br/>
      </w:r>
      <w:r>
        <w:rPr>
          <w:sz w:val="20"/>
        </w:rPr>
        <w:t>34:30  to kyunke insaan ki fitrat mein hai mil jul kar rehna, peaceful tarike se rehna, mil jul kar rehna, aik doosre se achay taluqat karna. yeh to waqti tor par aisa ho jata hai ke kisi baat par ke ghussa dila diya jaye.</w:t>
      </w:r>
      <w:r>
        <w:br/>
      </w:r>
      <w:r>
        <w:rPr>
          <w:sz w:val="20"/>
        </w:rPr>
        <w:t>34:43  misal ke tor par</w:t>
      </w:r>
      <w:r>
        <w:br/>
      </w:r>
      <w:r>
        <w:rPr>
          <w:sz w:val="20"/>
        </w:rPr>
        <w:t>34:45  yahan par juloos bohat niklte hain, barat ka bhi juloos hota hai, festivals mein juloos hote hain. to Musalman kiya kehte hain? ke masjid ke samne se juloos guzre ga to route badlo.</w:t>
      </w:r>
      <w:r>
        <w:br/>
      </w:r>
      <w:r>
        <w:rPr>
          <w:sz w:val="20"/>
        </w:rPr>
        <w:t>34:57  to ab juloos mein aik bar aik police officer ne Maulana ko bataya tha ke juloos mein kai hazar log aam tor par hotay hain, to woh log apne aap ko bohat hi powerful samajhte hain.</w:t>
      </w:r>
      <w:r>
        <w:br/>
      </w:r>
      <w:r>
        <w:rPr>
          <w:sz w:val="20"/>
        </w:rPr>
        <w:t>35:08  woh aik individual akela nahi hai ke aap ki baat sun le ga. woh samajhte hain hamari bohat taqat hai, hamein kaun kuch kar sakta hai. to</w:t>
      </w:r>
      <w:r>
        <w:br/>
      </w:r>
      <w:r>
        <w:rPr>
          <w:sz w:val="20"/>
        </w:rPr>
        <w:t>35:15  woh baat nahi sunte, woh route badalne par, woh route na badalne par israr karte hain. to baat nahi sunte, wahan se phir ghussa hota hai, woh maar peet shuru ho jati hai, jhagda shuru ho jata hai.</w:t>
      </w:r>
      <w:r>
        <w:br/>
      </w:r>
      <w:r>
        <w:rPr>
          <w:sz w:val="20"/>
        </w:rPr>
        <w:t>35:28  to is tarike se baat aage barhte barhte barhte woh fasad ki shakal ikhtiyar kar leta hai. to hamein chahiye ke hum baat ko wahin khatam kar dein.</w:t>
      </w:r>
      <w:r>
        <w:br/>
      </w:r>
      <w:r>
        <w:rPr>
          <w:sz w:val="20"/>
        </w:rPr>
        <w:t>35:37  to Maulana ne bar bar bataya ke wahin khatam kar dijiye. wahan kai bar bataya ke wahan kuch haar rakh ke rahiye, aap un ko leaderon ko pehna dijiye. aur woh leaderon, leader jo hain, woh sare khush ho jatay hain, sara masla hal.</w:t>
      </w:r>
      <w:r>
        <w:br/>
      </w:r>
      <w:r>
        <w:rPr>
          <w:sz w:val="20"/>
        </w:rPr>
        <w:t>35:50  aur aik bar aik Maulana Akbaruddin sahib thay, yeh wohi log thay jinhone Maulana ki literature ko bohat</w:t>
      </w:r>
      <w:r>
        <w:br/>
      </w:r>
      <w:r>
        <w:rPr>
          <w:sz w:val="20"/>
        </w:rPr>
        <w:t>35:56  parha hua tha. to woh Hyderabad mein thay, woh ittefaq aisa tha ke kabhi kabhi aisa hota hai ke do tehwar jo hain, woh mil jatay hain. to Eid Milad un Nabi ke mauqe par un ke haan woh un ka aik school bhi tha, to woh aik program kar rahe thay, bahar tent laga hua tha.</w:t>
      </w:r>
      <w:r>
        <w:br/>
      </w:r>
      <w:r>
        <w:rPr>
          <w:sz w:val="20"/>
        </w:rPr>
        <w:t>36:13  aur ittefaq aisa tha ke woh hinduo'n ka bhi jaloos nikal raha tha. to jaloos jab qareeb aaya to us ne kaha ke aap apna yeh sab hata lijiye, kursi kursi, hamara jaloos guzarne wala hai.</w:t>
      </w:r>
      <w:r>
        <w:br/>
      </w:r>
      <w:r>
        <w:rPr>
          <w:sz w:val="20"/>
        </w:rPr>
        <w:t>36:24  to maulana akbaruddin sahib ne kaha ke theek hai, aap mujhe bas das pandrah minute de dijiyega, hum abhi hata lete hain. itna kehna tha ke woh log naram pad gaye.</w:t>
      </w:r>
      <w:r>
        <w:br/>
      </w:r>
      <w:r>
        <w:rPr>
          <w:sz w:val="20"/>
        </w:rPr>
        <w:t>36:33  aur kyunke ego jab hurt hota hai, jab aadmi gussa hota hai ke yeh hamari baat nahi maan rahe hain, to unho'n ne jab kaha ke hum to das minute pandrah minute de dijiyega, hum hata lete hain, to unho'n ne kaha molvi sahib, molvi sahib, aap apna program karte rahiye, hum unho'n ne khud kaha ke hum apna route badal lenge.</w:t>
      </w:r>
      <w:r>
        <w:br/>
      </w:r>
      <w:r>
        <w:rPr>
          <w:sz w:val="20"/>
        </w:rPr>
        <w:t>36:49  to yeh tareeqa hai baat karne ka. yeh sab baat cheet ka jo tareeqa hai na</w:t>
      </w:r>
      <w:r>
        <w:br/>
      </w:r>
      <w:r>
        <w:rPr>
          <w:sz w:val="20"/>
        </w:rPr>
        <w:t>36:54  a, yeh jitna zyada baat cheet karenge, utna hi samajh mein aayega ke logo'n se baat cheet kis tareeqe se kare'n. to yeh is mein matlab amli masla hai, baat cheet karne se khud ba khud samajh mein aayega.</w:t>
      </w:r>
      <w:r>
        <w:br/>
      </w:r>
      <w:r>
        <w:rPr>
          <w:sz w:val="20"/>
        </w:rPr>
        <w:t>37:07  ji, unho'n ne ek aur comment bhi jha hai ke CPS team Allah aap logo'n ke kaam mein barkat aur khair ata kare, aameen.</w:t>
      </w:r>
    </w:p>
    <w:p>
      <w:pPr>
        <w:pStyle w:val="Heading2"/>
      </w:pPr>
      <w:r>
        <w:t>What should Muslims do when internationally tortured?</w:t>
      </w:r>
    </w:p>
    <w:p>
      <w:r>
        <w:rPr>
          <w:color w:val="666666"/>
          <w:sz w:val="18"/>
        </w:rPr>
        <w:t>Society &amp; Dawah · Importance of Peace August 17, 2014 · 5m 26s · at 1:00:53 · https://youtu.be/ifxSwh2Jckw?t=3653</w:t>
      </w:r>
    </w:p>
    <w:p>
      <w:r>
        <w:rPr>
          <w:i/>
        </w:rPr>
        <w:t>“No doubt you are right that Japan and Germany developed after renouncing war, but Muslims are internationally tortured and instigated. Then what should Muslims do?”</w:t>
      </w:r>
    </w:p>
    <w:p>
      <w:r>
        <w:rPr>
          <w:sz w:val="20"/>
        </w:rPr>
        <w:t>1:00:53  Maulana, agla sawal Dilli se hai aur Shahab Haider sahib ne kiya hai.</w:t>
      </w:r>
      <w:r>
        <w:br/>
      </w:r>
      <w:r>
        <w:rPr>
          <w:sz w:val="20"/>
        </w:rPr>
        <w:t>1:00:58  unhone likha hai ke No doubt you are right in saying that Japan and Germany were developed after seizing and stopping war, but Muslims are internationally tortured and instigated.</w:t>
      </w:r>
      <w:r>
        <w:br/>
      </w:r>
      <w:r>
        <w:rPr>
          <w:sz w:val="20"/>
        </w:rPr>
        <w:t>1:01:13  Then what should Muslims do? yeh is se bada jhoot koi nahi hai ke musalman torture kiye ja rahe hain. is liye ke yeh nauzubillah Khuda ka inkar hai.</w:t>
      </w:r>
      <w:r>
        <w:br/>
      </w:r>
      <w:r>
        <w:rPr>
          <w:sz w:val="20"/>
        </w:rPr>
        <w:t>1:01:26  Quran mein hai kan haqqan alaihi nasul mu'mineen to kya Khuda nauzubillah so gaya hai? jo log yeh kehte hain ke musalmanon par torture ho raha hai, musalmanon par zulm ho raha hai, woh bohat bhaari gunah ka kaam karte hain.</w:t>
      </w:r>
      <w:r>
        <w:br/>
      </w:r>
      <w:r>
        <w:rPr>
          <w:sz w:val="20"/>
        </w:rPr>
        <w:t>1:01:41  is ayat ki nafi karte hain, Allah ke wajood ka inkar karte hain. "kan haqqan alayhi nasul mu'mineen" yani Allah taala farma rahe hain ke mere upar wajib hai ke main musalmanon ki madad karoon.</w:t>
      </w:r>
      <w:r>
        <w:br/>
      </w:r>
      <w:r>
        <w:rPr>
          <w:sz w:val="20"/>
        </w:rPr>
        <w:t>1:01:53  to kya Allah taala so gaya hai? yeh aap ko yeh manna padega ke ya ya to is ayat ko galat manen ya is is is is is baat ko galat manen ke torture kiya ja raha hai.</w:t>
      </w:r>
      <w:r>
        <w:br/>
      </w:r>
      <w:r>
        <w:rPr>
          <w:sz w:val="20"/>
        </w:rPr>
        <w:t>1:02:06  hargiz torture nahi kiya ja raha hai. woh musalmanon ki yani hamakaton ki price pa rahe hain musalman. Muslims are paying the price of their own stupid policies jaise abhi jo falasteen mein aap dekhiye, aaghaz kahan se hua?</w:t>
      </w:r>
      <w:r>
        <w:br/>
      </w:r>
      <w:r>
        <w:rPr>
          <w:sz w:val="20"/>
        </w:rPr>
        <w:t>1:02:24  teen israeli ko woh pakad kar laye, abduct kiya aur us ko maar dala. to us ke baad jo shuru hui war, to musalman is ko zulm kehte hain.</w:t>
      </w:r>
      <w:r>
        <w:br/>
      </w:r>
      <w:r>
        <w:rPr>
          <w:sz w:val="20"/>
        </w:rPr>
        <w:t>1:02:34  No, that was retaliation.</w:t>
      </w:r>
      <w:r>
        <w:br/>
      </w:r>
      <w:r>
        <w:rPr>
          <w:sz w:val="20"/>
        </w:rPr>
        <w:t>1:02:37  jab aap apni taraf se yeh sab karwaiyan karenge to Allah madad nahi karega aap ki. Allah ki madad na aane ka masla yeh hai. torture ka masla nahi hai.</w:t>
      </w:r>
      <w:r>
        <w:br/>
      </w:r>
      <w:r>
        <w:rPr>
          <w:sz w:val="20"/>
        </w:rPr>
        <w:t>1:02:48  yaad rakhiye, is waqt jo ho raha hai musalmanon ke sath, woh Allah ki madad na aane ka masla hai. doosri qaumon ko torture karne ka masla nahi hai.</w:t>
      </w:r>
      <w:r>
        <w:br/>
      </w:r>
      <w:r>
        <w:rPr>
          <w:sz w:val="20"/>
        </w:rPr>
        <w:t>1:02:59  isi raat ko jo musalman samajh jayenge, un ki taqdeer badal jayegi. un ka ek naya future ka darwaza khul jayega un ke liye. haan, ke jo kuch is waqt ho raha hai, woh Allah ki madad na aane ka masla hai.</w:t>
      </w:r>
      <w:r>
        <w:br/>
      </w:r>
      <w:r>
        <w:rPr>
          <w:sz w:val="20"/>
        </w:rPr>
        <w:t>1:03:14  woh torture ka masla nahi hai.</w:t>
      </w:r>
      <w:r>
        <w:br/>
      </w:r>
      <w:r>
        <w:rPr>
          <w:sz w:val="20"/>
        </w:rPr>
        <w:t>1:03:17  jaise misaal ke tor par dekhiye, aap agar sookha padta hai, khat aata hai to woh Allah ki barish rukne ka masla hai.</w:t>
      </w:r>
      <w:r>
        <w:br/>
      </w:r>
      <w:r>
        <w:rPr>
          <w:sz w:val="20"/>
        </w:rPr>
        <w:t>1:03:28  zulm ka masla nahi hai. to farmaya bataya gaya ke ja ke istisqa ki namaz padho. aur istisqa ki namaz jab bhi padhi gayi hai sahi tareeqe se to barish hoti hai.</w:t>
      </w:r>
      <w:r>
        <w:br/>
      </w:r>
      <w:r>
        <w:rPr>
          <w:sz w:val="20"/>
        </w:rPr>
        <w:t>1:03:41  main khud jab padhta tha madrasa Islam mein to bohat sookha pada. barish ruk gayi. to madrasa ke logon ne tay kiya ke hum istisqa ki namaz padhenge.</w:t>
      </w:r>
      <w:r>
        <w:br/>
      </w:r>
      <w:r>
        <w:rPr>
          <w:sz w:val="20"/>
        </w:rPr>
        <w:t>1:03:54  to wahan ek gaon hai bina para, madrasa ke qareeb. wahan ek bohat bada maidan tha. hum sab log, sare madrasa ke log wahan gaye.</w:t>
      </w:r>
      <w:r>
        <w:br/>
      </w:r>
      <w:r>
        <w:rPr>
          <w:sz w:val="20"/>
        </w:rPr>
        <w:t>1:04:03  gaon ke log bhi aaye, aas pas ke. aur mujhe maloom hai, yaad hai ke ek the Maulana Saeed sahab, Maulana Saeed Ahmed Nadvi.</w:t>
      </w:r>
      <w:r>
        <w:br/>
      </w:r>
      <w:r>
        <w:rPr>
          <w:sz w:val="20"/>
        </w:rPr>
        <w:t>1:04:14  bohat hi buzurg, bohat hi naik aadmi the woh. woh wahan hadith padhate the. main un ka, un se main ne hadith padhi hai.</w:t>
      </w:r>
      <w:r>
        <w:br/>
      </w:r>
      <w:r>
        <w:rPr>
          <w:sz w:val="20"/>
        </w:rPr>
        <w:t>1:04:22  Maulana Saeed Ahmed Nadvi. unhon ne imamat ki thi. mujhe yaad hai ke hum log madrasa se jab chale the to bilkul suraj garam, suraj har taraf bikhra hua tha, us ki garmi.</w:t>
      </w:r>
      <w:r>
        <w:br/>
      </w:r>
      <w:r>
        <w:rPr>
          <w:sz w:val="20"/>
        </w:rPr>
        <w:t>1:04:38  aur wapas aaye to hum sab yani pahunchte pahunchte bheeg chuke the. yeh mera apna zaati waqia hai.</w:t>
      </w:r>
      <w:r>
        <w:br/>
      </w:r>
      <w:r>
        <w:rPr>
          <w:sz w:val="20"/>
        </w:rPr>
        <w:t>1:04:49  to barish jab ruke to yeh mat kahiye ke zulm ho raha hai, zulm ho raha hai, zulm ho raha hai. istisqa ki namaz padhiye.</w:t>
      </w:r>
      <w:r>
        <w:br/>
      </w:r>
      <w:r>
        <w:rPr>
          <w:sz w:val="20"/>
        </w:rPr>
        <w:t>1:04:58  to ab jo waqia ho raha hai, yeh mat chiye ke zulm ho raha hai, torture. nahi, Allah ki taraf rujoo kijiye. Allah ke hukum ko apnaie ke tum apni taraf se bad amal karo.</w:t>
      </w:r>
      <w:r>
        <w:br/>
      </w:r>
      <w:r>
        <w:rPr>
          <w:sz w:val="20"/>
        </w:rPr>
        <w:t>1:05:13  bad jo hai musalmanon ke sath hota, woh ret</w:t>
      </w:r>
      <w:r>
        <w:br/>
      </w:r>
      <w:r>
        <w:rPr>
          <w:sz w:val="20"/>
        </w:rPr>
        <w:t>1:05:17  aliate karte hain. is ko khatam karo.</w:t>
      </w:r>
      <w:r>
        <w:br/>
      </w:r>
      <w:r>
        <w:rPr>
          <w:sz w:val="20"/>
        </w:rPr>
        <w:t>1:05:22  is ki clear misaal yeh hai ke falasteen mein pehle teen israeliyon ko pakad laye, kahin se mauqa se pa gaye, woh la kar ke maar dala us ko.</w:t>
      </w:r>
      <w:r>
        <w:br/>
      </w:r>
      <w:r>
        <w:rPr>
          <w:sz w:val="20"/>
        </w:rPr>
        <w:t>1:05:32  khatam kar diya us ko. yeh bhi nahi kaha ke hostage banate, maar dala. to unhon ne retaliate kiya. yeh Allah ke usool ke khilaf hai.</w:t>
      </w:r>
      <w:r>
        <w:br/>
      </w:r>
      <w:r>
        <w:rPr>
          <w:sz w:val="20"/>
        </w:rPr>
        <w:t>1:05:48  to musalmanon ko is waqt jo karna hai, woh yeh karna hai ke woh apne hisse ka, yani tashaddud had tak padhen.</w:t>
      </w:r>
      <w:r>
        <w:br/>
      </w:r>
      <w:r>
        <w:rPr>
          <w:sz w:val="20"/>
        </w:rPr>
        <w:t>1:06:01  idhar ka tashaddud apne aap khatam ho jayega. agar aap peace chahte hain, taraqqi chahte hain to apne hisse ka tashaddud had tak padhna padega.</w:t>
      </w:r>
      <w:r>
        <w:br/>
      </w:r>
      <w:r>
        <w:rPr>
          <w:sz w:val="20"/>
        </w:rPr>
        <w:t>1:06:10  to idhar tashaddud khatam. woh nahi, woh chain war chali gi. woh chain war chal rahi hai is waqt.</w:t>
      </w:r>
    </w:p>
    <w:p>
      <w:pPr>
        <w:pStyle w:val="Heading2"/>
      </w:pPr>
      <w:r>
        <w:t>When to do dawah if self-correction is lifelong</w:t>
      </w:r>
    </w:p>
    <w:p>
      <w:r>
        <w:rPr>
          <w:color w:val="666666"/>
          <w:sz w:val="18"/>
        </w:rPr>
        <w:t>Society &amp; Dawah · Spirit of Ramadan June 14, 2015 · 5m 32s · at 48:43 · https://youtu.be/mKQdhE2rhdQ?t=2923</w:t>
      </w:r>
    </w:p>
    <w:p>
      <w:r>
        <w:rPr>
          <w:i/>
        </w:rPr>
        <w:t>“You mentioned that dawah means spreading the message you have discovered, but many scholars say first we need to correct ourselves. Since self-correction is lifelong, when should we do dawah?”</w:t>
      </w:r>
    </w:p>
    <w:p>
      <w:r>
        <w:rPr>
          <w:sz w:val="20"/>
        </w:rPr>
        <w:t>48:43  maulana, yeh agla sawal aya hai mr imran ka bahrain se: "maulana sahib, you mentioned in today lecture ke dawah means spreading the message which you have discovered,</w:t>
      </w:r>
      <w:r>
        <w:br/>
      </w:r>
      <w:r>
        <w:rPr>
          <w:sz w:val="20"/>
        </w:rPr>
        <w:t>48:56  but many ulama say first we need to correct our self and then spread the message. my question is, since the process of self correction is life long, then when to do dawah?" dekhen, main aashiron se bohat m</w:t>
      </w:r>
      <w:r>
        <w:br/>
      </w:r>
      <w:r>
        <w:rPr>
          <w:sz w:val="20"/>
        </w:rPr>
        <w:t>49:15  la hoon, un se main poochta hoon ke koi ayat bataiye quran ki, koi quran ki ayat ya hadith bataiye ke pehle apne ko theek karen, is ke baad dawat ka kaam karna hai.</w:t>
      </w:r>
      <w:r>
        <w:br/>
      </w:r>
      <w:r>
        <w:rPr>
          <w:sz w:val="20"/>
        </w:rPr>
        <w:t>49:23  yeh to yeh to bilkul baseless baat hai, koi ek ayat nahi quran majeed mein, koi ek hadith nahi jo yeh kehti ho ke pehle apni islah karo, phir dawat ka kaam baat ko hoga.</w:t>
      </w:r>
      <w:r>
        <w:br/>
      </w:r>
      <w:r>
        <w:rPr>
          <w:sz w:val="20"/>
        </w:rPr>
        <w:t>49:36  yeh to farzi baat hai, jo log aisa kehte hain un se aap poochhen ke koi hawala do quran o sunnat ka hawala do, koi hawala d</w:t>
      </w:r>
      <w:r>
        <w:br/>
      </w:r>
      <w:r>
        <w:rPr>
          <w:sz w:val="20"/>
        </w:rPr>
        <w:t>49:44  e sakte ho. main bohat asar baaten keen, main is ko bohat zyada galat samajhta hoon yeh kehne ko ke pehle apni islah karo, phir dawat ka kaam. yani yeh main is ko bohat hi zyada galat samajhta hoon aur yeh جسارت samajhta hoon ke deen mein ek aisi baat zalim dakhil kar rahe hain jo deen mein hai nahi,</w:t>
      </w:r>
      <w:r>
        <w:br/>
      </w:r>
      <w:r>
        <w:rPr>
          <w:sz w:val="20"/>
        </w:rPr>
        <w:t>50:03  ek aisi baat jo deen mein hai nahi. yeh tasawwur quran aur hadith ajnabi hai ke pehle apni islah kar lo, phir baat baat ko dawat ka ho</w:t>
      </w:r>
      <w:r>
        <w:br/>
      </w:r>
      <w:r>
        <w:rPr>
          <w:sz w:val="20"/>
        </w:rPr>
        <w:t>50:12  ga. yeh tasawwur quran aur hadith mein ajnabi hai, kya haq hai kisi ko aisi baat kehne ka? to jo aap se kahe, ab us se poochhen, reference poochhen, us ko sun kar mat maan lijiye.</w:t>
      </w:r>
      <w:r>
        <w:br/>
      </w:r>
      <w:r>
        <w:rPr>
          <w:sz w:val="20"/>
        </w:rPr>
        <w:t>50:29  mona, yeh sawal aya hai mr amir jaan ka kashmir se: "it is rightly said that ramzan is all about desire management</w:t>
      </w:r>
      <w:r>
        <w:br/>
      </w:r>
      <w:r>
        <w:rPr>
          <w:sz w:val="20"/>
        </w:rPr>
        <w:t>50:40  ۔ why is it that majority of people are able to manage their desires in this month, but once its over, their desires again take control and they follow the wrong path to meet their desires?" kindly guide</w:t>
      </w:r>
      <w:r>
        <w:br/>
      </w:r>
      <w:r>
        <w:rPr>
          <w:sz w:val="20"/>
        </w:rPr>
        <w:t>50:59  bhai, yeh yeh is ka jawab bilkul saada hai ke har masjid mein aap jaiye to sirf misaal bayan kiye jayenge ke roza kab tootta hai aur sehri ka waqt kab shuru hota hai.</w:t>
      </w:r>
      <w:r>
        <w:br/>
      </w:r>
      <w:r>
        <w:rPr>
          <w:sz w:val="20"/>
        </w:rPr>
        <w:t>51:15  yeh jo masail hain, woh bayan kiye jate hain, yani haqeeqat hai ramzan kahin batai batai nahi jati. aap jaiye kisi masjid mein, ek ek chart laga hoga, wahan chart masail ramzan,</w:t>
      </w:r>
      <w:r>
        <w:br/>
      </w:r>
      <w:r>
        <w:rPr>
          <w:sz w:val="20"/>
        </w:rPr>
        <w:t>51:29  koi chart nahi dekhenge aap jo haqeeqat hai ramzan. rooh ramzan par ho to yeh jo log masjidon aur madarson ko chala rahe hain, un ki zimmedari hai ke woh form based region chala rakha hai, unhon ne spirit based region ki baaten nahi karte.</w:t>
      </w:r>
      <w:r>
        <w:br/>
      </w:r>
      <w:r>
        <w:rPr>
          <w:sz w:val="20"/>
        </w:rPr>
        <w:t>51:47  woh isi ka wajah se yeh sab hai, yeh halat hai. maulana, yeh agla comment aur question hai mr danish fazal ka lucknow se</w:t>
      </w:r>
      <w:r>
        <w:br/>
      </w:r>
      <w:r>
        <w:rPr>
          <w:sz w:val="20"/>
        </w:rPr>
        <w:t>51:57  : "thank you maulana sahib for giving us such a valuable thought provoking gift for ramzan, that is giving spirit.</w:t>
      </w:r>
      <w:r>
        <w:br/>
      </w:r>
      <w:r>
        <w:rPr>
          <w:sz w:val="20"/>
        </w:rPr>
        <w:t>52:07  today i really discovered the spirit of ramzan." un ka sawal hai: "while in the state of tadabbur, we might go astray because of less knowledge of islam.</w:t>
      </w:r>
      <w:r>
        <w:br/>
      </w:r>
      <w:r>
        <w:rPr>
          <w:sz w:val="20"/>
        </w:rPr>
        <w:t>52:21  so how can we save us from un authentic distractive things?" distractive things</w:t>
      </w:r>
      <w:r>
        <w:br/>
      </w:r>
      <w:r>
        <w:rPr>
          <w:sz w:val="20"/>
        </w:rPr>
        <w:t>52:27  bhai, is ka taalluq knowledge se nahi hai. har insan ke paas nature hai, consciousness hai, sochne ki taqat hai. bas bhai, kafi hai sochne ke liye, wahi sochne ke liye kafi hai.</w:t>
      </w:r>
      <w:r>
        <w:br/>
      </w:r>
      <w:r>
        <w:rPr>
          <w:sz w:val="20"/>
        </w:rPr>
        <w:t>52:43  jaise main bol raha tha to main ajeeb, mera haal hua ke main kaise bol raha hoon. yani dimagh ne socha, zuban par woh thought kaise aya, zuban kaise boli,</w:t>
      </w:r>
      <w:r>
        <w:br/>
      </w:r>
      <w:r>
        <w:rPr>
          <w:sz w:val="20"/>
        </w:rPr>
        <w:t>52:55  kaise woh dhal gaya alfaaz mein. is ke liye kya zaroorat hai ke aap scientific degree len? scientific degree zaroorat hai.</w:t>
      </w:r>
      <w:r>
        <w:br/>
      </w:r>
      <w:r>
        <w:rPr>
          <w:sz w:val="20"/>
        </w:rPr>
        <w:t>53:04  abhi kal jab main main khana bohat mamooli khana khata hoon, saada khana, jab main kha raha tha to main ne apa se kaha ke dekho, yeh yeh hum pet mein daal dete hain, is ke baad hamein kuch nahi karna.</w:t>
      </w:r>
      <w:r>
        <w:br/>
      </w:r>
      <w:r>
        <w:rPr>
          <w:sz w:val="20"/>
        </w:rPr>
        <w:t>53:17  apne aap hi ek ek factory chal jati hai jo is ko tarah tarah ke cell mein tabdeel karti hai. yani khoon banta hai, gosht banta hai, naakhoon banta hai, baal banta hai.</w:t>
      </w:r>
      <w:r>
        <w:br/>
      </w:r>
      <w:r>
        <w:rPr>
          <w:sz w:val="20"/>
        </w:rPr>
        <w:t>53:30  is ke liye scientific degree kya zaroorat hai? yeh aqal jo hai, is ko kehte hain aqal aam, common sense.</w:t>
      </w:r>
      <w:r>
        <w:br/>
      </w:r>
      <w:r>
        <w:rPr>
          <w:sz w:val="20"/>
        </w:rPr>
        <w:t>53:39  dekhen, tadabbur hota hai common sense ke zariye se, degree ke zariye se nahi.</w:t>
      </w:r>
      <w:r>
        <w:br/>
      </w:r>
      <w:r>
        <w:rPr>
          <w:sz w:val="20"/>
        </w:rPr>
        <w:t>53:45  isi liye jo bare bare degree yafta hain, un ka tadabbur hai hi nahi. bare bare degree yafta ka main ne tadabbur nahi paya. aap bhi dhoond lijiye, tadabbur hota hai common sense ke zariye se, aur common sense aap ko khalq ki taraf se milta hai.</w:t>
      </w:r>
      <w:r>
        <w:br/>
      </w:r>
      <w:r>
        <w:rPr>
          <w:sz w:val="20"/>
        </w:rPr>
        <w:t>54:02  khaliq ki taraf se yeh bilkul galat soch hai ke degreeon wale soch tadabbur kar sakte hain. degree wale tadabbur karte hi nahi kyunke woh technical knowledge in ko hoti hai, fanni knowledge hoti hai.</w:t>
      </w:r>
      <w:r>
        <w:br/>
      </w:r>
      <w:r>
        <w:rPr>
          <w:sz w:val="20"/>
        </w:rPr>
        <w:t>54:13  fanniyat mein phanse rehte hain woh.</w:t>
      </w:r>
    </w:p>
    <w:p>
      <w:pPr>
        <w:pStyle w:val="Heading2"/>
      </w:pPr>
      <w:r>
        <w:t>Who will succeed Maulana as writer and speaker?</w:t>
      </w:r>
    </w:p>
    <w:p>
      <w:r>
        <w:rPr>
          <w:color w:val="666666"/>
          <w:sz w:val="18"/>
        </w:rPr>
        <w:t>Society &amp; Dawah · Purpose Of Human Life -12th Feb. '12 · 11m 03s · at 1:02:38 · https://youtu.be/TCGYvGJHf7w?t=3758</w:t>
      </w:r>
    </w:p>
    <w:p>
      <w:r>
        <w:rPr>
          <w:i/>
        </w:rPr>
        <w:t>“Who is going to be like Maulana after he has passed away? Did he prepare anyone like him who is going to be a prolific writer and speaker?”</w:t>
      </w:r>
    </w:p>
    <w:p>
      <w:r>
        <w:rPr>
          <w:sz w:val="20"/>
        </w:rPr>
        <w:t>1:02:38  Okay, we'll start the question-answer session now. Maulana, yeh sawal aaya hai Mr. Khaja Kaleemuddin ka Pennsylvania se. unhone likha hai: "Maulana sahib, I often come across with a question from the people asking who is going to be like Maulana after he has passed away. Did he prepare anyone like him who is going to be a prolific writer and speaker?"</w:t>
      </w:r>
      <w:r>
        <w:br/>
      </w:r>
      <w:r>
        <w:rPr>
          <w:sz w:val="20"/>
        </w:rPr>
        <w:t>1:03:08  My reply to such people always has been that Maulana has never been trying to clone himself who</w:t>
      </w:r>
      <w:r>
        <w:br/>
      </w:r>
      <w:r>
        <w:rPr>
          <w:sz w:val="20"/>
        </w:rPr>
        <w:t>1:03:13  can be another Maulana Vaiduddin Khan.</w:t>
      </w:r>
      <w:r>
        <w:br/>
      </w:r>
      <w:r>
        <w:rPr>
          <w:sz w:val="20"/>
        </w:rPr>
        <w:t>1:03:19  Rather, he is trying to raise the awareness of all and sundry so that every person becomes a</w:t>
      </w:r>
      <w:r>
        <w:br/>
      </w:r>
      <w:r>
        <w:rPr>
          <w:sz w:val="20"/>
        </w:rPr>
        <w:t>1:03:24  thinking person, a person who discovers the reality on his own.</w:t>
      </w:r>
      <w:r>
        <w:br/>
      </w:r>
      <w:r>
        <w:rPr>
          <w:sz w:val="20"/>
        </w:rPr>
        <w:t>1:03:30  Maulana, with his literature, has initiated a process with which people may evolve into peaceful beings who can</w:t>
      </w:r>
      <w:r>
        <w:br/>
      </w:r>
      <w:r>
        <w:rPr>
          <w:sz w:val="20"/>
        </w:rPr>
        <w:t>1:03:35  establish peace in the world.</w:t>
      </w:r>
      <w:r>
        <w:br/>
      </w:r>
      <w:r>
        <w:rPr>
          <w:sz w:val="20"/>
        </w:rPr>
        <w:t>1:03:41  Thus, he is making a way so that someone greater than him may be born." Maulana sahib, please comment on my reply.</w:t>
      </w:r>
      <w:r>
        <w:br/>
      </w:r>
      <w:r>
        <w:rPr>
          <w:sz w:val="20"/>
        </w:rPr>
        <w:t>1:03:51  theek hai, aap ne bilkul sahi jawab diya hai.</w:t>
      </w:r>
      <w:r>
        <w:br/>
      </w:r>
      <w:r>
        <w:rPr>
          <w:sz w:val="20"/>
        </w:rPr>
        <w:t>1:03:56  haqeeqat yeh hai ke dunya mein hamesha literature hi se kaam hua hai.</w:t>
      </w:r>
      <w:r>
        <w:br/>
      </w:r>
      <w:r>
        <w:rPr>
          <w:sz w:val="20"/>
        </w:rPr>
        <w:t>1:04:01  jitne tehreekein hain, insaan to hamesha baqi nahin rehta.</w:t>
      </w:r>
      <w:r>
        <w:br/>
      </w:r>
      <w:r>
        <w:rPr>
          <w:sz w:val="20"/>
        </w:rPr>
        <w:t>1:04:06  jitne barhe barhe movement hain, woh sab literature hi se aage barhe hain.</w:t>
      </w:r>
      <w:r>
        <w:br/>
      </w:r>
      <w:r>
        <w:rPr>
          <w:sz w:val="20"/>
        </w:rPr>
        <w:t>1:04:11  chahe Marxism ho, chahe Darwinism ho, chahe Democracy ho.</w:t>
      </w:r>
      <w:r>
        <w:br/>
      </w:r>
      <w:r>
        <w:rPr>
          <w:sz w:val="20"/>
        </w:rPr>
        <w:t>1:04:16  jitne bhi tehreekein hain, literature hi ke bal par aage barhi hain.</w:t>
      </w:r>
      <w:r>
        <w:br/>
      </w:r>
      <w:r>
        <w:rPr>
          <w:sz w:val="20"/>
        </w:rPr>
        <w:t>1:04:22  aur Allah ke fazl se yahan literature aisa tayyar ho chuka hai jo har cheez ko replace karta hai.</w:t>
      </w:r>
      <w:r>
        <w:br/>
      </w:r>
      <w:r>
        <w:rPr>
          <w:sz w:val="20"/>
        </w:rPr>
        <w:t>1:04:27  abhi aaj hi mujhe ek news mili ek shehar se India ke.</w:t>
      </w:r>
      <w:r>
        <w:br/>
      </w:r>
      <w:r>
        <w:rPr>
          <w:sz w:val="20"/>
        </w:rPr>
        <w:t>1:04:32  ek saahab ko yaani daryaft hui is mission ki.</w:t>
      </w:r>
      <w:r>
        <w:br/>
      </w:r>
      <w:r>
        <w:rPr>
          <w:sz w:val="20"/>
        </w:rPr>
        <w:t>1:04:37  aur kitabon ko parha unhon ne.</w:t>
      </w:r>
      <w:r>
        <w:br/>
      </w:r>
      <w:r>
        <w:rPr>
          <w:sz w:val="20"/>
        </w:rPr>
        <w:t>1:04:42  to unhon ne andha dhundh kitabon ko phailana shuru kar diya.</w:t>
      </w:r>
      <w:r>
        <w:br/>
      </w:r>
      <w:r>
        <w:rPr>
          <w:sz w:val="20"/>
        </w:rPr>
        <w:t>1:04:47  aaj hi mujhe Masih Ibrahim kehte hain ke main ek ek insaan tak in kitabon ko pahunchaoonga.</w:t>
      </w:r>
      <w:r>
        <w:br/>
      </w:r>
      <w:r>
        <w:rPr>
          <w:sz w:val="20"/>
        </w:rPr>
        <w:t>1:04:53  to log, mere khayal se, yeh log parhte nahin.</w:t>
      </w:r>
      <w:r>
        <w:br/>
      </w:r>
      <w:r>
        <w:rPr>
          <w:sz w:val="20"/>
        </w:rPr>
        <w:t>1:04:58  woh jante nahin ke literature ki shakal mein kaisi cheez tayyar ho gayi hai.</w:t>
      </w:r>
      <w:r>
        <w:br/>
      </w:r>
      <w:r>
        <w:rPr>
          <w:sz w:val="20"/>
        </w:rPr>
        <w:t>1:05:03  aaj hi subah telephone ke zariye mujhe ek sahab ne bataya ke inke paas telephone aaya hai.</w:t>
      </w:r>
      <w:r>
        <w:br/>
      </w:r>
      <w:r>
        <w:rPr>
          <w:sz w:val="20"/>
        </w:rPr>
        <w:t>1:05:08  ke inke andar ek zabardast jazba jaag utha hai ke is literature ko mujhe saare insanon tak pahunchana hai.</w:t>
      </w:r>
      <w:r>
        <w:br/>
      </w:r>
      <w:r>
        <w:rPr>
          <w:sz w:val="20"/>
        </w:rPr>
        <w:t>1:05:13  is ke liye woh apna waqt, apna maal, apni energy sab laga rakha hai unhon ne.</w:t>
      </w:r>
      <w:r>
        <w:br/>
      </w:r>
      <w:r>
        <w:rPr>
          <w:sz w:val="20"/>
        </w:rPr>
        <w:t>1:05:18  to aap aisi baatein kyun karte hain? dekhiye, Quran mein hai ke qunoot haraam hai.</w:t>
      </w:r>
      <w:r>
        <w:br/>
      </w:r>
      <w:r>
        <w:rPr>
          <w:sz w:val="20"/>
        </w:rPr>
        <w:t>1:05:24  mayusi haraam hai.</w:t>
      </w:r>
      <w:r>
        <w:br/>
      </w:r>
      <w:r>
        <w:rPr>
          <w:sz w:val="20"/>
        </w:rPr>
        <w:t>1:05:29  to is mein main aksar sochta hoon ke mayusi ko Allah taala ne kyun haraam kiya? yaani agar</w:t>
      </w:r>
      <w:r>
        <w:br/>
      </w:r>
      <w:r>
        <w:rPr>
          <w:sz w:val="20"/>
        </w:rPr>
        <w:t>1:05:34  mayusi ke asbab maujood hon to us ko haraam nahin keh sakta.</w:t>
      </w:r>
      <w:r>
        <w:br/>
      </w:r>
      <w:r>
        <w:rPr>
          <w:sz w:val="20"/>
        </w:rPr>
        <w:t>1:05:39  pehle mayusi ke asbab ko khatam karna parega tab mayusi ko haraam kar sakte hain aap.</w:t>
      </w:r>
      <w:r>
        <w:br/>
      </w:r>
      <w:r>
        <w:rPr>
          <w:sz w:val="20"/>
        </w:rPr>
        <w:t>1:05:44  yeh naam karna hai ke Allah taala mayusion ke duniya mein insan ko chhod de aur kahe ke</w:t>
      </w:r>
      <w:r>
        <w:br/>
      </w:r>
      <w:r>
        <w:rPr>
          <w:sz w:val="20"/>
        </w:rPr>
        <w:t>1:05:50  mayoos mat ho.</w:t>
      </w:r>
      <w:r>
        <w:br/>
      </w:r>
      <w:r>
        <w:rPr>
          <w:sz w:val="20"/>
        </w:rPr>
        <w:t>1:05:55  darmiyan qal darya takht bandam kardi badmi goyi kas daman tar mak hooshiyar bash aisa nahin ho sakta hai.</w:t>
      </w:r>
      <w:r>
        <w:br/>
      </w:r>
      <w:r>
        <w:rPr>
          <w:sz w:val="20"/>
        </w:rPr>
        <w:t>1:06:00  doosri baat yeh hai ke sab se badi taqat Allah taala ki hai.</w:t>
      </w:r>
      <w:r>
        <w:br/>
      </w:r>
      <w:r>
        <w:rPr>
          <w:sz w:val="20"/>
        </w:rPr>
        <w:t>1:06:05  jo har waqt aap ke liye, har waqt aap ke liye maujood hai.</w:t>
      </w:r>
      <w:r>
        <w:br/>
      </w:r>
      <w:r>
        <w:rPr>
          <w:sz w:val="20"/>
        </w:rPr>
        <w:t>1:06:10  har insan ke liye.</w:t>
      </w:r>
      <w:r>
        <w:br/>
      </w:r>
      <w:r>
        <w:rPr>
          <w:sz w:val="20"/>
        </w:rPr>
        <w:t>1:06:15  hata ke andhe ke liye bhi maujood hai.</w:t>
      </w:r>
      <w:r>
        <w:br/>
      </w:r>
      <w:r>
        <w:rPr>
          <w:sz w:val="20"/>
        </w:rPr>
        <w:t>1:06:21  main aap ka kal ka tajruba aap ko batata hoon.</w:t>
      </w:r>
      <w:r>
        <w:br/>
      </w:r>
      <w:r>
        <w:rPr>
          <w:sz w:val="20"/>
        </w:rPr>
        <w:t>1:06:26  kal, abhi kal shaam ka.</w:t>
      </w:r>
      <w:r>
        <w:br/>
      </w:r>
      <w:r>
        <w:rPr>
          <w:sz w:val="20"/>
        </w:rPr>
        <w:t>1:06:31  dilli ke ek bahut bade center mein kal ek program tha.</w:t>
      </w:r>
      <w:r>
        <w:br/>
      </w:r>
      <w:r>
        <w:rPr>
          <w:sz w:val="20"/>
        </w:rPr>
        <w:t>1:06:36  wahan ek American professor aaye hue the.</w:t>
      </w:r>
      <w:r>
        <w:br/>
      </w:r>
      <w:r>
        <w:rPr>
          <w:sz w:val="20"/>
        </w:rPr>
        <w:t>1:06:41  ek senior professor jo wahan par mazhab ko parhate hain.</w:t>
      </w:r>
      <w:r>
        <w:br/>
      </w:r>
      <w:r>
        <w:rPr>
          <w:sz w:val="20"/>
        </w:rPr>
        <w:t>1:06:46  to ek bahut zabardast program tha, scholars akatthe the is mein.</w:t>
      </w:r>
      <w:r>
        <w:br/>
      </w:r>
      <w:r>
        <w:rPr>
          <w:sz w:val="20"/>
        </w:rPr>
        <w:t>1:06:52  aur speaker sirf do the.</w:t>
      </w:r>
      <w:r>
        <w:br/>
      </w:r>
      <w:r>
        <w:rPr>
          <w:sz w:val="20"/>
        </w:rPr>
        <w:t>1:06:57  sirf do ko bolna tha wahan.</w:t>
      </w:r>
      <w:r>
        <w:br/>
      </w:r>
      <w:r>
        <w:rPr>
          <w:sz w:val="20"/>
        </w:rPr>
        <w:t>1:07:02  woh jo thay woh christian ko le kar, christianity ko le kar bolne thay.</w:t>
      </w:r>
      <w:r>
        <w:br/>
      </w:r>
      <w:r>
        <w:rPr>
          <w:sz w:val="20"/>
        </w:rPr>
        <w:t>1:07:07  yani christianity and peace, yeh un ka subject tha.</w:t>
      </w:r>
      <w:r>
        <w:br/>
      </w:r>
      <w:r>
        <w:rPr>
          <w:sz w:val="20"/>
        </w:rPr>
        <w:t>1:07:12  doosra speaker mein tha.</w:t>
      </w:r>
      <w:r>
        <w:br/>
      </w:r>
      <w:r>
        <w:rPr>
          <w:sz w:val="20"/>
        </w:rPr>
        <w:t>1:07:18  islam and peace.</w:t>
      </w:r>
      <w:r>
        <w:br/>
      </w:r>
      <w:r>
        <w:rPr>
          <w:sz w:val="20"/>
        </w:rPr>
        <w:t>1:07:23  ab pehli baar aisa hua meri zindagi mein ke aik senior american professor ke sath mein baitha hoon.</w:t>
      </w:r>
      <w:r>
        <w:br/>
      </w:r>
      <w:r>
        <w:rPr>
          <w:sz w:val="20"/>
        </w:rPr>
        <w:t>1:07:28  aik us ki taqreer, doosri meri taqreer.</w:t>
      </w:r>
      <w:r>
        <w:br/>
      </w:r>
      <w:r>
        <w:rPr>
          <w:sz w:val="20"/>
        </w:rPr>
        <w:t>1:07:33  to mein yaqeen kijiye ke mein bilkul andar se, yani dil mera kaanp raha tha ke.</w:t>
      </w:r>
      <w:r>
        <w:br/>
      </w:r>
      <w:r>
        <w:rPr>
          <w:sz w:val="20"/>
        </w:rPr>
        <w:t>1:07:38  aur woh aadmi, us ki angrezi us ki madri zuban hai.</w:t>
      </w:r>
      <w:r>
        <w:br/>
      </w:r>
      <w:r>
        <w:rPr>
          <w:sz w:val="20"/>
        </w:rPr>
        <w:t>1:07:43  wohi shobay mein taleem hasil ki hai.</w:t>
      </w:r>
      <w:r>
        <w:br/>
      </w:r>
      <w:r>
        <w:rPr>
          <w:sz w:val="20"/>
        </w:rPr>
        <w:t>1:07:49  isi ka professor hai.</w:t>
      </w:r>
      <w:r>
        <w:br/>
      </w:r>
      <w:r>
        <w:rPr>
          <w:sz w:val="20"/>
        </w:rPr>
        <w:t>1:07:54  isi par research kiya hai.</w:t>
      </w:r>
      <w:r>
        <w:br/>
      </w:r>
      <w:r>
        <w:rPr>
          <w:sz w:val="20"/>
        </w:rPr>
        <w:t>1:07:59  isi ka expert hai woh.</w:t>
      </w:r>
      <w:r>
        <w:br/>
      </w:r>
      <w:r>
        <w:rPr>
          <w:sz w:val="20"/>
        </w:rPr>
        <w:t>1:08:04  to aik american professor yahan baitha hua hai, doosri taraf mein baitha hoon.</w:t>
      </w:r>
      <w:r>
        <w:br/>
      </w:r>
      <w:r>
        <w:rPr>
          <w:sz w:val="20"/>
        </w:rPr>
        <w:t>1:08:09  mein aik madrassay ka molvi.</w:t>
      </w:r>
      <w:r>
        <w:br/>
      </w:r>
      <w:r>
        <w:rPr>
          <w:sz w:val="20"/>
        </w:rPr>
        <w:t>1:08:14  meri taleem to molvi wali taleem hui hai.</w:t>
      </w:r>
      <w:r>
        <w:br/>
      </w:r>
      <w:r>
        <w:rPr>
          <w:sz w:val="20"/>
        </w:rPr>
        <w:t>1:08:20  to us waqt aap yaqeen kijiye ke mere dil mein yeh aata tha ke kaash koi mujhe mil</w:t>
      </w:r>
      <w:r>
        <w:br/>
      </w:r>
      <w:r>
        <w:rPr>
          <w:sz w:val="20"/>
        </w:rPr>
        <w:t>1:08:25  jaye bhagne ka aaj moqa.</w:t>
      </w:r>
      <w:r>
        <w:br/>
      </w:r>
      <w:r>
        <w:rPr>
          <w:sz w:val="20"/>
        </w:rPr>
        <w:t>1:08:30  koi wajah mil jaye.</w:t>
      </w:r>
      <w:r>
        <w:br/>
      </w:r>
      <w:r>
        <w:rPr>
          <w:sz w:val="20"/>
        </w:rPr>
        <w:t>1:08:35  bas mein faint ho jaon.</w:t>
      </w:r>
      <w:r>
        <w:br/>
      </w:r>
      <w:r>
        <w:rPr>
          <w:sz w:val="20"/>
        </w:rPr>
        <w:t>1:08:40  ya koi aisi baat ho jaye ke mujhe aik aik excuse mil jaye ke mein stage chor ke chala jaon.</w:t>
      </w:r>
      <w:r>
        <w:br/>
      </w:r>
      <w:r>
        <w:rPr>
          <w:sz w:val="20"/>
        </w:rPr>
        <w:t>1:08:45  jaise aise khayalat aa rahe thay.</w:t>
      </w:r>
      <w:r>
        <w:br/>
      </w:r>
      <w:r>
        <w:rPr>
          <w:sz w:val="20"/>
        </w:rPr>
        <w:t>1:08:51  lekin zahir hai ke mein uth nahi sakta tha.</w:t>
      </w:r>
      <w:r>
        <w:br/>
      </w:r>
      <w:r>
        <w:rPr>
          <w:sz w:val="20"/>
        </w:rPr>
        <w:t>1:08:56  to mein ne Allah taala se dua ki.</w:t>
      </w:r>
      <w:r>
        <w:br/>
      </w:r>
      <w:r>
        <w:rPr>
          <w:sz w:val="20"/>
        </w:rPr>
        <w:t>1:09:01  mein ne kaha khuda ya to.</w:t>
      </w:r>
      <w:r>
        <w:br/>
      </w:r>
      <w:r>
        <w:rPr>
          <w:sz w:val="20"/>
        </w:rPr>
        <w:t>1:09:06  jab aadmi deewangi mein bolta hai to ajeeb baatein bolta hai woh.</w:t>
      </w:r>
      <w:r>
        <w:br/>
      </w:r>
      <w:r>
        <w:rPr>
          <w:sz w:val="20"/>
        </w:rPr>
        <w:t>1:09:11  jo hadith mein hai ke rub' al-shazaq matfu' bil-wab la aqsim Allah illa bar to deewane ki koi</w:t>
      </w:r>
      <w:r>
        <w:br/>
      </w:r>
      <w:r>
        <w:rPr>
          <w:sz w:val="20"/>
        </w:rPr>
        <w:t>1:09:17  zaban nahi hoti, yaad rakhiye.</w:t>
      </w:r>
      <w:r>
        <w:br/>
      </w:r>
      <w:r>
        <w:rPr>
          <w:sz w:val="20"/>
        </w:rPr>
        <w:t>1:09:22  main ne kaha khuda ya to jibril ko dobara bhej de. zameen par.</w:t>
      </w:r>
      <w:r>
        <w:br/>
      </w:r>
      <w:r>
        <w:rPr>
          <w:sz w:val="20"/>
        </w:rPr>
        <w:t>1:09:27  main bator human face ke ja raha hoon.</w:t>
      </w:r>
      <w:r>
        <w:br/>
      </w:r>
      <w:r>
        <w:rPr>
          <w:sz w:val="20"/>
        </w:rPr>
        <w:t>1:09:32  ab bolne wala jibril ho.</w:t>
      </w:r>
      <w:r>
        <w:br/>
      </w:r>
      <w:r>
        <w:rPr>
          <w:sz w:val="20"/>
        </w:rPr>
        <w:t>1:09:37  to waqea yeh hai ke is waqt jo main ne mein bola, jo chhodne walon se aap poochh lijiyey.</w:t>
      </w:r>
      <w:r>
        <w:br/>
      </w:r>
      <w:r>
        <w:rPr>
          <w:sz w:val="20"/>
        </w:rPr>
        <w:t>1:09:42  ek sahib ne is ko etiraf kiya ke jo level of confidence aap ka tha woh is ka nahi tha.</w:t>
      </w:r>
      <w:r>
        <w:br/>
      </w:r>
      <w:r>
        <w:rPr>
          <w:sz w:val="20"/>
        </w:rPr>
        <w:t>1:09:48  is Christian professor ka, American professor ka, white professor tha woh.</w:t>
      </w:r>
      <w:r>
        <w:br/>
      </w:r>
      <w:r>
        <w:rPr>
          <w:sz w:val="20"/>
        </w:rPr>
        <w:t>1:09:53  is ka level of confidence jo tha us se bohat zyada tha aap ka level of confidence.</w:t>
      </w:r>
      <w:r>
        <w:br/>
      </w:r>
      <w:r>
        <w:rPr>
          <w:sz w:val="20"/>
        </w:rPr>
        <w:t>1:09:58  aadh ghante tak bolta raha main, tees minute tak.</w:t>
      </w:r>
      <w:r>
        <w:br/>
      </w:r>
      <w:r>
        <w:rPr>
          <w:sz w:val="20"/>
        </w:rPr>
        <w:t>1:10:03  to kaise log hain jo jin ko Khuda par bharosa nahi? log apni madi zaruraton ke liye Khuda</w:t>
      </w:r>
      <w:r>
        <w:br/>
      </w:r>
      <w:r>
        <w:rPr>
          <w:sz w:val="20"/>
        </w:rPr>
        <w:t>1:10:08  se mangna jante hain.</w:t>
      </w:r>
      <w:r>
        <w:br/>
      </w:r>
      <w:r>
        <w:rPr>
          <w:sz w:val="20"/>
        </w:rPr>
        <w:t>1:10:13  dawat Allah ke liye mangna nahi jante.</w:t>
      </w:r>
      <w:r>
        <w:br/>
      </w:r>
      <w:r>
        <w:rPr>
          <w:sz w:val="20"/>
        </w:rPr>
        <w:t>1:10:19  main ne aise log dekhe hain jo tarp tarp kar dua karte hain bimari ke liye, bachche ke</w:t>
      </w:r>
      <w:r>
        <w:br/>
      </w:r>
      <w:r>
        <w:rPr>
          <w:sz w:val="20"/>
        </w:rPr>
        <w:t>1:10:24  liye, apni madi cheezon ke liye.</w:t>
      </w:r>
      <w:r>
        <w:br/>
      </w:r>
      <w:r>
        <w:rPr>
          <w:sz w:val="20"/>
        </w:rPr>
        <w:t>1:10:29  isi tarah se aap Allah se mangen to Allah ki madad uṛ paṛegi aap ke upar.</w:t>
      </w:r>
      <w:r>
        <w:br/>
      </w:r>
      <w:r>
        <w:rPr>
          <w:sz w:val="20"/>
        </w:rPr>
        <w:t>1:10:34  ek kal ek ek ek ek sahib mile mujhe, ek ek ek naujawan jo ke hamare da'wati program</w:t>
      </w:r>
      <w:r>
        <w:br/>
      </w:r>
      <w:r>
        <w:rPr>
          <w:sz w:val="20"/>
        </w:rPr>
        <w:t>1:10:39  mein lage hue hain.</w:t>
      </w:r>
      <w:r>
        <w:br/>
      </w:r>
      <w:r>
        <w:rPr>
          <w:sz w:val="20"/>
        </w:rPr>
        <w:t>1:10:45  woh barabar kaam kar rahe hain da'wati.</w:t>
      </w:r>
      <w:r>
        <w:br/>
      </w:r>
      <w:r>
        <w:rPr>
          <w:sz w:val="20"/>
        </w:rPr>
        <w:t>1:10:50  yahan bhi ate hain.</w:t>
      </w:r>
      <w:r>
        <w:br/>
      </w:r>
      <w:r>
        <w:rPr>
          <w:sz w:val="20"/>
        </w:rPr>
        <w:t>1:10:55  to unhon ne yeh kaha ke main da'wati kaam to kar raha hoon, jana paṛta hai mujhe Hinduon</w:t>
      </w:r>
      <w:r>
        <w:br/>
      </w:r>
      <w:r>
        <w:rPr>
          <w:sz w:val="20"/>
        </w:rPr>
        <w:t>1:11:00  mein, Isaiyon mein, har jagah.</w:t>
      </w:r>
      <w:r>
        <w:br/>
      </w:r>
      <w:r>
        <w:rPr>
          <w:sz w:val="20"/>
        </w:rPr>
        <w:t>1:11:05  lekin mera level of confidence jo hai woh bohat kam hai.</w:t>
      </w:r>
      <w:r>
        <w:br/>
      </w:r>
      <w:r>
        <w:rPr>
          <w:sz w:val="20"/>
        </w:rPr>
        <w:t>1:11:10  yeh kaha unhon ne.</w:t>
      </w:r>
      <w:r>
        <w:br/>
      </w:r>
      <w:r>
        <w:rPr>
          <w:sz w:val="20"/>
        </w:rPr>
        <w:t>1:11:16  jo confidence hona chahiye us ka us se main hi dawat kar pata hoon.</w:t>
      </w:r>
      <w:r>
        <w:br/>
      </w:r>
      <w:r>
        <w:rPr>
          <w:sz w:val="20"/>
        </w:rPr>
        <w:t>1:11:21  to mein ne kaha ke aaj aap maujood thay yahan par.</w:t>
      </w:r>
      <w:r>
        <w:br/>
      </w:r>
      <w:r>
        <w:rPr>
          <w:sz w:val="20"/>
        </w:rPr>
        <w:t>1:11:26  yeh qissa bataya mein ne in ko.</w:t>
      </w:r>
      <w:r>
        <w:br/>
      </w:r>
      <w:r>
        <w:rPr>
          <w:sz w:val="20"/>
        </w:rPr>
        <w:t>1:11:31  woh maujood thay kal.</w:t>
      </w:r>
      <w:r>
        <w:br/>
      </w:r>
      <w:r>
        <w:rPr>
          <w:sz w:val="20"/>
        </w:rPr>
        <w:t>1:11:36  to mujhe un se unhon ne poocha ke aap mujhe bataiye ke woh American professor tha aur mein</w:t>
      </w:r>
      <w:r>
        <w:br/>
      </w:r>
      <w:r>
        <w:rPr>
          <w:sz w:val="20"/>
        </w:rPr>
        <w:t>1:11:41  aik molvi tha.</w:t>
      </w:r>
      <w:r>
        <w:br/>
      </w:r>
      <w:r>
        <w:rPr>
          <w:sz w:val="20"/>
        </w:rPr>
        <w:t>1:11:47  donon ki taqreer suni aap ne.</w:t>
      </w:r>
      <w:r>
        <w:br/>
      </w:r>
      <w:r>
        <w:rPr>
          <w:sz w:val="20"/>
        </w:rPr>
        <w:t>1:11:52  donon mein level of confidence ke aitbaar se aap number dijiye.</w:t>
      </w:r>
      <w:r>
        <w:br/>
      </w:r>
      <w:r>
        <w:rPr>
          <w:sz w:val="20"/>
        </w:rPr>
        <w:t>1:11:57  unhon ne kaha ke aap ka level of confidence barha hua tha.</w:t>
      </w:r>
      <w:r>
        <w:br/>
      </w:r>
      <w:r>
        <w:rPr>
          <w:sz w:val="20"/>
        </w:rPr>
        <w:t>1:12:02  mein ne kaha barha hua tha, Allah hi se, Allah Allah se dua kar rahe thay.</w:t>
      </w:r>
      <w:r>
        <w:br/>
      </w:r>
      <w:r>
        <w:rPr>
          <w:sz w:val="20"/>
        </w:rPr>
        <w:t>1:12:07  mere andar kuch bhi nahi tha mere andar.</w:t>
      </w:r>
      <w:r>
        <w:br/>
      </w:r>
      <w:r>
        <w:rPr>
          <w:sz w:val="20"/>
        </w:rPr>
        <w:t>1:12:12  isi ko Hazrat Masih ne kaha tha ke mango to pao ge.</w:t>
      </w:r>
      <w:r>
        <w:br/>
      </w:r>
      <w:r>
        <w:rPr>
          <w:sz w:val="20"/>
        </w:rPr>
        <w:t>1:12:18  darwaza khatkhatao, tumhare liye khula jaye ga.</w:t>
      </w:r>
      <w:r>
        <w:br/>
      </w:r>
      <w:r>
        <w:rPr>
          <w:sz w:val="20"/>
        </w:rPr>
        <w:t>1:12:23  bohat ajeeb baat unhon ne kahi ke woh kon baap hai ke is ka beta is se machhli</w:t>
      </w:r>
      <w:r>
        <w:br/>
      </w:r>
      <w:r>
        <w:rPr>
          <w:sz w:val="20"/>
        </w:rPr>
        <w:t>1:12:28  mange, is ke haath mein saamp rakh de.</w:t>
      </w:r>
      <w:r>
        <w:br/>
      </w:r>
      <w:r>
        <w:rPr>
          <w:sz w:val="20"/>
        </w:rPr>
        <w:t>1:12:33  aik bari ajeeb taqreer hai Hazrat Masih ki Bible mein.</w:t>
      </w:r>
      <w:r>
        <w:br/>
      </w:r>
      <w:r>
        <w:rPr>
          <w:sz w:val="20"/>
        </w:rPr>
        <w:t>1:12:38  mango to pao ge.</w:t>
      </w:r>
      <w:r>
        <w:br/>
      </w:r>
      <w:r>
        <w:rPr>
          <w:sz w:val="20"/>
        </w:rPr>
        <w:t>1:12:44  darwaza khatkhatao, tumhara is se khula jaye ga.</w:t>
      </w:r>
      <w:r>
        <w:br/>
      </w:r>
      <w:r>
        <w:rPr>
          <w:sz w:val="20"/>
        </w:rPr>
        <w:t>1:12:49  woh kon baap hai ke is ka beta is se machhli mange, is ke haath mein saamp rakh de.</w:t>
      </w:r>
      <w:r>
        <w:br/>
      </w:r>
      <w:r>
        <w:rPr>
          <w:sz w:val="20"/>
        </w:rPr>
        <w:t>1:12:54  to is mission ke sath na sirf literature maujood hai na sirf Quran maujood hai balkeh Allah taala maujood hai.</w:t>
      </w:r>
      <w:r>
        <w:br/>
      </w:r>
      <w:r>
        <w:rPr>
          <w:sz w:val="20"/>
        </w:rPr>
        <w:t>1:12:59  Allah taala tamam farishton ke sath maujood hai.</w:t>
      </w:r>
      <w:r>
        <w:br/>
      </w:r>
      <w:r>
        <w:rPr>
          <w:sz w:val="20"/>
        </w:rPr>
        <w:t>1:13:04  to kis baat ka khauf, kis baat ka gham? kya aap isi Allah ke sath, isi be aitimadi</w:t>
      </w:r>
      <w:r>
        <w:br/>
      </w:r>
      <w:r>
        <w:rPr>
          <w:sz w:val="20"/>
        </w:rPr>
        <w:t>1:13:09  ke sath jiyen ge to Allah ka saamna kar paen ge aap? jo log is be aitimadi ke</w:t>
      </w:r>
      <w:r>
        <w:br/>
      </w:r>
      <w:r>
        <w:rPr>
          <w:sz w:val="20"/>
        </w:rPr>
        <w:t>1:13:15  sath jeena chahte hain duniya mein, woh is be aitimadi ko le kar kiya Allah se milna chahte</w:t>
      </w:r>
      <w:r>
        <w:br/>
      </w:r>
      <w:r>
        <w:rPr>
          <w:sz w:val="20"/>
        </w:rPr>
        <w:t>1:13:20  hain aakhirat mein? yeh sab shaitani waswase hain, yaad rakhiye.</w:t>
      </w:r>
      <w:r>
        <w:br/>
      </w:r>
      <w:r>
        <w:rPr>
          <w:sz w:val="20"/>
        </w:rPr>
        <w:t>1:13:25  aur jab bhi yeh waswase aayen to kahiye la haula wa la quwwata illa billahil azeem la haula wa la</w:t>
      </w:r>
      <w:r>
        <w:br/>
      </w:r>
      <w:r>
        <w:rPr>
          <w:sz w:val="20"/>
        </w:rPr>
        <w:t>1:13:30  quwwat illa billahil aliyyil azeem allahumma inni aoozubika min hamazatish shayateen yeh sab parhiye.</w:t>
      </w:r>
      <w:r>
        <w:br/>
      </w:r>
      <w:r>
        <w:rPr>
          <w:sz w:val="20"/>
        </w:rPr>
        <w:t>1:13:35  aur sab inshallah theek ho jayega.</w:t>
      </w:r>
    </w:p>
    <w:p>
      <w:pPr>
        <w:pStyle w:val="Heading2"/>
      </w:pPr>
      <w:r>
        <w:t>Why Muslim Brotherhood Failed in Egypt?</w:t>
      </w:r>
    </w:p>
    <w:p>
      <w:r>
        <w:rPr>
          <w:color w:val="666666"/>
          <w:sz w:val="18"/>
        </w:rPr>
        <w:t>Society &amp; Dawah · Islam and Peace August 25, 2013 · 6m 20s · at 51:17 · https://youtu.be/WbBu4W6AUUs?t=3077</w:t>
      </w:r>
    </w:p>
    <w:p>
      <w:r>
        <w:rPr>
          <w:i/>
        </w:rPr>
        <w:t>“After a long struggle, Muslim Brotherhood came into power in Egypt through democratic process. Why is it that they were unable to prevail their government? Can 'army coup' be justified in Egypt?”</w:t>
      </w:r>
    </w:p>
    <w:p>
      <w:r>
        <w:rPr>
          <w:sz w:val="20"/>
        </w:rPr>
        <w:t>51:17  maulana, agla sawal lahore pakistan se hai muhammad sajjad sahib ka. unhone likha hai: "After a long struggle, Muslim brotherhood came into power in Egypt through democratic process.</w:t>
      </w:r>
      <w:r>
        <w:br/>
      </w:r>
      <w:r>
        <w:rPr>
          <w:sz w:val="20"/>
        </w:rPr>
        <w:t>51:32  Why is it that they were unable to prevail their government? Can 'army coup' be justified in Egypt?" dekhiye, yeh 'army coup' ka maamla nahin hai.</w:t>
      </w:r>
      <w:r>
        <w:br/>
      </w:r>
      <w:r>
        <w:rPr>
          <w:sz w:val="20"/>
        </w:rPr>
        <w:t>51:44  khud murshid sahib, yaani doctor muhammad morsi, ne apni taqreer jo depose kiye jaane se pehle ki thi, unhone khud kaha tha, mein ne suna hai internet par, aap bhi sun sakte hain ke "أصفت أهانًا وأخطأت أهانًا أخرى" ۔</w:t>
      </w:r>
      <w:r>
        <w:br/>
      </w:r>
      <w:r>
        <w:rPr>
          <w:sz w:val="20"/>
        </w:rPr>
        <w:t>52:02  mein ne kuch sahi kiya, kuch ghalat kiya. achha, ghalat kiya hai, us mein unhone yeh point out nahin kiya ke ghalat mein ne kiya. yeh to maana unhone ke mein ne ghalti ki.</w:t>
      </w:r>
      <w:r>
        <w:br/>
      </w:r>
      <w:r>
        <w:rPr>
          <w:sz w:val="20"/>
        </w:rPr>
        <w:t>52:14  "أصفت أهانًا وأخطأت أهانًا أخرى" ۔ to yeh nahin bataya ke unhone ghalti kiya ki.</w:t>
      </w:r>
      <w:r>
        <w:br/>
      </w:r>
      <w:r>
        <w:rPr>
          <w:sz w:val="20"/>
        </w:rPr>
        <w:t>52:19  lekin mein ne jo tajziya kiya hai waqeaat ka, to ghalati yeh thi, ghalati yeh thi ke yeh log democracy ka naam lete hain, aur saare musalmanon ka haal yahi hai, lekin democratic culture ko nahin jaante.</w:t>
      </w:r>
      <w:r>
        <w:br/>
      </w:r>
      <w:r>
        <w:rPr>
          <w:sz w:val="20"/>
        </w:rPr>
        <w:t>52:36  woh these people don't know what is democratic culture. dekhiye, democratic culture kya hai?</w:t>
      </w:r>
      <w:r>
        <w:br/>
      </w:r>
      <w:r>
        <w:rPr>
          <w:sz w:val="20"/>
        </w:rPr>
        <w:t>52:46  fareeqe sani ki rai ko accept karna, fareeqe sani ki baat ko accept karna. kyunke democracy hamesha ek acquisition opposition rehti hai.</w:t>
      </w:r>
      <w:r>
        <w:br/>
      </w:r>
      <w:r>
        <w:rPr>
          <w:sz w:val="20"/>
        </w:rPr>
        <w:t>52:59  yani wahan par Ali khawar al musalmoon jo thay, woh ghalib hue to 32 feesad ko vote miley thay. bas 32 feesad.</w:t>
      </w:r>
      <w:r>
        <w:br/>
      </w:r>
      <w:r>
        <w:rPr>
          <w:sz w:val="20"/>
        </w:rPr>
        <w:t>53:08  is ka matlab hai ke ek bari tadad woh thi jo jo ke un ke khilaf thi, aur un ko absolute majority bhi nahi mili thi. un ko ab absolute majority nahi mili thi.</w:t>
      </w:r>
      <w:r>
        <w:br/>
      </w:r>
      <w:r>
        <w:rPr>
          <w:sz w:val="20"/>
        </w:rPr>
        <w:t>53:19  to is ke matlab hai ke ek tadad thi opposition ki, woh more than 50 feesad thi. woh log to democracy mein kya hota hai ke aap ko accept karna parta hai opposition ki.</w:t>
      </w:r>
      <w:r>
        <w:br/>
      </w:r>
      <w:r>
        <w:rPr>
          <w:sz w:val="20"/>
        </w:rPr>
        <w:t>53:28  opposition ko aap, yani hukoomat ki seat par baithe hain, tab bhi wahan pe ek opposition hai.</w:t>
      </w:r>
      <w:r>
        <w:br/>
      </w:r>
      <w:r>
        <w:rPr>
          <w:sz w:val="20"/>
        </w:rPr>
        <w:t>53:37  unhon ne opposition ko bilkul, yani khater bhi nahi laye. nahi laye. murshid sahib aise ahkam jari kiye jaise ke un ki koi haqeeqat nahi, bas hum sab kuch hain.</w:t>
      </w:r>
      <w:r>
        <w:br/>
      </w:r>
      <w:r>
        <w:rPr>
          <w:sz w:val="20"/>
        </w:rPr>
        <w:t>53:50  to main ne ek ek article likha tha, us mein us mein main ne yeh yeh baat likhi thi ke musalman jo hain, woh sirf kingship model ko jante hain, democratic model ko musalman nahi jante.</w:t>
      </w:r>
      <w:r>
        <w:br/>
      </w:r>
      <w:r>
        <w:rPr>
          <w:sz w:val="20"/>
        </w:rPr>
        <w:t>54:04  dekhiye, dono mein farq kya hai?</w:t>
      </w:r>
      <w:r>
        <w:br/>
      </w:r>
      <w:r>
        <w:rPr>
          <w:sz w:val="20"/>
        </w:rPr>
        <w:t>54:06  kingship model jo hai, woh is ka jo equation hai, woh ruler aur ruled ka hai. yani ruler aur ruled ke equation par khara hota hai kingship model.</w:t>
      </w:r>
      <w:r>
        <w:br/>
      </w:r>
      <w:r>
        <w:rPr>
          <w:sz w:val="20"/>
        </w:rPr>
        <w:t>54:20  lekin democracy mein aisa nahi hai. democracy mein jo equation hai, woh hai people aur representative of people, yani awam aur numaindagan awam.</w:t>
      </w:r>
      <w:r>
        <w:br/>
      </w:r>
      <w:r>
        <w:rPr>
          <w:sz w:val="20"/>
        </w:rPr>
        <w:t>54:32  to yeh log nahi jante is baat ko.</w:t>
      </w:r>
      <w:r>
        <w:br/>
      </w:r>
      <w:r>
        <w:rPr>
          <w:sz w:val="20"/>
        </w:rPr>
        <w:t>54:35  woh samajhte hain ke bas hum ruler hain, woh ruled hain, hum hakim hain, woh mahkoom hain. isi zehan ke sath unhon ne chaha ke hukoomat chalayein, woh aur fail ho gaye.</w:t>
      </w:r>
      <w:r>
        <w:br/>
      </w:r>
      <w:r>
        <w:rPr>
          <w:sz w:val="20"/>
        </w:rPr>
        <w:t>54:44  woh</w:t>
      </w:r>
      <w:r>
        <w:br/>
      </w:r>
      <w:r>
        <w:rPr>
          <w:sz w:val="20"/>
        </w:rPr>
        <w:t>54:47  main bohat kaafi mein is ko parhta raha hoon, yeh is phenomena ko jo Misr ka jo hai, in logon ka jo model, un ka jo mindset tha, jo un ka, jo un ka,</w:t>
      </w:r>
      <w:r>
        <w:br/>
      </w:r>
      <w:r>
        <w:rPr>
          <w:sz w:val="20"/>
        </w:rPr>
        <w:t>55:01  jo un ka mindset tha, jo sadiyon se bana hua hai, woh wohi hai. hakim aur mahkoom ke ek equation base karta hai. woh woh jo equation hai ke ek taraf people hain, doosri taraf people ke numaindagan hain, is is ko jante hi nahi.</w:t>
      </w:r>
      <w:r>
        <w:br/>
      </w:r>
      <w:r>
        <w:rPr>
          <w:sz w:val="20"/>
        </w:rPr>
        <w:t>55:16  woh</w:t>
      </w:r>
      <w:r>
        <w:br/>
      </w:r>
      <w:r>
        <w:rPr>
          <w:sz w:val="20"/>
        </w:rPr>
        <w:t>55:18  to opposition ko accept nahi karte. to jab unhon ne jab Bani Israel ka yeh qaul ke "أخطأت أهانًا أخرى" . to main ne kaha ke dekhiye, yeh jante nahi ke democracy mein aap mistake ko afford nahi kar sakte.</w:t>
      </w:r>
      <w:r>
        <w:br/>
      </w:r>
      <w:r>
        <w:rPr>
          <w:sz w:val="20"/>
        </w:rPr>
        <w:t>55:32  you cannot afford to commit a mistake in democracy. kyun? wahan pe opposition baithi hui hai, woh is woh is intezar mein hai ke aap koi ghalti karein, us ko exploit kare.</w:t>
      </w:r>
      <w:r>
        <w:br/>
      </w:r>
      <w:r>
        <w:rPr>
          <w:sz w:val="20"/>
        </w:rPr>
        <w:t>55:42  woh</w:t>
      </w:r>
      <w:r>
        <w:br/>
      </w:r>
      <w:r>
        <w:rPr>
          <w:sz w:val="20"/>
        </w:rPr>
        <w:t>55:45  democracy mein hamesha ek opposition hoti hai jo is intezar mein rehti hai ke aap koi opposition, ke aap koi ghalti karein, woh us ko exploit kare.</w:t>
      </w:r>
      <w:r>
        <w:br/>
      </w:r>
      <w:r>
        <w:rPr>
          <w:sz w:val="20"/>
        </w:rPr>
        <w:t>55:55  kyun? us ko agle term mein us ko jeetna hai election. kingship nahi hai ke jo badshah ho, butt ke gaya to 50 baras akela wohi badshahi karta rahega.</w:t>
      </w:r>
      <w:r>
        <w:br/>
      </w:r>
      <w:r>
        <w:rPr>
          <w:sz w:val="20"/>
        </w:rPr>
        <w:t>56:05  democracy mein to char baras, panch baras mein badalti hai hukoomat. to opposition ko agle election us ke samne hota hai,</w:t>
      </w:r>
      <w:r>
        <w:br/>
      </w:r>
      <w:r>
        <w:rPr>
          <w:sz w:val="20"/>
        </w:rPr>
        <w:t>56:14  agley election ke liye us ko maidan hamwar karna hai. to ruling party ko bohat ziyada mohtat rehna chahiye ke aisi koi ghalti woh na kare jis ko opposition exploit kar sake.</w:t>
      </w:r>
      <w:r>
        <w:br/>
      </w:r>
      <w:r>
        <w:rPr>
          <w:sz w:val="20"/>
        </w:rPr>
        <w:t>56:25  yeh sab kiya doctor murshi sahib ne. to ab unhon ne jo jo ek baat aur main arz karunga ke is mein western countries ki ghalti yeh hai ke unhon ne Arab dunya mein democracy ko export karna chaha,</w:t>
      </w:r>
      <w:r>
        <w:br/>
      </w:r>
      <w:r>
        <w:rPr>
          <w:sz w:val="20"/>
        </w:rPr>
        <w:t>56:43  jis ko kehte thay woh Arab Spring. Arab Spring matlab tha ke western tribe ki democracy jo hai, us ko export kar ke laya jaye Arab mein.</w:t>
      </w:r>
      <w:r>
        <w:br/>
      </w:r>
      <w:r>
        <w:rPr>
          <w:sz w:val="20"/>
        </w:rPr>
        <w:t>56:53  lekin un ki ghalati yeh thi ke woh jante nahi the ke arab mind jo hai, us ko accept karne ki tayari nahi. arbon ki jo training hai, un ka jo education hai, woh democracy pe base hi nahi karti.</w:t>
      </w:r>
      <w:r>
        <w:br/>
      </w:r>
      <w:r>
        <w:rPr>
          <w:sz w:val="20"/>
        </w:rPr>
        <w:t>57:05  woh to kingship model par jee rahe hain aaj tak.</w:t>
      </w:r>
      <w:r>
        <w:br/>
      </w:r>
      <w:r>
        <w:rPr>
          <w:sz w:val="20"/>
        </w:rPr>
        <w:t>57:09  yani arab dunya jo hai, woh aaj tak kingship model ko liye hue hai. democratic model se woh woh familiar nahi hain.</w:t>
      </w:r>
      <w:r>
        <w:br/>
      </w:r>
      <w:r>
        <w:rPr>
          <w:sz w:val="20"/>
        </w:rPr>
        <w:t>57:20  to un logon ne chaha ke woh nahi, nahi, yani western mind ki democracy ko, western type ki democracy ko export karen.</w:t>
      </w:r>
      <w:r>
        <w:br/>
      </w:r>
      <w:r>
        <w:rPr>
          <w:sz w:val="20"/>
        </w:rPr>
        <w:t>57:30  to woh export nahi ho saki. woh woh revolt kar diya. bhai, yeh yeh hai sara qissa misr ka.</w:t>
      </w:r>
    </w:p>
    <w:p>
      <w:pPr>
        <w:pStyle w:val="Heading2"/>
      </w:pPr>
      <w:r>
        <w:t>Why Muslims Are Different and Fail to Find Solutions</w:t>
      </w:r>
    </w:p>
    <w:p>
      <w:r>
        <w:rPr>
          <w:color w:val="666666"/>
          <w:sz w:val="18"/>
        </w:rPr>
        <w:t>Society &amp; Dawah · The Crises Management September 18, 2011 · 8m 55s · at 59:34 · https://youtu.be/s3cYFtQZwzw?t=3574</w:t>
      </w:r>
    </w:p>
    <w:p>
      <w:r>
        <w:rPr>
          <w:i/>
        </w:rPr>
        <w:t>“Why is it that Muslims are different from other communities? Why do they fail to find a solution to their problems?”</w:t>
      </w:r>
    </w:p>
    <w:p>
      <w:r>
        <w:rPr>
          <w:sz w:val="20"/>
        </w:rPr>
        <w:t>59:34  ah Maulana yeh sawal Dr Farida Khanam ne karaya hai Delhi se unhone likha hai why is</w:t>
      </w:r>
      <w:r>
        <w:br/>
      </w:r>
      <w:r>
        <w:rPr>
          <w:sz w:val="20"/>
        </w:rPr>
        <w:t>59:41  at that Muslims are different from other communities. Why do they fail to find a solution to their</w:t>
      </w:r>
      <w:r>
        <w:br/>
      </w:r>
      <w:r>
        <w:rPr>
          <w:sz w:val="20"/>
        </w:rPr>
        <w:t>59:48  problems dekhein is sawal ka jawab</w:t>
      </w:r>
      <w:r>
        <w:br/>
      </w:r>
      <w:r>
        <w:rPr>
          <w:sz w:val="20"/>
        </w:rPr>
        <w:t>59:53  bohat mushkil hai immediate jo immediate reason reason hai woh hai Muslim leaders ka failure</w:t>
      </w:r>
      <w:r>
        <w:br/>
      </w:r>
      <w:r>
        <w:rPr>
          <w:sz w:val="20"/>
        </w:rPr>
        <w:t>1:00:06  yeh aakhri reason nahi kah sakte ke is ki man phir yeh sawal paida ho ke khud Muslim leader kyun fail ho gaye lekin immediate reason jo hai Muslim leader jitne bhi the without any exception sab reaction shikar ho gaye reaction ke shikar ho gaye bas khali nafrat tashaddud maar dhaar yeh isi ko samjha unhone</w:t>
      </w:r>
      <w:r>
        <w:br/>
      </w:r>
      <w:r>
        <w:rPr>
          <w:sz w:val="20"/>
        </w:rPr>
        <w:t>1:00:33  mein samajhta hoon ke jo tradition thi lambi musalmanon ki empire ki us se bahar nahi aa sake woh</w:t>
      </w:r>
      <w:r>
        <w:br/>
      </w:r>
      <w:r>
        <w:rPr>
          <w:sz w:val="20"/>
        </w:rPr>
        <w:t>1:00:43  jaise mein aik aik misaal deta hoon ke abbasi daur mein aik aik regional aik tribe tha us ne kuch baghawat khabar mili ke woh baghawat karne wala hai to khalifa ke darbar mein us par baat cheet hui</w:t>
      </w:r>
      <w:r>
        <w:br/>
      </w:r>
      <w:r>
        <w:rPr>
          <w:sz w:val="20"/>
        </w:rPr>
        <w:t>1:01:11  to aik shakhs ne mashwara diya fauj bhej jao un ko kuchalne ke liye fauj doosre aadmi ne kaha nahi hamein fauj bhejne ki zaroorat nahi hai hamara dadu dadu itna zyada hai ke hum aik khat bhejenge aur masla khatam ho jayega</w:t>
      </w:r>
      <w:r>
        <w:br/>
      </w:r>
      <w:r>
        <w:rPr>
          <w:sz w:val="20"/>
        </w:rPr>
        <w:t>1:01:28  to khalifa ne aik khat bheja bohat hi warning ke chup saath baitho nahi to hum fauj bhejenge aur fauj jab pahunchegi to tum ko dhans dhans kar dalegi to jab chup ho gaye woh log to us par shayar ne shair kaha ke اذا اماں ارسل عمراء جیشن الا اعدائے ارسل الکتابہ</w:t>
      </w:r>
      <w:r>
        <w:br/>
      </w:r>
      <w:r>
        <w:rPr>
          <w:sz w:val="20"/>
        </w:rPr>
        <w:t>1:01:57  ke jahan log fauj bhejte hain wahan pe khat bhej dete hain to yeh aik tha chala aa raha tha ke hamara dab daba itna zyada hai hamein kaun bigaad sakta hai to immediate reason to yahi hai ke musalmanon mein is daur mein is poore do sau saal mein koi bhi creative rehnuma paida nahi hua</w:t>
      </w:r>
      <w:r>
        <w:br/>
      </w:r>
      <w:r>
        <w:rPr>
          <w:sz w:val="20"/>
        </w:rPr>
        <w:t>1:02:20  jo asal mein is cell mein band raha empire ke cell mein isi mein sochta raha woh ab khud muslim rehnuma koi fail ho gaye yeh alag question hai kyunke immediate reason yahi hai</w:t>
      </w:r>
      <w:r>
        <w:br/>
      </w:r>
      <w:r>
        <w:rPr>
          <w:sz w:val="20"/>
        </w:rPr>
        <w:t>1:02:43  Mr Ibrahim Khalilullah ne Pakistan se sawal kiya hai</w:t>
      </w:r>
      <w:r>
        <w:br/>
      </w:r>
      <w:r>
        <w:rPr>
          <w:sz w:val="20"/>
        </w:rPr>
        <w:t>1:02:48  unhone likha hai shaitan gunah ke kaam ko thrill banata hai aam taur par har kaam jis mein violation ho chahe woh sharab juwa ya koi aur kaam us mein aik thrill hota hai insan meri samajh ke mutabiq thrill ke peeche jata hai haqeeqat mein koi khaas pleasure nahi hota insan buraiyon ke kaam se thak bhi jata hai</w:t>
      </w:r>
      <w:r>
        <w:br/>
      </w:r>
      <w:r>
        <w:rPr>
          <w:sz w:val="20"/>
        </w:rPr>
        <w:t>1:03:16  baaz dafa woh jhoot aur gheebat kisi faide ke baghair bhi karta hai Maulana sahib mera sawal yeh</w:t>
      </w:r>
      <w:r>
        <w:br/>
      </w:r>
      <w:r>
        <w:rPr>
          <w:sz w:val="20"/>
        </w:rPr>
        <w:t>1:03:23  hai ke Shaitan buraiyon ko kis tarah beautify karta hai is ke baray mein bataein</w:t>
      </w:r>
      <w:r>
        <w:br/>
      </w:r>
      <w:r>
        <w:rPr>
          <w:sz w:val="20"/>
        </w:rPr>
        <w:t>1:03:30  mein samajhta hoon ke Quran mein is ke baray mein yeh lafz aaya hai bal unam</w:t>
      </w:r>
      <w:r>
        <w:br/>
      </w:r>
      <w:r>
        <w:rPr>
          <w:sz w:val="20"/>
        </w:rPr>
        <w:t>1:03:38  mein unhein khwahishon mein dalunga</w:t>
      </w:r>
      <w:r>
        <w:br/>
      </w:r>
      <w:r>
        <w:rPr>
          <w:sz w:val="20"/>
        </w:rPr>
        <w:t>1:03:42  desire mein mubtala karunga</w:t>
      </w:r>
      <w:r>
        <w:br/>
      </w:r>
      <w:r>
        <w:rPr>
          <w:sz w:val="20"/>
        </w:rPr>
        <w:t>1:03:47  to insan ke andar desire bohat zyada hai bohat zyada khwahish</w:t>
      </w:r>
      <w:r>
        <w:br/>
      </w:r>
      <w:r>
        <w:rPr>
          <w:sz w:val="20"/>
        </w:rPr>
        <w:t>1:03:56  aur unlimited desire to yeh insan ka vulnerable point hai isi ko shaitan activate karta hai desire ko badha badha kar badha kar ke woh har taraf le aata hai is mein khushi milegi is mein thrill milega is mein yeh milega to woh is desire ka jo insan ke andar jazba hai us ko woh activate karta hai</w:t>
      </w:r>
      <w:r>
        <w:br/>
      </w:r>
      <w:r>
        <w:rPr>
          <w:sz w:val="20"/>
        </w:rPr>
        <w:t>1:04:24  ab yahan par insan ka kaam hai ke woh soche ke desire ka result kya hai result result ka yani desire peeche chalun mein to kahan pahunchunga mein to yahan shaitan ko hum yani fail kar sakte hain apne mind ko activate kar ke aur koi doosra rasta koi doosra nahi hai is ka</w:t>
      </w:r>
      <w:r>
        <w:br/>
      </w:r>
      <w:r>
        <w:rPr>
          <w:sz w:val="20"/>
        </w:rPr>
        <w:t>1:04:52  Miss Naghma ne Delhi se likha hai why is ijtihad considered a taboo by Muslims today what is its history please comment</w:t>
      </w:r>
      <w:r>
        <w:br/>
      </w:r>
      <w:r>
        <w:rPr>
          <w:sz w:val="20"/>
        </w:rPr>
        <w:t>1:05:11  yeh asal mein abbasi daur mein jo jo fuqaha paida hue un ke baad se hua hai</w:t>
      </w:r>
      <w:r>
        <w:br/>
      </w:r>
      <w:r>
        <w:rPr>
          <w:sz w:val="20"/>
        </w:rPr>
        <w:t>1:05:18  kuch fuqaha jo paida hue un ko logon ne samjha ke bhai yahi aakhri mujtahid the is ke aage ijtihad ki zaroorat nahi hai ab woh aise log paida nahi honge to ijtihad darwaza band kar diya gaya agarche kuch aise ulma hi paida hue jo kehte rahe ke ijtihad darwaza band nahi hai khula hua hai</w:t>
      </w:r>
      <w:r>
        <w:br/>
      </w:r>
      <w:r>
        <w:rPr>
          <w:sz w:val="20"/>
        </w:rPr>
        <w:t>1:05:37  lekin behal majority ulma ki woh thi jis ne maan liya ke woh jo fuqaha the daur abbasi ke wohi mujtahid mutlaq the us par mein ne tafseel se likha hai apni kitab mein fiqhi ghalti mein aur yeh bohat hi ghalt soch hai jo develop hui abbasi daur mein jo us ko tafseel mein janna chahe woh is kitab ko padh sakta hai fiqhi ghalti</w:t>
      </w:r>
      <w:r>
        <w:br/>
      </w:r>
      <w:r>
        <w:rPr>
          <w:sz w:val="20"/>
        </w:rPr>
        <w:t>1:06:07  Mr Aamir bin Yusuf ne Karachi Pakistan se likha hai hamare yahan Hafiz Quran ki bohat ahmiyat hai log apne bachon ko hifz karwane ke baad apne aap ko jannati samajhte hain is mamle ko Quran aur Hadees ki roshni mein clarify kijiye</w:t>
      </w:r>
      <w:r>
        <w:br/>
      </w:r>
      <w:r>
        <w:rPr>
          <w:sz w:val="20"/>
        </w:rPr>
        <w:t>1:06:30  clarify kahin Quran Hadees mein aayi nahi hai baat ke jo aaj musalman samajhte hain ke ghar mein aik Hafiz ho jaye to saare ghar wale jo hain jannat mein chale jayenge yeh to kahin likha nahi hai na Quran mein na Hadees mein yeh to aik khud sakhta bana rakha hai musalmanon ne Quran ka hifz karna Quran ko mehfooz karne ke liye tha jannat ke liye nahi tha</w:t>
      </w:r>
      <w:r>
        <w:br/>
      </w:r>
      <w:r>
        <w:rPr>
          <w:sz w:val="20"/>
        </w:rPr>
        <w:t>1:06:58  dono farq hai dono baaton mein yaad rakhiye aik hai Quran ko preserve karna Quran ko preserve karna to pehle yeh kaam Hafiz log karte the ab to yeh kaam printing press karta hai printing press ne is se hazar guna zyada bade pani par us ko mehfooz kar diya hai ab computer ne mehfooz kar diya hai to Hafiz ka riwaj jo pada woh Quran ko preserve karne ke liye</w:t>
      </w:r>
      <w:r>
        <w:br/>
      </w:r>
      <w:r>
        <w:rPr>
          <w:sz w:val="20"/>
        </w:rPr>
        <w:t>1:07:26  tha jannat ke liye nahi hai yaad rakhein jannat ikhlas se milti hai ikhlas Hafiz kar lein aap us se jannat mil jaye yeh bilkul yani Quran Hadees mein is ka kahin koi bhi is ka saboot nahi hai</w:t>
      </w:r>
      <w:r>
        <w:br/>
      </w:r>
      <w:r>
        <w:rPr>
          <w:sz w:val="20"/>
        </w:rPr>
        <w:t>1:07:44  jannat ki wahid shart hai ikhlas khalisatan lillah kaam karna</w:t>
      </w:r>
      <w:r>
        <w:br/>
      </w:r>
      <w:r>
        <w:rPr>
          <w:sz w:val="20"/>
        </w:rPr>
        <w:t>1:07:55  Maulana us ko kehte hain khalisatan liwajillah jo ibtigha mardarat Allah ke alfaaz aate hain us ke liye koi bhi kaam jo haqeeqatan Allah ki raza ke liye kiya gaya ho us se jannat milti hai baqi aisa nahi ke aap khandan mein kisi ko hifz karwate hain to bas sab ki jannatein pakki hain yeh to khud sakhta nazariya hai</w:t>
      </w:r>
      <w:r>
        <w:br/>
      </w:r>
      <w:r>
        <w:rPr>
          <w:sz w:val="20"/>
        </w:rPr>
        <w:t>1:08:21  Maulana inhi ki taraf se abhi abhi aik feedback aaya hai</w:t>
      </w:r>
      <w:r>
        <w:br/>
      </w:r>
      <w:r>
        <w:rPr>
          <w:sz w:val="20"/>
        </w:rPr>
        <w:t>1:08:24  woh likh rahe hain ke aaj Pakistan mein awaz bohat hi behtar aur achi sunai de rahi hai</w:t>
      </w:r>
    </w:p>
    <w:p>
      <w:pPr>
        <w:pStyle w:val="Heading2"/>
      </w:pPr>
      <w:r>
        <w:t>Why Muslims don't value peace over fighting</w:t>
      </w:r>
    </w:p>
    <w:p>
      <w:r>
        <w:rPr>
          <w:color w:val="666666"/>
          <w:sz w:val="18"/>
        </w:rPr>
        <w:t>Society &amp; Dawah · Experience of Hyderabad CPS Meet December 1, 2013 · 5m 07s · at 1:01:06 · https://youtu.be/Y8mcxF2Lhyc?t=3666</w:t>
      </w:r>
    </w:p>
    <w:p>
      <w:r>
        <w:rPr>
          <w:i/>
        </w:rPr>
        <w:t>“Why don't Muslims consider peace as a matter of greatness? They consider fighting as greatness and peaceful dawah work as unimportant.”</w:t>
      </w:r>
    </w:p>
    <w:p>
      <w:r>
        <w:rPr>
          <w:sz w:val="20"/>
        </w:rPr>
        <w:t>1:01:06  Maulana, agla sawal lene se pehle aik comment parhna chahenge jo Mahtab sahib ne Dhampur se bheja hai. unhon ne likha hai: "Maulana sahib, today lecture was a very meaningful lecture for me about what you mentioned from risalat to mission in India."</w:t>
      </w:r>
      <w:r>
        <w:br/>
      </w:r>
      <w:r>
        <w:rPr>
          <w:sz w:val="20"/>
        </w:rPr>
        <w:t>1:01:28  Maulana, agla sawal Maulana Iqbal Umri ne kiya hai Tamil Nadu</w:t>
      </w:r>
      <w:r>
        <w:br/>
      </w:r>
      <w:r>
        <w:rPr>
          <w:sz w:val="20"/>
        </w:rPr>
        <w:t>1:01:33  se. unhon ne likha hai: "Maulana, musalman aman ki baat ko azmat ki baat kyun nahi samajhte?" yaani qital ko azmat aur paraman dawati kaam ko ahmiyat nahi.</w:t>
      </w:r>
      <w:r>
        <w:br/>
      </w:r>
      <w:r>
        <w:rPr>
          <w:sz w:val="20"/>
        </w:rPr>
        <w:t>1:01:48  aisa kyun hai? dekhiye, wajah to is ki yeh hai ke baad ke daur mein musalmanon se dawat hadaf ho gayi.</w:t>
      </w:r>
      <w:r>
        <w:br/>
      </w:r>
      <w:r>
        <w:rPr>
          <w:sz w:val="20"/>
        </w:rPr>
        <w:t>1:01:59  ab jo cheez reh gayi woh jihad, kyunke yaani hukoomaten ban gayeen. hukoomaten banti hain to kisi na kisi se takrao rehta hai, kahin baghawat ho rahi hai, kahin parosi mulk mein aap ko expand karna hai.</w:t>
      </w:r>
      <w:r>
        <w:br/>
      </w:r>
      <w:r>
        <w:rPr>
          <w:sz w:val="20"/>
        </w:rPr>
        <w:t>1:02:20  to political taraqqi hui musalmanon ki, un ki hukoomaten bani paare bana. to is waqt yahi hoga ke hamein jihad karna, jihad karna, jihad karna.</w:t>
      </w:r>
      <w:r>
        <w:br/>
      </w:r>
      <w:r>
        <w:rPr>
          <w:sz w:val="20"/>
        </w:rPr>
        <w:t>1:02:32  aur dawat jo hai woh bilkul hadaf ho gayi,</w:t>
      </w:r>
      <w:r>
        <w:br/>
      </w:r>
      <w:r>
        <w:rPr>
          <w:sz w:val="20"/>
        </w:rPr>
        <w:t>1:02:37  dawat bilkul hadaf ho gayi. jab dawat hadaf ho gayi to aap koi bhi, yahan se wahan tak jitni kitabein likhi gayi hain,</w:t>
      </w:r>
      <w:r>
        <w:br/>
      </w:r>
      <w:r>
        <w:rPr>
          <w:sz w:val="20"/>
        </w:rPr>
        <w:t>1:02:46  mein apne ilm ke mutabiq yahi kehta hoon, kisi aik kitab mein bhi dawat ki ahmiyat nahi. kisi aik kitab mein, hatta ke jo bare darja de rakha hai logon ne, uska Imam Ghazali ke ya Awliyauddin ka, us mein nahi.</w:t>
      </w:r>
      <w:r>
        <w:br/>
      </w:r>
      <w:r>
        <w:rPr>
          <w:sz w:val="20"/>
        </w:rPr>
        <w:t>1:03:02  shah allah ki kitab hujjat ul barah, is mein nahin. dawat ka bab bhi hadaf hai in kitabon se, aur jo doosri kitaben hain, to musalmanon ke shaoor mein dawat hai hi nahin</w:t>
      </w:r>
      <w:r>
        <w:br/>
      </w:r>
      <w:r>
        <w:rPr>
          <w:sz w:val="20"/>
        </w:rPr>
        <w:t>1:03:13  . kya hai? political empire, hukoomat to wohi kar rahe hain. ab chounke empire khatam ho gaya hai, to lar lar ke phir chahte hain ke phir regain karen empire ko.</w:t>
      </w:r>
      <w:r>
        <w:br/>
      </w:r>
      <w:r>
        <w:rPr>
          <w:sz w:val="20"/>
        </w:rPr>
        <w:t>1:03:25  is waqt musalmanon ki sargarmian jo hain, apne khoye hue empire ko regain karne ke liye hain. dawat ka koi concept hi nahin hai, na unko insaan se koi khair khwahi hai.</w:t>
      </w:r>
      <w:r>
        <w:br/>
      </w:r>
      <w:r>
        <w:rPr>
          <w:sz w:val="20"/>
        </w:rPr>
        <w:t>1:03:36  insaan to unko dushman nazar aate hain. yeh sari zimmedari ulama ki hai, mere nazdeek awam ki nahin hai.</w:t>
      </w:r>
      <w:r>
        <w:br/>
      </w:r>
      <w:r>
        <w:rPr>
          <w:sz w:val="20"/>
        </w:rPr>
        <w:t>1:03:43  ulama ne bohat hi zyada is mein responsible hain is baat ke liye. galat zehan bana hai musalmanon ka. sare ulama, arab ke ulama bhi hain aur non arab ke ulama bhi hain.</w:t>
      </w:r>
      <w:r>
        <w:br/>
      </w:r>
      <w:r>
        <w:rPr>
          <w:sz w:val="20"/>
        </w:rPr>
        <w:t>1:03:57  mujhe is mein koi shakk nahin hai. ab jaise mein ek misaal deta hoon ke falasteen mein yahoodi aa gaye, adhe falasteen mein yahoodi, adhe falasteen mein arab.</w:t>
      </w:r>
      <w:r>
        <w:br/>
      </w:r>
      <w:r>
        <w:rPr>
          <w:sz w:val="20"/>
        </w:rPr>
        <w:t>1:04:09  to is waqt mashhoor aalim thay sheikh hasan al banna, to unhon ne juloos nikala ashqarah ke sir ke oopar, ek lakh arbon ko le kar ke, ek lakh arbon ko le kar ke:</w:t>
      </w:r>
      <w:r>
        <w:br/>
      </w:r>
      <w:r>
        <w:rPr>
          <w:sz w:val="20"/>
        </w:rPr>
        <w:t>1:04:22  "rabbak ya falasteen! rabbak ya falasteen!" ab</w:t>
      </w:r>
      <w:r>
        <w:br/>
      </w:r>
      <w:r>
        <w:rPr>
          <w:sz w:val="20"/>
        </w:rPr>
        <w:t>1:04:25  woh lad gaye. ladai ka yani zehan paida kar diya ke lado, unko maar ke nikalo. sawal yeh hai ke unhon ne yeh kyun nahin kaha ke yahoodi aa gaye hamare mulk mein, unhein paigham do?</w:t>
      </w:r>
      <w:r>
        <w:br/>
      </w:r>
      <w:r>
        <w:rPr>
          <w:sz w:val="20"/>
        </w:rPr>
        <w:t>1:04:35  allah ka hai. rasool allah ne madine ke yahudiyon ko islam ka paigham diya tha. madine mein 50 feesad yahoodi thay is waqt.</w:t>
      </w:r>
      <w:r>
        <w:br/>
      </w:r>
      <w:r>
        <w:rPr>
          <w:sz w:val="20"/>
        </w:rPr>
        <w:t>1:04:45  to hasan banna ne yeh kyun nahin kaha ke hamare apne mulk mein aa gaye hain yahoodi, ab unko islam ka paigham sunao? yeh kyun nahin kaha unhon ne</w:t>
      </w:r>
      <w:r>
        <w:br/>
      </w:r>
      <w:r>
        <w:rPr>
          <w:sz w:val="20"/>
        </w:rPr>
        <w:t>1:04:53  ? to is ko kaha jata hai trend setter. hamare ulama jo hain, bohat hi zyada zimmedar hain is baat ke ke galat trend set kiya unhon ne.</w:t>
      </w:r>
      <w:r>
        <w:br/>
      </w:r>
      <w:r>
        <w:rPr>
          <w:sz w:val="20"/>
        </w:rPr>
        <w:t>1:05:04  india mein angrezon ke khilaf jihad shuru kar diya. ulama ne sare sare ulama mil kar ke angrezon ke khilaf jihad shuru kar diya.</w:t>
      </w:r>
      <w:r>
        <w:br/>
      </w:r>
      <w:r>
        <w:rPr>
          <w:sz w:val="20"/>
        </w:rPr>
        <w:t>1:05:13  unhon ne unko maar maar ke bhagao. to bohat yeh sare ulama hi hain, trend setter hain. yeh galat galat trend set kiya unhon ne.</w:t>
      </w:r>
      <w:r>
        <w:br/>
      </w:r>
      <w:r>
        <w:rPr>
          <w:sz w:val="20"/>
        </w:rPr>
        <w:t>1:05:23  dawat ka trend set karne ke bajaye qital ka trend.</w:t>
      </w:r>
      <w:r>
        <w:br/>
      </w:r>
      <w:r>
        <w:rPr>
          <w:sz w:val="20"/>
        </w:rPr>
        <w:t>1:05:30  kuch log jo dawat ke naam lete hain, woh aur bhi zyada mere nazdeek galat kaam karte hain. naam lete hain dawat ka aur kaam karte hain ke masjidon mein ja kar ke fazail sunao.</w:t>
      </w:r>
      <w:r>
        <w:br/>
      </w:r>
      <w:r>
        <w:rPr>
          <w:sz w:val="20"/>
        </w:rPr>
        <w:t>1:05:41  yeh to aur bhi zyada galat kaam hai. masjidon mein fazail ki kahani sunayen ke kahin ke dawat ho rahi hai.</w:t>
      </w:r>
      <w:r>
        <w:br/>
      </w:r>
      <w:r>
        <w:rPr>
          <w:sz w:val="20"/>
        </w:rPr>
        <w:t>1:05:47  to ghair muslimon mein parman dawat allah ka kaam jo hai, yeh is trend set karna chahiye tha ulama ko. woh kya nahin unhon ne?</w:t>
      </w:r>
      <w:r>
        <w:br/>
      </w:r>
      <w:r>
        <w:rPr>
          <w:sz w:val="20"/>
        </w:rPr>
        <w:t>1:05:57  to behal ab jo soorat e haal hai, woh yahi hai. is ko as a matter of fact maniye aur is ko is ko mante hue apne apne mission ko aap manage kijiye.</w:t>
      </w:r>
    </w:p>
    <w:p>
      <w:pPr>
        <w:pStyle w:val="Heading2"/>
      </w:pPr>
      <w:r>
        <w:t>Why Muslims prioritize worldly power over spirituality?</w:t>
      </w:r>
    </w:p>
    <w:p>
      <w:r>
        <w:rPr>
          <w:color w:val="666666"/>
          <w:sz w:val="18"/>
        </w:rPr>
        <w:t>Society &amp; Dawah · Kingdom of God August 25, 2018 · 9m 21s · at 27:14 · https://youtu.be/SrnWPkMbEQw?t=1634</w:t>
      </w:r>
    </w:p>
    <w:p>
      <w:r>
        <w:rPr>
          <w:i/>
        </w:rPr>
        <w:t>“The world's importance is not even equal to a mosquito's wing. Then why do Muslims consider acquiring governments as the biggest goal and have not yet come out of this mistake? And why do they forget the Prophet's last sermon?”</w:t>
      </w:r>
    </w:p>
    <w:p>
      <w:r>
        <w:rPr>
          <w:sz w:val="20"/>
        </w:rPr>
        <w:t>27:14  Kashmir mein aap pathar marte hain to woh bhi aap ko marte hain. yeh sab retaliation hai aur kuch nahi. Miss Shabana Ansari ne Pakistan se sawal bheja hai Maulana.</w:t>
      </w:r>
      <w:r>
        <w:br/>
      </w:r>
      <w:r>
        <w:rPr>
          <w:sz w:val="20"/>
        </w:rPr>
        <w:t>27:28  unhon ne likha hai ke dunya ki ahmiyat to machar ke par ke barabar nahi. Allah ke nazdeek phir Muslims kyon hukoomaton ko hasil karna sab se bara maqsad samajhte hain aur abhi tak is ghalati se bahar nahi nikal sake?</w:t>
      </w:r>
      <w:r>
        <w:br/>
      </w:r>
      <w:r>
        <w:rPr>
          <w:sz w:val="20"/>
        </w:rPr>
        <w:t>27:49  aur kyon Rasool Allah ka aakhri khutba bhool jate hain?</w:t>
      </w:r>
      <w:r>
        <w:br/>
      </w:r>
      <w:r>
        <w:rPr>
          <w:sz w:val="20"/>
        </w:rPr>
        <w:t>27:57  bhai, dunya to ab mein ne kaha ke yeh to challenge ki dunya hai. har waqt shaitan bhagane mein laga hua hai.</w:t>
      </w:r>
      <w:r>
        <w:br/>
      </w:r>
      <w:r>
        <w:rPr>
          <w:sz w:val="20"/>
        </w:rPr>
        <w:t>28:08  to woh to bhagaye ga aap na bhagayein. asal cheez yeh hai ke woh bhagaye, aap na bhagayein. bhagana shaitan ki taraf se band nahi hua.</w:t>
      </w:r>
      <w:r>
        <w:br/>
      </w:r>
      <w:r>
        <w:rPr>
          <w:sz w:val="20"/>
        </w:rPr>
        <w:t>28:21  bhagna jari hai. is ko sochiye kyon log shaitan ki baaton par aa jate hain? misaal ke taur par yahi jo abhi kaha aap ne, suffering.</w:t>
      </w:r>
      <w:r>
        <w:br/>
      </w:r>
      <w:r>
        <w:rPr>
          <w:sz w:val="20"/>
        </w:rPr>
        <w:t>28:31  mein bohat baar aam jalsay mein logon se poocha ke kya suffering kya hai? aap mere sath sath mujhe batayein ke jab India azaad hua tha, us waqt aap ki condition kya thi?</w:t>
      </w:r>
      <w:r>
        <w:br/>
      </w:r>
      <w:r>
        <w:rPr>
          <w:sz w:val="20"/>
        </w:rPr>
        <w:t>28:47  aap ki aap ki mali hesiyat, aap ka standard, aap ke bachon ki education, aap ka ghar, aap ki gaadi, us waqt se compare kar ke batayein mujhe.</w:t>
      </w:r>
      <w:r>
        <w:br/>
      </w:r>
      <w:r>
        <w:rPr>
          <w:sz w:val="20"/>
        </w:rPr>
        <w:t>29:02  to har waqt, har har har aadmi ne behtar bataya. to jab jab har aadmi ka haal acha hai to kahan hai woh insaan?</w:t>
      </w:r>
      <w:r>
        <w:br/>
      </w:r>
      <w:r>
        <w:rPr>
          <w:sz w:val="20"/>
        </w:rPr>
        <w:t>29:14  yeh sab shaitan ne sikhaya hai taake musalmanon se madu friendly behaviour khatam ho. madu ko dushman samajhne lage hain.</w:t>
      </w:r>
      <w:r>
        <w:br/>
      </w:r>
      <w:r>
        <w:rPr>
          <w:sz w:val="20"/>
        </w:rPr>
        <w:t>29:25  yeh mere nazdeek bilkul shaitani hai. Maulana, why Muslims bring the version, the greatness of Allah to a reduced form?</w:t>
      </w:r>
      <w:r>
        <w:br/>
      </w:r>
      <w:r>
        <w:rPr>
          <w:sz w:val="20"/>
        </w:rPr>
        <w:t>29:34  when everything around us resonates the greatness of Allah.</w:t>
      </w:r>
      <w:r>
        <w:br/>
      </w:r>
      <w:r>
        <w:rPr>
          <w:sz w:val="20"/>
        </w:rPr>
        <w:t>29:41  kya keh rahe hain? Maulana, woh yeh keh rahe hain ke jab insaan ke charon taraf ki cheezein Allah taala ki greatness ko bata rahi hain, kya insaan ke charon taraf?</w:t>
      </w:r>
      <w:r>
        <w:br/>
      </w:r>
      <w:r>
        <w:rPr>
          <w:sz w:val="20"/>
        </w:rPr>
        <w:t>29:51  insaan ke aas pas ki cheezein poori kainat Allah taala ki azmat ko bata rahi hain. to kyon musalman Allah taala ki azmat ko reduce kar diye?</w:t>
      </w:r>
      <w:r>
        <w:br/>
      </w:r>
      <w:r>
        <w:rPr>
          <w:sz w:val="20"/>
        </w:rPr>
        <w:t>30:03  hmm, sab shaitan ne sikhaya hai.</w:t>
      </w:r>
      <w:r>
        <w:br/>
      </w:r>
      <w:r>
        <w:rPr>
          <w:sz w:val="20"/>
        </w:rPr>
        <w:t>30:09  ab mein jo bahar baitha tha, to yaqeen kijiye ke meri halat wohi hui jo Rasool Allah ke baray mein aata hai ke aap mimbar pe khare thay, aisa hil rahe thay, gir padenge.</w:t>
      </w:r>
      <w:r>
        <w:br/>
      </w:r>
      <w:r>
        <w:rPr>
          <w:sz w:val="20"/>
        </w:rPr>
        <w:t>30:21  wohi mera haal hua. to musalman jo hai, shaitan ki woh shaitan ka jo behkawa hai, woh khatam nahi hoga.</w:t>
      </w:r>
      <w:r>
        <w:br/>
      </w:r>
      <w:r>
        <w:rPr>
          <w:sz w:val="20"/>
        </w:rPr>
        <w:t>30:31  woh to rahe ga. aap is ko</w:t>
      </w:r>
      <w:r>
        <w:br/>
      </w:r>
      <w:r>
        <w:rPr>
          <w:sz w:val="20"/>
        </w:rPr>
        <w:t>30:37  isi ko mein formula banaya apni zaat ke liye, apne liye ke apni zaat ke liye yeh formula banaya hai ke haan, don't allow anyone to treat anyone ke shaitan,</w:t>
      </w:r>
      <w:r>
        <w:br/>
      </w:r>
      <w:r>
        <w:rPr>
          <w:sz w:val="20"/>
        </w:rPr>
        <w:t>30:54  don't allow shaitan to dictate you. subah shaam mein is ko yaad karta hoon aur la hawla wala quwwata illa billahil azeem parta hoon.</w:t>
      </w:r>
      <w:r>
        <w:br/>
      </w:r>
      <w:r>
        <w:rPr>
          <w:sz w:val="20"/>
        </w:rPr>
        <w:t>31:06  musalmanon ko bas paisa, paisa, paisa. jis ko dekhein, paisa hai, standard. bachon ko America bhej ke parhana, yani sara un ka diversion jo hai, woh hai material ki taraf.</w:t>
      </w:r>
      <w:r>
        <w:br/>
      </w:r>
      <w:r>
        <w:rPr>
          <w:sz w:val="20"/>
        </w:rPr>
        <w:t>31:26  to Maulana, aap ko to ehsas rahe ke shaitan hai, par baqi logon ko kaise ehsas ho ke woh shaitan hai? jo jo bekar hai, woh shaitan hai.</w:t>
      </w:r>
      <w:r>
        <w:br/>
      </w:r>
      <w:r>
        <w:rPr>
          <w:sz w:val="20"/>
        </w:rPr>
        <w:t>31:35  how do we come to know that is shaitan? hmm, woh yeh pooch rahe hain ke waise sab shaitan hi hai. aap ko to ehsas hai ke woh shaitan aisa kara raha hai ke azmat allah taala ki azmat samne nahi rehti hai.</w:t>
      </w:r>
      <w:r>
        <w:br/>
      </w:r>
      <w:r>
        <w:rPr>
          <w:sz w:val="20"/>
        </w:rPr>
        <w:t>31:49  lekin doosre log kaise janenge ke yeh shaitan hai? quran parhein. hum quran ko parhte hain. quran mein bhara hua hai yeh baat ke shaitan subah shaam tum ko bikaar aayega.</w:t>
      </w:r>
      <w:r>
        <w:br/>
      </w:r>
      <w:r>
        <w:rPr>
          <w:sz w:val="20"/>
        </w:rPr>
        <w:t>32:03  is ke bikaare mein na ho, na ho. to yahi to hamara mission hai. hum khud parhte hain aur doosron ko parhwate hain. log jo hain, shaitan yahan bika rakha hai ke bas reside kar lo.</w:t>
      </w:r>
      <w:r>
        <w:br/>
      </w:r>
      <w:r>
        <w:rPr>
          <w:sz w:val="20"/>
        </w:rPr>
        <w:t>32:18  samajhne ki zaroorat nahi hai. hmm, baghair samjhe bhi reside. ab yeh to bilkul hazrat aisha ne kaha tha ke awlaaye ka karo wa lam yakro.</w:t>
      </w:r>
      <w:r>
        <w:br/>
      </w:r>
      <w:r>
        <w:rPr>
          <w:sz w:val="20"/>
        </w:rPr>
        <w:t>32:30  unhone parha baghair nahi parha. wahi kar rahe hain saare musalman ke parhte baghair nahi parhte. ab dekhiye, aaj ke ek batata hoon aap ko apna ek.</w:t>
      </w:r>
      <w:r>
        <w:br/>
      </w:r>
      <w:r>
        <w:rPr>
          <w:sz w:val="20"/>
        </w:rPr>
        <w:t>32:44  jab mein bathroom mein gaya aur wash basin ke samne khada hua aur mein tooti ghumai, laga pani nikalne.</w:t>
      </w:r>
      <w:r>
        <w:br/>
      </w:r>
      <w:r>
        <w:rPr>
          <w:sz w:val="20"/>
        </w:rPr>
        <w:t>32:55  phir phir phir phir. to yaqeen kijiye ke mein rone laga. mein der tak istemal nahi kar saka pani ke woh kaun khuda hai?</w:t>
      </w:r>
      <w:r>
        <w:br/>
      </w:r>
      <w:r>
        <w:rPr>
          <w:sz w:val="20"/>
        </w:rPr>
        <w:t>33:05  ek itna zabardast khuda hai jis ne do gases ko liquid pani bana diya.</w:t>
      </w:r>
      <w:r>
        <w:br/>
      </w:r>
      <w:r>
        <w:rPr>
          <w:sz w:val="20"/>
        </w:rPr>
        <w:t>33:16  yeh kaisi anokhi qudrat allah ki qudrat hai ke do gases</w:t>
      </w:r>
      <w:r>
        <w:br/>
      </w:r>
      <w:r>
        <w:rPr>
          <w:sz w:val="20"/>
        </w:rPr>
        <w:t>33:27  ko is se liquid pani mein tabdeel kiya? samandar mein baha diya is ko. to sochte hi nahi log.</w:t>
      </w:r>
      <w:r>
        <w:br/>
      </w:r>
      <w:r>
        <w:rPr>
          <w:sz w:val="20"/>
        </w:rPr>
        <w:t>33:38  khali bas apna standard barhate hain, paisa kamate hain. dekhiye, yeh bohat hi zyada zaroori hai ke aap apne paise ka ka ek ek hissa, sab substantial hissa allah ki rah mein kharch karen.</w:t>
      </w:r>
      <w:r>
        <w:br/>
      </w:r>
      <w:r>
        <w:rPr>
          <w:sz w:val="20"/>
        </w:rPr>
        <w:t>33:55  warna aap woh ho jayenge, behiss ho jayenge. shaitan qabza kar lega aap ke upar. yeh bohat hi zyada zaroori hai.</w:t>
      </w:r>
      <w:r>
        <w:br/>
      </w:r>
      <w:r>
        <w:rPr>
          <w:sz w:val="20"/>
        </w:rPr>
        <w:t>34:06  lan tanalbir hatta tunfiqo mimma tuhibboon. yeh ayat pata hai? is ka hawala bataiye. har aadmi ko chahiye ke is ayat ko parhe.</w:t>
      </w:r>
      <w:r>
        <w:br/>
      </w:r>
      <w:r>
        <w:rPr>
          <w:sz w:val="20"/>
        </w:rPr>
        <w:t>34:19  lan tanalbir hatta tunfiqo mimma tuhibboon.</w:t>
      </w:r>
      <w:r>
        <w:br/>
      </w:r>
      <w:r>
        <w:rPr>
          <w:sz w:val="20"/>
        </w:rPr>
        <w:t>34:33  lan tanal albir hatta tunfiqo mimma tuhibboon. surah aal imran, chapter number three, verse number 92.</w:t>
      </w:r>
      <w:r>
        <w:br/>
      </w:r>
      <w:r>
        <w:rPr>
          <w:sz w:val="20"/>
        </w:rPr>
        <w:t>34:42  aur tum neki ko hargiz nahi pa sakte yahan tak ke tum kharch karo is cheez ko jis ko tum mehboob rakhte ho.</w:t>
      </w:r>
      <w:r>
        <w:br/>
      </w:r>
      <w:r>
        <w:rPr>
          <w:sz w:val="20"/>
        </w:rPr>
        <w:t>34:51  haan, is ko mein keh raha hoon ke apni kamai ka substantial amount aap ko allah ke raste mein kharch karna padega.</w:t>
      </w:r>
      <w:r>
        <w:br/>
      </w:r>
      <w:r>
        <w:rPr>
          <w:sz w:val="20"/>
        </w:rPr>
        <w:t>35:00  nahi to aap shaitan ke group group mein aa jayenge. is ayat ko hazar baar padhiye aur janiye kar ke apni kamai ka substantial amount allah ke raste mein dena padega.</w:t>
      </w:r>
      <w:r>
        <w:br/>
      </w:r>
      <w:r>
        <w:rPr>
          <w:sz w:val="20"/>
        </w:rPr>
        <w:t>35:14  nahi dena hai to phir phir bhooke is ki face kiye is khatre ko ke aap shaitan ke group mein aa jayenge.</w:t>
      </w:r>
      <w:r>
        <w:br/>
      </w:r>
      <w:r>
        <w:rPr>
          <w:sz w:val="20"/>
        </w:rPr>
        <w:t>35:24  haan, molana, jo aap ne is ke pehle bhi jo is ke sath jo ek aur point bataya tha, woh diversion ka. to diversion se kaise bachein? kya hua?</w:t>
      </w:r>
      <w:r>
        <w:br/>
      </w:r>
      <w:r>
        <w:rPr>
          <w:sz w:val="20"/>
        </w:rPr>
        <w:t>35:34  aap ne diversion se bachne ki baat kahi thi, distraction se. to woh kaise bacha jaye? diversion material system mein nahi hoga. achha, woh thinking mein aayega, aap ke soch mein aayega.</w:t>
      </w:r>
      <w:r>
        <w:br/>
      </w:r>
      <w:r>
        <w:rPr>
          <w:sz w:val="20"/>
        </w:rPr>
        <w:t>35:45  aap ke ab woh aa chuka hai. jis jis musalman ko dekhe, us mein aa chuka hai. koi woh kutub mera lagta hai, thoda khada ho jayega.</w:t>
      </w:r>
      <w:r>
        <w:br/>
      </w:r>
      <w:r>
        <w:rPr>
          <w:sz w:val="20"/>
        </w:rPr>
        <w:t>35:55  material sense mein woh to soch mein aayega. ab woh aa chuka hai.</w:t>
      </w:r>
      <w:r>
        <w:br/>
      </w:r>
      <w:r>
        <w:rPr>
          <w:sz w:val="20"/>
        </w:rPr>
        <w:t>36:05  woh</w:t>
      </w:r>
      <w:r>
        <w:br/>
      </w:r>
      <w:r>
        <w:rPr>
          <w:sz w:val="20"/>
        </w:rPr>
        <w:t>36:09  soch kar hum pakdenge is ko. yeh aisa nahi ke woh kutte bla khada hua hai, us ko hum dekh lenge. molana, doctor aslam khan ne saharanpur se comment bheja hai ke aaj yeh modern world apni, yani apni poori tareekh ke safar mein sab se kam suffering se guzar raha hai.</w:t>
      </w:r>
    </w:p>
    <w:p>
      <w:pPr>
        <w:pStyle w:val="Heading2"/>
      </w:pPr>
      <w:r>
        <w:t>Why do non-Muslims observe Islamic values better?</w:t>
      </w:r>
    </w:p>
    <w:p>
      <w:r>
        <w:rPr>
          <w:color w:val="666666"/>
          <w:sz w:val="18"/>
        </w:rPr>
        <w:t>Society &amp; Dawah · Art of Crisis Management October 3, 2010 · 9m 17s · at 1:19:17 · https://youtu.be/sKdyThFThXo?t=4757</w:t>
      </w:r>
    </w:p>
    <w:p>
      <w:r>
        <w:rPr>
          <w:i/>
        </w:rPr>
        <w:t>“Quite often one sees that Islamic principles and values are being better observed by non-Muslims than by Muslims. At the same time, some Muslims have abandoned the principles of Islam while claiming allegiance to the religion of the Prophet.”</w:t>
      </w:r>
    </w:p>
    <w:p>
      <w:r>
        <w:rPr>
          <w:sz w:val="20"/>
        </w:rPr>
        <w:t>1:19:17  maulana, agla sawal kya hai? mister jaan butt ne afghanistan se.</w:t>
      </w:r>
      <w:r>
        <w:br/>
      </w:r>
      <w:r>
        <w:rPr>
          <w:sz w:val="20"/>
        </w:rPr>
        <w:t>1:19:22  unhon ne poocha hai ke "quiet often one sees that islamic principles and values are being better observed by non muslims than by muslims.</w:t>
      </w:r>
      <w:r>
        <w:br/>
      </w:r>
      <w:r>
        <w:rPr>
          <w:sz w:val="20"/>
        </w:rPr>
        <w:t>1:19:35  at the same time, some muslims have abandoned the principles of islam while claiming allegiance to the religion of the prophet.</w:t>
      </w:r>
      <w:r>
        <w:br/>
      </w:r>
      <w:r>
        <w:rPr>
          <w:sz w:val="20"/>
        </w:rPr>
        <w:t>1:19:45  is it time for us to reassess what constitutes a muslim?</w:t>
      </w:r>
      <w:r>
        <w:br/>
      </w:r>
      <w:r>
        <w:rPr>
          <w:sz w:val="20"/>
        </w:rPr>
        <w:t>1:19:50  should we not consider a muslim as one who adheres to islamic values rather than one who claims allegiance to islam while contravening its principles?" kindly comment.</w:t>
      </w:r>
      <w:r>
        <w:br/>
      </w:r>
      <w:r>
        <w:rPr>
          <w:sz w:val="20"/>
        </w:rPr>
        <w:t>1:20:07  agar main sahi samajhta hoon, samjha hoon is question ko to is ka matlab ghaliban yeh hai ke hum declare karein ke yeh musalman jo hai islam se door ho gaya hai. ghaliban yeh matlab hai.</w:t>
      </w:r>
      <w:r>
        <w:br/>
      </w:r>
      <w:r>
        <w:rPr>
          <w:sz w:val="20"/>
        </w:rPr>
        <w:t>1:20:19  maulana,</w:t>
      </w:r>
      <w:r>
        <w:br/>
      </w:r>
      <w:r>
        <w:rPr>
          <w:sz w:val="20"/>
        </w:rPr>
        <w:t>1:20:20  woh islam ko adhere kar raha hai. ji, is ko kahein ke bhai yeh true muslim hai. jo hat gaya, us ko declare karein ke islam se hat gaya. yeh matlab hai. maulana, declare ka word nahi aaya, but jo aap matlab yahi hai, matlab yahi hai.</w:t>
      </w:r>
      <w:r>
        <w:br/>
      </w:r>
      <w:r>
        <w:rPr>
          <w:sz w:val="20"/>
        </w:rPr>
        <w:t>1:20:32  ji, dekhein, yeh islam ki taleem nahi hai. islam mein dekhiye, ek hai ideal, ek hai practical.</w:t>
      </w:r>
      <w:r>
        <w:br/>
      </w:r>
      <w:r>
        <w:rPr>
          <w:sz w:val="20"/>
        </w:rPr>
        <w:t>1:20:44  ek hai ideal, ek hai practical.</w:t>
      </w:r>
      <w:r>
        <w:br/>
      </w:r>
      <w:r>
        <w:rPr>
          <w:sz w:val="20"/>
        </w:rPr>
        <w:t>1:20:49  to ideal situation agar yani achievable na ho to hamein practical par raazi hona padta hai. to ideal to wohi hai ke main saare musalman islam ko follow kar rahe hon.</w:t>
      </w:r>
      <w:r>
        <w:br/>
      </w:r>
      <w:r>
        <w:rPr>
          <w:sz w:val="20"/>
        </w:rPr>
        <w:t>1:21:05  bahut achi baat hai, lekin islam ko agar follow na karein, un mein degeneration aa jaye, tab hamein kya karna hai?</w:t>
      </w:r>
      <w:r>
        <w:br/>
      </w:r>
      <w:r>
        <w:rPr>
          <w:sz w:val="20"/>
        </w:rPr>
        <w:t>1:21:13  hamein samjhana hai, preaching karna hai, fatwa nahi dena hai. fatwa activism islam mein hai nahi.</w:t>
      </w:r>
      <w:r>
        <w:br/>
      </w:r>
      <w:r>
        <w:rPr>
          <w:sz w:val="20"/>
        </w:rPr>
        <w:t>1:21:23  aaj kal jo fatwa active chala hua hai na, islam mein nahi hai. yeh sab galat hai. misaal ke taur par dekhiye, ek firqa hai, us ko ahmadi firqa kehte hain, kuch log qadiyani kehte hain is ko.</w:t>
      </w:r>
      <w:r>
        <w:br/>
      </w:r>
      <w:r>
        <w:rPr>
          <w:sz w:val="20"/>
        </w:rPr>
        <w:t>1:21:37  is ke baad khoob fatwa activism chalaya gaya. yeh mere nazdeek sarapa galat tha bilkul.</w:t>
      </w:r>
      <w:r>
        <w:br/>
      </w:r>
      <w:r>
        <w:rPr>
          <w:sz w:val="20"/>
        </w:rPr>
        <w:t>1:21:44  yani agar kisi ne aisa yani baat kahi thi jo aap ke nazdeek islam ke khilaaf hai to aap samjhaiye bujhayein is ko.</w:t>
      </w:r>
      <w:r>
        <w:br/>
      </w:r>
      <w:r>
        <w:rPr>
          <w:sz w:val="20"/>
        </w:rPr>
        <w:t>1:21:53  fatwa dene ka matlab kya hai? yeh kafir hain, yeh islam se nikal gaye hain, yeh islam mein hai hi nahi.</w:t>
      </w:r>
      <w:r>
        <w:br/>
      </w:r>
      <w:r>
        <w:rPr>
          <w:sz w:val="20"/>
        </w:rPr>
        <w:t>1:22:01  imam muslim ne likha hai, mere paas maujood hai ek kitaab ke "la yukaffir ahadun min ahlil qibla". "la yukaffir ahadun min ahlil qibla" y</w:t>
      </w:r>
      <w:r>
        <w:br/>
      </w:r>
      <w:r>
        <w:rPr>
          <w:sz w:val="20"/>
        </w:rPr>
        <w:t>1:22:14  ani jo qibla rukh par namaz padhaye, us ki takfeer nahi ki jayegi. ab aap jaiye, agar qadiyaniyon ko dekhiye, ahmadi logon ko dekhein to qibla ki taraf namaz padhte hain.</w:t>
      </w:r>
      <w:r>
        <w:br/>
      </w:r>
      <w:r>
        <w:rPr>
          <w:sz w:val="20"/>
        </w:rPr>
        <w:t>1:22:25  woh un ka, woh namaz padhte hain, un ka, un ka, un ka kaba, un ka qibla bhi kaba hai. to aap ne takfeer kyun ki un ki?</w:t>
      </w:r>
      <w:r>
        <w:br/>
      </w:r>
      <w:r>
        <w:rPr>
          <w:sz w:val="20"/>
        </w:rPr>
        <w:t>1:22:37  to yeh jo hai saare ulama mashgool the yani qadiyaniyon ya ahmadiyon ki takfeer mein, yeh bilkul galat kaam kiya unhon ne. aap ko dawat karna hai, aap ko samjhana hai, aap ko yeh right hai nahi ke takfeer karein.</w:t>
      </w:r>
      <w:r>
        <w:br/>
      </w:r>
      <w:r>
        <w:rPr>
          <w:sz w:val="20"/>
        </w:rPr>
        <w:t>1:22:53  aap declare karein ke yeh kafir hai, yeh phir siddiq hai, yeh falan hai. aap ko, aap ko "you have no right to declare such fatwa".</w:t>
      </w:r>
      <w:r>
        <w:br/>
      </w:r>
      <w:r>
        <w:rPr>
          <w:sz w:val="20"/>
        </w:rPr>
        <w:t>1:23:05  "you have no right to issue such fatwa". to chahe qadiyani ka masla ho, chahe ahmadi ka masla ho, chahe brelvi ka masla ho, koi bhi masla mein aap ko ikhtilaf ho sakta hai,</w:t>
      </w:r>
      <w:r>
        <w:br/>
      </w:r>
      <w:r>
        <w:rPr>
          <w:sz w:val="20"/>
        </w:rPr>
        <w:t>1:23:21  lekin aap ko fatwa dene ka haq nahi hai. aap ko samjhaiye, islah kijiye, tablegh kijiye, dawat kijiye.</w:t>
      </w:r>
      <w:r>
        <w:br/>
      </w:r>
      <w:r>
        <w:rPr>
          <w:sz w:val="20"/>
        </w:rPr>
        <w:t>1:23:33  to yeh bohat, yeh, yeh, yeh is ko kehte hain "ghulo extremism". extremism islam mein hai nahin. "la ghulo fil islam" yeh dard se fatwa dete hain.</w:t>
      </w:r>
      <w:r>
        <w:br/>
      </w:r>
      <w:r>
        <w:rPr>
          <w:sz w:val="20"/>
        </w:rPr>
        <w:t>1:23:46  to qadiyaniyon ke maamle mein ya ahmadiyon ke maamle mein jo ulma ne kiya, woh sab ghulo tha. ghulo dard se</w:t>
      </w:r>
      <w:r>
        <w:br/>
      </w:r>
      <w:r>
        <w:rPr>
          <w:sz w:val="20"/>
        </w:rPr>
        <w:t>1:23:52  fatwa de diya ke yeh kafir hain, aur haalankeh un mein se kisi ne jahan tak mein janta hoon, yeh nahin kiya ke woh logon se mile, hamdardi ke sath, kharkhay ke sath samjhaye ke tumhara aqeedah kya hai.</w:t>
      </w:r>
      <w:r>
        <w:br/>
      </w:r>
      <w:r>
        <w:rPr>
          <w:sz w:val="20"/>
        </w:rPr>
        <w:t>1:24:06  samjhe is poore aqeedah ko ke aap waqatan tum daawa karte ho ke main nabi hoon ya kuch aur tum kehte ho, is ko samjho. aur phir agar tumhare nazdeek woh galat un ka aqeedah hai to is ko samjhao, un ke aqeedah ko durust karo</w:t>
      </w:r>
      <w:r>
        <w:br/>
      </w:r>
      <w:r>
        <w:rPr>
          <w:sz w:val="20"/>
        </w:rPr>
        <w:t>1:24:20  . bas fatwa dena jaiz nahin, aur marna kaata aur bhi najaaiz hai. aaj kal kya hai?</w:t>
      </w:r>
      <w:r>
        <w:br/>
      </w:r>
      <w:r>
        <w:rPr>
          <w:sz w:val="20"/>
        </w:rPr>
        <w:t>1:24:29  marna kaatna shuru kar dete hain, yaqt al had shuru ho jata hai. yeh sab bilkul islam ke khilaf hai. sirf hamare liye aik hi option hai, woh hai dawat, islah, tafheem.</w:t>
      </w:r>
      <w:r>
        <w:br/>
      </w:r>
      <w:r>
        <w:rPr>
          <w:sz w:val="20"/>
        </w:rPr>
        <w:t>1:24:42  bas "we have no option other than this".</w:t>
      </w:r>
      <w:r>
        <w:br/>
      </w:r>
      <w:r>
        <w:rPr>
          <w:sz w:val="20"/>
        </w:rPr>
        <w:t>1:24:51  yeh mein poore yaani poore conviction se keh raha hoon ke yahi islam hai, aur is ke khilaf jo baat log kehte hain, woh islam nahin hai, woh un ke apne ghar banaya hua islam hai.</w:t>
      </w:r>
      <w:r>
        <w:br/>
      </w:r>
      <w:r>
        <w:rPr>
          <w:sz w:val="20"/>
        </w:rPr>
        <w:t>1:25:06  maulana, yeh sawal kiya hai maulana abdul basit ne doha, qatar se.</w:t>
      </w:r>
      <w:r>
        <w:br/>
      </w:r>
      <w:r>
        <w:rPr>
          <w:sz w:val="20"/>
        </w:rPr>
        <w:t>1:25:12  unhon ne likha hai: "maulana hazrat ali ka aik waqia mein ne parha tha ke kisi jang mein jab hazrat ali ne aik mushrik par qaboo paya to us ne ali ke munh par thook diya.</w:t>
      </w:r>
      <w:r>
        <w:br/>
      </w:r>
      <w:r>
        <w:rPr>
          <w:sz w:val="20"/>
        </w:rPr>
        <w:t>1:25:27  to hazrat ali ne aise mauqe par aik baat kahi aur use qatl karne ki bajaye chhod diya.</w:t>
      </w:r>
      <w:r>
        <w:br/>
      </w:r>
      <w:r>
        <w:rPr>
          <w:sz w:val="20"/>
        </w:rPr>
        <w:t>1:25:34  poochha gaya to bataya ke mein agar us ke thookne ke baad qatl karta to woh khuda ki rah mein na hota, balke mera jazbati amal hota." maulana, is mein jazbat ko aur iman ko alag kiya gaya hai,</w:t>
      </w:r>
      <w:r>
        <w:br/>
      </w:r>
      <w:r>
        <w:rPr>
          <w:sz w:val="20"/>
        </w:rPr>
        <w:t>1:25:51  magar aaj jazbat hi ko islam ki alamat samjha ja raha hai. aisa kyun hai?</w:t>
      </w:r>
      <w:r>
        <w:br/>
      </w:r>
      <w:r>
        <w:rPr>
          <w:sz w:val="20"/>
        </w:rPr>
        <w:t>1:26:00  bhai, aisa kyun hai? ji, musalman daur-e-zawal mein hain,</w:t>
      </w:r>
      <w:r>
        <w:br/>
      </w:r>
      <w:r>
        <w:rPr>
          <w:sz w:val="20"/>
        </w:rPr>
        <w:t>1:26:06  degeneration un ka ho chuka hai. yeh to quran hadith se sabit hai ke musalmanon ka aik zamana aaye ga ke jab koi degeneration ho jaye ga.</w:t>
      </w:r>
      <w:r>
        <w:br/>
      </w:r>
      <w:r>
        <w:rPr>
          <w:sz w:val="20"/>
        </w:rPr>
        <w:t>1:26:17  lam yabqa al islam illa ismuhu. islam ka sirf naam baqi reh jaye ga, yahan tak ke masjidon mein namazi hon ge, lekin hidayat nahin hogi un mein.</w:t>
      </w:r>
      <w:r>
        <w:br/>
      </w:r>
      <w:r>
        <w:rPr>
          <w:sz w:val="20"/>
        </w:rPr>
        <w:t>1:26:27  masajid aamirah, kharab khuda, yeh masjidain namaz bhari hon gi, lekin hidayat se khaali hon gi.</w:t>
      </w:r>
      <w:r>
        <w:br/>
      </w:r>
      <w:r>
        <w:rPr>
          <w:sz w:val="20"/>
        </w:rPr>
        <w:t>1:26:35  yeh to, yeh to hone wala tha, aur yeh to law of degeneration jo hai, sab ke liye hota hai, koi is musalman ke liye nahin. ibn khaldun ne likha hai ke "lil-quwam a'maar kama lil-afraad a'maar".</w:t>
      </w:r>
      <w:r>
        <w:br/>
      </w:r>
      <w:r>
        <w:rPr>
          <w:sz w:val="20"/>
        </w:rPr>
        <w:t>1:26:50  jis tarah se afraad jo hain jawan hote hain, phir boodhe hote hain, aisi qaumein bhi jawan hoti hain, boodhi hoti hain, matlab un ka degeneration hota hai.</w:t>
      </w:r>
      <w:r>
        <w:br/>
      </w:r>
      <w:r>
        <w:rPr>
          <w:sz w:val="20"/>
        </w:rPr>
        <w:t>1:27:01  to musalman aaj kal degenerated lot hai, mein to un ko manta hoon,</w:t>
      </w:r>
      <w:r>
        <w:br/>
      </w:r>
      <w:r>
        <w:rPr>
          <w:sz w:val="20"/>
        </w:rPr>
        <w:t>1:27:07  mein un ko degeneration ke aakhri hadd par samajhta hoon. in logon ko quran hadith in ka aik business hai, bas is ki spirit kahin maujood nahin hai.</w:t>
      </w:r>
      <w:r>
        <w:br/>
      </w:r>
      <w:r>
        <w:rPr>
          <w:sz w:val="20"/>
        </w:rPr>
        <w:t>1:27:18  jis maamle mein dekhiye, jis maamle mein dekhiye, woh quran hadith hate hue hain, woh to daur-e-zawal mein hain, yeh aur aur zawal to har qaum ko aata hai.</w:t>
      </w:r>
      <w:r>
        <w:br/>
      </w:r>
      <w:r>
        <w:rPr>
          <w:sz w:val="20"/>
        </w:rPr>
        <w:t>1:27:29  zawal, daur-e-zawal jo hai, aisa nahin ke musalman exception hain.</w:t>
      </w:r>
      <w:r>
        <w:br/>
      </w:r>
      <w:r>
        <w:rPr>
          <w:sz w:val="20"/>
        </w:rPr>
        <w:t>1:27:34  yeh isaiyon ko zawal aaya, mazhabi mazhabi zawal, yahudiyon ko mazhabi zawal aaya, to musalmanon ko mazhabi zawal aaye ga. to ab hamein jo karna hai, woh hai ke phir se phir se logon ko samjhayein,</w:t>
      </w:r>
      <w:r>
        <w:br/>
      </w:r>
      <w:r>
        <w:rPr>
          <w:sz w:val="20"/>
        </w:rPr>
        <w:t>1:27:52  phir se logon ke zehni ta'ameer karein, jis ko mein kehta hoon "re-engineering of mind".</w:t>
      </w:r>
      <w:r>
        <w:br/>
      </w:r>
      <w:r>
        <w:rPr>
          <w:sz w:val="20"/>
        </w:rPr>
        <w:t>1:28:02  jo existing situation hai musalmanon ki, woh to yahi hai, lekin hamesha aisa hota hai ke aap in ko samjha bujha kar ke aik naya insan bana sakte hain.</w:t>
      </w:r>
      <w:r>
        <w:br/>
      </w:r>
      <w:r>
        <w:rPr>
          <w:sz w:val="20"/>
        </w:rPr>
        <w:t>1:28:11  jaise maine bataya ke aaj mere paas jo telephone aaya, ke woh aadmi ne kaha ke main sab se nafrat karta tha, meri kitabein padhte padhte ab sab ka woh kharkha ban gaya, sab ko insan samajhne laga.</w:t>
      </w:r>
      <w:r>
        <w:br/>
      </w:r>
      <w:r>
        <w:rPr>
          <w:sz w:val="20"/>
        </w:rPr>
        <w:t>1:28:23  to logon ke zehan ko badlie, logon ke soch ko badlie. yahan se yeh hai "da starting point".</w:t>
      </w:r>
      <w:r>
        <w:br/>
      </w:r>
      <w:r>
        <w:rPr>
          <w:sz w:val="20"/>
        </w:rPr>
        <w:t>1:28:34  mol</w:t>
      </w:r>
    </w:p>
    <w:p>
      <w:pPr>
        <w:pStyle w:val="Heading2"/>
      </w:pPr>
      <w:r>
        <w:t>Why do people desire global dominance?</w:t>
      </w:r>
    </w:p>
    <w:p>
      <w:r>
        <w:rPr>
          <w:color w:val="666666"/>
          <w:sz w:val="18"/>
        </w:rPr>
        <w:t>Society &amp; Dawah · Between Hell and Paradise January 27, 2013 · 5m 14s · at 1:11:47 · https://youtu.be/0IItFxGXPQ4?t=4307</w:t>
      </w:r>
    </w:p>
    <w:p>
      <w:r>
        <w:rPr>
          <w:i/>
        </w:rPr>
        <w:t>“I have visited India and Gulf countries for fifteen years. When I met people, I found that both Muslims and non-Muslims live with the mindset that their nation's dominance should be worldwide. Why is that?”</w:t>
      </w:r>
    </w:p>
    <w:p>
      <w:r>
        <w:rPr>
          <w:sz w:val="20"/>
        </w:rPr>
        <w:t>1:11:47  molana, agla sawal tamil nadu se hai, molana iqbal umri ka. unhone likha hai: "Molana, pandrah saal se hindustan aur gulf mulkon ka maine visit kiya.</w:t>
      </w:r>
      <w:r>
        <w:br/>
      </w:r>
      <w:r>
        <w:rPr>
          <w:sz w:val="20"/>
        </w:rPr>
        <w:t>1:12:00  logon se mulaqat ki to maloom hua ke muslim aur non-muslim dono apni qaum ka iqtidaar saare alam mein ho, is zehan mein jeete hain.</w:t>
      </w:r>
      <w:r>
        <w:br/>
      </w:r>
      <w:r>
        <w:rPr>
          <w:sz w:val="20"/>
        </w:rPr>
        <w:t>1:12:12  molana, aisa kyun hai?"</w:t>
      </w:r>
      <w:r>
        <w:br/>
      </w:r>
      <w:r>
        <w:rPr>
          <w:sz w:val="20"/>
        </w:rPr>
        <w:t>1:12:19  yeh wahi hai. Satan jo hai woh activate ki hui hai in cheezon par jo mili hain aap ko.</w:t>
      </w:r>
      <w:r>
        <w:br/>
      </w:r>
      <w:r>
        <w:rPr>
          <w:sz w:val="20"/>
        </w:rPr>
        <w:t>1:12:26  Abhi jo mila hua hai, har ek ko mila hua hai. Yani political power hi mila hua hai, material comfort hi mila hua hai.</w:t>
      </w:r>
      <w:r>
        <w:br/>
      </w:r>
      <w:r>
        <w:rPr>
          <w:sz w:val="20"/>
        </w:rPr>
        <w:t>1:12:37  Sab cheez mili hui hai. Koi gosha ek jahan nahi mila hua hai. To bas isi par focus hai ke woh bhi mil jaye hamein, is par hamara qabza ho jaye.</w:t>
      </w:r>
      <w:r>
        <w:br/>
      </w:r>
      <w:r>
        <w:rPr>
          <w:sz w:val="20"/>
        </w:rPr>
        <w:t>1:12:47  Wahi hai yeh, isi ka wahi phenomena hai yeh.</w:t>
      </w:r>
      <w:r>
        <w:br/>
      </w:r>
      <w:r>
        <w:rPr>
          <w:sz w:val="20"/>
        </w:rPr>
        <w:t>1:12:55  Maulana, agla sawal Delhi se hai, Anwar Abbas sahab ka. Unhone likha hai: "Ek aalim ne apni kitaab mein likha hai ke Quran mein infiradi ahkam bhi hain aur ijtamai qawaneen bhi.</w:t>
      </w:r>
      <w:r>
        <w:br/>
      </w:r>
      <w:r>
        <w:rPr>
          <w:sz w:val="20"/>
        </w:rPr>
        <w:t>1:13:09  Agar hum Allah ke qanoon aur uski shariyat ko nafiz nahi karte to yeh badi nashukri hai. Surah Maidah mein irshad hua hai, chapter 5, verse number 44:</w:t>
      </w:r>
      <w:r>
        <w:br/>
      </w:r>
      <w:r>
        <w:rPr>
          <w:sz w:val="20"/>
        </w:rPr>
        <w:t>1:13:22  "Yani jo log Allah ke nazil kiye hue Quran ka mutabiq faisla nahi karte, woh to kafir hain." Maulana sahab, is ke bare mein batayein.</w:t>
      </w:r>
      <w:r>
        <w:br/>
      </w:r>
      <w:r>
        <w:rPr>
          <w:sz w:val="20"/>
        </w:rPr>
        <w:t>1:13:33  Dekhiye, yeh bahut hi yani jhooti baatein hain jo Quran ko mansoob karte hain log. Jhooti mein is liye bol raha hoon ke bahut hi zyada takleef hoti hai mujh ko, kyunke zara bhi seriousness nahi.</w:t>
      </w:r>
      <w:r>
        <w:br/>
      </w:r>
      <w:r>
        <w:rPr>
          <w:sz w:val="20"/>
        </w:rPr>
        <w:t>1:13:46  Dekhiye, Quran mein wazeh taur par yeh ayat hai ke "La yukallifullahu nafsan illa wus'aha". Ke Allah baqadr-e-istita'at mukallaf karta hai,</w:t>
      </w:r>
      <w:r>
        <w:br/>
      </w:r>
      <w:r>
        <w:rPr>
          <w:sz w:val="20"/>
        </w:rPr>
        <w:t>1:14:01  Yani jitna bas woh hai, us ki zimmedari hoti hai. To is ki hamein bas yeh bhi nahi ke hum India mein qanoon Islami nafiz karein, to woh hamare liye woh applicable nahi hoga.</w:t>
      </w:r>
      <w:r>
        <w:br/>
      </w:r>
      <w:r>
        <w:rPr>
          <w:sz w:val="20"/>
        </w:rPr>
        <w:t>1:14:14  Hamare liye</w:t>
      </w:r>
      <w:r>
        <w:br/>
      </w:r>
      <w:r>
        <w:rPr>
          <w:sz w:val="20"/>
        </w:rPr>
        <w:t>1:14:16  Yani jo hamare capacity mein nahi hai, woh hum par applicable nahi hai. Jo capacity mein hai, woh applicable hai.</w:t>
      </w:r>
      <w:r>
        <w:br/>
      </w:r>
      <w:r>
        <w:rPr>
          <w:sz w:val="20"/>
        </w:rPr>
        <w:t>1:14:27  To yeh log bahut hi zyada yani zalim hain jo aise matlab nikalte hain Quran majeed se. Ke kaise un ki himmat padti hai ke aise matlab nikalein.</w:t>
      </w:r>
      <w:r>
        <w:br/>
      </w:r>
      <w:r>
        <w:rPr>
          <w:sz w:val="20"/>
        </w:rPr>
        <w:t>1:14:38  Agar woh sanjeedgi se padhein Quran majeed to us mein yeh is usool ko bhi daryaft karein ge jo maine daryaft kiya hai.</w:t>
      </w:r>
      <w:r>
        <w:br/>
      </w:r>
      <w:r>
        <w:rPr>
          <w:sz w:val="20"/>
        </w:rPr>
        <w:t>1:14:46  Ke Quran saaf saaf yeh keh raha hai ke mukhtalif ahkam hain, lekin ahkam jo hain, un ka jo application hoga, woh tumhari apni istita'at ke mutabiq hua, apni capacity ke mutabiq hua.</w:t>
      </w:r>
      <w:r>
        <w:br/>
      </w:r>
      <w:r>
        <w:rPr>
          <w:sz w:val="20"/>
        </w:rPr>
        <w:t>1:15:00  Jo baat tumhari capacity mein hai, woh to applicable hogi tumhare upar. Jo nahi hai, woh applicable nahi hogi tumhare upar. To jo capacity mein hai, woh kya hai?</w:t>
      </w:r>
      <w:r>
        <w:br/>
      </w:r>
      <w:r>
        <w:rPr>
          <w:sz w:val="20"/>
        </w:rPr>
        <w:t>1:15:12  Dawat-e-Ilah. Woh to karte nahi hain.</w:t>
      </w:r>
      <w:r>
        <w:br/>
      </w:r>
      <w:r>
        <w:rPr>
          <w:sz w:val="20"/>
        </w:rPr>
        <w:t>1:15:14  Yani hukoomat qaim karne ke liye badi badi baatein bolte hain. Jo cheez mumkin hai, woh kyun nahi karte?</w:t>
      </w:r>
      <w:r>
        <w:br/>
      </w:r>
      <w:r>
        <w:rPr>
          <w:sz w:val="20"/>
        </w:rPr>
        <w:t>1:15:23  Sari qaumon tak Allah ka paigham pahunchao, us mein to koi rukawat nahi hai. To jo apni yani apne bas mein hai, woh na karna aur jo bas mein nahi hai, us ki baatein karna, yeh to munafiqat hai, munafiqat.</w:t>
      </w:r>
      <w:r>
        <w:br/>
      </w:r>
      <w:r>
        <w:rPr>
          <w:sz w:val="20"/>
        </w:rPr>
        <w:t>1:15:37  Yeh Islam nahi hai yeh.</w:t>
      </w:r>
      <w:r>
        <w:br/>
      </w:r>
      <w:r>
        <w:rPr>
          <w:sz w:val="20"/>
        </w:rPr>
        <w:t>1:15:43  Maulana, agla sawal Delhi se hai, Miss Nagma Siddiqui ka. Unhone likha hai: "Shukr is directly linked to positivity.</w:t>
      </w:r>
      <w:r>
        <w:br/>
      </w:r>
      <w:r>
        <w:rPr>
          <w:sz w:val="20"/>
        </w:rPr>
        <w:t>1:15:54  This comes when we focus on what we have. How can we save ourselves from Satan making our focus on what we do not have?"</w:t>
      </w:r>
      <w:r>
        <w:br/>
      </w:r>
      <w:r>
        <w:rPr>
          <w:sz w:val="20"/>
        </w:rPr>
        <w:t>1:16:05  Please tell us." Har cheez ka jo har cheez depend karti hai thinking par.</w:t>
      </w:r>
      <w:r>
        <w:br/>
      </w:r>
      <w:r>
        <w:rPr>
          <w:sz w:val="20"/>
        </w:rPr>
        <w:t>1:16:14  Har cheez depend karti hai thinking par. Aap koi soch ko jab active karein ge aap, to aap ko pata chal bar bar aap ko pata hota rahega ke kahan mujhe Satan jo hai behka raha hai.</w:t>
      </w:r>
      <w:r>
        <w:br/>
      </w:r>
      <w:r>
        <w:rPr>
          <w:sz w:val="20"/>
        </w:rPr>
        <w:t>1:16:29  Aur koi doosra tareeqa nahi hai.</w:t>
      </w:r>
      <w:r>
        <w:br/>
      </w:r>
      <w:r>
        <w:rPr>
          <w:sz w:val="20"/>
        </w:rPr>
        <w:t>1:16:32  bahut zyada apne mind ko active rakhiye, bahut zyada bahosh rahiye, bahut zyada apne andar intellectual awareness paida kijiye, to aap har lamhe par jaan lenge.</w:t>
      </w:r>
      <w:r>
        <w:br/>
      </w:r>
      <w:r>
        <w:rPr>
          <w:sz w:val="20"/>
        </w:rPr>
        <w:t>1:16:45  har lamha aap ke liye bahut aasani se aap jaan lenge ke is waqt mujhe kya karna hai, kahan satan mujhe activate kar raha hai.</w:t>
      </w:r>
      <w:r>
        <w:br/>
      </w:r>
      <w:r>
        <w:rPr>
          <w:sz w:val="20"/>
        </w:rPr>
        <w:t>1:16:55  So it all requires intellectual awakening.</w:t>
      </w:r>
    </w:p>
    <w:p>
      <w:pPr>
        <w:pStyle w:val="Heading2"/>
      </w:pPr>
      <w:r>
        <w:t>Why people fight for greatness of religion</w:t>
      </w:r>
    </w:p>
    <w:p>
      <w:r>
        <w:rPr>
          <w:color w:val="666666"/>
          <w:sz w:val="18"/>
        </w:rPr>
        <w:t>Society &amp; Dawah · The Problem of Conditioning April 22, 2012 · 5m 42s · at 1:06:19 · https://youtu.be/j-kJQzOz46g?t=3979</w:t>
      </w:r>
    </w:p>
    <w:p>
      <w:r>
        <w:rPr>
          <w:i/>
        </w:rPr>
        <w:t>“I want to know why people fight for the greatness of religion.”</w:t>
      </w:r>
    </w:p>
    <w:p>
      <w:r>
        <w:rPr>
          <w:sz w:val="20"/>
        </w:rPr>
        <w:t>1:06:19  maulana, agla sawal dilli se hai, Mr. Luvpreet Singh ne likha hai.</w:t>
      </w:r>
      <w:r>
        <w:br/>
      </w:r>
      <w:r>
        <w:rPr>
          <w:sz w:val="20"/>
        </w:rPr>
        <w:t>1:06:23  unhon ne aapse poocha hai ke "I want to know why people fight for the greatness of religion."</w:t>
      </w:r>
      <w:r>
        <w:br/>
      </w:r>
      <w:r>
        <w:rPr>
          <w:sz w:val="20"/>
        </w:rPr>
        <w:t>1:06:35  yeh to bilkul, yani mazhab ke khilaf hai ke mazhab ki greatness ki ladai jaye. yeh to political banana hai.</w:t>
      </w:r>
      <w:r>
        <w:br/>
      </w:r>
      <w:r>
        <w:rPr>
          <w:sz w:val="20"/>
        </w:rPr>
        <w:t>1:06:44  "Does it politicize religion?" yani mazhab ko political banana</w:t>
      </w:r>
      <w:r>
        <w:br/>
      </w:r>
      <w:r>
        <w:rPr>
          <w:sz w:val="20"/>
        </w:rPr>
        <w:t>1:06:50  hai. mazhab to ek spiritual message hai. spiritual development is ka nishana hota hai. to fight se kehta hai log is ka greatness kis ko milegi?</w:t>
      </w:r>
      <w:r>
        <w:br/>
      </w:r>
      <w:r>
        <w:rPr>
          <w:sz w:val="20"/>
        </w:rPr>
        <w:t>1:07:02  mazhab ko thodi jo mazhab ke naam par apna chahte hain power capture karna. to beharhal, mazhab ke greatness ke liye jo ladai ladi jaye, woh bilashuba mazhab se koi is ka taluq nahi hai.</w:t>
      </w:r>
      <w:r>
        <w:br/>
      </w:r>
      <w:r>
        <w:rPr>
          <w:sz w:val="20"/>
        </w:rPr>
        <w:t>1:07:17  woh to leadership hai. kuch log leadership karte hain mazhab ke naam par,</w:t>
      </w:r>
      <w:r>
        <w:br/>
      </w:r>
      <w:r>
        <w:rPr>
          <w:sz w:val="20"/>
        </w:rPr>
        <w:t>1:07:21  na Islam mein hai, na kisi aur mazhab mein hai. yeh is qism ki ladai jo hai, na Islam mein hai, na na kisi doosre mazhab mein hai. Mr. Mohammad Zamir Kamti sahib ne Nagpur se sawal kiya hai.</w:t>
      </w:r>
      <w:r>
        <w:br/>
      </w:r>
      <w:r>
        <w:rPr>
          <w:sz w:val="20"/>
        </w:rPr>
        <w:t>1:07:36  unhon ne likha hai: "mad'u ke liye zyada effective Islam kya hai? theoretical Islam ya practical Islam?</w:t>
      </w:r>
      <w:r>
        <w:br/>
      </w:r>
      <w:r>
        <w:rPr>
          <w:sz w:val="20"/>
        </w:rPr>
        <w:t>1:07:44  yani mutale'e wala Islam ya mushahde wala Islam?" mushahde wala Islam koi hota hi nahi. ek hi Islam hai, woh mutale'e wala hai.</w:t>
      </w:r>
      <w:r>
        <w:br/>
      </w:r>
      <w:r>
        <w:rPr>
          <w:sz w:val="20"/>
        </w:rPr>
        <w:t>1:07:54  yeh, yeh nazariya hi galat hai. yeh to ek sahib ne kitab likhi hai, shahadat-e-haq, is mein dikhaya hai ke woh qouli shahadat, amli shahadat, yeh bilashuba bilkul be-asal hai, baseless hai.</w:t>
      </w:r>
      <w:r>
        <w:br/>
      </w:r>
      <w:r>
        <w:rPr>
          <w:sz w:val="20"/>
        </w:rPr>
        <w:t>1:08:08  amli shahadat kuch nahi hoti. qooli shahadat hi fidaai dawat hoti hai. aap dekhen, rasool Allah sal Allah alaihi wasallam ne makkah mein kya kiya tha? quran sunate the, bas qooli shahadat de dete the.</w:t>
      </w:r>
      <w:r>
        <w:br/>
      </w:r>
      <w:r>
        <w:rPr>
          <w:sz w:val="20"/>
        </w:rPr>
        <w:t>1:08:19  madinah gaye sahaba to woh kya karte the? woh un ko muqarrar kehte the log, yaani parh ke sunane wala.</w:t>
      </w:r>
      <w:r>
        <w:br/>
      </w:r>
      <w:r>
        <w:rPr>
          <w:sz w:val="20"/>
        </w:rPr>
        <w:t>1:08:26  to amli shahadat ka tasawwur bilkul baseless hai. is ka Islam se koi talluq nahi. dawat yaad rakhiye, hamesha qol ke zariye hoti hai aur is ko jo taqat di jati hai, woh daleel ke zariye, amli, amli namune se nahi.</w:t>
      </w:r>
      <w:r>
        <w:br/>
      </w:r>
      <w:r>
        <w:rPr>
          <w:sz w:val="20"/>
        </w:rPr>
        <w:t>1:08:41  yeh nazariya bilkul batil hai, mere nazdeek ke koi amli namuna ho, is se aap la kar ke mutasir karen</w:t>
      </w:r>
      <w:r>
        <w:br/>
      </w:r>
      <w:r>
        <w:rPr>
          <w:sz w:val="20"/>
        </w:rPr>
        <w:t>1:08:49  madu ko. nahi, apni dawat ke haq mein jo cheezen aap ko jama karna hain, woh dalail, reason, is se is ko fortify kijiye.</w:t>
      </w:r>
      <w:r>
        <w:br/>
      </w:r>
      <w:r>
        <w:rPr>
          <w:sz w:val="20"/>
        </w:rPr>
        <w:t>1:08:58  to dawat ki taqat daleel hai. dawat ki taqat amli nizam, nizam nahi hai. yeh bilkul batil tasawwur hai ke dawat ki taqat amli nizam hai.</w:t>
      </w:r>
      <w:r>
        <w:br/>
      </w:r>
      <w:r>
        <w:rPr>
          <w:sz w:val="20"/>
        </w:rPr>
        <w:t>1:09:08  dawat ki taqat hai daleel, reason, haqaiq.</w:t>
      </w:r>
      <w:r>
        <w:br/>
      </w:r>
      <w:r>
        <w:rPr>
          <w:sz w:val="20"/>
        </w:rPr>
        <w:t>1:09:17  maulana, in ka doosra sawal yeh hai ke quran se musalmanon ki doori ka sabab kya hai? sabab kya hai?</w:t>
      </w:r>
      <w:r>
        <w:br/>
      </w:r>
      <w:r>
        <w:rPr>
          <w:sz w:val="20"/>
        </w:rPr>
        <w:t>1:09:26  yeh to hota hi hai, har qaum mein hota hai, baad ki naslon mein. to musalmanon ki baat nahi hai. fatala alaina mawat fa qasut qulubuhum tool-e-umar se qasawat aati hai, tool-e-umar se spirit khatam ho jati hai,</w:t>
      </w:r>
      <w:r>
        <w:br/>
      </w:r>
      <w:r>
        <w:rPr>
          <w:sz w:val="20"/>
        </w:rPr>
        <w:t>1:09:43  tool-e-umar se woh haqeeqi Islam jo hai, baqi nahi rehta. wahi hua hai musalmanon ke mamle mein.</w:t>
      </w:r>
      <w:r>
        <w:br/>
      </w:r>
      <w:r>
        <w:rPr>
          <w:sz w:val="20"/>
        </w:rPr>
        <w:t>1:09:53  yeh sara mamla hai, tool-e-umar ka phenomena hai. yeh maulana, yeh sawal Karachi Pakistan se hai, Mr Abdul Lateef sahib ka</w:t>
      </w:r>
      <w:r>
        <w:br/>
      </w:r>
      <w:r>
        <w:rPr>
          <w:sz w:val="20"/>
        </w:rPr>
        <w:t>1:10:05  . unhon ne likha hai: "main jis tarah toofan aur barish se paida shuda masail aur mushkilat ka hal talash karta hoon, usi tarah insanon ki taraf se paida shuda masail aur mushkilat ka hal, hal bhi ehtejaj aur shor o gul karne ke bajaye, is ka hal talash karta hoon.</w:t>
      </w:r>
      <w:r>
        <w:br/>
      </w:r>
      <w:r>
        <w:rPr>
          <w:sz w:val="20"/>
        </w:rPr>
        <w:t>1:10:28  kyun ke main dono qism ke masail ko Allah ki taraf se samajhta hoon,</w:t>
      </w:r>
      <w:r>
        <w:br/>
      </w:r>
      <w:r>
        <w:rPr>
          <w:sz w:val="20"/>
        </w:rPr>
        <w:t>1:10:34  barish ke masail ko bhi aur insan ki taraf se aanay wale masail ko bhi. kyun ke insan bhi Allah ki di hui azadi ka galat istemal kar ke masail paida karta hai.</w:t>
      </w:r>
      <w:r>
        <w:br/>
      </w:r>
      <w:r>
        <w:rPr>
          <w:sz w:val="20"/>
        </w:rPr>
        <w:t>1:10:47  maulana sahib, mera yeh, meri yeh samajh kis had tak sahi hai?"</w:t>
      </w:r>
      <w:r>
        <w:br/>
      </w:r>
      <w:r>
        <w:rPr>
          <w:sz w:val="20"/>
        </w:rPr>
        <w:t>1:10:56  haan, insan ki taraf se jo masail paida hon, is ke liye kya hai? sabr hai, sabr hai.</w:t>
      </w:r>
      <w:r>
        <w:br/>
      </w:r>
      <w:r>
        <w:rPr>
          <w:sz w:val="20"/>
        </w:rPr>
        <w:t>1:11:05  barish aaye to is ke liye aap ko chhat banana hai. barish agar aati hai to aap ko chhat banana hai. garmi ka zamana aata hai to aap ko saya talash karna hai.</w:t>
      </w:r>
      <w:r>
        <w:br/>
      </w:r>
      <w:r>
        <w:rPr>
          <w:sz w:val="20"/>
        </w:rPr>
        <w:t>1:11:15  lekin insanon ki taraf jo masail paida hote hain, un ke liye sabr karna hai. sabr ke maani kya hote hain? sabr ke maani hote hain mabni bar harkat planning, reality based planning.</w:t>
      </w:r>
      <w:r>
        <w:br/>
      </w:r>
      <w:r>
        <w:rPr>
          <w:sz w:val="20"/>
        </w:rPr>
        <w:t>1:11:28  yeh hai sabr.</w:t>
      </w:r>
      <w:r>
        <w:br/>
      </w:r>
      <w:r>
        <w:rPr>
          <w:sz w:val="20"/>
        </w:rPr>
        <w:t>1:11:30  yaani halaat ka jaiza lijiye aur dekhiye ke aap ke wasail kya hain, fareeq-e-sani ke wasail kya hain.</w:t>
      </w:r>
      <w:r>
        <w:br/>
      </w:r>
      <w:r>
        <w:rPr>
          <w:sz w:val="20"/>
        </w:rPr>
        <w:t>1:11:41  to apni taqat aur apne wasail aur halaat ko le kar ke sare mamle ka jaiza liya jaye, phir jo naqsha banaya jaye amal ka, is ka naam hai planning.</w:t>
      </w:r>
      <w:r>
        <w:br/>
      </w:r>
      <w:r>
        <w:rPr>
          <w:sz w:val="20"/>
        </w:rPr>
        <w:t>1:11:52  isi ka naam hai sabr. yeh hai yaani sahi tareeqa is mamle mein.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