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348 questions · category Society &amp; Dawah · full transcripts with timestamps · exported 2026-09-21</w:t>
      </w:r>
    </w:p>
    <w:p>
      <w:pPr>
        <w:pStyle w:val="Heading2"/>
      </w:pPr>
      <w:r>
        <w:t>Accusation of Supporting Infidels</w:t>
      </w:r>
    </w:p>
    <w:p>
      <w:r>
        <w:rPr>
          <w:color w:val="666666"/>
          <w:sz w:val="18"/>
        </w:rPr>
        <w:t>Society &amp; Dawah · The Age of Alternative April 24, 2016 · 40s · at 49:35 · https://youtu.be/JoilI-TK4Ig?t=2975</w:t>
      </w:r>
    </w:p>
    <w:p>
      <w:r>
        <w:rPr>
          <w:i/>
        </w:rPr>
        <w:t>“Maulana, why are you always against innocent Muslims and openly support the infidel?”</w:t>
      </w:r>
    </w:p>
    <w:p>
      <w:r>
        <w:rPr>
          <w:sz w:val="20"/>
        </w:rPr>
        <w:t>49:35  kuch log is ko azaab batate hain, azaab nahi, yeh reminder hai. maulana, agla sawal lene se pehle do comments parhna chahenge. pehla comment bheja hai ajmer se doctor safina tabassum ne.</w:t>
      </w:r>
      <w:r>
        <w:br/>
      </w:r>
      <w:r>
        <w:rPr>
          <w:sz w:val="20"/>
        </w:rPr>
        <w:t>49:47  unhon ne likha hai ke: "very rational thinking Maulana sahib, that being a muslim is not a matter of pride, it is a matter of responsibility." agla comment bheja hai faraz ahmed sahib ne, aur unhon ne likha hai ke: "u turn is a tauba and very well explained Maulana sahib, and I completely agree with you." mashallah.</w:t>
      </w:r>
    </w:p>
    <w:p>
      <w:pPr>
        <w:pStyle w:val="Heading2"/>
      </w:pPr>
      <w:r>
        <w:t>Addressing degeneration of Islam</w:t>
      </w:r>
    </w:p>
    <w:p>
      <w:r>
        <w:rPr>
          <w:color w:val="666666"/>
          <w:sz w:val="18"/>
        </w:rPr>
        <w:t>Society &amp; Dawah · Degeneration of Ummah October 16, 2016 · 1m 13s · at 54:04 · https://youtu.be/W8nafLKMQes?t=3244</w:t>
      </w:r>
    </w:p>
    <w:p>
      <w:r>
        <w:rPr>
          <w:i/>
        </w:rPr>
        <w:t>“Who should take the step for addressing the issue of degeneration of Islam? Is there any need of an organization and what kind of ways can be adopted to address this issue? Why don't...”</w:t>
      </w:r>
    </w:p>
    <w:p>
      <w:r>
        <w:rPr>
          <w:sz w:val="20"/>
        </w:rPr>
        <w:t>54:04  Maulana, agla sawal Sahiwal Pakistan se Imran Khan sahib ne kiya hai aur unhon ne likha hai: "Maulana</w:t>
      </w:r>
      <w:r>
        <w:br/>
      </w:r>
      <w:r>
        <w:rPr>
          <w:sz w:val="20"/>
        </w:rPr>
        <w:t>54:12  Sahab, who should take the step for addressing the issue of degeneration of Islam? Is there any</w:t>
      </w:r>
      <w:r>
        <w:br/>
      </w:r>
      <w:r>
        <w:rPr>
          <w:sz w:val="20"/>
        </w:rPr>
        <w:t>54:19  need of an organization or what kind of ways can be adopted to address this issue? Why don't</w:t>
      </w:r>
      <w:r>
        <w:br/>
      </w:r>
      <w:r>
        <w:rPr>
          <w:sz w:val="20"/>
        </w:rPr>
        <w:t>54:27  you take step to do this? Jazak Allah." to hum to kar rahe hain, yehi kaam kar rahe</w:t>
      </w:r>
      <w:r>
        <w:br/>
      </w:r>
      <w:r>
        <w:rPr>
          <w:sz w:val="20"/>
        </w:rPr>
        <w:t>54:35  hain.</w:t>
      </w:r>
      <w:r>
        <w:br/>
      </w:r>
      <w:r>
        <w:rPr>
          <w:sz w:val="20"/>
        </w:rPr>
        <w:t>54:36  Dekhein, beginning kabhi bhi organization nahi hoti, individuals individuals hoti hain.</w:t>
      </w:r>
      <w:r>
        <w:br/>
      </w:r>
      <w:r>
        <w:rPr>
          <w:sz w:val="20"/>
        </w:rPr>
        <w:t>54:41  Aap bhi kar daliye, yeh jo tareeqa chala hua hai, organize organization khari karna aur phir us se</w:t>
      </w:r>
      <w:r>
        <w:br/>
      </w:r>
      <w:r>
        <w:rPr>
          <w:sz w:val="20"/>
        </w:rPr>
        <w:t>54:49  bigining karna, yeh to yeh to bilkul political cheezon mein hota hai, kisi baray inqilab ke liye nahi</w:t>
      </w:r>
      <w:r>
        <w:br/>
      </w:r>
      <w:r>
        <w:rPr>
          <w:sz w:val="20"/>
        </w:rPr>
        <w:t>54:56  hota.</w:t>
      </w:r>
      <w:r>
        <w:br/>
      </w:r>
      <w:r>
        <w:rPr>
          <w:sz w:val="20"/>
        </w:rPr>
        <w:t>54:58  hum ne kaam kiya individual se, ab Allah ke fazal se poori dunya hamare saathi hain, poori dunya</w:t>
      </w:r>
      <w:r>
        <w:br/>
      </w:r>
      <w:r>
        <w:rPr>
          <w:sz w:val="20"/>
        </w:rPr>
        <w:t>55:06  saathi hain.</w:t>
      </w:r>
      <w:r>
        <w:br/>
      </w:r>
      <w:r>
        <w:rPr>
          <w:sz w:val="20"/>
        </w:rPr>
        <w:t>55:07  aise hi barhtay barhtay barhtay aur bohat kuch kaam ho sakta hai, inshallah.</w:t>
      </w:r>
      <w:r>
        <w:br/>
      </w:r>
      <w:r>
        <w:rPr>
          <w:sz w:val="20"/>
        </w:rPr>
        <w:t>55:13  aap bhi isi isi ka hissa hain, aap mere nazdeek.</w:t>
      </w:r>
    </w:p>
    <w:p>
      <w:pPr>
        <w:pStyle w:val="Heading2"/>
      </w:pPr>
      <w:r>
        <w:t>Advice for Muslims in trouble</w:t>
      </w:r>
    </w:p>
    <w:p>
      <w:r>
        <w:rPr>
          <w:color w:val="666666"/>
          <w:sz w:val="18"/>
        </w:rPr>
        <w:t>Society &amp; Dawah · The Prophet An Example of Modesty August 27, 2017 · 1m 24s · at 48:06 · https://youtu.be/aR3V4c8fQC4?t=2886</w:t>
      </w:r>
    </w:p>
    <w:p>
      <w:r>
        <w:rPr>
          <w:i/>
        </w:rPr>
        <w:t>“In the whole world, Muslims are in trouble at this situation. Maulana sahib, what is the advice that what Muslims should do?”</w:t>
      </w:r>
    </w:p>
    <w:p>
      <w:r>
        <w:rPr>
          <w:sz w:val="20"/>
        </w:rPr>
        <w:t>48:06  maulana, agla sawal bheja hai kaleem ahmad sahab ne, unhone location hi likhi hai, unka sawal yeh hai, "In the whole world, Muslims are in trouble at this situation.</w:t>
      </w:r>
      <w:r>
        <w:br/>
      </w:r>
      <w:r>
        <w:rPr>
          <w:sz w:val="20"/>
        </w:rPr>
        <w:t>48:20  maulana sahab, what is the advice that what Muslims should do?"</w:t>
      </w:r>
      <w:r>
        <w:br/>
      </w:r>
      <w:r>
        <w:rPr>
          <w:sz w:val="20"/>
        </w:rPr>
        <w:t>48:29  dekhiye, musalmanon ke liye guide book hai quran, lekin maujooda zamane mein musalmanon ke liye guide book ban gaya hai media.</w:t>
      </w:r>
      <w:r>
        <w:br/>
      </w:r>
      <w:r>
        <w:rPr>
          <w:sz w:val="20"/>
        </w:rPr>
        <w:t>48:42  bas media mein jo chupta hai usi ka charcha, usi ko sochna, usi par likhna, usi par bolna. ek quran as a guide book musalmanon ke liye raha nahin hai, bahut se bahut kuch log padh lete hain tilawat ke taur par,</w:t>
      </w:r>
      <w:r>
        <w:br/>
      </w:r>
      <w:r>
        <w:rPr>
          <w:sz w:val="20"/>
        </w:rPr>
        <w:t>48:59  guide book ke taur par koi quran ko leta nahin hai. Guide book bana hua hai wahi media, political logon ki taqreerein,</w:t>
      </w:r>
      <w:r>
        <w:br/>
      </w:r>
      <w:r>
        <w:rPr>
          <w:sz w:val="20"/>
        </w:rPr>
        <w:t>49:10  facebook mein jo baatein aati hain woh wahi guide book hai.</w:t>
      </w:r>
      <w:r>
        <w:br/>
      </w:r>
      <w:r>
        <w:rPr>
          <w:sz w:val="20"/>
        </w:rPr>
        <w:t>49:17  masla, asal masla yahi hai. ab musalmanon ko yeh karna padega ke woh dobara loten quran ki taraf, real silsile mein, tab yeh masla hal hoga.</w:t>
      </w:r>
    </w:p>
    <w:p>
      <w:pPr>
        <w:pStyle w:val="Heading2"/>
      </w:pPr>
      <w:r>
        <w:t>America's ideological approach to terrorism</w:t>
      </w:r>
    </w:p>
    <w:p>
      <w:r>
        <w:rPr>
          <w:color w:val="666666"/>
          <w:sz w:val="18"/>
        </w:rPr>
        <w:t>Society &amp; Dawah · Root Cause of Terrorism February 22, 2015 · 1m 52s · at 39:14 · https://youtu.be/n0AIGEI7b9U?t=2354</w:t>
      </w:r>
    </w:p>
    <w:p>
      <w:r>
        <w:rPr>
          <w:i/>
        </w:rPr>
        <w:t>“America despite having a powerful presidency, for example, it countered communism with its ideological approach. However, it failed to adopt this ideological approach to deal with present day terrorism as they continue...”</w:t>
      </w:r>
    </w:p>
    <w:p>
      <w:r>
        <w:rPr>
          <w:sz w:val="20"/>
        </w:rPr>
        <w:t>39:14  Maulana, agla sawal kya hai Miss Raziya Siddiqui ne Delhi se aur unhon ne likha hai: "America despite</w:t>
      </w:r>
      <w:r>
        <w:br/>
      </w:r>
      <w:r>
        <w:rPr>
          <w:sz w:val="20"/>
        </w:rPr>
        <w:t>39:21  Having a powerful precedence, for example, it countered communism with its ideological approach.</w:t>
      </w:r>
      <w:r>
        <w:br/>
      </w:r>
      <w:r>
        <w:rPr>
          <w:sz w:val="20"/>
        </w:rPr>
        <w:t>39:27  However, it failed to adopt this ideological approach to deal with present-day terrorism as they continue</w:t>
      </w:r>
      <w:r>
        <w:br/>
      </w:r>
      <w:r>
        <w:rPr>
          <w:sz w:val="20"/>
        </w:rPr>
        <w:t>39:35  to use arms in win.</w:t>
      </w:r>
      <w:r>
        <w:br/>
      </w:r>
      <w:r>
        <w:rPr>
          <w:sz w:val="20"/>
        </w:rPr>
        <w:t>39:37  What is the reason for this failure?" Ba-waqi'a to yahi hai ke America ne jo tareeqa apnaya</w:t>
      </w:r>
      <w:r>
        <w:br/>
      </w:r>
      <w:r>
        <w:rPr>
          <w:sz w:val="20"/>
        </w:rPr>
        <w:t>39:45  tha Roos par, yahan woh tareeqa apnaya nahi kar saka ke Soviet Union ka muqabla kiya us ne</w:t>
      </w:r>
      <w:r>
        <w:br/>
      </w:r>
      <w:r>
        <w:rPr>
          <w:sz w:val="20"/>
        </w:rPr>
        <w:t>39:53  ideology se.</w:t>
      </w:r>
      <w:r>
        <w:br/>
      </w:r>
      <w:r>
        <w:rPr>
          <w:sz w:val="20"/>
        </w:rPr>
        <w:t>39:54  Jaise ke maine arz kiya ke Balloon Jailers kitaab ko sari dunya mein bohat zabanon mein tarjuma</w:t>
      </w:r>
      <w:r>
        <w:br/>
      </w:r>
      <w:r>
        <w:rPr>
          <w:sz w:val="20"/>
        </w:rPr>
        <w:t>40:02  karwaya amreeka ne aur is par woh chhupa tha ke "da book that is shaking the commerce world".</w:t>
      </w:r>
      <w:r>
        <w:br/>
      </w:r>
      <w:r>
        <w:rPr>
          <w:sz w:val="20"/>
        </w:rPr>
        <w:t>40:09  yahan bhi yeh chahiye tha ke aisi kitaben tayar hon jo terrorist world ko hila dein, lekin yahan</w:t>
      </w:r>
      <w:r>
        <w:br/>
      </w:r>
      <w:r>
        <w:rPr>
          <w:sz w:val="20"/>
        </w:rPr>
        <w:t>40:17  par mein samajhta hoon ke yaani amreeka ke mashir is baat ko samajh nahi sake aur woh na</w:t>
      </w:r>
      <w:r>
        <w:br/>
      </w:r>
      <w:r>
        <w:rPr>
          <w:sz w:val="20"/>
        </w:rPr>
        <w:t>40:25  to is ka hal white house ki conference hai aur na bomb bombardment.</w:t>
      </w:r>
      <w:r>
        <w:br/>
      </w:r>
      <w:r>
        <w:rPr>
          <w:sz w:val="20"/>
        </w:rPr>
        <w:t>40:30  is ke liye powerful literature darkar hai, is mein koi shaq nahi.</w:t>
      </w:r>
      <w:r>
        <w:br/>
      </w:r>
      <w:r>
        <w:rPr>
          <w:sz w:val="20"/>
        </w:rPr>
        <w:t>40:36  hum allah ke fazal se yahi kaam kar rahe hain, aisa nahi ke mein yeh baat keh raha</w:t>
      </w:r>
      <w:r>
        <w:br/>
      </w:r>
      <w:r>
        <w:rPr>
          <w:sz w:val="20"/>
        </w:rPr>
        <w:t>40:44  hoon balkeh hamara jo mission hai CPS, woh mission yahi hai ke hum powerful literature</w:t>
      </w:r>
      <w:r>
        <w:br/>
      </w:r>
      <w:r>
        <w:rPr>
          <w:sz w:val="20"/>
        </w:rPr>
        <w:t>40:51  taiyar kar rahe hain is ko counter karne ke liye aur allah ke fazal se hazaron hazar log</w:t>
      </w:r>
      <w:r>
        <w:br/>
      </w:r>
      <w:r>
        <w:rPr>
          <w:sz w:val="20"/>
        </w:rPr>
        <w:t>40:59  aise hain jin ki samajh mein baat aayi hai aur unhon ne chhod diya is violence ko.</w:t>
      </w:r>
    </w:p>
    <w:p>
      <w:pPr>
        <w:pStyle w:val="Heading2"/>
      </w:pPr>
      <w:r>
        <w:t>Applicability of non-confrontation model</w:t>
      </w:r>
    </w:p>
    <w:p>
      <w:r>
        <w:rPr>
          <w:color w:val="666666"/>
          <w:sz w:val="18"/>
        </w:rPr>
        <w:t>Society &amp; Dawah · The Companions and the Hadith Scholars June 24, 2012 · 1m 44s · at 1:30:15 · https://youtu.be/Dj4QiYnxgBs?t=5415</w:t>
      </w:r>
    </w:p>
    <w:p>
      <w:r>
        <w:rPr>
          <w:i/>
        </w:rPr>
        <w:t>“Is non-confrontation model of Muhaddithin applicable in non-Muslim countries as this is pre-government period? Secondly, can the confrontation with colonial government be compared with Muhaddithin non-confrontation model?”</w:t>
      </w:r>
    </w:p>
    <w:p>
      <w:r>
        <w:rPr>
          <w:sz w:val="20"/>
        </w:rPr>
        <w:t>1:30:15  mein samajhta hoon ke yeh buniyadi kaam hai. jo hamare haan se tayyar kiya gaya hai. maulana, agla sawal dilli se hai, mister yahya qamar sahib ka.</w:t>
      </w:r>
      <w:r>
        <w:br/>
      </w:r>
      <w:r>
        <w:rPr>
          <w:sz w:val="20"/>
        </w:rPr>
        <w:t>1:30:26  unhon ne likha hai "Is non-confrontation model of muhaddiseen applicable in non-muslim countries as this is pre-government period?</w:t>
      </w:r>
      <w:r>
        <w:br/>
      </w:r>
      <w:r>
        <w:rPr>
          <w:sz w:val="20"/>
        </w:rPr>
        <w:t>1:30:38  Secondly, can the confrontation with ustamari government be compared with muhaddiseen non-confrontation model?" yeh sawal bilkul ghair mutalliq hai.</w:t>
      </w:r>
      <w:r>
        <w:br/>
      </w:r>
      <w:r>
        <w:rPr>
          <w:sz w:val="20"/>
        </w:rPr>
        <w:t>1:30:52  masla yeh nahi hai ke muslim hukumat ho to aap takraao nahi karen ge. aur doosre log hon to aap takraao karen ge. kisi bhi hukumat mein agar aap ko mawaqe hasil hain to aap ko takraao haram hai.</w:t>
      </w:r>
      <w:r>
        <w:br/>
      </w:r>
      <w:r>
        <w:rPr>
          <w:sz w:val="20"/>
        </w:rPr>
        <w:t>1:31:06  haram.</w:t>
      </w:r>
      <w:r>
        <w:br/>
      </w:r>
      <w:r>
        <w:rPr>
          <w:sz w:val="20"/>
        </w:rPr>
        <w:t>1:31:07  chahe india ho ya america ho. asal masla yeh nahi hai ke woh hukumat mein jo baitha hua hai, woh muslim hai ya non-muslim. seat par.</w:t>
      </w:r>
      <w:r>
        <w:br/>
      </w:r>
      <w:r>
        <w:rPr>
          <w:sz w:val="20"/>
        </w:rPr>
        <w:t>1:31:15  is se koi baat nahi hai. baat sirf yeh hai ke freedom of religion hai ke nahi hai. jab hai to bas phir haram ho gaya woh.</w:t>
      </w:r>
      <w:r>
        <w:br/>
      </w:r>
      <w:r>
        <w:rPr>
          <w:sz w:val="20"/>
        </w:rPr>
        <w:t>1:31:26  jaise muhaddiseen ke zamanay mein muslim hukmaran thay. sahih hai. lekin aaj jo hai, non-hukmran, yeh non-muslim hain, yeh bhi sahih hai.</w:t>
      </w:r>
      <w:r>
        <w:br/>
      </w:r>
      <w:r>
        <w:rPr>
          <w:sz w:val="20"/>
        </w:rPr>
        <w:t>1:31:35  lekin illat to mushtarak hai. illat mushtarak hai. yani mawaqe kaar jo woh de raha ho, us se takraao nahi kiya jayega.</w:t>
      </w:r>
      <w:r>
        <w:br/>
      </w:r>
      <w:r>
        <w:rPr>
          <w:sz w:val="20"/>
        </w:rPr>
        <w:t>1:31:45  yani opportunity khuli rahen aur freedom of religion maujood ho to phir takraao haram ho jayega. chahe woh america ho ya india ho ya koi aur mulk ho.</w:t>
      </w:r>
    </w:p>
    <w:p>
      <w:pPr>
        <w:pStyle w:val="Heading2"/>
      </w:pPr>
      <w:r>
        <w:t>Applying Unity Despite Differences in Dawah</w:t>
      </w:r>
    </w:p>
    <w:p>
      <w:r>
        <w:rPr>
          <w:color w:val="666666"/>
          <w:sz w:val="18"/>
        </w:rPr>
        <w:t>Society &amp; Dawah · Importance of Peace August 17, 2014 · 1m 58s · at 54:03 · https://youtu.be/ifxSwh2Jckw?t=3243</w:t>
      </w:r>
    </w:p>
    <w:p>
      <w:r>
        <w:rPr>
          <w:i/>
        </w:rPr>
        <w:t>“One of your quotes: 'Learn to maintain unity despite differences.' This is the best formula for maintaining peace and to do Dawah work. But normally people do not follow this principle even while doing Dawah work. My question is how can it be applied in Dawah work?”</w:t>
      </w:r>
    </w:p>
    <w:p>
      <w:r>
        <w:rPr>
          <w:sz w:val="20"/>
        </w:rPr>
        <w:t>54:03  Maulana, agla sawal Muzaffar Nagar se Anas sahib ne kiya hai aur unhone likha hai: One of your quotes "Ikhtilaf ke bawajood ittehad rakhna seekho." Maulana This is the best formula for maintaining peace and to do Dawa work.</w:t>
      </w:r>
      <w:r>
        <w:br/>
      </w:r>
      <w:r>
        <w:rPr>
          <w:sz w:val="20"/>
        </w:rPr>
        <w:t>54:22  But Maulana normally people do not follow this principle even while doing Dawa work. My question is how can it be applied in Dawa work?</w:t>
      </w:r>
      <w:r>
        <w:br/>
      </w:r>
      <w:r>
        <w:rPr>
          <w:sz w:val="20"/>
        </w:rPr>
        <w:t>54:32  Please advice. Asal mein dekhiye, ikhtilaf ke bawajood ittehad kisi insaan ke muqable mein hota hai.</w:t>
      </w:r>
      <w:r>
        <w:br/>
      </w:r>
      <w:r>
        <w:rPr>
          <w:sz w:val="20"/>
        </w:rPr>
        <w:t>54:42  Kisi se ikhtilaf hua, phir us ko us se aap ko ittehad karna hai. To bazahir aap ke samne aik insaan hota hai jis ke muqable mein aap ko yeh apnana padta hai, yeh nazariya ke ikhtilaf ke bawajood ittehad.</w:t>
      </w:r>
      <w:r>
        <w:br/>
      </w:r>
      <w:r>
        <w:rPr>
          <w:sz w:val="20"/>
        </w:rPr>
        <w:t>54:58  Halanke woh Allah ke liye hai.</w:t>
      </w:r>
      <w:r>
        <w:br/>
      </w:r>
      <w:r>
        <w:rPr>
          <w:sz w:val="20"/>
        </w:rPr>
        <w:t>55:01  Agar is mein aap "La ilaha illallah" Allah ke liye to foran aadmi thanda ho jayega.</w:t>
      </w:r>
      <w:r>
        <w:br/>
      </w:r>
      <w:r>
        <w:rPr>
          <w:sz w:val="20"/>
        </w:rPr>
        <w:t>55:09  Kyunke aisa kar ke us ko Allah ka sawab lena hai, Allah ka inaam lena hai.</w:t>
      </w:r>
      <w:r>
        <w:br/>
      </w:r>
      <w:r>
        <w:rPr>
          <w:sz w:val="20"/>
        </w:rPr>
        <w:t>55:16  To is tarah ke mamle ko insaan ka mamla na samajhna, balke Allah ka mamla samajhna aur "La ilaha illallah" us ko karna, isi se aadmi ke sare manfi khayalat khatam ho jate hain aur uska zehn thanda ho jata hai.</w:t>
      </w:r>
      <w:r>
        <w:br/>
      </w:r>
      <w:r>
        <w:rPr>
          <w:sz w:val="20"/>
        </w:rPr>
        <w:t>55:33  Lekin jab aap koi insaan ka mamla samjhenge to aap react karenge.</w:t>
      </w:r>
      <w:r>
        <w:br/>
      </w:r>
      <w:r>
        <w:rPr>
          <w:sz w:val="20"/>
        </w:rPr>
        <w:t>55:38  Yeh yeh sara khulasa hai ke cheezon ko Allah ke aitbar se kijiye, Allah ki nisbat se kijiye, insaan ki nisbat se nahi.</w:t>
      </w:r>
      <w:r>
        <w:br/>
      </w:r>
      <w:r>
        <w:rPr>
          <w:sz w:val="20"/>
        </w:rPr>
        <w:t>55:48  Koi bhi cheez ho, koi bhi cheez ho, chahe ghar mein ho ya ghar mein bahar ho, cheezon ko aap insaan ki nisbat na dekhiye, Allah ki nisbat nisbat se dekhiye. Bas sab cheez durust ho jayegi.</w:t>
      </w:r>
    </w:p>
    <w:p>
      <w:pPr>
        <w:pStyle w:val="Heading2"/>
      </w:pPr>
      <w:r>
        <w:t>Approach of social reformer in diverse India</w:t>
      </w:r>
    </w:p>
    <w:p>
      <w:r>
        <w:rPr>
          <w:color w:val="666666"/>
          <w:sz w:val="18"/>
        </w:rPr>
        <w:t>Society &amp; Dawah · Social Reform | December 22, 2013 | Maulana Wahiduddin Khan · 1m 45s · at 52:38 · https://youtu.be/kGP903BvDto?t=3158</w:t>
      </w:r>
    </w:p>
    <w:p>
      <w:r>
        <w:rPr>
          <w:i/>
        </w:rPr>
        <w:t>“What should be the approach of social reformer for the society? India is a country which has diversity.”</w:t>
      </w:r>
    </w:p>
    <w:p>
      <w:r>
        <w:rPr>
          <w:sz w:val="20"/>
        </w:rPr>
        <w:t>52:38  Maulana, agla sawal Ajmer se kiya hai Dr. Safeena Tabassum ne.</w:t>
      </w:r>
      <w:r>
        <w:br/>
      </w:r>
      <w:r>
        <w:rPr>
          <w:sz w:val="20"/>
        </w:rPr>
        <w:t>52:44  unho ne likha hai: "What should be the approach of social reformer for the society?</w:t>
      </w:r>
      <w:r>
        <w:br/>
      </w:r>
      <w:r>
        <w:rPr>
          <w:sz w:val="20"/>
        </w:rPr>
        <w:t>52:50  India is a country which has diversity.</w:t>
      </w:r>
      <w:r>
        <w:br/>
      </w:r>
      <w:r>
        <w:rPr>
          <w:sz w:val="20"/>
        </w:rPr>
        <w:t>52:56  Does it mean that it has a great potential to progress?</w:t>
      </w:r>
      <w:r>
        <w:br/>
      </w:r>
      <w:r>
        <w:rPr>
          <w:sz w:val="20"/>
        </w:rPr>
        <w:t>53:02  What is your comment? bhai, India ka to</w:t>
      </w:r>
      <w:r>
        <w:br/>
      </w:r>
      <w:r>
        <w:rPr>
          <w:sz w:val="20"/>
        </w:rPr>
        <w:t>53:08  sab se bara masla Corruption hai.</w:t>
      </w:r>
      <w:r>
        <w:br/>
      </w:r>
      <w:r>
        <w:rPr>
          <w:sz w:val="20"/>
        </w:rPr>
        <w:t>53:12  India mein sab kuch theek thaak hai.</w:t>
      </w:r>
      <w:r>
        <w:br/>
      </w:r>
      <w:r>
        <w:rPr>
          <w:sz w:val="20"/>
        </w:rPr>
        <w:t>53:15  main samajhta hoon ke yahan koi aur bari kami nahi hai.</w:t>
      </w:r>
      <w:r>
        <w:br/>
      </w:r>
      <w:r>
        <w:rPr>
          <w:sz w:val="20"/>
        </w:rPr>
        <w:t>53:19  sab se bara jo masla hai yahan ka Corruption hai.</w:t>
      </w:r>
      <w:r>
        <w:br/>
      </w:r>
      <w:r>
        <w:rPr>
          <w:sz w:val="20"/>
        </w:rPr>
        <w:t>53:23  woh itna zyada hai ke neeche se ooper tak corrupt hi corrupt hai.</w:t>
      </w:r>
      <w:r>
        <w:br/>
      </w:r>
      <w:r>
        <w:rPr>
          <w:sz w:val="20"/>
        </w:rPr>
        <w:t>53:27  toh is masle ko kaise khatam kiya jaye? toh abhi jo tadabeer ho rahi hain, is se Corruption</w:t>
      </w:r>
      <w:r>
        <w:br/>
      </w:r>
      <w:r>
        <w:rPr>
          <w:sz w:val="20"/>
        </w:rPr>
        <w:t>53:31  khatam hone wala nahi hai.</w:t>
      </w:r>
      <w:r>
        <w:br/>
      </w:r>
      <w:r>
        <w:rPr>
          <w:sz w:val="20"/>
        </w:rPr>
        <w:t>53:34  is se khatam nahi ho sakta Corruption. yeh bara</w:t>
      </w:r>
      <w:r>
        <w:br/>
      </w:r>
      <w:r>
        <w:rPr>
          <w:sz w:val="20"/>
        </w:rPr>
        <w:t>53:38  bara masla hai, woh bohat zyada sochne ki baat hai. abhi jo tadabeer ho rahi hain, koi tehreek chala raha hai, koi qanoon bana raha hai, is se Corruption khatam honay wala hai. One percent bhi is se koi farq nahi aanay wala hai. is ke is ke siwa jo moajza jo tadabeer hain, is ke siwa humein kuch aur sochna parhega. ab is par main is waqt tafseel se nahi kuch keh sakta. sirf yahi keh sakta hoon keh sab se</w:t>
      </w:r>
      <w:r>
        <w:br/>
      </w:r>
      <w:r>
        <w:rPr>
          <w:sz w:val="20"/>
        </w:rPr>
        <w:t>54:08  bara masla India ka Corruption hai.</w:t>
      </w:r>
      <w:r>
        <w:br/>
      </w:r>
      <w:r>
        <w:rPr>
          <w:sz w:val="20"/>
        </w:rPr>
        <w:t>54:13  aur abhi jo tadabeer ki ja rahi hain, chahe qanoon saazi ho ya tehreekein hon, is se Corruption</w:t>
      </w:r>
      <w:r>
        <w:br/>
      </w:r>
      <w:r>
        <w:rPr>
          <w:sz w:val="20"/>
        </w:rPr>
        <w:t>54:18  khatam hone wala nahi hai.</w:t>
      </w:r>
    </w:p>
    <w:p>
      <w:pPr>
        <w:pStyle w:val="Heading2"/>
      </w:pPr>
      <w:r>
        <w:t>Approach to soften Muslims' hearts</w:t>
      </w:r>
    </w:p>
    <w:p>
      <w:r>
        <w:rPr>
          <w:color w:val="666666"/>
          <w:sz w:val="18"/>
        </w:rPr>
        <w:t>Society &amp; Dawah · Realistic Approach March 30, 2014 Maulana Wahiduddin Khan · 1m 06s · at 1:03:47 · https://youtu.be/K36UonBsGlA?t=3827</w:t>
      </w:r>
    </w:p>
    <w:p>
      <w:r>
        <w:rPr>
          <w:i/>
        </w:rPr>
        <w:t>“Muslims today get offended whenever we discuss anything with them. Please advise us as to what our approach should be so that their hearts soften up towards our criticism.”</w:t>
      </w:r>
    </w:p>
    <w:p>
      <w:r>
        <w:rPr>
          <w:sz w:val="20"/>
        </w:rPr>
        <w:t>1:03:47  maulana, agla sawal kiya hai ajmer se doctor safeena tabassum ne. unhon ne likha hai: "moulana sahib, muslims today get offended whenever we discuss anything with them.</w:t>
      </w:r>
      <w:r>
        <w:br/>
      </w:r>
      <w:r>
        <w:rPr>
          <w:sz w:val="20"/>
        </w:rPr>
        <w:t>1:03:59  please advise us as to what our approach should be so that their hearts soften up towards our criticism." dekhiye, yeh to tareekh hai ke aadmi ghussa ho jata hai.</w:t>
      </w:r>
      <w:r>
        <w:br/>
      </w:r>
      <w:r>
        <w:rPr>
          <w:sz w:val="20"/>
        </w:rPr>
        <w:t>1:04:13  rasool allah sallallahu alaihi wasallam ne makkah mein jab dawah shuru ki to log ghussa ho gaye. aur itna zyada mukhalif yeh hai ke rasool allah ko makkah chhodna pada.</w:t>
      </w:r>
      <w:r>
        <w:br/>
      </w:r>
      <w:r>
        <w:rPr>
          <w:sz w:val="20"/>
        </w:rPr>
        <w:t>1:04:23  lekin phir waqt aaya ke sare log islam ke fold mein aa gaye. to kaam jari rakhiye. dua karte rahiye.</w:t>
      </w:r>
      <w:r>
        <w:br/>
      </w:r>
      <w:r>
        <w:rPr>
          <w:sz w:val="20"/>
        </w:rPr>
        <w:t>1:04:32  hikmat ke sath aur sabr ke sath dawat ka kaam kijie. yahi tareeqa pehle bhi tha, yahi tareeqa aaj bhi hai.</w:t>
      </w:r>
      <w:r>
        <w:br/>
      </w:r>
      <w:r>
        <w:rPr>
          <w:sz w:val="20"/>
        </w:rPr>
        <w:t>1:04:41  koi doosra tareeqa koi nahi hai. na pehle koi doosra tareeqa mumkin tha, na aaj mumkin hai.</w:t>
      </w:r>
    </w:p>
    <w:p>
      <w:pPr>
        <w:pStyle w:val="Heading2"/>
      </w:pPr>
      <w:r>
        <w:t>Approach towards people who reject guidance</w:t>
      </w:r>
    </w:p>
    <w:p>
      <w:r>
        <w:rPr>
          <w:color w:val="666666"/>
          <w:sz w:val="18"/>
        </w:rPr>
        <w:t>Society &amp; Dawah · Islam in A New Age August 30, 2020 Maulana Wahiduddin Khan · 57s · at 34:54 · https://youtu.be/R2EEb2xSIcA?t=2094</w:t>
      </w:r>
    </w:p>
    <w:p>
      <w:r>
        <w:rPr>
          <w:i/>
        </w:rPr>
        <w:t>“There are many people who are unaware and don't want to listen to you. They think that we are just showing off our knowledge, and they start adopting the wrong path just to tease us. And Allah knows why. What should be our approach towards such people and how can we make them understand?”</w:t>
      </w:r>
    </w:p>
    <w:p>
      <w:r>
        <w:rPr>
          <w:sz w:val="20"/>
        </w:rPr>
        <w:t>34:54  maulana, agla sawal miss maryam saim ne bheja hai, unhon ne location nahi likhi hai. un ka sawal hai: maulana, der are many people who are bekhabar and dont want to listen to you.</w:t>
      </w:r>
      <w:r>
        <w:br/>
      </w:r>
      <w:r>
        <w:rPr>
          <w:sz w:val="20"/>
        </w:rPr>
        <w:t>35:11  they think that we are just showing off our knowledge, and they start adopting the wrong path just to tease us.</w:t>
      </w:r>
      <w:r>
        <w:br/>
      </w:r>
      <w:r>
        <w:rPr>
          <w:sz w:val="20"/>
        </w:rPr>
        <w:t>35:21  aur allah knows why. what should be our approach towards such people and how can we make them understand?</w:t>
      </w:r>
      <w:r>
        <w:br/>
      </w:r>
      <w:r>
        <w:rPr>
          <w:sz w:val="20"/>
        </w:rPr>
        <w:t>35:32  dua kijiye un ke liye. mein bhi dua karta hoon ke allah taala un ki bekhabari ko tod de aur sach aur sachay maene mein aarif bane.</w:t>
      </w:r>
      <w:r>
        <w:br/>
      </w:r>
      <w:r>
        <w:rPr>
          <w:sz w:val="20"/>
        </w:rPr>
        <w:t>35:44  aarif!</w:t>
      </w:r>
    </w:p>
    <w:p>
      <w:pPr>
        <w:pStyle w:val="Heading2"/>
      </w:pPr>
      <w:r>
        <w:t>Are Muslim problems punishment for not doing dawah?</w:t>
      </w:r>
    </w:p>
    <w:p>
      <w:r>
        <w:rPr>
          <w:color w:val="666666"/>
          <w:sz w:val="18"/>
        </w:rPr>
        <w:t>Society &amp; Dawah · The Secret of Divine Wisdom September 2, 2012 · 1m 26s · at 1:34:42 · https://youtu.be/ZXQlrW7PqAE?t=5682</w:t>
      </w:r>
    </w:p>
    <w:p>
      <w:r>
        <w:rPr>
          <w:i/>
        </w:rPr>
        <w:t>“Can we describe all the problems of Muslims in Assam, Palestine, Burma, Kashmir and many parts of the world as punishment from Allah because Muslims are not spreading the word of God to non-believers?”</w:t>
      </w:r>
    </w:p>
    <w:p>
      <w:r>
        <w:rPr>
          <w:sz w:val="20"/>
        </w:rPr>
        <w:t>1:34:42  let all of us make an effort to use our freedom with a positive spirit as per the creation plan of almighty god and let's be among the successful ones my best wishes are with all of you shahnawaz zafar jazak Allah jazak Allah maulana agla sawal dilli se hai dr paridhan ka unho'n ne likha hai</w:t>
      </w:r>
      <w:r>
        <w:br/>
      </w:r>
      <w:r>
        <w:rPr>
          <w:sz w:val="20"/>
        </w:rPr>
        <w:t>1:35:08  maulana can we describe all the problems of muslims in assam palestine burma kashmir and many parts of the world as azab from Allah because muslims are not spreading word of god to non believers nahi dekhiye azab ka lafz bolne ka hamein haq nahi hai kisi paighambar ko haq nahi hota yeh bohat yani bari jurrat hogi ke hum azab kar den</w:t>
      </w:r>
      <w:r>
        <w:br/>
      </w:r>
      <w:r>
        <w:rPr>
          <w:sz w:val="20"/>
        </w:rPr>
        <w:t>1:35:38  yeh Allah ke domain mein dakhil hona hai</w:t>
      </w:r>
      <w:r>
        <w:br/>
      </w:r>
      <w:r>
        <w:rPr>
          <w:sz w:val="20"/>
        </w:rPr>
        <w:t>1:35:42  to apni limit pe rakh kar hamein bolna parega insan ki limit mein</w:t>
      </w:r>
      <w:r>
        <w:br/>
      </w:r>
      <w:r>
        <w:rPr>
          <w:sz w:val="20"/>
        </w:rPr>
        <w:t>1:35:47  azaab ka lafz jo hai woh Allah ke ki ki</w:t>
      </w:r>
      <w:r>
        <w:br/>
      </w:r>
      <w:r>
        <w:rPr>
          <w:sz w:val="20"/>
        </w:rPr>
        <w:t>1:35:53  ki boli hamari boli nahi hai to hum apne apne lehaz se insani dayre mein rakh kar hum</w:t>
      </w:r>
      <w:r>
        <w:br/>
      </w:r>
      <w:r>
        <w:rPr>
          <w:sz w:val="20"/>
        </w:rPr>
        <w:t>1:35:59  yahi kahengay jo hadith mein hai ke musalmanon ne ladai jhagde ka culture chalaya to un ki</w:t>
      </w:r>
      <w:r>
        <w:br/>
      </w:r>
      <w:r>
        <w:rPr>
          <w:sz w:val="20"/>
        </w:rPr>
        <w:t>1:36:06  aql khoi gayi</w:t>
      </w:r>
    </w:p>
    <w:p>
      <w:pPr>
        <w:pStyle w:val="Heading2"/>
      </w:pPr>
      <w:r>
        <w:t>Are Preachers Unaware of the Modern Age</w:t>
      </w:r>
    </w:p>
    <w:p>
      <w:r>
        <w:rPr>
          <w:color w:val="666666"/>
          <w:sz w:val="18"/>
        </w:rPr>
        <w:t>Society &amp; Dawah · Dars-e-Quran, Chapter 2, Verses 55-57 | March 25, 2018 · 28s · at 58:25 · https://youtu.be/2MykDXfNV_w?t=3505</w:t>
      </w:r>
    </w:p>
    <w:p>
      <w:r>
        <w:rPr>
          <w:i/>
        </w:rPr>
        <w:t>“Is it the reason that our preachers are unaware of this modern age and in...”</w:t>
      </w:r>
    </w:p>
    <w:p>
      <w:r>
        <w:rPr>
          <w:sz w:val="20"/>
        </w:rPr>
        <w:t>58:25  maulana, agla sawal miss shabana ansari ne bheja hai pakistan se.</w:t>
      </w:r>
      <w:r>
        <w:br/>
      </w:r>
      <w:r>
        <w:rPr>
          <w:sz w:val="20"/>
        </w:rPr>
        <w:t>58:30  unhon ne likha hai:</w:t>
      </w:r>
      <w:r>
        <w:br/>
      </w:r>
      <w:r>
        <w:rPr>
          <w:sz w:val="20"/>
        </w:rPr>
        <w:t>58:35  "مولانا صاحب، is it the reason that our preachers are unaware of this modern age and in</w:t>
      </w:r>
      <w:r>
        <w:br/>
      </w:r>
      <w:r>
        <w:rPr>
          <w:sz w:val="20"/>
        </w:rPr>
        <w:t>58:41  aware to the modern education and technology? So they don't realize them as supporters? Is this true?" Haan,</w:t>
      </w:r>
      <w:r>
        <w:br/>
      </w:r>
      <w:r>
        <w:rPr>
          <w:sz w:val="20"/>
        </w:rPr>
        <w:t>58:47  bilkul sahi hai, hundred percent sahi hai, main is se ittefaq karta hoon.</w:t>
      </w:r>
    </w:p>
    <w:p>
      <w:pPr>
        <w:pStyle w:val="Heading2"/>
      </w:pPr>
      <w:r>
        <w:t>Associating mosque with group: division or establishment?</w:t>
      </w:r>
    </w:p>
    <w:p>
      <w:r>
        <w:rPr>
          <w:color w:val="666666"/>
          <w:sz w:val="18"/>
        </w:rPr>
        <w:t>Society &amp; Dawah · Self Correction November 09, 2014 Maulana Wahiduddin Khan · 32s · at 1:11:43 · https://youtu.be/PpwTmeCQkSQ?t=4303</w:t>
      </w:r>
    </w:p>
    <w:p>
      <w:r>
        <w:rPr>
          <w:i/>
        </w:rPr>
        <w:t>“Is associating a mosque with a particular group, such as Masjid Ahl-e-Hadith, a cause of division in religion or establishment of religion? Please explain.”</w:t>
      </w:r>
    </w:p>
    <w:p>
      <w:r>
        <w:rPr>
          <w:sz w:val="20"/>
        </w:rPr>
        <w:t>1:11:43  maulana, agla sawal kya hai Adeelabad, Telangana se Muhammad Mahmood sahib ne, aur unhon ne likha hai</w:t>
      </w:r>
      <w:r>
        <w:br/>
      </w:r>
      <w:r>
        <w:rPr>
          <w:sz w:val="20"/>
        </w:rPr>
        <w:t>1:11:48  ke kya kisi masjid ko kisi jamaat se jod dena, jaise ke Masjid Ahl-e-Hadith, tafruq fi al-din</w:t>
      </w:r>
      <w:r>
        <w:br/>
      </w:r>
      <w:r>
        <w:rPr>
          <w:sz w:val="20"/>
        </w:rPr>
        <w:t>1:11:53  hai ya iqamat-e-din? is ke bare mein batayen.</w:t>
      </w:r>
      <w:r>
        <w:br/>
      </w:r>
      <w:r>
        <w:rPr>
          <w:sz w:val="20"/>
        </w:rPr>
        <w:t>1:11:59  yeh sab jhagde ki baaten hain, woh unhi se poochhiye jo aisa karte hain.</w:t>
      </w:r>
      <w:r>
        <w:br/>
      </w:r>
      <w:r>
        <w:rPr>
          <w:sz w:val="20"/>
        </w:rPr>
        <w:t>1:12:04  mera zawq to yeh nahi hai, mera zawq to yeh nahi hai, aap unhi logon se poochhiye.</w:t>
      </w:r>
      <w:r>
        <w:br/>
      </w:r>
      <w:r>
        <w:rPr>
          <w:sz w:val="20"/>
        </w:rPr>
        <w:t>1:12:09  mein to sirf dawat aur marifat isi ko kaam samajhta hoon, aur kisi cheez ko mein kaam nahi samajhta.</w:t>
      </w:r>
    </w:p>
    <w:p>
      <w:pPr>
        <w:pStyle w:val="Heading2"/>
      </w:pPr>
      <w:r>
        <w:t>Babri Masjid issue and leadership's shop</w:t>
      </w:r>
    </w:p>
    <w:p>
      <w:r>
        <w:rPr>
          <w:color w:val="666666"/>
          <w:sz w:val="18"/>
        </w:rPr>
        <w:t>Society &amp; Dawah · The Age of Giving Global Thanks Dec 15. 2019—Maulana Wahiduddin Khan · 1m 04s · at 48:48 · https://youtu.be/254Pgn6Ldts?t=2928</w:t>
      </w:r>
    </w:p>
    <w:p>
      <w:r>
        <w:rPr>
          <w:i/>
        </w:rPr>
        <w:t>“Maulana, if our scholars and leaders close the Babri Masjid issue, then their leadership shop will close. What do you say about this?”</w:t>
      </w:r>
    </w:p>
    <w:p>
      <w:r>
        <w:rPr>
          <w:sz w:val="20"/>
        </w:rPr>
        <w:t>48:48  jazakumullah." molana, agla sawal aa bheja hai mehtab, mehtab ahmad sahib ne dhampur se.</w:t>
      </w:r>
      <w:r>
        <w:br/>
      </w:r>
      <w:r>
        <w:rPr>
          <w:sz w:val="20"/>
        </w:rPr>
        <w:t>48:59  unhon ne likha hai: "molana sahib, agar hamare ulama aur leaders ne babri masjid issue ko band kar diya to phir un ki leadership ki dukaan band ho jayegi.</w:t>
      </w:r>
      <w:r>
        <w:br/>
      </w:r>
      <w:r>
        <w:rPr>
          <w:sz w:val="20"/>
        </w:rPr>
        <w:t>49:10  is ke bare mein aap kya kahenge?" hum to shor karte hain allah taala ka ke woh kuch bhi karo, dukaan khuli hui hai, woh bandi nahi hogi.</w:t>
      </w:r>
      <w:r>
        <w:br/>
      </w:r>
      <w:r>
        <w:rPr>
          <w:sz w:val="20"/>
        </w:rPr>
        <w:t>49:22  rasool allah ne khol diya hai is ko. inna fatahna laka fat-han mubeena. rasool allah sallallahu alaihi wasallam khol chuke hain sare darwazon ko.</w:t>
      </w:r>
      <w:r>
        <w:br/>
      </w:r>
      <w:r>
        <w:rPr>
          <w:sz w:val="20"/>
        </w:rPr>
        <w:t>49:35  inna fatahna laka fat-han mubeena. to humein to koi na pareshani hai, na koi gham hai, na koi khone ka ehsas hai.</w:t>
      </w:r>
    </w:p>
    <w:p>
      <w:pPr>
        <w:pStyle w:val="Heading2"/>
      </w:pPr>
      <w:r>
        <w:t>Basis of close-mindedness in interfaith interaction</w:t>
      </w:r>
    </w:p>
    <w:p>
      <w:r>
        <w:rPr>
          <w:color w:val="666666"/>
          <w:sz w:val="18"/>
        </w:rPr>
        <w:t>Society &amp; Dawah · Mission of Tajdeed (Revival of Islam) September 15, 2019 Maulana Wahiduddin Khan · 1m 53s · at 27:28 · https://youtu.be/jGfoAffJ4-8?t=1648</w:t>
      </w:r>
    </w:p>
    <w:p>
      <w:r>
        <w:rPr>
          <w:i/>
        </w:rPr>
        <w:t>“You always emphasize interaction with people of other faiths. However, many Muslim leaders urge Muslims not to mix with people of other religions, saying it will deviate them from the Islamic path and Satan will drag them towards kufr. What is the basis of this close-mindedness?”</w:t>
      </w:r>
    </w:p>
    <w:p>
      <w:r>
        <w:rPr>
          <w:sz w:val="20"/>
        </w:rPr>
        <w:t>27:28  maulana, ek sawal lena chahenge jo bhopal se bheja hai. shahzad sheikh sahib ne, unhon ne likha hai: "maulana, you always emphasize interaction with people of other faiths.</w:t>
      </w:r>
      <w:r>
        <w:br/>
      </w:r>
      <w:r>
        <w:rPr>
          <w:sz w:val="20"/>
        </w:rPr>
        <w:t>27:45  however, many muslim leaders urge muslims not to mix with people of other religions as they say it will deviate them from the islamic path and certain will derail them towards kufr.</w:t>
      </w:r>
      <w:r>
        <w:br/>
      </w:r>
      <w:r>
        <w:rPr>
          <w:sz w:val="20"/>
        </w:rPr>
        <w:t>28:02  maulana, what is the basis of this close mindedness?</w:t>
      </w:r>
      <w:r>
        <w:br/>
      </w:r>
      <w:r>
        <w:rPr>
          <w:sz w:val="20"/>
        </w:rPr>
        <w:t>28:07  and secondly, why according to you, interaction is important for muslims?" dekhiye, aap rasool allah ne jo sunnat chhodi hai,</w:t>
      </w:r>
      <w:r>
        <w:br/>
      </w:r>
      <w:r>
        <w:rPr>
          <w:sz w:val="20"/>
        </w:rPr>
        <w:t>28:24  is ko dekhiye. aap rasool allah hamesha</w:t>
      </w:r>
      <w:r>
        <w:br/>
      </w:r>
      <w:r>
        <w:rPr>
          <w:sz w:val="20"/>
        </w:rPr>
        <w:t>28:31  logon ko bhejte thay jin logon ko aap log to samajhte hain ghazwa, woh ghazwa nahin hota tha, woh hota tha sariya.</w:t>
      </w:r>
      <w:r>
        <w:br/>
      </w:r>
      <w:r>
        <w:rPr>
          <w:sz w:val="20"/>
        </w:rPr>
        <w:t>28:42  sariya yani logon mein ja kar da'wah dena. aur aap ko maloom hoga ke hajjat ul wida jo hua tha, aakhri us waqt rasool allah ne ailaan kiya tha ke jao qaumon mein, jao qaumon mein, jao aur islam ka ailaan karo.</w:t>
      </w:r>
      <w:r>
        <w:br/>
      </w:r>
      <w:r>
        <w:rPr>
          <w:sz w:val="20"/>
        </w:rPr>
        <w:t>29:02  to islam to poore ma'ne mein da'wah ka mazhab hai, interaction ka mazhab hai aur dunya mein phail kar logon mein mil kar ke logon mein interaction kar ke da'wah ko phansane ka mazhab hai.</w:t>
      </w:r>
    </w:p>
    <w:p>
      <w:pPr>
        <w:pStyle w:val="Heading2"/>
      </w:pPr>
      <w:r>
        <w:t>Becoming a contributor in society</w:t>
      </w:r>
    </w:p>
    <w:p>
      <w:r>
        <w:rPr>
          <w:color w:val="666666"/>
          <w:sz w:val="18"/>
        </w:rPr>
        <w:t>Society &amp; Dawah · Double Standards of Present-Day Muslims August 6, 2017 · 1m 57s · at 47:03 · https://youtu.be/k1NcZQpHTyg?t=2823</w:t>
      </w:r>
    </w:p>
    <w:p>
      <w:r>
        <w:rPr>
          <w:i/>
        </w:rPr>
        <w:t>“Please tell us how one can become a contributor in society.”</w:t>
      </w:r>
    </w:p>
    <w:p>
      <w:r>
        <w:rPr>
          <w:sz w:val="20"/>
        </w:rPr>
        <w:t>47:03  agla sawal Maulana Wakra Dagar sahib ki taraf se dilli se. woh poochte hain ke "Please tell us how one can become a contributor in society."</w:t>
      </w:r>
      <w:r>
        <w:br/>
      </w:r>
      <w:r>
        <w:rPr>
          <w:sz w:val="20"/>
        </w:rPr>
        <w:t>47:16  dekhen, jo aap ke paas dene ke liye hai, woh den. matlab aap ke paas dawat hai to dawat den.</w:t>
      </w:r>
      <w:r>
        <w:br/>
      </w:r>
      <w:r>
        <w:rPr>
          <w:sz w:val="20"/>
        </w:rPr>
        <w:t>47:28  aap logon ko madad kar sakte hain to madad karen. aap ke paas ek sachi soch hai to us ko share karen logon ke sath.</w:t>
      </w:r>
      <w:r>
        <w:br/>
      </w:r>
      <w:r>
        <w:rPr>
          <w:sz w:val="20"/>
        </w:rPr>
        <w:t>47:39  insan khud jaan sakta hai ke mere paas dene ke liye kya hai. jo cheez hai, us ko woh de. us ki koi ek ek hi qism nahi hai.</w:t>
      </w:r>
      <w:r>
        <w:br/>
      </w:r>
      <w:r>
        <w:rPr>
          <w:sz w:val="20"/>
        </w:rPr>
        <w:t>47:50  jo bhi insan ke faide ki cheez hai, woh aap ke paas hai to aap ko use dena hai.</w:t>
      </w:r>
      <w:r>
        <w:br/>
      </w:r>
      <w:r>
        <w:rPr>
          <w:sz w:val="20"/>
        </w:rPr>
        <w:t>48:05  Maulana Mushtaq Ahmed sahib likhte hain ke "hum dawat ka kaam kaise karen?"</w:t>
      </w:r>
      <w:r>
        <w:br/>
      </w:r>
      <w:r>
        <w:rPr>
          <w:sz w:val="20"/>
        </w:rPr>
        <w:t>48:12  bhai, dekhiye, hamare mission to mein to us ko bohat aasan karna chahta hoon kyunke kitaben hain, sau kitaben hain.</w:t>
      </w:r>
      <w:r>
        <w:br/>
      </w:r>
      <w:r>
        <w:rPr>
          <w:sz w:val="20"/>
        </w:rPr>
        <w:t>48:21  aap kitaben failaiye. aap kitaben nahi failana chahte to khud Quran o Hadees ki gehra study kijiye aur phir us ko logon ko bataiye.</w:t>
      </w:r>
      <w:r>
        <w:br/>
      </w:r>
      <w:r>
        <w:rPr>
          <w:sz w:val="20"/>
        </w:rPr>
        <w:t>48:34  agar aap abhi bhi nahi kar sakte to dua kijiye. dua bhi ek ek qism ki dawat hai.</w:t>
      </w:r>
      <w:r>
        <w:br/>
      </w:r>
      <w:r>
        <w:rPr>
          <w:sz w:val="20"/>
        </w:rPr>
        <w:t>48:46  yeh insan khud soch sakta hai ke mein, yani mere halat, apne halat ke lihaz se mujhe kya karna chahiye.</w:t>
      </w:r>
    </w:p>
    <w:p>
      <w:pPr>
        <w:pStyle w:val="Heading2"/>
      </w:pPr>
      <w:r>
        <w:t>Best approach to soften hearts for education</w:t>
      </w:r>
    </w:p>
    <w:p>
      <w:r>
        <w:rPr>
          <w:color w:val="666666"/>
          <w:sz w:val="18"/>
        </w:rPr>
        <w:t>Society &amp; Dawah · Revival of Muslims March 08, 2015 · 37s · at 1:09:34 · https://youtu.be/8ShFcr8YozI?t=4174</w:t>
      </w:r>
    </w:p>
    <w:p>
      <w:r>
        <w:rPr>
          <w:i/>
        </w:rPr>
        <w:t>“My question is that usually nobody likes to listen to criticism. So what should be the best approach to soften the hearts of Muslims for any kind of education?”</w:t>
      </w:r>
    </w:p>
    <w:p>
      <w:r>
        <w:rPr>
          <w:sz w:val="20"/>
        </w:rPr>
        <w:t>1:09:34  ally important hain. Maulana, unka sawal hai. Unhon ne likha hai ke My question is that usually nobody likes to listen to the criticism.</w:t>
      </w:r>
      <w:r>
        <w:br/>
      </w:r>
      <w:r>
        <w:rPr>
          <w:sz w:val="20"/>
        </w:rPr>
        <w:t>1:09:45  So what should be the best approach to soften the hearts of Muslims for any kind of education? Bhai, harsh question mat kijiye.</w:t>
      </w:r>
      <w:r>
        <w:br/>
      </w:r>
      <w:r>
        <w:rPr>
          <w:sz w:val="20"/>
        </w:rPr>
        <w:t>1:09:55  Reason-based question kijiye aur polite andaaz se baat kijiye.</w:t>
      </w:r>
      <w:r>
        <w:br/>
      </w:r>
      <w:r>
        <w:rPr>
          <w:sz w:val="20"/>
        </w:rPr>
        <w:t>1:10:00  Har aadmi, yani polite andaaz se baat ki jaye to har aadmi sunta hai is ko. Har aadmi sunta hai.</w:t>
      </w:r>
    </w:p>
    <w:p>
      <w:pPr>
        <w:pStyle w:val="Heading2"/>
      </w:pPr>
      <w:r>
        <w:t>Brief dawah communication with a stranger</w:t>
      </w:r>
    </w:p>
    <w:p>
      <w:r>
        <w:rPr>
          <w:color w:val="666666"/>
          <w:sz w:val="18"/>
        </w:rPr>
        <w:t>Society &amp; Dawah · Divine Ideology of Life I 11 July 2010 · 1m 23s · at 1:41:01 · https://youtu.be/wOmHVfyjMJY?t=6061</w:t>
      </w:r>
    </w:p>
    <w:p>
      <w:r>
        <w:rPr>
          <w:i/>
        </w:rPr>
        <w:t>“If one gets only few minutes of opportunity to do Dawa work with a stranger, how and what part should be communicated to him?”</w:t>
      </w:r>
    </w:p>
    <w:p>
      <w:r>
        <w:rPr>
          <w:sz w:val="20"/>
        </w:rPr>
        <w:t>1:41:01  maulana, yeh sawal kiya hai Mr. Idrees ne Raipur se. unhon ne likha hai ke "If one gets only few minutes of opportunity to do Dawa work with a stranger, how and what part should be communicated to him?" part?</w:t>
      </w:r>
      <w:r>
        <w:br/>
      </w:r>
      <w:r>
        <w:rPr>
          <w:sz w:val="20"/>
        </w:rPr>
        <w:t>1:41:19  nahin, aap ke paas pamphlet rehna chahiye. hamare paas pamphlet hai. chhote chhote pamphlet bahut hain. aap apni pocket mein rakhiye ya mauqa ho to us ko de dijiye.</w:t>
      </w:r>
      <w:r>
        <w:br/>
      </w:r>
      <w:r>
        <w:rPr>
          <w:sz w:val="20"/>
        </w:rPr>
        <w:t>1:41:30  sab se best yahi hai. ke har waqt aap ki pocket mein yeh pamphlet jo hai, dawa pamphlet hai, woh rehna chahiye. jahan mauqa ho use de dijiye.</w:t>
      </w:r>
      <w:r>
        <w:br/>
      </w:r>
      <w:r>
        <w:rPr>
          <w:sz w:val="20"/>
        </w:rPr>
        <w:t>1:41:43  jaise main ne ek qissa bataya tha ke hamare ek saathi jahaz ja rahe the Delhi se Bombay. jab interview hue to wahan par ek bada leader baitha hua tha. ek bada leader.</w:t>
      </w:r>
      <w:r>
        <w:br/>
      </w:r>
      <w:r>
        <w:rPr>
          <w:sz w:val="20"/>
        </w:rPr>
        <w:t>1:41:52  ek well-known leader.</w:t>
      </w:r>
      <w:r>
        <w:br/>
      </w:r>
      <w:r>
        <w:rPr>
          <w:sz w:val="20"/>
        </w:rPr>
        <w:t>1:41:55  to jab interview dekha ke woh yahan baitha hua hai to foran unhon ne ek pamphlet nikala. "Reality of Life".</w:t>
      </w:r>
      <w:r>
        <w:br/>
      </w:r>
      <w:r>
        <w:rPr>
          <w:sz w:val="20"/>
        </w:rPr>
        <w:t>1:42:03  us ne kaha ke "Sir, this for your inflight reading." de diya aur sahib us ko padhta raha, padhta raha, padhta raha.</w:t>
      </w:r>
      <w:r>
        <w:br/>
      </w:r>
      <w:r>
        <w:rPr>
          <w:sz w:val="20"/>
        </w:rPr>
        <w:t>1:42:12  to best tareeqa yeh hai ke aap ki pocket mein yeh sab cheezein rahein, aap ki bag mein cheezein rahein. jahan us ko payein wahi dete rahein aap us ko.</w:t>
      </w:r>
    </w:p>
    <w:p>
      <w:pPr>
        <w:pStyle w:val="Heading2"/>
      </w:pPr>
      <w:r>
        <w:t>CPS mission global reach and prepared minds</w:t>
      </w:r>
    </w:p>
    <w:p>
      <w:r>
        <w:rPr>
          <w:color w:val="666666"/>
          <w:sz w:val="18"/>
        </w:rPr>
        <w:t>Society &amp; Dawah · The Secular Contribution of Islam | April 16, 2017 · 56s · at 51:13 · https://youtu.be/QV_HIq7KeaY?t=3073</w:t>
      </w:r>
    </w:p>
    <w:p>
      <w:r>
        <w:rPr>
          <w:i/>
        </w:rPr>
        <w:t>“Alhamdulillah, the message of CPS mission has reached globally in last few years and lot of prepared minds are in making today around...”</w:t>
      </w:r>
    </w:p>
    <w:p>
      <w:r>
        <w:rPr>
          <w:sz w:val="20"/>
        </w:rPr>
        <w:t>51:13  ji Maulana, agla comment bheja hai jis mein sawal bhi hai doctor Waqar Alam sahib ka.</w:t>
      </w:r>
      <w:r>
        <w:br/>
      </w:r>
      <w:r>
        <w:rPr>
          <w:sz w:val="20"/>
        </w:rPr>
        <w:t>51:19  un ka jo comment kam question hai, unhon ne likha hai: Maulana muhtaram, alhamdulillah, the message of CPS</w:t>
      </w:r>
      <w:r>
        <w:br/>
      </w:r>
      <w:r>
        <w:rPr>
          <w:sz w:val="20"/>
        </w:rPr>
        <w:t>51:25  mission has reached globally in last few years and lot of prepared minds are in making today around</w:t>
      </w:r>
      <w:r>
        <w:br/>
      </w:r>
      <w:r>
        <w:rPr>
          <w:sz w:val="20"/>
        </w:rPr>
        <w:t>51:31  the world.</w:t>
      </w:r>
      <w:r>
        <w:br/>
      </w:r>
      <w:r>
        <w:rPr>
          <w:sz w:val="20"/>
        </w:rPr>
        <w:t>51:37  I feel this is theright time to step back, consolidate and prepare a dedicated team with focused training</w:t>
      </w:r>
      <w:r>
        <w:br/>
      </w:r>
      <w:r>
        <w:rPr>
          <w:sz w:val="20"/>
        </w:rPr>
        <w:t>51:43  for Allah's work according to CPS philosophy.</w:t>
      </w:r>
      <w:r>
        <w:br/>
      </w:r>
      <w:r>
        <w:rPr>
          <w:sz w:val="20"/>
        </w:rPr>
        <w:t>51:49  A team of aqwan e rasool is ready and needs an intense training from you.</w:t>
      </w:r>
      <w:r>
        <w:br/>
      </w:r>
      <w:r>
        <w:rPr>
          <w:sz w:val="20"/>
        </w:rPr>
        <w:t>51:56  I hope you will consider the urgency and chalk out a program to prepare a dedicated team to take this mission</w:t>
      </w:r>
      <w:r>
        <w:br/>
      </w:r>
      <w:r>
        <w:rPr>
          <w:sz w:val="20"/>
        </w:rPr>
        <w:t>52:02  forward. Inshallah, Inshallah.</w:t>
      </w:r>
    </w:p>
    <w:p>
      <w:pPr>
        <w:pStyle w:val="Heading2"/>
      </w:pPr>
      <w:r>
        <w:t>Caliph as political term and need for interference</w:t>
      </w:r>
    </w:p>
    <w:p>
      <w:r>
        <w:rPr>
          <w:color w:val="666666"/>
          <w:sz w:val="18"/>
        </w:rPr>
        <w:t>Society &amp; Dawah · How God Manages Human History December 23, 2018 · 1m 25s · at 1:09:14 · https://youtu.be/j_yxigrCl5U?t=4154</w:t>
      </w:r>
    </w:p>
    <w:p>
      <w:r>
        <w:rPr>
          <w:i/>
        </w:rPr>
        <w:t>“Caliph is not a political term, but I think without political interference, many issues remain unresolved. What is your opinion on this?”</w:t>
      </w:r>
    </w:p>
    <w:p>
      <w:r>
        <w:rPr>
          <w:sz w:val="20"/>
        </w:rPr>
        <w:t>1:09:14  maulana, agla sawal dilli se shahnawaz siddiqui sahab ne kiya hai. unhone likha hai: "califf is not a political term, but I think without political interference, many issues remain unresolved.</w:t>
      </w:r>
      <w:r>
        <w:br/>
      </w:r>
      <w:r>
        <w:rPr>
          <w:sz w:val="20"/>
        </w:rPr>
        <w:t>1:09:31  what is your opinion on this?" dekhiye, meri</w:t>
      </w:r>
      <w:r>
        <w:br/>
      </w:r>
      <w:r>
        <w:rPr>
          <w:sz w:val="20"/>
        </w:rPr>
        <w:t>1:09:39  puri zindagi ki tajurba yeh hai ke political interference sirf problem ko badhata hai, kisi problem ko hal nahi karta.</w:t>
      </w:r>
      <w:r>
        <w:br/>
      </w:r>
      <w:r>
        <w:rPr>
          <w:sz w:val="20"/>
        </w:rPr>
        <w:t>1:09:49  jo yeh samajhta ho ke political interference masla khatam hogya, to mujhe is ki misal likh ke bheje. jitne waqiyat aap bataye ke political interference ke, woh sab badhane wale honge, boost boost dene wale honge.</w:t>
      </w:r>
      <w:r>
        <w:br/>
      </w:r>
      <w:r>
        <w:rPr>
          <w:sz w:val="20"/>
        </w:rPr>
        <w:t>1:10:07  ab india mein bohat interference hota hai aur sab se zyada problem india mein hai. aap chale jayein switzerland mein, aap chale jaiye japan mein, wahan bohat koi peace hai,</w:t>
      </w:r>
      <w:r>
        <w:br/>
      </w:r>
      <w:r>
        <w:rPr>
          <w:sz w:val="20"/>
        </w:rPr>
        <w:t>1:10:20  koi masla hi nahi aur political interference wahan hota hi nahi hai. yeh to log mafroozat par jee rahe hain, khud hi apne dimagh mein mafroza banate hain aur usi ko samajhte hain ke yeh waqea hai.</w:t>
      </w:r>
    </w:p>
    <w:p>
      <w:pPr>
        <w:pStyle w:val="Heading2"/>
      </w:pPr>
      <w:r>
        <w:t>Caliphate as a Goal vs CPS</w:t>
      </w:r>
    </w:p>
    <w:p>
      <w:r>
        <w:rPr>
          <w:color w:val="666666"/>
          <w:sz w:val="18"/>
        </w:rPr>
        <w:t>Society &amp; Dawah · Hadith Prediction November 3, 2013 · 1m 57s · at 51:29 · https://youtu.be/cb5Lzw9c8aE?t=3089</w:t>
      </w:r>
    </w:p>
    <w:p>
      <w:r>
        <w:rPr>
          <w:i/>
        </w:rPr>
        <w:t>“Maulana sahib, a person said: 'What is the real goal of CPS? We have the caliphate, what do you have?' The caliphate is a self-made goal. Where is it written in the Quran or Hadith to establish a caliphate? It is a fabricated goal.”</w:t>
      </w:r>
    </w:p>
    <w:p>
      <w:r>
        <w:rPr>
          <w:sz w:val="20"/>
        </w:rPr>
        <w:t>51:29  maulana, agla sawal aaya hai kerala se, shabbir ahmed sahab ka. unhon ne likha hai: "maulana sahab, ek sahab ne farmaya ke cps ka asal goal kya hai?</w:t>
      </w:r>
      <w:r>
        <w:br/>
      </w:r>
      <w:r>
        <w:rPr>
          <w:sz w:val="20"/>
        </w:rPr>
        <w:t>51:41  hamare paas to khilafat hai, aap ke paas kya hai?" khilafat khud sakhta goal hai.</w:t>
      </w:r>
      <w:r>
        <w:br/>
      </w:r>
      <w:r>
        <w:rPr>
          <w:sz w:val="20"/>
        </w:rPr>
        <w:t>51:49  kahan likha hua hai quran mein, hadith mein? khilafat qaim karo, yeh to banawati goal hai, apna</w:t>
      </w:r>
      <w:r>
        <w:br/>
      </w:r>
      <w:r>
        <w:rPr>
          <w:sz w:val="20"/>
        </w:rPr>
        <w:t>51:55  bana hua. is par to logon ko flogging ki jayegi. yeh tum ne kahan se bana liya? yeh kahan likha hua tha ke tum khilafat qaim karo? yeh tumhara mission hai?</w:t>
      </w:r>
      <w:r>
        <w:br/>
      </w:r>
      <w:r>
        <w:rPr>
          <w:sz w:val="20"/>
        </w:rPr>
        <w:t>52:06  khud sakhta mission nahi hai. yeh aap sab se pehle quran aur hadith sabit kijiye ke aye musalmano, tumhara mission yeh hai ke tum ko duniya mein khilafat qaim karna hai.</w:t>
      </w:r>
      <w:r>
        <w:br/>
      </w:r>
      <w:r>
        <w:rPr>
          <w:sz w:val="20"/>
        </w:rPr>
        <w:t>52:16  kahan yeh hai?</w:t>
      </w:r>
      <w:r>
        <w:br/>
      </w:r>
      <w:r>
        <w:rPr>
          <w:sz w:val="20"/>
        </w:rPr>
        <w:t>52:19  cps ka mission jo hai, woh dawat-e-ilahi hai, yani allah ke tamam bando par allah ka paigham pahunchana,</w:t>
      </w:r>
      <w:r>
        <w:br/>
      </w:r>
      <w:r>
        <w:rPr>
          <w:sz w:val="20"/>
        </w:rPr>
        <w:t>52:29  tamam bando tak. aur yeh rasool allah salallaho alaihi wasallam ne kaha tha khutbe hazrat al-wida ke mauqe par ke in allah basani kaffatan fatuni aey logon, allah ne mujhe bheja hai tamam insano ke liye,</w:t>
      </w:r>
      <w:r>
        <w:br/>
      </w:r>
      <w:r>
        <w:rPr>
          <w:sz w:val="20"/>
        </w:rPr>
        <w:t>52:45  to meri baat pahuncha do sab tak.</w:t>
      </w:r>
      <w:r>
        <w:br/>
      </w:r>
      <w:r>
        <w:rPr>
          <w:sz w:val="20"/>
        </w:rPr>
        <w:t>52:50  balleghu aniy walawaya jo tum ko mujh se mila, woh sab pahuncha do. to pahunchana, tabligh, dawah, yeh mission hai.</w:t>
      </w:r>
      <w:r>
        <w:br/>
      </w:r>
      <w:r>
        <w:rPr>
          <w:sz w:val="20"/>
        </w:rPr>
        <w:t>52:59  is par tamam hadithien aur aayatein is par saboot hain. to dawat-e-ilahi ummat-e-muslima ka mission hai, yeh quran o hadith sabit hai.</w:t>
      </w:r>
      <w:r>
        <w:br/>
      </w:r>
      <w:r>
        <w:rPr>
          <w:sz w:val="20"/>
        </w:rPr>
        <w:t>53:10  baqi ummat-e-muslima ko yeh yeh mission batana ke khilafat qaim karo, yeh to khud sakhta hai. pehle yeh sabit karo quran o hadith se,</w:t>
      </w:r>
      <w:r>
        <w:br/>
      </w:r>
      <w:r>
        <w:rPr>
          <w:sz w:val="20"/>
        </w:rPr>
        <w:t>53:20  us ke baad hi yeh baat aap keh sakte hain.</w:t>
      </w:r>
    </w:p>
    <w:p>
      <w:pPr>
        <w:pStyle w:val="Heading2"/>
      </w:pPr>
      <w:r>
        <w:t>Calling Quran the latest divine edition</w:t>
      </w:r>
    </w:p>
    <w:p>
      <w:r>
        <w:rPr>
          <w:color w:val="666666"/>
          <w:sz w:val="18"/>
        </w:rPr>
        <w:t>Society &amp; Dawah · Roza and Quran July 18, 2010 · 1m 24s · at 1:17:50 · https://youtu.be/TSjqSQEb0EQ?t=4670</w:t>
      </w:r>
    </w:p>
    <w:p>
      <w:r>
        <w:rPr>
          <w:i/>
        </w:rPr>
        <w:t>“When introducing the Quran to a non-Muslim, can we say that it is the latest edition of divine guidelines, making it obligatory for everyone to know and follow?”</w:t>
      </w:r>
    </w:p>
    <w:p>
      <w:r>
        <w:rPr>
          <w:sz w:val="20"/>
        </w:rPr>
        <w:t>1:17:50  maulana, agla sawal mister abdul rehman ka hai, new dehli se</w:t>
      </w:r>
      <w:r>
        <w:br/>
      </w:r>
      <w:r>
        <w:rPr>
          <w:sz w:val="20"/>
        </w:rPr>
        <w:t>1:17:54  . unhon ne likha hai ke "While introducing and gifting Quran to a madhu, can we say that Quran is the latest edition of divine guidelines, and therefore it is obligatory for everyone to know and follow these instructions?" nahin, yeh latest ka lafz jo hai, mein is ko pasand nahin karta.</w:t>
      </w:r>
      <w:r>
        <w:br/>
      </w:r>
      <w:r>
        <w:rPr>
          <w:sz w:val="20"/>
        </w:rPr>
        <w:t>1:18:16  saheeh to hai lekin pasand nahin karta. lekin is mein superlative nikalti hai. mein yeh lafz bolna pasand nahin karta</w:t>
      </w:r>
      <w:r>
        <w:br/>
      </w:r>
      <w:r>
        <w:rPr>
          <w:sz w:val="20"/>
        </w:rPr>
        <w:t>1:18:24  . mein kehta hoon preserved kalam, mehfooz kalam. yahan jab latest kehte hain to is mein apne aap aa jata hai ke yeh afzal hai woh.</w:t>
      </w:r>
      <w:r>
        <w:br/>
      </w:r>
      <w:r>
        <w:rPr>
          <w:sz w:val="20"/>
        </w:rPr>
        <w:t>1:18:35  lekin aap kahein ke preserved kalam hai to sab log, sare woh scholar mante hain ke aur sab kitabein jo hain, apni preserved halat mein nahin hain.</w:t>
      </w:r>
      <w:r>
        <w:br/>
      </w:r>
      <w:r>
        <w:rPr>
          <w:sz w:val="20"/>
        </w:rPr>
        <w:t>1:18:45  badal gayi hain. badal gayi hain. sare scholar mante hain.</w:t>
      </w:r>
      <w:r>
        <w:br/>
      </w:r>
      <w:r>
        <w:rPr>
          <w:sz w:val="20"/>
        </w:rPr>
        <w:t>1:18:51  lekin quran ke bare mein sab log mante hain ke quran mein ek ayat ke barabar bhi koi tabdeeli nahin aayi hai. yeh ek historical fact hai.</w:t>
      </w:r>
      <w:r>
        <w:br/>
      </w:r>
      <w:r>
        <w:rPr>
          <w:sz w:val="20"/>
        </w:rPr>
        <w:t>1:19:02  historical fact ki zaban mein boliye.</w:t>
      </w:r>
      <w:r>
        <w:br/>
      </w:r>
      <w:r>
        <w:rPr>
          <w:sz w:val="20"/>
        </w:rPr>
        <w:t>1:19:08  mein to zahiri taur par aise hi karta hoon.</w:t>
      </w:r>
    </w:p>
    <w:p>
      <w:pPr>
        <w:pStyle w:val="Heading2"/>
      </w:pPr>
      <w:r>
        <w:t>Can Islamic institutions start research in sciences?</w:t>
      </w:r>
    </w:p>
    <w:p>
      <w:r>
        <w:rPr>
          <w:color w:val="666666"/>
          <w:sz w:val="18"/>
        </w:rPr>
        <w:t>Society &amp; Dawah · God in the Age of Science January 08, 2017 · 38s · at 1:14:06 · https://youtu.be/au1bRdQDZ0U?t=4446</w:t>
      </w:r>
    </w:p>
    <w:p>
      <w:r>
        <w:rPr>
          <w:i/>
        </w:rPr>
        <w:t>“Today's lecture was heart touching. Is it possible that the Muslims' high level institutions like Darul Uloom Deoband may be persuaded to start research in pure sciences from this angle? What is your opinion on this?”</w:t>
      </w:r>
    </w:p>
    <w:p>
      <w:r>
        <w:rPr>
          <w:sz w:val="20"/>
        </w:rPr>
        <w:t>1:14:06  سے سوال کیا ہے انہوں نے لکھا ہے مولانا صاحب today's lecture was heart touching. Is it possible</w:t>
      </w:r>
      <w:r>
        <w:br/>
      </w:r>
      <w:r>
        <w:rPr>
          <w:sz w:val="20"/>
        </w:rPr>
        <w:t>1:14:14  that the Muslims' high-level institutions like Darul Uloom etc. may be persuaded to start research in pure sciences</w:t>
      </w:r>
      <w:r>
        <w:br/>
      </w:r>
      <w:r>
        <w:rPr>
          <w:sz w:val="20"/>
        </w:rPr>
        <w:t>1:14:21  from this angle what is your opinion on this ha kehna chahiye un ko study karein lekin ye</w:t>
      </w:r>
      <w:r>
        <w:br/>
      </w:r>
      <w:r>
        <w:rPr>
          <w:sz w:val="20"/>
        </w:rPr>
        <w:t>1:14:29  kafi nahi hai sab se pehle un ko hamari kitabein padhwaiye bohat se logon ne padha hai lekin</w:t>
      </w:r>
      <w:r>
        <w:br/>
      </w:r>
      <w:r>
        <w:rPr>
          <w:sz w:val="20"/>
        </w:rPr>
        <w:t>1:14:37  ڈگری لے لیتے ہیں بس اس کے بعد کافی سمجھتے ہیں way of thinking آنی چاہیے way of</w:t>
      </w:r>
    </w:p>
    <w:p>
      <w:pPr>
        <w:pStyle w:val="Heading2"/>
      </w:pPr>
      <w:r>
        <w:t>Can Muslims eat prasad distributed at factory?</w:t>
      </w:r>
    </w:p>
    <w:p>
      <w:r>
        <w:rPr>
          <w:color w:val="666666"/>
          <w:sz w:val="18"/>
        </w:rPr>
        <w:t>Society &amp; Dawah · God and Man February 19, 2012 · 1m 35s · at 1:09:24 · https://youtu.be/rL4g0LOU3wo?t=4164</w:t>
      </w:r>
    </w:p>
    <w:p>
      <w:r>
        <w:rPr>
          <w:i/>
        </w:rPr>
        <w:t>“I am working in a factory and on every Tuesday there is distribution of prasad. Can we take and eat this prasad?”</w:t>
      </w:r>
    </w:p>
    <w:p>
      <w:r>
        <w:rPr>
          <w:sz w:val="20"/>
        </w:rPr>
        <w:t>1:09:24  Maulana, agla sawal Delhi se hai Mr Saadat Khan ka. Unhon ne poocha hai: "I am working in a factory and on every Tuesday there is distribution of prasad.</w:t>
      </w:r>
      <w:r>
        <w:br/>
      </w:r>
      <w:r>
        <w:rPr>
          <w:sz w:val="20"/>
        </w:rPr>
        <w:t>1:09:38  Can we take and eat this prasad?"</w:t>
      </w:r>
      <w:r>
        <w:br/>
      </w:r>
      <w:r>
        <w:rPr>
          <w:sz w:val="20"/>
        </w:rPr>
        <w:t>1:09:41  Haan zaroor. Yani yeh log aksar mujh se sawal karte hain. Woh aksar sawal hi kyun karte hain? Yeh sawal aata hai koi mind mein.</w:t>
      </w:r>
      <w:r>
        <w:br/>
      </w:r>
      <w:r>
        <w:rPr>
          <w:sz w:val="20"/>
        </w:rPr>
        <w:t>1:09:50  Koi prashad kya hota hai? Yahi khane peene ki cheezein hoti hain. To is mein is mein harj kya hai? Kisi ne fatwa diya ho to jhoota fatwa hai woh.</w:t>
      </w:r>
      <w:r>
        <w:br/>
      </w:r>
      <w:r>
        <w:rPr>
          <w:sz w:val="20"/>
        </w:rPr>
        <w:t>1:10:00  Aaj kal jhoote fawton ke bahar hai. Aap bataiye ke momin jo hai woh daai hota hai.</w:t>
      </w:r>
      <w:r>
        <w:br/>
      </w:r>
      <w:r>
        <w:rPr>
          <w:sz w:val="20"/>
        </w:rPr>
        <w:t>1:10:07  Daai us ko afford nahi kar sakta ke logon se interact na kare, un se taluq na badhaye, un se door door dori bana le. Daai us ko afford nahi kar sakta.</w:t>
      </w:r>
      <w:r>
        <w:br/>
      </w:r>
      <w:r>
        <w:rPr>
          <w:sz w:val="20"/>
        </w:rPr>
        <w:t>1:10:17  To aap agar is tarah se karenge ke prashad nahi lena hai, un ke sath baithna nahi hai, un ke sath share nahi karna hai to dori ban jayegi.</w:t>
      </w:r>
      <w:r>
        <w:br/>
      </w:r>
      <w:r>
        <w:rPr>
          <w:sz w:val="20"/>
        </w:rPr>
        <w:t>1:10:26  To aap dawati kaam kaise karenge?</w:t>
      </w:r>
      <w:r>
        <w:br/>
      </w:r>
      <w:r>
        <w:rPr>
          <w:sz w:val="20"/>
        </w:rPr>
        <w:t>1:10:30  dawati culture mein yeh farz hai, farz ke aap un ke parshad ko lein, un ke sath interact karein, un ke sath share karein.</w:t>
      </w:r>
      <w:r>
        <w:br/>
      </w:r>
      <w:r>
        <w:rPr>
          <w:sz w:val="20"/>
        </w:rPr>
        <w:t>1:10:40  bilkul farz ke darje mein zaroori hai. is ko masla poochna hi galat hai. jo masle par fatwa de, woh double ghalati karta hai woh. is mamle mein kisi ne jo agar fatwa diya hai to woh jhoota fatwa hai mere nazdeek.</w:t>
      </w:r>
      <w:r>
        <w:br/>
      </w:r>
      <w:r>
        <w:rPr>
          <w:sz w:val="20"/>
        </w:rPr>
        <w:t>1:10:54  koi is ki haqeeqat nahi hai. Maulana, un ka aik aur</w:t>
      </w:r>
      <w:r>
        <w:br/>
      </w:r>
      <w:r>
        <w:rPr>
          <w:sz w:val="20"/>
        </w:rPr>
        <w:t>1:11:00  sawal hai. unhon ne poocha hai: "Can we do the salam to non-Muslims and if they give their salam to us then can we give a reply wa alaikum assalam to them?" zaroor.</w:t>
      </w:r>
    </w:p>
    <w:p>
      <w:pPr>
        <w:pStyle w:val="Heading2"/>
      </w:pPr>
      <w:r>
        <w:t>Can Muslims eat prasad distributed at work?</w:t>
      </w:r>
    </w:p>
    <w:p>
      <w:r>
        <w:rPr>
          <w:color w:val="666666"/>
          <w:sz w:val="18"/>
        </w:rPr>
        <w:t>Society &amp; Dawah · God and Man I February 19, 2012 Maulana Wahiduddin Khan · 1m 29s · at 1:09:18 · https://youtu.be/8TP3nlGRZek?t=4158</w:t>
      </w:r>
    </w:p>
    <w:p>
      <w:r>
        <w:rPr>
          <w:i/>
        </w:rPr>
        <w:t>“I am working in a factory and on every Tuesday there is distribution of prasad. Can we take and eat this prasad?”</w:t>
      </w:r>
    </w:p>
    <w:p>
      <w:r>
        <w:rPr>
          <w:sz w:val="20"/>
        </w:rPr>
        <w:t>1:09:18  maulana agla sawal dilli se hai mister saadat khan ka. unhon ne poocha hai I am working in a factory and on every Tuesday there is distribution of prasad.</w:t>
      </w:r>
      <w:r>
        <w:br/>
      </w:r>
      <w:r>
        <w:rPr>
          <w:sz w:val="20"/>
        </w:rPr>
        <w:t>1:09:32  Can we take and eat this prasad?</w:t>
      </w:r>
      <w:r>
        <w:br/>
      </w:r>
      <w:r>
        <w:rPr>
          <w:sz w:val="20"/>
        </w:rPr>
        <w:t>1:09:35  haan zaroor. yani yeh log aksar mujh se sawal karte hain. main kehta hoon sawal hi kyun karte hain? yeh sawal aata hai koi mind mein.</w:t>
      </w:r>
      <w:r>
        <w:br/>
      </w:r>
      <w:r>
        <w:rPr>
          <w:sz w:val="20"/>
        </w:rPr>
        <w:t>1:09:44  ke parshad kya hota hai? yahi khane peene ki cheezen hoti hain. to is mein is mein harj kya hai? kisi ne fatwa diya ho to jhoota fatwa hai woh.</w:t>
      </w:r>
      <w:r>
        <w:br/>
      </w:r>
      <w:r>
        <w:rPr>
          <w:sz w:val="20"/>
        </w:rPr>
        <w:t>1:09:53  aaj kal jhoote fatwon ke bahar hai.</w:t>
      </w:r>
      <w:r>
        <w:br/>
      </w:r>
      <w:r>
        <w:rPr>
          <w:sz w:val="20"/>
        </w:rPr>
        <w:t>1:09:57  aap batayein ke momin jo hai woh daai hota hai. daai us ko afford nahi kar sakta ke logon se interact na kare, un se taluq na badhaye, un se door door dori bana le.</w:t>
      </w:r>
      <w:r>
        <w:br/>
      </w:r>
      <w:r>
        <w:rPr>
          <w:sz w:val="20"/>
        </w:rPr>
        <w:t>1:10:08  daai us ko afford nahi kar sakta. to aap agar is tarah se karenge ke parshad nahi lena hai, un ke sath baithna nahi hai,</w:t>
      </w:r>
      <w:r>
        <w:br/>
      </w:r>
      <w:r>
        <w:rPr>
          <w:sz w:val="20"/>
        </w:rPr>
        <w:t>1:10:17  un ke sath share nahi karna hai to dori ban jayegi. to aap dawati kaam kaise karenge? dawati culture mein yeh farz hai farz ke aap un ke parshad ko lein, un ke sath interact karein, un ke sath share karein.</w:t>
      </w:r>
      <w:r>
        <w:br/>
      </w:r>
      <w:r>
        <w:rPr>
          <w:sz w:val="20"/>
        </w:rPr>
        <w:t>1:10:34  bilkul farz ke darje mein zaroori hai.</w:t>
      </w:r>
      <w:r>
        <w:br/>
      </w:r>
      <w:r>
        <w:rPr>
          <w:sz w:val="20"/>
        </w:rPr>
        <w:t>1:10:37  us ko masla poochna hi galat hai. jo masle woh fatwa de woh double galti karta hai woh. is mamle mein kisi ne jo agar fatwa diya hai to woh jhoota fatwa hai mere nazdeek.</w:t>
      </w:r>
    </w:p>
    <w:p>
      <w:pPr>
        <w:pStyle w:val="Heading2"/>
      </w:pPr>
      <w:r>
        <w:t>Can Politics Ever Be Right?</w:t>
      </w:r>
    </w:p>
    <w:p>
      <w:r>
        <w:rPr>
          <w:color w:val="666666"/>
          <w:sz w:val="18"/>
        </w:rPr>
        <w:t>Society &amp; Dawah · Religion and Democracy December 25, 2011 · 1m 36s · at 1:48:39 · https://youtu.be/8Mf_yvDA8ik?t=6519</w:t>
      </w:r>
    </w:p>
    <w:p>
      <w:r>
        <w:rPr>
          <w:i/>
        </w:rPr>
        <w:t>“Politics is only a source of fighting and discord. In politics, people speak against each other. So how can politics be right? Maulana, perhaps he wants to ask at a general level: how can the political system be right?”</w:t>
      </w:r>
    </w:p>
    <w:p>
      <w:r>
        <w:rPr>
          <w:sz w:val="20"/>
        </w:rPr>
        <w:t>1:48:39  sawal hai. Unhone likha hai: "Rajneeti sirf ladai aur matbhed ka zariya hai. Kyun ke rajneeti mein insaan ek doosre ke against bolta hai.</w:t>
      </w:r>
      <w:r>
        <w:br/>
      </w:r>
      <w:r>
        <w:rPr>
          <w:sz w:val="20"/>
        </w:rPr>
        <w:t>1:48:51  to rajneeti sahi kaise ho sakti hai?"</w:t>
      </w:r>
      <w:r>
        <w:br/>
      </w:r>
      <w:r>
        <w:rPr>
          <w:sz w:val="20"/>
        </w:rPr>
        <w:t>1:48:57  to main sahi kahan karoon? Main to kabhi nahi kaha ke sahi hai. Maulana, shayad woh general level pe poochna chah rahe hain ke political system jo hai, woh sahi kaise ho sakta hai?</w:t>
      </w:r>
      <w:r>
        <w:br/>
      </w:r>
      <w:r>
        <w:rPr>
          <w:sz w:val="20"/>
        </w:rPr>
        <w:t>1:49:11  political system ko sahi karne ki koshish mat kijiye. Jo hai, us ko accept kar lijiye. Mera to nazariya yahi hai ke jab aap system ko sahi karna chahenge to kya hoga?</w:t>
      </w:r>
      <w:r>
        <w:br/>
      </w:r>
      <w:r>
        <w:rPr>
          <w:sz w:val="20"/>
        </w:rPr>
        <w:t>1:49:20  yahi sab hoga. Ladai jhagda, nafrat, aisi</w:t>
      </w:r>
      <w:r>
        <w:br/>
      </w:r>
      <w:r>
        <w:rPr>
          <w:sz w:val="20"/>
        </w:rPr>
        <w:t>1:49:25  cheez maan lijie. mera masla kya yeh hai ke political act mein jo hai, mera jo nazariya hai, woh yahi hai ke political, jis ko mein kehta hoon political statism,</w:t>
      </w:r>
      <w:r>
        <w:br/>
      </w:r>
      <w:r>
        <w:rPr>
          <w:sz w:val="20"/>
        </w:rPr>
        <w:t>1:49:39  yani siyasat mein mera nazariya hai political statism. koi bhi hakim hai, mujhe us se ladaai nahi karna hai.</w:t>
      </w:r>
      <w:r>
        <w:br/>
      </w:r>
      <w:r>
        <w:rPr>
          <w:sz w:val="20"/>
        </w:rPr>
        <w:t>1:49:48  koi bhi system hai, mujh se jhagadna nahi hai.</w:t>
      </w:r>
      <w:r>
        <w:br/>
      </w:r>
      <w:r>
        <w:rPr>
          <w:sz w:val="20"/>
        </w:rPr>
        <w:t>1:49:50  mujhe accept, accept kar ke mujhe apni activity ka mauqa mil jata hai. mujhe accept kar ke mujhe khud short time mujhe mil jata hai ke mein apne study karoon, apna mission chalaoon, apne aitbaar se jo karna hai, woh karoon.</w:t>
      </w:r>
      <w:r>
        <w:br/>
      </w:r>
      <w:r>
        <w:rPr>
          <w:sz w:val="20"/>
        </w:rPr>
        <w:t>1:50:10  to mera nazariya to political statism ka hai.</w:t>
      </w:r>
    </w:p>
    <w:p>
      <w:pPr>
        <w:pStyle w:val="Heading2"/>
      </w:pPr>
      <w:r>
        <w:t>Can a Muslim work in Communist Party</w:t>
      </w:r>
    </w:p>
    <w:p>
      <w:r>
        <w:rPr>
          <w:color w:val="666666"/>
          <w:sz w:val="18"/>
        </w:rPr>
        <w:t>Society &amp; Dawah · Revival of Muslims March 08, 2015 · 40s · at 1:06:53 · https://youtu.be/8ShFcr8YozI?t=4013</w:t>
      </w:r>
    </w:p>
    <w:p>
      <w:r>
        <w:rPr>
          <w:i/>
        </w:rPr>
        <w:t>“Maulana Sahib, I am in a confusion. I want your views on that can a Muslim work in the Communist Party and cast his vote for it.”</w:t>
      </w:r>
    </w:p>
    <w:p>
      <w:r>
        <w:rPr>
          <w:sz w:val="20"/>
        </w:rPr>
        <w:t>1:06:53  Maulana, agla sawal bhi Delhi se hai Shiq Rahman Sahab ne kiya hai aur unhon ne likha hai ke Maulana Sahab, I am in a confusion.</w:t>
      </w:r>
      <w:r>
        <w:br/>
      </w:r>
      <w:r>
        <w:rPr>
          <w:sz w:val="20"/>
        </w:rPr>
        <w:t>1:07:03  I want your views on that can a Muslim work in the Communist Party and cast his vote for it. is ke baray mein batayen.</w:t>
      </w:r>
      <w:r>
        <w:br/>
      </w:r>
      <w:r>
        <w:rPr>
          <w:sz w:val="20"/>
        </w:rPr>
        <w:t>1:07:13  ka matlab</w:t>
      </w:r>
      <w:r>
        <w:br/>
      </w:r>
      <w:r>
        <w:rPr>
          <w:sz w:val="20"/>
        </w:rPr>
        <w:t>1:07:15  ? woh yeh aapse janna chahte hain ke kya ek Muslim jo hai, woh Communist Party mein kaam karte hue kya vote bhi de sakta hai Communist Party ko?</w:t>
      </w:r>
      <w:r>
        <w:br/>
      </w:r>
      <w:r>
        <w:rPr>
          <w:sz w:val="20"/>
        </w:rPr>
        <w:t>1:07:24  bhayi, main political issues mera subject nahin hai. aap jis ka subject political issues ho, us se poochhiye.</w:t>
      </w:r>
    </w:p>
    <w:p>
      <w:pPr>
        <w:pStyle w:val="Heading2"/>
      </w:pPr>
      <w:r>
        <w:t>Can common Muslims' thinking be corrected despite ulama's approach?</w:t>
      </w:r>
    </w:p>
    <w:p>
      <w:r>
        <w:rPr>
          <w:color w:val="666666"/>
          <w:sz w:val="18"/>
        </w:rPr>
        <w:t>Society &amp; Dawah · Building A Creative Personality | 20 Nov 2011 · 1m 50s · at 1:39:28 · https://youtu.be/jdfhpwfEvKg?t=5968</w:t>
      </w:r>
    </w:p>
    <w:p>
      <w:r>
        <w:rPr>
          <w:i/>
        </w:rPr>
        <w:t>“Ulama have closed the doors of ijtihad. I want to know if common Muslims' thinking can be corrected, even if their ulama's existing mentality and approach continues.”</w:t>
      </w:r>
    </w:p>
    <w:p>
      <w:r>
        <w:rPr>
          <w:sz w:val="20"/>
        </w:rPr>
        <w:t>1:39:28  dindari kisi form ka naam nahi hai. dindari taalluq billah ka naam hai. to woh hindu musalman ke aitbar se na dekhiye, insaan ke aitbar se dekhiye aap ke woh insaan kis kis tarah ki zindagi guzar raha hai. woh insaan ke aitbar se insaanon ko dekhiye, na ke hindu muslim ke aitbar se. molana, agla sawal raipur se aaya hai. mister idrees aur miss shabana ne likha hai ke ulama have closed</w:t>
      </w:r>
      <w:r>
        <w:br/>
      </w:r>
      <w:r>
        <w:rPr>
          <w:sz w:val="20"/>
        </w:rPr>
        <w:t>1:39:58  open the doors of the ijtehad.</w:t>
      </w:r>
      <w:r>
        <w:br/>
      </w:r>
      <w:r>
        <w:rPr>
          <w:sz w:val="20"/>
        </w:rPr>
        <w:t>1:40:04  I want to know if common Muslims' thinking be corrected, even if their ulema's existing mentality and approach continues.</w:t>
      </w:r>
      <w:r>
        <w:br/>
      </w:r>
      <w:r>
        <w:rPr>
          <w:sz w:val="20"/>
        </w:rPr>
        <w:t>1:40:10  aur correction and ulama thinking is a precondition to improve the situation.</w:t>
      </w:r>
      <w:r>
        <w:br/>
      </w:r>
      <w:r>
        <w:rPr>
          <w:sz w:val="20"/>
        </w:rPr>
        <w:t>1:40:16  bhai, kon sa masla hai jis mein ulma poochte hon? musalman koi job ke liye, business ke liye,</w:t>
      </w:r>
      <w:r>
        <w:br/>
      </w:r>
      <w:r>
        <w:rPr>
          <w:sz w:val="20"/>
        </w:rPr>
        <w:t>1:40:23  shadi ke liye, jehez ke liye koi poochta hai? isi mein koi shart lagai jaye.</w:t>
      </w:r>
      <w:r>
        <w:br/>
      </w:r>
      <w:r>
        <w:rPr>
          <w:sz w:val="20"/>
        </w:rPr>
        <w:t>1:40:29  ji, ulma bilkul ineffective hain.</w:t>
      </w:r>
      <w:r>
        <w:br/>
      </w:r>
      <w:r>
        <w:rPr>
          <w:sz w:val="20"/>
        </w:rPr>
        <w:t>1:40:32  society mein koi in ka asar nahi hai.</w:t>
      </w:r>
      <w:r>
        <w:br/>
      </w:r>
      <w:r>
        <w:rPr>
          <w:sz w:val="20"/>
        </w:rPr>
        <w:t>1:40:36  bas kuch fatwa dete hain, kuch bolte hain.</w:t>
      </w:r>
      <w:r>
        <w:br/>
      </w:r>
      <w:r>
        <w:rPr>
          <w:sz w:val="20"/>
        </w:rPr>
        <w:t>1:40:40  lekin asar kya hai? mujhe bataiye, kon aadmi hai? aap is ko is ka naam bataein mujhe jo</w:t>
      </w:r>
      <w:r>
        <w:br/>
      </w:r>
      <w:r>
        <w:rPr>
          <w:sz w:val="20"/>
        </w:rPr>
        <w:t>1:40:44  apne job ke liye ulma se poochta ho, business ke liye ulma se poochta ho, shadi mein jahaz</w:t>
      </w:r>
      <w:r>
        <w:br/>
      </w:r>
      <w:r>
        <w:rPr>
          <w:sz w:val="20"/>
        </w:rPr>
        <w:t>1:40:48  doon ke na doon, is liye is ulma se poochta ho? kuch nahi, koi poochta nahi.</w:t>
      </w:r>
      <w:r>
        <w:br/>
      </w:r>
      <w:r>
        <w:rPr>
          <w:sz w:val="20"/>
        </w:rPr>
        <w:t>1:40:51  to is mein bhi koi aap excuse banate hain.</w:t>
      </w:r>
      <w:r>
        <w:br/>
      </w:r>
      <w:r>
        <w:rPr>
          <w:sz w:val="20"/>
        </w:rPr>
        <w:t>1:40:55  har aadmi ko khud parhna chahiye, khud</w:t>
      </w:r>
      <w:r>
        <w:br/>
      </w:r>
      <w:r>
        <w:rPr>
          <w:sz w:val="20"/>
        </w:rPr>
        <w:t>1:40:59  mutalea karna chahiye, aur quran ko, hadith ko, aur doosri kitabein jo hain, is ko parh kar ke</w:t>
      </w:r>
      <w:r>
        <w:br/>
      </w:r>
      <w:r>
        <w:rPr>
          <w:sz w:val="20"/>
        </w:rPr>
        <w:t>1:41:04  khud rai banaye.</w:t>
      </w:r>
      <w:r>
        <w:br/>
      </w:r>
      <w:r>
        <w:rPr>
          <w:sz w:val="20"/>
        </w:rPr>
        <w:t>1:41:09  woh kya sahi hai, kya galat hai? ulma to ineffective hain.</w:t>
      </w:r>
      <w:r>
        <w:br/>
      </w:r>
      <w:r>
        <w:rPr>
          <w:sz w:val="20"/>
        </w:rPr>
        <w:t>1:41:14  mein nahi samajhta kisi bhi shobe mein in ka koi darja hai.</w:t>
      </w:r>
    </w:p>
    <w:p>
      <w:pPr>
        <w:pStyle w:val="Heading2"/>
      </w:pPr>
      <w:r>
        <w:t>Cause and Solution of Muslim Disunity</w:t>
      </w:r>
    </w:p>
    <w:p>
      <w:r>
        <w:rPr>
          <w:color w:val="666666"/>
          <w:sz w:val="18"/>
        </w:rPr>
        <w:t>Society &amp; Dawah · Life After Death January 22, 2012 · 1m 11s · at 1:08:56 · https://youtu.be/5hVH1BLKBF4?t=4136</w:t>
      </w:r>
    </w:p>
    <w:p>
      <w:r>
        <w:rPr>
          <w:i/>
        </w:rPr>
        <w:t>“In every group and institution of Muslims, differences are found. There is no unity among Muslims. What is the cause of this difference among Muslims? And what is its solution? Is it all the result of abandoning the work of dawah ilallah?”</w:t>
      </w:r>
    </w:p>
    <w:p>
      <w:r>
        <w:rPr>
          <w:sz w:val="20"/>
        </w:rPr>
        <w:t>1:08:56  maulana, agla sawal aya hai dilli se. maulana zakwan nadvi ka,</w:t>
      </w:r>
      <w:r>
        <w:br/>
      </w:r>
      <w:r>
        <w:rPr>
          <w:sz w:val="20"/>
        </w:rPr>
        <w:t>1:09:00  unhon ne likha hai: "musalmanon ke har group mein aur har idaray mein differences paye jatay hain. musalmanon ke darmiyan ittehad maujood nahi.</w:t>
      </w:r>
      <w:r>
        <w:br/>
      </w:r>
      <w:r>
        <w:rPr>
          <w:sz w:val="20"/>
        </w:rPr>
        <w:t>1:09:11  musalmanon ke darmiyan is ikhtilaf ka sabab kya hai? aur is ka hal kya hai? kya yeh sab dawat al Allah ke kaam ko chhodne ka nateeja hai?</w:t>
      </w:r>
      <w:r>
        <w:br/>
      </w:r>
      <w:r>
        <w:rPr>
          <w:sz w:val="20"/>
        </w:rPr>
        <w:t>1:09:22  kyun ke dawat hi woh cheez hai jis se aadmi ko unity ke liye common ground milta hai."</w:t>
      </w:r>
      <w:r>
        <w:br/>
      </w:r>
      <w:r>
        <w:rPr>
          <w:sz w:val="20"/>
        </w:rPr>
        <w:t>1:09:29  haan, yeh baat sahi hai. dawat Allah jo hai, woh ek common ground deta hai poori ummat ko.</w:t>
      </w:r>
      <w:r>
        <w:br/>
      </w:r>
      <w:r>
        <w:rPr>
          <w:sz w:val="20"/>
        </w:rPr>
        <w:t>1:09:38  is mein koi ikhtilaf nahi, koi material dispute nahi hai. property ke liye ho to main chahoon ke mujhe mile, wahan wahan woh mile.</w:t>
      </w:r>
      <w:r>
        <w:br/>
      </w:r>
      <w:r>
        <w:rPr>
          <w:sz w:val="20"/>
        </w:rPr>
        <w:t>1:09:49  lekin dawat Allah ke liye kya hai?</w:t>
      </w:r>
      <w:r>
        <w:br/>
      </w:r>
      <w:r>
        <w:rPr>
          <w:sz w:val="20"/>
        </w:rPr>
        <w:t>1:09:52  to yeh baat sahi hai ke ummat mein agar ittehad ko farogh dena hai to dawat Allah ko in mein khoob khoob farogh diya jaye. jitna zyada ummat dawat Allah par khadi hogi, utne zyada ikhtilaf apne aap mit jayenge.</w:t>
      </w:r>
    </w:p>
    <w:p>
      <w:pPr>
        <w:pStyle w:val="Heading2"/>
      </w:pPr>
      <w:r>
        <w:t>Cause and solution of Muslim differences</w:t>
      </w:r>
    </w:p>
    <w:p>
      <w:r>
        <w:rPr>
          <w:color w:val="666666"/>
          <w:sz w:val="18"/>
        </w:rPr>
        <w:t>Society &amp; Dawah · Life after Death I 22nd Jan. 2012 Maulana Wahiduddin Khan · 1m 04s · at 1:08:45 · https://youtu.be/Pa8c09DFrkA?t=4125</w:t>
      </w:r>
    </w:p>
    <w:p>
      <w:r>
        <w:rPr>
          <w:i/>
        </w:rPr>
        <w:t>“Differences exist in every Muslim group and institution. There is no unity among Muslims. What is the cause of this difference among Muslims, and what is its solution? Is this the result of abandoning the work of Dawah?”</w:t>
      </w:r>
    </w:p>
    <w:p>
      <w:r>
        <w:rPr>
          <w:sz w:val="20"/>
        </w:rPr>
        <w:t>1:08:45  Maulana, agla sawal aaya hai Delhi se, Maulana Zikwan Nadvi ka. Unhon ne likha hai: Musalmanon ke har group mein aur har idaray mein differences paye jatay hain.</w:t>
      </w:r>
      <w:r>
        <w:br/>
      </w:r>
      <w:r>
        <w:rPr>
          <w:sz w:val="20"/>
        </w:rPr>
        <w:t>1:08:57  Musalmanon ke darmiyan ittehad maujood nahin. Musalmanon ke darmiyan is ikhtilaf ka sabab kya hai? Aur is ka hal kya hai?</w:t>
      </w:r>
      <w:r>
        <w:br/>
      </w:r>
      <w:r>
        <w:rPr>
          <w:sz w:val="20"/>
        </w:rPr>
        <w:t>1:09:07  Kya yeh sab dawat al Allah ke kaam ko chhodne ka nateeja hai? Kyun ke dawat hi woh cheez hai jis se aadmi ko</w:t>
      </w:r>
      <w:r>
        <w:br/>
      </w:r>
      <w:r>
        <w:rPr>
          <w:sz w:val="20"/>
        </w:rPr>
        <w:t>1:09:15  unity ke liye common ground milta hai. Haan, yeh baat sahi hai. Dawat al Allah jo hai, woh ek common ground deta hai poori ummat ko.</w:t>
      </w:r>
      <w:r>
        <w:br/>
      </w:r>
      <w:r>
        <w:rPr>
          <w:sz w:val="20"/>
        </w:rPr>
        <w:t>1:09:27  is mein koi ikhtilaf nahin, koi material dispute nahin hai.</w:t>
      </w:r>
      <w:r>
        <w:br/>
      </w:r>
      <w:r>
        <w:rPr>
          <w:sz w:val="20"/>
        </w:rPr>
        <w:t>1:09:33  property ke liye ho to mein chahunga mujhe mile, wahan jahan woh mile. lekin dawat e Allah ke liye kya hai? to yeh baat sahi hai ke ummat mein agar ittehad ko farogh dena hai to dawat e Allah ko un mein khoob khoob farogh diya jaye.</w:t>
      </w:r>
    </w:p>
    <w:p>
      <w:pPr>
        <w:pStyle w:val="Heading2"/>
      </w:pPr>
      <w:r>
        <w:t>Cause of Muslim pride and hatred</w:t>
      </w:r>
    </w:p>
    <w:p>
      <w:r>
        <w:rPr>
          <w:color w:val="666666"/>
          <w:sz w:val="18"/>
        </w:rPr>
        <w:t>Society &amp; Dawah · Age Of Consumerism I January 6, 2013 Maulana Wahiduddin Khan · 1m 29s · at 1:29:01 · https://youtu.be/CuRYFl7JuEM?t=5341</w:t>
      </w:r>
    </w:p>
    <w:p>
      <w:r>
        <w:rPr>
          <w:i/>
        </w:rPr>
        <w:t>“You mention that the present day Muslims are a case of living in pride as far as the community is concerned and harboring hatred for all others. What is the cause of this behavior of Muslims?”</w:t>
      </w:r>
    </w:p>
    <w:p>
      <w:r>
        <w:rPr>
          <w:sz w:val="20"/>
        </w:rPr>
        <w:t>1:29:01  maulana, agla sawal Dilli se hai, Miss Raziya Siddiqui ka. unhon ne likha hai: "you mention that the present day Muslims are a case of living in pride as far as the community is concerned and harboring hatred for all other.</w:t>
      </w:r>
      <w:r>
        <w:br/>
      </w:r>
      <w:r>
        <w:rPr>
          <w:sz w:val="20"/>
        </w:rPr>
        <w:t>1:29:20  what is the cause of this behavior of Muslims?" yeh bhi wahi degeneration ke zawal ki wajah se hai.</w:t>
      </w:r>
      <w:r>
        <w:br/>
      </w:r>
      <w:r>
        <w:rPr>
          <w:sz w:val="20"/>
        </w:rPr>
        <w:t>1:29:29  hamesha aise hi hota hai. yeh Yahood mein hua tha ke doosron ke liye nafrat, apne liye pride.</w:t>
      </w:r>
      <w:r>
        <w:br/>
      </w:r>
      <w:r>
        <w:rPr>
          <w:sz w:val="20"/>
        </w:rPr>
        <w:t>1:29:37  yeh hamesha jo bhi qaum zawal ka shikar hoti hai, us ka yeh anjam hota hai. yeh sab zawal ke phenomena hain. zawal ka matlab hai degeneration.</w:t>
      </w:r>
      <w:r>
        <w:br/>
      </w:r>
      <w:r>
        <w:rPr>
          <w:sz w:val="20"/>
        </w:rPr>
        <w:t>1:29:52  to is zamane ke jo Musalman jo hain, yeh un ka case yahi hai. asal case jo hai, woh zawal ka case hai. is ka phenomena hai yeh nafrat aur fakhr dono.</w:t>
      </w:r>
      <w:r>
        <w:br/>
      </w:r>
      <w:r>
        <w:rPr>
          <w:sz w:val="20"/>
        </w:rPr>
        <w:t>1:30:04  nafrat aur fakhr asal nahin hai. asal jo hai, woh to zawal hai.</w:t>
      </w:r>
      <w:r>
        <w:br/>
      </w:r>
      <w:r>
        <w:rPr>
          <w:sz w:val="20"/>
        </w:rPr>
        <w:t>1:30:13  yeh to hone hi hoga jab tak aap un ko dobara regenerate na karein, phir un ke andar yani nayi soch na layein, un ko phir se yani living region par khara na karein.</w:t>
      </w:r>
      <w:r>
        <w:br/>
      </w:r>
      <w:r>
        <w:rPr>
          <w:sz w:val="20"/>
        </w:rPr>
        <w:t>1:30:25  tab tak aise hi rahega.</w:t>
      </w:r>
    </w:p>
    <w:p>
      <w:pPr>
        <w:pStyle w:val="Heading2"/>
      </w:pPr>
      <w:r>
        <w:t>Cause of Muslim pride and hatred</w:t>
      </w:r>
    </w:p>
    <w:p>
      <w:r>
        <w:rPr>
          <w:color w:val="666666"/>
          <w:sz w:val="18"/>
        </w:rPr>
        <w:t>Society &amp; Dawah · Question &amp; Answer Jan 6th 2013 - Maulana Wahiduddin Kahn · 1m 29s · at 29:27 · https://youtu.be/1FAK1QuHEpw?t=1767</w:t>
      </w:r>
    </w:p>
    <w:p>
      <w:r>
        <w:rPr>
          <w:i/>
        </w:rPr>
        <w:t>“You mentioned that the present day Muslims are a case of living in pride as far as the community is concerned and harboring hatred for all others. What is the cause of this behavior of Muslims?”</w:t>
      </w:r>
    </w:p>
    <w:p>
      <w:r>
        <w:rPr>
          <w:sz w:val="20"/>
        </w:rPr>
        <w:t>29:27  Maulana, agla sawal Dilli se hai, Miss Razia Siddiqui ka. Unhon ne likha hai: "You mentioned that the present day Muslims are a case of living in pride as far as the community is concerned and harboring hatred for all others.</w:t>
      </w:r>
      <w:r>
        <w:br/>
      </w:r>
      <w:r>
        <w:rPr>
          <w:sz w:val="20"/>
        </w:rPr>
        <w:t>29:46  What is the cause of this behavior of Muslims?"</w:t>
      </w:r>
      <w:r>
        <w:br/>
      </w:r>
      <w:r>
        <w:rPr>
          <w:sz w:val="20"/>
        </w:rPr>
        <w:t>29:50  Yeh bhi wahi degeneration ya zawaal ki wajah se hai. Hamesha aise hi hota hai. Yeh yehud mein hua tha.</w:t>
      </w:r>
      <w:r>
        <w:br/>
      </w:r>
      <w:r>
        <w:rPr>
          <w:sz w:val="20"/>
        </w:rPr>
        <w:t>30:00  Doosron ke liye nafrat, apne liye pride. Yeh hamesha jo bhi qaum zawaal ka shikaar hoti hai uska yahi anjaam hota hai. Yeh sab zawaal ke phenomena hain.</w:t>
      </w:r>
      <w:r>
        <w:br/>
      </w:r>
      <w:r>
        <w:rPr>
          <w:sz w:val="20"/>
        </w:rPr>
        <w:t>30:12  Zawaal ka matlab hai degeneration.</w:t>
      </w:r>
      <w:r>
        <w:br/>
      </w:r>
      <w:r>
        <w:rPr>
          <w:sz w:val="20"/>
        </w:rPr>
        <w:t>30:18  To is zamane ke jo Musalman jo hain un ka case yahi hai. Asal case jo hai woh zawaal ka case hai. Is ka phenomena hai yeh nafrat aur fakhr dono.</w:t>
      </w:r>
      <w:r>
        <w:br/>
      </w:r>
      <w:r>
        <w:rPr>
          <w:sz w:val="20"/>
        </w:rPr>
        <w:t>30:31  nafrat aur fakhr asal nahi hai. asal jo hai woh to zawal hai.</w:t>
      </w:r>
      <w:r>
        <w:br/>
      </w:r>
      <w:r>
        <w:rPr>
          <w:sz w:val="20"/>
        </w:rPr>
        <w:t>30:39  yeh to hona hi hona hai jab tak aap in ko dobara degenerate na karein. phir in ke andar yani nai soch na laein. in ko phir se yani living religion par khara na karein.</w:t>
      </w:r>
      <w:r>
        <w:br/>
      </w:r>
      <w:r>
        <w:rPr>
          <w:sz w:val="20"/>
        </w:rPr>
        <w:t>30:52  tab tak yeh aise hi rahega.</w:t>
      </w:r>
    </w:p>
    <w:p>
      <w:pPr>
        <w:pStyle w:val="Heading2"/>
      </w:pPr>
      <w:r>
        <w:t>Cause of Muslims' pride and hatred towards others</w:t>
      </w:r>
    </w:p>
    <w:p>
      <w:r>
        <w:rPr>
          <w:color w:val="666666"/>
          <w:sz w:val="18"/>
        </w:rPr>
        <w:t>Society &amp; Dawah · Age of Consumerism January 6, 2013 · 1m 29s · at 1:28:07 · https://youtu.be/zJRZ1OKUhgA?t=5287</w:t>
      </w:r>
    </w:p>
    <w:p>
      <w:r>
        <w:rPr>
          <w:i/>
        </w:rPr>
        <w:t>“You mentioned that the present day Muslims are a case of living in pride as far as the community is concerned and harboring hatred for all others. What is the cause of this behavior of Muslims?”</w:t>
      </w:r>
    </w:p>
    <w:p>
      <w:r>
        <w:rPr>
          <w:sz w:val="20"/>
        </w:rPr>
        <w:t>1:28:07  maulana, agla sawal dilli se hai, miss raziya siddiqui ka</w:t>
      </w:r>
      <w:r>
        <w:br/>
      </w:r>
      <w:r>
        <w:rPr>
          <w:sz w:val="20"/>
        </w:rPr>
        <w:t>1:28:11  . unhon ne likha hai: "you mention that the present day muslims are a case of living in pride as far as they community is concerned and harboring hatred for all other.</w:t>
      </w:r>
      <w:r>
        <w:br/>
      </w:r>
      <w:r>
        <w:rPr>
          <w:sz w:val="20"/>
        </w:rPr>
        <w:t>1:28:26  what is the cause of this behaviour of muslims?" yeh bhi wahi degeneration ya zawal ki wajah se hai.</w:t>
      </w:r>
      <w:r>
        <w:br/>
      </w:r>
      <w:r>
        <w:rPr>
          <w:sz w:val="20"/>
        </w:rPr>
        <w:t>1:28:35  hamesha aise hi hota hai. yeh yahood mein hua tha</w:t>
      </w:r>
      <w:r>
        <w:br/>
      </w:r>
      <w:r>
        <w:rPr>
          <w:sz w:val="20"/>
        </w:rPr>
        <w:t>1:28:40  ke doosron ke liye nafrat, apney liye pride. yeh hamesha jo bhi qaum zawal ka shikar hoti hai, uska yeh anjam hota hai. yeh sab zawal ke phenomena hain.</w:t>
      </w:r>
      <w:r>
        <w:br/>
      </w:r>
      <w:r>
        <w:rPr>
          <w:sz w:val="20"/>
        </w:rPr>
        <w:t>1:28:52  zawal ka matlab hai degeneration.</w:t>
      </w:r>
      <w:r>
        <w:br/>
      </w:r>
      <w:r>
        <w:rPr>
          <w:sz w:val="20"/>
        </w:rPr>
        <w:t>1:28:58  to is zamane ke jo musalman jo hain, yeh un ka case yahi</w:t>
      </w:r>
      <w:r>
        <w:br/>
      </w:r>
      <w:r>
        <w:rPr>
          <w:sz w:val="20"/>
        </w:rPr>
        <w:t>1:29:03  hai. asal case jo hai, woh zawal ka case hai. is ka phenomena hai yeh nafrat aur fakhr. dono nafrat aur fakhr asal nahin hai.</w:t>
      </w:r>
      <w:r>
        <w:br/>
      </w:r>
      <w:r>
        <w:rPr>
          <w:sz w:val="20"/>
        </w:rPr>
        <w:t>1:29:12  asal jo hai, woh to zawal hai.</w:t>
      </w:r>
      <w:r>
        <w:br/>
      </w:r>
      <w:r>
        <w:rPr>
          <w:sz w:val="20"/>
        </w:rPr>
        <w:t>1:29:19  yeh to hone hi ho raha hai jab tak aap in ko dobara re generate na karein. phir in ke andar yani nai soch na layein,</w:t>
      </w:r>
      <w:r>
        <w:br/>
      </w:r>
      <w:r>
        <w:rPr>
          <w:sz w:val="20"/>
        </w:rPr>
        <w:t>1:29:27  in ko phir se yani living region par khara na karein. tab tak aise hi rahega.</w:t>
      </w:r>
    </w:p>
    <w:p>
      <w:pPr>
        <w:pStyle w:val="Heading2"/>
      </w:pPr>
      <w:r>
        <w:t>Cause of political diversion in Abbasid period</w:t>
      </w:r>
    </w:p>
    <w:p>
      <w:r>
        <w:rPr>
          <w:color w:val="666666"/>
          <w:sz w:val="18"/>
        </w:rPr>
        <w:t>Society &amp; Dawah · Q&amp;A 11 Jul 2010 Maulana Wahiduddin Khan · 59s · at 15:40 · https://youtu.be/UHtdtzGGwFQ?t=940</w:t>
      </w:r>
    </w:p>
    <w:p>
      <w:r>
        <w:rPr>
          <w:i/>
        </w:rPr>
        <w:t>“What caused diversion towards politics during the Abbasid period?”</w:t>
      </w:r>
    </w:p>
    <w:p>
      <w:r>
        <w:rPr>
          <w:sz w:val="20"/>
        </w:rPr>
        <w:t>15:40  maulana, un ka ek aur sawal hai. unhon ne likha hai ke what caused diversion towards politics during the abbasid period?</w:t>
      </w:r>
      <w:r>
        <w:br/>
      </w:r>
      <w:r>
        <w:rPr>
          <w:sz w:val="20"/>
        </w:rPr>
        <w:t>15:50  to main ne arz kiya ke jab environment, jab rasool allah ke zamane mein, sahaba ke zamane mein tha, woh woh political power ka nahi tha.</w:t>
      </w:r>
      <w:r>
        <w:br/>
      </w:r>
      <w:r>
        <w:rPr>
          <w:sz w:val="20"/>
        </w:rPr>
        <w:t>16:01  wahan koi political power nahi thi. to lord acton ne kaha tha ke power corrupts and absolute power corrupts absolutely.</w:t>
      </w:r>
      <w:r>
        <w:br/>
      </w:r>
      <w:r>
        <w:rPr>
          <w:sz w:val="20"/>
        </w:rPr>
        <w:t>16:12  yahan power ka matlab hai political power. to power corrupts and absolute power corrupts absolutely. jaise power aya to corruption shuru ho gaya.</w:t>
      </w:r>
      <w:r>
        <w:br/>
      </w:r>
      <w:r>
        <w:rPr>
          <w:sz w:val="20"/>
        </w:rPr>
        <w:t>16:23  empire ban gaya to corruption apne peak par pahunch gaya. yeh to sab har ek ke sath hota hai. jahan bhi power aaya, corruption aaya. yeh to sab aaj yeh to universal phenomena hai.</w:t>
      </w:r>
    </w:p>
    <w:p>
      <w:pPr>
        <w:pStyle w:val="Heading2"/>
      </w:pPr>
      <w:r>
        <w:t>Changing Muslims' stance on insulting Prophet</w:t>
      </w:r>
    </w:p>
    <w:p>
      <w:r>
        <w:rPr>
          <w:color w:val="666666"/>
          <w:sz w:val="18"/>
        </w:rPr>
        <w:t>Society &amp; Dawah · The Importance of the Quran May 15, 2016 Maulana Wahiduddin Khan · 56s · at 1:02:27 · https://youtu.be/9a-OOUR_bLg?t=3747</w:t>
      </w:r>
    </w:p>
    <w:p>
      <w:r>
        <w:rPr>
          <w:i/>
        </w:rPr>
        <w:t>“Muslims are not willing to change their stand on insulting the Prophet. They take it as a matter of utmost concern and feel hurt. If anyone says anything against the Prophet, how can we bring about the change in their thinking?”</w:t>
      </w:r>
    </w:p>
    <w:p>
      <w:r>
        <w:rPr>
          <w:sz w:val="20"/>
        </w:rPr>
        <w:t>1:02:27  maulana, agla sawal lete hain jo salman sahib ne bheja hai bhigneshwar se aur unhon ne likha hai: "maulana, Muslims are not willing to change their stand on shatm-e-rasool.</w:t>
      </w:r>
      <w:r>
        <w:br/>
      </w:r>
      <w:r>
        <w:rPr>
          <w:sz w:val="20"/>
        </w:rPr>
        <w:t>1:02:41  they take it as a matter of utmost concern and feel hurt. if anyone says anything against the prophet, how can we bring about the change in their thinking?"</w:t>
      </w:r>
      <w:r>
        <w:br/>
      </w:r>
      <w:r>
        <w:rPr>
          <w:sz w:val="20"/>
        </w:rPr>
        <w:t>1:02:57  yahi hai ke aap bataiye, quran hadith hum ne is pe kitabein likhi hain, mazameen likhe hain, hum ne sabit kiya ke nahi, quran mein na hadith mein yeh.</w:t>
      </w:r>
      <w:r>
        <w:br/>
      </w:r>
      <w:r>
        <w:rPr>
          <w:sz w:val="20"/>
        </w:rPr>
        <w:t>1:03:08  yeh baatein logon ko achhi tarike se pata hai samjhaie ke jo jo quran mein na ho, hadith mein na ho to islam ka masla kaise ban jayegi?</w:t>
      </w:r>
    </w:p>
    <w:p>
      <w:pPr>
        <w:pStyle w:val="Heading2"/>
      </w:pPr>
      <w:r>
        <w:t>Changing falsehood among Muslims</w:t>
      </w:r>
    </w:p>
    <w:p>
      <w:r>
        <w:rPr>
          <w:color w:val="666666"/>
          <w:sz w:val="18"/>
        </w:rPr>
        <w:t>Society &amp; Dawah · Realistic Approach March 30, 2014 Maulana Wahiduddin Khan · 1m 00s · at 1:02:46 · https://youtu.be/K36UonBsGlA?t=3766</w:t>
      </w:r>
    </w:p>
    <w:p>
      <w:r>
        <w:rPr>
          <w:i/>
        </w:rPr>
        <w:t>“Muslims who are living in falsehood don't realize that they are living in falsehood as everyone around them is practicing the same. How can we change the situation in a realistic manner? Please advise us.”</w:t>
      </w:r>
    </w:p>
    <w:p>
      <w:r>
        <w:rPr>
          <w:sz w:val="20"/>
        </w:rPr>
        <w:t>1:02:46  maulana, agla sawal doctor najma siddiqui ne kiya hai dilli se. unhon ne likha hai: "muslims who are living in falsehood don't realize that they are living in falsehood as everyone around them is practicing the same.</w:t>
      </w:r>
      <w:r>
        <w:br/>
      </w:r>
      <w:r>
        <w:rPr>
          <w:sz w:val="20"/>
        </w:rPr>
        <w:t>1:03:04  how can we change the situation in a realistic manner?</w:t>
      </w:r>
      <w:r>
        <w:br/>
      </w:r>
      <w:r>
        <w:rPr>
          <w:sz w:val="20"/>
        </w:rPr>
        <w:t>1:03:08  please advise us." dekhiye, hamare mission mein allah ke fazl se yaani hazaron log hain jo poori dunya mein, woh is se yeh obsession se bahir aa gaye hain.</w:t>
      </w:r>
      <w:r>
        <w:br/>
      </w:r>
      <w:r>
        <w:rPr>
          <w:sz w:val="20"/>
        </w:rPr>
        <w:t>1:03:22  is obsession se bahir aaye hain. kyon ke unhon ne hamari literature ko padha, hamare lecture ko suna. yeh kijiye. aur zyada padhaiye.</w:t>
      </w:r>
      <w:r>
        <w:br/>
      </w:r>
      <w:r>
        <w:rPr>
          <w:sz w:val="20"/>
        </w:rPr>
        <w:t>1:03:30  aur zyada logon ko kahiye ke woh lecture ko sunen. jis tarah se abhi itne sare log is obsession se bahir aa gaye hain, to aur bhi aayenge is obsession se bahir.</w:t>
      </w:r>
      <w:r>
        <w:br/>
      </w:r>
      <w:r>
        <w:rPr>
          <w:sz w:val="20"/>
        </w:rPr>
        <w:t>1:03:42  sab se aasan tareeqa yahi hai.</w:t>
      </w:r>
    </w:p>
    <w:p>
      <w:pPr>
        <w:pStyle w:val="Heading2"/>
      </w:pPr>
      <w:r>
        <w:t>Clarification on Jihad and Ijtihad</w:t>
      </w:r>
    </w:p>
    <w:p>
      <w:r>
        <w:rPr>
          <w:color w:val="666666"/>
          <w:sz w:val="18"/>
        </w:rPr>
        <w:t>Society &amp; Dawah · Personality Building January 05, 2014 · 1m 27s · at 1:26:42 · https://youtu.be/3Zppdm2K4ug?t=5202</w:t>
      </w:r>
    </w:p>
    <w:p>
      <w:r>
        <w:rPr>
          <w:i/>
        </w:rPr>
        <w:t>“Please throw some light on Jihad and Ijtihad. Much confusion prevails in these subjects.”</w:t>
      </w:r>
    </w:p>
    <w:p>
      <w:r>
        <w:rPr>
          <w:sz w:val="20"/>
        </w:rPr>
        <w:t>1:26:42  Maulana, agla sawal Chennai se aya hai Khalil ur Rehman sahib ka. Unhon ne aapse poocha hai ke "Please throw some light on Jihad aur Ijtihad.</w:t>
      </w:r>
      <w:r>
        <w:br/>
      </w:r>
      <w:r>
        <w:rPr>
          <w:sz w:val="20"/>
        </w:rPr>
        <w:t>1:26:54  Much confusion prevails in this subject." Is par hum bohat likha, aap parh lijiye. Hamari kitabon mein Jihad o Ijtihad mein bohat kafi maslan ek kitab aap parh lijiye "Masail Ijtihad".</w:t>
      </w:r>
      <w:r>
        <w:br/>
      </w:r>
      <w:r>
        <w:rPr>
          <w:sz w:val="20"/>
        </w:rPr>
        <w:t>1:27:09  Sirf ek hi kitab mein aap ko poora jawab mil jayega. "Masail Ijtihad".</w:t>
      </w:r>
    </w:p>
    <w:p>
      <w:pPr>
        <w:pStyle w:val="Heading2"/>
      </w:pPr>
      <w:r>
        <w:t>Clarify politics as convenience not belief</w:t>
      </w:r>
    </w:p>
    <w:p>
      <w:r>
        <w:rPr>
          <w:color w:val="666666"/>
          <w:sz w:val="18"/>
        </w:rPr>
        <w:t>Society &amp; Dawah · Sahaba and Muhaddithin 24th June 2012 - Maulana Wahiduddin Khan · 1m 27s · at 1:07:54 · https://youtu.be/tUPo7MI0Bdo?t=4074</w:t>
      </w:r>
    </w:p>
    <w:p>
      <w:r>
        <w:rPr>
          <w:i/>
        </w:rPr>
        <w:t>“You have written that in Islam politics is a matter of convenience and not a matter of belief. Kindly clarify this.”</w:t>
      </w:r>
    </w:p>
    <w:p>
      <w:r>
        <w:rPr>
          <w:sz w:val="20"/>
        </w:rPr>
        <w:t>1:07:54  Maulana, in ka ek aur sawal hai. Unho ne likha hai ke You have written that in Islam politics is a matter of convenience and not a matter of belief.</w:t>
      </w:r>
      <w:r>
        <w:br/>
      </w:r>
      <w:r>
        <w:rPr>
          <w:sz w:val="20"/>
        </w:rPr>
        <w:t>1:08:07  Kindly clarify this. Wahi baat jo maine kaha,</w:t>
      </w:r>
      <w:r>
        <w:br/>
      </w:r>
      <w:r>
        <w:rPr>
          <w:sz w:val="20"/>
        </w:rPr>
        <w:t>1:08:17  convenience ka matlab yeh hai jaise halaat us ke mutabiq hon. Aur ek cheez woh hai deen mein jis ka talluq halaat se nahi, mere apne irade se hai.</w:t>
      </w:r>
      <w:r>
        <w:br/>
      </w:r>
      <w:r>
        <w:rPr>
          <w:sz w:val="20"/>
        </w:rPr>
        <w:t>1:08:31  jaise hi mein irada karoon, fi- الفور mein us ko ikhtiyar kar sakta hoon.</w:t>
      </w:r>
      <w:r>
        <w:br/>
      </w:r>
      <w:r>
        <w:rPr>
          <w:sz w:val="20"/>
        </w:rPr>
        <w:t>1:08:35  Allah ko ek manna, aakhirat ko yaqeen karna, jannat jahannum ko manna, Allah ke creation plan ko manna, jis waqt mujh par khule, usi waqt us ko mein yaqeen kar sakta hoon ke yeh barhaq hai.</w:t>
      </w:r>
      <w:r>
        <w:br/>
      </w:r>
      <w:r>
        <w:rPr>
          <w:sz w:val="20"/>
        </w:rPr>
        <w:t>1:08:53  lekin jab yani jo system hai, jo social taqaze hain, wahan par aap koi cheez naafiz karna chahein toh jab naafiz ho payegi?</w:t>
      </w:r>
      <w:r>
        <w:br/>
      </w:r>
      <w:r>
        <w:rPr>
          <w:sz w:val="20"/>
        </w:rPr>
        <w:t>1:09:06  jab ke log maanein us ko, warna warna kuch bhi nahi hoga.</w:t>
      </w:r>
      <w:r>
        <w:br/>
      </w:r>
      <w:r>
        <w:rPr>
          <w:sz w:val="20"/>
        </w:rPr>
        <w:t>1:09:11  toh yani woh halaat par depend karta hai, jab ke aqeedah ka talluq halaat se nahi, woh aap mere apne irade se hai.</w:t>
      </w:r>
    </w:p>
    <w:p>
      <w:pPr>
        <w:pStyle w:val="Heading2"/>
      </w:pPr>
      <w:r>
        <w:t>Clarifying Self Planning and Central Planning</w:t>
      </w:r>
    </w:p>
    <w:p>
      <w:r>
        <w:rPr>
          <w:color w:val="666666"/>
          <w:sz w:val="18"/>
        </w:rPr>
        <w:t>Society &amp; Dawah · Replanning | February 26, 2017 · 1m 48s · at 1:04:38 · https://youtu.be/E120hwMH9x8?t=3878</w:t>
      </w:r>
    </w:p>
    <w:p>
      <w:r>
        <w:rPr>
          <w:i/>
        </w:rPr>
        <w:t>“Please explain self planning and central planning in more detail; this matter is not yet clear to the mission workers.”</w:t>
      </w:r>
    </w:p>
    <w:p>
      <w:r>
        <w:rPr>
          <w:sz w:val="20"/>
        </w:rPr>
        <w:t>1:04:38  hai wohi hai result oriented Maulana agla sawal</w:t>
      </w:r>
      <w:r>
        <w:br/>
      </w:r>
      <w:r>
        <w:rPr>
          <w:sz w:val="20"/>
        </w:rPr>
        <w:t>1:04:46  Chennai se Maulana Iqbal Umri ne bheja hai unhon ne likha hai ke self planning aur central planning ki mazeed wazahat karen abhi yeh baat mission walon ko wazeh nahi hui hai shayad dekhiye jahan tak mein janta hoon aam taur par central planning ka usool hai yani jo jamaat hoti hai jo organization hota hai us ke kuch jo</w:t>
      </w:r>
      <w:r>
        <w:br/>
      </w:r>
      <w:r>
        <w:rPr>
          <w:sz w:val="20"/>
        </w:rPr>
        <w:t>1:05:16  top ke log hain woh baithte hain baith kar aik aik plan banate hain mislan chaar saal ka</w:t>
      </w:r>
      <w:r>
        <w:br/>
      </w:r>
      <w:r>
        <w:rPr>
          <w:sz w:val="20"/>
        </w:rPr>
        <w:t>1:05:24  plan aur phir woh sab ko distribute kar diya jata hai ke iss plan ke mutabiq chaar saal</w:t>
      </w:r>
      <w:r>
        <w:br/>
      </w:r>
      <w:r>
        <w:rPr>
          <w:sz w:val="20"/>
        </w:rPr>
        <w:t>1:05:31  tak paanch saal tak kaam karo that is central planning mein magar mission mein yeh central planning nahi</w:t>
      </w:r>
      <w:r>
        <w:br/>
      </w:r>
      <w:r>
        <w:rPr>
          <w:sz w:val="20"/>
        </w:rPr>
        <w:t>1:05:39  chalti yeh toh industry waghera mein hoti hai mission mein har member ko creative hona chahiye kyunke har waqt</w:t>
      </w:r>
      <w:r>
        <w:br/>
      </w:r>
      <w:r>
        <w:rPr>
          <w:sz w:val="20"/>
        </w:rPr>
        <w:t>1:05:47  naya nai situation har waqt naya insan to is ke liye aap ko self learner banna parta hai central planning se koi koi technical ka to kaam ho sakta hai lekin bara kaam jo hai woh is waqt hoga jab ke mission ke log logon ka jo creative thinking ho woh self planning janiye har soorat e haal mein phir se sochna aata ho un ko</w:t>
      </w:r>
      <w:r>
        <w:br/>
      </w:r>
      <w:r>
        <w:rPr>
          <w:sz w:val="20"/>
        </w:rPr>
        <w:t>1:06:17  jaisa ke bombay walon ne kiya bombay walon ne mere nazdeek aik aik example set kiya hai sab</w:t>
      </w:r>
    </w:p>
    <w:p>
      <w:pPr>
        <w:pStyle w:val="Heading2"/>
      </w:pPr>
      <w:r>
        <w:t>Combining modern and madrasa education</w:t>
      </w:r>
    </w:p>
    <w:p>
      <w:r>
        <w:rPr>
          <w:color w:val="666666"/>
          <w:sz w:val="18"/>
        </w:rPr>
        <w:t>Society &amp; Dawah · Present Day Muslims Jan 13, 2013 · 1m 43s · at 1:37:04 · https://youtu.be/CVcbWVYitog?t=5824</w:t>
      </w:r>
    </w:p>
    <w:p>
      <w:r>
        <w:rPr>
          <w:i/>
        </w:rPr>
        <w:t>“Is it possible to combine modern and madrasa education together?”</w:t>
      </w:r>
    </w:p>
    <w:p>
      <w:r>
        <w:rPr>
          <w:sz w:val="20"/>
        </w:rPr>
        <w:t>1:37:04  Maulana, agla sawal Delhi se hai, Muhammad Ahbab sahib ka. unhon ne likha hai: Maulana, kya Modern aur madaris Education ko ek sath dena mumkin hai?</w:t>
      </w:r>
      <w:r>
        <w:br/>
      </w:r>
      <w:r>
        <w:rPr>
          <w:sz w:val="20"/>
        </w:rPr>
        <w:t>1:37:16  is ke bare mein bataiye. to main ne arz kiya na ke mumkin nahi hai. yeh bohat zyada hai, is ka main tajruba kar chuka hoon.</w:t>
      </w:r>
      <w:r>
        <w:br/>
      </w:r>
      <w:r>
        <w:rPr>
          <w:sz w:val="20"/>
        </w:rPr>
        <w:t>1:37:23  ab is ki tafseel yahan batane ki zarurat nahi hai. lekin ek ek ek maqola hai ke "Party is art of the possible." .</w:t>
      </w:r>
      <w:r>
        <w:br/>
      </w:r>
      <w:r>
        <w:rPr>
          <w:sz w:val="20"/>
        </w:rPr>
        <w:t>1:37:33  to yeh sirf Party ki baat nahi hai, har mamle mein. madaris ko Modernize karne ka jo mamla hai, woh bilkul hi Impossible hai.</w:t>
      </w:r>
      <w:r>
        <w:br/>
      </w:r>
      <w:r>
        <w:rPr>
          <w:sz w:val="20"/>
        </w:rPr>
        <w:t>1:37:43  kisi kamre mein computer rakh diya aap ne, koi bachcha computer type kar raha hai, yeh Modernization nahi hai. Modernization is se bohat aage ki cheez hai.</w:t>
      </w:r>
      <w:r>
        <w:br/>
      </w:r>
      <w:r>
        <w:rPr>
          <w:sz w:val="20"/>
        </w:rPr>
        <w:t>1:37:52  aaj kal yeh hai ke kya madaris mein log ja ke computer wagera rakh dete hain? kehte hain ke dekho, hamara jadeed taleem bhi ho rahi hai. is ka naam jadeed taleem nahi hai.</w:t>
      </w:r>
      <w:r>
        <w:br/>
      </w:r>
      <w:r>
        <w:rPr>
          <w:sz w:val="20"/>
        </w:rPr>
        <w:t>1:38:02  log jante nahi ke jadeed taleem kis cheez ka naam hai. to madaris ko Modernize karna, yeh lafz bilkul hi main ise yani samajhta hoon ke qabil amal nahi hai.</w:t>
      </w:r>
      <w:r>
        <w:br/>
      </w:r>
      <w:r>
        <w:rPr>
          <w:sz w:val="20"/>
        </w:rPr>
        <w:t>1:38:16  yeh hargiz Practicable nahi hai.</w:t>
      </w:r>
      <w:r>
        <w:br/>
      </w:r>
      <w:r>
        <w:rPr>
          <w:sz w:val="20"/>
        </w:rPr>
        <w:t>1:38:19  to kyun hum is mein, hum jo Practicable na ho, hum kyun wahan takrayen ja kar ke? aap wahan kaam kijiye jahan ke jahan ke aap yani kuch karne ki Position mein hain.</w:t>
      </w:r>
      <w:r>
        <w:br/>
      </w:r>
      <w:r>
        <w:rPr>
          <w:sz w:val="20"/>
        </w:rPr>
        <w:t>1:38:33  to secular Education mein aap karne ki Position mein hain, wahan kaam kijiye. madaris ko chhod dijiye un ke haal par, kuch nahi kar sakte aap. main bohat is mein tajruba kar chuka hoon.</w:t>
      </w:r>
    </w:p>
    <w:p>
      <w:pPr>
        <w:pStyle w:val="Heading2"/>
      </w:pPr>
      <w:r>
        <w:t>Comment on Geelani's appeal against Al-Risala</w:t>
      </w:r>
    </w:p>
    <w:p>
      <w:r>
        <w:rPr>
          <w:color w:val="666666"/>
          <w:sz w:val="18"/>
        </w:rPr>
        <w:t>Society &amp; Dawah · Islam and Politics November 17, 2013 · 1m 28s · at 1:09:51 · https://youtu.be/LgKA8wg4NPc?t=4191</w:t>
      </w:r>
    </w:p>
    <w:p>
      <w:r>
        <w:rPr>
          <w:i/>
        </w:rPr>
        <w:t>“Recently in a rally in Kashmir, Mr. Syed Ali Shah Geelani appealed to Kashmiris not to read Al-Risala because it is creating confusion in Islam. Maulana, what is your comment on that?”</w:t>
      </w:r>
    </w:p>
    <w:p>
      <w:r>
        <w:rPr>
          <w:sz w:val="20"/>
        </w:rPr>
        <w:t>1:09:51  maulana agla sawal kashmir se kya hai hamidullah hamid sahib ne unhon ne likha hai</w:t>
      </w:r>
      <w:r>
        <w:br/>
      </w:r>
      <w:r>
        <w:rPr>
          <w:sz w:val="20"/>
        </w:rPr>
        <w:t>1:09:58  recently in a rally at kashmir mr syed ali shah geelani has appealed kashmiris not to read al risala</w:t>
      </w:r>
      <w:r>
        <w:br/>
      </w:r>
      <w:r>
        <w:rPr>
          <w:sz w:val="20"/>
        </w:rPr>
        <w:t>1:10:08  as it is creating confusion in islam Maulana what is your comment on that</w:t>
      </w:r>
      <w:r>
        <w:br/>
      </w:r>
      <w:r>
        <w:rPr>
          <w:sz w:val="20"/>
        </w:rPr>
        <w:t>1:10:15  dekhen asal masla to confusion kya hai in ki jo report aai hai akhbar mein parha mein ne</w:t>
      </w:r>
      <w:r>
        <w:br/>
      </w:r>
      <w:r>
        <w:rPr>
          <w:sz w:val="20"/>
        </w:rPr>
        <w:t>1:10:20  is ko wo yeh nahi bata paya hai ke kon sa confusion create kar raha hai al risala</w:t>
      </w:r>
      <w:r>
        <w:br/>
      </w:r>
      <w:r>
        <w:rPr>
          <w:sz w:val="20"/>
        </w:rPr>
        <w:t>1:10:27  yeh to ek ilzaam hai bas ek ilzaam unhon ne ki zuban bole woh allegation ki zuban lekin yeh nahi bataya ke what is that confusion jab tak aap yeh specific taur par na batayein ke risala kaun sa confusion create kar raha hai to is ka koi jawab kahan dega kahin ke bhai yeh to ek baseless allegation hai ek ilzaam hai bas</w:t>
      </w:r>
      <w:r>
        <w:br/>
      </w:r>
      <w:r>
        <w:rPr>
          <w:sz w:val="20"/>
        </w:rPr>
        <w:t>1:10:56  ilzaam to kuch bhi kar sakte hain aap ek aadmi ko keh dein ke tum insaan nahi ho tum animal ho to ilzaam to kuch bhi kuch bhi de sakte hain aap kisi ko to beharhaal woh maine report padhi hai woh sirf allegation hai is mein unhon ne yeh baat nahi batai ke risala kaun sa confusion create kar raha hai</w:t>
      </w:r>
    </w:p>
    <w:p>
      <w:pPr>
        <w:pStyle w:val="Heading2"/>
      </w:pPr>
      <w:r>
        <w:t>Comment on opening dialogue with Salman Rushdie</w:t>
      </w:r>
    </w:p>
    <w:p>
      <w:r>
        <w:rPr>
          <w:color w:val="666666"/>
          <w:sz w:val="18"/>
        </w:rPr>
        <w:t>Society &amp; Dawah · Revival of Muslim Ummah, February 4, 2013 · 1m 12s · at 1:05:09 · https://youtu.be/xB3MfWhLHoM?t=3909</w:t>
      </w:r>
    </w:p>
    <w:p>
      <w:r>
        <w:rPr>
          <w:i/>
        </w:rPr>
        <w:t>“Maulana, please tell us what is your comment on the initiative of the All India Muslim Personal Law Board to open dialogue with Salman Rushdie?”</w:t>
      </w:r>
    </w:p>
    <w:p>
      <w:r>
        <w:rPr>
          <w:sz w:val="20"/>
        </w:rPr>
        <w:t>1:05:09  Maulana, agla sawal Dhampur se hai Ahmed Fawad sahib ka.</w:t>
      </w:r>
      <w:r>
        <w:br/>
      </w:r>
      <w:r>
        <w:rPr>
          <w:sz w:val="20"/>
        </w:rPr>
        <w:t>1:05:13  Unhon ne likha hai: "Maulana sahib, please tell us what is your comment on the initiative of All India Muslim Personal Law Board to open dialogue with Salman Rushdie?" Yeh bilkul ek be-maani baat hai.</w:t>
      </w:r>
      <w:r>
        <w:br/>
      </w:r>
      <w:r>
        <w:rPr>
          <w:sz w:val="20"/>
        </w:rPr>
        <w:t>1:05:30  Pehle yeh maanen, aap yeh log ke hum ne ghalti ki fatwa de kar ke, yaani fatwa de ke: "Model lo, model lo, model lo." Ab kehte hain dialogue.</w:t>
      </w:r>
      <w:r>
        <w:br/>
      </w:r>
      <w:r>
        <w:rPr>
          <w:sz w:val="20"/>
        </w:rPr>
        <w:t>1:05:39  To jab tak aap yeh na kahen ke fatwa dena ghalti thi, tab tak yeh dialogue kahan se hoga?</w:t>
      </w:r>
      <w:r>
        <w:br/>
      </w:r>
      <w:r>
        <w:rPr>
          <w:sz w:val="20"/>
        </w:rPr>
        <w:t>1:05:48  Kya itna bewakoof hai Salman Rushdie ke aap se kahega: "Ae, hum dialogue karte hain?" Itna bewakoof samajhte ho us ko? Aap nahi, nahi. Woh woh lazmi yeh chahega ke sab se pehle tum yeh kaho ke hum ne jo fatwa issue kiya tha ke model Salman Rushdie ko itna inaam diya jayega, woh sab ghalt fatwa tha, woh jhoota fatwa tha.</w:t>
      </w:r>
      <w:r>
        <w:br/>
      </w:r>
      <w:r>
        <w:rPr>
          <w:sz w:val="20"/>
        </w:rPr>
        <w:t>1:06:08  Nahi to kuch bhi nahi. Yeh jo offer hai, offer nahi, bilkul ek ek ridiculous baat hai. Ridiculous Salman Rushdie soor ka hans dega.</w:t>
      </w:r>
    </w:p>
    <w:p>
      <w:pPr>
        <w:pStyle w:val="Heading2"/>
      </w:pPr>
      <w:r>
        <w:t>Commercialization and dawah focus</w:t>
      </w:r>
    </w:p>
    <w:p>
      <w:r>
        <w:rPr>
          <w:color w:val="666666"/>
          <w:sz w:val="18"/>
        </w:rPr>
        <w:t>Society &amp; Dawah · The Meaning of Ummat-i-Wasat Nov 25, 2018 · 1m 59s · at 44:16 · https://youtu.be/3POFfvXaFss?t=2656</w:t>
      </w:r>
    </w:p>
    <w:p>
      <w:r>
        <w:rPr>
          <w:i/>
        </w:rPr>
        <w:t>“Maulana, you talked about commercialization in today's talk. It is the same commercialization which is also making Muslim youth job oriented and business oriented. As a result, their focus on da'wah has reduced. So don't you think that commercialization is a negative phenomenon of modern time?”</w:t>
      </w:r>
    </w:p>
    <w:p>
      <w:r>
        <w:rPr>
          <w:sz w:val="20"/>
        </w:rPr>
        <w:t>44:16  maulana, yeh sawal bheja hai ahmedabad se fawad fawad sahib ne. unhone likha hai: "maulana, you talked about commercialization in today's talk.</w:t>
      </w:r>
      <w:r>
        <w:br/>
      </w:r>
      <w:r>
        <w:rPr>
          <w:sz w:val="20"/>
        </w:rPr>
        <w:t>44:29  it is the same commercialization which is also making Muslim youth job oriented or business oriented.</w:t>
      </w:r>
      <w:r>
        <w:br/>
      </w:r>
      <w:r>
        <w:rPr>
          <w:sz w:val="20"/>
        </w:rPr>
        <w:t>44:38  as a result, their focus on dawah has reduced. so don't you think that commercialization is a negative phenomenon of modern times?" nahi, hargiz nahi, hargiz nahi.</w:t>
      </w:r>
      <w:r>
        <w:br/>
      </w:r>
      <w:r>
        <w:rPr>
          <w:sz w:val="20"/>
        </w:rPr>
        <w:t>44:55  dekhiye, har cheez ka ek history hota hai, ek proper use hota hai. maslan, musalmanon ne Quran se qital nikal rakha hai, ladte phirte hain, pathar marte hain, gun chalate hain.</w:t>
      </w:r>
      <w:r>
        <w:br/>
      </w:r>
      <w:r>
        <w:rPr>
          <w:sz w:val="20"/>
        </w:rPr>
        <w:t>45:12  woh misuse of Quran hai. toh aap yeh samajh lijiye ke har cheez, har cheez, har cheez ka misuse bhi hai aur proper use bhi hai.</w:t>
      </w:r>
      <w:r>
        <w:br/>
      </w:r>
      <w:r>
        <w:rPr>
          <w:sz w:val="20"/>
        </w:rPr>
        <w:t>45:23  toh main iske proper use ko keh raha hoon, aap bhi misuse, misuse ka pehlu bol rahe hain. toh yeh toh imtehan hai, duniya toh imtehan hai, yahan toh misuse ka aspect hamesha rahega, Quran ke bare mein bhi rahega.</w:t>
      </w:r>
      <w:r>
        <w:br/>
      </w:r>
      <w:r>
        <w:rPr>
          <w:sz w:val="20"/>
        </w:rPr>
        <w:t>45:41  aap misuse ki baat kyun karte hain? proper use ki baat kijiye.</w:t>
      </w:r>
      <w:r>
        <w:br/>
      </w:r>
      <w:r>
        <w:rPr>
          <w:sz w:val="20"/>
        </w:rPr>
        <w:t>45:49  faisal saleem sahib ne bangalore se comment bheja hai, unhone likha hai: "maulana sahib, from today's session, i understood that we have all the facilities which is given to us by God.</w:t>
      </w:r>
      <w:r>
        <w:br/>
      </w:r>
      <w:r>
        <w:rPr>
          <w:sz w:val="20"/>
        </w:rPr>
        <w:t>46:03  we just need to incorporate them into our life and move ahead with no excuse to achieve or complete the mission of Allah. "</w:t>
      </w:r>
    </w:p>
    <w:p>
      <w:pPr>
        <w:pStyle w:val="Heading2"/>
      </w:pPr>
      <w:r>
        <w:t>Conflict between Semitic and non-Semitic religions</w:t>
      </w:r>
    </w:p>
    <w:p>
      <w:r>
        <w:rPr>
          <w:color w:val="666666"/>
          <w:sz w:val="18"/>
        </w:rPr>
        <w:t>Society &amp; Dawah · War and Peace August 28, 2016 Maulana Wahiduddin Khan · 50s · at 50:38 · https://youtu.be/8ViacW5xI3w?t=3038</w:t>
      </w:r>
    </w:p>
    <w:p>
      <w:r>
        <w:rPr>
          <w:i/>
        </w:rPr>
        <w:t>“Why does the conflict between Semitic and non-Semitic religions continue till today? Why is religion considered a reason of violence?”</w:t>
      </w:r>
    </w:p>
    <w:p>
      <w:r>
        <w:rPr>
          <w:sz w:val="20"/>
        </w:rPr>
        <w:t>50:38  unhone ek aur sawal kiya hai, maulana, unhone aap se poocha hai ke semitic aur non-semitic</w:t>
      </w:r>
      <w:r>
        <w:br/>
      </w:r>
      <w:r>
        <w:rPr>
          <w:sz w:val="20"/>
        </w:rPr>
        <w:t>50:45  religion ka conflict aaj tak kyun jari hai? mazhab ko kyun reason of violence samjha jata hai? is</w:t>
      </w:r>
      <w:r>
        <w:br/>
      </w:r>
      <w:r>
        <w:rPr>
          <w:sz w:val="20"/>
        </w:rPr>
        <w:t>50:51  ke bare mein batayen.</w:t>
      </w:r>
      <w:r>
        <w:br/>
      </w:r>
      <w:r>
        <w:rPr>
          <w:sz w:val="20"/>
        </w:rPr>
        <w:t>50:57  bhai, kaun sa conflict jo hai aaj jari na hua ab tak? yeh to kabhi khatm nahi hua.</w:t>
      </w:r>
      <w:r>
        <w:br/>
      </w:r>
      <w:r>
        <w:rPr>
          <w:sz w:val="20"/>
        </w:rPr>
        <w:t>51:03  wo conflict jo shuru hua tha habil qabil ke, wo bhi aaj tak jari hai.</w:t>
      </w:r>
      <w:r>
        <w:br/>
      </w:r>
      <w:r>
        <w:rPr>
          <w:sz w:val="20"/>
        </w:rPr>
        <w:t>51:10  to koi conflict duniya mein khatm nahi hota qayamat se pehle.</w:t>
      </w:r>
      <w:r>
        <w:br/>
      </w:r>
      <w:r>
        <w:rPr>
          <w:sz w:val="20"/>
        </w:rPr>
        <w:t>51:16  yeh to ho hi nahi sakta ke kafir free duniya ban jaye, wo to ho nahi sakta, wo</w:t>
      </w:r>
      <w:r>
        <w:br/>
      </w:r>
      <w:r>
        <w:rPr>
          <w:sz w:val="20"/>
        </w:rPr>
        <w:t>51:22  to law of nature ke khilaaf hai.</w:t>
      </w:r>
    </w:p>
    <w:p>
      <w:pPr>
        <w:pStyle w:val="Heading2"/>
      </w:pPr>
      <w:r>
        <w:t>Conflict between state and public</w:t>
      </w:r>
    </w:p>
    <w:p>
      <w:r>
        <w:rPr>
          <w:color w:val="666666"/>
          <w:sz w:val="18"/>
        </w:rPr>
        <w:t>Society &amp; Dawah · The Role of a Woman March 8, 2020 Maulana Wahiduddin Khan · 1m 18s · at 24:38 · https://youtu.be/aBPy_KTsk1A?t=1478</w:t>
      </w:r>
    </w:p>
    <w:p>
      <w:r>
        <w:rPr>
          <w:i/>
        </w:rPr>
        <w:t>“If there is conflict between state and public, what should be done?”</w:t>
      </w:r>
    </w:p>
    <w:p>
      <w:r>
        <w:rPr>
          <w:sz w:val="20"/>
        </w:rPr>
        <w:t>24:38  un nisa shaqaiq al rajul "Men and women are two equal halves of a single unity." Maulana, agla sawal Waseem Dar sahib ka hai Ajmer se.</w:t>
      </w:r>
      <w:r>
        <w:br/>
      </w:r>
      <w:r>
        <w:rPr>
          <w:sz w:val="20"/>
        </w:rPr>
        <w:t>24:56  unho'n ne likha hai ke agar state aur public ke beech mein conflict ho to kya karein?</w:t>
      </w:r>
      <w:r>
        <w:br/>
      </w:r>
      <w:r>
        <w:rPr>
          <w:sz w:val="20"/>
        </w:rPr>
        <w:t>25:03  is is pe, is pe, is ko, is ko wazeh karein. Conflict ko minimize kijiye, badhaiye nahi kyunke is se sawal paida hoga aur kuch nahi.</w:t>
      </w:r>
      <w:r>
        <w:br/>
      </w:r>
      <w:r>
        <w:rPr>
          <w:sz w:val="20"/>
        </w:rPr>
        <w:t>25:22  jitne reformer hain, unho'n ne yahi kiya aur reformer jitne hain, sab ne jo history banai woh takra'o ki, bullsh*t ki banai.</w:t>
      </w:r>
      <w:r>
        <w:br/>
      </w:r>
      <w:r>
        <w:rPr>
          <w:sz w:val="20"/>
        </w:rPr>
        <w:t>25:41  isi liye hum ne apna mission poore tor par peaceful tareeqe se, peaceful method par qaim kiya hai.</w:t>
      </w:r>
      <w:r>
        <w:br/>
      </w:r>
      <w:r>
        <w:rPr>
          <w:sz w:val="20"/>
        </w:rPr>
        <w:t>25:55  aamir mori sahib ne</w:t>
      </w:r>
    </w:p>
    <w:p>
      <w:pPr>
        <w:pStyle w:val="Heading2"/>
      </w:pPr>
      <w:r>
        <w:t>Connecting cultural speech to Quran appropriate?</w:t>
      </w:r>
    </w:p>
    <w:p>
      <w:r>
        <w:rPr>
          <w:color w:val="666666"/>
          <w:sz w:val="18"/>
        </w:rPr>
        <w:t>Society &amp; Dawah · Age Of Consumerism I January 6, 2013 Maulana Wahiduddin Khan · 1m 42s · at 1:33:03 · https://youtu.be/CuRYFl7JuEM?t=5583</w:t>
      </w:r>
    </w:p>
    <w:p>
      <w:r>
        <w:rPr>
          <w:i/>
        </w:rPr>
        <w:t>“I heard a speech of a great scholar about Muslim culture. In the end he quoted Prophet Ibrahim's statement: 'O my people! I do not ask you for any reward; my reward is with Allah.' My question is: after such a cultural speech, how appropriate is it to connect it to the Quran?”</w:t>
      </w:r>
    </w:p>
    <w:p>
      <w:r>
        <w:rPr>
          <w:sz w:val="20"/>
        </w:rPr>
        <w:t>1:33:03  Maulana, yeh sawal Dilli se hai, Shah Imran Hasan Sahab ka. Unhon ne likha hai:</w:t>
      </w:r>
      <w:r>
        <w:br/>
      </w:r>
      <w:r>
        <w:rPr>
          <w:sz w:val="20"/>
        </w:rPr>
        <w:t>1:33:09  "ek bade aalim deen ki maine taqreer suni. Yeh taqreer Muslim culture ke upar thi. Aakhir mein unhon ne Hazrat Ibrahim ki yeh baat kahi ke 'Ae me</w:t>
      </w:r>
      <w:r>
        <w:br/>
      </w:r>
      <w:r>
        <w:rPr>
          <w:sz w:val="20"/>
        </w:rPr>
        <w:t>1:33:23  ri qaum! Main tum se koi ajr nahi mangta, mera ajr to Allah ke paas hai.'" Maulana Sahab, mera sawal yeh hai ke is tarah ki cultural taqreer ke baad is ko Quran se jodna kaisa hai?</w:t>
      </w:r>
      <w:r>
        <w:br/>
      </w:r>
      <w:r>
        <w:rPr>
          <w:sz w:val="20"/>
        </w:rPr>
        <w:t>1:33:45  Cultural jo Musalmanon ka zehan hai, cultural identity yani</w:t>
      </w:r>
    </w:p>
    <w:p>
      <w:pPr>
        <w:pStyle w:val="Heading2"/>
      </w:pPr>
      <w:r>
        <w:t>Conscience, Peace, and Dawah Opportunity</w:t>
      </w:r>
    </w:p>
    <w:p>
      <w:r>
        <w:rPr>
          <w:color w:val="666666"/>
          <w:sz w:val="18"/>
        </w:rPr>
        <w:t>Society &amp; Dawah · The Problem of Conditioning April 22, 2012 · 1m 26s · at 1:12:01 · https://youtu.be/j-kJQzOz46g?t=4321</w:t>
      </w:r>
    </w:p>
    <w:p>
      <w:r>
        <w:rPr>
          <w:i/>
        </w:rPr>
        <w:t>“Is a person's conscience saying that one should establish peace and then take the opportunity for dawah?”</w:t>
      </w:r>
    </w:p>
    <w:p>
      <w:r>
        <w:rPr>
          <w:sz w:val="20"/>
        </w:rPr>
        <w:t>1:12:01  maulana, Tamil Nadu se Maulana Iqbal Omri ne sawal kiya hai. unhon ne likha hai: "Maulana, kya insan ka zamir yeh keh raha hai ke aman do aur dawat ka mauqa lo?" main yun kahunga ke daai ka concern hai muaddal halaat mein dawat dena.</w:t>
      </w:r>
      <w:r>
        <w:br/>
      </w:r>
      <w:r>
        <w:rPr>
          <w:sz w:val="20"/>
        </w:rPr>
        <w:t>1:12:23  to yeh daai ki zimmedari hai ke woh aman qaim kare. madu ki zimmedari nahi hai.</w:t>
      </w:r>
      <w:r>
        <w:br/>
      </w:r>
      <w:r>
        <w:rPr>
          <w:sz w:val="20"/>
        </w:rPr>
        <w:t>1:12:30  aman qaim karna daai ki zimmedari hai. kyun ke daai ko yeh matloob hai ke dono tak dawat pohnche, dawat ke sargarme ja rahe hon.</w:t>
      </w:r>
      <w:r>
        <w:br/>
      </w:r>
      <w:r>
        <w:rPr>
          <w:sz w:val="20"/>
        </w:rPr>
        <w:t>1:12:41  to is ke liye muaddal halaat darkaar hain, aman ke halaat darkaar hain. to yeh madu ki zimmedari hai ke woh har qeemat par aman qaim kare.</w:t>
      </w:r>
      <w:r>
        <w:br/>
      </w:r>
      <w:r>
        <w:rPr>
          <w:sz w:val="20"/>
        </w:rPr>
        <w:t>1:12:51  jaise ke rasool Allah sal Allah alaihi wasallam ne har qeemat di is liye ke aman qaim ho.</w:t>
      </w:r>
      <w:r>
        <w:br/>
      </w:r>
      <w:r>
        <w:rPr>
          <w:sz w:val="20"/>
        </w:rPr>
        <w:t>1:12:56  jab taqaza hua makkah mein to aap hijrat kar gaye. Hudaybiyah ke mauqe par aap ne yak tarfa shartein maan lein. to is halaat ke aitbaar se yeh faisla kiya jayega ke aman ko qaim karne ka tareeqa kya hai.</w:t>
      </w:r>
      <w:r>
        <w:br/>
      </w:r>
      <w:r>
        <w:rPr>
          <w:sz w:val="20"/>
        </w:rPr>
        <w:t>1:13:13  baqi mein yeh baat zaroor kahunga ke yeh daai ki zimmedari hai, madu ki zimmedari nahi hai. Madu se maang karna yeh bilkul is masle mein bilkul ek irrelevant baat hai.</w:t>
      </w:r>
    </w:p>
    <w:p>
      <w:pPr>
        <w:pStyle w:val="Heading2"/>
      </w:pPr>
      <w:r>
        <w:t>Conveying religion's connection to God's plan</w:t>
      </w:r>
    </w:p>
    <w:p>
      <w:r>
        <w:rPr>
          <w:color w:val="666666"/>
          <w:sz w:val="18"/>
        </w:rPr>
        <w:t>Society &amp; Dawah · Prophetic Model February 16, 2014 · 1m 35s · at 1:04:35 · https://youtu.be/ypIIqSmExzk?t=3875</w:t>
      </w:r>
    </w:p>
    <w:p>
      <w:r>
        <w:rPr>
          <w:i/>
        </w:rPr>
        <w:t>“While doing dawah work, how do we convey that religion has a very deep connection with the purpose of creation plan of God?”</w:t>
      </w:r>
    </w:p>
    <w:p>
      <w:r>
        <w:rPr>
          <w:sz w:val="20"/>
        </w:rPr>
        <w:t>1:04:35  molana yeh sawal dilli se aya hai mudassir ansari sahib ka. unhon ne likha hai: "While doing daawa work how do we convey that religion has got a very deep connection with purpose of creation plan</w:t>
      </w:r>
      <w:r>
        <w:br/>
      </w:r>
      <w:r>
        <w:rPr>
          <w:sz w:val="20"/>
        </w:rPr>
        <w:t>1:04:53  of God. " is ke bare mein bataein.</w:t>
      </w:r>
      <w:r>
        <w:br/>
      </w:r>
      <w:r>
        <w:rPr>
          <w:sz w:val="20"/>
        </w:rPr>
        <w:t>1:05:00  yani is se sawal kiya bhai sochen jo parhe ga quran majeed parhe ga to is ko clear ho jaye ga? kiya is mein question kiya banta hai yeh? mein samjha nahi kiya question banta hai yeh.</w:t>
      </w:r>
      <w:r>
        <w:br/>
      </w:r>
      <w:r>
        <w:rPr>
          <w:sz w:val="20"/>
        </w:rPr>
        <w:t>1:05:10  hmm bhai quran jo bhi parhe ga to mein to ek naya lafz diya hai creation plan of God. warna p</w:t>
      </w:r>
    </w:p>
    <w:p>
      <w:pPr>
        <w:pStyle w:val="Heading2"/>
      </w:pPr>
      <w:r>
        <w:t>Correcting Muslim thinking with closed ijtihad</w:t>
      </w:r>
    </w:p>
    <w:p>
      <w:r>
        <w:rPr>
          <w:color w:val="666666"/>
          <w:sz w:val="18"/>
        </w:rPr>
        <w:t>Society &amp; Dawah · Q&amp;A 20 Nov 2011 Maulana Wahiduddin Khan · 1m 33s · at 38:22 · https://youtu.be/7sNDn8Y6jUc?t=2302</w:t>
      </w:r>
    </w:p>
    <w:p>
      <w:r>
        <w:rPr>
          <w:i/>
        </w:rPr>
        <w:t>“Scholars have closed the doors of ijtihad. I want to know if common Muslims' thinking can be corrected even if their scholars' existing mentality and approach continues, and if correction in scholars' thinking is a precondition to improve the situation.”</w:t>
      </w:r>
    </w:p>
    <w:p>
      <w:r>
        <w:rPr>
          <w:sz w:val="20"/>
        </w:rPr>
        <w:t>38:22  Maulana agla sawal Raipur se aya hai. Mr. Idrees aur Miss Shabana ne likha hai ke ulama have closed the doors of the ijtihad.</w:t>
      </w:r>
      <w:r>
        <w:br/>
      </w:r>
      <w:r>
        <w:rPr>
          <w:sz w:val="20"/>
        </w:rPr>
        <w:t>38:32  I want to know if common muslims thinking be corrected even if their ulma existing mentality and approach continues.</w:t>
      </w:r>
      <w:r>
        <w:br/>
      </w:r>
      <w:r>
        <w:rPr>
          <w:sz w:val="20"/>
        </w:rPr>
        <w:t>38:42  aur correction in ulama thinking is a precondition to improve the situation.</w:t>
      </w:r>
      <w:r>
        <w:br/>
      </w:r>
      <w:r>
        <w:rPr>
          <w:sz w:val="20"/>
        </w:rPr>
        <w:t>38:48  bhai kaun sa masla hai is mein ulama poochte hain musalman. koi job ke liye business ke liye shadi ke liye jehez ke liye koi poochta hai?</w:t>
      </w:r>
      <w:r>
        <w:br/>
      </w:r>
      <w:r>
        <w:rPr>
          <w:sz w:val="20"/>
        </w:rPr>
        <w:t>38:57  isi mein koi shart lagai jaye. ji. ulama bilkul ineffective hain society mein koi in ka asar nahi hai bas kuch fatwa dete hain kuch bolte hain lekin asar kya hai?</w:t>
      </w:r>
      <w:r>
        <w:br/>
      </w:r>
      <w:r>
        <w:rPr>
          <w:sz w:val="20"/>
        </w:rPr>
        <w:t>39:10  mujhe bataiye kaun aadmi hai aap is ko is ka naam bataye mujhe jo apne job ke liye ulama se poochta ho business ke liye ulama</w:t>
      </w:r>
      <w:r>
        <w:br/>
      </w:r>
      <w:r>
        <w:rPr>
          <w:sz w:val="20"/>
        </w:rPr>
        <w:t>39:18  se poochta ho shadi mein jehez doon ke na doon is liye is ulama se poochta ho kuch nahi koi poochta nahi to is mein bhi koi aap excuse banate hain har aadmi ko khud padhna chahiye khud mutala karna chahiye aur quran ko hadith ko</w:t>
      </w:r>
      <w:r>
        <w:br/>
      </w:r>
      <w:r>
        <w:rPr>
          <w:sz w:val="20"/>
        </w:rPr>
        <w:t>39:36  aur doosri kitabein jo hain us ko padh kar ke khud rai banaye woh kya sahi hai kya galat hai ulama to ineffective hain main nahi samajhta kisi bhi shobe mein in ka koi darja hai woh fatwa dete hain lekin manta kaun hai in ke fatwe ko.</w:t>
      </w:r>
    </w:p>
    <w:p>
      <w:pPr>
        <w:pStyle w:val="Heading2"/>
      </w:pPr>
      <w:r>
        <w:t>Correctness of thought that no one else will do dawah</w:t>
      </w:r>
    </w:p>
    <w:p>
      <w:r>
        <w:rPr>
          <w:color w:val="666666"/>
          <w:sz w:val="18"/>
        </w:rPr>
        <w:t>Society &amp; Dawah · God and Man I February 19, 2012 Maulana Wahiduddin Khan · 1m 53s · at 1:27:53 · https://youtu.be/8TP3nlGRZek?t=5273</w:t>
      </w:r>
    </w:p>
    <w:p>
      <w:r>
        <w:rPr>
          <w:i/>
        </w:rPr>
        <w:t>“Whenever I have a hesitation to avail a dawah opportunity, a second thought comes to my mind: if I do not do this dawah work, then nobody else on earth is going to do that. Then I get engaged in dawah activity. Is such a thought correct?”</w:t>
      </w:r>
    </w:p>
    <w:p>
      <w:r>
        <w:rPr>
          <w:sz w:val="20"/>
        </w:rPr>
        <w:t>1:27:53  maulana agla sawal hai Mr. Sajid Anwar ka Roorkee se. Unhon ne likha hai Maulana whenever I have a hesitation to avail a دعویٰ opportunity, a second thought comes to my mind.</w:t>
      </w:r>
      <w:r>
        <w:br/>
      </w:r>
      <w:r>
        <w:rPr>
          <w:sz w:val="20"/>
        </w:rPr>
        <w:t>1:28:09  that is, if I do not do this دعویٰ work, then nobody else on earth is going to do that. Then I get engaged in دعویٰ activity.</w:t>
      </w:r>
      <w:r>
        <w:br/>
      </w:r>
      <w:r>
        <w:rPr>
          <w:sz w:val="20"/>
        </w:rPr>
        <w:t>1:28:20  maulana, is such a thought correct</w:t>
      </w:r>
      <w:r>
        <w:br/>
      </w:r>
      <w:r>
        <w:rPr>
          <w:sz w:val="20"/>
        </w:rPr>
        <w:t>1:28:23  ? bohat correct hai. More than correct hai. More than correct hai. Yahi har da'i ke andar yahi jazba hona chahiye.</w:t>
      </w:r>
      <w:r>
        <w:br/>
      </w:r>
      <w:r>
        <w:rPr>
          <w:sz w:val="20"/>
        </w:rPr>
        <w:t>1:28:33  ke mein ne kiya to koi doosra karne wala nahi. Jaise Rasool Allah Sal Allahu Alaihi Wa Sallam ne Badr ke mauqay par dekhe. Aik hazar bohat hi musallah log aaye thay.</w:t>
      </w:r>
      <w:r>
        <w:br/>
      </w:r>
      <w:r>
        <w:rPr>
          <w:sz w:val="20"/>
        </w:rPr>
        <w:t>1:28:47  hamla karne ke liye. Rasool Allah ke paas us waqt sirf teen so terah aadmi thay bas. Idhar aik</w:t>
      </w:r>
    </w:p>
    <w:p>
      <w:pPr>
        <w:pStyle w:val="Heading2"/>
      </w:pPr>
      <w:r>
        <w:t>Creating a sane world amid science</w:t>
      </w:r>
    </w:p>
    <w:p>
      <w:r>
        <w:rPr>
          <w:color w:val="666666"/>
          <w:sz w:val="18"/>
        </w:rPr>
        <w:t>Society &amp; Dawah · The Discovery of God IIC Prog (Maulana Talk) November 2, 2019 · 59s · at 38:57 · https://youtu.be/u24tYGW6tCM?t=2337</w:t>
      </w:r>
    </w:p>
    <w:p>
      <w:r>
        <w:rPr>
          <w:i/>
        </w:rPr>
        <w:t>“The means by which we live have distanced the ends for which we live. Our scientific power has outrun our spiritual power. We have guided missiles, but misguided men. How do we create a sane world?”</w:t>
      </w:r>
    </w:p>
    <w:p>
      <w:r>
        <w:rPr>
          <w:sz w:val="20"/>
        </w:rPr>
        <w:t>38:57  Maulana, agla sawal kya hai Professor S S Bhakri sahib ne. Unho ne likha hai "The means by which we live have distanced the ends for which we live.</w:t>
      </w:r>
      <w:r>
        <w:br/>
      </w:r>
      <w:r>
        <w:rPr>
          <w:sz w:val="20"/>
        </w:rPr>
        <w:t>39:11  Our scientific power has outrun our spiritual power. We have guided missiles, but misguided men.</w:t>
      </w:r>
      <w:r>
        <w:br/>
      </w:r>
      <w:r>
        <w:rPr>
          <w:sz w:val="20"/>
        </w:rPr>
        <w:t>39:21  How do we create a sane world?" Har scientist zaroor woh spiritual person hota hai.</w:t>
      </w:r>
      <w:r>
        <w:br/>
      </w:r>
      <w:r>
        <w:rPr>
          <w:sz w:val="20"/>
        </w:rPr>
        <w:t>39:30  Aik higher reality us ko pursue karta hai woh.</w:t>
      </w:r>
      <w:r>
        <w:br/>
      </w:r>
      <w:r>
        <w:rPr>
          <w:sz w:val="20"/>
        </w:rPr>
        <w:t>39:34  Maine science ki kitabein bohat zyada padhi hain, lekin kahin na kahin woh scientist kisi apne se bari cheez ko manta hai, apne se bari cheez ko.</w:t>
      </w:r>
      <w:r>
        <w:br/>
      </w:r>
      <w:r>
        <w:rPr>
          <w:sz w:val="20"/>
        </w:rPr>
        <w:t>39:46  Yeh na manay to phir woh apni pursuit ko continue nahi kar sakta.</w:t>
      </w:r>
    </w:p>
    <w:p>
      <w:pPr>
        <w:pStyle w:val="Heading2"/>
      </w:pPr>
      <w:r>
        <w:t>Creating informal education and CPS literature</w:t>
      </w:r>
    </w:p>
    <w:p>
      <w:r>
        <w:rPr>
          <w:color w:val="666666"/>
          <w:sz w:val="18"/>
        </w:rPr>
        <w:t>Society &amp; Dawah · Sahaba and Muhaddithin 24th June 2012 - Maulana Wahiduddin Khan · 1m 07s · at 1:35:40 · https://youtu.be/tUPo7MI0Bdo?t=5740</w:t>
      </w:r>
    </w:p>
    <w:p>
      <w:r>
        <w:rPr>
          <w:i/>
        </w:rPr>
        <w:t>“How to create centers of informal education? Secondly, can we build up good person by distributing the literature of CPS? Kindly comment.”</w:t>
      </w:r>
    </w:p>
    <w:p>
      <w:r>
        <w:rPr>
          <w:sz w:val="20"/>
        </w:rPr>
        <w:t>1:35:40  Maulana sahib, thank you for giving us content for thinking every sunday." Maulana, agla sawal hai, ah Doctor, unka naam clear nahi hai.</w:t>
      </w:r>
      <w:r>
        <w:br/>
      </w:r>
      <w:r>
        <w:rPr>
          <w:sz w:val="20"/>
        </w:rPr>
        <w:t>1:35:52  ah unhon ne likha hai: "how to create centers of informal education? secondly, can we build up good person by distributing the literature of CPS?" kindly comment.</w:t>
      </w:r>
      <w:r>
        <w:br/>
      </w:r>
      <w:r>
        <w:rPr>
          <w:sz w:val="20"/>
        </w:rPr>
        <w:t>1:36:05  ji, yeh ab kar rahe hain. yeh to hum kar rahe hain.</w:t>
      </w:r>
      <w:r>
        <w:br/>
      </w:r>
      <w:r>
        <w:rPr>
          <w:sz w:val="20"/>
        </w:rPr>
        <w:t>1:36:09  misal ke taur par dekhein, saare musalman negative ho rahe hain. is mein agar koi exception hai to CPS ke logon ka hai. isi kitabon ko parh kar ke saari duniya ke musalman, aap jahan yahan se Europe tak chale jaiye, America tak chale jaiye, Africa tak chale jaiye, ek ek musalman negative ho raha hai.</w:t>
      </w:r>
      <w:r>
        <w:br/>
      </w:r>
      <w:r>
        <w:rPr>
          <w:sz w:val="20"/>
        </w:rPr>
        <w:t>1:36:29  is pura negativity ke jangall mein sirf wohi log is se bache hue hain jo CPS ke log hain. yahi kitabon ko parh kar ke to aap is kitabon ko parhwaiye.</w:t>
      </w:r>
      <w:r>
        <w:br/>
      </w:r>
      <w:r>
        <w:rPr>
          <w:sz w:val="20"/>
        </w:rPr>
        <w:t>1:36:40  mein samajhta hoon ke yeh buniyadi kaam hai jo hamare haan se tayyar kiya gaya hai.</w:t>
      </w:r>
    </w:p>
    <w:p>
      <w:pPr>
        <w:pStyle w:val="Heading2"/>
      </w:pPr>
      <w:r>
        <w:t>Creating interest in non-Muslims for dawah</w:t>
      </w:r>
    </w:p>
    <w:p>
      <w:r>
        <w:rPr>
          <w:color w:val="666666"/>
          <w:sz w:val="18"/>
        </w:rPr>
        <w:t>Society &amp; Dawah · Surah Al-'Asr I November 23, 2014 Maulana Wahiduddin Khan · 56s · at 1:15:28 · https://youtu.be/3dBMIUC0Dqw?t=4528</w:t>
      </w:r>
    </w:p>
    <w:p>
      <w:r>
        <w:rPr>
          <w:i/>
        </w:rPr>
        <w:t>“When we do dawah work and if non-Muslims do not show any interest, then what should we do to create their interest? Please advise us.”</w:t>
      </w:r>
    </w:p>
    <w:p>
      <w:r>
        <w:rPr>
          <w:sz w:val="20"/>
        </w:rPr>
        <w:t>1:15:28  maulana, agla sawal bhopal se hai, fawad sahib ka, aur unhon ne likha hai When we do da'wa work and if non-muslims do not show any interest,</w:t>
      </w:r>
      <w:r>
        <w:br/>
      </w:r>
      <w:r>
        <w:rPr>
          <w:sz w:val="20"/>
        </w:rPr>
        <w:t>1:15:42  then what should we do to create their interest</w:t>
      </w:r>
      <w:r>
        <w:br/>
      </w:r>
      <w:r>
        <w:rPr>
          <w:sz w:val="20"/>
        </w:rPr>
        <w:t>1:15:45  ? Please advise us. dua kijiye. dua aur da'wa dono ek doosre ke liye integral part hain.</w:t>
      </w:r>
      <w:r>
        <w:br/>
      </w:r>
      <w:r>
        <w:rPr>
          <w:sz w:val="20"/>
        </w:rPr>
        <w:t>1:15:58  da'wat kijiye, dua kijiye, da'wat kijiye, dua kijiye. jaise rasool allah sallallahu alaihi wasallam karte the. yani da'wat ke baghair to dua koi, koi, koi, koi, yani effective nahin hogi.</w:t>
      </w:r>
      <w:r>
        <w:br/>
      </w:r>
      <w:r>
        <w:rPr>
          <w:sz w:val="20"/>
        </w:rPr>
        <w:t>1:16:11  da'wat ke baghair dua effective nahin hogi. lekin aap da'wat karein aur saath saath dua karein to to zaroor effective hogi.</w:t>
      </w:r>
    </w:p>
    <w:p>
      <w:pPr>
        <w:pStyle w:val="Heading2"/>
      </w:pPr>
      <w:r>
        <w:t>Criticism of Al-Risala Mission's peace teaching</w:t>
      </w:r>
    </w:p>
    <w:p>
      <w:r>
        <w:rPr>
          <w:color w:val="666666"/>
          <w:sz w:val="18"/>
        </w:rPr>
        <w:t>Society &amp; Dawah · Islam &amp; Prophet of Islam 21 Oct, 2012 - Maulana Wahiduddin Khan · 1m 19s · at 1:30:03 · https://youtu.be/2hwtfOyNeS0?t=5403</w:t>
      </w:r>
    </w:p>
    <w:p>
      <w:r>
        <w:rPr>
          <w:i/>
        </w:rPr>
        <w:t>“What is your response to the criticism that Al-Risala Mission's only shortcoming is teaching Muslims complete peace?”</w:t>
      </w:r>
    </w:p>
    <w:p>
      <w:r>
        <w:rPr>
          <w:sz w:val="20"/>
        </w:rPr>
        <w:t>1:30:03  kabhi nahi aayega. maulana, agla sawal dilli se hai shah imran hassan sahib ka. unhone likha hai: "ek sahib se baat hui, unhone kaha ke Al-Risala mission ki kami sirf yeh hai ke woh musalmanon ko sulh-e-kul ki taleem deta hai.</w:t>
      </w:r>
      <w:r>
        <w:br/>
      </w:r>
      <w:r>
        <w:rPr>
          <w:sz w:val="20"/>
        </w:rPr>
        <w:t>1:30:23  aap is par kya kahenge?" bhai, to quran mein hai: "assalato kh</w:t>
      </w:r>
    </w:p>
    <w:p>
      <w:pPr>
        <w:pStyle w:val="Heading2"/>
      </w:pPr>
      <w:r>
        <w:t>Da'i qualities and starting conversation</w:t>
      </w:r>
    </w:p>
    <w:p>
      <w:r>
        <w:rPr>
          <w:color w:val="666666"/>
          <w:sz w:val="18"/>
        </w:rPr>
        <w:t>Society &amp; Dawah · The Character of a Dayee 4 March 2012 - Maulana Wahiduddin Khan · 1m 03s · at 1:39:19 · https://youtu.be/YtavJpVNbEM?t=5959</w:t>
      </w:r>
    </w:p>
    <w:p>
      <w:r>
        <w:rPr>
          <w:i/>
        </w:rPr>
        <w:t>“What are the special qualities of a da'i, and how should a da'i start talking to the mad'u?”</w:t>
      </w:r>
    </w:p>
    <w:p>
      <w:r>
        <w:rPr>
          <w:sz w:val="20"/>
        </w:rPr>
        <w:t>1:39:19  maulana, agla sawal dilli se hai mr muhammad altafuddin inamdar sahib ka. unhon ne poocha hai ke: "da'i ke khaas sifaat bataein, aur da'i mad'u se start mein kaise baat karein?"</w:t>
      </w:r>
      <w:r>
        <w:br/>
      </w:r>
      <w:r>
        <w:rPr>
          <w:sz w:val="20"/>
        </w:rPr>
        <w:t>1:39:39  sara wahi khulasa hai: "well wishing, khair khwahi."</w:t>
      </w:r>
      <w:r>
        <w:br/>
      </w:r>
      <w:r>
        <w:rPr>
          <w:sz w:val="20"/>
        </w:rPr>
        <w:t>1:39:46  maan baap ko apne bete se khair khwahi hoti hai, to is ko koi is ko mashwara poochne nahi jata. woh woh khud janta hai ke mujhe kya karna chahiye. to sara jo is mein, yaani jo is ka jo khulasa hai,</w:t>
      </w:r>
      <w:r>
        <w:br/>
      </w:r>
      <w:r>
        <w:rPr>
          <w:sz w:val="20"/>
        </w:rPr>
        <w:t>1:40:03  woh yahi hai ke madu ke liye khair khwahi, well wishing. jab tak yeh nahi hogi, tak batane se bhi kuch baat aadmi pakdega nahi.</w:t>
      </w:r>
      <w:r>
        <w:br/>
      </w:r>
      <w:r>
        <w:rPr>
          <w:sz w:val="20"/>
        </w:rPr>
        <w:t>1:40:16  jo mohabbat hoti hai maan baap ko apne bete se, woh mohabbat jab tak paida nahi hogi madu se,</w:t>
      </w:r>
    </w:p>
    <w:p>
      <w:pPr>
        <w:pStyle w:val="Heading2"/>
      </w:pPr>
      <w:r>
        <w:t>Dawah Work Necessary as Islam Perceived Violent</w:t>
      </w:r>
    </w:p>
    <w:p>
      <w:r>
        <w:rPr>
          <w:color w:val="666666"/>
          <w:sz w:val="18"/>
        </w:rPr>
        <w:t>Society &amp; Dawah · Divine Crusades December 14, 2014 · 52s · at 1:01:51 · https://youtu.be/qZhY00S5LQg?t=3711</w:t>
      </w:r>
    </w:p>
    <w:p>
      <w:r>
        <w:rPr>
          <w:i/>
        </w:rPr>
        <w:t>“Dawa work has become necessary in today's time when Islam is being perceived as a violent religion.”</w:t>
      </w:r>
    </w:p>
    <w:p>
      <w:r>
        <w:rPr>
          <w:sz w:val="20"/>
        </w:rPr>
        <w:t>1:01:51  Maulana, agla sawal Shahab Haider sahib ka hai, Delhi se.</w:t>
      </w:r>
      <w:r>
        <w:br/>
      </w:r>
      <w:r>
        <w:rPr>
          <w:sz w:val="20"/>
        </w:rPr>
        <w:t>1:01:56  aur unhon ne likha hai ke Dawa work has become necessary in today's time when Islam is being</w:t>
      </w:r>
      <w:r>
        <w:br/>
      </w:r>
      <w:r>
        <w:rPr>
          <w:sz w:val="20"/>
        </w:rPr>
        <w:t>1:02:02  perceived as a violent religion.</w:t>
      </w:r>
      <w:r>
        <w:br/>
      </w:r>
      <w:r>
        <w:rPr>
          <w:sz w:val="20"/>
        </w:rPr>
        <w:t>1:02:08  Maulana, please advise me and suggest me how I can increase my enthusiasm so that I can do</w:t>
      </w:r>
      <w:r>
        <w:br/>
      </w:r>
      <w:r>
        <w:rPr>
          <w:sz w:val="20"/>
        </w:rPr>
        <w:t>1:02:14  Dawa work more effectively.</w:t>
      </w:r>
      <w:r>
        <w:br/>
      </w:r>
      <w:r>
        <w:rPr>
          <w:sz w:val="20"/>
        </w:rPr>
        <w:t>1:02:20  Bas study barhaiye, literature padhiye aur literature phailaiye.</w:t>
      </w:r>
      <w:r>
        <w:br/>
      </w:r>
      <w:r>
        <w:rPr>
          <w:sz w:val="20"/>
        </w:rPr>
        <w:t>1:02:25  Two point formula hai.</w:t>
      </w:r>
      <w:r>
        <w:br/>
      </w:r>
      <w:r>
        <w:rPr>
          <w:sz w:val="20"/>
        </w:rPr>
        <w:t>1:02:31  Jo dawa literature hai, usko padhiye aur dawa literature ko khoob phailaiye.</w:t>
      </w:r>
      <w:r>
        <w:br/>
      </w:r>
      <w:r>
        <w:rPr>
          <w:sz w:val="20"/>
        </w:rPr>
        <w:t>1:02:37  Bas aur kuch karna hi nahi hai.</w:t>
      </w:r>
    </w:p>
    <w:p>
      <w:pPr>
        <w:pStyle w:val="Heading2"/>
      </w:pPr>
      <w:r>
        <w:t>Dawah Work vs Establishing Caliphate</w:t>
      </w:r>
    </w:p>
    <w:p>
      <w:r>
        <w:rPr>
          <w:color w:val="666666"/>
          <w:sz w:val="18"/>
        </w:rPr>
        <w:t>Society &amp; Dawah · Spiritual Light of The Believers (Itmam-E-Noor ) May 12, 2013 · 1m 58s · at 53:53 · https://youtu.be/SmjmddWA1Jo?t=3233</w:t>
      </w:r>
    </w:p>
    <w:p>
      <w:r>
        <w:rPr>
          <w:i/>
        </w:rPr>
        <w:t>“You say that our real work is dawah work, while others are of the opinion that our real work is to establish an Islamic caliphate, and they also give references from the Quran and Hadith. My question is, whom should an ordinary Muslim follow?”</w:t>
      </w:r>
    </w:p>
    <w:p>
      <w:r>
        <w:rPr>
          <w:sz w:val="20"/>
        </w:rPr>
        <w:t>53:53  maulana, agla sawal dilli se hai, shah imran hassan sahab ka.</w:t>
      </w:r>
      <w:r>
        <w:br/>
      </w:r>
      <w:r>
        <w:rPr>
          <w:sz w:val="20"/>
        </w:rPr>
        <w:t>53:57  unhon ne likha hai: "aap kehte hain ke hamara asal kaam dawah work hai, jabke doosre ki rai yeh hai ke hamara asal kaam islami khilafat qaim karna hai,</w:t>
      </w:r>
      <w:r>
        <w:br/>
      </w:r>
      <w:r>
        <w:rPr>
          <w:sz w:val="20"/>
        </w:rPr>
        <w:t>54:10  aur woh log bhi quran aur hadith se reference dete hain. mera sawal yeh hai ke aaya aik aam musalman kis ki baat ko maane?" is ko explain karein.</w:t>
      </w:r>
      <w:r>
        <w:br/>
      </w:r>
      <w:r>
        <w:rPr>
          <w:sz w:val="20"/>
        </w:rPr>
        <w:t>54:21  dekhiye, aam musalman ko chahiye ke woh quran ko parhe.</w:t>
      </w:r>
      <w:r>
        <w:br/>
      </w:r>
      <w:r>
        <w:rPr>
          <w:sz w:val="20"/>
        </w:rPr>
        <w:t>54:24  khilafat ka jo log kehte hain ke woh mission batate hain, woh kahein sari quran mein hadith to hai hi nahin. quran mein aisi koi ayat nahin hai jin mein kaha gaya hai ke "ae musalmano!</w:t>
      </w:r>
      <w:r>
        <w:br/>
      </w:r>
      <w:r>
        <w:rPr>
          <w:sz w:val="20"/>
        </w:rPr>
        <w:t>54:36  tum ko sari dunya mein khilafat qaim karna hai. khilafat qaim karo!" yeh kahan hai? kahin koi nahin hai. aur dawah to ki baat se to sara quran bhara hua hai.</w:t>
      </w:r>
      <w:r>
        <w:br/>
      </w:r>
      <w:r>
        <w:rPr>
          <w:sz w:val="20"/>
        </w:rPr>
        <w:t>54:50  rasool Allah ne farmaya tehajjud al wida ke mauqe par sahaba ko khitab karte hue ke "Allah ne mujhe sari dunya ke liye bheja hai.</w:t>
      </w:r>
      <w:r>
        <w:br/>
      </w:r>
      <w:r>
        <w:rPr>
          <w:sz w:val="20"/>
        </w:rPr>
        <w:t>55:00  in Allah buwasal al kaffa nas to sab tak pahuncha do." aur phir aap ne abhi kaha ke "falagh shahid al ghaib" jo yahan hai, woh un ko bataye jo yahan maujood nahin hain.</w:t>
      </w:r>
      <w:r>
        <w:br/>
      </w:r>
      <w:r>
        <w:rPr>
          <w:sz w:val="20"/>
        </w:rPr>
        <w:t>55:16  to dawah ka hukum to quran o hadith mein maujood hai. yeh kahan maujood hai ke khilafat qaim karo? yeh to kahin hai hi nahin. logon ke apne dimaghon mein hai, aur quran mein apne dimag se baat karna yeh to haram hai,</w:t>
      </w:r>
      <w:r>
        <w:br/>
      </w:r>
      <w:r>
        <w:rPr>
          <w:sz w:val="20"/>
        </w:rPr>
        <w:t>55:31  yeh jaiz hi nahin hai. jo log aisa kehte hain, un se poochein ke koi single ayat batao jahan yeh likha hua ho ke "ae musalmano! tumhara farz hai ke sari dunya mein tum khilafat qaim karo." kahan yeh hai?</w:t>
      </w:r>
      <w:r>
        <w:br/>
      </w:r>
      <w:r>
        <w:rPr>
          <w:sz w:val="20"/>
        </w:rPr>
        <w:t>55:44  kahin hai hi nahin.</w:t>
      </w:r>
    </w:p>
    <w:p>
      <w:pPr>
        <w:pStyle w:val="Heading2"/>
      </w:pPr>
      <w:r>
        <w:t>Dawah considered waste of money</w:t>
      </w:r>
    </w:p>
    <w:p>
      <w:r>
        <w:rPr>
          <w:color w:val="666666"/>
          <w:sz w:val="18"/>
        </w:rPr>
        <w:t>Society &amp; Dawah · Revival and Revivalist | June 7, 2015 · 1m 30s · at 45:43 · https://youtu.be/tJqheiPlZ94?t=2743</w:t>
      </w:r>
    </w:p>
    <w:p>
      <w:r>
        <w:rPr>
          <w:i/>
        </w:rPr>
        <w:t>“Why do Muslims consider dawah a waste of money?”</w:t>
      </w:r>
    </w:p>
    <w:p>
      <w:r>
        <w:rPr>
          <w:sz w:val="20"/>
        </w:rPr>
        <w:t>45:43  de ke hum sahi raaste par chalein, Allah ki rehmat ke mustahiq banein, inshallah. assalam o alaikum wa rehmatullah. we are starting with the question and answer session now. i request our online viewers to please send in their questions on info at cpsglobal.org. yeh pehla sawal aaya hai mr. asif ka delhi se. why muslims consider dawa</w:t>
      </w:r>
      <w:r>
        <w:br/>
      </w:r>
      <w:r>
        <w:rPr>
          <w:sz w:val="20"/>
        </w:rPr>
        <w:t>46:13  waste of money? dekhen, dawat ki importance musalmanon ko pata hi nahi.</w:t>
      </w:r>
      <w:r>
        <w:br/>
      </w:r>
      <w:r>
        <w:rPr>
          <w:sz w:val="20"/>
        </w:rPr>
        <w:t>46:19  masla yeh hai ke jitne musalmanon ke jo likhne wale aur bolne wale log hain, unhon ne kabhi</w:t>
      </w:r>
      <w:r>
        <w:br/>
      </w:r>
      <w:r>
        <w:rPr>
          <w:sz w:val="20"/>
        </w:rPr>
        <w:t>46:25  dawat ki imd batai hi nahi.</w:t>
      </w:r>
      <w:r>
        <w:br/>
      </w:r>
      <w:r>
        <w:rPr>
          <w:sz w:val="20"/>
        </w:rPr>
        <w:t>46:31  to woh is wajah se ke dawat ka kaam karna, time waste karna hai.</w:t>
      </w:r>
      <w:r>
        <w:br/>
      </w:r>
      <w:r>
        <w:rPr>
          <w:sz w:val="20"/>
        </w:rPr>
        <w:t>46:37  dawat woh ch</w:t>
      </w:r>
      <w:r>
        <w:br/>
      </w:r>
      <w:r>
        <w:rPr>
          <w:sz w:val="20"/>
        </w:rPr>
        <w:t>46:43  eez hai jo aap ko, yani is aap ko nabi ka, aap ko yeh credit deti hai ke</w:t>
      </w:r>
      <w:r>
        <w:br/>
      </w:r>
      <w:r>
        <w:rPr>
          <w:sz w:val="20"/>
        </w:rPr>
        <w:t>46:50  aap ne woh kaam kiya jo jis kaam ko nabi ne chhora tha apne baad, woh kaam kar rahe hain.</w:t>
      </w:r>
      <w:r>
        <w:br/>
      </w:r>
      <w:r>
        <w:rPr>
          <w:sz w:val="20"/>
        </w:rPr>
        <w:t>46:58  wilike nabi, yeh woh log hain jo nabi ke saathi hon ge.</w:t>
      </w:r>
      <w:r>
        <w:br/>
      </w:r>
      <w:r>
        <w:rPr>
          <w:sz w:val="20"/>
        </w:rPr>
        <w:t>47:05  inhein itna bara darja milega ke qayamat mein anbiya ke saathi hon ge yeh log. yeh bat</w:t>
      </w:r>
    </w:p>
    <w:p>
      <w:pPr>
        <w:pStyle w:val="Heading2"/>
      </w:pPr>
      <w:r>
        <w:t>Dawah for Muslims or Only Non-Muslims?</w:t>
      </w:r>
    </w:p>
    <w:p>
      <w:r>
        <w:rPr>
          <w:color w:val="666666"/>
          <w:sz w:val="18"/>
        </w:rPr>
        <w:t>Society &amp; Dawah · Islam in A New Age March 18, 2012 · 30s · at 1:08:02 · https://youtu.be/P5hzq_NheY0?t=4082</w:t>
      </w:r>
    </w:p>
    <w:p>
      <w:r>
        <w:rPr>
          <w:i/>
        </w:rPr>
        <w:t>“Should Muslims also be given dawah like non-Muslims, or is dawah only for non-Muslims?”</w:t>
      </w:r>
    </w:p>
    <w:p>
      <w:r>
        <w:rPr>
          <w:sz w:val="20"/>
        </w:rPr>
        <w:t>1:08:02  maulana, agla sawal aya hai hyderabad pakistan se mr numaan afzal sahib ka. unhon ne aapse poocha hai ke kya musalmanon ko bhi ghair muslimon ki tarah dawat di jaye ya dawat ka kaam ghair muslimon ke liye hi hai?</w:t>
      </w:r>
      <w:r>
        <w:br/>
      </w:r>
      <w:r>
        <w:rPr>
          <w:sz w:val="20"/>
        </w:rPr>
        <w:t>1:08:20  sab ke liye hai. jis ko islam par shakk ho, jo islam ko na manta ho, islam ke bare mein jis ko sawalat hon, un sab ko hi bataut karna hai.</w:t>
      </w:r>
    </w:p>
    <w:p>
      <w:pPr>
        <w:pStyle w:val="Heading2"/>
      </w:pPr>
      <w:r>
        <w:t>Dawah in few minutes with stranger</w:t>
      </w:r>
    </w:p>
    <w:p>
      <w:r>
        <w:rPr>
          <w:color w:val="666666"/>
          <w:sz w:val="18"/>
        </w:rPr>
        <w:t>Society &amp; Dawah · Q&amp;A 11 Jul 2010 Maulana Wahiduddin Khan · 1m 23s · at 42:54 · https://youtu.be/UHtdtzGGwFQ?t=2574</w:t>
      </w:r>
    </w:p>
    <w:p>
      <w:r>
        <w:rPr>
          <w:i/>
        </w:rPr>
        <w:t>“If one gets only few minutes of opportunity to do dawah work with a stranger, how and what part should be communicated to him?”</w:t>
      </w:r>
    </w:p>
    <w:p>
      <w:r>
        <w:rPr>
          <w:sz w:val="20"/>
        </w:rPr>
        <w:t>42:54  maulana, yeh sawal kiya hai mr. idrees ne raipur se. unhon ne likha hai ke "if one gets only few minutes of opportunity to do dawah work with a stranger, how and what part should be communicated to him?"</w:t>
      </w:r>
      <w:r>
        <w:br/>
      </w:r>
      <w:r>
        <w:rPr>
          <w:sz w:val="20"/>
        </w:rPr>
        <w:t>43:11  part nahi, aap ke paas pamphlet reh jaye. hamare paas pamphlet hai. chhote chhote pamphlet bahut bade. aap ne pocket mein rakhe hain ya mauqa ho us ko de diye.</w:t>
      </w:r>
      <w:r>
        <w:br/>
      </w:r>
      <w:r>
        <w:rPr>
          <w:sz w:val="20"/>
        </w:rPr>
        <w:t>43:23  sab se best yahi hai. ke har waqt aap ki pocket mein yeh pamphlet jo hai dawah pamphlet hai woh rehna chahiye. jahan mauqa ho use de diye.</w:t>
      </w:r>
      <w:r>
        <w:br/>
      </w:r>
      <w:r>
        <w:rPr>
          <w:sz w:val="20"/>
        </w:rPr>
        <w:t>43:36  jaise main ne ek qissa bataya tha ke hamare ek saathi hua jahaz ja rahe the dilli se bombay. jab woh enter hue to wahan par ek bada leader baitha hua tha. ek bada leader.</w:t>
      </w:r>
      <w:r>
        <w:br/>
      </w:r>
      <w:r>
        <w:rPr>
          <w:sz w:val="20"/>
        </w:rPr>
        <w:t>43:45  ek well-known leader. to jab enter hue to dekha ke woh yahan baitha hua hai. to foran unhon ne ek pamphlet nikala. reality of life.</w:t>
      </w:r>
      <w:r>
        <w:br/>
      </w:r>
      <w:r>
        <w:rPr>
          <w:sz w:val="20"/>
        </w:rPr>
        <w:t>43:56  us ne kaha ke sir this for your inflight reading. de diya. aur sahib us ko padhta raha, padhta raha, padhta raha.</w:t>
      </w:r>
      <w:r>
        <w:br/>
      </w:r>
      <w:r>
        <w:rPr>
          <w:sz w:val="20"/>
        </w:rPr>
        <w:t>44:05  to best tareeqa yeh hai ke aap ki pocket mein yeh sab cheezein rehain. aap ke bag mein cheezein rehain. jahan us ko payein wahan dete rahein aap us ko.</w:t>
      </w:r>
    </w:p>
    <w:p>
      <w:pPr>
        <w:pStyle w:val="Heading2"/>
      </w:pPr>
      <w:r>
        <w:t>Dawah of tawhid and revolution</w:t>
      </w:r>
    </w:p>
    <w:p>
      <w:r>
        <w:rPr>
          <w:color w:val="666666"/>
          <w:sz w:val="18"/>
        </w:rPr>
        <w:t>Society &amp; Dawah · Example of the Prophet March 20, 2016 · 1m 17s · at 1:38:18 · https://youtu.be/79HmhzXU41w?t=5898</w:t>
      </w:r>
    </w:p>
    <w:p>
      <w:r>
        <w:rPr>
          <w:i/>
        </w:rPr>
        <w:t>“A person said that today, the dawah of tawhid must be taken to the level of revolution. By revolution, he meant reaching the level of political power. Please comment.”</w:t>
      </w:r>
    </w:p>
    <w:p>
      <w:r>
        <w:rPr>
          <w:sz w:val="20"/>
        </w:rPr>
        <w:t>1:38:18  agla sawal maulana iqbal umri ka hai chennai se, aur unhon ne likha hai</w:t>
      </w:r>
      <w:r>
        <w:br/>
      </w:r>
      <w:r>
        <w:rPr>
          <w:sz w:val="20"/>
        </w:rPr>
        <w:t>1:38:25  maulana ek sahab ne kaha ke aaj dawat toheed ko inqalab ke darje tak pahunchana hai.</w:t>
      </w:r>
      <w:r>
        <w:br/>
      </w:r>
      <w:r>
        <w:rPr>
          <w:sz w:val="20"/>
        </w:rPr>
        <w:t>1:38:32  inqalab ka matlab unhon ne kaha ke iqtadar ke darje tak.</w:t>
      </w:r>
      <w:r>
        <w:br/>
      </w:r>
      <w:r>
        <w:rPr>
          <w:sz w:val="20"/>
        </w:rPr>
        <w:t>1:38:37  maulana is mein jo mughalta hai, us ko wazeh karen.</w:t>
      </w:r>
      <w:r>
        <w:br/>
      </w:r>
      <w:r>
        <w:rPr>
          <w:sz w:val="20"/>
        </w:rPr>
        <w:t>1:38:41  Nahi yeh to khud sakhta baat hai kahan likha hua hai Quran mein Hadees mein aur kis paighambar ne pahunchaya iqtidaar ke darje par kisi paighambar ne nahi pahunchaya yaani agar.</w:t>
      </w:r>
      <w:r>
        <w:br/>
      </w:r>
      <w:r>
        <w:rPr>
          <w:sz w:val="20"/>
        </w:rPr>
        <w:t>1:38:53  yani agar dawat ka matlab hai is ko iqtadar tak pahunchaya jaye to sare peghambar nek kaam the.</w:t>
      </w:r>
      <w:r>
        <w:br/>
      </w:r>
      <w:r>
        <w:rPr>
          <w:sz w:val="20"/>
        </w:rPr>
        <w:t>1:39:01  yeh yeh to khud sakhta baaten hain.</w:t>
      </w:r>
      <w:r>
        <w:br/>
      </w:r>
      <w:r>
        <w:rPr>
          <w:sz w:val="20"/>
        </w:rPr>
        <w:t>1:39:04  aap bilkul jo log</w:t>
      </w:r>
      <w:r>
        <w:br/>
      </w:r>
      <w:r>
        <w:rPr>
          <w:sz w:val="20"/>
        </w:rPr>
        <w:t>1:39:07  sanjida na hon, wahi is waqt keh sakte hain.</w:t>
      </w:r>
      <w:r>
        <w:br/>
      </w:r>
      <w:r>
        <w:rPr>
          <w:sz w:val="20"/>
        </w:rPr>
        <w:t>1:39:11  un ko kehne ke liye sab se pehle quran o hadees ko padhna chahiye, aur is ka hawala</w:t>
      </w:r>
      <w:r>
        <w:br/>
      </w:r>
      <w:r>
        <w:rPr>
          <w:sz w:val="20"/>
        </w:rPr>
        <w:t>1:39:15  dena chahiye. yeh baat kehne se pehle woh</w:t>
      </w:r>
      <w:r>
        <w:br/>
      </w:r>
      <w:r>
        <w:rPr>
          <w:sz w:val="20"/>
        </w:rPr>
        <w:t>1:39:20  aitkaf mein baith kar ke quran o hadees ko padhen, aur phir is mein se reference nikal kar</w:t>
      </w:r>
      <w:r>
        <w:br/>
      </w:r>
      <w:r>
        <w:rPr>
          <w:sz w:val="20"/>
        </w:rPr>
        <w:t>1:39:25  bataen. aise kehna to yeh bahut hi ghair zimmedari ki baat hai.</w:t>
      </w:r>
      <w:r>
        <w:br/>
      </w:r>
      <w:r>
        <w:rPr>
          <w:sz w:val="20"/>
        </w:rPr>
        <w:t>1:39:30  main samajhta hoon ke is par yani mawkhaza hoga insan ka, aisi baaton ko kare.</w:t>
      </w:r>
    </w:p>
    <w:p>
      <w:pPr>
        <w:pStyle w:val="Heading2"/>
      </w:pPr>
      <w:r>
        <w:t>Dawah scope in enemy countries despite shrinking political activism</w:t>
      </w:r>
    </w:p>
    <w:p>
      <w:r>
        <w:rPr>
          <w:color w:val="666666"/>
          <w:sz w:val="18"/>
        </w:rPr>
        <w:t>Society &amp; Dawah · Dars-e-Quran, Ch. 2 Verse 50-52 |  March 11, 2018 · 1m 15s · at 56:55 · https://youtu.be/ShSyMy4LPfc?t=3415</w:t>
      </w:r>
    </w:p>
    <w:p>
      <w:r>
        <w:rPr>
          <w:i/>
        </w:rPr>
        <w:t>“With reference to dawah work in Israel, I am saying that there is vast scope for dawah work even in countries known to Muslims as enemies of Islam. On the other hand, recent history shows that all political activism of Muslims is shrinking in terms of results, as also mentioned in the Quran, chapter 21, verse 44: 'Do they not see that We are coming to...?'”</w:t>
      </w:r>
    </w:p>
    <w:p>
      <w:r>
        <w:rPr>
          <w:sz w:val="20"/>
        </w:rPr>
        <w:t>56:55  yeh kehne ki zaroorat hai sare musalman kyun nahi kehte sare ulama kyun nahi kehte? Maulana agla sawal lete hain jo bheja hai Maulana farhad sahib ne delhi se unhon ne likha hai with reference of dawah news in israel i am seeing that there is vast space for dawah work even in the countries which are known to muslims as enemies of islam in the other hand the recent</w:t>
      </w:r>
      <w:r>
        <w:br/>
      </w:r>
      <w:r>
        <w:rPr>
          <w:sz w:val="20"/>
        </w:rPr>
        <w:t>57:25  History shows that all political activism of Muslims are shrinking in terms of result as also mentioned in</w:t>
      </w:r>
      <w:r>
        <w:br/>
      </w:r>
      <w:r>
        <w:rPr>
          <w:sz w:val="20"/>
        </w:rPr>
        <w:t>57:32  The Quran Chapter 21, verse number 44, which says, "Do they not see that We are coming to"</w:t>
      </w:r>
      <w:r>
        <w:br/>
      </w:r>
      <w:r>
        <w:rPr>
          <w:sz w:val="20"/>
        </w:rPr>
        <w:t>57:40  their land narrowing it down from all its sides? Maulana can we say that it is a clear</w:t>
      </w:r>
      <w:r>
        <w:br/>
      </w:r>
      <w:r>
        <w:rPr>
          <w:sz w:val="20"/>
        </w:rPr>
        <w:t>57:47  indication from god for the</w:t>
      </w:r>
      <w:r>
        <w:br/>
      </w:r>
      <w:r>
        <w:rPr>
          <w:sz w:val="20"/>
        </w:rPr>
        <w:t>57:55  task ahead of muslims to be of dawah work and not political activism? Please comment on this.</w:t>
      </w:r>
      <w:r>
        <w:br/>
      </w:r>
      <w:r>
        <w:rPr>
          <w:sz w:val="20"/>
        </w:rPr>
        <w:t>58:02  yeh bilkul sahi baat hai sahi baat hai koi shakk nahin.</w:t>
      </w:r>
    </w:p>
    <w:p>
      <w:pPr>
        <w:pStyle w:val="Heading2"/>
      </w:pPr>
      <w:r>
        <w:t>Dawah to colleagues who believe in Krishna</w:t>
      </w:r>
    </w:p>
    <w:p>
      <w:r>
        <w:rPr>
          <w:color w:val="666666"/>
          <w:sz w:val="18"/>
        </w:rPr>
        <w:t>Society &amp; Dawah · The Existence of God-7th October 2012 · 1m 34s · at 1:12:43 · https://youtu.be/XWFqKwm-LPM?t=4363</w:t>
      </w:r>
    </w:p>
    <w:p>
      <w:r>
        <w:rPr>
          <w:i/>
        </w:rPr>
        <w:t>“I am working in a factory in Ghaziabad. I do dawah work in between with my non-Muslim colleagues, but they all believe that Shri Krishna...”</w:t>
      </w:r>
    </w:p>
    <w:p>
      <w:r>
        <w:rPr>
          <w:sz w:val="20"/>
        </w:rPr>
        <w:t>1:12:43  molana, agla sawal dilli se hai saadat yar sahib ka.</w:t>
      </w:r>
      <w:r>
        <w:br/>
      </w:r>
      <w:r>
        <w:rPr>
          <w:sz w:val="20"/>
        </w:rPr>
        <w:t>1:12:49  انہوں نے لکھا ہے: "I am working in a factory in Ghaziabad.</w:t>
      </w:r>
      <w:r>
        <w:br/>
      </w:r>
      <w:r>
        <w:rPr>
          <w:sz w:val="20"/>
        </w:rPr>
        <w:t>1:12:56  i do dawa work in between in my non muslim colleagues, but they all believe that shri krishna</w:t>
      </w:r>
      <w:r>
        <w:br/>
      </w:r>
      <w:r>
        <w:rPr>
          <w:sz w:val="20"/>
        </w:rPr>
        <w:t>1:13:03  ji is god.</w:t>
      </w:r>
      <w:r>
        <w:br/>
      </w:r>
      <w:r>
        <w:rPr>
          <w:sz w:val="20"/>
        </w:rPr>
        <w:t>1:13:09  How we can convince them that Shri Krishna Ji is not God? Please give satisfactory answer so that</w:t>
      </w:r>
      <w:r>
        <w:br/>
      </w:r>
      <w:r>
        <w:rPr>
          <w:sz w:val="20"/>
        </w:rPr>
        <w:t>1:13:16  "We can convince our non-Muslim friends." No, you should never make this a starting point. This</w:t>
      </w:r>
      <w:r>
        <w:br/>
      </w:r>
      <w:r>
        <w:rPr>
          <w:sz w:val="20"/>
        </w:rPr>
        <w:t>1:13:23  kabhi bhi aap koshish na karein, yeh dawat nahi hai, yeh to munazra hai, munazra hai.</w:t>
      </w:r>
      <w:r>
        <w:br/>
      </w:r>
      <w:r>
        <w:rPr>
          <w:sz w:val="20"/>
        </w:rPr>
        <w:t>1:13:30  yeh sab bahas munazre ke mozuat hain, is ka naam dawat nahi hai.</w:t>
      </w:r>
      <w:r>
        <w:br/>
      </w:r>
      <w:r>
        <w:rPr>
          <w:sz w:val="20"/>
        </w:rPr>
        <w:t>1:13:36  quran mein dekhein: "ta'ala ala kalima suwae bina bainakum allah naoozubillah", yaani common ground se dawat shuru</w:t>
      </w:r>
      <w:r>
        <w:br/>
      </w:r>
      <w:r>
        <w:rPr>
          <w:sz w:val="20"/>
        </w:rPr>
        <w:t>1:13:43  hoti hai, controversial ground se nahi shuru hoti.</w:t>
      </w:r>
      <w:r>
        <w:br/>
      </w:r>
      <w:r>
        <w:rPr>
          <w:sz w:val="20"/>
        </w:rPr>
        <w:t>1:13:50  dawat to aap jo controversial point hai, us se koi shuru karna chahte hain, aap jo common ground</w:t>
      </w:r>
      <w:r>
        <w:br/>
      </w:r>
      <w:r>
        <w:rPr>
          <w:sz w:val="20"/>
        </w:rPr>
        <w:t>1:13:56  hai, us ko le kar shuru kijiye ga dawat apni, aur quran mein parhne ke liye dijiye kitabein, dijiye.</w:t>
      </w:r>
      <w:r>
        <w:br/>
      </w:r>
      <w:r>
        <w:rPr>
          <w:sz w:val="20"/>
        </w:rPr>
        <w:t>1:14:03  yeh dawat ka sahi tareeqa nahi ke aap is ke is mozu ke upar bahas karein jo ke</w:t>
      </w:r>
      <w:r>
        <w:br/>
      </w:r>
      <w:r>
        <w:rPr>
          <w:sz w:val="20"/>
        </w:rPr>
        <w:t>1:14:10  controversial point aap ke in ke beech mein hai.</w:t>
      </w:r>
    </w:p>
    <w:p>
      <w:pPr>
        <w:pStyle w:val="Heading2"/>
      </w:pPr>
      <w:r>
        <w:t>Dealing with ego issues in teams</w:t>
      </w:r>
    </w:p>
    <w:p>
      <w:r>
        <w:rPr>
          <w:color w:val="666666"/>
          <w:sz w:val="18"/>
        </w:rPr>
        <w:t>Society &amp; Dawah · Spirit of the Mission September 16, 2018 · 1m 58s · at 53:47 · https://youtu.be/rjiTU2v3U30?t=3227</w:t>
      </w:r>
    </w:p>
    <w:p>
      <w:r>
        <w:rPr>
          <w:i/>
        </w:rPr>
        <w:t>“Often we see teams get formed but then break away due to ego issues. What is your guidance on this? And how can we inculcate the spirit in every member that the cause of dawah is bigger than the individual?”</w:t>
      </w:r>
    </w:p>
    <w:p>
      <w:r>
        <w:rPr>
          <w:sz w:val="20"/>
        </w:rPr>
        <w:t>53:47  masha allah. maulana, agla sawal lete hain. yeh bheja hai</w:t>
      </w:r>
      <w:r>
        <w:br/>
      </w:r>
      <w:r>
        <w:rPr>
          <w:sz w:val="20"/>
        </w:rPr>
        <w:t>53:55  usman arif sahib ne dubai se. unhon ne likha hai: "maulana, often we see teams get formed, but then eventually break away due to ego issues.</w:t>
      </w:r>
      <w:r>
        <w:br/>
      </w:r>
      <w:r>
        <w:rPr>
          <w:sz w:val="20"/>
        </w:rPr>
        <w:t>54:08  what is your guidance on this subject? and how can we inculcate the spirit in every member that cause of dawah is bigger than the individual?"</w:t>
      </w:r>
      <w:r>
        <w:br/>
      </w:r>
      <w:r>
        <w:rPr>
          <w:sz w:val="20"/>
        </w:rPr>
        <w:t>54:22  bhai, ego issue kise aata hai? dai bhai ki badu mein yeh dai ke hawale se keh rahe hain. maulana, to dai ko apne ego khatam karna chahiye.</w:t>
      </w:r>
      <w:r>
        <w:br/>
      </w:r>
      <w:r>
        <w:rPr>
          <w:sz w:val="20"/>
        </w:rPr>
        <w:t>54:33  jab woh quran ko phailana chahta hai to sab se pehle apne ego kill kijiye. yeh to koi baat nahi hui. yeh ego bhi hai aur dawah bhi kaam.</w:t>
      </w:r>
      <w:r>
        <w:br/>
      </w:r>
      <w:r>
        <w:rPr>
          <w:sz w:val="20"/>
        </w:rPr>
        <w:t>54:45  yeh kaise ho sakta hai? agar aap dai banna chahte hain allah ke haan to ego to</w:t>
      </w:r>
    </w:p>
    <w:p>
      <w:pPr>
        <w:pStyle w:val="Heading2"/>
      </w:pPr>
      <w:r>
        <w:t>Dealing with hurt from Muslims' responses</w:t>
      </w:r>
    </w:p>
    <w:p>
      <w:r>
        <w:rPr>
          <w:color w:val="666666"/>
          <w:sz w:val="18"/>
        </w:rPr>
        <w:t>Society &amp; Dawah · Dars-e-Quran, Chapter 25, V. 1 (Spreading Quran) September 9, 2018 · 45s · at 52:54 · https://youtu.be/zf3V6LP2Qg0?t=3174</w:t>
      </w:r>
    </w:p>
    <w:p>
      <w:r>
        <w:rPr>
          <w:i/>
        </w:rPr>
        <w:t>“When talking to Muslims about religious matters, their responses cause me so much pain that if not for your guidance, I would become prejudiced against them, but still my heart hurts a lot. What should I do?”</w:t>
      </w:r>
    </w:p>
    <w:p>
      <w:r>
        <w:rPr>
          <w:sz w:val="20"/>
        </w:rPr>
        <w:t>52:54  maulana, agla sawal bheja hai mehtab sahab ne dhampur se. unhon ne likha hai: maulana sahab, aksar musalmanon se deeni baat karte hue un ke jawab se itni takleef hoti hai ke agar aap ki guidance na ho to un se badzan ho jaon,</w:t>
      </w:r>
      <w:r>
        <w:br/>
      </w:r>
      <w:r>
        <w:rPr>
          <w:sz w:val="20"/>
        </w:rPr>
        <w:t>53:14  lekin dil tab bhi bohat dukhta hai. kya karun? bas dua kijiye, jahan koi kuch aur tadbeer nazar na aaye to wahan dua kijiye.</w:t>
      </w:r>
    </w:p>
    <w:p>
      <w:pPr>
        <w:pStyle w:val="Heading2"/>
      </w:pPr>
      <w:r>
        <w:t>Defining defensive war in Islam</w:t>
      </w:r>
    </w:p>
    <w:p>
      <w:r>
        <w:rPr>
          <w:color w:val="666666"/>
          <w:sz w:val="18"/>
        </w:rPr>
        <w:t>Society &amp; Dawah · Q&amp;A 04 Mar 2012 Maulana Wahiduddin Khan · 1m 35s · at 51:33 · https://youtu.be/txRmutuvWQI?t=3093</w:t>
      </w:r>
    </w:p>
    <w:p>
      <w:r>
        <w:rPr>
          <w:i/>
        </w:rPr>
        <w:t>“Please tell me, how can we define defensive war in Islam?”</w:t>
      </w:r>
    </w:p>
    <w:p>
      <w:r>
        <w:rPr>
          <w:sz w:val="20"/>
        </w:rPr>
        <w:t>51:33  maulana, agla sawal Dilli se hai Miss Shaishta ka. unhon ne aap se poocha hai ke "please tell me, how can we define defensive war in Islam?"</w:t>
      </w:r>
      <w:r>
        <w:br/>
      </w:r>
      <w:r>
        <w:rPr>
          <w:sz w:val="20"/>
        </w:rPr>
        <w:t>51:45  dekhen, defensive war ka talluq pehli baat yeh hai ke awam se nahi hai, NGOs se nahi hai. aaj kal jo idhar udhar musalman lad rahe hain defense ke naam par, woh defense nahi hai.</w:t>
      </w:r>
      <w:r>
        <w:br/>
      </w:r>
      <w:r>
        <w:rPr>
          <w:sz w:val="20"/>
        </w:rPr>
        <w:t>51:57  woh to woh to anarchy hai. anarchy sarkashi hai. dekhen, defensive war ka matlab kya hai?</w:t>
      </w:r>
      <w:r>
        <w:br/>
      </w:r>
      <w:r>
        <w:rPr>
          <w:sz w:val="20"/>
        </w:rPr>
        <w:t>52:08  aik established state hai, established government hai,</w:t>
      </w:r>
    </w:p>
    <w:p>
      <w:pPr>
        <w:pStyle w:val="Heading2"/>
      </w:pPr>
      <w:r>
        <w:t>Definition and Method of Dawah</w:t>
      </w:r>
    </w:p>
    <w:p>
      <w:r>
        <w:rPr>
          <w:color w:val="666666"/>
          <w:sz w:val="18"/>
        </w:rPr>
        <w:t>Society &amp; Dawah · Prophetic Wisdom | May 01, 2016 · 1m 28s · at 53:36 · https://youtu.be/KrjwjAw03zw?t=3216</w:t>
      </w:r>
    </w:p>
    <w:p>
      <w:r>
        <w:rPr>
          <w:i/>
        </w:rPr>
        <w:t>“What is Dawah and what is the correct method to perform it?”</w:t>
      </w:r>
    </w:p>
    <w:p>
      <w:r>
        <w:rPr>
          <w:sz w:val="20"/>
        </w:rPr>
        <w:t>53:36  makhi ke par ka qanoon molana agla sawal molana iqbal umri ne kiya hai chennai se aur unhon</w:t>
      </w:r>
      <w:r>
        <w:br/>
      </w:r>
      <w:r>
        <w:rPr>
          <w:sz w:val="20"/>
        </w:rPr>
        <w:t>53:42  ne aap se poocha hai ke dawat kis ko kehte hain aur is ko ada karne ka sahi</w:t>
      </w:r>
      <w:r>
        <w:br/>
      </w:r>
      <w:r>
        <w:rPr>
          <w:sz w:val="20"/>
        </w:rPr>
        <w:t>53:48  tareeqa kya hai molana itmam</w:t>
      </w:r>
      <w:r>
        <w:br/>
      </w:r>
      <w:r>
        <w:rPr>
          <w:sz w:val="20"/>
        </w:rPr>
        <w:t>53:54  hujjat ka criteria kya hai in baaton ke jawab bataiye dekhiye hujjat hamare aap ke janne ki baat</w:t>
      </w:r>
      <w:r>
        <w:br/>
      </w:r>
      <w:r>
        <w:rPr>
          <w:sz w:val="20"/>
        </w:rPr>
        <w:t>54:01  nahi hai hum yeh nahi keh sakte ke hujjat tamam ho gayi yeh allah ke ilm mein hai</w:t>
      </w:r>
      <w:r>
        <w:br/>
      </w:r>
      <w:r>
        <w:rPr>
          <w:sz w:val="20"/>
        </w:rPr>
        <w:t>54:07  ke hujjat hui ke nahi hui peghambaron ko pata nahi hota tha ke hujjat hui ke nahi hui</w:t>
      </w:r>
      <w:r>
        <w:br/>
      </w:r>
      <w:r>
        <w:rPr>
          <w:sz w:val="20"/>
        </w:rPr>
        <w:t>54:13  yeh soch sahi nahi hai hamein to apni zimmedari ke liye kaam karna hai hujjat poori hui</w:t>
      </w:r>
      <w:r>
        <w:br/>
      </w:r>
      <w:r>
        <w:rPr>
          <w:sz w:val="20"/>
        </w:rPr>
        <w:t>54:20  ya nahi hui yeh Allah ka ke ilm ki baat hai</w:t>
      </w:r>
      <w:r>
        <w:br/>
      </w:r>
      <w:r>
        <w:rPr>
          <w:sz w:val="20"/>
        </w:rPr>
        <w:t>54:26  baqi jahan tak dawat ka talluq hai to wahi jo quran mein hai ke wa ma arsalna rasulan illa</w:t>
      </w:r>
      <w:r>
        <w:br/>
      </w:r>
      <w:r>
        <w:rPr>
          <w:sz w:val="20"/>
        </w:rPr>
        <w:t>54:36  bi risalatin qawmiyyatin to logon ki apni understandable zaban mein Allah ke paigham ko pahunchana logon ki apni understandable</w:t>
      </w:r>
      <w:r>
        <w:br/>
      </w:r>
      <w:r>
        <w:rPr>
          <w:sz w:val="20"/>
        </w:rPr>
        <w:t>54:46  zaban mein Allah ke paigham un ko pahunchana mislan quran ka tarjuma phailana literature phailana</w:t>
      </w:r>
      <w:r>
        <w:br/>
      </w:r>
      <w:r>
        <w:rPr>
          <w:sz w:val="20"/>
        </w:rPr>
        <w:t>54:57  bas yahi dawat hai baqi hujjat ka kaam aap ko hujjat ka muamla aap ko Allah ke upar</w:t>
      </w:r>
    </w:p>
    <w:p>
      <w:pPr>
        <w:pStyle w:val="Heading2"/>
      </w:pPr>
      <w:r>
        <w:t>Definition of result-oriented dawah work</w:t>
      </w:r>
    </w:p>
    <w:p>
      <w:r>
        <w:rPr>
          <w:color w:val="666666"/>
          <w:sz w:val="18"/>
        </w:rPr>
        <w:t>Society &amp; Dawah · Lessons from My Journey to Canada II January 10, 2016 · 1m 00s · at 57:53 · https://youtu.be/GHF2Ph3GW7A?t=3473</w:t>
      </w:r>
    </w:p>
    <w:p>
      <w:r>
        <w:rPr>
          <w:i/>
        </w:rPr>
        <w:t>“What is result-oriented dawah work?”</w:t>
      </w:r>
    </w:p>
    <w:p>
      <w:r>
        <w:rPr>
          <w:sz w:val="20"/>
        </w:rPr>
        <w:t>57:53  maulana, agla sawal chennai se kya hai maulana iqbal umri ne, aur unhone likha hai ke "result</w:t>
      </w:r>
      <w:r>
        <w:br/>
      </w:r>
      <w:r>
        <w:rPr>
          <w:sz w:val="20"/>
        </w:rPr>
        <w:t>58:01  oriented daawa work kiya hai?" maulana, is qism ke sawal log aksar kyun karte hain? is ke baray</w:t>
      </w:r>
      <w:r>
        <w:br/>
      </w:r>
      <w:r>
        <w:rPr>
          <w:sz w:val="20"/>
        </w:rPr>
        <w:t>58:08  mein batayen. mein to samajhta hoon ke yahan result ka matlab yeh nahi ke woh islam qabool kar</w:t>
      </w:r>
      <w:r>
        <w:br/>
      </w:r>
      <w:r>
        <w:rPr>
          <w:sz w:val="20"/>
        </w:rPr>
        <w:t>58:13  le, yeh matlab nahi.</w:t>
      </w:r>
      <w:r>
        <w:br/>
      </w:r>
      <w:r>
        <w:rPr>
          <w:sz w:val="20"/>
        </w:rPr>
        <w:t>58:16  balkeh hum ka matlab hum sachay speed ke sath dawat ka kaam karen ke Allah ka hukum hai,</w:t>
      </w:r>
      <w:r>
        <w:br/>
      </w:r>
      <w:r>
        <w:rPr>
          <w:sz w:val="20"/>
        </w:rPr>
        <w:t>58:23  is liye hum kar rahay hain.</w:t>
      </w:r>
      <w:r>
        <w:br/>
      </w:r>
      <w:r>
        <w:rPr>
          <w:sz w:val="20"/>
        </w:rPr>
        <w:t>58:25  sachi speed yeh</w:t>
      </w:r>
      <w:r>
        <w:br/>
      </w:r>
      <w:r>
        <w:rPr>
          <w:sz w:val="20"/>
        </w:rPr>
        <w:t>58:30  koi criterion nahi hai ke woh aadmi maan le ke na maan le, yeh uska apna choice</w:t>
      </w:r>
      <w:r>
        <w:br/>
      </w:r>
      <w:r>
        <w:rPr>
          <w:sz w:val="20"/>
        </w:rPr>
        <w:t>58:35  hai. hum us ko dictate nahi kar sakte.</w:t>
      </w:r>
      <w:r>
        <w:br/>
      </w:r>
      <w:r>
        <w:rPr>
          <w:sz w:val="20"/>
        </w:rPr>
        <w:t>58:40  humain sirf apnay aap ko dekhte rehna hai ke hum jo kaam kar rahay hain, woh sachi speed</w:t>
      </w:r>
      <w:r>
        <w:br/>
      </w:r>
      <w:r>
        <w:rPr>
          <w:sz w:val="20"/>
        </w:rPr>
        <w:t>58:45  ke sath kar rahay hain</w:t>
      </w:r>
      <w:r>
        <w:br/>
      </w:r>
      <w:r>
        <w:rPr>
          <w:sz w:val="20"/>
        </w:rPr>
        <w:t>58:48  ya nahi. agar sachi speed ke sath hai to bas wohi result oriented hai.</w:t>
      </w:r>
    </w:p>
    <w:p>
      <w:pPr>
        <w:pStyle w:val="Heading2"/>
      </w:pPr>
      <w:r>
        <w:t>Democracy in the Arab and Muslim world</w:t>
      </w:r>
    </w:p>
    <w:p>
      <w:r>
        <w:rPr>
          <w:color w:val="666666"/>
          <w:sz w:val="18"/>
        </w:rPr>
        <w:t>Society &amp; Dawah · The Creation Plan of God I February 14, 2016 · 57s · at 1:08:24 · https://youtu.be/BzfZIALqyNI?t=4104</w:t>
      </w:r>
    </w:p>
    <w:p>
      <w:r>
        <w:rPr>
          <w:i/>
        </w:rPr>
        <w:t>“Why there is no democracy in the Arab world? In your opinion, can true democracy ever be expected in the Arab and Muslim world?”</w:t>
      </w:r>
    </w:p>
    <w:p>
      <w:r>
        <w:rPr>
          <w:sz w:val="20"/>
        </w:rPr>
        <w:t>1:08:24  مولانا، اگلا سوال کیا ہے اسد صاحب نے بہار سے، اور انہوں نے لکھا ہے کہ: "مولانا، why</w:t>
      </w:r>
      <w:r>
        <w:br/>
      </w:r>
      <w:r>
        <w:rPr>
          <w:sz w:val="20"/>
        </w:rPr>
        <w:t>1:08:32  There is no democracy in the Arab world? In your opinion, can true democracy ever be expected in</w:t>
      </w:r>
      <w:r>
        <w:br/>
      </w:r>
      <w:r>
        <w:rPr>
          <w:sz w:val="20"/>
        </w:rPr>
        <w:t>1:08:40  the arab aur muslim world? bhai, bhai, dictate, bhai, dictate to nahi kar sakta.</w:t>
      </w:r>
      <w:r>
        <w:br/>
      </w:r>
      <w:r>
        <w:rPr>
          <w:sz w:val="20"/>
        </w:rPr>
        <w:t>1:08:46  woh un ka choice hai.</w:t>
      </w:r>
      <w:r>
        <w:br/>
      </w:r>
      <w:r>
        <w:rPr>
          <w:sz w:val="20"/>
        </w:rPr>
        <w:t>1:08:48  woh democracy ko lein ya dynasty ko lein, un ka apna choice hai.</w:t>
      </w:r>
      <w:r>
        <w:br/>
      </w:r>
      <w:r>
        <w:rPr>
          <w:sz w:val="20"/>
        </w:rPr>
        <w:t>1:08:53  hum, hamara choice yeh nahi hai.</w:t>
      </w:r>
      <w:r>
        <w:br/>
      </w:r>
      <w:r>
        <w:rPr>
          <w:sz w:val="20"/>
        </w:rPr>
        <w:t>1:08:56  albata agar woh violence karein to hum wahan un ko kahein ge ke woh violence karne ka right</w:t>
      </w:r>
      <w:r>
        <w:br/>
      </w:r>
      <w:r>
        <w:rPr>
          <w:sz w:val="20"/>
        </w:rPr>
        <w:t>1:09:04  un ko nahi hai.</w:t>
      </w:r>
      <w:r>
        <w:br/>
      </w:r>
      <w:r>
        <w:rPr>
          <w:sz w:val="20"/>
        </w:rPr>
        <w:t>1:09:05  democracy aur dynasty dono un ka apna choice hai.</w:t>
      </w:r>
      <w:r>
        <w:br/>
      </w:r>
      <w:r>
        <w:rPr>
          <w:sz w:val="20"/>
        </w:rPr>
        <w:t>1:09:09  hum dictate nahi kar sakte un ko.</w:t>
      </w:r>
      <w:r>
        <w:br/>
      </w:r>
      <w:r>
        <w:rPr>
          <w:sz w:val="20"/>
        </w:rPr>
        <w:t>1:09:12  albata agar violence karein ge woh to hum wahan bol sakte hain ke bhai tum apne had se</w:t>
      </w:r>
      <w:r>
        <w:br/>
      </w:r>
      <w:r>
        <w:rPr>
          <w:sz w:val="20"/>
        </w:rPr>
        <w:t>1:09:20  bahar ja rahe ho.</w:t>
      </w:r>
    </w:p>
    <w:p>
      <w:pPr>
        <w:pStyle w:val="Heading2"/>
      </w:pPr>
      <w:r>
        <w:t>Developing positive minds in madrasa girls</w:t>
      </w:r>
    </w:p>
    <w:p>
      <w:r>
        <w:rPr>
          <w:color w:val="666666"/>
          <w:sz w:val="18"/>
        </w:rPr>
        <w:t>Society &amp; Dawah · Politics and Nation Building May 19, 2013 · 1m 11s · at 1:08:07 · https://youtu.be/kmiMGq0Ki2Q?t=4087</w:t>
      </w:r>
    </w:p>
    <w:p>
      <w:r>
        <w:rPr>
          <w:i/>
        </w:rPr>
        <w:t>“I have an assignment to teach English to madrasa girls for one month. How can I effectively use this time to start the process of positive mind development in the girls?”</w:t>
      </w:r>
    </w:p>
    <w:p>
      <w:r>
        <w:rPr>
          <w:sz w:val="20"/>
        </w:rPr>
        <w:t>1:08:07  baqi sab cheezon ko secretary bana dein yehi ek hi solution hai is mamle ka Maulana agla sawal Raipur se hai miss Shabana ka unhon ne likha hai i have got an assignment to teach english to madrasa girls this goes me an opportunity of interaction for about one month</w:t>
      </w:r>
      <w:r>
        <w:br/>
      </w:r>
      <w:r>
        <w:rPr>
          <w:sz w:val="20"/>
        </w:rPr>
        <w:t>1:08:29  Maulana sahib you have mentioned many times that asal cheez hai development of mind that is positive thinking open mind its please guide me as to how i can effectively use this time of one month to start the process of the girls positive mind development</w:t>
      </w:r>
      <w:r>
        <w:br/>
      </w:r>
      <w:r>
        <w:rPr>
          <w:sz w:val="20"/>
        </w:rPr>
        <w:t>1:08:53  bhai yeh to ap yeh to on the spot baat tay karne ki hai ke jahan ap parhati hain woh station kya hai wahan kaise log hain wahan ke halaat kya hain is ke lehaz se ap khud plan karengi hum yahan se nahi bata sakte ke ap kya plan karein yahan se hum koi yani do do char ki tarah koi plan yahan se nahi bata sakte ap</w:t>
      </w:r>
    </w:p>
    <w:p>
      <w:pPr>
        <w:pStyle w:val="Heading2"/>
      </w:pPr>
      <w:r>
        <w:t>Difference between dawah and worship?</w:t>
      </w:r>
    </w:p>
    <w:p>
      <w:r>
        <w:rPr>
          <w:color w:val="666666"/>
          <w:sz w:val="18"/>
        </w:rPr>
        <w:t>Society &amp; Dawah · Islam in A New Age March 18, 2012 · 1m 07s · at 1:20:38 · https://youtu.be/P5hzq_NheY0?t=4838</w:t>
      </w:r>
    </w:p>
    <w:p>
      <w:r>
        <w:rPr>
          <w:i/>
        </w:rPr>
        <w:t>“What is the difference between dawah and worship?”</w:t>
      </w:r>
    </w:p>
    <w:p>
      <w:r>
        <w:rPr>
          <w:sz w:val="20"/>
        </w:rPr>
        <w:t>1:20:38  Maulana, agla sawal hai Tamil Nadu se Maulana Iqbal Umri sahib ka. unhon ne aapse poocha hai ke dawat aur ibadat mein kya farq hai?</w:t>
      </w:r>
      <w:r>
        <w:br/>
      </w:r>
      <w:r>
        <w:rPr>
          <w:sz w:val="20"/>
        </w:rPr>
        <w:t>1:20:51  ibadat to har aadmi ka farz hai. yani jab aap Allah par iman rakhte hain aur Allah ki qurbat chahte hain to ibadat ka jazba paida hota hai.</w:t>
      </w:r>
      <w:r>
        <w:br/>
      </w:r>
      <w:r>
        <w:rPr>
          <w:sz w:val="20"/>
        </w:rPr>
        <w:t>1:21:07  to jo kehte hain sirat-ul-abd bi rabbih us ke is ke tehat jo kaam kiya jata hai, us ko hum ibadat kehte hain.</w:t>
      </w:r>
      <w:r>
        <w:br/>
      </w:r>
      <w:r>
        <w:rPr>
          <w:sz w:val="20"/>
        </w:rPr>
        <w:t>1:21:18  aur dawat jo hai, doosron tak Allah ka paigham pahunchana.</w:t>
      </w:r>
      <w:r>
        <w:br/>
      </w:r>
      <w:r>
        <w:rPr>
          <w:sz w:val="20"/>
        </w:rPr>
        <w:t>1:21:21  to kaha yeh keh sakte hain ke ibadat ek ek zaati satah par Allah ke deen ko ikhtiyar karne ka naam hai.</w:t>
      </w:r>
      <w:r>
        <w:br/>
      </w:r>
      <w:r>
        <w:rPr>
          <w:sz w:val="20"/>
        </w:rPr>
        <w:t>1:21:30  aur dawat doosron ki satah par Allah ke deen ko pahunchane ka naam hai. ek ek ek internal hai, ek external hai.</w:t>
      </w:r>
      <w:r>
        <w:br/>
      </w:r>
      <w:r>
        <w:rPr>
          <w:sz w:val="20"/>
        </w:rPr>
        <w:t>1:21:42  yeh farq hai.</w:t>
      </w:r>
    </w:p>
    <w:p>
      <w:pPr>
        <w:pStyle w:val="Heading2"/>
      </w:pPr>
      <w:r>
        <w:t>Difference of CPS mission from conversion</w:t>
      </w:r>
    </w:p>
    <w:p>
      <w:r>
        <w:rPr>
          <w:color w:val="666666"/>
          <w:sz w:val="18"/>
        </w:rPr>
        <w:t>Society &amp; Dawah · Dars-e-Quran, Ch. 2 Verse 54 | March 18, 2018 · 1m 25s · at 58:40 · https://youtu.be/xQ2LXsz1oTw?t=3520</w:t>
      </w:r>
    </w:p>
    <w:p>
      <w:r>
        <w:rPr>
          <w:i/>
        </w:rPr>
        <w:t>“Many Muslims are engaged in dawah work, but the target seems conversion. How is the CPS mission different in this regard?”</w:t>
      </w:r>
    </w:p>
    <w:p>
      <w:r>
        <w:rPr>
          <w:sz w:val="20"/>
        </w:rPr>
        <w:t>58:40  maulana, un ka ek aur sawal hai, unhone likha hai: "many muslims are engaged in dawah work,</w:t>
      </w:r>
      <w:r>
        <w:br/>
      </w:r>
      <w:r>
        <w:rPr>
          <w:sz w:val="20"/>
        </w:rPr>
        <w:t>58:46  but their target seems conversion.</w:t>
      </w:r>
      <w:r>
        <w:br/>
      </w:r>
      <w:r>
        <w:rPr>
          <w:sz w:val="20"/>
        </w:rPr>
        <w:t>58:52  how is CPS mission different in this regard?" hargiz nahi, yaad rahe ke conversion hargiz hamara</w:t>
      </w:r>
      <w:r>
        <w:br/>
      </w:r>
      <w:r>
        <w:rPr>
          <w:sz w:val="20"/>
        </w:rPr>
        <w:t>58:59  target nahi hai.</w:t>
      </w:r>
      <w:r>
        <w:br/>
      </w:r>
      <w:r>
        <w:rPr>
          <w:sz w:val="20"/>
        </w:rPr>
        <w:t>59:05  target to doosron ne bana rakha hai.</w:t>
      </w:r>
      <w:r>
        <w:br/>
      </w:r>
      <w:r>
        <w:rPr>
          <w:sz w:val="20"/>
        </w:rPr>
        <w:t>59:11  target kehne ke ma'ne hain ke hum business kar rahe hain.</w:t>
      </w:r>
      <w:r>
        <w:br/>
      </w:r>
      <w:r>
        <w:rPr>
          <w:sz w:val="20"/>
        </w:rPr>
        <w:t>59:17  ya'ni dawat ek business ban jati hai, yeh taza taza bara ho, taza bara ho.</w:t>
      </w:r>
      <w:r>
        <w:br/>
      </w:r>
      <w:r>
        <w:rPr>
          <w:sz w:val="20"/>
        </w:rPr>
        <w:t>59:23  jab se democracy duniya mein aai hai, democracy, tab se ginti ka mu'amla barh gaya.</w:t>
      </w:r>
      <w:r>
        <w:br/>
      </w:r>
      <w:r>
        <w:rPr>
          <w:sz w:val="20"/>
        </w:rPr>
        <w:t>59:29  pehle yeh tha bhi nahi, yeh yeh ginti ka jo mu'amla hai ke</w:t>
      </w:r>
      <w:r>
        <w:br/>
      </w:r>
      <w:r>
        <w:rPr>
          <w:sz w:val="20"/>
        </w:rPr>
        <w:t>59:35  convert karo, ginti barhao, yeh aaya hai democracy ke zariye.</w:t>
      </w:r>
      <w:r>
        <w:br/>
      </w:r>
      <w:r>
        <w:rPr>
          <w:sz w:val="20"/>
        </w:rPr>
        <w:t>59:40  yeh khud Denon likha hai apni kitab "Discovery of India" mein ke democracy ki den hai yeh ke</w:t>
      </w:r>
      <w:r>
        <w:br/>
      </w:r>
      <w:r>
        <w:rPr>
          <w:sz w:val="20"/>
        </w:rPr>
        <w:t>59:45  ginti barhao, ginti barhao.</w:t>
      </w:r>
      <w:r>
        <w:br/>
      </w:r>
      <w:r>
        <w:rPr>
          <w:sz w:val="20"/>
        </w:rPr>
        <w:t>59:50  yeh to business ho gaya, dawat ek business ho gai.</w:t>
      </w:r>
      <w:r>
        <w:br/>
      </w:r>
      <w:r>
        <w:rPr>
          <w:sz w:val="20"/>
        </w:rPr>
        <w:t>59:55  Islam mein har giz har giz nahi yeh business.</w:t>
      </w:r>
      <w:r>
        <w:br/>
      </w:r>
      <w:r>
        <w:rPr>
          <w:sz w:val="20"/>
        </w:rPr>
        <w:t>1:00:00  Islam mein dawat ek business nahi, yeh yeh Islam mein ek muqaddas farz hai, ek</w:t>
      </w:r>
    </w:p>
    <w:p>
      <w:pPr>
        <w:pStyle w:val="Heading2"/>
      </w:pPr>
      <w:r>
        <w:t>Difficulty of being human-oriented</w:t>
      </w:r>
    </w:p>
    <w:p>
      <w:r>
        <w:rPr>
          <w:color w:val="666666"/>
          <w:sz w:val="18"/>
        </w:rPr>
        <w:t>Society &amp; Dawah · Revival of Muslims March 08, 2015 · 1m 03s · at 56:04 · https://youtu.be/8ShFcr8YozI?t=3364</w:t>
      </w:r>
    </w:p>
    <w:p>
      <w:r>
        <w:rPr>
          <w:i/>
        </w:rPr>
        <w:t>“Regarding the Al-Risala Mission, the accusation is that after the 1990s you are not oriented towards the Millat and Muslims. If you want to read, you should read books before 1990. Maulana, why is it so difficult to be human-oriented?”</w:t>
      </w:r>
    </w:p>
    <w:p>
      <w:r>
        <w:rPr>
          <w:sz w:val="20"/>
        </w:rPr>
        <w:t>56:04  maulana, agla sawal chennai se kiya hai maulana iqbal umri ne aur unhon ne likha hai ke maulana al risala mission ke bare mein yahi ilzaam hai ke 1990s ke baad se aap millat aur muslim oriented nahi hain.</w:t>
      </w:r>
      <w:r>
        <w:br/>
      </w:r>
      <w:r>
        <w:rPr>
          <w:sz w:val="20"/>
        </w:rPr>
        <w:t>56:23  agar aap ko padhna hai to 1990 se pehle ki kitabon ko padhna chahiye. maulana, insan oriented hona itna mushkil kyun hai?</w:t>
      </w:r>
      <w:r>
        <w:br/>
      </w:r>
      <w:r>
        <w:rPr>
          <w:sz w:val="20"/>
        </w:rPr>
        <w:t>56:36  mushkil to har cheez hoti hai is duniya mein, koi cheez mushkil aasan nahi hai. mushkil to har cheez hoti hai. to meri, mein to khud manta hoon ke pehle jo mein bana tha, woh madarse ne jaisa banaya hua tha, woh ban gaya.</w:t>
      </w:r>
      <w:r>
        <w:br/>
      </w:r>
      <w:r>
        <w:rPr>
          <w:sz w:val="20"/>
        </w:rPr>
        <w:t>56:55  ghar ne jaisa banaya hua hai, waisa ban gaya. mere qareeb ka jo mahaul tha, woh jaisa banaya hua tha, waisa ban gaya. phir mein ne khud apne aap ko discover kiya, quran ko discover kiya.</w:t>
      </w:r>
    </w:p>
    <w:p>
      <w:pPr>
        <w:pStyle w:val="Heading2"/>
      </w:pPr>
      <w:r>
        <w:t>Diversion towards politics in Abbasid period</w:t>
      </w:r>
    </w:p>
    <w:p>
      <w:r>
        <w:rPr>
          <w:color w:val="666666"/>
          <w:sz w:val="18"/>
        </w:rPr>
        <w:t>Society &amp; Dawah · Divine Ideology of Life I 11 July 2010 · 59s · at 1:13:49 · https://youtu.be/wOmHVfyjMJY?t=4429</w:t>
      </w:r>
    </w:p>
    <w:p>
      <w:r>
        <w:rPr>
          <w:i/>
        </w:rPr>
        <w:t>“What caused diversion towards politics during the Abbasid period?”</w:t>
      </w:r>
    </w:p>
    <w:p>
      <w:r>
        <w:rPr>
          <w:sz w:val="20"/>
        </w:rPr>
        <w:t>1:13:49  Maulana, un ka ek aur sawal hai. unhon ne likha hai ke "What caused diversion towards politics during the Abbasid period?" to main ne arz kiya</w:t>
      </w:r>
      <w:r>
        <w:br/>
      </w:r>
      <w:r>
        <w:rPr>
          <w:sz w:val="20"/>
        </w:rPr>
        <w:t>1:14:02  ke jab environment, jab rasool Allah ke zamane mein, sahaba ke zamane mein tha, woh woh political power ka nahin tha. wahan koi political power nahin thi.</w:t>
      </w:r>
      <w:r>
        <w:br/>
      </w:r>
      <w:r>
        <w:rPr>
          <w:sz w:val="20"/>
        </w:rPr>
        <w:t>1:14:13  to Lord Acton ne kaha tha ke power corrupts and absolute power corrupts absolutely. yahan power ka matlab hai political power.</w:t>
      </w:r>
      <w:r>
        <w:br/>
      </w:r>
      <w:r>
        <w:rPr>
          <w:sz w:val="20"/>
        </w:rPr>
        <w:t>1:14:24  to power corrupts and absolute power corrupts absolutely. jaise power aaya to corruption shuru ho gaya.</w:t>
      </w:r>
      <w:r>
        <w:br/>
      </w:r>
      <w:r>
        <w:rPr>
          <w:sz w:val="20"/>
        </w:rPr>
        <w:t>1:14:32  empire ban gaya to corruption apne peak par pahunch gaya. yeh to sab har ek ke sath ho gaya. jahan bhi power aaya, corruption aaya. yeh to sab aaj yeh to universal phenomena hai.</w:t>
      </w:r>
    </w:p>
    <w:p>
      <w:pPr>
        <w:pStyle w:val="Heading2"/>
      </w:pPr>
      <w:r>
        <w:t>Does Islam Need to Redefine Itself?</w:t>
      </w:r>
    </w:p>
    <w:p>
      <w:r>
        <w:rPr>
          <w:color w:val="666666"/>
          <w:sz w:val="18"/>
        </w:rPr>
        <w:t>Society &amp; Dawah · Realization of God September 15, 2013 · 1m 37s · at 1:11:38 · https://youtu.be/CNEEeM5uyi8?t=4298</w:t>
      </w:r>
    </w:p>
    <w:p>
      <w:r>
        <w:rPr>
          <w:i/>
        </w:rPr>
        <w:t>“Is it time that Islam needs to redefine itself? Can we expect Islam to be more liberal in the coming future? What is your comment on this?”</w:t>
      </w:r>
    </w:p>
    <w:p>
      <w:r>
        <w:rPr>
          <w:sz w:val="20"/>
        </w:rPr>
        <w:t>1:11:38  org. i repeat, info at cps global dot org. Maulana, agla sawal Salman sahib ka hai, Aligarh se.</w:t>
      </w:r>
      <w:r>
        <w:br/>
      </w:r>
      <w:r>
        <w:rPr>
          <w:sz w:val="20"/>
        </w:rPr>
        <w:t>1:11:47  unhone likha hai: "Maulana sahib, is it time that Islam needs to redefine itself? can we expect Islam to be more liberal in coming future?</w:t>
      </w:r>
      <w:r>
        <w:br/>
      </w:r>
      <w:r>
        <w:rPr>
          <w:sz w:val="20"/>
        </w:rPr>
        <w:t>1:11:58  what is your comment on this?" nahi, yeh koi yeh koi sawal nahi hai. sara sawal jo hai, musalmanon ne paida kar rakha hai.</w:t>
      </w:r>
      <w:r>
        <w:br/>
      </w:r>
      <w:r>
        <w:rPr>
          <w:sz w:val="20"/>
        </w:rPr>
        <w:t>1:12:07  Islam apne aap mein bilkul aaj bhi intact hai, bilkul natural nature par qaim hai. jo Islam Quran mein aur sunnat mein hai, woh aaj bhi waise hi hai jaisa ke pehle tha.</w:t>
      </w:r>
      <w:r>
        <w:br/>
      </w:r>
      <w:r>
        <w:rPr>
          <w:sz w:val="20"/>
        </w:rPr>
        <w:t>1:12:20  musalman apne aap ko Islam ka numainda bana kar pesh karte hain, apne idaron ko Islami idara batate hain, apne hukumaton ko Islami hukumat batate hain.</w:t>
      </w:r>
      <w:r>
        <w:br/>
      </w:r>
      <w:r>
        <w:rPr>
          <w:sz w:val="20"/>
        </w:rPr>
        <w:t>1:12:31  is waqt dunya ko confusion ho raha hai.</w:t>
      </w:r>
      <w:r>
        <w:br/>
      </w:r>
      <w:r>
        <w:rPr>
          <w:sz w:val="20"/>
        </w:rPr>
        <w:t>1:12:35  confusion is musalmanon ne paida kiya hai, Islam ne koi confusion nahi paida kiya. aaj bhi Quran intact hai, aaj bhi hadith intact hai, aaj bhi sahaba ki zindagiun ka halaat intact hain.</w:t>
      </w:r>
      <w:r>
        <w:br/>
      </w:r>
      <w:r>
        <w:rPr>
          <w:sz w:val="20"/>
        </w:rPr>
        <w:t>1:12:46  sara masla yeh hai ke musalman apne galat kaam karte hain, qoumi galat ko pata hai, qoumi kaam aur is ka naam rakhte hain Islam.</w:t>
      </w:r>
      <w:r>
        <w:br/>
      </w:r>
      <w:r>
        <w:rPr>
          <w:sz w:val="20"/>
        </w:rPr>
        <w:t>1:12:55  is ka naam Islam rakh dete hain, Islami idara, Islami mamlikat aur Islami hukumat aur Islami jamaat. yeh sab khud sakhta naam hain.</w:t>
      </w:r>
      <w:r>
        <w:br/>
      </w:r>
      <w:r>
        <w:rPr>
          <w:sz w:val="20"/>
        </w:rPr>
        <w:t>1:13:06  is ko alag kar diya to Islam aaj bhi waise hi hai, intact jaisa ke pehle tha.</w:t>
      </w:r>
    </w:p>
    <w:p>
      <w:pPr>
        <w:pStyle w:val="Heading2"/>
      </w:pPr>
      <w:r>
        <w:t>Does dawa work earn greater reward than good deeds?</w:t>
      </w:r>
    </w:p>
    <w:p>
      <w:r>
        <w:rPr>
          <w:color w:val="666666"/>
          <w:sz w:val="18"/>
        </w:rPr>
        <w:t>Society &amp; Dawah · Spiritual Goal January 15, 2017 · 1m 34s · at 1:08:38 · https://youtu.be/D3JYu4p_P34?t=4118</w:t>
      </w:r>
    </w:p>
    <w:p>
      <w:r>
        <w:rPr>
          <w:i/>
        </w:rPr>
        <w:t>“The Quran says that God will help those who do Dawa work. Dawa work is called in the Quran helping as helping God. That is doing God's work. If we do good deeds, we do it for our own betterment. But communicating divine message to God's servant is helping God. Won't it earn greater reward?”</w:t>
      </w:r>
    </w:p>
    <w:p>
      <w:r>
        <w:rPr>
          <w:sz w:val="20"/>
        </w:rPr>
        <w:t>1:08:38  maulana, agla sawal doctor farida khanam ne dilli se bheja hai.</w:t>
      </w:r>
      <w:r>
        <w:br/>
      </w:r>
      <w:r>
        <w:rPr>
          <w:sz w:val="20"/>
        </w:rPr>
        <w:t>1:08:45  unho ne likha hai: "The Quran says that God will help those who do Dawa work.</w:t>
      </w:r>
      <w:r>
        <w:br/>
      </w:r>
      <w:r>
        <w:rPr>
          <w:sz w:val="20"/>
        </w:rPr>
        <w:t>1:08:52  Dawa work is called in the Quran helping as helping God. That is doing God's work. If we do good deeds, we do it for our own betterment. But communicating divine message to God's servant is helping God. Won't it earn greater reward?</w:t>
      </w:r>
      <w:r>
        <w:br/>
      </w:r>
      <w:r>
        <w:rPr>
          <w:sz w:val="20"/>
        </w:rPr>
        <w:t>1:09:13  To is mein to kuch sawal hain. Sahi baat hai. Ji, Maulana ne unhone wohi poocha hai ke agar good deeds karenge to woh to aap ki improvement ke liye hai, lekin Khuda ka kaam jo hai, woh kya bada reward nahi kisi ko dilayega? To yeh is mein ek sawal ka hissa tha, Maulana. To dono ek doosre se mile hue hain, alag alag hain. Ji Ji. So we will end today's session and will be back next Sunday same time. Thank you.</w:t>
      </w:r>
    </w:p>
    <w:p>
      <w:pPr>
        <w:pStyle w:val="Heading2"/>
      </w:pPr>
      <w:r>
        <w:t>Does listening indicate lack of faith confidence</w:t>
      </w:r>
    </w:p>
    <w:p>
      <w:r>
        <w:rPr>
          <w:color w:val="666666"/>
          <w:sz w:val="18"/>
        </w:rPr>
        <w:t>Society &amp; Dawah · Material Science and Spiritual Science 20 May 2012 · 1m 31s · at 1:22:31 · https://youtu.be/4K6CxjThlxQ?t=4951</w:t>
      </w:r>
    </w:p>
    <w:p>
      <w:r>
        <w:rPr>
          <w:i/>
        </w:rPr>
        <w:t>“When doing dawah, one strategy is to listen to the other person's talk as well. Does listening to others mean that we are not fully confident in our own faith and thinking?”</w:t>
      </w:r>
    </w:p>
    <w:p>
      <w:r>
        <w:rPr>
          <w:sz w:val="20"/>
        </w:rPr>
        <w:t>1:22:31  Hadith ka matlab yahi hai woh Hadith absolute sense mein nahi hai Maulana agla sawal Hyderabad se hai Mr Zeeshan ne likha hai</w:t>
      </w:r>
      <w:r>
        <w:br/>
      </w:r>
      <w:r>
        <w:rPr>
          <w:sz w:val="20"/>
        </w:rPr>
        <w:t>1:22:42  unhon ne likha hai ke dawat karte waqt doosron se baat karne ki ek strategy yeh bhi hai ke hum apni baat sunane ke sath sath doosre ki baat doosre ki baaton ko bhi sunein Maulana kya doosron ki baaton ko sunne ka matlab kya hum yeh le sakte hain ke hamein apne iman aur thinking par poori tarah se yaqin nahi nahi nahi bilkul galat baat yeh hai doosre ko nahi janenge aap to dawat kar denge</w:t>
      </w:r>
      <w:r>
        <w:br/>
      </w:r>
      <w:r>
        <w:rPr>
          <w:sz w:val="20"/>
        </w:rPr>
        <w:t>1:23:11  aap mein to yahan tak kehta hoon ke main empathetic mind ho kar sunta hoon kisi bhi shakhs ko chahe woh kuch bhi kehta ho kitni ulti baat bhi kehta ho lekin main empathetic mind ho kar sunta hoon us ko nahi janega jab tak us ko janenge nahi aap tab dawat kar denge dekhein dawat mein kaha karta hoon ke dawat koi announcement ka naam nahi hai ke announce kar diya dawat ho gayi</w:t>
      </w:r>
      <w:r>
        <w:br/>
      </w:r>
      <w:r>
        <w:rPr>
          <w:sz w:val="20"/>
        </w:rPr>
        <w:t>1:23:38  dawat naam hai kal fi anfusihim kal baligha yani is ka mind address ho tab dawat hai nahi to dawat nahi hai woh to mind ko address karne wali dawat to jab hogi jab aap samjhe is ke mind ko mind ko jaane nahi aap address kiya karenge aap to khoob sunna chahiye</w:t>
      </w:r>
    </w:p>
    <w:p>
      <w:pPr>
        <w:pStyle w:val="Heading2"/>
      </w:pPr>
      <w:r>
        <w:t>Does the enjoining good group exist?</w:t>
      </w:r>
    </w:p>
    <w:p>
      <w:r>
        <w:rPr>
          <w:color w:val="666666"/>
          <w:sz w:val="18"/>
        </w:rPr>
        <w:t>Society &amp; Dawah · Islam and Violence October 12, 2014 · 1m 42s · at 1:15:37 · https://youtu.be/KmpXYZjPlj8?t=4537</w:t>
      </w:r>
    </w:p>
    <w:p>
      <w:r>
        <w:rPr>
          <w:i/>
        </w:rPr>
        <w:t>“In Surah Al-Imran it is said that there should be a group among you that calls people to goodness, enjoins good, and forbids evil. These are the successful ones. I want to know if such a group exists now or not, or should we try to create one, and if so, at an organizational level or a movement level?”</w:t>
      </w:r>
    </w:p>
    <w:p>
      <w:r>
        <w:rPr>
          <w:sz w:val="20"/>
        </w:rPr>
        <w:t>1:15:37  maulana, agla sawal naseem khan sahib ka hai, mumbai se, aur unhon ne likha hai: "maulana, al imran mein kaha gaya hai tum mein ek jamaat aisi honi chahiye jo logon ko khair ki taraf bulaye,</w:t>
      </w:r>
      <w:r>
        <w:br/>
      </w:r>
      <w:r>
        <w:rPr>
          <w:sz w:val="20"/>
        </w:rPr>
        <w:t>1:15:55  bhalaai ka hukum de, aur buraiyon buraiyon se roke. yahi log kamyab hone wale hain.</w:t>
      </w:r>
      <w:r>
        <w:br/>
      </w:r>
      <w:r>
        <w:rPr>
          <w:sz w:val="20"/>
        </w:rPr>
        <w:t>1:16:04  mein yeh janna chahta hoon ke yeh jamaat abhi koi hai ya nahin hai, ya banane ki koshish ki jaye, aur koshish ki jaye to woh tanzeemi satah par ho ya tehreeki satah par?</w:t>
      </w:r>
      <w:r>
        <w:br/>
      </w:r>
      <w:r>
        <w:rPr>
          <w:sz w:val="20"/>
        </w:rPr>
        <w:t>1:16:18  baraye karam bataein." dekhiye, mein to yahi manta hoon ke tehreeki satah par, tanzeemi satah par nahin.</w:t>
      </w:r>
      <w:r>
        <w:br/>
      </w:r>
      <w:r>
        <w:rPr>
          <w:sz w:val="20"/>
        </w:rPr>
        <w:t>1:16:26  is aayat mein yeh nahin keh lafz jamaat ka matlab yeh nahin keh woh organization jo aaj kal samjha jata hai keh log member hon, un ka register ho.</w:t>
      </w:r>
      <w:r>
        <w:br/>
      </w:r>
      <w:r>
        <w:rPr>
          <w:sz w:val="20"/>
        </w:rPr>
        <w:t>1:16:37  is mani mein nahin hai. matlab jamaat log ke mani mein hai. aise log hone chahiye jo yeh kaam karen. bas musalmanon ke andar jamaat banana, yeh mein is ko sahi nahin samajhta.</w:t>
      </w:r>
      <w:r>
        <w:br/>
      </w:r>
      <w:r>
        <w:rPr>
          <w:sz w:val="20"/>
        </w:rPr>
        <w:t>1:16:51  jo musalmanon ki ummat-e-muslima hai, wohi jamaat hai.</w:t>
      </w:r>
      <w:r>
        <w:br/>
      </w:r>
      <w:r>
        <w:rPr>
          <w:sz w:val="20"/>
        </w:rPr>
        <w:t>1:16:55  ab jis ko kaam karna hai, woh kare, baghair yani tanzeem banaye, baghair kare. mein is ka qael hoon keh musalmanon ke andar double tanzeem banaye, yeh yeh isi se firqa paida hota hai, firqabandi hoti hai.</w:t>
      </w:r>
      <w:r>
        <w:br/>
      </w:r>
      <w:r>
        <w:rPr>
          <w:sz w:val="20"/>
        </w:rPr>
        <w:t>1:17:10  to is aayat ko jo aap ne farmaya, is se murad bilashuba historical pattern hai, jamaati pattern nahin hai.</w:t>
      </w:r>
    </w:p>
    <w:p>
      <w:pPr>
        <w:pStyle w:val="Heading2"/>
      </w:pPr>
      <w:r>
        <w:t>Donating to sectarian institutions and support</w:t>
      </w:r>
    </w:p>
    <w:p>
      <w:r>
        <w:rPr>
          <w:color w:val="666666"/>
          <w:sz w:val="18"/>
        </w:rPr>
        <w:t>Society &amp; Dawah · Present Day Muslims Jan 13, 2013 · 1m 20s · at 1:25:33 · https://youtu.be/CVcbWVYitog?t=5133</w:t>
      </w:r>
    </w:p>
    <w:p>
      <w:r>
        <w:rPr>
          <w:i/>
        </w:rPr>
        <w:t>“Is donating to any sect's mosque or madrasa supporting sectarianism? Please explain.”</w:t>
      </w:r>
    </w:p>
    <w:p>
      <w:r>
        <w:rPr>
          <w:sz w:val="20"/>
        </w:rPr>
        <w:t>1:25:33  maulana, agla sawal bhi pakistan se hai, aamir bin yusuf sahib ka. unhon ne likha hai: "kisi bhi firqa ki masjid ya madrasa ko chanda dena firqa wariyat ko support karna hai ya nahi?</w:t>
      </w:r>
      <w:r>
        <w:br/>
      </w:r>
      <w:r>
        <w:rPr>
          <w:sz w:val="20"/>
        </w:rPr>
        <w:t>1:25:48  is ke baray mein bataein." bhai, yeh sab maqami maslay hain, aap wohi janiye jahan aap hain. main yahan se baith kar kuch nahi kar sakta. baqi maine nahi samjha ke masjidon ko itni masjidain ho chuki hain, ab nai masjidain banane ki koi zaroorat nahi hai.</w:t>
      </w:r>
      <w:r>
        <w:br/>
      </w:r>
      <w:r>
        <w:rPr>
          <w:sz w:val="20"/>
        </w:rPr>
        <w:t>1:26:03  masjidon ko chanda dene ke bajaye aap dawat mein paisa kharch kijiye. itni masjidain hain, itni masjidain hain ke mazeed masjidon ki koi zaroorat hi nahi hai.</w:t>
      </w:r>
      <w:r>
        <w:br/>
      </w:r>
      <w:r>
        <w:rPr>
          <w:sz w:val="20"/>
        </w:rPr>
        <w:t>1:26:13  agar aap ka paisa hai to dawat Allah mein kharch kijiye, quran ke tarjume mein kharch kijiye. koi zaroorat nahi hai nai masjidain banane ki. bohat kaafi hai jitne musalman hain, un ko namaz ada karne ke liye.</w:t>
      </w:r>
      <w:r>
        <w:br/>
      </w:r>
      <w:r>
        <w:rPr>
          <w:sz w:val="20"/>
        </w:rPr>
        <w:t>1:26:27  mazeed yeh ke rasool Allah ne farmaya ke sari zameen bhari masjidain bana di gayeen.</w:t>
      </w:r>
      <w:r>
        <w:br/>
      </w:r>
      <w:r>
        <w:rPr>
          <w:sz w:val="20"/>
        </w:rPr>
        <w:t>1:26:33  to jahan yani aik building ke roop mein, aik aik aik aik building ke roop mein masjid balfarz na kahin ho, tab bhi aap bazaar mein parh li jiye namaz.</w:t>
      </w:r>
      <w:r>
        <w:br/>
      </w:r>
      <w:r>
        <w:rPr>
          <w:sz w:val="20"/>
        </w:rPr>
        <w:t>1:26:46  is mein koi harj o harj nahi hai. yeh sab to bekar baatein hain.</w:t>
      </w:r>
    </w:p>
    <w:p>
      <w:pPr>
        <w:pStyle w:val="Heading2"/>
      </w:pPr>
      <w:r>
        <w:t>Double standard on mosque relocation</w:t>
      </w:r>
    </w:p>
    <w:p>
      <w:r>
        <w:rPr>
          <w:color w:val="666666"/>
          <w:sz w:val="18"/>
        </w:rPr>
        <w:t>Society &amp; Dawah · The Lesson of History September 21, 2014 · 1m 56s · at 1:15:40 · https://youtu.be/aMVHLKMkhcQ?t=4540</w:t>
      </w:r>
    </w:p>
    <w:p>
      <w:r>
        <w:rPr>
          <w:i/>
        </w:rPr>
        <w:t>“Muslims do not raise any objection to the relocation of mosques in Arab countries, but they do not accept the same principle for India. Why is this difference in their attitude?”</w:t>
      </w:r>
    </w:p>
    <w:p>
      <w:r>
        <w:rPr>
          <w:sz w:val="20"/>
        </w:rPr>
        <w:t>1:15:40  Maulana, agla sawal Dr. Fareeda Khanam ne Delhi se kiya hai. aur unhone likha hai ke Muslims do not raise any objection to the relocation of masjid in Arab countries, but they do not accept the same principle for India.</w:t>
      </w:r>
      <w:r>
        <w:br/>
      </w:r>
      <w:r>
        <w:rPr>
          <w:sz w:val="20"/>
        </w:rPr>
        <w:t>1:15:56  Why is this difference in their attitude? is zamane mein maine likha tha is par article.</w:t>
      </w:r>
      <w:r>
        <w:br/>
      </w:r>
      <w:r>
        <w:rPr>
          <w:sz w:val="20"/>
        </w:rPr>
        <w:t>1:16:04  to Hindustan ke jo yeh jo is zamane mein jo aa gaye the Babri Masjid ke tehreek mein, unhone kaha ke woh Arab wale Arab jaane.</w:t>
      </w:r>
      <w:r>
        <w:br/>
      </w:r>
      <w:r>
        <w:rPr>
          <w:sz w:val="20"/>
        </w:rPr>
        <w:t>1:16:17  hum hum yahan India mein, hamara Islam, hamara yani India mein in ka Islam alag hai, Arab wale in ka Islam alag hai.</w:t>
      </w:r>
      <w:r>
        <w:br/>
      </w:r>
      <w:r>
        <w:rPr>
          <w:sz w:val="20"/>
        </w:rPr>
        <w:t>1:16:27  yeh kitni imkan jawab hai yeh. yeh koi jawab hai ke arab ka islam jo bhi ho, hamara islam alag hai.</w:t>
      </w:r>
      <w:r>
        <w:br/>
      </w:r>
      <w:r>
        <w:rPr>
          <w:sz w:val="20"/>
        </w:rPr>
        <w:t>1:16:37  toh is ke koi logic nahi, koi is ki koi daleel nahi, kuch bhi nahi. yeh ek ek ek hadd dharmi ki baat hai.</w:t>
      </w:r>
      <w:r>
        <w:br/>
      </w:r>
      <w:r>
        <w:rPr>
          <w:sz w:val="20"/>
        </w:rPr>
        <w:t>1:16:49  is mein toh mein bohat zyada mein yani india mein safar kiya tha, taqreerein ki thi, mazmoon likhe thay. aur koi ek bhi musalman india mein mujhe nahi mila, na ab bhi hai, jo babri masjid ke baray mein sahi maano mein deeni andaaz mein sochta ho.</w:t>
      </w:r>
      <w:r>
        <w:br/>
      </w:r>
      <w:r>
        <w:rPr>
          <w:sz w:val="20"/>
        </w:rPr>
        <w:t>1:17:06  sirf jazbati sochte hain log. aaj bhi mujhe nahi maloom ke babri masjid ke naam aate hain, bhadak uthte hain. yeh na is ka taluq na islam se hai, na aqal se hai, kisi</w:t>
      </w:r>
      <w:r>
        <w:br/>
      </w:r>
      <w:r>
        <w:rPr>
          <w:sz w:val="20"/>
        </w:rPr>
        <w:t>1:17:18  cheez se nahi. ek jazb, ek toh ek stripped emotionalism hai. emotionalism bhi koi hoti hogi, sahi.</w:t>
      </w:r>
      <w:r>
        <w:br/>
      </w:r>
      <w:r>
        <w:rPr>
          <w:sz w:val="20"/>
        </w:rPr>
        <w:t>1:17:27  lekin yeh musalmanon ke jo hai, stripped emotionalism hai. koi sar na paye is emotionalism ka.</w:t>
      </w:r>
    </w:p>
    <w:p>
      <w:pPr>
        <w:pStyle w:val="Heading2"/>
      </w:pPr>
      <w:r>
        <w:t>Double standard towards wife and mother</w:t>
      </w:r>
    </w:p>
    <w:p>
      <w:r>
        <w:rPr>
          <w:color w:val="666666"/>
          <w:sz w:val="18"/>
        </w:rPr>
        <w:t>Society &amp; Dawah · Roza and Quran July 18, 2010 · 1m 53s · at 1:15:56 · https://youtu.be/TSjqSQEb0EQ?t=4556</w:t>
      </w:r>
    </w:p>
    <w:p>
      <w:r>
        <w:rPr>
          <w:i/>
        </w:rPr>
        <w:t>“I have often heard people criticizing their wives, but when it comes to their mother, they see her as the best woman. Why does a man have this dual thinking towards women?”</w:t>
      </w:r>
    </w:p>
    <w:p>
      <w:r>
        <w:rPr>
          <w:sz w:val="20"/>
        </w:rPr>
        <w:t>1:15:56  Maulana, agla sawal Mr Nafeez Shiraz ka, Delhi se hain. unhon ne likha hai ke maine aksar logon ko apni biwi ki buraiyan karte suna hai.</w:t>
      </w:r>
      <w:r>
        <w:br/>
      </w:r>
      <w:r>
        <w:rPr>
          <w:sz w:val="20"/>
        </w:rPr>
        <w:t>1:16:07  kehte hain, "meri biwi mein falan kharabi hai, falan aib hai, is mein yeh baat achi nahi, woh baat achi nahi." magar jab baat aati hai us ki maa ki to use apni maa duniya ki sab se achi aurat nazar aati hai.</w:t>
      </w:r>
      <w:r>
        <w:br/>
      </w:r>
      <w:r>
        <w:rPr>
          <w:sz w:val="20"/>
        </w:rPr>
        <w:t>1:16:22  jabke us ki maa bhi ek aurat hai aur biwi bhi ek aurat hai. aurat ke liye mard ki yeh do tarah ki soch kyun hai?</w:t>
      </w:r>
      <w:r>
        <w:br/>
      </w:r>
      <w:r>
        <w:rPr>
          <w:sz w:val="20"/>
        </w:rPr>
        <w:t>1:16:31  jab aurat maa ke roop mein hai to use achi, use is mein achaiyan hi achaiyan nazar aati hain. aur jab aurat biwi ke roop mein hai to use is mein khamiyan hi khamiyan nazar aati hain.</w:t>
      </w:r>
      <w:r>
        <w:br/>
      </w:r>
      <w:r>
        <w:rPr>
          <w:sz w:val="20"/>
        </w:rPr>
        <w:t>1:16:43  Maulana, is ko bataein, aisa kyun hai? main to dono gunah samajhta hoon. maa ki tareefein karna bhi gunah hai aur biwi ki burai karna bhi gunah hai.</w:t>
      </w:r>
      <w:r>
        <w:br/>
      </w:r>
      <w:r>
        <w:rPr>
          <w:sz w:val="20"/>
        </w:rPr>
        <w:t>1:16:52  main dono ke ek sath gunah samajhta hoon. main bohat sakht is mamle mein hoon.</w:t>
      </w:r>
      <w:r>
        <w:br/>
      </w:r>
      <w:r>
        <w:rPr>
          <w:sz w:val="20"/>
        </w:rPr>
        <w:t>1:16:59  bohat sakht is mamle mein hoon. na maa ki achai bayan karo, na biwi ki burai bayan karo.</w:t>
      </w:r>
      <w:r>
        <w:br/>
      </w:r>
      <w:r>
        <w:rPr>
          <w:sz w:val="20"/>
        </w:rPr>
        <w:t>1:17:09  aur dono ko main gunah samajhta hoon. aur Allah taala ke sakht pakad hogi in logon ki nate ke upar samajhta hoon. yeh zuban ka galat istemal hai.</w:t>
      </w:r>
      <w:r>
        <w:br/>
      </w:r>
      <w:r>
        <w:rPr>
          <w:sz w:val="20"/>
        </w:rPr>
        <w:t>1:17:20  aur main samajhta hoon ke yeh yeh jo hamare desh mein jo riwaj hai, woh riwaj se aa</w:t>
      </w:r>
      <w:r>
        <w:br/>
      </w:r>
      <w:r>
        <w:rPr>
          <w:sz w:val="20"/>
        </w:rPr>
        <w:t>1:17:28  ya hai. yeh yani hamare desh mein is ka riwaj hai. yani maa ko yani devta ka darja diya jata hai.</w:t>
      </w:r>
      <w:r>
        <w:br/>
      </w:r>
      <w:r>
        <w:rPr>
          <w:sz w:val="20"/>
        </w:rPr>
        <w:t>1:17:37  yahan tak mein samajhta hoon. isi zamane mein yeh aaya hai. warna yeh baat jo doosre mulkon mein nahin hai. yeh sirf isi isi ilaqe mein hai. yeh</w:t>
      </w:r>
    </w:p>
    <w:p>
      <w:pPr>
        <w:pStyle w:val="Heading2"/>
      </w:pPr>
      <w:r>
        <w:t>Duty of Mecca to spread peace</w:t>
      </w:r>
    </w:p>
    <w:p>
      <w:r>
        <w:rPr>
          <w:color w:val="666666"/>
          <w:sz w:val="18"/>
        </w:rPr>
        <w:t>Society &amp; Dawah · Root Cause of Terrorism February 22, 2015 · 1m 01s · at 50:51 · https://youtu.be/n0AIGEI7b9U?t=3051</w:t>
      </w:r>
    </w:p>
    <w:p>
      <w:r>
        <w:rPr>
          <w:i/>
        </w:rPr>
        <w:t>“Regarding spreading the goal of peace, isn't it the main duty of the people of Mecca, as all different sects of Muslims are following their own imams, but the...”</w:t>
      </w:r>
    </w:p>
    <w:p>
      <w:r>
        <w:rPr>
          <w:sz w:val="20"/>
        </w:rPr>
        <w:t>50:51  maulana, agla sawal Singapore se kiya hai Noreen Sattar ne.</w:t>
      </w:r>
      <w:r>
        <w:br/>
      </w:r>
      <w:r>
        <w:rPr>
          <w:sz w:val="20"/>
        </w:rPr>
        <w:t>50:56  انہوں نے آپ سے پوچھا ہے کہ: "Regarding spreading this goal of peace, isn't it the main duty</w:t>
      </w:r>
      <w:r>
        <w:br/>
      </w:r>
      <w:r>
        <w:rPr>
          <w:sz w:val="20"/>
        </w:rPr>
        <w:t>51:03  of the people of Makkah, as all different sects of Muslim are following their own imams, but they</w:t>
      </w:r>
      <w:r>
        <w:br/>
      </w:r>
      <w:r>
        <w:rPr>
          <w:sz w:val="20"/>
        </w:rPr>
        <w:t>51:11  All do take the Mecca fatwa seriously.</w:t>
      </w:r>
      <w:r>
        <w:br/>
      </w:r>
      <w:r>
        <w:rPr>
          <w:sz w:val="20"/>
        </w:rPr>
        <w:t>51:14  "Don't you think that Saudi people have failed in this duty? Why are they silent on this?" Nahin,</w:t>
      </w:r>
      <w:r>
        <w:br/>
      </w:r>
      <w:r>
        <w:rPr>
          <w:sz w:val="20"/>
        </w:rPr>
        <w:t>51:22  yeh yeh yeh mujhe nahin maloom ke yeh kis ka nazariya hai.</w:t>
      </w:r>
      <w:r>
        <w:br/>
      </w:r>
      <w:r>
        <w:rPr>
          <w:sz w:val="20"/>
        </w:rPr>
        <w:t>51:27  Makkah ki zimmedari nahin hai, yeh to sari Muslim ummat ki zimmedari hai.</w:t>
      </w:r>
      <w:r>
        <w:br/>
      </w:r>
      <w:r>
        <w:rPr>
          <w:sz w:val="20"/>
        </w:rPr>
        <w:t>51:33  Makkah Hajj ka center hai, bas Makkah jo hai Hajj ka center hai.</w:t>
      </w:r>
      <w:r>
        <w:br/>
      </w:r>
      <w:r>
        <w:rPr>
          <w:sz w:val="20"/>
        </w:rPr>
        <w:t>51:39  yeh inhone jo likha hai, mujhe nahin maloom ke yeh kis ka nazariya hai.</w:t>
      </w:r>
      <w:r>
        <w:br/>
      </w:r>
      <w:r>
        <w:rPr>
          <w:sz w:val="20"/>
        </w:rPr>
        <w:t>51:45  yeh yeh sare musalmanon ki duty hai, inhi ki duty kyun hai? sari Muslim ummat ki duty hai.</w:t>
      </w:r>
    </w:p>
    <w:p>
      <w:pPr>
        <w:pStyle w:val="Heading2"/>
      </w:pPr>
      <w:r>
        <w:t>Easy formula for doing dawah work</w:t>
      </w:r>
    </w:p>
    <w:p>
      <w:r>
        <w:rPr>
          <w:color w:val="666666"/>
          <w:sz w:val="18"/>
        </w:rPr>
        <w:t>Society &amp; Dawah · Age of Peace November 18, 2012 · 1m 37s · at 1:32:09 · https://youtu.be/Y9nkQnBqbrs?t=5529</w:t>
      </w:r>
    </w:p>
    <w:p>
      <w:r>
        <w:rPr>
          <w:i/>
        </w:rPr>
        <w:t>“What is the easy formula for doing dawah work?”</w:t>
      </w:r>
    </w:p>
    <w:p>
      <w:r>
        <w:rPr>
          <w:sz w:val="20"/>
        </w:rPr>
        <w:t>1:32:09  dawat aur dua, dawat aur dua, bas yahi hamari zimmedari hai. molana, agla sawal dhampur se hai mehtab ahmad sahib ka.</w:t>
      </w:r>
      <w:r>
        <w:br/>
      </w:r>
      <w:r>
        <w:rPr>
          <w:sz w:val="20"/>
        </w:rPr>
        <w:t>1:32:19  unhone likha hai: "molana sahib! what is the easy formula of doing the dawah work?"</w:t>
      </w:r>
      <w:r>
        <w:br/>
      </w:r>
      <w:r>
        <w:rPr>
          <w:sz w:val="20"/>
        </w:rPr>
        <w:t>1:32:35  dekhiye, formula to ek hi hai: jo ilm aap ke paas Allah ka hai, us ko pahunchayein, chahe bol kar ya kitab ki shakal mein, aur jitna aap ke bas mein ho.</w:t>
      </w:r>
      <w:r>
        <w:br/>
      </w:r>
      <w:r>
        <w:rPr>
          <w:sz w:val="20"/>
        </w:rPr>
        <w:t>1:32:51  atqullaha masta ta'tum yaani itna kaam karo jo tumhare bas mein hai. to bol kar agar hum samajhte hain ke effective tor par bata sakte hain, to bol kar batayein,</w:t>
      </w:r>
      <w:r>
        <w:br/>
      </w:r>
      <w:r>
        <w:rPr>
          <w:sz w:val="20"/>
        </w:rPr>
        <w:t>1:33:04  nahi to aap kitab pahunchayein, quran pahunchayein. to is ka faisla hoga halaat se, yaani hamari kya capacity hai, halaat kya hain, un ke lehaz se jo hamare bas mein effective tareeqa hai, effective,</w:t>
      </w:r>
      <w:r>
        <w:br/>
      </w:r>
      <w:r>
        <w:rPr>
          <w:sz w:val="20"/>
        </w:rPr>
        <w:t>1:33:20  woh hamein karna chahiye. yeh aadmi khud samajh sakta hai ke main kis aitbar se zyada effective ho sakta hoon, zyada moassar ho sakta hoon.</w:t>
      </w:r>
      <w:r>
        <w:br/>
      </w:r>
      <w:r>
        <w:rPr>
          <w:sz w:val="20"/>
        </w:rPr>
        <w:t>1:33:29  to apni samajh se jis cheez ko samjhe ke yeh mere liye effective dawah work hai, woh kare aadmi aur jitna bas mein ho, utna kare. yeh aadmi khud faisla kar sakta hai, yaani dawi khud faisla kar sakta hai.</w:t>
      </w:r>
    </w:p>
    <w:p>
      <w:pPr>
        <w:pStyle w:val="Heading2"/>
      </w:pPr>
      <w:r>
        <w:t>Effect of honor terms on dawah</w:t>
      </w:r>
    </w:p>
    <w:p>
      <w:r>
        <w:rPr>
          <w:color w:val="666666"/>
          <w:sz w:val="18"/>
        </w:rPr>
        <w:t>Society &amp; Dawah · The Concept of Divine Help June 16, 2013 · 1m 36s · at 52:23 · https://youtu.be/b0QaxGSnAOI?t=3143</w:t>
      </w:r>
    </w:p>
    <w:p>
      <w:r>
        <w:rPr>
          <w:i/>
        </w:rPr>
        <w:t>“How much do terms like 'Islamic honor' and 'national zeal' affect the dawah mindset? Please clarify.”</w:t>
      </w:r>
    </w:p>
    <w:p>
      <w:r>
        <w:rPr>
          <w:sz w:val="20"/>
        </w:rPr>
        <w:t>52:23  doosra sawal hai Chennai se hi Maulana Iqbal Umri ka. unhon ne likha hai: "Islami ghairat aur qoumi humiyat, is qism ke alfaaz dawat-e-zehan ko kitna kill karte hain?</w:t>
      </w:r>
      <w:r>
        <w:br/>
      </w:r>
      <w:r>
        <w:rPr>
          <w:sz w:val="20"/>
        </w:rPr>
        <w:t>52:38  wazahat farmayein." main dekhein, Islami ghairat ka lafz hi galat hai aur qoumi ghairat ka lafz hi galat hai.</w:t>
      </w:r>
      <w:r>
        <w:br/>
      </w:r>
      <w:r>
        <w:rPr>
          <w:sz w:val="20"/>
        </w:rPr>
        <w:t>52:46  yeh bilkul Quran o Hadees mein alfaaz mein maujood nahin hain. yeh aadmi apni, apne, apni yaani logon ke jo nakhat hoti hai, jo un se kibr hota hai,</w:t>
      </w:r>
      <w:r>
        <w:br/>
      </w:r>
      <w:r>
        <w:rPr>
          <w:sz w:val="20"/>
        </w:rPr>
        <w:t>53:04  aur jo badhai hoti hai, us ke tehat jo kuch karte hain, us ko kehte hain keh Islami ghairat. woh ghairat nahin hai, woh to, woh to ek shaitan bol raha hai aap ki zuban se.</w:t>
      </w:r>
      <w:r>
        <w:br/>
      </w:r>
      <w:r>
        <w:rPr>
          <w:sz w:val="20"/>
        </w:rPr>
        <w:t>53:15  ghair</w:t>
      </w:r>
      <w:r>
        <w:br/>
      </w:r>
      <w:r>
        <w:rPr>
          <w:sz w:val="20"/>
        </w:rPr>
        <w:t>53:16  t koi cheez nahin hai. ghairat az nothing in Islam. yeh lafz hi mein us ko ghair Islam hi samajhta hoon.</w:t>
      </w:r>
      <w:r>
        <w:br/>
      </w:r>
      <w:r>
        <w:rPr>
          <w:sz w:val="20"/>
        </w:rPr>
        <w:t>53:26  Islam ka jo tareeqa hai, woh kya? sabr karna, bardasht karna, doosron ke liye duaein karna, doosron ke liye khair khwah banna.</w:t>
      </w:r>
      <w:r>
        <w:br/>
      </w:r>
      <w:r>
        <w:rPr>
          <w:sz w:val="20"/>
        </w:rPr>
        <w:t>53:36  Islami ghairat aaye gi to aap ladenge? woh Islam hai, woh to Islam ki jar ukhaadna hai.</w:t>
      </w:r>
      <w:r>
        <w:br/>
      </w:r>
      <w:r>
        <w:rPr>
          <w:sz w:val="20"/>
        </w:rPr>
        <w:t>53:44  baharhal, main ne jo kuch parha hai, main samajhta hoon keh dono alfaaz galat hain: Islami ghairat bhi aur qoumi ghairat bhi. is liye Islam mein koi, mere dil ko gunjaish nahin hai.</w:t>
      </w:r>
      <w:r>
        <w:br/>
      </w:r>
      <w:r>
        <w:rPr>
          <w:sz w:val="20"/>
        </w:rPr>
        <w:t>54:00  Maulana, agla sawal Raichur se hai Zaheeruddin sahib ka. unhon ne aap se poocha hai keh "What should be the essential qualities of a dai?" us ke baray mein batayein.</w:t>
      </w:r>
    </w:p>
    <w:p>
      <w:pPr>
        <w:pStyle w:val="Heading2"/>
      </w:pPr>
      <w:r>
        <w:t>Essential qualities of a da'i</w:t>
      </w:r>
    </w:p>
    <w:p>
      <w:r>
        <w:rPr>
          <w:color w:val="666666"/>
          <w:sz w:val="18"/>
        </w:rPr>
        <w:t>Society &amp; Dawah · The Concept of Divine Help June 16, 2013 · 1m 59s · at 54:00 · https://youtu.be/b0QaxGSnAOI?t=3240</w:t>
      </w:r>
    </w:p>
    <w:p>
      <w:r>
        <w:rPr>
          <w:i/>
        </w:rPr>
        <w:t>“What should be the essential qualities of a da'i (caller to Islam)?”</w:t>
      </w:r>
    </w:p>
    <w:p>
      <w:r>
        <w:rPr>
          <w:sz w:val="20"/>
        </w:rPr>
        <w:t>54:00  Maulana, agla sawal Raichur se hai Zaheeruddin sahib ka. unhon ne aap se poocha hai keh "What should be the essential qualities of a dai?" us ke baray mein batayein.</w:t>
      </w:r>
      <w:r>
        <w:br/>
      </w:r>
      <w:r>
        <w:rPr>
          <w:sz w:val="20"/>
        </w:rPr>
        <w:t>54:14  dekhiye, Quran mein do cheez batayi gayi hain. woh kya hai? "In lakum nasih amin" is ka matlab kya hai?</w:t>
      </w:r>
      <w:r>
        <w:br/>
      </w:r>
      <w:r>
        <w:rPr>
          <w:sz w:val="20"/>
        </w:rPr>
        <w:t>54:31  mad'u ke liye yak-tarfa khair khwahi. mad'u ke liye yak-tarfa khair khwahi aur dawat inhi, inhi,</w:t>
      </w:r>
      <w:r>
        <w:br/>
      </w:r>
      <w:r>
        <w:rPr>
          <w:sz w:val="20"/>
        </w:rPr>
        <w:t>54:44  isi cheez ki dena jo Allah ki taraf se aaya. apni taraf shamil na karna kuch. maslan, aap debate karein, aap qoumi sahifat ki baatein karein, zulm ki shikayat karein, case aap ne aur cheez shamil kar li,</w:t>
      </w:r>
      <w:r>
        <w:br/>
      </w:r>
      <w:r>
        <w:rPr>
          <w:sz w:val="20"/>
        </w:rPr>
        <w:t>54:58  doosri cheez shamil kar li.</w:t>
      </w:r>
      <w:r>
        <w:br/>
      </w:r>
      <w:r>
        <w:rPr>
          <w:sz w:val="20"/>
        </w:rPr>
        <w:t>55:00  to do hi shart hain: mad'u ke liye yak-tarfa taur par, unilateral taur par aap khair khwah bane rahein, value issuer bane rahein.</w:t>
      </w:r>
      <w:r>
        <w:br/>
      </w:r>
      <w:r>
        <w:rPr>
          <w:sz w:val="20"/>
        </w:rPr>
        <w:t>55:10  aur doosri shart yeh hai keh aap wohi karein, dawat isi, isi cheez ki dein jo Quran mein bataya gaya hai. log kya kehte hain?</w:t>
      </w:r>
      <w:r>
        <w:br/>
      </w:r>
      <w:r>
        <w:rPr>
          <w:sz w:val="20"/>
        </w:rPr>
        <w:t>55:20  naam lete hain dawat ka aur baatein karte hain kya? fakhr ki, qoumi, qoumi siyasat ki, yeh sab</w:t>
      </w:r>
      <w:r>
        <w:br/>
      </w:r>
      <w:r>
        <w:rPr>
          <w:sz w:val="20"/>
        </w:rPr>
        <w:t>55:28  baatein karte hain. woh bilashuba Islam mein jaiz nahin hai. to yeh, yeh do, yeh, yeh do cheezein apne andar paida kijiye jo is ayat mein milti hai: nasih hona aur amin hona.</w:t>
      </w:r>
      <w:r>
        <w:br/>
      </w:r>
      <w:r>
        <w:rPr>
          <w:sz w:val="20"/>
        </w:rPr>
        <w:t>55:41  nasih hone ke mani hain walosher hona, ameen hone ke mani hain ke bohat hi honest hona is mamle mein ke wahi baat, usi baat ki dawat dena hai jo quran mein bataya gaya hai.</w:t>
      </w:r>
      <w:r>
        <w:br/>
      </w:r>
      <w:r>
        <w:rPr>
          <w:sz w:val="20"/>
        </w:rPr>
        <w:t>55:51  kisi aur baat ko shamil nahi karna is mein.</w:t>
      </w:r>
    </w:p>
    <w:p>
      <w:pPr>
        <w:pStyle w:val="Heading2"/>
      </w:pPr>
      <w:r>
        <w:t>Establishing Islam in non-Muslim countries</w:t>
      </w:r>
    </w:p>
    <w:p>
      <w:r>
        <w:rPr>
          <w:color w:val="666666"/>
          <w:sz w:val="18"/>
        </w:rPr>
        <w:t>Society &amp; Dawah · The Lesson of History September 21, 2014 · 1m 33s · at 59:14 · https://youtu.be/aMVHLKMkhcQ?t=3554</w:t>
      </w:r>
    </w:p>
    <w:p>
      <w:r>
        <w:rPr>
          <w:i/>
        </w:rPr>
        <w:t>“Should Muslims not try to establish the religion of Islam in a country where they are living? Please comment.”</w:t>
      </w:r>
    </w:p>
    <w:p>
      <w:r>
        <w:rPr>
          <w:sz w:val="20"/>
        </w:rPr>
        <w:t>59:14  maulana, agla sawal lene se pehle yeh comment parhna chahenge jo iqbal umri sahib ne bheja hai. jo abhi is waqt amravati, maharashtra mein hain aur yeh program dekh rahe hain kuch logon ke sath.</w:t>
      </w:r>
      <w:r>
        <w:br/>
      </w:r>
      <w:r>
        <w:rPr>
          <w:sz w:val="20"/>
        </w:rPr>
        <w:t>59:25  unhone likha hai ke maulana aaj pehli bar glo kya hota hai, yeh hum logon ne jana. aur amravati, maharashtra se hi maulana shafiq qasmi sahib ka bhi sawal hai.</w:t>
      </w:r>
      <w:r>
        <w:br/>
      </w:r>
      <w:r>
        <w:rPr>
          <w:sz w:val="20"/>
        </w:rPr>
        <w:t>59:37  unhone likha hai ke Should Muslims not try to establish deen-e-islam in a country where they are living? please comment.</w:t>
      </w:r>
      <w:r>
        <w:br/>
      </w:r>
      <w:r>
        <w:rPr>
          <w:sz w:val="20"/>
        </w:rPr>
        <w:t>59:47  dekhen, deen ko establish karna yeh ek bidati tasawwur hai. deen ko follow karna,</w:t>
      </w:r>
      <w:r>
        <w:br/>
      </w:r>
      <w:r>
        <w:rPr>
          <w:sz w:val="20"/>
        </w:rPr>
        <w:t>59:55  yeh to is zamane mein jo paida hui hui political thinker, unhone yeh bidat phaila rakhi hai ke deen ko nafiz karna, deen ko implement karna, deen ko yeh jo hai tasawwur, is ke is mein to saraliyan ho rahi hain.</w:t>
      </w:r>
      <w:r>
        <w:br/>
      </w:r>
      <w:r>
        <w:rPr>
          <w:sz w:val="20"/>
        </w:rPr>
        <w:t>1:00:10  quran ka jo tasawwur hai ke deen ko follow karo, deen ki pairvi karo, deen ki itaat karo. deen ko karna hai, deen ko karwana nahi hai.</w:t>
      </w:r>
      <w:r>
        <w:br/>
      </w:r>
      <w:r>
        <w:rPr>
          <w:sz w:val="20"/>
        </w:rPr>
        <w:t>1:00:23  isi se sari buraiyan paida ho</w:t>
      </w:r>
      <w:r>
        <w:br/>
      </w:r>
      <w:r>
        <w:rPr>
          <w:sz w:val="20"/>
        </w:rPr>
        <w:t>1:00:25  een. musalman jahan bhi hain, chahe woh india mein hon, kahin bhi hon, follow kar rahe hain un ko. aur follow karne mein koi rukawat nahi hai. rukawat hai jab aap kahin ke tum political seat chhado, hamein prime minister banna hai, to wahan jhagda paida hota hai.</w:t>
      </w:r>
    </w:p>
    <w:p>
      <w:pPr>
        <w:pStyle w:val="Heading2"/>
      </w:pPr>
      <w:r>
        <w:t>Establishing mosque in non-Muslim colony</w:t>
      </w:r>
    </w:p>
    <w:p>
      <w:r>
        <w:rPr>
          <w:color w:val="666666"/>
          <w:sz w:val="18"/>
        </w:rPr>
        <w:t>Society &amp; Dawah · Spirit of Ramadan June 14, 2015 · 1m 36s · at 55:58 · https://youtu.be/mKQdhE2rhdQ?t=3358</w:t>
      </w:r>
    </w:p>
    <w:p>
      <w:r>
        <w:rPr>
          <w:i/>
        </w:rPr>
        <w:t>“These days, if some Muslims' houses are built in a non-Muslim colony, they want to establish a proper mosque there even though there is a place to pray. Please shed light on this in the light of Quran and Hadith.”</w:t>
      </w:r>
    </w:p>
    <w:p>
      <w:r>
        <w:rPr>
          <w:sz w:val="20"/>
        </w:rPr>
        <w:t>55:58  Maulana, yeh agla sawal kiya hai Dr. Iqbal Pardhan ne Delhi se</w:t>
      </w:r>
      <w:r>
        <w:br/>
      </w:r>
      <w:r>
        <w:rPr>
          <w:sz w:val="20"/>
        </w:rPr>
        <w:t>56:03  : "Maulana, aaj kal Musalmanon ke kuch ghar agar kisi ghair Muslim colony mein ban jaate hain to Muslim wahan namaz parhne ki jagah hote hue bhi baqayda Masjid qaim karna chahte hain.</w:t>
      </w:r>
      <w:r>
        <w:br/>
      </w:r>
      <w:r>
        <w:rPr>
          <w:sz w:val="20"/>
        </w:rPr>
        <w:t>56:18  Quran aur Hadees ki roshni mein is par roshni daliye." dekhiye, yeh to bilkul bohat hi zyada galat zehan hai mere nazdeek. is mein khwamkhwah jhagda paida</w:t>
      </w:r>
      <w:r>
        <w:br/>
      </w:r>
      <w:r>
        <w:rPr>
          <w:sz w:val="20"/>
        </w:rPr>
        <w:t>56:29  hota hai. Masjid banayenge, phir loud speaker lagayenge, phir shor karenge, aur nafratein paida hongi. ek museebat</w:t>
      </w:r>
      <w:r>
        <w:br/>
      </w:r>
      <w:r>
        <w:rPr>
          <w:sz w:val="20"/>
        </w:rPr>
        <w:t>56:38  dekhiye. yeh Bani Israel jo thay Hazrat Musa ke zamane mein, to Misr mein woh aqalliyat mein thay, majority doosre logon ki thi.</w:t>
      </w:r>
      <w:r>
        <w:br/>
      </w:r>
      <w:r>
        <w:rPr>
          <w:sz w:val="20"/>
        </w:rPr>
        <w:t>56:51  to isi tarah ki sooratenhaal thi wahan par jo India mein.</w:t>
      </w:r>
      <w:r>
        <w:br/>
      </w:r>
      <w:r>
        <w:rPr>
          <w:sz w:val="20"/>
        </w:rPr>
        <w:t>56:57  to Quran mein aap parh lijiye yeh ayat ke "waj'alu buyutakum qiblatan wa aqimu salata". apne ghar ki qibla bana lo, apne ghar ki Masjid bana lo, apne ghar ki Masjid bana ke namaz parho.</w:t>
      </w:r>
      <w:r>
        <w:br/>
      </w:r>
      <w:r>
        <w:rPr>
          <w:sz w:val="20"/>
        </w:rPr>
        <w:t>57:12  yeh yeh kuch nahi hai ke aap wahan khwamkhwah lad bhad kar kahein ke hum humein Masjid chahiye, hamara haq hai ke Masjid banayein. yeh Islam se koi ta'alluq nahi hai, yeh yeh Islam se koi ta'alluq is ka nahi</w:t>
      </w:r>
      <w:r>
        <w:br/>
      </w:r>
      <w:r>
        <w:rPr>
          <w:sz w:val="20"/>
        </w:rPr>
        <w:t>57:24  hai. "waj'alu buyutakum qiblatan wa aqimu salata". Masjidon ka yani apne apne gharon ko Masjid bana lo, wahan par namaz parho.</w:t>
      </w:r>
    </w:p>
    <w:p>
      <w:pPr>
        <w:pStyle w:val="Heading2"/>
      </w:pPr>
      <w:r>
        <w:t>Experiences with Mumbai Team During Dawa Meet</w:t>
      </w:r>
    </w:p>
    <w:p>
      <w:r>
        <w:rPr>
          <w:color w:val="666666"/>
          <w:sz w:val="18"/>
        </w:rPr>
        <w:t>Society &amp; Dawah · Divine Crusades December 14, 2014 · 1m 37s · at 44:42 · https://youtu.be/qZhY00S5LQg?t=2682</w:t>
      </w:r>
    </w:p>
    <w:p>
      <w:r>
        <w:rPr>
          <w:i/>
        </w:rPr>
        <w:t>“Please share with us some experiences you had with the Mumbai team during the Dawa meet.”</w:t>
      </w:r>
    </w:p>
    <w:p>
      <w:r>
        <w:rPr>
          <w:sz w:val="20"/>
        </w:rPr>
        <w:t>44:42  maulana, yeh sawal aaya hai dilli se doctor muslema siddiqui ka, aur unhon ne aap se poocha hai</w:t>
      </w:r>
      <w:r>
        <w:br/>
      </w:r>
      <w:r>
        <w:rPr>
          <w:sz w:val="20"/>
        </w:rPr>
        <w:t>44:48  ke please share with us some experiences you had with the Mumbai team during the Dawa meet.</w:t>
      </w:r>
      <w:r>
        <w:br/>
      </w:r>
      <w:r>
        <w:rPr>
          <w:sz w:val="20"/>
        </w:rPr>
        <w:t>44:54  bhai, yeh to ab mein samajhta hoon ke inshallah ek safarnama likha jayega, us mein sab baatein</w:t>
      </w:r>
      <w:r>
        <w:br/>
      </w:r>
      <w:r>
        <w:rPr>
          <w:sz w:val="20"/>
        </w:rPr>
        <w:t>45:00  aa jayengi.</w:t>
      </w:r>
      <w:r>
        <w:br/>
      </w:r>
      <w:r>
        <w:rPr>
          <w:sz w:val="20"/>
        </w:rPr>
        <w:t>45:06  baqi do ek baat mein keh sakta hoon ke jis hotel mein hum thehre the to woh hotel</w:t>
      </w:r>
      <w:r>
        <w:br/>
      </w:r>
      <w:r>
        <w:rPr>
          <w:sz w:val="20"/>
        </w:rPr>
        <w:t>45:12  ka jo kiraya tha, woh kafi zyada tha, yani several lakhs.</w:t>
      </w:r>
      <w:r>
        <w:br/>
      </w:r>
      <w:r>
        <w:rPr>
          <w:sz w:val="20"/>
        </w:rPr>
        <w:t>45:18  to woh aadmi jo tha, woh jab us ne dekha ke peaceful mission hai, daawa mission hai</w:t>
      </w:r>
      <w:r>
        <w:br/>
      </w:r>
      <w:r>
        <w:rPr>
          <w:sz w:val="20"/>
        </w:rPr>
        <w:t>45:24  to sara paisa chhod diya us ne.</w:t>
      </w:r>
      <w:r>
        <w:br/>
      </w:r>
      <w:r>
        <w:rPr>
          <w:sz w:val="20"/>
        </w:rPr>
        <w:t>45:30  aur hum log free mein woh rahe, free mein, teen din free mein rahe.</w:t>
      </w:r>
      <w:r>
        <w:br/>
      </w:r>
      <w:r>
        <w:rPr>
          <w:sz w:val="20"/>
        </w:rPr>
        <w:t>45:36  achha, aur kai tajrubaat hue, to is se maine yeh samjha ke daawa work karo, duniya tumhare</w:t>
      </w:r>
      <w:r>
        <w:br/>
      </w:r>
      <w:r>
        <w:rPr>
          <w:sz w:val="20"/>
        </w:rPr>
        <w:t>45:42  liye hai, shayad duniya cheezon ko free kar degi.</w:t>
      </w:r>
      <w:r>
        <w:br/>
      </w:r>
      <w:r>
        <w:rPr>
          <w:sz w:val="20"/>
        </w:rPr>
        <w:t>45:48  yani several lakhs the wahan par, us ke charges, sab ka sab chhod diya unhon ne.</w:t>
      </w:r>
      <w:r>
        <w:br/>
      </w:r>
      <w:r>
        <w:rPr>
          <w:sz w:val="20"/>
        </w:rPr>
        <w:t>45:54  aur mazeed yeh ke woh hamare is mein program mein shareek hue.</w:t>
      </w:r>
      <w:r>
        <w:br/>
      </w:r>
      <w:r>
        <w:rPr>
          <w:sz w:val="20"/>
        </w:rPr>
        <w:t>46:00  to aap jo hai, agar yeh aisa karein ke Allah ke mission ko sach mach ikhlas ke sath</w:t>
      </w:r>
      <w:r>
        <w:br/>
      </w:r>
      <w:r>
        <w:rPr>
          <w:sz w:val="20"/>
        </w:rPr>
        <w:t>46:06  aur sach mach is ke sahi form mein le kar duniya mein khade hon, yeh to sari duniya</w:t>
      </w:r>
      <w:r>
        <w:br/>
      </w:r>
      <w:r>
        <w:rPr>
          <w:sz w:val="20"/>
        </w:rPr>
        <w:t>46:13  aap ki hai.</w:t>
      </w:r>
    </w:p>
    <w:p>
      <w:pPr>
        <w:pStyle w:val="Heading2"/>
      </w:pPr>
      <w:r>
        <w:t>Explaining Ramadan to non-Muslims</w:t>
      </w:r>
    </w:p>
    <w:p>
      <w:r>
        <w:rPr>
          <w:color w:val="666666"/>
          <w:sz w:val="18"/>
        </w:rPr>
        <w:t>Society &amp; Dawah · Roza and Quran July 18, 2010 · 1m 38s · at 1:12:04 · https://youtu.be/TSjqSQEb0EQ?t=4324</w:t>
      </w:r>
    </w:p>
    <w:p>
      <w:r>
        <w:rPr>
          <w:i/>
        </w:rPr>
        <w:t>“How to explain Ramadan to a non-Muslim? They ask: 'What is the meaning of fasting for a whole month?' Why do you start from fasting as the starting point? You should first tell other things.”</w:t>
      </w:r>
    </w:p>
    <w:p>
      <w:r>
        <w:rPr>
          <w:sz w:val="20"/>
        </w:rPr>
        <w:t>1:12:04  maulana, agla sawal mr. niaz ahmad ka hai, jammu kashmir se. unhon ne likha hai ke aik ghair muslim ko ramzan ke bare mein kaise samjhaya jaye?</w:t>
      </w:r>
      <w:r>
        <w:br/>
      </w:r>
      <w:r>
        <w:rPr>
          <w:sz w:val="20"/>
        </w:rPr>
        <w:t>1:12:16  woh kehte hain ke aik mahine tak roza rakhne ka kya matlab hai?</w:t>
      </w:r>
      <w:r>
        <w:br/>
      </w:r>
      <w:r>
        <w:rPr>
          <w:sz w:val="20"/>
        </w:rPr>
        <w:t>1:12:22  aap yahan se kyun is ko starting point ko banate hain ke roze par aap se us ko shuru karte hain? dawood, aap pehle us ko yaani jo aur baatein hain jo bataiye,</w:t>
      </w:r>
      <w:r>
        <w:br/>
      </w:r>
      <w:r>
        <w:rPr>
          <w:sz w:val="20"/>
        </w:rPr>
        <w:t>1:12:39  yaani khuda ka wajood, sachai kya hai? quran aik book of god hai. yahan se shuru kijiye.</w:t>
      </w:r>
      <w:r>
        <w:br/>
      </w:r>
      <w:r>
        <w:rPr>
          <w:sz w:val="20"/>
        </w:rPr>
        <w:t>1:12:49  mujhe to aisa koi ghair muslim nahin maloom, kyunke har har mazhab mein roza hai, kahin kisi kisi tareeqe se. sirf islam mein bhi thodi hai. har mazhab mein kahin kisi shakal mein roze maujood hain.</w:t>
      </w:r>
      <w:r>
        <w:br/>
      </w:r>
      <w:r>
        <w:rPr>
          <w:sz w:val="20"/>
        </w:rPr>
        <w:t>1:13:01  to woh apne tareeqe karte hain, musalman apne tareeqe karte hain. lekin dawat ka nuqta-e-aaghaz yeh nahin hai. yahan se dawat nahin shuru ki jayegi.</w:t>
      </w:r>
      <w:r>
        <w:br/>
      </w:r>
      <w:r>
        <w:rPr>
          <w:sz w:val="20"/>
        </w:rPr>
        <w:t>1:13:11  aap use kahiye ke aap abhi kitabein parho. roza to baad ko aayega, roze ka mas'ala</w:t>
      </w:r>
      <w:r>
        <w:br/>
      </w:r>
      <w:r>
        <w:rPr>
          <w:sz w:val="20"/>
        </w:rPr>
        <w:t>1:13:17  mas'ala baad ko aayega. abhi samjho jo us ki basic baatein hain, us ka jo main message hai, us ko pehle samjho.</w:t>
      </w:r>
      <w:r>
        <w:br/>
      </w:r>
      <w:r>
        <w:rPr>
          <w:sz w:val="20"/>
        </w:rPr>
        <w:t>1:13:28  kyunke quran ke bare mein mein kehta hoon, quran jo hai woh christian plan of god ko batata hai. to sab se pehli cheez hai ke christian plan of god ko samjhe aadmi.</w:t>
      </w:r>
      <w:r>
        <w:br/>
      </w:r>
      <w:r>
        <w:rPr>
          <w:sz w:val="20"/>
        </w:rPr>
        <w:t>1:13:40  far higher as the starting point.</w:t>
      </w:r>
    </w:p>
    <w:p>
      <w:pPr>
        <w:pStyle w:val="Heading2"/>
      </w:pPr>
      <w:r>
        <w:t>Explanation of no unnatural sacrifice for mission</w:t>
      </w:r>
    </w:p>
    <w:p>
      <w:r>
        <w:rPr>
          <w:color w:val="666666"/>
          <w:sz w:val="18"/>
        </w:rPr>
        <w:t>Society &amp; Dawah · Concept of Jihad in Islam September 7, 2014 · 1m 47s · at 47:59 · https://youtu.be/GnKBYM8HbuQ?t=2879</w:t>
      </w:r>
    </w:p>
    <w:p>
      <w:r>
        <w:rPr>
          <w:i/>
        </w:rPr>
        <w:t>“The mission people do not need unnatural sacrifice, please explain this.”</w:t>
      </w:r>
    </w:p>
    <w:p>
      <w:r>
        <w:rPr>
          <w:sz w:val="20"/>
        </w:rPr>
        <w:t>47:59  maulana, agla sawal chennai se aya hai.</w:t>
      </w:r>
      <w:r>
        <w:br/>
      </w:r>
      <w:r>
        <w:rPr>
          <w:sz w:val="20"/>
        </w:rPr>
        <w:t>48:04  maulana iqbal umri ne kiya hai, aur unhon ne aap se poocha hai ke maulana mission walon ko</w:t>
      </w:r>
      <w:r>
        <w:br/>
      </w:r>
      <w:r>
        <w:rPr>
          <w:sz w:val="20"/>
        </w:rPr>
        <w:t>48:09  ghair fitri qurbani ki zaroorat nahi hai, is ki wazahat karen.</w:t>
      </w:r>
      <w:r>
        <w:br/>
      </w:r>
      <w:r>
        <w:rPr>
          <w:sz w:val="20"/>
        </w:rPr>
        <w:t>48:15  mission ka fitri tareeqa kya hai, is ko batayen.</w:t>
      </w:r>
      <w:r>
        <w:br/>
      </w:r>
      <w:r>
        <w:rPr>
          <w:sz w:val="20"/>
        </w:rPr>
        <w:t>48:20  fitri tareeqa ka matlab puraman tareeqa hai.</w:t>
      </w:r>
      <w:r>
        <w:br/>
      </w:r>
      <w:r>
        <w:rPr>
          <w:sz w:val="20"/>
        </w:rPr>
        <w:t>48:26  aaj na ladna hai, na jang karna hai, na hathyar uthana hai, na bomb marna hai, na kuch nahi. puraman tareeqa.</w:t>
      </w:r>
      <w:r>
        <w:br/>
      </w:r>
      <w:r>
        <w:rPr>
          <w:sz w:val="20"/>
        </w:rPr>
        <w:t>48:31  dekhiye, jab puraman tareeqe se kaam karna mumkin ho jaye to sab kuch band.</w:t>
      </w:r>
      <w:r>
        <w:br/>
      </w:r>
      <w:r>
        <w:rPr>
          <w:sz w:val="20"/>
        </w:rPr>
        <w:t>48:36  na protest, na shikayat, na jang, na larai, kuch nahi. sab.</w:t>
      </w:r>
      <w:r>
        <w:br/>
      </w:r>
      <w:r>
        <w:rPr>
          <w:sz w:val="20"/>
        </w:rPr>
        <w:t>48:42  jis tarah rasool ALLAH sallallahu alaihi wasallam ne kiya ke hudaybiya ke baad jab aman aya to</w:t>
      </w:r>
      <w:r>
        <w:br/>
      </w:r>
      <w:r>
        <w:rPr>
          <w:sz w:val="20"/>
        </w:rPr>
        <w:t>48:47  bas sari sargarmiyan puraman dua work par lag gayeen.</w:t>
      </w:r>
      <w:r>
        <w:br/>
      </w:r>
      <w:r>
        <w:rPr>
          <w:sz w:val="20"/>
        </w:rPr>
        <w:t>48:53  yahi fitri tareeqa hai ke jab mawaqe khul gaye, jab azadi dunya mein aa gayi, printing press aa</w:t>
      </w:r>
      <w:r>
        <w:br/>
      </w:r>
      <w:r>
        <w:rPr>
          <w:sz w:val="20"/>
        </w:rPr>
        <w:t>48:58  gaya, technology aa gayi to ab karna kya hai? kuch nahi karna hai.</w:t>
      </w:r>
      <w:r>
        <w:br/>
      </w:r>
      <w:r>
        <w:rPr>
          <w:sz w:val="20"/>
        </w:rPr>
        <w:t>49:03  dua work kijiye.</w:t>
      </w:r>
      <w:r>
        <w:br/>
      </w:r>
      <w:r>
        <w:rPr>
          <w:sz w:val="20"/>
        </w:rPr>
        <w:t>49:09  na tashaddud hai, na siyasi hangama hai, na protest hai, na bheed ikattha kar ke taqreeren karna hai,</w:t>
      </w:r>
      <w:r>
        <w:br/>
      </w:r>
      <w:r>
        <w:rPr>
          <w:sz w:val="20"/>
        </w:rPr>
        <w:t>49:14  yeh sab kuch nahi.</w:t>
      </w:r>
      <w:r>
        <w:br/>
      </w:r>
      <w:r>
        <w:rPr>
          <w:sz w:val="20"/>
        </w:rPr>
        <w:t>49:19  puraman tareeqe se dawat ko phailaiye. literature phailaiye.</w:t>
      </w:r>
      <w:r>
        <w:br/>
      </w:r>
      <w:r>
        <w:rPr>
          <w:sz w:val="20"/>
        </w:rPr>
        <w:t>49:25  video jo yahan par tayyar hota hai, is ko phailaiye.</w:t>
      </w:r>
      <w:r>
        <w:br/>
      </w:r>
      <w:r>
        <w:rPr>
          <w:sz w:val="20"/>
        </w:rPr>
        <w:t>49:30  quran ko taqseem kijiye.</w:t>
      </w:r>
      <w:r>
        <w:br/>
      </w:r>
      <w:r>
        <w:rPr>
          <w:sz w:val="20"/>
        </w:rPr>
        <w:t>49:36  bas yahi fitri tareeqa hai.</w:t>
      </w:r>
      <w:r>
        <w:br/>
      </w:r>
      <w:r>
        <w:rPr>
          <w:sz w:val="20"/>
        </w:rPr>
        <w:t>49:41  yani puraman tareeqe hi ka doosra naam hai fitri tareeqa.</w:t>
      </w:r>
    </w:p>
    <w:p>
      <w:pPr>
        <w:pStyle w:val="Heading2"/>
      </w:pPr>
      <w:r>
        <w:t>Feeling of doing little in dawah work</w:t>
      </w:r>
    </w:p>
    <w:p>
      <w:r>
        <w:rPr>
          <w:color w:val="666666"/>
          <w:sz w:val="18"/>
        </w:rPr>
        <w:t>Society &amp; Dawah · Journey of History December 23, 2012 · 1m 30s · at 1:22:29 · https://youtu.be/bvjWl3U3Dmw?t=4949</w:t>
      </w:r>
    </w:p>
    <w:p>
      <w:r>
        <w:rPr>
          <w:i/>
        </w:rPr>
        <w:t>“When we do dawah work, it gives immense pleasure to us. We feel we are doing the job which God has asked us to do. We are acting as part of the divine scheme. But simultaneously a thought comes to the mind that the task is so big but we are doing very little. Please advise.”</w:t>
      </w:r>
    </w:p>
    <w:p>
      <w:r>
        <w:rPr>
          <w:sz w:val="20"/>
        </w:rPr>
        <w:t>1:22:29  maulana, agla sawal Roorkee se hai Sajid Anwar sahib ka.</w:t>
      </w:r>
      <w:r>
        <w:br/>
      </w:r>
      <w:r>
        <w:rPr>
          <w:sz w:val="20"/>
        </w:rPr>
        <w:t>1:22:33  unhon ne likha hai: "maulana, when we do da'wah work, it gives an immense pleasure to us. we feel we are doing the job which God has asked us to do.</w:t>
      </w:r>
      <w:r>
        <w:br/>
      </w:r>
      <w:r>
        <w:rPr>
          <w:sz w:val="20"/>
        </w:rPr>
        <w:t>1:22:46  we are acting as part of the divine scheme. but simultaneously a thought also comes to the mind that the task is so big but we are doing very little.</w:t>
      </w:r>
      <w:r>
        <w:br/>
      </w:r>
      <w:r>
        <w:rPr>
          <w:sz w:val="20"/>
        </w:rPr>
        <w:t>1:22:58  this gives a kind of depression. how to overcome this</w:t>
      </w:r>
      <w:r>
        <w:br/>
      </w:r>
      <w:r>
        <w:rPr>
          <w:sz w:val="20"/>
        </w:rPr>
        <w:t>1:23:03  ? please advise." nahi nahi, depression ki baat hi nahi hai. depression ki baat hai ke aap dua kijiye ke Allah taala aur tofeeq de aap ko. bhai, jitna aap kar saken us ke siwa agar baqi karna hai to aap dua kijiye.</w:t>
      </w:r>
      <w:r>
        <w:br/>
      </w:r>
      <w:r>
        <w:rPr>
          <w:sz w:val="20"/>
        </w:rPr>
        <w:t>1:23:17  dua jo hai sab se bada zariya hai apne aap ko depression se bachane ka. jahan aap ki had ruk rahi ho wahan Allah ki had shuru ho jati hai.</w:t>
      </w:r>
      <w:r>
        <w:br/>
      </w:r>
      <w:r>
        <w:rPr>
          <w:sz w:val="20"/>
        </w:rPr>
        <w:t>1:23:29  aap dua kijiye.</w:t>
      </w:r>
      <w:r>
        <w:br/>
      </w:r>
      <w:r>
        <w:rPr>
          <w:sz w:val="20"/>
        </w:rPr>
        <w:t>1:23:32  koi sawal nahi hai depression ka, tension ka, despair ka, mayoosi ka, kuch bhi nahi. dua jo hai master formula hai. master formula in sab cheezon ka.</w:t>
      </w:r>
      <w:r>
        <w:br/>
      </w:r>
      <w:r>
        <w:rPr>
          <w:sz w:val="20"/>
        </w:rPr>
        <w:t>1:23:46  dua ka matlab hota hai Allah taala mazeed tofeeq de, Allah taala mazeed raaste khole, Allah taala mazeed mauqe de, Allah mazeed humein saathi de.</w:t>
      </w:r>
      <w:r>
        <w:br/>
      </w:r>
      <w:r>
        <w:rPr>
          <w:sz w:val="20"/>
        </w:rPr>
        <w:t>1:23:56  to yeh yeh kaam kijiye.</w:t>
      </w:r>
    </w:p>
    <w:p>
      <w:pPr>
        <w:pStyle w:val="Heading2"/>
      </w:pPr>
      <w:r>
        <w:t>Finding hope with Muslims in denial</w:t>
      </w:r>
    </w:p>
    <w:p>
      <w:r>
        <w:rPr>
          <w:color w:val="666666"/>
          <w:sz w:val="18"/>
        </w:rPr>
        <w:t>Society &amp; Dawah · The Age of Giving Global Thanks Dec 15. 2019—Maulana Wahiduddin Khan · 1m 49s · at 53:29 · https://youtu.be/254Pgn6Ldts?t=3209</w:t>
      </w:r>
    </w:p>
    <w:p>
      <w:r>
        <w:rPr>
          <w:i/>
        </w:rPr>
        <w:t>“Sometimes I really get frustrated when I see Muslims that are not at all trying to rediscover Islam. They are always in denial and they hate the leaders who want them to be peaceful. How to see a ray of hope? Please guide us.”</w:t>
      </w:r>
    </w:p>
    <w:p>
      <w:r>
        <w:rPr>
          <w:sz w:val="20"/>
        </w:rPr>
        <w:t>53:29  doctor safeena tabassum ne saharanpur se sawal kiya hai. unhon ne likha hai: "maulana sahab, sometimes i really get frustrated when i see muslims that are not at all trying to rediscover islam.</w:t>
      </w:r>
      <w:r>
        <w:br/>
      </w:r>
      <w:r>
        <w:rPr>
          <w:sz w:val="20"/>
        </w:rPr>
        <w:t>53:44  they are always in denial and they hate those leaders who want them to be peaceful. how to see a ray of ho</w:t>
      </w:r>
      <w:r>
        <w:br/>
      </w:r>
      <w:r>
        <w:rPr>
          <w:sz w:val="20"/>
        </w:rPr>
        <w:t>53:53  pe? please guide us." we guide us. abhi main ne kaha ke aap sab log jo is tarah ki boli bolte hain, woh sab ek hi marz ki bimari hai, mubtala hain.</w:t>
      </w:r>
      <w:r>
        <w:br/>
      </w:r>
      <w:r>
        <w:rPr>
          <w:sz w:val="20"/>
        </w:rPr>
        <w:t>54:07  single waqeye ko generalize karna. jitne log hain, sab yahi kar rahe hain ke single waqeye ko generalize karte hain.</w:t>
      </w:r>
      <w:r>
        <w:br/>
      </w:r>
      <w:r>
        <w:rPr>
          <w:sz w:val="20"/>
        </w:rPr>
        <w:t>54:19  aap apne is tarah ke apne zehan ki islaah kijiye.</w:t>
      </w:r>
    </w:p>
    <w:p>
      <w:pPr>
        <w:pStyle w:val="Heading2"/>
      </w:pPr>
      <w:r>
        <w:t>Focus on mosques vs God realization</w:t>
      </w:r>
    </w:p>
    <w:p>
      <w:r>
        <w:rPr>
          <w:color w:val="666666"/>
          <w:sz w:val="18"/>
        </w:rPr>
        <w:t>Society &amp; Dawah · Concept of God December 7, 2014 · 1m 33s · at 1:15:23 · https://youtu.be/dCgL9lp8EAo?t=4523</w:t>
      </w:r>
    </w:p>
    <w:p>
      <w:r>
        <w:rPr>
          <w:i/>
        </w:rPr>
        <w:t>“I read that during the time of Prophet of Islam, companions' focus was to call the people towards God realization and inculcate in them the spirit of Islam. But in today's time, Muslims' focus is in building and fighting for mosques. Why is there such a difference?”</w:t>
      </w:r>
    </w:p>
    <w:p>
      <w:r>
        <w:rPr>
          <w:sz w:val="20"/>
        </w:rPr>
        <w:t>1:15:23  Maulana, agla sawal Maulana Farhad sahib ne poocha hai Delhi se, aur unhon ne likha hai: "I read that during the time of Prophet of Islam, companions' focus was to call the people towards God realization and inculcate in them the spirit of Islam.</w:t>
      </w:r>
      <w:r>
        <w:br/>
      </w:r>
      <w:r>
        <w:rPr>
          <w:sz w:val="20"/>
        </w:rPr>
        <w:t>1:15:43  But in today's time, Muslims' focus is in building and fighting for mosques. Why is there such a difference?"</w:t>
      </w:r>
      <w:r>
        <w:br/>
      </w:r>
      <w:r>
        <w:rPr>
          <w:sz w:val="20"/>
        </w:rPr>
        <w:t>1:15:53  bhai, moajza dwanay ke musalman zawal yafta ummat hain, yehi difference hai. yeh kya sahaba hain aaj yahan?</w:t>
      </w:r>
      <w:r>
        <w:br/>
      </w:r>
      <w:r>
        <w:rPr>
          <w:sz w:val="20"/>
        </w:rPr>
        <w:t>1:16:02  aaj jo log hain, kya woh sahaba hain? yeh to bohat baad ki generation hain jo degenerate ho chuke hain, zawal ke daur mein aa chuke hain.</w:t>
      </w:r>
      <w:r>
        <w:br/>
      </w:r>
      <w:r>
        <w:rPr>
          <w:sz w:val="20"/>
        </w:rPr>
        <w:t>1:16:13  to is ko aap is se kaise compare karenge?</w:t>
      </w:r>
      <w:r>
        <w:br/>
      </w:r>
      <w:r>
        <w:rPr>
          <w:sz w:val="20"/>
        </w:rPr>
        <w:t>1:16:16  ab to aap ko ummat ko revive karna hai. jab tak revive na na karen to is ke andar woh sifat nahi aa sakti hain. to us waqt hum jis daur mein hain, woh revival of ummat ka daur hai.</w:t>
      </w:r>
      <w:r>
        <w:br/>
      </w:r>
      <w:r>
        <w:rPr>
          <w:sz w:val="20"/>
        </w:rPr>
        <w:t>1:16:33  aur woh revival of ummat jo hoga, woh bohat hi bohat hi sanjeeda amal se hoga. jalsa o jaloos se nahi ho sakta. log jalsa o jaloos karte hain to is se kuch nahi hone wala.</w:t>
      </w:r>
      <w:r>
        <w:br/>
      </w:r>
      <w:r>
        <w:rPr>
          <w:sz w:val="20"/>
        </w:rPr>
        <w:t>1:16:45  bheer bhaad se kuch nahi hone wala. It requires a very very serious effort.</w:t>
      </w:r>
    </w:p>
    <w:p>
      <w:pPr>
        <w:pStyle w:val="Heading2"/>
      </w:pPr>
      <w:r>
        <w:t>Future of Muslims and their condition</w:t>
      </w:r>
    </w:p>
    <w:p>
      <w:r>
        <w:rPr>
          <w:color w:val="666666"/>
          <w:sz w:val="18"/>
        </w:rPr>
        <w:t>Society &amp; Dawah · Living in a New Age | March 26, 2017 · 1m 16s · at 49:33 · https://youtu.be/iST0AxQscKo?t=2973</w:t>
      </w:r>
    </w:p>
    <w:p>
      <w:r>
        <w:rPr>
          <w:i/>
        </w:rPr>
        <w:t>“What do you think about the future of the Muslims? I think the condition of Muslims is very good.”</w:t>
      </w:r>
    </w:p>
    <w:p>
      <w:r>
        <w:rPr>
          <w:sz w:val="20"/>
        </w:rPr>
        <w:t>49:33  ji Maulana Ameer Qureshi sahib ne Pakistan se sawal bheja hai.</w:t>
      </w:r>
      <w:r>
        <w:br/>
      </w:r>
      <w:r>
        <w:rPr>
          <w:sz w:val="20"/>
        </w:rPr>
        <w:t>49:37  انہوں نے لکھا ہے کہ مولانا صاحب what do you think about the future of the Muslims؟ میں</w:t>
      </w:r>
      <w:r>
        <w:br/>
      </w:r>
      <w:r>
        <w:rPr>
          <w:sz w:val="20"/>
        </w:rPr>
        <w:t>49:40  samajhta hoon ke Muslim ki surat bohat acha hai.</w:t>
      </w:r>
      <w:r>
        <w:br/>
      </w:r>
      <w:r>
        <w:rPr>
          <w:sz w:val="20"/>
        </w:rPr>
        <w:t>49:44  kyun ke abhi abhi hai tareekh mein jab koi upheaval hota hai to kisi positive maqsad ke liye hota hai.</w:t>
      </w:r>
      <w:r>
        <w:br/>
      </w:r>
      <w:r>
        <w:rPr>
          <w:sz w:val="20"/>
        </w:rPr>
        <w:t>49:51  isi ko Maulana Room ne kaha tha ke unhon ne Allah ki scheme ko bataya tha is tareeqe</w:t>
      </w:r>
      <w:r>
        <w:br/>
      </w:r>
      <w:r>
        <w:rPr>
          <w:sz w:val="20"/>
        </w:rPr>
        <w:t>49:59  se unhon ne ke choon banaye konah abad kun awalan ta'meer raawi kun yeh Maulana Room ka shair</w:t>
      </w:r>
      <w:r>
        <w:br/>
      </w:r>
      <w:r>
        <w:rPr>
          <w:sz w:val="20"/>
        </w:rPr>
        <w:t>50:06  hai awalan choon banaye konah abad</w:t>
      </w:r>
      <w:r>
        <w:br/>
      </w:r>
      <w:r>
        <w:rPr>
          <w:sz w:val="20"/>
        </w:rPr>
        <w:t>50:14  ah kund awalan taameer raavi ra kund yani allah rabbul alameen jab chahta hai nayi duniya banana to pichli duniya ko tod deta hai. to musalmanon mein jo jo halchal hai aur gadbad hai is liye ke ek naya emergence aane wala hai inshallah. ek ise great thinking aayegi musalmanon mein. musalmanon mein is se deep thinking aa</w:t>
      </w:r>
      <w:r>
        <w:br/>
      </w:r>
      <w:r>
        <w:rPr>
          <w:sz w:val="20"/>
        </w:rPr>
        <w:t>50:44  ye gi aur phir sab kuch inshallah dheere dheere badal jayega.</w:t>
      </w:r>
    </w:p>
    <w:p>
      <w:pPr>
        <w:pStyle w:val="Heading2"/>
      </w:pPr>
      <w:r>
        <w:t>Giving Quran physically or via email</w:t>
      </w:r>
    </w:p>
    <w:p>
      <w:r>
        <w:rPr>
          <w:color w:val="666666"/>
          <w:sz w:val="18"/>
        </w:rPr>
        <w:t>Society &amp; Dawah · Journey of History December 23, 2012 · 1m 21s · at 1:05:46 · https://youtu.be/bvjWl3U3Dmw?t=3946</w:t>
      </w:r>
    </w:p>
    <w:p>
      <w:r>
        <w:rPr>
          <w:i/>
        </w:rPr>
        <w:t>“Can Quran be given physically and it can be given in soft copy through email? Please advise.”</w:t>
      </w:r>
    </w:p>
    <w:p>
      <w:r>
        <w:rPr>
          <w:sz w:val="20"/>
        </w:rPr>
        <w:t>1:05:46  maulana, agla sawal ah dilli se hai miss saty malhotra ka. unhon ne aapse poocha hai: "can quran be given physically or it can be given in soft copy through email?" please advice.</w:t>
      </w:r>
      <w:r>
        <w:br/>
      </w:r>
      <w:r>
        <w:rPr>
          <w:sz w:val="20"/>
        </w:rPr>
        <w:t>1:06:02  har tareeqe se, jo bhi tareeqa hai, pehle bhi munh se bol ke sunate the log. ab chupa hua bhi denge aap aur internet ke zariye bhi denge.</w:t>
      </w:r>
      <w:r>
        <w:br/>
      </w:r>
      <w:r>
        <w:rPr>
          <w:sz w:val="20"/>
        </w:rPr>
        <w:t>1:06:13  aap</w:t>
      </w:r>
      <w:r>
        <w:br/>
      </w:r>
      <w:r>
        <w:rPr>
          <w:sz w:val="20"/>
        </w:rPr>
        <w:t>1:06:14  jo bhi tareeqa aur koi tareeqa ijad ho, use bhi denge. aisi cheez to pohnchana hai, pohnch jaye bas sahi tareeqe ke sath. maulana, woh doosra hissa un ke sawal ka yeh hai ke kya quran sirf non muslims ko di jaye ya musalmanon ko bhi di jaye?</w:t>
      </w:r>
      <w:r>
        <w:br/>
      </w:r>
      <w:r>
        <w:rPr>
          <w:sz w:val="20"/>
        </w:rPr>
        <w:t>1:06:30  sab ko, sab ko jo sab ko di jaye. quran musalman iman rakhte hain quran par aqeeda, lekin quran ki masjid se bekhabar hain.</w:t>
      </w:r>
      <w:r>
        <w:br/>
      </w:r>
      <w:r>
        <w:rPr>
          <w:sz w:val="20"/>
        </w:rPr>
        <w:t>1:06:41  woh</w:t>
      </w:r>
      <w:r>
        <w:br/>
      </w:r>
      <w:r>
        <w:rPr>
          <w:sz w:val="20"/>
        </w:rPr>
        <w:t>1:06:44  is zamane ke musalman quran ki masjid se bekhabar hain. in ko bhi batana hai. yani ek aadmi aqeeda rakhte hue bekhabar hai, ek aadmi ko aqeeda nahi hai, phir bhi woh bekhabar hai.</w:t>
      </w:r>
      <w:r>
        <w:br/>
      </w:r>
      <w:r>
        <w:rPr>
          <w:sz w:val="20"/>
        </w:rPr>
        <w:t>1:06:55  to kais to aik hi hua na? dono be khabri mein hain, dono be khabri mein hain. to sab ko batana hai.</w:t>
      </w:r>
    </w:p>
    <w:p>
      <w:pPr>
        <w:pStyle w:val="Heading2"/>
      </w:pPr>
      <w:r>
        <w:t>Government stand on divorce causing Muslim unrest</w:t>
      </w:r>
    </w:p>
    <w:p>
      <w:r>
        <w:rPr>
          <w:color w:val="666666"/>
          <w:sz w:val="18"/>
        </w:rPr>
        <w:t>Society &amp; Dawah · 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Grave dug out due to sectarianism</w:t>
      </w:r>
    </w:p>
    <w:p>
      <w:r>
        <w:rPr>
          <w:color w:val="666666"/>
          <w:sz w:val="18"/>
        </w:rPr>
        <w:t>Society &amp; Dawah · Formula of Human Life | March 13, 2016 · 1m 15s · at 1:16:07 · https://youtu.be/Et_ZQTYZzjU?t=4567</w:t>
      </w:r>
    </w:p>
    <w:p>
      <w:r>
        <w:rPr>
          <w:i/>
        </w:rPr>
        <w:t>“Recently a dead man was dug out of his grave just because he belonged to a different sect, and the graveyard belonged to the other sect.”</w:t>
      </w:r>
    </w:p>
    <w:p>
      <w:r>
        <w:rPr>
          <w:sz w:val="20"/>
        </w:rPr>
        <w:t>1:16:07  Maulana, agla sawal Delhi se kya hai Muhammad Usman sahib ne, aur unhone likha hai: "Recently a</w:t>
      </w:r>
      <w:r>
        <w:br/>
      </w:r>
      <w:r>
        <w:rPr>
          <w:sz w:val="20"/>
        </w:rPr>
        <w:t>1:16:15  dead man was dug out of his grave just because he belonged to a different</w:t>
      </w:r>
      <w:r>
        <w:br/>
      </w:r>
      <w:r>
        <w:rPr>
          <w:sz w:val="20"/>
        </w:rPr>
        <w:t>1:16:23  sect, and graveyard was of a was of the other sect.</w:t>
      </w:r>
      <w:r>
        <w:br/>
      </w:r>
      <w:r>
        <w:rPr>
          <w:sz w:val="20"/>
        </w:rPr>
        <w:t>1:16:29  such is the hatred among various sects of Islam.</w:t>
      </w:r>
      <w:r>
        <w:br/>
      </w:r>
      <w:r>
        <w:rPr>
          <w:sz w:val="20"/>
        </w:rPr>
        <w:t>1:16:35  "How this hatred can be reduced or ended? What can be done to end sectarianism?" Bhai, yeh</w:t>
      </w:r>
      <w:r>
        <w:br/>
      </w:r>
      <w:r>
        <w:rPr>
          <w:sz w:val="20"/>
        </w:rPr>
        <w:t>1:16:41  jo hai, yeh to Islam mein haram hai.</w:t>
      </w:r>
      <w:r>
        <w:br/>
      </w:r>
      <w:r>
        <w:rPr>
          <w:sz w:val="20"/>
        </w:rPr>
        <w:t>1:16:47  qabr qabr ko khod kar ke nikalna, yeh to Islam mein jaiz hi nahi hai. Lekin</w:t>
      </w:r>
      <w:r>
        <w:br/>
      </w:r>
      <w:r>
        <w:rPr>
          <w:sz w:val="20"/>
        </w:rPr>
        <w:t>1:16:53  is mein koi role ho sakta hai judiciary ka, ek reformer ka koi role nahi is mein ho sakta. Haan, agar samjhane bajaye is kaam chale to ja ke woh samjhana chahiye hoga. Lekin generally kya hota hai? Samjhane bajaye is kaam nahi chalta, wahan judiciary ka role aa jata hai. To main yeh kahunga ke agar kaam chal jata hai samjhane bachane se to jo reformers</w:t>
      </w:r>
    </w:p>
    <w:p>
      <w:pPr>
        <w:pStyle w:val="Heading2"/>
      </w:pPr>
      <w:r>
        <w:t>Guidance on education development in da'wah</w:t>
      </w:r>
    </w:p>
    <w:p>
      <w:r>
        <w:rPr>
          <w:color w:val="666666"/>
          <w:sz w:val="18"/>
        </w:rPr>
        <w:t>Society &amp; Dawah · Present Day Muslims Jan 13, 2013 · 1m 14s · at 1:30:09 · https://youtu.be/CVcbWVYitog?t=5409</w:t>
      </w:r>
    </w:p>
    <w:p>
      <w:r>
        <w:rPr>
          <w:i/>
        </w:rPr>
        <w:t>“You said the real work is da'wah and education. You have written a lot on da'wah work. I want your guidance on education development. Please clarify.”</w:t>
      </w:r>
    </w:p>
    <w:p>
      <w:r>
        <w:rPr>
          <w:sz w:val="20"/>
        </w:rPr>
        <w:t>1:30:09  Maulana, agla sawal Delhi se hai, Shah Imran Hasan sahib ka. Unhon ne likha hai: Maulana sahib, aap ne farmaya ke karne ka asal kaam do hain: Da'wa work aur education.</w:t>
      </w:r>
      <w:r>
        <w:br/>
      </w:r>
      <w:r>
        <w:rPr>
          <w:sz w:val="20"/>
        </w:rPr>
        <w:t>1:30:21  Da'wa work par aap ne bohat kuch likh diya hai. Main education Development ke baray mein aap ki rehnumai janna chahta hoon. Is ko wazeh farmayein.</w:t>
      </w:r>
      <w:r>
        <w:br/>
      </w:r>
      <w:r>
        <w:rPr>
          <w:sz w:val="20"/>
        </w:rPr>
        <w:t>1:30:33  Is ki koi likhne ki zaroorat</w:t>
      </w:r>
      <w:r>
        <w:br/>
      </w:r>
      <w:r>
        <w:rPr>
          <w:sz w:val="20"/>
        </w:rPr>
        <w:t>1:30:37  nahi hai. Jo Existing System hai education ka, usi mein poori qaum ko shamil kar dijiyey. Apne naujawanon ko kahiye ke parhein, khoob parhein, khoob parhein.</w:t>
      </w:r>
      <w:r>
        <w:br/>
      </w:r>
      <w:r>
        <w:rPr>
          <w:sz w:val="20"/>
        </w:rPr>
        <w:t>1:30:46  Aisa nahi ke hum koi Parallel nizaam banayein. Kisi Parallel nizaam ki zaroorat nahi hai. Bohat se school khule hue hain, Muslim school, Christian school aur Government school.</w:t>
      </w:r>
      <w:r>
        <w:br/>
      </w:r>
      <w:r>
        <w:rPr>
          <w:sz w:val="20"/>
        </w:rPr>
        <w:t>1:30:59  Usi mein hamare bachay jayen aur khoob dhoom se parhein.</w:t>
      </w:r>
      <w:r>
        <w:br/>
      </w:r>
      <w:r>
        <w:rPr>
          <w:sz w:val="20"/>
        </w:rPr>
        <w:t>1:31:03  Peaceful tareeqay se achhay numbers layein. Aur kisi cheez ki zaroorat nahi hai. Meri Policy baali yahi hai. Main logon se yahi kehta hoon ke koi jo school ho, usi mein dakhla le lo.</w:t>
      </w:r>
      <w:r>
        <w:br/>
      </w:r>
      <w:r>
        <w:rPr>
          <w:sz w:val="20"/>
        </w:rPr>
        <w:t>1:31:17  Aur mehnat ke sath parho, bas.</w:t>
      </w:r>
    </w:p>
    <w:p>
      <w:pPr>
        <w:pStyle w:val="Heading2"/>
      </w:pPr>
      <w:r>
        <w:t>Handling arguments during dawah work</w:t>
      </w:r>
    </w:p>
    <w:p>
      <w:r>
        <w:rPr>
          <w:color w:val="666666"/>
          <w:sz w:val="18"/>
        </w:rPr>
        <w:t>Society &amp; Dawah · Pillars of Western Thought October 6, 2013 · 1m 12s · at 51:20 · https://youtu.be/o4WfPvju5_M?t=3080</w:t>
      </w:r>
    </w:p>
    <w:p>
      <w:r>
        <w:rPr>
          <w:i/>
        </w:rPr>
        <w:t>“Sometimes it happens that while doing dawah work with a madhu, the madhu starts an argument. I want to know from you what should be our response and how should we handle such a situation.”</w:t>
      </w:r>
    </w:p>
    <w:p>
      <w:r>
        <w:rPr>
          <w:sz w:val="20"/>
        </w:rPr>
        <w:t>51:20  Maulana Ajmer se Dr. Safina Tabassum ne sawal kiya hai. unhon ne likha hai: "Maulana sahib, sometimes it happens that while doing dawah work with ar madhu, the madhu starts an argument.</w:t>
      </w:r>
      <w:r>
        <w:br/>
      </w:r>
      <w:r>
        <w:rPr>
          <w:sz w:val="20"/>
        </w:rPr>
        <w:t>51:35  I want to know from you what should be our response and how should be handle such a situation." i'raad</w:t>
      </w:r>
      <w:r>
        <w:br/>
      </w:r>
      <w:r>
        <w:rPr>
          <w:sz w:val="20"/>
        </w:rPr>
        <w:t>51:45  jab aap dekhen ke fareeq-e-sani jo hai, woh argument ki taraf le ja raha chahta hai aap ko, to phir i'raad kijiye, is ke liye dua kijiye, use kahiye ke bhai theek hai, aap study kijiye,</w:t>
      </w:r>
      <w:r>
        <w:br/>
      </w:r>
      <w:r>
        <w:rPr>
          <w:sz w:val="20"/>
        </w:rPr>
        <w:t>51:59  mazeed study kijiye, aur study kijiye. kabhi bhi argument mein apne ko dakhil mat kijiye.</w:t>
      </w:r>
      <w:r>
        <w:br/>
      </w:r>
      <w:r>
        <w:rPr>
          <w:sz w:val="20"/>
        </w:rPr>
        <w:t>52:06  jab tak aadmi, yani</w:t>
      </w:r>
      <w:r>
        <w:br/>
      </w:r>
      <w:r>
        <w:rPr>
          <w:sz w:val="20"/>
        </w:rPr>
        <w:t>52:12  baat kar raha hai samajhne ke andaaz mein, tab tak aap baat kijiye. ab jaise hi argument pe aa gaye mamla, to phir aap bilkul baat band kar dijiye.</w:t>
      </w:r>
      <w:r>
        <w:br/>
      </w:r>
      <w:r>
        <w:rPr>
          <w:sz w:val="20"/>
        </w:rPr>
        <w:t>52:22  use kahiye ke achha theek hai, ab aur mutala kijiye. to baat aap par khul jayegi. yeh sahi tareeqa hai.</w:t>
      </w:r>
    </w:p>
    <w:p>
      <w:pPr>
        <w:pStyle w:val="Heading2"/>
      </w:pPr>
      <w:r>
        <w:t>Hatred as obstacle to dawah</w:t>
      </w:r>
    </w:p>
    <w:p>
      <w:r>
        <w:rPr>
          <w:color w:val="666666"/>
          <w:sz w:val="18"/>
        </w:rPr>
        <w:t>Society &amp; Dawah · Dars-e-Quran, Chapter 25, V. 1 (Spreading Quran) September 9, 2018 · 1m 07s · at 50:22 · https://youtu.be/zf3V6LP2Qg0?t=3022</w:t>
      </w:r>
    </w:p>
    <w:p>
      <w:r>
        <w:rPr>
          <w:i/>
        </w:rPr>
        <w:t>“Is hatred for other nations the biggest obstacle to da'wah work? Please explain about this.”</w:t>
      </w:r>
    </w:p>
    <w:p>
      <w:r>
        <w:rPr>
          <w:sz w:val="20"/>
        </w:rPr>
        <w:t>50:22  Maulana, kuch sawal lete hain. ab yeh sawal bheja hai Muhammad Irfan Rasheedi sahib ne Nagpur se.</w:t>
      </w:r>
      <w:r>
        <w:br/>
      </w:r>
      <w:r>
        <w:rPr>
          <w:sz w:val="20"/>
        </w:rPr>
        <w:t>50:33  unhone likha hai: Maulana sahib, kya doosri qaumon se nafrat dawah work ki sab se badi rukawat hai?</w:t>
      </w:r>
      <w:r>
        <w:br/>
      </w:r>
      <w:r>
        <w:rPr>
          <w:sz w:val="20"/>
        </w:rPr>
        <w:t>50:42  is ke bare mein batayein. arey bhai, jannat ke dakhle ki rukawat hai. yaqeen kijiye, jo maqdood se nafrat karega,</w:t>
      </w:r>
      <w:r>
        <w:br/>
      </w:r>
      <w:r>
        <w:rPr>
          <w:sz w:val="20"/>
        </w:rPr>
        <w:t>50:56  is ke liye jannat ke darwaze nahi khulenge. yahan to maine padha hai: jo shakhs apne ma'dud se nafrat karega, us ke liye jannat ke darwaze nahi khulne wale hain.</w:t>
      </w:r>
      <w:r>
        <w:br/>
      </w:r>
      <w:r>
        <w:rPr>
          <w:sz w:val="20"/>
        </w:rPr>
        <w:t>51:13  is par jannat ke darwaze band rahenge.</w:t>
      </w:r>
      <w:r>
        <w:br/>
      </w:r>
      <w:r>
        <w:rPr>
          <w:sz w:val="20"/>
        </w:rPr>
        <w:t>51:20  logon ko tauba karna chahiye. tauba.</w:t>
      </w:r>
    </w:p>
    <w:p>
      <w:pPr>
        <w:pStyle w:val="Heading2"/>
      </w:pPr>
      <w:r>
        <w:t>How Sufis spread Islam despite strange practices</w:t>
      </w:r>
    </w:p>
    <w:p>
      <w:r>
        <w:rPr>
          <w:color w:val="666666"/>
          <w:sz w:val="18"/>
        </w:rPr>
        <w:t>Society &amp; Dawah · Self Correction November 09, 2014 · 1m 33s · at 1:12:47 · https://youtu.be/EgAukdSfGRU?t=4367</w:t>
      </w:r>
    </w:p>
    <w:p>
      <w:r>
        <w:rPr>
          <w:i/>
        </w:rPr>
        <w:t>“Sufis have played a big role in spreading Islam, but strange things about Islam are found in their conditions. How did they spread Islam? Please explain.”</w:t>
      </w:r>
    </w:p>
    <w:p>
      <w:r>
        <w:rPr>
          <w:sz w:val="20"/>
        </w:rPr>
        <w:t>1:12:47  maulana, agla sawal dilli se kiya hai jameel akhtar sahib ne aur unhon ne likha hai ke Islam ko phailane mein sufiyon ka bara role raha hai.</w:t>
      </w:r>
      <w:r>
        <w:br/>
      </w:r>
      <w:r>
        <w:rPr>
          <w:sz w:val="20"/>
        </w:rPr>
        <w:t>1:12:58  yeh baat aksar kahi jati hai. magar sufiyon ke halaat mein Islam ki ajeeb o ghareeb baaten pai jati hain. phir unhon ne kis tarah Islam ko phailaya, is ke bare mein kuch batayen.</w:t>
      </w:r>
      <w:r>
        <w:br/>
      </w:r>
      <w:r>
        <w:rPr>
          <w:sz w:val="20"/>
        </w:rPr>
        <w:t>1:13:15  asal mein dekhiye, is mein to shakk nahi ke is ne phir Islam ko phailaya. lekin yeh tha mass conversion. to mass conversion to rasool Allah sallallahu alaihi wasallam ke zamane mein bhi hadith mein aata hai ke log, yani main ne is se pehle bata chuka hoon ek hadith aap ko ke mass conversion ke woh ka woh nuqsan tha, nah ke sufiyon ka nuqsan.</w:t>
      </w:r>
      <w:r>
        <w:br/>
      </w:r>
      <w:r>
        <w:rPr>
          <w:sz w:val="20"/>
        </w:rPr>
        <w:t>1:13:41  sufiyon ke zamane mein mass con</w:t>
      </w:r>
      <w:r>
        <w:br/>
      </w:r>
      <w:r>
        <w:rPr>
          <w:sz w:val="20"/>
        </w:rPr>
        <w:t>1:13:43  version hua. Mass conversion yeh hota hai ke log pichhle khayalat ko lekar aate hain aur unki itne bade paon par tarbiyat nahi ho pati.</w:t>
      </w:r>
      <w:r>
        <w:br/>
      </w:r>
      <w:r>
        <w:rPr>
          <w:sz w:val="20"/>
        </w:rPr>
        <w:t>1:13:52  to wahi sab khayalat ko naye andaaz mein likhte hain, woh uski pairwi karne.</w:t>
      </w:r>
      <w:r>
        <w:br/>
      </w:r>
      <w:r>
        <w:rPr>
          <w:sz w:val="20"/>
        </w:rPr>
        <w:t>1:14:00  to main samajhta hoon ke sufia ka role bahut aham hai. Baqi mass conversion ki wajah se jo tarbiyat na ho saki logon ki, usse bigad aaya.</w:t>
      </w:r>
      <w:r>
        <w:br/>
      </w:r>
      <w:r>
        <w:rPr>
          <w:sz w:val="20"/>
        </w:rPr>
        <w:t>1:14:09  to dono ko alag kar ke dekhiye taake sahi raaye qayam kar sakein aap.</w:t>
      </w:r>
    </w:p>
    <w:p>
      <w:pPr>
        <w:pStyle w:val="Heading2"/>
      </w:pPr>
      <w:r>
        <w:t>How Workable Is Complaint as a Right?</w:t>
      </w:r>
    </w:p>
    <w:p>
      <w:r>
        <w:rPr>
          <w:color w:val="666666"/>
          <w:sz w:val="18"/>
        </w:rPr>
        <w:t>Society &amp; Dawah · Importance of Peace December 16, 2012 · 1m 42s · at 1:15:01 · https://youtu.be/nymyorYyEz4?t=4501</w:t>
      </w:r>
    </w:p>
    <w:p>
      <w:r>
        <w:rPr>
          <w:i/>
        </w:rPr>
        <w:t>“Muslims treat complaint as their right and use it everywhere. To what extent is this workable?”</w:t>
      </w:r>
    </w:p>
    <w:p>
      <w:r>
        <w:rPr>
          <w:sz w:val="20"/>
        </w:rPr>
        <w:t>1:15:01  yeh meri rai is mamle mein hai. maulana, agla sawal tamil nadu se hai maulana iqbal umri ka.</w:t>
      </w:r>
      <w:r>
        <w:br/>
      </w:r>
      <w:r>
        <w:rPr>
          <w:sz w:val="20"/>
        </w:rPr>
        <w:t>1:15:10  unhon ne likha hai: "maulana, complaint ko apna haq samajh kar musalman is ko har jagah istemal karte hain. yeh kahan tak workable hai?" workable to hai hi nahi.</w:t>
      </w:r>
      <w:r>
        <w:br/>
      </w:r>
      <w:r>
        <w:rPr>
          <w:sz w:val="20"/>
        </w:rPr>
        <w:t>1:15:24  kahan work kar raha hai? kahan musalmanon ki complaint se kuch kaam ban rahe hain? un ke</w:t>
      </w:r>
      <w:r>
        <w:br/>
      </w:r>
      <w:r>
        <w:rPr>
          <w:sz w:val="20"/>
        </w:rPr>
        <w:t>1:15:30  musalmanon ki shikayat aur complaint to yeh anbaar laga hua hai. is ka woh kaam ek bhi nahi ban raha hai. agar ban raha hota to complaint khatam ho jati.</w:t>
      </w:r>
      <w:r>
        <w:br/>
      </w:r>
      <w:r>
        <w:rPr>
          <w:sz w:val="20"/>
        </w:rPr>
        <w:t>1:15:43  to dekhen, do pehlu is ke hain. ek to yeh hai ke complain ka tareeqa sar-ta-sar, yaani result less tareeqa hai.</w:t>
      </w:r>
      <w:r>
        <w:br/>
      </w:r>
      <w:r>
        <w:rPr>
          <w:sz w:val="20"/>
        </w:rPr>
        <w:t>1:15:52  is mein koi nateeja nikalne wala nahi hai. yeh Allah ke qanoon ke khilaaf hai ke aap ki complain se koi kaam banay. aap ka</w:t>
      </w:r>
      <w:r>
        <w:br/>
      </w:r>
      <w:r>
        <w:rPr>
          <w:sz w:val="20"/>
        </w:rPr>
        <w:t>1:16:00  kabhi nahi banay ga, na bana hai. poori history mein kabhi bhi kisi ne complain kar ke kuch achieve nahi kiya hai, na aaj achieve kar sakta hai. to ek baat yeh hai.</w:t>
      </w:r>
      <w:r>
        <w:br/>
      </w:r>
      <w:r>
        <w:rPr>
          <w:sz w:val="20"/>
        </w:rPr>
        <w:t>1:16:09  doosri baat yeh hai ke complain se aap kuch gain to nahi karte, lose yaqeenan karte hain. kyunke jab complain karenge to aap ke andar negativity aye gi, tension aye ga, ghussa aye ga, anchor aye ga.</w:t>
      </w:r>
      <w:r>
        <w:br/>
      </w:r>
      <w:r>
        <w:rPr>
          <w:sz w:val="20"/>
        </w:rPr>
        <w:t>1:16:25  to apna to nuqsan kar liya aap ne, aur doosre ka kuch doosre se koi le nahi paya. to complain ki language ko main bilkul ghair mehram haram samajhta hoon.</w:t>
      </w:r>
      <w:r>
        <w:br/>
      </w:r>
      <w:r>
        <w:rPr>
          <w:sz w:val="20"/>
        </w:rPr>
        <w:t>1:16:37  matlab haram na kiya hua haram meri rai to nahi hai.</w:t>
      </w:r>
    </w:p>
    <w:p>
      <w:pPr>
        <w:pStyle w:val="Heading2"/>
      </w:pPr>
      <w:r>
        <w:t>How can Muslims break the vicious circle?</w:t>
      </w:r>
    </w:p>
    <w:p>
      <w:r>
        <w:rPr>
          <w:color w:val="666666"/>
          <w:sz w:val="18"/>
        </w:rPr>
        <w:t>Society &amp; Dawah · The Importance of the Quran May 15, 2016 Maulana Wahiduddin Khan · 1m 32s · at 1:11:03 · https://youtu.be/9a-OOUR_bLg?t=4263</w:t>
      </w:r>
    </w:p>
    <w:p>
      <w:r>
        <w:rPr>
          <w:i/>
        </w:rPr>
        <w:t>“Maulana, you said today that Muslims are stuck in history and that they live in pride. Any leader who stands to correct this is not accepted and as a result the problem continues. So how will Muslims change as this has become a vicious circle now? Please advise.”</w:t>
      </w:r>
    </w:p>
    <w:p>
      <w:r>
        <w:rPr>
          <w:sz w:val="20"/>
        </w:rPr>
        <w:t>1:11:03  maulana, agla sawal bhopal se aaya hai shamshuddin sahib ka aur unho ne likha hai ke maulana, you said today that muslims are stick in history and that they live in pride.</w:t>
      </w:r>
      <w:r>
        <w:br/>
      </w:r>
      <w:r>
        <w:rPr>
          <w:sz w:val="20"/>
        </w:rPr>
        <w:t>1:11:19  any leader who stands to correct this is not accepted and as a result the problem continues. so how will muslims change as this has become a vicious circle now</w:t>
      </w:r>
      <w:r>
        <w:br/>
      </w:r>
      <w:r>
        <w:rPr>
          <w:sz w:val="20"/>
        </w:rPr>
        <w:t>1:11:33  ? please advice.</w:t>
      </w:r>
      <w:r>
        <w:br/>
      </w:r>
      <w:r>
        <w:rPr>
          <w:sz w:val="20"/>
        </w:rPr>
        <w:t>1:11:38  bhai, dekhiye, main samajhta hoon ke ek hi hal hai ke hum is soch ko quran se judge karein.</w:t>
      </w:r>
      <w:r>
        <w:br/>
      </w:r>
      <w:r>
        <w:rPr>
          <w:sz w:val="20"/>
        </w:rPr>
        <w:t>1:11:51  yeh soch hai kya woh quran ke mutabiq hai ya nahi?</w:t>
      </w:r>
      <w:r>
        <w:br/>
      </w:r>
      <w:r>
        <w:rPr>
          <w:sz w:val="20"/>
        </w:rPr>
        <w:t>1:12:01  to quran se judge karna hi</w:t>
      </w:r>
      <w:r>
        <w:br/>
      </w:r>
      <w:r>
        <w:rPr>
          <w:sz w:val="20"/>
        </w:rPr>
        <w:t>1:12:06  ek waahid tareeqa hai aur har maamle mein, is maamle mein bhi aur har maamle mein bhi humein chahiye ke hum quran se judge karein. quran mein agar hum paate hain is ko to is ko is ko qaim rahein, nahi to hum is ko chhod dein.</w:t>
      </w:r>
      <w:r>
        <w:br/>
      </w:r>
      <w:r>
        <w:rPr>
          <w:sz w:val="20"/>
        </w:rPr>
        <w:t>1:12:23  masjid rasool ki saza agar quran mein nahi hai to is ko chhod dijiye kyunke Allah ke samne kya jawab denge aap?</w:t>
      </w:r>
    </w:p>
    <w:p>
      <w:pPr>
        <w:pStyle w:val="Heading2"/>
      </w:pPr>
      <w:r>
        <w:t>How can politics be correct</w:t>
      </w:r>
    </w:p>
    <w:p>
      <w:r>
        <w:rPr>
          <w:color w:val="666666"/>
          <w:sz w:val="18"/>
        </w:rPr>
        <w:t>Society &amp; Dawah · Discovery of God (In Conversation with Maulana) December 25, 2011 · 1m 38s · at 45:32 · https://youtu.be/-1c1d7cFj0s?t=2732</w:t>
      </w:r>
    </w:p>
    <w:p>
      <w:r>
        <w:rPr>
          <w:i/>
        </w:rPr>
        <w:t>“Politics is only a source of conflict and division, because in politics people speak against each other. So how can politics be correct?”</w:t>
      </w:r>
    </w:p>
    <w:p>
      <w:r>
        <w:rPr>
          <w:sz w:val="20"/>
        </w:rPr>
        <w:t>45:32  mister Asif ka Delhi se sawal hai. unhon ne likha hai: "rajneeti sirf ladai aur mat bhed ka zariya hai. kyunke rajneeti mein insaan ek doosre ke against bolta hai.</w:t>
      </w:r>
      <w:r>
        <w:br/>
      </w:r>
      <w:r>
        <w:rPr>
          <w:sz w:val="20"/>
        </w:rPr>
        <w:t>45:46  to rajneeti sahi kaise ho sakti hai?"</w:t>
      </w:r>
      <w:r>
        <w:br/>
      </w:r>
      <w:r>
        <w:rPr>
          <w:sz w:val="20"/>
        </w:rPr>
        <w:t>45:52  to main sahi kahan karoon? main to kabhi nahi kaha ke sahi hai. maulana, shayad woh general level pe poochna chah rahe hain ke political system jo hai, woh sahi kaise ho sakta hai?</w:t>
      </w:r>
      <w:r>
        <w:br/>
      </w:r>
      <w:r>
        <w:rPr>
          <w:sz w:val="20"/>
        </w:rPr>
        <w:t>46:06  political system ko sahi karne ki koshish mat kijiye. jo hai, us ko accept kar lijiye. mera to nazariya yahi hai. jab aap system ko sahi karna chahenge to kya hoga?</w:t>
      </w:r>
      <w:r>
        <w:br/>
      </w:r>
      <w:r>
        <w:rPr>
          <w:sz w:val="20"/>
        </w:rPr>
        <w:t>46:15  yahi sab hoga. ladai jhagda, nafrat. aisi cheez maan lijiye. mera masla kya yeh hai ke political act mein jo hai, mera jo nazariya hai, woh yahi hai ke political, jis ko main kehta hoon political status quoism,</w:t>
      </w:r>
      <w:r>
        <w:br/>
      </w:r>
      <w:r>
        <w:rPr>
          <w:sz w:val="20"/>
        </w:rPr>
        <w:t>46:34  yani siyasat mein mera nazariya hai political status quoism. koi bhi hakim hai, mujhe us se ladai nahi karna hai.</w:t>
      </w:r>
      <w:r>
        <w:br/>
      </w:r>
      <w:r>
        <w:rPr>
          <w:sz w:val="20"/>
        </w:rPr>
        <w:t>46:43  koi bhi system hai, mujh se jhagan na nahi hai. mujhe accept kar ke, mujhe apni activity ka mauqa mil jata hai. mujhe accept kar ke, mujhe khud short time mujhe mil jata hai ke main apne study karoon, apna mission chalaoon, apne aitbar se jo karna hai, woh karoon.</w:t>
      </w:r>
      <w:r>
        <w:br/>
      </w:r>
      <w:r>
        <w:rPr>
          <w:sz w:val="20"/>
        </w:rPr>
        <w:t>47:05  to mera nazariya to political status quoism ka hai.</w:t>
      </w:r>
    </w:p>
    <w:p>
      <w:pPr>
        <w:pStyle w:val="Heading2"/>
      </w:pPr>
      <w:r>
        <w:t>How can the West be our ideal?</w:t>
      </w:r>
    </w:p>
    <w:p>
      <w:r>
        <w:rPr>
          <w:color w:val="666666"/>
          <w:sz w:val="18"/>
        </w:rPr>
        <w:t>Society &amp; Dawah · Reason and Faith July 10, 2016 · 1m 52s · at 1:09:22 · https://youtu.be/axR4I5yv29E?t=4162</w:t>
      </w:r>
    </w:p>
    <w:p>
      <w:r>
        <w:rPr>
          <w:i/>
        </w:rPr>
        <w:t>“How can the West be our ideal? Please comment on this.”</w:t>
      </w:r>
    </w:p>
    <w:p>
      <w:r>
        <w:rPr>
          <w:sz w:val="20"/>
        </w:rPr>
        <w:t>1:09:22  Maulana, agla sawal Karachi Pakistan se Abdul Wahid sahib ne kiya hai aur unhone aap se poocha hai</w:t>
      </w:r>
      <w:r>
        <w:br/>
      </w:r>
      <w:r>
        <w:rPr>
          <w:sz w:val="20"/>
        </w:rPr>
        <w:t>1:09:28  ke Maulana sahib how can west be our ideal please comment on this kya matlab? Hamara haan, hum</w:t>
      </w:r>
      <w:r>
        <w:br/>
      </w:r>
      <w:r>
        <w:rPr>
          <w:sz w:val="20"/>
        </w:rPr>
        <w:t>1:09:35  ne border kahan kaha hai? Ji, hum ne yeh kaha ke woh ideal hai.</w:t>
      </w:r>
      <w:r>
        <w:br/>
      </w:r>
      <w:r>
        <w:rPr>
          <w:sz w:val="20"/>
        </w:rPr>
        <w:t>1:09:41  Ji, yeh to hum ne kaha nahi, ideal to rasool Allah hain.</w:t>
      </w:r>
      <w:r>
        <w:br/>
      </w:r>
      <w:r>
        <w:rPr>
          <w:sz w:val="20"/>
        </w:rPr>
        <w:t>1:09:47  Ji, hain in ka contribution west ka contribution history mein hai development ke baray mein.</w:t>
      </w:r>
      <w:r>
        <w:br/>
      </w:r>
      <w:r>
        <w:rPr>
          <w:sz w:val="20"/>
        </w:rPr>
        <w:t>1:09:53  Ji, tehzeeb ka development jo hai, is technology ka jo development hai, industry ka jo development hai, is</w:t>
      </w:r>
      <w:r>
        <w:br/>
      </w:r>
      <w:r>
        <w:rPr>
          <w:sz w:val="20"/>
        </w:rPr>
        <w:t>1:10:00  mein in ka west ka contribution hai, woh hum sab is se faida utha rahe hain.</w:t>
      </w:r>
      <w:r>
        <w:br/>
      </w:r>
      <w:r>
        <w:rPr>
          <w:sz w:val="20"/>
        </w:rPr>
        <w:t>1:10:06  to yeh etraf kijiye ke hum faida utha rahe hain.</w:t>
      </w:r>
      <w:r>
        <w:br/>
      </w:r>
      <w:r>
        <w:rPr>
          <w:sz w:val="20"/>
        </w:rPr>
        <w:t>1:10:12  Ji, is ko bura kyun kehte hain? Woh benefactor ko shayad ideal ke sense mein samajh rahe hain</w:t>
      </w:r>
      <w:r>
        <w:br/>
      </w:r>
      <w:r>
        <w:rPr>
          <w:sz w:val="20"/>
        </w:rPr>
        <w:t>1:10:19  ke jab aap ne kaha ke woh benefactor hai, benefactor ke mani hote hain mohsin, ideal nahi.</w:t>
      </w:r>
      <w:r>
        <w:br/>
      </w:r>
      <w:r>
        <w:rPr>
          <w:sz w:val="20"/>
        </w:rPr>
        <w:t>1:10:25  Ji, mohsin is mani mein, tehzeeb ke mani mein, yeh tehzeeb jo hai, jis ko hum civilization kehte</w:t>
      </w:r>
      <w:r>
        <w:br/>
      </w:r>
      <w:r>
        <w:rPr>
          <w:sz w:val="20"/>
        </w:rPr>
        <w:t>1:10:31  hain, woh kis ne paida ki hai? Hum, hum, aap sab log is hadith se faida utha rahe hain.</w:t>
      </w:r>
      <w:r>
        <w:br/>
      </w:r>
      <w:r>
        <w:rPr>
          <w:sz w:val="20"/>
        </w:rPr>
        <w:t>1:10:37  Kaun hai jo hawa jahaz se safar na karta ho? Kaun hai jo car se safar na karta</w:t>
      </w:r>
      <w:r>
        <w:br/>
      </w:r>
      <w:r>
        <w:rPr>
          <w:sz w:val="20"/>
        </w:rPr>
        <w:t>1:10:44  ho? Kaun hai jo mobile istemal na karta ho? To aap is, is, is ka jo contribution hai,</w:t>
      </w:r>
      <w:r>
        <w:br/>
      </w:r>
      <w:r>
        <w:rPr>
          <w:sz w:val="20"/>
        </w:rPr>
        <w:t>1:10:50  is ko istemal kar rahe hain.</w:t>
      </w:r>
      <w:r>
        <w:br/>
      </w:r>
      <w:r>
        <w:rPr>
          <w:sz w:val="20"/>
        </w:rPr>
        <w:t>1:10:56  To benefactor ho gaye woh tehzeeb ke sense mein.</w:t>
      </w:r>
      <w:r>
        <w:br/>
      </w:r>
      <w:r>
        <w:rPr>
          <w:sz w:val="20"/>
        </w:rPr>
        <w:t>1:11:02  Main in ko benefactor keh raha hoon.</w:t>
      </w:r>
      <w:r>
        <w:br/>
      </w:r>
      <w:r>
        <w:rPr>
          <w:sz w:val="20"/>
        </w:rPr>
        <w:t>1:11:09  Baqi jahan tak sachai ka ta'alluq hai to hamara ideal Rasool Allah hain.</w:t>
      </w:r>
    </w:p>
    <w:p>
      <w:pPr>
        <w:pStyle w:val="Heading2"/>
      </w:pPr>
      <w:r>
        <w:t>How can we all live peacefully</w:t>
      </w:r>
    </w:p>
    <w:p>
      <w:r>
        <w:rPr>
          <w:color w:val="666666"/>
          <w:sz w:val="18"/>
        </w:rPr>
        <w:t>Society &amp; Dawah · 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How common person can contribute to mission</w:t>
      </w:r>
    </w:p>
    <w:p>
      <w:r>
        <w:rPr>
          <w:color w:val="666666"/>
          <w:sz w:val="18"/>
        </w:rPr>
        <w:t>Society &amp; Dawah · Kingdom of God August 25, 2018 · 1m 39s · at 37:40 · https://youtu.be/SrnWPkMbEQw?t=2260</w:t>
      </w:r>
    </w:p>
    <w:p>
      <w:r>
        <w:rPr>
          <w:i/>
        </w:rPr>
        <w:t>“How can a common person contribute to this mission? Please guide.”</w:t>
      </w:r>
    </w:p>
    <w:p>
      <w:r>
        <w:rPr>
          <w:sz w:val="20"/>
        </w:rPr>
        <w:t>37:40  maulana, agla sawal bheja hai srinagar se aamir mori sahib ne. unhon ne likha hai ke maulana, how can a common person contribute to this mission?</w:t>
      </w:r>
      <w:r>
        <w:br/>
      </w:r>
      <w:r>
        <w:rPr>
          <w:sz w:val="20"/>
        </w:rPr>
        <w:t>37:54  please guide us. paisa dein, har aadmi ke paas paisa hai. sab ki jebain bhari hui hain. ya ya to active hon, nahi to paisa dein.</w:t>
      </w:r>
      <w:r>
        <w:br/>
      </w:r>
      <w:r>
        <w:rPr>
          <w:sz w:val="20"/>
        </w:rPr>
        <w:t>38:07  ya to khud active hon ya paisa dein taake is kaam ko aage barhaya jaye. kuch nahi, koi exclude nahi logon ke paas.</w:t>
      </w:r>
      <w:r>
        <w:br/>
      </w:r>
      <w:r>
        <w:rPr>
          <w:sz w:val="20"/>
        </w:rPr>
        <w:t>38:20  aaj sab ki jebain bhari hui hain lekin logon ke paas apne apne agenda hai.</w:t>
      </w:r>
      <w:r>
        <w:br/>
      </w:r>
      <w:r>
        <w:rPr>
          <w:sz w:val="20"/>
        </w:rPr>
        <w:t>38:31  har aadmi ke paas, yani so called ghareeb ke paas bhi apna agenda hai.</w:t>
      </w:r>
      <w:r>
        <w:br/>
      </w:r>
      <w:r>
        <w:rPr>
          <w:sz w:val="20"/>
        </w:rPr>
        <w:t>38:41  yeh ayat jo main ne ab yeh parh ke sunai hai, unhon ne is ka ghor se ja ke parhiye ke kya keh rahi hai ayat?</w:t>
      </w:r>
      <w:r>
        <w:br/>
      </w:r>
      <w:r>
        <w:rPr>
          <w:sz w:val="20"/>
        </w:rPr>
        <w:t>38:50  ek yeh kya ayat kya keh rahi hai? lan tanalbir hatta tunfiqo mimma tuhibbun. yani hargiz tum ko neki ka darja nahi milega.</w:t>
      </w:r>
      <w:r>
        <w:br/>
      </w:r>
      <w:r>
        <w:rPr>
          <w:sz w:val="20"/>
        </w:rPr>
        <w:t>39:01  yani Allah ke nazdeek aap neki nahi banenge. Allah ke nazdeek aap ayat se insan likhe hi nahi jayenge. kaisi ajeeb ayat hai.</w:t>
      </w:r>
    </w:p>
    <w:p>
      <w:pPr>
        <w:pStyle w:val="Heading2"/>
      </w:pPr>
      <w:r>
        <w:t>How did sects arise despite intact sources?</w:t>
      </w:r>
    </w:p>
    <w:p>
      <w:r>
        <w:rPr>
          <w:color w:val="666666"/>
          <w:sz w:val="18"/>
        </w:rPr>
        <w:t>Society &amp; Dawah · Age of Democracy May 25, 2014 · 1m 12s · at 1:13:23 · https://youtu.be/pyZy1-EhW1Q?t=4403</w:t>
      </w:r>
    </w:p>
    <w:p>
      <w:r>
        <w:rPr>
          <w:i/>
        </w:rPr>
        <w:t>“When the original sources of Islam, the Quran and Hadith, are intact, how did various sects come into existence?”</w:t>
      </w:r>
    </w:p>
    <w:p>
      <w:r>
        <w:rPr>
          <w:sz w:val="20"/>
        </w:rPr>
        <w:t>1:13:23  maulana, agla sawal dilli se kiya hai jamil akhtar sahab ne. inhon ne likha hai ke jab islam ke mool strot Quran aur hadith apni asal halat mein hain to tarah tarah ke firqe kis tarah ban gaye hain?</w:t>
      </w:r>
      <w:r>
        <w:br/>
      </w:r>
      <w:r>
        <w:rPr>
          <w:sz w:val="20"/>
        </w:rPr>
        <w:t>1:13:39  is ke bare mein bataiye. dekhiye, Quran ko mehfooz karne ka matlab yeh nahi hai ke insan ki azadi ko waris kar diya gaya. insan ki azadi bas surat mein jo qaim hai.</w:t>
      </w:r>
      <w:r>
        <w:br/>
      </w:r>
      <w:r>
        <w:rPr>
          <w:sz w:val="20"/>
        </w:rPr>
        <w:t>1:13:54  Quran bilashuba mehfooz hai lekin insan ko azadi phir bhi hai, freedom of choice phir bhi hai. to islam ka andar bhi hai, islam ke bahar bhi hai.</w:t>
      </w:r>
      <w:r>
        <w:br/>
      </w:r>
      <w:r>
        <w:rPr>
          <w:sz w:val="20"/>
        </w:rPr>
        <w:t>1:14:05  islam ke bahar bhi aadmi apni azadi ko mehsoos kar sakta hai aur muslim community ke andar bhi mehsoos kar sakta hai. to yeh firqa bandiyan jo hain musalmanon ka apni azadi ko mehsoos karna hai.</w:t>
      </w:r>
      <w:r>
        <w:br/>
      </w:r>
      <w:r>
        <w:rPr>
          <w:sz w:val="20"/>
        </w:rPr>
        <w:t>1:14:22  bohat hi saada baat hai. That is phenomenon of misuse of freedom.</w:t>
      </w:r>
    </w:p>
    <w:p>
      <w:pPr>
        <w:pStyle w:val="Heading2"/>
      </w:pPr>
      <w:r>
        <w:t>How is intellectual revival possible with negative news?</w:t>
      </w:r>
    </w:p>
    <w:p>
      <w:r>
        <w:rPr>
          <w:color w:val="666666"/>
          <w:sz w:val="18"/>
        </w:rPr>
        <w:t>Society &amp; Dawah · Revival and Revivalist | June 7, 2015 · 1m 00s · at 52:17 · https://youtu.be/tJqheiPlZ94?t=3137</w:t>
      </w:r>
    </w:p>
    <w:p>
      <w:r>
        <w:rPr>
          <w:i/>
        </w:rPr>
        <w:t>“Today in your lecture you said that Muslims have entered the next phase of intellectual revival. But how is it possible when every literature they collect information from and every gathering they set in they only hear and read negative news and conspiracy of others?”</w:t>
      </w:r>
    </w:p>
    <w:p>
      <w:r>
        <w:rPr>
          <w:sz w:val="20"/>
        </w:rPr>
        <w:t>52:17  maulana, yeh agla sawal aaya hai mr imran ka bahrain se. maulana sahab, today in your lecture you said that muslims have entered next phase of intellectual revival. but how is it possible when every literature they collect information from and every gathering they sit in they only hear and read negative news and and conspiracy of other? dekhen, main</w:t>
      </w:r>
      <w:r>
        <w:br/>
      </w:r>
      <w:r>
        <w:rPr>
          <w:sz w:val="20"/>
        </w:rPr>
        <w:t>52:47  ne yeh nahin kaha hai ke woh climactic point tak pahunch gaya.</w:t>
      </w:r>
      <w:r>
        <w:br/>
      </w:r>
      <w:r>
        <w:rPr>
          <w:sz w:val="20"/>
        </w:rPr>
        <w:t>52:51  main ne kaha hai ke process shuru ho gaya hai.</w:t>
      </w:r>
      <w:r>
        <w:br/>
      </w:r>
      <w:r>
        <w:rPr>
          <w:sz w:val="20"/>
        </w:rPr>
        <w:t>52:56  culmination ka point abhi nahin aaya hai.</w:t>
      </w:r>
      <w:r>
        <w:br/>
      </w:r>
      <w:r>
        <w:rPr>
          <w:sz w:val="20"/>
        </w:rPr>
        <w:t>53:00  to hum aap koshish kar ke is ko boost karen, is process ko boost karen, yahan tak ke</w:t>
      </w:r>
      <w:r>
        <w:br/>
      </w:r>
      <w:r>
        <w:rPr>
          <w:sz w:val="20"/>
        </w:rPr>
        <w:t>53:05  woh culminating point tak pahunch jae.</w:t>
      </w:r>
      <w:r>
        <w:br/>
      </w:r>
      <w:r>
        <w:rPr>
          <w:sz w:val="20"/>
        </w:rPr>
        <w:t>53:09  to main ne jo kaha hai, woh process ka shuru hona hai.</w:t>
      </w:r>
      <w:r>
        <w:br/>
      </w:r>
      <w:r>
        <w:rPr>
          <w:sz w:val="20"/>
        </w:rPr>
        <w:t>53:13  process ka ka culmination pe pahunchana nahin hai.</w:t>
      </w:r>
    </w:p>
    <w:p>
      <w:pPr>
        <w:pStyle w:val="Heading2"/>
      </w:pPr>
      <w:r>
        <w:t>How should Muslims react to Rushdie controversy?</w:t>
      </w:r>
    </w:p>
    <w:p>
      <w:r>
        <w:rPr>
          <w:color w:val="666666"/>
          <w:sz w:val="18"/>
        </w:rPr>
        <w:t>Society &amp; Dawah · God and Man February 19, 2012 · 1m 52s · at 1:24:17 · https://youtu.be/rL4g0LOU3wo?t=5057</w:t>
      </w:r>
    </w:p>
    <w:p>
      <w:r>
        <w:rPr>
          <w:i/>
        </w:rPr>
        <w:t>“How should a common Muslim react to controversies such as Salman Rushdie's participation in the Jaipur Literature Festival?”</w:t>
      </w:r>
    </w:p>
    <w:p>
      <w:r>
        <w:rPr>
          <w:sz w:val="20"/>
        </w:rPr>
        <w:t>1:24:17  jazakumullah. Maulana, agla sawal hai Mr. Muhammad Israr ka Kashmir se.</w:t>
      </w:r>
      <w:r>
        <w:br/>
      </w:r>
      <w:r>
        <w:rPr>
          <w:sz w:val="20"/>
        </w:rPr>
        <w:t>1:24:26  unhon ne likha hai: "How should a common Muslim react to the controversies like of recently Salman Rushdie's participation in Jaipur Literature Festival, etc.?" yeh koi sawal</w:t>
      </w:r>
      <w:r>
        <w:br/>
      </w:r>
      <w:r>
        <w:rPr>
          <w:sz w:val="20"/>
        </w:rPr>
        <w:t>1:24:42  hi nahin hai. seedhi si baat yeh hai ke ya to dawat dijiye, ya chup rahiye. ladna padna, agitation karna, yeh to koi kaam hi nahin. main to is ko haram samajhta hoon.</w:t>
      </w:r>
      <w:r>
        <w:br/>
      </w:r>
      <w:r>
        <w:rPr>
          <w:sz w:val="20"/>
        </w:rPr>
        <w:t>1:24:53  Agitation jo hai, agarche aaj kal ke nare mein jaiz hai, lekin main is ko jaiz nahin samajhta. dawat ki shariyat mein jaiz nahin.</w:t>
      </w:r>
      <w:r>
        <w:br/>
      </w:r>
      <w:r>
        <w:rPr>
          <w:sz w:val="20"/>
        </w:rPr>
        <w:t>1:25:03  is tarah ke mamlaat mein sirf do hi hain aap ke liye. ya to is ke bare mein aap ek kitaab likhiye, is ke statement ke bare mein aap ek statement dijiye.</w:t>
      </w:r>
      <w:r>
        <w:br/>
      </w:r>
      <w:r>
        <w:rPr>
          <w:sz w:val="20"/>
        </w:rPr>
        <w:t>1:25:17  is ko daleel se radd kijiye. nahin kuch kar sakte aap to chup baith kar dua kijiye. yaani ya to daleel se jawab ya dua.</w:t>
      </w:r>
      <w:r>
        <w:br/>
      </w:r>
      <w:r>
        <w:rPr>
          <w:sz w:val="20"/>
        </w:rPr>
        <w:t>1:25:26  bas do hi option hain, teesra koi option nahin.</w:t>
      </w:r>
      <w:r>
        <w:br/>
      </w:r>
      <w:r>
        <w:rPr>
          <w:sz w:val="20"/>
        </w:rPr>
        <w:t>1:25:29  teesra jo option hai, woh mere dekh jaiz hi nahin hai. woh gunah mein izafa karte hain aadmi ke. yaani ya to aadmi ne ek ek bayan diya hai, aap bhi bayan de dijiye.</w:t>
      </w:r>
      <w:r>
        <w:br/>
      </w:r>
      <w:r>
        <w:rPr>
          <w:sz w:val="20"/>
        </w:rPr>
        <w:t>1:25:40  kitaab likhi hai, aap ne bhi ek kitaab likh dijiye. kitaab ka jawab kitaab. alfaaz ka jawab alfaaz. taqreer ka jawab taqreer.</w:t>
      </w:r>
      <w:r>
        <w:br/>
      </w:r>
      <w:r>
        <w:rPr>
          <w:sz w:val="20"/>
        </w:rPr>
        <w:t>1:25:50  lekin daleel ke sath. agar aap ke bas mein nahin hai to ghar mein baith kar dua kijiye. masjid jayen, do rak'at namaz parh kar dua kijiye.</w:t>
      </w:r>
      <w:r>
        <w:br/>
      </w:r>
      <w:r>
        <w:rPr>
          <w:sz w:val="20"/>
        </w:rPr>
        <w:t>1:25:59  bas. aur koi bhi kaam jo kiya jaye ga is silsile mein, woh bilashuba aadmi gunah mein izafa kare ga. is mein koi shaq nahin hai.</w:t>
      </w:r>
    </w:p>
    <w:p>
      <w:pPr>
        <w:pStyle w:val="Heading2"/>
      </w:pPr>
      <w:r>
        <w:t>How should Muslims react to Salman Rushdie controversy?</w:t>
      </w:r>
    </w:p>
    <w:p>
      <w:r>
        <w:rPr>
          <w:color w:val="666666"/>
          <w:sz w:val="18"/>
        </w:rPr>
        <w:t>Society &amp; Dawah · God and Man I February 19, 2012 Maulana Wahiduddin Khan · 1m 58s · at 1:24:53 · https://youtu.be/8TP3nlGRZek?t=5093</w:t>
      </w:r>
    </w:p>
    <w:p>
      <w:r>
        <w:rPr>
          <w:i/>
        </w:rPr>
        <w:t>“How should a common Muslim react to the controversies like of recently Salman Rushdie's participation in Jaipur Literature Festival etc.?”</w:t>
      </w:r>
    </w:p>
    <w:p>
      <w:r>
        <w:rPr>
          <w:sz w:val="20"/>
        </w:rPr>
        <w:t>1:24:53  allah aap ko sehat aur tandrusti de. jazakum allah. maulana agla sawal hai mister muhammad israr ka kashmir se.</w:t>
      </w:r>
      <w:r>
        <w:br/>
      </w:r>
      <w:r>
        <w:rPr>
          <w:sz w:val="20"/>
        </w:rPr>
        <w:t>1:25:05  unhon ne likha hai How should a common Muslim react to the controversies like of recently Salman Rushdie's participation in Jaipur Literature Festival etc.?</w:t>
      </w:r>
      <w:r>
        <w:br/>
      </w:r>
      <w:r>
        <w:rPr>
          <w:sz w:val="20"/>
        </w:rPr>
        <w:t>1:25:20  ye koi sawal hi nahi hai. seedhi si baat ye hai ke ya to dawat dijiye, ya chup rahiye. ladna padna, agitation karna, ye to koi kaam hi nahi.</w:t>
      </w:r>
      <w:r>
        <w:br/>
      </w:r>
      <w:r>
        <w:rPr>
          <w:sz w:val="20"/>
        </w:rPr>
        <w:t>1:25:29  mein to is ko haram samajhta hoon. Agitation jo hai, agarchay aaj kal ke naaray mein jaaiz hai, lekin mein is ko jaaiz nahi samajhta.</w:t>
      </w:r>
      <w:r>
        <w:br/>
      </w:r>
      <w:r>
        <w:rPr>
          <w:sz w:val="20"/>
        </w:rPr>
        <w:t>1:25:39  dawat ki shariyat mein jaaiz nahi.</w:t>
      </w:r>
      <w:r>
        <w:br/>
      </w:r>
      <w:r>
        <w:rPr>
          <w:sz w:val="20"/>
        </w:rPr>
        <w:t>1:25:42  is tarah ke mamlaat mein sirf do hi hain aap ke liye. Ya to is ke baray mein aap aik kitaab likhiye.</w:t>
      </w:r>
      <w:r>
        <w:br/>
      </w:r>
      <w:r>
        <w:rPr>
          <w:sz w:val="20"/>
        </w:rPr>
        <w:t>1:25:52  is ke statement ke baray mein aap aik statement dijiye. Is ko daleel se radd kijiye. Nahi kuch kar sakte aap to chup kar ke dua kijiye.</w:t>
      </w:r>
      <w:r>
        <w:br/>
      </w:r>
      <w:r>
        <w:rPr>
          <w:sz w:val="20"/>
        </w:rPr>
        <w:t>1:26:03  yani ya to daleel se jawab ya dua. Bas do hi option hain, teesra koi option nahi hai. Teesra jo option hai, woh mere dekh jaaiz hi nahi hai. Woh gunah mein izafa karte hain aadmi ke.</w:t>
      </w:r>
      <w:r>
        <w:br/>
      </w:r>
      <w:r>
        <w:rPr>
          <w:sz w:val="20"/>
        </w:rPr>
        <w:t>1:26:14  yani ya to aadmi ne aik aik bayan diya hai, aap bhi bayan de dijiye. Kitaab likhi hai, aap ne bhi aik kitaab likh dijiye. Kitaab ka jawab kitaab.</w:t>
      </w:r>
      <w:r>
        <w:br/>
      </w:r>
      <w:r>
        <w:rPr>
          <w:sz w:val="20"/>
        </w:rPr>
        <w:t>1:26:25  alfaaz ka jawab alfaaz.</w:t>
      </w:r>
      <w:r>
        <w:br/>
      </w:r>
      <w:r>
        <w:rPr>
          <w:sz w:val="20"/>
        </w:rPr>
        <w:t>1:26:28  taqreer ka jawab taqreer. Lekin daleel ke sath. Agar aap ke bas mein nahi hai to ghar mein baith ke dua kijiye. Masjid jayen, do rak'at namaz parh ke dua kijiye.</w:t>
      </w:r>
      <w:r>
        <w:br/>
      </w:r>
      <w:r>
        <w:rPr>
          <w:sz w:val="20"/>
        </w:rPr>
        <w:t>1:26:38  bas. Aur koi bhi kaam jo kiya jaye ga is silsilay mein, woh bilashuba aadmi ke gunah mein izafa kare ga.</w:t>
      </w:r>
      <w:r>
        <w:br/>
      </w:r>
      <w:r>
        <w:rPr>
          <w:sz w:val="20"/>
        </w:rPr>
        <w:t>1:26:46  is mein koi shakk nahi hai.</w:t>
      </w:r>
    </w:p>
    <w:p>
      <w:pPr>
        <w:pStyle w:val="Heading2"/>
      </w:pPr>
      <w:r>
        <w:t>How to Present Islam's Dawah in Africa</w:t>
      </w:r>
    </w:p>
    <w:p>
      <w:r>
        <w:rPr>
          <w:color w:val="666666"/>
          <w:sz w:val="18"/>
        </w:rPr>
        <w:t>Society &amp; Dawah · The Creation Plan December 09, 2018 · 1m 43s · at 45:26 · https://youtu.be/y8tS4vW9lFI?t=2726</w:t>
      </w:r>
    </w:p>
    <w:p>
      <w:r>
        <w:rPr>
          <w:i/>
        </w:rPr>
        <w:t>“Moulana, I am going to Africa for tabligh. Please guide me as to how I can present the dawah of Islam over there.”</w:t>
      </w:r>
    </w:p>
    <w:p>
      <w:r>
        <w:rPr>
          <w:sz w:val="20"/>
        </w:rPr>
        <w:t>45:26  yeh sawal bheja hai gul rehman sahib ne pakistan se. unhon ne likha hai ke: maulana sahib, i am going to africa for tabligh.</w:t>
      </w:r>
      <w:r>
        <w:br/>
      </w:r>
      <w:r>
        <w:rPr>
          <w:sz w:val="20"/>
        </w:rPr>
        <w:t>45:36  please guide me as to how i can present dawah of islam over there. bhai, main to samajhta hoon ke aap pakistan ke hain to tabligh ke liye aap kyun ja rahe hain africa?</w:t>
      </w:r>
      <w:r>
        <w:br/>
      </w:r>
      <w:r>
        <w:rPr>
          <w:sz w:val="20"/>
        </w:rPr>
        <w:t>45:53  pakistan mein kijiye tabligh. kisi paighambar ne aisa nahi kiya ke yahan se wahan jaye.</w:t>
      </w:r>
      <w:r>
        <w:br/>
      </w:r>
      <w:r>
        <w:rPr>
          <w:sz w:val="20"/>
        </w:rPr>
        <w:t>46:02  paighambar jahan paida hota hai, wahin tabligh ka maidan us ke liye hota hai. to meri samajh mein to yeh aata nahi.</w:t>
      </w:r>
      <w:r>
        <w:br/>
      </w:r>
      <w:r>
        <w:rPr>
          <w:sz w:val="20"/>
        </w:rPr>
        <w:t>46:13  aap ko mashwara doon ga main ke tabligh ka kaam shuru karne se pehle sab se bari, sab se bari jo kitab tabligh hai, woh Quran hai.</w:t>
      </w:r>
      <w:r>
        <w:br/>
      </w:r>
      <w:r>
        <w:rPr>
          <w:sz w:val="20"/>
        </w:rPr>
        <w:t>46:30  sab se bari jo kitab tabligh hai, woh Quran hai.</w:t>
      </w:r>
      <w:r>
        <w:br/>
      </w:r>
      <w:r>
        <w:rPr>
          <w:sz w:val="20"/>
        </w:rPr>
        <w:t>46:36  sab se bari jo kitab tabligh hai, woh Quran hai. to aap Quran ko parhiye, khoob khoob parhiye, khoob khoob parhiye aur discover kijiye ke Allah rab ul alameen aap ko kya message deta hai Quran mein.</w:t>
      </w:r>
      <w:r>
        <w:br/>
      </w:r>
      <w:r>
        <w:rPr>
          <w:sz w:val="20"/>
        </w:rPr>
        <w:t>46:56  aap ka jo soch ka way of thinking hai, woh meri samajh mein to aaya nahi.</w:t>
      </w:r>
    </w:p>
    <w:p>
      <w:pPr>
        <w:pStyle w:val="Heading2"/>
      </w:pPr>
      <w:r>
        <w:t>How to change Muslims living in falsehood realistically?</w:t>
      </w:r>
    </w:p>
    <w:p>
      <w:r>
        <w:rPr>
          <w:color w:val="666666"/>
          <w:sz w:val="18"/>
        </w:rPr>
        <w:t>Society &amp; Dawah · Realistic Approach 30 March, 2014 · 1m 00s · at 1:03:00 · https://youtu.be/HIFxmWWiEG4?t=3780</w:t>
      </w:r>
    </w:p>
    <w:p>
      <w:r>
        <w:rPr>
          <w:i/>
        </w:rPr>
        <w:t>“Muslims who are living in falsehood don't realize that they are living in falsehood because everyone around them is practicing the same. How can we change the situation in a realistic manner? Please advise us.”</w:t>
      </w:r>
    </w:p>
    <w:p>
      <w:r>
        <w:rPr>
          <w:sz w:val="20"/>
        </w:rPr>
        <w:t>1:03:00  Maulana, agla sawal Dr. Najma Siddiqui ne kiya hai Delhi se. Unhon ne likha hai: "Muslims who are living in falsehood.</w:t>
      </w:r>
      <w:r>
        <w:br/>
      </w:r>
      <w:r>
        <w:rPr>
          <w:sz w:val="20"/>
        </w:rPr>
        <w:t>1:03:11  Don't realize that they are living in falsehood. As everyone around them is practicing the same.</w:t>
      </w:r>
      <w:r>
        <w:br/>
      </w:r>
      <w:r>
        <w:rPr>
          <w:sz w:val="20"/>
        </w:rPr>
        <w:t>1:03:18  How can we change the situation in a realistic manner? Please advise us." Dekhiye, hamare mission mein Allah ke fazl se yani hazaron log hain jo poori dunya mein woh is se yeh afsos se bahar aa gaye hain,</w:t>
      </w:r>
      <w:r>
        <w:br/>
      </w:r>
      <w:r>
        <w:rPr>
          <w:sz w:val="20"/>
        </w:rPr>
        <w:t>1:03:36  is afsos se bahar aaye hain kyun ke unhon ne hamari detail ko parha, hamare hamare lecture ko suna. Yeh kijiye, aur zyada parhaiye, aur zyada logon ko kahiye ke woh lecture ko sunein.</w:t>
      </w:r>
      <w:r>
        <w:br/>
      </w:r>
      <w:r>
        <w:rPr>
          <w:sz w:val="20"/>
        </w:rPr>
        <w:t>1:03:49  jis tarah se abhi itne saare log is option se bahar aaye hain, aur bhi aayenge is option se bahar. Sab se aasan tareeqa yahi hai.</w:t>
      </w:r>
    </w:p>
    <w:p>
      <w:pPr>
        <w:pStyle w:val="Heading2"/>
      </w:pPr>
      <w:r>
        <w:t>How to handle overwhelming task of Islamic mission?</w:t>
      </w:r>
    </w:p>
    <w:p>
      <w:r>
        <w:rPr>
          <w:color w:val="666666"/>
          <w:sz w:val="18"/>
        </w:rPr>
        <w:t>Society &amp; Dawah · Spirit of the Age Nov 6, 2016 · 57s · at 56:46 · https://youtu.be/QAW9LP53xQk?t=3406</w:t>
      </w:r>
    </w:p>
    <w:p>
      <w:r>
        <w:rPr>
          <w:i/>
        </w:rPr>
        <w:t>“While we are thankful to God to have given us a chance to be part of the culmination of Islamic mission, it seems an overwhelming task.”</w:t>
      </w:r>
    </w:p>
    <w:p>
      <w:r>
        <w:rPr>
          <w:sz w:val="20"/>
        </w:rPr>
        <w:t>56:46  maulana, agla sawal dilli se bheja hai miss naghma siddiqui ne, aur unhon ne likha hai: while we</w:t>
      </w:r>
      <w:r>
        <w:br/>
      </w:r>
      <w:r>
        <w:rPr>
          <w:sz w:val="20"/>
        </w:rPr>
        <w:t>56:51  are thankful to god to have given us a chance to be part of the culmination of islamic</w:t>
      </w:r>
      <w:r>
        <w:br/>
      </w:r>
      <w:r>
        <w:rPr>
          <w:sz w:val="20"/>
        </w:rPr>
        <w:t>56:57  mission, but it seems an overwhelming task.</w:t>
      </w:r>
      <w:r>
        <w:br/>
      </w:r>
      <w:r>
        <w:rPr>
          <w:sz w:val="20"/>
        </w:rPr>
        <w:t>57:02  How can we stay stress-free?</w:t>
      </w:r>
      <w:r>
        <w:br/>
      </w:r>
      <w:r>
        <w:rPr>
          <w:sz w:val="20"/>
        </w:rPr>
        <w:t>57:08  Please advise us.</w:t>
      </w:r>
      <w:r>
        <w:br/>
      </w:r>
      <w:r>
        <w:rPr>
          <w:sz w:val="20"/>
        </w:rPr>
        <w:t>57:13  hazrat baseer se kisi koi koi mila, unhon ne divine mission ki baat ki is se, to is</w:t>
      </w:r>
      <w:r>
        <w:br/>
      </w:r>
      <w:r>
        <w:rPr>
          <w:sz w:val="20"/>
        </w:rPr>
        <w:t>57:19  ne kaha ke yeh to bara mushkil kaam hai.</w:t>
      </w:r>
      <w:r>
        <w:br/>
      </w:r>
      <w:r>
        <w:rPr>
          <w:sz w:val="20"/>
        </w:rPr>
        <w:t>57:25  to hazrat baseer jawab diya tha ke insaan ke liye mushkil hai, khuda ke liye aasan hai.</w:t>
      </w:r>
      <w:r>
        <w:br/>
      </w:r>
      <w:r>
        <w:rPr>
          <w:sz w:val="20"/>
        </w:rPr>
        <w:t>57:31  to hum mein sab sathiyon se mein kahoon ga ke aap apne mission mein dua ko shamil kar</w:t>
      </w:r>
      <w:r>
        <w:br/>
      </w:r>
      <w:r>
        <w:rPr>
          <w:sz w:val="20"/>
        </w:rPr>
        <w:t>57:37  lijiyay, bas bas sab cheez hal hai, dua ko shamil kar lijiyay.</w:t>
      </w:r>
    </w:p>
    <w:p>
      <w:pPr>
        <w:pStyle w:val="Heading2"/>
      </w:pPr>
      <w:r>
        <w:t>How to handle stress of Quran propagation?</w:t>
      </w:r>
    </w:p>
    <w:p>
      <w:r>
        <w:rPr>
          <w:color w:val="666666"/>
          <w:sz w:val="18"/>
        </w:rPr>
        <w:t>Society &amp; Dawah · Quran for All Mankind June 3, 2012 · 46s · at 1:13:43 · https://youtu.be/Gp-53Zjugcg?t=4423</w:t>
      </w:r>
    </w:p>
    <w:p>
      <w:r>
        <w:rPr>
          <w:i/>
        </w:rPr>
        <w:t>“The task of reaching Quran to all mankind is such a big task that no matter how much we do, we fall short. This makes us live in constant stress. What should we do?”</w:t>
      </w:r>
    </w:p>
    <w:p>
      <w:r>
        <w:rPr>
          <w:sz w:val="20"/>
        </w:rPr>
        <w:t>1:13:43  Maulana, agla sawal Ms Naghma Siddiqui ka hai, Delhi se. unhon ne likha hai: "The task of reaching Quran to all humankind is such a big task that no matter how much we do, we fall short.</w:t>
      </w:r>
      <w:r>
        <w:br/>
      </w:r>
      <w:r>
        <w:rPr>
          <w:sz w:val="20"/>
        </w:rPr>
        <w:t>1:13:57  This makes us live in constant stress. What should we do?" nahin, stress ka lafz sahi nahin hai. sense of responsibility sahi hai.</w:t>
      </w:r>
      <w:r>
        <w:br/>
      </w:r>
      <w:r>
        <w:rPr>
          <w:sz w:val="20"/>
        </w:rPr>
        <w:t>1:14:10  stress kis liye</w:t>
      </w:r>
      <w:r>
        <w:br/>
      </w:r>
      <w:r>
        <w:rPr>
          <w:sz w:val="20"/>
        </w:rPr>
        <w:t>1:14:12  ? stress koi zaroorat hi nahin hai. sense of responsibility hona chahiye ke hamein yeh duty hamari hai, yeh hamein yeh duty poori karna hai.</w:t>
      </w:r>
      <w:r>
        <w:br/>
      </w:r>
      <w:r>
        <w:rPr>
          <w:sz w:val="20"/>
        </w:rPr>
        <w:t>1:14:21  to sense of responsibility ka lafz sahi hai, stress ka lafz yahan pe sahi nahi hai.</w:t>
      </w:r>
    </w:p>
    <w:p>
      <w:pPr>
        <w:pStyle w:val="Heading2"/>
      </w:pPr>
      <w:r>
        <w:t>How to propagate We-They concept</w:t>
      </w:r>
    </w:p>
    <w:p>
      <w:r>
        <w:rPr>
          <w:color w:val="666666"/>
          <w:sz w:val="18"/>
        </w:rPr>
        <w:t>Society &amp; Dawah · Collective Repentance I Feb 24, 2013 Maulana Wahiduddin Khan · 1m 23s · at 1:08:18 · https://youtu.be/lkkolxAL38c?t=4098</w:t>
      </w:r>
    </w:p>
    <w:p>
      <w:r>
        <w:rPr>
          <w:i/>
        </w:rPr>
        <w:t>“The 'We-They' concept is the basis in Islam, but Muslims are propagating the 'We-They' concept. How can we as da'is propagate the 'We-They' concept?”</w:t>
      </w:r>
    </w:p>
    <w:p>
      <w:r>
        <w:rPr>
          <w:sz w:val="20"/>
        </w:rPr>
        <w:t>1:08:18  maulana, agla sawal delhi se hai miss naghma siddiqui ka. unhon ne likha hai: "the vv concept has the base in islam, but muslims are propagating vv concept.</w:t>
      </w:r>
      <w:r>
        <w:br/>
      </w:r>
      <w:r>
        <w:rPr>
          <w:sz w:val="20"/>
        </w:rPr>
        <w:t>1:08:32  how can we as da'ees propagate the vv concept?" is ke bare mein batayen. abhi samjhana hai, galat taur par musalmanon ne farz kar liya ke sahib hamare dushman hain.</w:t>
      </w:r>
      <w:r>
        <w:br/>
      </w:r>
      <w:r>
        <w:rPr>
          <w:sz w:val="20"/>
        </w:rPr>
        <w:t>1:08:43  galat taur par samajh rakha hai. to zahir hai ke un ki soch ko badalna padega.</w:t>
      </w:r>
      <w:r>
        <w:br/>
      </w:r>
      <w:r>
        <w:rPr>
          <w:sz w:val="20"/>
        </w:rPr>
        <w:t>1:08:57  beginning jo hai woh soch ko badalne se hoti hai, yani jis ko main kahunga re engineering of minds, no ke zehen ki nai tashkeel.</w:t>
      </w:r>
      <w:r>
        <w:br/>
      </w:r>
      <w:r>
        <w:rPr>
          <w:sz w:val="20"/>
        </w:rPr>
        <w:t>1:09:11  to yeh woh kaam hai jis par jannaton ke wade hain, jo jannat free mein to milenge nahi.</w:t>
      </w:r>
      <w:r>
        <w:br/>
      </w:r>
      <w:r>
        <w:rPr>
          <w:sz w:val="20"/>
        </w:rPr>
        <w:t>1:09:18  ek mushkil kaam hai, tabhi to jannat hai is ke liye. to is kaam ka aaghaz hoga re engineering of minds se, yani zehen ki tashkeel nau se.</w:t>
      </w:r>
      <w:r>
        <w:br/>
      </w:r>
      <w:r>
        <w:rPr>
          <w:sz w:val="20"/>
        </w:rPr>
        <w:t>1:09:31  jab zehn badlega to phir sab chezen aasan ho jayengi apne aap.</w:t>
      </w:r>
    </w:p>
    <w:p>
      <w:pPr>
        <w:pStyle w:val="Heading2"/>
      </w:pPr>
      <w:r>
        <w:t>How to reform Muslim negativity against West?</w:t>
      </w:r>
    </w:p>
    <w:p>
      <w:r>
        <w:rPr>
          <w:color w:val="666666"/>
          <w:sz w:val="18"/>
        </w:rPr>
        <w:t>Society &amp; Dawah · Islam and Violence October 12, 2014 · 1m 41s · at 1:09:18 · https://youtu.be/KmpXYZjPlj8?t=4158</w:t>
      </w:r>
    </w:p>
    <w:p>
      <w:r>
        <w:rPr>
          <w:i/>
        </w:rPr>
        <w:t>“Muslims' negativity against the West has gone beyond limit. Even their good acts are interpreted as acts of conspiracy. How can this situation be reformed? What is your advice?”</w:t>
      </w:r>
    </w:p>
    <w:p>
      <w:r>
        <w:rPr>
          <w:sz w:val="20"/>
        </w:rPr>
        <w:t>1:09:18  maulana, agla sawal doctor muslema siddiqui ka hai dilli se, aur unhon ne likha hai ke: "muslims negativity against the west has gone beyond limit.</w:t>
      </w:r>
      <w:r>
        <w:br/>
      </w:r>
      <w:r>
        <w:rPr>
          <w:sz w:val="20"/>
        </w:rPr>
        <w:t>1:09:31  even their good acts are interpreted as acts of conspiracy. how can this situation be reformed?</w:t>
      </w:r>
      <w:r>
        <w:br/>
      </w:r>
      <w:r>
        <w:rPr>
          <w:sz w:val="20"/>
        </w:rPr>
        <w:t>1:09:40  what is your advice?"</w:t>
      </w:r>
      <w:r>
        <w:br/>
      </w:r>
      <w:r>
        <w:rPr>
          <w:sz w:val="20"/>
        </w:rPr>
        <w:t>1:09:44  dekhiye, jab mein quran ko parhta hoon ke shaitan ne yeh kaha tha ke: "la la tanka al-dhariyata illa qalila", yani mein apne raste par sab ko daal dunga.</w:t>
      </w:r>
      <w:r>
        <w:br/>
      </w:r>
      <w:r>
        <w:rPr>
          <w:sz w:val="20"/>
        </w:rPr>
        <w:t>1:09:58  phir shaitan ka rasta kya tha? adam ko apna rival banana, apna dushman banana. jo sazish ki aur dushmani ki zuban bolta hai, woh bilashuba shaitan ki pairvi karta hai.</w:t>
      </w:r>
      <w:r>
        <w:br/>
      </w:r>
      <w:r>
        <w:rPr>
          <w:sz w:val="20"/>
        </w:rPr>
        <w:t>1:10:13  yeh yeh jo yeh yeh zuban shaitan ki zuban hai, yeh momin ki zuban hi nahi hai ke falan sazish kar raha hai, falan hamara dushman hai.</w:t>
      </w:r>
      <w:r>
        <w:br/>
      </w:r>
      <w:r>
        <w:rPr>
          <w:sz w:val="20"/>
        </w:rPr>
        <w:t>1:10:22  yeh shaitani language hai. mein is is language ko bilashuba satanic language samajhta hoon.</w:t>
      </w:r>
      <w:r>
        <w:br/>
      </w:r>
      <w:r>
        <w:rPr>
          <w:sz w:val="20"/>
        </w:rPr>
        <w:t>1:10:32  aap dawat dijiye har ek ko. rasool Allah sallallahu alaihi wasallam har ek ko dawat di.</w:t>
      </w:r>
      <w:r>
        <w:br/>
      </w:r>
      <w:r>
        <w:rPr>
          <w:sz w:val="20"/>
        </w:rPr>
        <w:t>1:10:39  yeh aap ko kis ne haq diya ke aap yeh declare karein ke falan sazish kar raha hai, falan dushman hai, falan ko hamein goli marna hai? yeh kis ne right diya aap ko?</w:t>
      </w:r>
      <w:r>
        <w:br/>
      </w:r>
      <w:r>
        <w:rPr>
          <w:sz w:val="20"/>
        </w:rPr>
        <w:t>1:10:50  is ke koi mere nazdeek yeh sab ke sab bilkul baseless baatein hain. is ka koi quran o hadith mein is ki koi jagah nahi hai.</w:t>
      </w:r>
      <w:r>
        <w:br/>
      </w:r>
      <w:r>
        <w:rPr>
          <w:sz w:val="20"/>
        </w:rPr>
        <w:t>1:11:00  maulana, agla sawal moradabad se farooq sahab ka hai, aur unhon ne likha hai ke: "recently the canada government announce the honorary citizenship for malala yousafzai.</w:t>
      </w:r>
    </w:p>
    <w:p>
      <w:pPr>
        <w:pStyle w:val="Heading2"/>
      </w:pPr>
      <w:r>
        <w:t>How to remove obstacles for non-Muslims?</w:t>
      </w:r>
    </w:p>
    <w:p>
      <w:r>
        <w:rPr>
          <w:color w:val="666666"/>
          <w:sz w:val="18"/>
        </w:rPr>
        <w:t>Society &amp; Dawah · Divine Plan | March 12, 2017 · 1m 30s · at 1:09:11 · https://youtu.be/dqB4muqGG4I?t=4151</w:t>
      </w:r>
    </w:p>
    <w:p>
      <w:r>
        <w:rPr>
          <w:i/>
        </w:rPr>
        <w:t>“Today a lot of non-believers and non-Muslims are viewing Islam the way Muslims are living and behaving. However, a majority of Muslims are not following Islam like they should. This is creating a huge hindrance and obstacle in non-Muslims reverting to Islam even when they have realized the truth. What can we do about this?”</w:t>
      </w:r>
    </w:p>
    <w:p>
      <w:r>
        <w:rPr>
          <w:sz w:val="20"/>
        </w:rPr>
        <w:t>1:09:11  ce ek samne hota hai toh is temporary audience ke khilaf aadmi bolta hai hmm lekin wahi toh hamara message sari duniya ke liye hai ji مولانا agla sawal lete hain jo syed ahmad ali ne bheja hai syed ahmad ali sahib ne bheja hai dilli se unhone likha hai molana today a lot of non-believers aur non-muslims are viewing islam the way muslims are living and behaving however a majority</w:t>
      </w:r>
      <w:r>
        <w:br/>
      </w:r>
      <w:r>
        <w:rPr>
          <w:sz w:val="20"/>
        </w:rPr>
        <w:t>1:09:41  of Muslims are not following Islam like they should this is creating a huge hindrance aur obstacle in</w:t>
      </w:r>
      <w:r>
        <w:br/>
      </w:r>
      <w:r>
        <w:rPr>
          <w:sz w:val="20"/>
        </w:rPr>
        <w:t>1:09:49  non-Muslims reverting to Islam even when they have realized the truth what can we do about this kya</w:t>
      </w:r>
      <w:r>
        <w:br/>
      </w:r>
      <w:r>
        <w:rPr>
          <w:sz w:val="20"/>
        </w:rPr>
        <w:t>1:09:56  mein samjha nahi kya kya unhon ne kaha hai Maulana wo yeh keh rahe hain ke jo non-Muslims</w:t>
      </w:r>
      <w:r>
        <w:br/>
      </w:r>
      <w:r>
        <w:rPr>
          <w:sz w:val="20"/>
        </w:rPr>
        <w:t>1:10:04  hain wo generally aaj jis tareeqe se Muslims behave karte hain us ko dekh ke apna Islam</w:t>
      </w:r>
      <w:r>
        <w:br/>
      </w:r>
      <w:r>
        <w:rPr>
          <w:sz w:val="20"/>
        </w:rPr>
        <w:t>1:10:12  ka opinion banate hain toh woh yeh keh rahe hain ke is ki wajah se yeh ek problem ho rahi hai ke jo logon ko sachai mil jati hai tab bhi woh islam ki taraf nahi aate nahi woh reverting ka jo lafz istemal kiya hai woh is se mujhe ittefaq nahi hai ji ji hamara maqsad yeh nahi hai ke un ko musalman banana hmm hargiz nahi hai hamara maqsad ji revert ka lafz jo istemal kiya hai mujhe ittefaq nahi hai is se ji yeh kahiye ke woh misadjusting kahiye hmm image islam ki kharab ho rahi hai ji toh misadjusting ko door karna revert karna kya hai h</w:t>
      </w:r>
      <w:r>
        <w:br/>
      </w:r>
      <w:r>
        <w:rPr>
          <w:sz w:val="20"/>
        </w:rPr>
        <w:t>1:10:42  mum yeh hamara mission nahi hai ji hamara mission nahi hai ji Maulana agla sawal mazhab dekhen mazhab</w:t>
      </w:r>
    </w:p>
    <w:p>
      <w:pPr>
        <w:pStyle w:val="Heading2"/>
      </w:pPr>
      <w:r>
        <w:t>How to soften Muslims' hearts towards criticism?</w:t>
      </w:r>
    </w:p>
    <w:p>
      <w:r>
        <w:rPr>
          <w:color w:val="666666"/>
          <w:sz w:val="18"/>
        </w:rPr>
        <w:t>Society &amp; Dawah · Realistic Approach 30 March, 2014 · 1m 06s · at 1:04:01 · https://youtu.be/HIFxmWWiEG4?t=3841</w:t>
      </w:r>
    </w:p>
    <w:p>
      <w:r>
        <w:rPr>
          <w:i/>
        </w:rPr>
        <w:t>“Muslims today get offended whenever we discuss anything with them. Please advise us as to what approach should be so that their hearts soften up towards our criticism.”</w:t>
      </w:r>
    </w:p>
    <w:p>
      <w:r>
        <w:rPr>
          <w:sz w:val="20"/>
        </w:rPr>
        <w:t>1:04:01  Maulana, agla sawal kiya hai Ajmer se Dr. Safina Tabassum ne. Unhon ne likha hai: "Maulana sahib, Muslims today get offended whenever we discuss anything with them.</w:t>
      </w:r>
      <w:r>
        <w:br/>
      </w:r>
      <w:r>
        <w:rPr>
          <w:sz w:val="20"/>
        </w:rPr>
        <w:t>1:04:14  Please advise us as to what our approach should be so that their hearts soften up towards our criticism." Dekhiye, yeh to tareekh hai ke aadmi ghussa ho jata hai.</w:t>
      </w:r>
      <w:r>
        <w:br/>
      </w:r>
      <w:r>
        <w:rPr>
          <w:sz w:val="20"/>
        </w:rPr>
        <w:t>1:04:28  Rasool Allah (SAW) ne Makkah mein jab dawat shuru ki to log ghussa ho gaye aur itna zyada mukhalif yeh hai ke Rasool Allah ko Makkah chhodna pada.</w:t>
      </w:r>
      <w:r>
        <w:br/>
      </w:r>
      <w:r>
        <w:rPr>
          <w:sz w:val="20"/>
        </w:rPr>
        <w:t>1:04:37  lekin phir waqt aaya ke saare log Islam ke fold pe aa gaye</w:t>
      </w:r>
      <w:r>
        <w:br/>
      </w:r>
      <w:r>
        <w:rPr>
          <w:sz w:val="20"/>
        </w:rPr>
        <w:t>1:04:43  to qom jari rakhiye, dua karte rahiye, hikmat ke sath aur sabr ke sath dawat ka kaam kijiye.</w:t>
      </w:r>
      <w:r>
        <w:br/>
      </w:r>
      <w:r>
        <w:rPr>
          <w:sz w:val="20"/>
        </w:rPr>
        <w:t>1:04:53  yahi tareeqa pehle bhi tha, yahi tareeqa aaj bhi hai. Koi doosra doosra tareeqa koi nahi hai, na pehle koi doosra tareeqa mumkin tha, na aaj mumkin hai.</w:t>
      </w:r>
    </w:p>
    <w:p>
      <w:pPr>
        <w:pStyle w:val="Heading2"/>
      </w:pPr>
      <w:r>
        <w:t>How to work for peace in Kashmir?</w:t>
      </w:r>
    </w:p>
    <w:p>
      <w:r>
        <w:rPr>
          <w:color w:val="666666"/>
          <w:sz w:val="18"/>
        </w:rPr>
        <w:t>Society &amp; Dawah · Good News from Kashmir May 14, 2017 · 1m 17s · at 47:11 · https://youtu.be/2XwuYi_nH28?t=2831</w:t>
      </w:r>
    </w:p>
    <w:p>
      <w:r>
        <w:rPr>
          <w:i/>
        </w:rPr>
        <w:t>“With Kashmir becoming positive, how should our team work towards peace?”</w:t>
      </w:r>
    </w:p>
    <w:p>
      <w:r>
        <w:rPr>
          <w:sz w:val="20"/>
        </w:rPr>
        <w:t>47:11  pehla sawal bheja hai dilli se doctor naghma siddiqui ne.</w:t>
      </w:r>
      <w:r>
        <w:br/>
      </w:r>
      <w:r>
        <w:rPr>
          <w:sz w:val="20"/>
        </w:rPr>
        <w:t>47:17  انہوں نے لکھا ہے: "With Kashmir becoming positive, how should our team work towards peace there?"</w:t>
      </w:r>
      <w:r>
        <w:br/>
      </w:r>
      <w:r>
        <w:rPr>
          <w:sz w:val="20"/>
        </w:rPr>
        <w:t>47:23  Bhai, hamare liye to ek God-given opportunity hai. Yeh hamein shuru karna chahiye aur shuru karte hue wahan par jo peace ka literature hai, us ko phailana chahiye. Literature ka yaani peaceful literature to bahut hai hamare haan. Phailana chahiye, Quran bhi phailana chahiye. Quran phailana chahiye aur un ko batana chahiye</w:t>
      </w:r>
      <w:r>
        <w:br/>
      </w:r>
      <w:r>
        <w:rPr>
          <w:sz w:val="20"/>
        </w:rPr>
        <w:t>47:53  ke Rasool Allah ne yeh ailaan kiya hai ke "إن الله يؤتي على الرفق مالا يؤتي على العنف" Yani peaceful activities par woh mile ga jo violent activities mein milne wala nahi hai. Peaceful activities par woh mile ga jo tum ko violent activities mein milne wala nahi hai. Yeh raaz un ko batana chahiye. Bas inshallah sab kuch theek ho jaye ga.</w:t>
      </w:r>
      <w:r>
        <w:br/>
      </w:r>
      <w:r>
        <w:rPr>
          <w:sz w:val="20"/>
        </w:rPr>
        <w:t>48:23  a.</w:t>
      </w:r>
    </w:p>
    <w:p>
      <w:pPr>
        <w:pStyle w:val="Heading2"/>
      </w:pPr>
      <w:r>
        <w:t>Importance of Sunday Classes and Online Attendance</w:t>
      </w:r>
    </w:p>
    <w:p>
      <w:r>
        <w:rPr>
          <w:color w:val="666666"/>
          <w:sz w:val="18"/>
        </w:rPr>
        <w:t>Society &amp; Dawah · Replanning | February 26, 2017 · 1m 26s · at 1:01:49 · https://youtu.be/E120hwMH9x8?t=3709</w:t>
      </w:r>
    </w:p>
    <w:p>
      <w:r>
        <w:rPr>
          <w:i/>
        </w:rPr>
        <w:t>“Please comment on the importance of attending Sunday classes, and also about attending them online for those who are not based in Delhi.”</w:t>
      </w:r>
    </w:p>
    <w:p>
      <w:r>
        <w:rPr>
          <w:sz w:val="20"/>
        </w:rPr>
        <w:t>1:01:49  agla sawal bheja hai Raipur se aa Miss Shabana Idrees ne unhon ne likha hai Maulana please</w:t>
      </w:r>
      <w:r>
        <w:br/>
      </w:r>
      <w:r>
        <w:rPr>
          <w:sz w:val="20"/>
        </w:rPr>
        <w:t>1:01:57  comment about importance of attending Sunday classes and also about attending it online for those who are not</w:t>
      </w:r>
      <w:r>
        <w:br/>
      </w:r>
      <w:r>
        <w:rPr>
          <w:sz w:val="20"/>
        </w:rPr>
        <w:t>1:02:05  based in Delhi</w:t>
      </w:r>
      <w:r>
        <w:br/>
      </w:r>
      <w:r>
        <w:rPr>
          <w:sz w:val="20"/>
        </w:rPr>
        <w:t>1:02:13  dekhiye yeh class jo hai jis ko nahi dikhaya jata woh mere khayal mein woh blind hai jis</w:t>
      </w:r>
      <w:r>
        <w:br/>
      </w:r>
      <w:r>
        <w:rPr>
          <w:sz w:val="20"/>
        </w:rPr>
        <w:t>1:02:20  ne jitne aadmi is mein aate hain is se zyada farishtay aate hain yahan par Sunday class mein</w:t>
      </w:r>
      <w:r>
        <w:br/>
      </w:r>
      <w:r>
        <w:rPr>
          <w:sz w:val="20"/>
        </w:rPr>
        <w:t>1:02:28  jitne log aate hain is se zyada aate hain farishtay to jo logon ko farishton ki majlis mein</w:t>
      </w:r>
      <w:r>
        <w:br/>
      </w:r>
      <w:r>
        <w:rPr>
          <w:sz w:val="20"/>
        </w:rPr>
        <w:t>1:02:35  baithna hai un ko zaroor is mein shirkat</w:t>
      </w:r>
      <w:r>
        <w:br/>
      </w:r>
      <w:r>
        <w:rPr>
          <w:sz w:val="20"/>
        </w:rPr>
        <w:t>1:02:43  karna chahiye Delhi mein hai to barah e raast taur par Delhi mein nahi hai to woh internet se</w:t>
      </w:r>
      <w:r>
        <w:br/>
      </w:r>
      <w:r>
        <w:rPr>
          <w:sz w:val="20"/>
        </w:rPr>
        <w:t>1:02:54  us ko suna hai aur dekha hai mujhe is mein zara bhi shaq nahi ke Sunday class ka</w:t>
      </w:r>
      <w:r>
        <w:br/>
      </w:r>
      <w:r>
        <w:rPr>
          <w:sz w:val="20"/>
        </w:rPr>
        <w:t>1:03:04  intezar karte hain farishtay aur jab yeh hoti hai to woh toot padte hain yahan</w:t>
      </w:r>
    </w:p>
    <w:p>
      <w:pPr>
        <w:pStyle w:val="Heading2"/>
      </w:pPr>
      <w:r>
        <w:t>Importance of Urdu for CPS Members</w:t>
      </w:r>
    </w:p>
    <w:p>
      <w:r>
        <w:rPr>
          <w:color w:val="666666"/>
          <w:sz w:val="18"/>
        </w:rPr>
        <w:t>Society &amp; Dawah · Importance of Ijtihad December 21,2014 · 1m 10s · at 57:55 · https://youtu.be/6AgisKQ8V7s?t=3475</w:t>
      </w:r>
    </w:p>
    <w:p>
      <w:r>
        <w:rPr>
          <w:i/>
        </w:rPr>
        <w:t>“How important is it for the CPS members to learn Urdu and to read your books thoroughly?”</w:t>
      </w:r>
    </w:p>
    <w:p>
      <w:r>
        <w:rPr>
          <w:sz w:val="20"/>
        </w:rPr>
        <w:t>57:55  maulana, agla sawal kya hai? zaheeruddin sahib ne raichur se aur unhon ne aap se poocha hai ke</w:t>
      </w:r>
      <w:r>
        <w:br/>
      </w:r>
      <w:r>
        <w:rPr>
          <w:sz w:val="20"/>
        </w:rPr>
        <w:t>58:00  Maulana, how important is it for the CPS members to learn Urdu and to read your books thoroughly?</w:t>
      </w:r>
      <w:r>
        <w:br/>
      </w:r>
      <w:r>
        <w:rPr>
          <w:sz w:val="20"/>
        </w:rPr>
        <w:t>58:06  bhai, dekhiye, yeh sab sawalat jo hain, is ka talluq is se hota hai ke kis ke paas</w:t>
      </w:r>
      <w:r>
        <w:br/>
      </w:r>
      <w:r>
        <w:rPr>
          <w:sz w:val="20"/>
        </w:rPr>
        <w:t>58:11  kitna waqt hai, kitna time hai, kitna kar sakta hai woh.</w:t>
      </w:r>
      <w:r>
        <w:br/>
      </w:r>
      <w:r>
        <w:rPr>
          <w:sz w:val="20"/>
        </w:rPr>
        <w:t>58:17  atqu Allah wa ma istata'tum.</w:t>
      </w:r>
      <w:r>
        <w:br/>
      </w:r>
      <w:r>
        <w:rPr>
          <w:sz w:val="20"/>
        </w:rPr>
        <w:t>58:22  main koi, yaani usool nahin bata sakta ke sare log yeh karen, sare log woh karen.</w:t>
      </w:r>
      <w:r>
        <w:br/>
      </w:r>
      <w:r>
        <w:rPr>
          <w:sz w:val="20"/>
        </w:rPr>
        <w:t>58:28  aap apne waqt ko lehaz se dekhiye, apne aap ko.</w:t>
      </w:r>
      <w:r>
        <w:br/>
      </w:r>
      <w:r>
        <w:rPr>
          <w:sz w:val="20"/>
        </w:rPr>
        <w:t>58:33  ab main zaati taur par zahir hai ke agar main samajhta ke bekar hain urdu kitaben to na</w:t>
      </w:r>
      <w:r>
        <w:br/>
      </w:r>
      <w:r>
        <w:rPr>
          <w:sz w:val="20"/>
        </w:rPr>
        <w:t>58:38  likhta, main koi chhapaata.</w:t>
      </w:r>
      <w:r>
        <w:br/>
      </w:r>
      <w:r>
        <w:rPr>
          <w:sz w:val="20"/>
        </w:rPr>
        <w:t>58:44  main ke aap ko khud janna chahiye ke main woh urdu kitab jo main ne likhi thi, isi</w:t>
      </w:r>
      <w:r>
        <w:br/>
      </w:r>
      <w:r>
        <w:rPr>
          <w:sz w:val="20"/>
        </w:rPr>
        <w:t>58:49  likhi ke main is ko samajhta hoon ke zaroori hai, woh aham hai.</w:t>
      </w:r>
      <w:r>
        <w:br/>
      </w:r>
      <w:r>
        <w:rPr>
          <w:sz w:val="20"/>
        </w:rPr>
        <w:t>58:55  is ke poochne ki zaroorat nahin hai.</w:t>
      </w:r>
      <w:r>
        <w:br/>
      </w:r>
      <w:r>
        <w:rPr>
          <w:sz w:val="20"/>
        </w:rPr>
        <w:t>59:00  aap to apne halaat ke lehaz se tay kijiye ke aap kitna kar sakte hain, kitna nahin kar sakte.</w:t>
      </w:r>
    </w:p>
    <w:p>
      <w:pPr>
        <w:pStyle w:val="Heading2"/>
      </w:pPr>
      <w:r>
        <w:t>Importance of continuous study for a da'i</w:t>
      </w:r>
    </w:p>
    <w:p>
      <w:r>
        <w:rPr>
          <w:color w:val="666666"/>
          <w:sz w:val="18"/>
        </w:rPr>
        <w:t>Society &amp; Dawah · The Problem of Evil December 4, 2011 · 42s · at 1:36:49 · https://youtu.be/SMqtVjaGHfw?t=5809</w:t>
      </w:r>
    </w:p>
    <w:p>
      <w:r>
        <w:rPr>
          <w:i/>
        </w:rPr>
        <w:t>“How important is it for a da'i to continue his studies?”</w:t>
      </w:r>
    </w:p>
    <w:p>
      <w:r>
        <w:rPr>
          <w:sz w:val="20"/>
        </w:rPr>
        <w:t>1:36:49  Maulana, unka ek aur sawal hai. Unhone likha hai ke ek daai ke liye apne mutale ko jari rakhna kitna zaroori hai?</w:t>
      </w:r>
      <w:r>
        <w:br/>
      </w:r>
      <w:r>
        <w:rPr>
          <w:sz w:val="20"/>
        </w:rPr>
        <w:t>1:36:59  Daai ka har insan ko zaroori hai. Apni jankari jab tak badhayenge nahi to aap ka development nahi hoga.</w:t>
      </w:r>
      <w:r>
        <w:br/>
      </w:r>
      <w:r>
        <w:rPr>
          <w:sz w:val="20"/>
        </w:rPr>
        <w:t>1:37:07  As a daai, as a man, har lehaz se aap ko study karna hai. Study ka matlab yeh nahi ke alif lafz alfaaz padhen, novel padhen, aap shayari padhen, yeh matlab nahi.</w:t>
      </w:r>
      <w:r>
        <w:br/>
      </w:r>
      <w:r>
        <w:rPr>
          <w:sz w:val="20"/>
        </w:rPr>
        <w:t>1:37:18  Serious study to zaroori hai, har haal mein daai ke liye bhi hai aur aam insan ke liye bhi hai. Serious serious study.</w:t>
      </w:r>
    </w:p>
    <w:p>
      <w:pPr>
        <w:pStyle w:val="Heading2"/>
      </w:pPr>
      <w:r>
        <w:t>Importance of doing dawah or donating</w:t>
      </w:r>
    </w:p>
    <w:p>
      <w:r>
        <w:rPr>
          <w:color w:val="666666"/>
          <w:sz w:val="18"/>
        </w:rPr>
        <w:t>Society &amp; Dawah · Divine Management in History April 7, 2013 · 1m 38s · at 1:18:56 · https://youtu.be/wcBzG56LuPY?t=4736</w:t>
      </w:r>
    </w:p>
    <w:p>
      <w:r>
        <w:rPr>
          <w:i/>
        </w:rPr>
        <w:t>“How important is it for Muslims to either do dawah themselves or at least donate for dawah work?”</w:t>
      </w:r>
    </w:p>
    <w:p>
      <w:r>
        <w:rPr>
          <w:sz w:val="20"/>
        </w:rPr>
        <w:t>1:18:56  ji haan, maulana, agla sawal delhi se hai, miss sathi malhotra ka</w:t>
      </w:r>
      <w:r>
        <w:br/>
      </w:r>
      <w:r>
        <w:rPr>
          <w:sz w:val="20"/>
        </w:rPr>
        <w:t>1:19:03  . unhone likha hai: "maulana, how important is it for muslims to either do dawah themselves or at least donate for dawah work?" haan, ke hum yahi kehte hain ke jo physically apne aap ko involve karne ki position mein ho, to woh physically involve karein.</w:t>
      </w:r>
      <w:r>
        <w:br/>
      </w:r>
      <w:r>
        <w:rPr>
          <w:sz w:val="20"/>
        </w:rPr>
        <w:t>1:19:24  farz kiye, koi physically involve karne ki position mein nahi hai, to phir woh jo support ke bas mein hai, woh support de.</w:t>
      </w:r>
      <w:r>
        <w:br/>
      </w:r>
      <w:r>
        <w:rPr>
          <w:sz w:val="20"/>
        </w:rPr>
        <w:t>1:19:34  do mein se ek kaam to use karna hi karna hai.</w:t>
      </w:r>
    </w:p>
    <w:p>
      <w:pPr>
        <w:pStyle w:val="Heading2"/>
      </w:pPr>
      <w:r>
        <w:t>Importance of individual focus in Al-Risala mission</w:t>
      </w:r>
    </w:p>
    <w:p>
      <w:r>
        <w:rPr>
          <w:color w:val="666666"/>
          <w:sz w:val="18"/>
        </w:rPr>
        <w:t>Society &amp; Dawah · Q&amp;A 13 Nov 2011 · 1m 40s · at 36:58 · https://youtu.be/oOZ9h37_pL8?t=2218</w:t>
      </w:r>
    </w:p>
    <w:p>
      <w:r>
        <w:rPr>
          <w:i/>
        </w:rPr>
        <w:t>“In the Al-Risala mission, besides distributing literature, what is the importance of focusing on individuals separately and preparing them in terms of dawah and ma‘rifat?”</w:t>
      </w:r>
    </w:p>
    <w:p>
      <w:r>
        <w:rPr>
          <w:sz w:val="20"/>
        </w:rPr>
        <w:t>36:58  maulana zikwan nadvi ka aik sawal hai dilli se. unhon ne likha hai ke al-risalah mission mein literature distribution ke ilawa individuals ko alag alag focus kar ke un ko dawat aur marifat ke aitbar se tayyar karne ki ahmiyat kya hai?</w:t>
      </w:r>
      <w:r>
        <w:br/>
      </w:r>
      <w:r>
        <w:rPr>
          <w:sz w:val="20"/>
        </w:rPr>
        <w:t>37:16  haan main baar baar kehta hoon ke dekhye hamara jo daawa work hai is ke do pehlu hain.</w:t>
      </w:r>
      <w:r>
        <w:br/>
      </w:r>
      <w:r>
        <w:rPr>
          <w:sz w:val="20"/>
        </w:rPr>
        <w:t>37:26  aik to general yani general daawa keh lijiye is ko. to is ko aap umoomi tor par distribute karte hain.</w:t>
      </w:r>
      <w:r>
        <w:br/>
      </w:r>
      <w:r>
        <w:rPr>
          <w:sz w:val="20"/>
        </w:rPr>
        <w:t>37:39  literature ya jalsay mein address karte hain to woh general dawah hai. lekin isi ke sath bohat hi zaroori hai ke aap individual ko focus karen.</w:t>
      </w:r>
      <w:r>
        <w:br/>
      </w:r>
      <w:r>
        <w:rPr>
          <w:sz w:val="20"/>
        </w:rPr>
        <w:t>37:52  kyunke jo change aayega woh fard mein aayega.</w:t>
      </w:r>
      <w:r>
        <w:br/>
      </w:r>
      <w:r>
        <w:rPr>
          <w:sz w:val="20"/>
        </w:rPr>
        <w:t>37:56  bheed ko aap address karte hain is se is se kuch change nahi aa sakta. change aata hai individual mind mein.</w:t>
      </w:r>
      <w:r>
        <w:br/>
      </w:r>
      <w:r>
        <w:rPr>
          <w:sz w:val="20"/>
        </w:rPr>
        <w:t>38:06  mind ek individual ke andar hota hai. wahin change aata hai. to humein general</w:t>
      </w:r>
      <w:r>
        <w:br/>
      </w:r>
      <w:r>
        <w:rPr>
          <w:sz w:val="20"/>
        </w:rPr>
        <w:t>38:13  dawah work bhi karna hai. lekin bohat hi zaroori hai ke log apne mahol mein aise afraad talash karen jo seeker hon. jo sincere hon.</w:t>
      </w:r>
      <w:r>
        <w:br/>
      </w:r>
      <w:r>
        <w:rPr>
          <w:sz w:val="20"/>
        </w:rPr>
        <w:t>38:23  jo cheezon ko seriously dekhte hon. un par musalsal mehnat karen. un se milen un ko kitaben den. un se feedback len.</w:t>
      </w:r>
      <w:r>
        <w:br/>
      </w:r>
      <w:r>
        <w:rPr>
          <w:sz w:val="20"/>
        </w:rPr>
        <w:t>38:33  yeh bohat hi ahem hai.</w:t>
      </w:r>
    </w:p>
    <w:p>
      <w:pPr>
        <w:pStyle w:val="Heading2"/>
      </w:pPr>
      <w:r>
        <w:t>Importance of modern technology for da'i</w:t>
      </w:r>
    </w:p>
    <w:p>
      <w:r>
        <w:rPr>
          <w:color w:val="666666"/>
          <w:sz w:val="18"/>
        </w:rPr>
        <w:t>Society &amp; Dawah · Importance of Peace December 16, 2012 · 1m 09s · at 1:23:49 · https://youtu.be/nymyorYyEz4?t=5029</w:t>
      </w:r>
    </w:p>
    <w:p>
      <w:r>
        <w:rPr>
          <w:i/>
        </w:rPr>
        <w:t>“How important is it for a da'i to be at peace with modern technology?”</w:t>
      </w:r>
    </w:p>
    <w:p>
      <w:r>
        <w:rPr>
          <w:sz w:val="20"/>
        </w:rPr>
        <w:t>1:23:49  molana, agla sawal Delhi se hai Ms. Toti Malhotra ka. unhon ne likha hai: "how important is it for a da'ee to be in peace with modern technology?" is ke bare mein batayen.</w:t>
      </w:r>
      <w:r>
        <w:br/>
      </w:r>
      <w:r>
        <w:rPr>
          <w:sz w:val="20"/>
        </w:rPr>
        <w:t>1:24:02  bahut zyada, bahut hi zyada. kyunke aap ko kaam karna hai aaj ke insan ke darmiyan, to aap ko aaj ka standard jo hai, woh ikhtiyar karna padega.</w:t>
      </w:r>
      <w:r>
        <w:br/>
      </w:r>
      <w:r>
        <w:rPr>
          <w:sz w:val="20"/>
        </w:rPr>
        <w:t>1:24:14  masha Allah, hamare saathi kar rahe hain aisa. modern technology ke baghair aap aaj ki duniya mein islam ki dawat nahin phaila sakte, lekin peaceful tareeqe se.</w:t>
      </w:r>
      <w:r>
        <w:br/>
      </w:r>
      <w:r>
        <w:rPr>
          <w:sz w:val="20"/>
        </w:rPr>
        <w:t>1:24:28  peace is the must.</w:t>
      </w:r>
      <w:r>
        <w:br/>
      </w:r>
      <w:r>
        <w:rPr>
          <w:sz w:val="20"/>
        </w:rPr>
        <w:t>1:24:30  har cheez istemal kijiye, lekin peaceful tareeqe se. peaceful ke ka matlab kya hain? bahut hi zyada yaani positive hona, bahut zyada valuation hona,</w:t>
      </w:r>
      <w:r>
        <w:br/>
      </w:r>
      <w:r>
        <w:rPr>
          <w:sz w:val="20"/>
        </w:rPr>
        <w:t>1:24:44  aur har qism ke violence se khali hona, direct ya indirect. to yeh ain islam hai, ain sawab hai, yahi jannat ka rasta hai.</w:t>
      </w:r>
    </w:p>
    <w:p>
      <w:pPr>
        <w:pStyle w:val="Heading2"/>
      </w:pPr>
      <w:r>
        <w:t>Importance of results in dawah work</w:t>
      </w:r>
    </w:p>
    <w:p>
      <w:r>
        <w:rPr>
          <w:color w:val="666666"/>
          <w:sz w:val="18"/>
        </w:rPr>
        <w:t>Society &amp; Dawah · Dars-e-Quran Chapter 2, Verse 38-39 January 14, 2018 · 1m 46s · at 52:34 · https://youtu.be/mj5trn7tLLg?t=3154</w:t>
      </w:r>
    </w:p>
    <w:p>
      <w:r>
        <w:rPr>
          <w:i/>
        </w:rPr>
        <w:t>“Some people don't do dawah work because they think the result does not come out of dawah work, as people are busy in worldly affairs like job, family, friends, etc. My question is: How important is getting a result out of dawah work? If in some areas the result is not coming, then should we abandon it?”</w:t>
      </w:r>
    </w:p>
    <w:p>
      <w:r>
        <w:rPr>
          <w:sz w:val="20"/>
        </w:rPr>
        <w:t>52:34  Molana ab sawal latay hain. Lucknow se Ayaz Ahmad sahib ne sawal bheja hai, unhon ne likha hai: "Molana, some people don't do dawah because they think result does not come out of dawah work, as people are busy in today's worldly affairs like job, family, friends, etc.</w:t>
      </w:r>
      <w:r>
        <w:br/>
      </w:r>
      <w:r>
        <w:rPr>
          <w:sz w:val="20"/>
        </w:rPr>
        <w:t>53:01  My question is: How important is getting results out of dawah work? If in some areas the result is not coming, then should we abandon it?</w:t>
      </w:r>
      <w:r>
        <w:br/>
      </w:r>
      <w:r>
        <w:rPr>
          <w:sz w:val="20"/>
        </w:rPr>
        <w:t>53:18  yani ke dawah ka jo kam hai, us mein rslt quran mein bata diya gaya hai: "wama alaina ila albalagh" pohanchana.</w:t>
      </w:r>
      <w:r>
        <w:br/>
      </w:r>
      <w:r>
        <w:rPr>
          <w:sz w:val="20"/>
        </w:rPr>
        <w:t>53:30  yahi rslt hai, pohancha diya to rslt ho gaya.</w:t>
      </w:r>
      <w:r>
        <w:br/>
      </w:r>
      <w:r>
        <w:rPr>
          <w:sz w:val="20"/>
        </w:rPr>
        <w:t>53:38  "lasta alaihim bmistr" to quran mein bohat hi klar tor par bata diya gaya hai ke dawah mein jo rslt hai, wo yahi ke aap pohancha dein, hamdardi ke sath, khair khwahi ke sath.</w:t>
      </w:r>
      <w:r>
        <w:br/>
      </w:r>
      <w:r>
        <w:rPr>
          <w:sz w:val="20"/>
        </w:rPr>
        <w:t>53:57  yahi to rslt hai. anjam ka mamla allah ka hai, aap se nahi hai. to aap sachay dil ke sath, khair khwahi ke sath pohanchate rahein, pohanchate rahein, pohanchate rahein.</w:t>
      </w:r>
      <w:r>
        <w:br/>
      </w:r>
      <w:r>
        <w:rPr>
          <w:sz w:val="20"/>
        </w:rPr>
        <w:t>54:13  bas aap ko rslt mil raha hai.</w:t>
      </w:r>
    </w:p>
    <w:p>
      <w:pPr>
        <w:pStyle w:val="Heading2"/>
      </w:pPr>
      <w:r>
        <w:t>Improving interreligious understanding and dialogue</w:t>
      </w:r>
    </w:p>
    <w:p>
      <w:r>
        <w:rPr>
          <w:color w:val="666666"/>
          <w:sz w:val="18"/>
        </w:rPr>
        <w:t>Society &amp; Dawah · Personality of A Believer February 2, 2014 · 1m 45s · at 1:03:49 · https://youtu.be/EiK_-O-Bjps?t=3829</w:t>
      </w:r>
    </w:p>
    <w:p>
      <w:r>
        <w:rPr>
          <w:i/>
        </w:rPr>
        <w:t>“What can be done to bring about better interreligious understanding and dialogue? The country needs this urgently today.”</w:t>
      </w:r>
    </w:p>
    <w:p>
      <w:r>
        <w:rPr>
          <w:sz w:val="20"/>
        </w:rPr>
        <w:t>1:03:49  maulana, agla sawal dilli se hai</w:t>
      </w:r>
      <w:r>
        <w:br/>
      </w:r>
      <w:r>
        <w:rPr>
          <w:sz w:val="20"/>
        </w:rPr>
        <w:t>1:03:52  mr shamil rae ka. unhon ne aap se poocha hai: "what can be done to bring about better interreligious understanding and dialogue?</w:t>
      </w:r>
      <w:r>
        <w:br/>
      </w:r>
      <w:r>
        <w:rPr>
          <w:sz w:val="20"/>
        </w:rPr>
        <w:t>1:04:03  aur country needs this urgently today?" mein samajhta hoon ke asal cheez hai spirit of mutual learning.</w:t>
      </w:r>
      <w:r>
        <w:br/>
      </w:r>
      <w:r>
        <w:rPr>
          <w:sz w:val="20"/>
        </w:rPr>
        <w:t>1:04:15  yani doosra jo hai, hum yeh samjhein ke woh yani is ka alag religion hai, is ka alag culture hai.</w:t>
      </w:r>
      <w:r>
        <w:br/>
      </w:r>
      <w:r>
        <w:rPr>
          <w:sz w:val="20"/>
        </w:rPr>
        <w:t>1:04:24  is tarah na sochein hum, balkeh is tarah sochein ke woh ek ek case hai, ek case hai jis se mein kuch seekh sakta hoon.</w:t>
      </w:r>
      <w:r>
        <w:br/>
      </w:r>
      <w:r>
        <w:rPr>
          <w:sz w:val="20"/>
        </w:rPr>
        <w:t>1:04:37  har doosre insaan ko, har doosre organization ko, har doosre mauqe ko aap is zehan se lein ke mujhe wahan par koi learning ho sakti hai, kuch mein seekh sakta hoon.</w:t>
      </w:r>
      <w:r>
        <w:br/>
      </w:r>
      <w:r>
        <w:rPr>
          <w:sz w:val="20"/>
        </w:rPr>
        <w:t>1:04:48  is se to spirit of learning mere liye ek asal cheez hai.</w:t>
      </w:r>
      <w:r>
        <w:br/>
      </w:r>
      <w:r>
        <w:rPr>
          <w:sz w:val="20"/>
        </w:rPr>
        <w:t>1:04:55  spirit of learning yeh sirf isi interface muamle mein, har muamle mein is ki ahmiyat hai.</w:t>
      </w:r>
      <w:r>
        <w:br/>
      </w:r>
      <w:r>
        <w:rPr>
          <w:sz w:val="20"/>
        </w:rPr>
        <w:t>1:05:04  to mein samajhta hoon ke sab se zyada logon ke andar jo paida karne ki zaroorat hai, woh spirit of learning hai. sab se zyada sincere learning, bilkul learning.</w:t>
      </w:r>
      <w:r>
        <w:br/>
      </w:r>
      <w:r>
        <w:rPr>
          <w:sz w:val="20"/>
        </w:rPr>
        <w:t>1:05:19  learning ke liye shart yeh hai ke aap objective hon, sincere hon, honest hon, tab learning hoti hai. yeh mizaj banaya jaye to sab masla hal ho jayega.</w:t>
      </w:r>
    </w:p>
    <w:p>
      <w:pPr>
        <w:pStyle w:val="Heading2"/>
      </w:pPr>
      <w:r>
        <w:t>Indirect contribution to dawah work reward</w:t>
      </w:r>
    </w:p>
    <w:p>
      <w:r>
        <w:rPr>
          <w:color w:val="666666"/>
          <w:sz w:val="18"/>
        </w:rPr>
        <w:t>Society &amp; Dawah · Lessons from My Journey to Agra October 27, 2013 · 1m 21s · at 55:55 · https://youtu.be/Gg2N0h4ETH8?t=3355</w:t>
      </w:r>
    </w:p>
    <w:p>
      <w:r>
        <w:rPr>
          <w:i/>
        </w:rPr>
        <w:t>“If a person contributes in the dawah work indirectly, like purchase of dawah material etcetera, but the actual distribution is done by others. Will it be considered to be the dawah work, and should the person engage himself directly in the distribution and earn the reward?”</w:t>
      </w:r>
    </w:p>
    <w:p>
      <w:r>
        <w:rPr>
          <w:sz w:val="20"/>
        </w:rPr>
        <w:t>55:55  maulana, agla sawal aaya hai kashmir se aamir jan mori sahib ka. unhone likha hai: "if a person contributes in the da'wah work indirectly, like purchase of da'wah material etcetera,</w:t>
      </w:r>
      <w:r>
        <w:br/>
      </w:r>
      <w:r>
        <w:rPr>
          <w:sz w:val="20"/>
        </w:rPr>
        <w:t>56:09  but in actual, but the actual distribution is done by other. will it be considered to be the da'wah work, or should the person engage himself directly in the distribution and earn the reward?" nahi, dono da'wah work hain,</w:t>
      </w:r>
      <w:r>
        <w:br/>
      </w:r>
      <w:r>
        <w:rPr>
          <w:sz w:val="20"/>
        </w:rPr>
        <w:t>56:26  kyunke islam mein aap jante hain ke innamal a'malu binniyat amal ka daromadar niyat par hai.</w:t>
      </w:r>
      <w:r>
        <w:br/>
      </w:r>
      <w:r>
        <w:rPr>
          <w:sz w:val="20"/>
        </w:rPr>
        <w:t>56:35  to aap indirect way mein da'wah ka kaam karen, tab bhi niyat to aap ki da'wah ki hoti hai. dono jagah niyat da'wah ki hoti hai.</w:t>
      </w:r>
      <w:r>
        <w:br/>
      </w:r>
      <w:r>
        <w:rPr>
          <w:sz w:val="20"/>
        </w:rPr>
        <w:t>56:46  to jo kaam bhi aap karen, apne mawaqe ke aitbar se niyat aap ki da'wah ki ho, to woh aap ko poora sawab milega da'wah ka is mein, kyunke sawab milta hai niyat par.</w:t>
      </w:r>
      <w:r>
        <w:br/>
      </w:r>
      <w:r>
        <w:rPr>
          <w:sz w:val="20"/>
        </w:rPr>
        <w:t>57:00  sawab jo milta hai, woh niyat par milta hai. to main dono ko farq nahi samajhta.</w:t>
      </w:r>
      <w:r>
        <w:br/>
      </w:r>
      <w:r>
        <w:rPr>
          <w:sz w:val="20"/>
        </w:rPr>
        <w:t>57:07  dono mein ek sa darje ka sawab milega, bashart ke niyat da'wah ki ho.</w:t>
      </w:r>
    </w:p>
    <w:p>
      <w:pPr>
        <w:pStyle w:val="Heading2"/>
      </w:pPr>
      <w:r>
        <w:t>Individual vs collective dawah effectiveness</w:t>
      </w:r>
    </w:p>
    <w:p>
      <w:r>
        <w:rPr>
          <w:color w:val="666666"/>
          <w:sz w:val="18"/>
        </w:rPr>
        <w:t>Society &amp; Dawah · Opportunities of the Modern Age | March 05, 2017 · 37s · at 1:05:19 · https://youtu.be/Cv8QEwvQ_fY?t=3919</w:t>
      </w:r>
    </w:p>
    <w:p>
      <w:r>
        <w:rPr>
          <w:i/>
        </w:rPr>
        <w:t>“Is dawah more effective at the individual level or at the collective level? Please explain.”</w:t>
      </w:r>
    </w:p>
    <w:p>
      <w:r>
        <w:rPr>
          <w:sz w:val="20"/>
        </w:rPr>
        <w:t>1:05:19  hogi ji ji maulana yeh bohat important baat thi hum sabhi logon ke liye doosra sawal bheja hai muhammad</w:t>
      </w:r>
      <w:r>
        <w:br/>
      </w:r>
      <w:r>
        <w:rPr>
          <w:sz w:val="20"/>
        </w:rPr>
        <w:t>1:05:27  bin saeed chaudhry sahib ne nanded se aur unhon ne aap se poocha hai ke dawah individual level</w:t>
      </w:r>
      <w:r>
        <w:br/>
      </w:r>
      <w:r>
        <w:rPr>
          <w:sz w:val="20"/>
        </w:rPr>
        <w:t>1:05:33  par zyada karamad hai ya collective level par is ke baray mein bataein bhai mauqa ki baat hai</w:t>
      </w:r>
      <w:r>
        <w:br/>
      </w:r>
      <w:r>
        <w:rPr>
          <w:sz w:val="20"/>
        </w:rPr>
        <w:t>1:05:39  jahan mauqa ho jaisa mauqa ho waisa karna chahiye aur aap ko ek hi do aadmi mil rahe</w:t>
      </w:r>
      <w:r>
        <w:br/>
      </w:r>
      <w:r>
        <w:rPr>
          <w:sz w:val="20"/>
        </w:rPr>
        <w:t>1:05:45  hain jo aap ke paas sunayein to aap individual level pe kaam karenge lekin aap ko bohat</w:t>
      </w:r>
      <w:r>
        <w:br/>
      </w:r>
      <w:r>
        <w:rPr>
          <w:sz w:val="20"/>
        </w:rPr>
        <w:t>1:05:51  se log mil rahe hain to aap collective tareeqe se</w:t>
      </w:r>
    </w:p>
    <w:p>
      <w:pPr>
        <w:pStyle w:val="Heading2"/>
      </w:pPr>
      <w:r>
        <w:t>Informal Education Centers and Building Character</w:t>
      </w:r>
    </w:p>
    <w:p>
      <w:r>
        <w:rPr>
          <w:color w:val="666666"/>
          <w:sz w:val="18"/>
        </w:rPr>
        <w:t>Society &amp; Dawah · The Companions and the Hadith Scholars June 24, 2012 · 51s · at 1:29:23 · https://youtu.be/Dj4QiYnxgBs?t=5363</w:t>
      </w:r>
    </w:p>
    <w:p>
      <w:r>
        <w:rPr>
          <w:i/>
        </w:rPr>
        <w:t>“How can centers of informal education be created? Secondly, can we build a good person by distributing CPS literature? Kindly comment.”</w:t>
      </w:r>
    </w:p>
    <w:p>
      <w:r>
        <w:rPr>
          <w:sz w:val="20"/>
        </w:rPr>
        <w:t>1:29:23  maulana, agla sawal hai, aah doctor, un ka naam clear nahi hai, aah unhon ne likha hai "How to create centers of informal education?</w:t>
      </w:r>
      <w:r>
        <w:br/>
      </w:r>
      <w:r>
        <w:rPr>
          <w:sz w:val="20"/>
        </w:rPr>
        <w:t>1:29:34  Secondly, can we build up good person by distributing the literature of CPS?" kindly comment. ji, yeh aap kar rahe hain. yeh to aap kar rahe hain.</w:t>
      </w:r>
      <w:r>
        <w:br/>
      </w:r>
      <w:r>
        <w:rPr>
          <w:sz w:val="20"/>
        </w:rPr>
        <w:t>1:29:45  misal ke tor par dekhein, sare musalman negative ho</w:t>
      </w:r>
      <w:r>
        <w:br/>
      </w:r>
      <w:r>
        <w:rPr>
          <w:sz w:val="20"/>
        </w:rPr>
        <w:t>1:29:49  rahe hain. is mein agar koi exception hai to CPS ke logon ka hai. isi kitabon ko parh kar ke. sari dunya ke musalman aap jahan yahan se europe tak chale jaiye, america tak chale jaiye, africa tak chale jaiye, aik aik musalman negative ho raha hai.</w:t>
      </w:r>
      <w:r>
        <w:br/>
      </w:r>
      <w:r>
        <w:rPr>
          <w:sz w:val="20"/>
        </w:rPr>
        <w:t>1:30:05  is pura negativity ke jangall mein sirf wohi log is se bache hue hain jo CPS ke log hain. yahi kitabon ko parh kar ke. to aap is kitabon ko parhwaiye.</w:t>
      </w:r>
    </w:p>
    <w:p>
      <w:pPr>
        <w:pStyle w:val="Heading2"/>
      </w:pPr>
      <w:r>
        <w:t>Intelligent Muslims misguiding community</w:t>
      </w:r>
    </w:p>
    <w:p>
      <w:r>
        <w:rPr>
          <w:color w:val="666666"/>
          <w:sz w:val="18"/>
        </w:rPr>
        <w:t>Society &amp; Dawah · Opportunities of the Modern Age | March 05, 2017 · 1m 54s · at 1:08:00 · https://youtu.be/Cv8QEwvQ_fY?t=4080</w:t>
      </w:r>
    </w:p>
    <w:p>
      <w:r>
        <w:rPr>
          <w:i/>
        </w:rPr>
        <w:t>“How unfortunate it is that such intelligent and highly educated Muslims like Syed Shahabuddin fail to guide the community to the right direction? One sincere leader after another comes to the scene and misguides the community. How?”</w:t>
      </w:r>
    </w:p>
    <w:p>
      <w:r>
        <w:rPr>
          <w:sz w:val="20"/>
        </w:rPr>
        <w:t>1:08:00  مولانا اگلا سوال ڈاکٹر فریدہ خانم نے بھیجا ہے دلی سے انہوں نے لکھا ہے: "How unfortunate it</w:t>
      </w:r>
      <w:r>
        <w:br/>
      </w:r>
      <w:r>
        <w:rPr>
          <w:sz w:val="20"/>
        </w:rPr>
        <w:t>1:08:07  as that such intelligent and highly educated Muslim like Syed Shahabuddin failed to guide the community to</w:t>
      </w:r>
      <w:r>
        <w:br/>
      </w:r>
      <w:r>
        <w:rPr>
          <w:sz w:val="20"/>
        </w:rPr>
        <w:t>1:08:15  The right direction. One sincere leader after another comes to the scene and misguides the community. How</w:t>
      </w:r>
      <w:r>
        <w:br/>
      </w:r>
      <w:r>
        <w:rPr>
          <w:sz w:val="20"/>
        </w:rPr>
        <w:t>1:08:22  to solve this problem when Muslims will realize that their leaders</w:t>
      </w:r>
      <w:r>
        <w:br/>
      </w:r>
      <w:r>
        <w:rPr>
          <w:sz w:val="20"/>
        </w:rPr>
        <w:t>1:08:30  are incompetent and stop following them" dekhiye is ki jar mein jo baat hai ke sari muslim</w:t>
      </w:r>
      <w:r>
        <w:br/>
      </w:r>
      <w:r>
        <w:rPr>
          <w:sz w:val="20"/>
        </w:rPr>
        <w:t>1:08:40  community including leaders wo ek trap mein hain yani wo trap kiya hai political glory guzri hui glory</w:t>
      </w:r>
      <w:r>
        <w:br/>
      </w:r>
      <w:r>
        <w:rPr>
          <w:sz w:val="20"/>
        </w:rPr>
        <w:t>1:08:50  jisko Fersen ne kaha tha kisi ne bohat sahi kaha tha ke "paterm sultan</w:t>
      </w:r>
      <w:r>
        <w:br/>
      </w:r>
      <w:r>
        <w:rPr>
          <w:sz w:val="20"/>
        </w:rPr>
        <w:t>1:09:00  both" sari hi Muslim community including leaders jee rahe hain "pedram sultan both" ki psychology mein yeh yeh yeh ek trap hai jis mein log phanse hue hain logon ko bahar aana padega history se bahar aana padega Quran o Sunnat tak jana padega bhai hamare aur Quran o Sunnat ke beech mein ek history bani baat ko idhar Quran o Hadees hai haan idhar hum</w:t>
      </w:r>
      <w:r>
        <w:br/>
      </w:r>
      <w:r>
        <w:rPr>
          <w:sz w:val="20"/>
        </w:rPr>
        <w:t>1:09:30  hain beech mein ek history bani isi mein phans gaye log to sare log political glory mein jeete</w:t>
      </w:r>
      <w:r>
        <w:br/>
      </w:r>
      <w:r>
        <w:rPr>
          <w:sz w:val="20"/>
        </w:rPr>
        <w:t>1:09:36  hain isi andaaz mein bolte hain isi ko regain karna yeh samajhte hain ek bada kaam hai to</w:t>
      </w:r>
      <w:r>
        <w:br/>
      </w:r>
      <w:r>
        <w:rPr>
          <w:sz w:val="20"/>
        </w:rPr>
        <w:t>1:09:42  jab tak wo sawaar apni is political glory ka jo unka jo mizaj is se bahar nahi</w:t>
      </w:r>
      <w:r>
        <w:br/>
      </w:r>
      <w:r>
        <w:rPr>
          <w:sz w:val="20"/>
        </w:rPr>
        <w:t>1:09:48  aayenge wo sachai se be khabar rahenge Quran o Sunnat tak pahuncha hi ke nahi hua</w:t>
      </w:r>
    </w:p>
    <w:p>
      <w:pPr>
        <w:pStyle w:val="Heading2"/>
      </w:pPr>
      <w:r>
        <w:t>International politics theory and human nature</w:t>
      </w:r>
    </w:p>
    <w:p>
      <w:r>
        <w:rPr>
          <w:color w:val="666666"/>
          <w:sz w:val="18"/>
        </w:rPr>
        <w:t>Society &amp; Dawah · Concept of Jihad in Islam September 7, 2014 · 1m 16s · at 53:23 · https://youtu.be/GnKBYM8HbuQ?t=3203</w:t>
      </w:r>
    </w:p>
    <w:p>
      <w:r>
        <w:rPr>
          <w:i/>
        </w:rPr>
        <w:t>“I am a student of international politics. International relations theory of politics puts power, national interest, wicked human nature at the center of all discourse.”</w:t>
      </w:r>
    </w:p>
    <w:p>
      <w:r>
        <w:rPr>
          <w:sz w:val="20"/>
        </w:rPr>
        <w:t>53:23  maulana, agla sawal dilli se hai mushtaq ahmed wani sahib ne kiya hai, aur unhon ne likha hai</w:t>
      </w:r>
      <w:r>
        <w:br/>
      </w:r>
      <w:r>
        <w:rPr>
          <w:sz w:val="20"/>
        </w:rPr>
        <w:t>53:28  ke I am a student of international politics.</w:t>
      </w:r>
      <w:r>
        <w:br/>
      </w:r>
      <w:r>
        <w:rPr>
          <w:sz w:val="20"/>
        </w:rPr>
        <w:t>53:34  International relations theory of politics puts power, national interest, wicked human nature at the center of all discourse.</w:t>
      </w:r>
      <w:r>
        <w:br/>
      </w:r>
      <w:r>
        <w:rPr>
          <w:sz w:val="20"/>
        </w:rPr>
        <w:t>53:39  What baffles my mind is that where I could place God in all this game where morality does</w:t>
      </w:r>
      <w:r>
        <w:br/>
      </w:r>
      <w:r>
        <w:rPr>
          <w:sz w:val="20"/>
        </w:rPr>
        <w:t>53:45  not have any place.</w:t>
      </w:r>
      <w:r>
        <w:br/>
      </w:r>
      <w:r>
        <w:rPr>
          <w:sz w:val="20"/>
        </w:rPr>
        <w:t>53:50  dekhiye, yeh sab jo course hote hain, yeh to job ke liye hote hain.</w:t>
      </w:r>
      <w:r>
        <w:br/>
      </w:r>
      <w:r>
        <w:rPr>
          <w:sz w:val="20"/>
        </w:rPr>
        <w:t>53:56  wo wo ek alag cheez, alag duniya hai.</w:t>
      </w:r>
      <w:r>
        <w:br/>
      </w:r>
      <w:r>
        <w:rPr>
          <w:sz w:val="20"/>
        </w:rPr>
        <w:t>54:01  wo chahe aap mba karein ya aap koi aur mozu karein, wo job ke liye hota hai.</w:t>
      </w:r>
      <w:r>
        <w:br/>
      </w:r>
      <w:r>
        <w:rPr>
          <w:sz w:val="20"/>
        </w:rPr>
        <w:t>54:07  is se mera koi matlab nahi hai.</w:t>
      </w:r>
      <w:r>
        <w:br/>
      </w:r>
      <w:r>
        <w:rPr>
          <w:sz w:val="20"/>
        </w:rPr>
        <w:t>54:12  aap ko islam ko samajhna hai to hamari kitabein parhiye.</w:t>
      </w:r>
      <w:r>
        <w:br/>
      </w:r>
      <w:r>
        <w:rPr>
          <w:sz w:val="20"/>
        </w:rPr>
        <w:t>54:18  is se koi ta'alluq nahi hai.</w:t>
      </w:r>
      <w:r>
        <w:br/>
      </w:r>
      <w:r>
        <w:rPr>
          <w:sz w:val="20"/>
        </w:rPr>
        <w:t>54:23  is ka islam ko samajhne ke liye jadeed daur mein islam ko kaise apply kiya jaye, is ko</w:t>
      </w:r>
      <w:r>
        <w:br/>
      </w:r>
      <w:r>
        <w:rPr>
          <w:sz w:val="20"/>
        </w:rPr>
        <w:t>54:29  janna hai to hamari kitabein parhiye.</w:t>
      </w:r>
      <w:r>
        <w:br/>
      </w:r>
      <w:r>
        <w:rPr>
          <w:sz w:val="20"/>
        </w:rPr>
        <w:t>54:34  kyun ke hum ne poori umar khapayi hai isi mein, poori umar khapa kar ke yeh kitabein tayyar ki hain.</w:t>
      </w:r>
    </w:p>
    <w:p>
      <w:pPr>
        <w:pStyle w:val="Heading2"/>
      </w:pPr>
      <w:r>
        <w:t>Inviting non-Muslims to Allah or culture</w:t>
      </w:r>
    </w:p>
    <w:p>
      <w:r>
        <w:rPr>
          <w:color w:val="666666"/>
          <w:sz w:val="18"/>
        </w:rPr>
        <w:t>Society &amp; Dawah · Jihad Fillah June 23, 2013 · 1m 56s · at 46:10 · https://youtu.be/NRTno1eQTos?t=2770</w:t>
      </w:r>
    </w:p>
    <w:p>
      <w:r>
        <w:rPr>
          <w:i/>
        </w:rPr>
        <w:t>“Is it necessary when inviting non-Muslims towards Allah, we must also invite them to our culture? Wouldn't it be better if we invited them only to Allah, leaving them to decide their own culture? What is your advice?”</w:t>
      </w:r>
    </w:p>
    <w:p>
      <w:r>
        <w:rPr>
          <w:sz w:val="20"/>
        </w:rPr>
        <w:t>46:10  jo shirk hai, wahi tauheed hai, jo tauheed hai, woh shirk hai. yeh kehne ka aap ko right nahin hai. Maulana, agla sawal Mumbai se hai Farhan Khan sahab ka</w:t>
      </w:r>
      <w:r>
        <w:br/>
      </w:r>
      <w:r>
        <w:rPr>
          <w:sz w:val="20"/>
        </w:rPr>
        <w:t>46:19  . unhon ne likha hai: "Maulana, is it necessary when inviting non muslims towards Allah, we must also invite them to our culture?</w:t>
      </w:r>
      <w:r>
        <w:br/>
      </w:r>
      <w:r>
        <w:rPr>
          <w:sz w:val="20"/>
        </w:rPr>
        <w:t>46:30  wouldn't it be better if we invited them only to Allah, leaving them to decide their own culture? what is your advice?" dekhein, culture ka koi ta'alluq Islam</w:t>
      </w:r>
      <w:r>
        <w:br/>
      </w:r>
      <w:r>
        <w:rPr>
          <w:sz w:val="20"/>
        </w:rPr>
        <w:t>46:45  se nahin hai. culture to</w:t>
      </w:r>
      <w:r>
        <w:br/>
      </w:r>
      <w:r>
        <w:rPr>
          <w:sz w:val="20"/>
        </w:rPr>
        <w:t>46:49  jo culture to geography se banta hai, different jo halaat hote hain, us se banta hai. culture ki taraf invite karne ka koi matlab nahin hai.</w:t>
      </w:r>
      <w:r>
        <w:br/>
      </w:r>
      <w:r>
        <w:rPr>
          <w:sz w:val="20"/>
        </w:rPr>
        <w:t>47:00  Islam ki taraf invite karne ka matlab wahi hai jo Quran mein hai. Quran mein, Quran koi culture ki book nahin hai, book of culture nahin hai. Quran ki Quran book of ideology hai.</w:t>
      </w:r>
      <w:r>
        <w:br/>
      </w:r>
      <w:r>
        <w:rPr>
          <w:sz w:val="20"/>
        </w:rPr>
        <w:t>47:11  to aap ko agar dawat ka kaam karna hai to theek theesi line pe kijiye jo Quran ki line hai. sab se pehle Quran ko A se Z tak padhiye aur khud discover kijiye Quran ka, yaani kya, yaani kya hai is ka message.</w:t>
      </w:r>
      <w:r>
        <w:br/>
      </w:r>
      <w:r>
        <w:rPr>
          <w:sz w:val="20"/>
        </w:rPr>
        <w:t>47:30  is ka mess</w:t>
      </w:r>
      <w:r>
        <w:br/>
      </w:r>
      <w:r>
        <w:rPr>
          <w:sz w:val="20"/>
        </w:rPr>
        <w:t>47:31  age kya hai? jaise maine mutaala kar ke jo discover kiya, woh yeh hai ke Quran ka message yeh hai ke ke Quran chahta hai batana logon ko ke what is the creation plan of God.</w:t>
      </w:r>
      <w:r>
        <w:br/>
      </w:r>
      <w:r>
        <w:rPr>
          <w:sz w:val="20"/>
        </w:rPr>
        <w:t>47:46  to yeh yeh jo aap sawal kar rahe hain, yeh is koi relevance is ka nahin hai. agar aap da'wati kaam karna chahte hain to book of dawat to sirf ek hai, woh</w:t>
      </w:r>
      <w:r>
        <w:br/>
      </w:r>
      <w:r>
        <w:rPr>
          <w:sz w:val="20"/>
        </w:rPr>
        <w:t>47:56  Quran hai. aap Quran ko padhiye aur jo Quran mein mile, aap ko us ko, us ko aap us ki dawat dijiye. yeh is yeh ek ek question to bilkul irrelevant, irrelevant question hai.</w:t>
      </w:r>
    </w:p>
    <w:p>
      <w:pPr>
        <w:pStyle w:val="Heading2"/>
      </w:pPr>
      <w:r>
        <w:t>Inviting other religions to mosque lectures</w:t>
      </w:r>
    </w:p>
    <w:p>
      <w:r>
        <w:rPr>
          <w:color w:val="666666"/>
          <w:sz w:val="18"/>
        </w:rPr>
        <w:t>Society &amp; Dawah · Q&amp;A 11 Jul 2010 Maulana Wahiduddin Khan · 1m 45s · at 38:50 · https://youtu.be/UHtdtzGGwFQ?t=2330</w:t>
      </w:r>
    </w:p>
    <w:p>
      <w:r>
        <w:rPr>
          <w:i/>
        </w:rPr>
        <w:t>“Is it appropriate to invite Christians or people of other religions to come to our mosque and deliver lectures on their religion as they ask us to do?”</w:t>
      </w:r>
    </w:p>
    <w:p>
      <w:r>
        <w:rPr>
          <w:sz w:val="20"/>
        </w:rPr>
        <w:t>38:50  maulana, yeh sawal aaya hai mr khwaja kaleemuddin ka from Pennsylvania. unhone likha hai ke "Is it appropriate to invite Christians or people of other religions to come to our mosque and deliver lectures on their religion as they ask us to do?"</w:t>
      </w:r>
      <w:r>
        <w:br/>
      </w:r>
      <w:r>
        <w:rPr>
          <w:sz w:val="20"/>
        </w:rPr>
        <w:t>39:10  haan bilkul. mein koi harj nahi hai is mein.</w:t>
      </w:r>
      <w:r>
        <w:br/>
      </w:r>
      <w:r>
        <w:rPr>
          <w:sz w:val="20"/>
        </w:rPr>
        <w:t>39:16  mujh se discussion kijiye, mujh se dialogue kijiye. rasool Allah ke zamane mein ek aisi ho chuki hai conference.</w:t>
      </w:r>
      <w:r>
        <w:br/>
      </w:r>
      <w:r>
        <w:rPr>
          <w:sz w:val="20"/>
        </w:rPr>
        <w:t>39:25  woh trial aaya is ko. woh dialogue nahi tha woh ek trial aaya tha. teen mazhab. mere paas kitaab maujood hai ek arab sheikh ki likhi hui.</w:t>
      </w:r>
      <w:r>
        <w:br/>
      </w:r>
      <w:r>
        <w:rPr>
          <w:sz w:val="20"/>
        </w:rPr>
        <w:t>39:35  iska naam hai</w:t>
      </w:r>
      <w:r>
        <w:br/>
      </w:r>
      <w:r>
        <w:rPr>
          <w:sz w:val="20"/>
        </w:rPr>
        <w:t>39:36  "mu'tabar al adyaan al thalatha". mu'tabar ma'ne hote hain conference, seminar. yaani teen mazhabon ki mu'tabar.</w:t>
      </w:r>
      <w:r>
        <w:br/>
      </w:r>
      <w:r>
        <w:rPr>
          <w:sz w:val="20"/>
        </w:rPr>
        <w:t>39:45  teen mazhabon ka seminar. arab ne yahi iska title banaya hai. "mu'tabar al adyaan al thalatha".</w:t>
      </w:r>
      <w:r>
        <w:br/>
      </w:r>
      <w:r>
        <w:rPr>
          <w:sz w:val="20"/>
        </w:rPr>
        <w:t>39:54  is mein kya hota hai? madine ki masjid jo hum masjid nabwi kehte hain. uske andar aaye teen mazhab ke log. Christian aur Muslim.</w:t>
      </w:r>
      <w:r>
        <w:br/>
      </w:r>
      <w:r>
        <w:rPr>
          <w:sz w:val="20"/>
        </w:rPr>
        <w:t>40:04  aur teesra jaate kaun tha? yahudi. jisko aap samajhte hain ke iska hazar mil door rehna chahiye inko hamari masjid se.</w:t>
      </w:r>
      <w:r>
        <w:br/>
      </w:r>
      <w:r>
        <w:rPr>
          <w:sz w:val="20"/>
        </w:rPr>
        <w:t>40:16  mein samajhta hoon ke yeh musalmanon ki apni bid'at hai. apna innovation hai. ke unhone masjidon ko tamasha bana rakha hai. masjid kholi hai jaise jaise rasool Allah ne khola tha.</w:t>
      </w:r>
      <w:r>
        <w:br/>
      </w:r>
      <w:r>
        <w:rPr>
          <w:sz w:val="20"/>
        </w:rPr>
        <w:t>40:28  ab kholi hai waise hi.</w:t>
      </w:r>
    </w:p>
    <w:p>
      <w:pPr>
        <w:pStyle w:val="Heading2"/>
      </w:pPr>
      <w:r>
        <w:t>Inviting to Dar al-Salam vs establishing peace</w:t>
      </w:r>
    </w:p>
    <w:p>
      <w:r>
        <w:rPr>
          <w:color w:val="666666"/>
          <w:sz w:val="18"/>
        </w:rPr>
        <w:t>Society &amp; Dawah · Importance of Peace December 16, 2012 · 1m 36s · at 1:16:43 · https://youtu.be/nymyorYyEz4?t=4603</w:t>
      </w:r>
    </w:p>
    <w:p>
      <w:r>
        <w:rPr>
          <w:i/>
        </w:rPr>
        <w:t>“I learned that we should invite the world to Dar al-Salam, not make unsuccessful attempts to turn the world into Dar al-Salam. Many speakers say that peace will be established through Islam. How correct is this?”</w:t>
      </w:r>
    </w:p>
    <w:p>
      <w:r>
        <w:rPr>
          <w:sz w:val="20"/>
        </w:rPr>
        <w:t>1:16:43  Maulana, in ka ek aur sawal hai. unhon ne likha hai: "Maulana, aaj mujhe maloom hua ke dunya walon ko dar-us-salam ki taraf dawat dena hai, na ke dunya ko dar-us-salam banane ki nakaam koshish karna." Maulana, aksar speakers yeh kehte hain ke Islam se hi peace qaim hoga.</w:t>
      </w:r>
      <w:r>
        <w:br/>
      </w:r>
      <w:r>
        <w:rPr>
          <w:sz w:val="20"/>
        </w:rPr>
        <w:t>1:17:03  yeh kahan tak sahi hai? sahi kaha hai, bilkul absurd baat hai. kahan likha hua hai ke peace qaim hoga?</w:t>
      </w:r>
      <w:r>
        <w:br/>
      </w:r>
      <w:r>
        <w:rPr>
          <w:sz w:val="20"/>
        </w:rPr>
        <w:t>1:17:13  yaani sankron saal se, kam az kam do sau saal se musalman yahi boli bol rahe hain. to qaim kyun nahi hoga? yeh bilkul alag baat hai.</w:t>
      </w:r>
      <w:r>
        <w:br/>
      </w:r>
      <w:r>
        <w:rPr>
          <w:sz w:val="20"/>
        </w:rPr>
        <w:t>1:17:23  workable peace dunya mein aa sakta hai, sirf real ideal peace nahi. is raat ko nahi, koi ek shakhs bhi nahi samjha mere ilm ke upar, na ulama, na mufakkireen, na leader.</w:t>
      </w:r>
      <w:r>
        <w:br/>
      </w:r>
      <w:r>
        <w:rPr>
          <w:sz w:val="20"/>
        </w:rPr>
        <w:t>1:17:35  har aadmi peace peace peace ki boli bolta hai.</w:t>
      </w:r>
      <w:r>
        <w:br/>
      </w:r>
      <w:r>
        <w:rPr>
          <w:sz w:val="20"/>
        </w:rPr>
        <w:t>1:17:40  lekin is dunya mein Allah taala ke creation plan ki wajah se, Allah taala ka jo qanoon hai, us ki bana par kabhi bhi ideal peace qaim nahi hoga.</w:t>
      </w:r>
      <w:r>
        <w:br/>
      </w:r>
      <w:r>
        <w:rPr>
          <w:sz w:val="20"/>
        </w:rPr>
        <w:t>1:17:51  sirf workable peace qaim hoga. ideal justice nahi qaim hogi, sirf workable justice qaim hogi. is raat ko jo na jaane, woh andha jiye ga, andha mare ga.</w:t>
      </w:r>
      <w:r>
        <w:br/>
      </w:r>
      <w:r>
        <w:rPr>
          <w:sz w:val="20"/>
        </w:rPr>
        <w:t>1:18:00  main bohat sakht, bohat sakht rai meri is baray mein hai. jo is raat ko nahi jaane ga, woh sirf andhe pan mein jiye ga, andhe pan mein mare ga.</w:t>
      </w:r>
      <w:r>
        <w:br/>
      </w:r>
      <w:r>
        <w:rPr>
          <w:sz w:val="20"/>
        </w:rPr>
        <w:t>1:18:09  kyunke Allah taala ka qanoon yahi hai. is ko ignore kar ke aap kahan jayen ge, siwaye nakaami ke?</w:t>
      </w:r>
    </w:p>
    <w:p>
      <w:pPr>
        <w:pStyle w:val="Heading2"/>
      </w:pPr>
      <w:r>
        <w:t>Is Japan successful because of its beliefs?</w:t>
      </w:r>
    </w:p>
    <w:p>
      <w:r>
        <w:rPr>
          <w:color w:val="666666"/>
          <w:sz w:val="18"/>
        </w:rPr>
        <w:t>Society &amp; Dawah · Discovery of Modern Age I 10th Feb. 13 · 1m 53s · at 58:19 · https://youtu.be/Yp5T0KacY84?t=3499</w:t>
      </w:r>
    </w:p>
    <w:p>
      <w:r>
        <w:rPr>
          <w:i/>
        </w:rPr>
        <w:t>“A cleric told that Japan is successful because of its being a follower...”</w:t>
      </w:r>
    </w:p>
    <w:p>
      <w:r>
        <w:rPr>
          <w:sz w:val="20"/>
        </w:rPr>
        <w:t>58:19  maulana, agla sawal aaya hai.</w:t>
      </w:r>
      <w:r>
        <w:br/>
      </w:r>
      <w:r>
        <w:rPr>
          <w:sz w:val="20"/>
        </w:rPr>
        <w:t>58:25  ah ah, bhejane wale ne location nahi likhi hai, naam bhi nahi likha hai.</w:t>
      </w:r>
      <w:r>
        <w:br/>
      </w:r>
      <w:r>
        <w:rPr>
          <w:sz w:val="20"/>
        </w:rPr>
        <w:t>58:31  سوال یہ ہے، مولانا: "A cleric told that Japan is successful because of its being a follower</w:t>
      </w:r>
      <w:r>
        <w:br/>
      </w:r>
      <w:r>
        <w:rPr>
          <w:sz w:val="20"/>
        </w:rPr>
        <w:t>58:36  "of US and not because of it has adopted a peaceful policy." So, this is to someone,</w:t>
      </w:r>
      <w:r>
        <w:br/>
      </w:r>
      <w:r>
        <w:rPr>
          <w:sz w:val="20"/>
        </w:rPr>
        <w:t>58:42  یعنی ایسے کسی ایسے آدمی کے قول جس کی سٹڈی نہیں کی، followers ہونے سے کیا ہوا؟ follower</w:t>
      </w:r>
      <w:r>
        <w:br/>
      </w:r>
      <w:r>
        <w:rPr>
          <w:sz w:val="20"/>
        </w:rPr>
        <w:t>58:48  to bohat se log, kisi ne taraqqi nahi ki.</w:t>
      </w:r>
      <w:r>
        <w:br/>
      </w:r>
      <w:r>
        <w:rPr>
          <w:sz w:val="20"/>
        </w:rPr>
        <w:t>58:53  follower ہونے سے ترقی کر جائے گا؟ خود امریکہ نہیں تو وہ کی ترقی کر سکا؟ میں جب</w:t>
      </w:r>
      <w:r>
        <w:br/>
      </w:r>
      <w:r>
        <w:rPr>
          <w:sz w:val="20"/>
        </w:rPr>
        <w:t>58:59  america gaya tha ek bar to main ne dekha ke sadkon par sab se shandar jo jo advertisement</w:t>
      </w:r>
      <w:r>
        <w:br/>
      </w:r>
      <w:r>
        <w:rPr>
          <w:sz w:val="20"/>
        </w:rPr>
        <w:t>59:05  board lage hue the, woh Japan ke the.</w:t>
      </w:r>
      <w:r>
        <w:br/>
      </w:r>
      <w:r>
        <w:rPr>
          <w:sz w:val="20"/>
        </w:rPr>
        <w:t>59:10  yani Japan ghusa hua khud America mein.</w:t>
      </w:r>
      <w:r>
        <w:br/>
      </w:r>
      <w:r>
        <w:rPr>
          <w:sz w:val="20"/>
        </w:rPr>
        <w:t>59:16  aur aaj jo hai, aaj ki khabar aap dekh lijiye ke aaj ki jo khabar yeh hai ke</w:t>
      </w:r>
      <w:r>
        <w:br/>
      </w:r>
      <w:r>
        <w:rPr>
          <w:sz w:val="20"/>
        </w:rPr>
        <w:t>59:22  trade ke mamle mein China super set kar gaya, USSS aage badh gaya.</w:t>
      </w:r>
      <w:r>
        <w:br/>
      </w:r>
      <w:r>
        <w:rPr>
          <w:sz w:val="20"/>
        </w:rPr>
        <w:t>59:28  تو جب امریکہ تو خود ہی نہیں ترقی کر پا رہا،</w:t>
      </w:r>
      <w:r>
        <w:br/>
      </w:r>
      <w:r>
        <w:rPr>
          <w:sz w:val="20"/>
        </w:rPr>
        <w:t>59:33  ترقی کریں گے؟ یہ تو کوئی بات نہیں ہے، یہ تو بالکل ایک stupid بات ہے۔</w:t>
      </w:r>
      <w:r>
        <w:br/>
      </w:r>
      <w:r>
        <w:rPr>
          <w:sz w:val="20"/>
        </w:rPr>
        <w:t>59:39  "You must, you must discover some principle." Follow karna kya hai? Principle yahi hai.</w:t>
      </w:r>
      <w:r>
        <w:br/>
      </w:r>
      <w:r>
        <w:rPr>
          <w:sz w:val="20"/>
        </w:rPr>
        <w:t>59:45  aur aap agar aap ko shakk ho to aap kitab padh lijiye.</w:t>
      </w:r>
      <w:r>
        <w:br/>
      </w:r>
      <w:r>
        <w:rPr>
          <w:sz w:val="20"/>
        </w:rPr>
        <w:t>59:50  ایک کتاب ہے "The Story of Japan." یہ تو آپ نے اپنے مائنڈ سے نکالا، کسی نے ایک</w:t>
      </w:r>
      <w:r>
        <w:br/>
      </w:r>
      <w:r>
        <w:rPr>
          <w:sz w:val="20"/>
        </w:rPr>
        <w:t>59:56  ek ek shoshah nikal diya hoga.</w:t>
      </w:r>
      <w:r>
        <w:br/>
      </w:r>
      <w:r>
        <w:rPr>
          <w:sz w:val="20"/>
        </w:rPr>
        <w:t>1:00:02  ek kitab hai "history of Japan." is ko aap padhiye ke Japan ki taraqqi ka raaz kya hai.</w:t>
      </w:r>
      <w:r>
        <w:br/>
      </w:r>
      <w:r>
        <w:rPr>
          <w:sz w:val="20"/>
        </w:rPr>
        <w:t>1:00:07  ab is ko padhiye aap.</w:t>
      </w:r>
    </w:p>
    <w:p>
      <w:pPr>
        <w:pStyle w:val="Heading2"/>
      </w:pPr>
      <w:r>
        <w:t>Is Middle East war self-created?</w:t>
      </w:r>
    </w:p>
    <w:p>
      <w:r>
        <w:rPr>
          <w:color w:val="666666"/>
          <w:sz w:val="18"/>
        </w:rPr>
        <w:t>Society &amp; Dawah · Universal outlook April 09, 2017 · 1m 13s · at 55:36 · https://youtu.be/n3HAPCpom5c?t=3336</w:t>
      </w:r>
    </w:p>
    <w:p>
      <w:r>
        <w:rPr>
          <w:i/>
        </w:rPr>
        <w:t>“What is your view regarding the war in the Middle East? Is the Middle East war a self-created war? It is not from any other aggressor.”</w:t>
      </w:r>
    </w:p>
    <w:p>
      <w:r>
        <w:rPr>
          <w:sz w:val="20"/>
        </w:rPr>
        <w:t>55:36  kisi</w:t>
      </w:r>
      <w:r>
        <w:br/>
      </w:r>
      <w:r>
        <w:rPr>
          <w:sz w:val="20"/>
        </w:rPr>
        <w:t>55:36  muhaddis ne is ko qaul rasool nahi mana hai ji maulana agla sawal kuwait se bheja hai abdul fattah sahab ne unhone aapse poocha hai ke what is your view in what is your view regarding the war in the middle east</w:t>
      </w:r>
      <w:r>
        <w:br/>
      </w:r>
      <w:r>
        <w:rPr>
          <w:sz w:val="20"/>
        </w:rPr>
        <w:t>56:01  war is the middle east self-created war hai kisi doosre ke aggressor se nahi hui hai ye maine likha hai main is ke bare mein aap padh lijiye is ko ke self-created war hai khud hi apne ko marwa rahe hain khwamkhwah aap pehle mujhe mar</w:t>
      </w:r>
      <w:r>
        <w:br/>
      </w:r>
      <w:r>
        <w:rPr>
          <w:sz w:val="20"/>
        </w:rPr>
        <w:t>56:23  to musalman hi zimmedar hain is war ke aap musalman hi khatm bhi kar sakte hain khatm kar dein to khatm</w:t>
      </w:r>
      <w:r>
        <w:br/>
      </w:r>
      <w:r>
        <w:rPr>
          <w:sz w:val="20"/>
        </w:rPr>
        <w:t>56:31  is par maine kafi likha hai aap padh sakte hain ke main is ko aap pehle mujhe mar samajhta hoon yani self-created war samajhta hoon is ko is ko nahi samajhta ke koi doosra thopa aap ke upar</w:t>
      </w:r>
    </w:p>
    <w:p>
      <w:pPr>
        <w:pStyle w:val="Heading2"/>
      </w:pPr>
      <w:r>
        <w:t>Is Muslims' silence patience or hypocrisy</w:t>
      </w:r>
    </w:p>
    <w:p>
      <w:r>
        <w:rPr>
          <w:color w:val="666666"/>
          <w:sz w:val="18"/>
        </w:rPr>
        <w:t>Society &amp; Dawah · The Importance of Wisdom November 4, 2012 · 1m 45s · at 58:01 · https://youtu.be/7e6FvqRSHic?t=3481</w:t>
      </w:r>
    </w:p>
    <w:p>
      <w:r>
        <w:rPr>
          <w:i/>
        </w:rPr>
        <w:t>“Can the current silence of Muslims be called patience? Or is it hypocrisy because they are silent due to fear of losing their interests?”</w:t>
      </w:r>
    </w:p>
    <w:p>
      <w:r>
        <w:rPr>
          <w:sz w:val="20"/>
        </w:rPr>
        <w:t>58:01  maulana agla sawal tamil nadu se hai maulana farhad salfi umri sahib ka unhone likha hai maulana musalmanon ka fi waqt khamosh rehna kya ise sabr kaha ja sakta hai yeh sabr nahi hai</w:t>
      </w:r>
      <w:r>
        <w:br/>
      </w:r>
      <w:r>
        <w:rPr>
          <w:sz w:val="20"/>
        </w:rPr>
        <w:t>58:19  yeh to yeh sabr harghiz nahi hai</w:t>
      </w:r>
      <w:r>
        <w:br/>
      </w:r>
      <w:r>
        <w:rPr>
          <w:sz w:val="20"/>
        </w:rPr>
        <w:t>58:26  yeh to is liye musalman chup ho gaye hain ke interest in ka khatre mein par gaya apne interest ko khatre mein padne tak dekh kar chup ho gaye yeh to munafiqat hai sabr naam hai is chup hone ka jahan aap bator usool chup hon bator principle chup hon aap aik aik bohat socha samjha principle ho ke</w:t>
      </w:r>
      <w:r>
        <w:br/>
      </w:r>
      <w:r>
        <w:rPr>
          <w:sz w:val="20"/>
        </w:rPr>
        <w:t>58:54  tak chup hoon to woh sabr hai yeh jo musalman jagah chup ho jate hain yeh to yeh</w:t>
      </w:r>
      <w:r>
        <w:br/>
      </w:r>
      <w:r>
        <w:rPr>
          <w:sz w:val="20"/>
        </w:rPr>
        <w:t>58:58  to munafiqat hai yeh shorgol kya hangama kya nuqsan hua mare peete gaye</w:t>
      </w:r>
      <w:r>
        <w:br/>
      </w:r>
      <w:r>
        <w:rPr>
          <w:sz w:val="20"/>
        </w:rPr>
        <w:t>59:05  bohat se musalman mare gaye hain is hangame mein</w:t>
      </w:r>
      <w:r>
        <w:br/>
      </w:r>
      <w:r>
        <w:rPr>
          <w:sz w:val="20"/>
        </w:rPr>
        <w:t>59:09  logon ke naujawan bachche maar dalen ge to aap kehte hain are bhai chhor chhor chhor chhor is</w:t>
      </w:r>
      <w:r>
        <w:br/>
      </w:r>
      <w:r>
        <w:rPr>
          <w:sz w:val="20"/>
        </w:rPr>
        <w:t>59:15  ko chhor is ko to aap kya keh rahe hain is faida ab jo chup hui hain musalman</w:t>
      </w:r>
      <w:r>
        <w:br/>
      </w:r>
      <w:r>
        <w:rPr>
          <w:sz w:val="20"/>
        </w:rPr>
        <w:t>59:20  bilashuba munafiqana khamoshi hai woh woh islami khamoshi nahi hai woh</w:t>
      </w:r>
      <w:r>
        <w:br/>
      </w:r>
      <w:r>
        <w:rPr>
          <w:sz w:val="20"/>
        </w:rPr>
        <w:t>59:27  islami khamoshi to hoti hai</w:t>
      </w:r>
      <w:r>
        <w:br/>
      </w:r>
      <w:r>
        <w:rPr>
          <w:sz w:val="20"/>
        </w:rPr>
        <w:t>59:29  jab ke aap chup hon</w:t>
      </w:r>
      <w:r>
        <w:br/>
      </w:r>
      <w:r>
        <w:rPr>
          <w:sz w:val="20"/>
        </w:rPr>
        <w:t>59:32  principal ke taur par usool ke taur par aur</w:t>
      </w:r>
      <w:r>
        <w:br/>
      </w:r>
      <w:r>
        <w:rPr>
          <w:sz w:val="20"/>
        </w:rPr>
        <w:t>59:35  jab interest aap ka khatre mein pad jaye aur chup ho jaye to yeh to munafiqat hai is ki koi value na dunya mein na akhirat mein</w:t>
      </w:r>
    </w:p>
    <w:p>
      <w:pPr>
        <w:pStyle w:val="Heading2"/>
      </w:pPr>
      <w:r>
        <w:t>Is conveying the message to all necessary?</w:t>
      </w:r>
    </w:p>
    <w:p>
      <w:r>
        <w:rPr>
          <w:color w:val="666666"/>
          <w:sz w:val="18"/>
        </w:rPr>
        <w:t>Society &amp; Dawah · Man and Paradise May 05, 2013 · 1m 45s · at 47:27 · https://youtu.be/VyFgim3pvts?t=2847</w:t>
      </w:r>
    </w:p>
    <w:p>
      <w:r>
        <w:rPr>
          <w:i/>
        </w:rPr>
        <w:t>“A writer said that it is not necessary to convey the message to everyone, because when the Prophet died, the message had not reached the whole world, yet he said he had delivered his message. What do you say about this?”</w:t>
      </w:r>
    </w:p>
    <w:p>
      <w:r>
        <w:rPr>
          <w:sz w:val="20"/>
        </w:rPr>
        <w:t>47:27  maulana, yeh sawal Dilli se hai, Shah Imran Hasan sahab ka. unhon ne likha hai: "ek musannif ne likha hai ke tamam logon tak dawat pahunchana zaroori nahi,</w:t>
      </w:r>
      <w:r>
        <w:br/>
      </w:r>
      <w:r>
        <w:rPr>
          <w:sz w:val="20"/>
        </w:rPr>
        <w:t>47:41  kyunke jab nabi ki wafat hui to poori dunya mein dawat nahi pahunchi thi, magar is ke bawajood nabi ne kaha ke maine apna paigham pahuncha diya." Maulana sahab, is ke bare mein batayein.</w:t>
      </w:r>
      <w:r>
        <w:br/>
      </w:r>
      <w:r>
        <w:rPr>
          <w:sz w:val="20"/>
        </w:rPr>
        <w:t>47:55  yeh bohat galat baat hai.</w:t>
      </w:r>
      <w:r>
        <w:br/>
      </w:r>
      <w:r>
        <w:rPr>
          <w:sz w:val="20"/>
        </w:rPr>
        <w:t>47:58  audience jo tha, us se poocha aap ne ke kya maine pahuncha diya? jo audience tha wahan par, baqi aap ne kaha: "فَلْيَبَلِّغِ الشَّاعِرِ الْغَائِبِ".</w:t>
      </w:r>
      <w:r>
        <w:br/>
      </w:r>
      <w:r>
        <w:rPr>
          <w:sz w:val="20"/>
        </w:rPr>
        <w:t>48:10  jo yahan hain, woh doosron ko pahuncha dein. baghair parhe hue aisi baatein karte hain log.</w:t>
      </w:r>
      <w:r>
        <w:br/>
      </w:r>
      <w:r>
        <w:rPr>
          <w:sz w:val="20"/>
        </w:rPr>
        <w:t>48:17  isi tarah jo report hai Hajjatul Wida ki, isi mein yeh baat hai ke jo log wahan maujood the, yaani Sahaba, un se aap ne poocha ke kya maine tum ko pahuncha diya?</w:t>
      </w:r>
      <w:r>
        <w:br/>
      </w:r>
      <w:r>
        <w:rPr>
          <w:sz w:val="20"/>
        </w:rPr>
        <w:t>48:32  "أَلَا هَلْبَلَّغْتُ؟ أَلَا هَلْبَلَّغْتُ؟" to woh jo audience tha, unhon ne kaha ke haan, aap ne pahuncha diya. to phir aap ne un ko yeh message diya: "فَلْيَبَلِّغِ الشَّاعِرِ الْغَائِبِ"</w:t>
      </w:r>
      <w:r>
        <w:br/>
      </w:r>
      <w:r>
        <w:rPr>
          <w:sz w:val="20"/>
        </w:rPr>
        <w:t>48:45  . jo yahan hazir hain, woh log pahuncha dein jo hazir nahi hain. to aap ne ek ek ek ek ek ek aisa mission diya jo qayamat tak jaari rahe.</w:t>
      </w:r>
      <w:r>
        <w:br/>
      </w:r>
      <w:r>
        <w:rPr>
          <w:sz w:val="20"/>
        </w:rPr>
        <w:t>48:58  is qism ke log jo hain, baghair parhe hue aisi baatein likhte hain. mujhe bohat taajjub hota hai ke kaise himmat parti hai ke deen ke maamle mein baghair achi tarah parhe hue aisi baatein kahein.</w:t>
      </w:r>
    </w:p>
    <w:p>
      <w:pPr>
        <w:pStyle w:val="Heading2"/>
      </w:pPr>
      <w:r>
        <w:t>Is dawah complete by delivering Quran?</w:t>
      </w:r>
    </w:p>
    <w:p>
      <w:r>
        <w:rPr>
          <w:color w:val="666666"/>
          <w:sz w:val="18"/>
        </w:rPr>
        <w:t>Society &amp; Dawah · Hadith-e-Jibril, April 21, 2013 · 1m 56s · at 1:27:02 · https://youtu.be/0rF6Ou0pDog?t=5222</w:t>
      </w:r>
    </w:p>
    <w:p>
      <w:r>
        <w:rPr>
          <w:i/>
        </w:rPr>
        <w:t>“Will the work of dawah be completed only by delivering Quran to all humans? Explain.”</w:t>
      </w:r>
    </w:p>
    <w:p>
      <w:r>
        <w:rPr>
          <w:sz w:val="20"/>
        </w:rPr>
        <w:t>1:27:02  maulana, dilli se agla sawal kiya hai amjad ahmad sahib ne</w:t>
      </w:r>
      <w:r>
        <w:br/>
      </w:r>
      <w:r>
        <w:rPr>
          <w:sz w:val="20"/>
        </w:rPr>
        <w:t>1:27:06  . unhon ne likha hai kya dawat ka kaam sirf tamam insano tak quran pahuncha dene se mukammal ho jayega? is ke bare mein batayen.</w:t>
      </w:r>
      <w:r>
        <w:br/>
      </w:r>
      <w:r>
        <w:rPr>
          <w:sz w:val="20"/>
        </w:rPr>
        <w:t>1:27:18  dekhen yeh sara maamla hai istataat par. kitna aap ke bas mein hai. kitna aap ke bas mein hai.</w:t>
      </w:r>
      <w:r>
        <w:br/>
      </w:r>
      <w:r>
        <w:rPr>
          <w:sz w:val="20"/>
        </w:rPr>
        <w:t>1:27:27  matlab yeh hai ke aap quran pahunchana, un ke liye dua karna, un ke liye supporting system, supporting literature ko dena, phir dobara mulaqat kar ke feedback lena.</w:t>
      </w:r>
      <w:r>
        <w:br/>
      </w:r>
      <w:r>
        <w:rPr>
          <w:sz w:val="20"/>
        </w:rPr>
        <w:t>1:27:41  yeh poora ek culture hai, ek poora ek nizam hai.</w:t>
      </w:r>
      <w:r>
        <w:br/>
      </w:r>
      <w:r>
        <w:rPr>
          <w:sz w:val="20"/>
        </w:rPr>
        <w:t>1:27:47  lekin har kaam hota hai istataat ke baghair. jitna aap ke bas mein hai. ittaqu allaha wastaṭa'tum</w:t>
      </w:r>
      <w:r>
        <w:br/>
      </w:r>
      <w:r>
        <w:rPr>
          <w:sz w:val="20"/>
        </w:rPr>
        <w:t>1:27:58  to dawat mein mein samajhta hoon ke quran ko logon tak pahunchana yeh is ka basic baat hai. basic. lekin quran ko pahuncha kar ke kaam khatam nahi hoga.</w:t>
      </w:r>
      <w:r>
        <w:br/>
      </w:r>
      <w:r>
        <w:rPr>
          <w:sz w:val="20"/>
        </w:rPr>
        <w:t>1:28:11  is ke baad bhi bohat sa kaam hai. ke feedback aap lenge agar to naye naye pehlu samne ayenge. supporting literature aap dena chahenge to nai nai baaten samne ayengi.</w:t>
      </w:r>
      <w:r>
        <w:br/>
      </w:r>
      <w:r>
        <w:rPr>
          <w:sz w:val="20"/>
        </w:rPr>
        <w:t>1:28:22  is ke mind ko parh kar ke chahenge is ka mind address karun to nai nai baaten samne ayengi.</w:t>
      </w:r>
      <w:r>
        <w:br/>
      </w:r>
      <w:r>
        <w:rPr>
          <w:sz w:val="20"/>
        </w:rPr>
        <w:t>1:28:28  to kitna aap ke paas time hai, kitna aap ke paas energy hai, kitna aap ke bas mein hai, is par hi inhisaar hai. warna daawa work to ek poora life work hai.</w:t>
      </w:r>
      <w:r>
        <w:br/>
      </w:r>
      <w:r>
        <w:rPr>
          <w:sz w:val="20"/>
        </w:rPr>
        <w:t>1:28:39  poori zindagi is mein involve ho jati hai aadmi ki. raat din, subah sham aap is ke liye sochen, is ke liye paisa kharch karen, is ke liye time kharch karen.</w:t>
      </w:r>
      <w:r>
        <w:br/>
      </w:r>
      <w:r>
        <w:rPr>
          <w:sz w:val="20"/>
        </w:rPr>
        <w:t>1:28:49  to yeh aap yaani aap jitna istataat hai is ke lehaz se aap ki zimmedari rahegi.</w:t>
      </w:r>
    </w:p>
    <w:p>
      <w:pPr>
        <w:pStyle w:val="Heading2"/>
      </w:pPr>
      <w:r>
        <w:t>Is debate right if it produces hatred?</w:t>
      </w:r>
    </w:p>
    <w:p>
      <w:r>
        <w:rPr>
          <w:color w:val="666666"/>
          <w:sz w:val="18"/>
        </w:rPr>
        <w:t>Society &amp; Dawah · Reason and Faith July 10, 2016 · 1m 42s · at 54:20 · https://youtu.be/axR4I5yv29E?t=3260</w:t>
      </w:r>
    </w:p>
    <w:p>
      <w:r>
        <w:rPr>
          <w:i/>
        </w:rPr>
        <w:t>“Muslims hold debates on a high pedestal. The debates are only producing hatred and distance people away from Islam as a result. Is it right to engage in debate seeing the result?”</w:t>
      </w:r>
    </w:p>
    <w:p>
      <w:r>
        <w:rPr>
          <w:sz w:val="20"/>
        </w:rPr>
        <w:t>54:20  unhon ne likha hai pehle sawal mein Muslims hold debates on a high pedestal.</w:t>
      </w:r>
      <w:r>
        <w:br/>
      </w:r>
      <w:r>
        <w:rPr>
          <w:sz w:val="20"/>
        </w:rPr>
        <w:t>54:26  The debates are only producing hatred and distance people away from Islam as a result.</w:t>
      </w:r>
      <w:r>
        <w:br/>
      </w:r>
      <w:r>
        <w:rPr>
          <w:sz w:val="20"/>
        </w:rPr>
        <w:t>54:33  Is it right to engage in debate seeing the result?</w:t>
      </w:r>
      <w:r>
        <w:br/>
      </w:r>
      <w:r>
        <w:rPr>
          <w:sz w:val="20"/>
        </w:rPr>
        <w:t>54:38  dekhen, debate ka tareeqa bilkul ghalat tareeqa hai.</w:t>
      </w:r>
      <w:r>
        <w:br/>
      </w:r>
      <w:r>
        <w:rPr>
          <w:sz w:val="20"/>
        </w:rPr>
        <w:t>54:44  is mein engage hone ka koi sawal hi nahi hai kyunke debate hamesha reaction paida karta hai.</w:t>
      </w:r>
      <w:r>
        <w:br/>
      </w:r>
      <w:r>
        <w:rPr>
          <w:sz w:val="20"/>
        </w:rPr>
        <w:t>54:49  Debate se kya hai? doosre ko down karna, doosre ko conquer karna, doosre ko ridicule karna.</w:t>
      </w:r>
      <w:r>
        <w:br/>
      </w:r>
      <w:r>
        <w:rPr>
          <w:sz w:val="20"/>
        </w:rPr>
        <w:t>54:55  yeh debate mein yeh sab hota hai.</w:t>
      </w:r>
      <w:r>
        <w:br/>
      </w:r>
      <w:r>
        <w:rPr>
          <w:sz w:val="20"/>
        </w:rPr>
        <w:t>55:01  jaise maine ab misaal di aap ko, unhon ne likha kufr tod.</w:t>
      </w:r>
      <w:r>
        <w:br/>
      </w:r>
      <w:r>
        <w:rPr>
          <w:sz w:val="20"/>
        </w:rPr>
        <w:t>55:06  to unhon ne likha ke kufr tod ka bata pod yeh hota hai.</w:t>
      </w:r>
      <w:r>
        <w:br/>
      </w:r>
      <w:r>
        <w:rPr>
          <w:sz w:val="20"/>
        </w:rPr>
        <w:t>55:12  aisi is zamane mein ek kitab chhapi thi "daghira rasool".</w:t>
      </w:r>
      <w:r>
        <w:br/>
      </w:r>
      <w:r>
        <w:rPr>
          <w:sz w:val="20"/>
        </w:rPr>
        <w:t>55:18  to yeh debate mein yahi sab hota hai, iska koi result nahi hai.</w:t>
      </w:r>
      <w:r>
        <w:br/>
      </w:r>
      <w:r>
        <w:rPr>
          <w:sz w:val="20"/>
        </w:rPr>
        <w:t>55:23  to hamein result karne hi nahi hai.</w:t>
      </w:r>
      <w:r>
        <w:br/>
      </w:r>
      <w:r>
        <w:rPr>
          <w:sz w:val="20"/>
        </w:rPr>
        <w:t>55:29  islam mein hai ji, islam mein jidal asr ka hukum hai.</w:t>
      </w:r>
      <w:r>
        <w:br/>
      </w:r>
      <w:r>
        <w:rPr>
          <w:sz w:val="20"/>
        </w:rPr>
        <w:t>55:35  islam mein jo hukum hai, jidal asr.</w:t>
      </w:r>
      <w:r>
        <w:br/>
      </w:r>
      <w:r>
        <w:rPr>
          <w:sz w:val="20"/>
        </w:rPr>
        <w:t>55:40  jidaal asr ka matlab yeh hai jis mein khair khwahi ho, jis mein aqli ghore o fikr ke</w:t>
      </w:r>
      <w:r>
        <w:br/>
      </w:r>
      <w:r>
        <w:rPr>
          <w:sz w:val="20"/>
        </w:rPr>
        <w:t>55:46  saath kaam kiya jaye, jis mein planning ho, jis mein positive method ho, woh hai jidaal asr.</w:t>
      </w:r>
      <w:r>
        <w:br/>
      </w:r>
      <w:r>
        <w:rPr>
          <w:sz w:val="20"/>
        </w:rPr>
        <w:t>55:51  wahi karna hai hamein aur inshallah result niklega kyunke result nikalta hai hamesha sahi tareeqa kar se.</w:t>
      </w:r>
      <w:r>
        <w:br/>
      </w:r>
      <w:r>
        <w:rPr>
          <w:sz w:val="20"/>
        </w:rPr>
        <w:t>55:57  ghalat tareeqa kar se koi result kabhi nikalta nahi is duniya mein.</w:t>
      </w:r>
    </w:p>
    <w:p>
      <w:pPr>
        <w:pStyle w:val="Heading2"/>
      </w:pPr>
      <w:r>
        <w:t>Is establishing Islam as only religion religious persecution?</w:t>
      </w:r>
    </w:p>
    <w:p>
      <w:r>
        <w:rPr>
          <w:color w:val="666666"/>
          <w:sz w:val="18"/>
        </w:rPr>
        <w:t>Society &amp; Dawah · Revival of Ummah January 22, 2017 · 1m 15s · at 57:37 · https://youtu.be/vnPsv0TBCfk?t=3457</w:t>
      </w:r>
    </w:p>
    <w:p>
      <w:r>
        <w:rPr>
          <w:i/>
        </w:rPr>
        <w:t>“Religious persecution was the biggest fitnah as mentioned in the Quran for which Prophet of Islam was even commanded to fight as it barred a person from the freedom to choose his religion. This was completely against the law of nature. Maulana, is it right to say that the people who want to establish Islam as the only religion on earth are again choosing to establish religious persecution? What is your opinion on this?”</w:t>
      </w:r>
    </w:p>
    <w:p>
      <w:r>
        <w:rPr>
          <w:sz w:val="20"/>
        </w:rPr>
        <w:t>57:37  aah chishti sahib ne pakistan se aah likha hai ke translation of quran into portuguese language is a wonderful work. congratulations. aah molana agla sawal lete hain yeh aah aamir yeh muhammad saleem sahib ne bheja hai srinagar se.</w:t>
      </w:r>
      <w:r>
        <w:br/>
      </w:r>
      <w:r>
        <w:rPr>
          <w:sz w:val="20"/>
        </w:rPr>
        <w:t>57:55  unhon ne likha hai religious persecution was the biggest fitna as mentioned in the quran for which prophet of islam was even even commanded to fight as it barred a person from the freedom to choose his religion. this was completely against the law of nature.</w:t>
      </w:r>
      <w:r>
        <w:br/>
      </w:r>
      <w:r>
        <w:rPr>
          <w:sz w:val="20"/>
        </w:rPr>
        <w:t>58:16  molana sahib is it right to say that the people who want to establish islam as the only religion on earth are again chasing to establish religious persecution. what is your opinion on this. is maamle mein aap ko rasool allah ki shariyat mein dekhna hai yeh rasool allah ka tareeqa kya tha. jo aaj ka jo raaij hai woh to rasool allah ka tareeqa nahi tha.</w:t>
      </w:r>
      <w:r>
        <w:br/>
      </w:r>
      <w:r>
        <w:rPr>
          <w:sz w:val="20"/>
        </w:rPr>
        <w:t>58:45  sab se pehle aap discover kijiye ke Rasool Allah ke tareeqe dawat kya tha dawat.</w:t>
      </w:r>
    </w:p>
    <w:p>
      <w:pPr>
        <w:pStyle w:val="Heading2"/>
      </w:pPr>
      <w:r>
        <w:t>Is hijab restriction Islamic or cultural?</w:t>
      </w:r>
    </w:p>
    <w:p>
      <w:r>
        <w:rPr>
          <w:color w:val="666666"/>
          <w:sz w:val="18"/>
        </w:rPr>
        <w:t>Society &amp; Dawah · Don't Be Angry Culture January 15, 2012 Maulana Wahiduddin Khan · 1m 49s · at 1:17:03 · https://youtu.be/rY1Ikwmwwdk?t=4623</w:t>
      </w:r>
    </w:p>
    <w:p>
      <w:r>
        <w:rPr>
          <w:i/>
        </w:rPr>
        <w:t>“Many Muslim women emphasize that in Islam, women are only allowed to keep their eyes open. My question is: with this kind of restriction, a Muslim woman can face difficulty in the work of dawah and reform. Is this really a matter of Islam or Muslim culture? Please clarify.”</w:t>
      </w:r>
    </w:p>
    <w:p>
      <w:r>
        <w:rPr>
          <w:sz w:val="20"/>
        </w:rPr>
        <w:t>1:17:03  maulana, agla sawal aya hai miss saira latif ka karachi pakistan se. unhon ne likha hai: "aksar muslim khawateen is baat par bohat ziyada zor deti hain ke islam mein aurat ko sirf aankhein khuli rakhne ki ijazat hai.</w:t>
      </w:r>
      <w:r>
        <w:br/>
      </w:r>
      <w:r>
        <w:rPr>
          <w:sz w:val="20"/>
        </w:rPr>
        <w:t>1:17:21  mera sawal yeh hai ke is qism ki pabandi mein ek muslim aurat ko dawat aur islaah ke kaam mein kafi mushkil pesh aa sakti hai.</w:t>
      </w:r>
      <w:r>
        <w:br/>
      </w:r>
      <w:r>
        <w:rPr>
          <w:sz w:val="20"/>
        </w:rPr>
        <w:t>1:17:32  kya waqai yeh islam ka masla hai ya musalmanon ka culture hai? wazahat farmayen." yeh bilashuba musalmanon ka culture hai.</w:t>
      </w:r>
      <w:r>
        <w:br/>
      </w:r>
      <w:r>
        <w:rPr>
          <w:sz w:val="20"/>
        </w:rPr>
        <w:t>1:17:43  aaj kal jo tasawwur parde ka aur burqe ka hai, is ka islam se koi talluq nahi. koi bhi talluq nahi.</w:t>
      </w:r>
      <w:r>
        <w:br/>
      </w:r>
      <w:r>
        <w:rPr>
          <w:sz w:val="20"/>
        </w:rPr>
        <w:t>1:17:53  islam mein jo parda hai woh kya hai? saada libas, dheela dheela libas aur yeh zeeb o zeenat nahi.</w:t>
      </w:r>
      <w:r>
        <w:br/>
      </w:r>
      <w:r>
        <w:rPr>
          <w:sz w:val="20"/>
        </w:rPr>
        <w:t>1:18:02  aur permissions nahi. sanjeedgi ke sath aana jana. yeh hai parda.</w:t>
      </w:r>
      <w:r>
        <w:br/>
      </w:r>
      <w:r>
        <w:rPr>
          <w:sz w:val="20"/>
        </w:rPr>
        <w:t>1:18:12  baqi yeh jo parda nikal nikla hai aaj kal, woh islami parda nahi. yeh to yeh to riwaj hai. is mein koi shaq nahi.</w:t>
      </w:r>
      <w:r>
        <w:br/>
      </w:r>
      <w:r>
        <w:rPr>
          <w:sz w:val="20"/>
        </w:rPr>
        <w:t>1:18:23  agar is ko kuch aap parhna chahein is mozu par kisi ko to ek do kitab mein naam loon ga aap ko. ek hai allama albani ki kitab "hijab almarat almuslima".</w:t>
      </w:r>
      <w:r>
        <w:br/>
      </w:r>
      <w:r>
        <w:rPr>
          <w:sz w:val="20"/>
        </w:rPr>
        <w:t>1:18:36  allama naseeruddin albani ki kitab hai "hijab almarat almuslima" arabi mein</w:t>
      </w:r>
      <w:r>
        <w:br/>
      </w:r>
      <w:r>
        <w:rPr>
          <w:sz w:val="20"/>
        </w:rPr>
        <w:t>1:18:41  . doosri kitab khud meri kitab hai. woh hai "khawateen islam" aur do kitabein hain "khawateen islam" aur "aurat memar insaniyat".</w:t>
      </w:r>
    </w:p>
    <w:p>
      <w:pPr>
        <w:pStyle w:val="Heading2"/>
      </w:pPr>
      <w:r>
        <w:t>Is leaving results to God correct?</w:t>
      </w:r>
    </w:p>
    <w:p>
      <w:r>
        <w:rPr>
          <w:color w:val="666666"/>
          <w:sz w:val="18"/>
        </w:rPr>
        <w:t>Society &amp; Dawah · Divine Help March 31, 2019 Maulana Wahiduddin Khan · 33s · at 36:48 · https://youtu.be/o5-R5Rjs5Cw?t=2208</w:t>
      </w:r>
    </w:p>
    <w:p>
      <w:r>
        <w:rPr>
          <w:i/>
        </w:rPr>
        <w:t>“After listening to the talk today, I realized that a person should do Dawah work and fulfill his role. He should leave the result to God, and if he does not see the result, then he should not be disheartened. Is this approach right?”</w:t>
      </w:r>
    </w:p>
    <w:p>
      <w:r>
        <w:rPr>
          <w:sz w:val="20"/>
        </w:rPr>
        <w:t>36:48  maulana, agla sawal dilli se kiya hai Miss tuti malhotra ne, unhon ne likha hai: "Molana, after listening to the talk today, I realized that a die should do Dawah work and fulfill his role.</w:t>
      </w:r>
      <w:r>
        <w:br/>
      </w:r>
      <w:r>
        <w:rPr>
          <w:sz w:val="20"/>
        </w:rPr>
        <w:t>37:02  He should leave the result to God, and if he does not see the result, then he should not be disheartened." Maulana, is this approachright?</w:t>
      </w:r>
      <w:r>
        <w:br/>
      </w:r>
      <w:r>
        <w:rPr>
          <w:sz w:val="20"/>
        </w:rPr>
        <w:t>37:14  bilkul sahi hai, bilkul sahi hai.</w:t>
      </w:r>
    </w:p>
    <w:p>
      <w:pPr>
        <w:pStyle w:val="Heading2"/>
      </w:pPr>
      <w:r>
        <w:t>Is nationalism shirk in Islam?</w:t>
      </w:r>
    </w:p>
    <w:p>
      <w:r>
        <w:rPr>
          <w:color w:val="666666"/>
          <w:sz w:val="18"/>
        </w:rPr>
        <w:t>Society &amp; Dawah · Man &amp; Paradise Aug 18, 2013 - Maulana Wahiduddin Khan · 1m 31s · at 47:25 · https://youtu.be/yKy1suwbP8o?t=2845</w:t>
      </w:r>
    </w:p>
    <w:p>
      <w:r>
        <w:rPr>
          <w:i/>
        </w:rPr>
        <w:t>“Please guide about nationalism in the light of Islamic teachings. Is nationalism shirk in Islam?”</w:t>
      </w:r>
    </w:p>
    <w:p>
      <w:r>
        <w:rPr>
          <w:sz w:val="20"/>
        </w:rPr>
        <w:t>47:25  maulana, agla sawal hai Shahnawaz Zafar sahib ka Dilli se. unhon ne aap se poocha hai: "please guide about nationalism in the light of Islamic teachings.</w:t>
      </w:r>
      <w:r>
        <w:br/>
      </w:r>
      <w:r>
        <w:rPr>
          <w:sz w:val="20"/>
        </w:rPr>
        <w:t>47:37  is nationalism shirk in Islam\</w:t>
      </w:r>
      <w:r>
        <w:br/>
      </w:r>
      <w:r>
        <w:rPr>
          <w:sz w:val="20"/>
        </w:rPr>
        <w:t>47:41  ?" hargiz nahin, yeh sab jhooti baatein hain. jin logon ne aisi kitabein likhi hain jis mein nationalism ko shirk bataya hai, un ko farz tha ke woh na bolen.</w:t>
      </w:r>
      <w:r>
        <w:br/>
      </w:r>
      <w:r>
        <w:rPr>
          <w:sz w:val="20"/>
        </w:rPr>
        <w:t>47:50  woh yeh woh log hain, main jaanta hoon ke kaun log hain. yeh nationalism ko shirk bataya, democracy ko qanoon islamic bataya, secularism ko qanoon islamic bataya.</w:t>
      </w:r>
      <w:r>
        <w:br/>
      </w:r>
      <w:r>
        <w:rPr>
          <w:sz w:val="20"/>
        </w:rPr>
        <w:t>48:00  inhin logon ne yeh sab kiya hai ke har aadmi ko nafrat mein mubtala kar diya hai. aaj kal saare musalman jo hain, nafrat karte hain western world se, doosri qaumon se, kyunke woh samajhte hain ke yeh to taghoot hai, yeh to secular log hain, yeh to falan log hain.</w:t>
      </w:r>
      <w:r>
        <w:br/>
      </w:r>
      <w:r>
        <w:rPr>
          <w:sz w:val="20"/>
        </w:rPr>
        <w:t>48:19  to yeh is tarah ki jo kitabein jinhon ne likhi hain, main to samajhta hoon ke unhon ne unhon ne ek aisa kaam kiya jis ke unhein right nahin tha ke baghair jaane yeh bol rahe hain, baghair jaane woh kitabein likh rahe hain.</w:t>
      </w:r>
      <w:r>
        <w:br/>
      </w:r>
      <w:r>
        <w:rPr>
          <w:sz w:val="20"/>
        </w:rPr>
        <w:t>48:31  to nationalism ghair islami nahin hai, secularism ghair islami nahin hai, democracy ghair islami nahin hai. yeh sab baatein jo log kehte hain, woh woh is na to Islam ko jante hain, na nationalism aur secularism ko jante hain.</w:t>
      </w:r>
      <w:r>
        <w:br/>
      </w:r>
      <w:r>
        <w:rPr>
          <w:sz w:val="20"/>
        </w:rPr>
        <w:t>48:44  woh dono se bekhabar hain. woh agar aap ko tafseel janna hai in baaton ki to hum ne hamari meri kitabon mein tafseel maujood hai, aap us ko parh lijie.</w:t>
      </w:r>
    </w:p>
    <w:p>
      <w:pPr>
        <w:pStyle w:val="Heading2"/>
      </w:pPr>
      <w:r>
        <w:t>Is rediscovery equated with tajdid?</w:t>
      </w:r>
    </w:p>
    <w:p>
      <w:r>
        <w:rPr>
          <w:color w:val="666666"/>
          <w:sz w:val="18"/>
        </w:rPr>
        <w:t>Society &amp; Dawah · Purpose of Human Life February 12, 2012 Maulana Wahiduddin Khan · 53s · at 1:17:44 · https://youtu.be/gRupSXuak-w?t=4664</w:t>
      </w:r>
    </w:p>
    <w:p>
      <w:r>
        <w:rPr>
          <w:i/>
        </w:rPr>
        <w:t>“Is rediscovery the same as tajdid?”</w:t>
      </w:r>
    </w:p>
    <w:p>
      <w:r>
        <w:rPr>
          <w:sz w:val="20"/>
        </w:rPr>
        <w:t>1:17:44  inshallah. Maulana, un ka ek aur sawal hai. Unhon ne poocha hai ke kya rediscovery ko hi tajdeed kehte hain</w:t>
      </w:r>
      <w:r>
        <w:br/>
      </w:r>
      <w:r>
        <w:rPr>
          <w:sz w:val="20"/>
        </w:rPr>
        <w:t>1:17:53  ? Dekhein, rediscovery ki lafz bolta hoon main in logon ke liye jo apne ko Musalman kehte hain aur jo apne ko Musalman nahi kehte. To jo Islam se bahar hain, to woh un ke liye main kehta hoon ke un ke liye Islam discovery hoga, agar agar woh samjhenge Islam ko to.</w:t>
      </w:r>
      <w:r>
        <w:br/>
      </w:r>
      <w:r>
        <w:rPr>
          <w:sz w:val="20"/>
        </w:rPr>
        <w:t>1:18:14  Aur jo apne ko Musalman kehte hain, woh agar dobara mutala kar ke samjhen to un ke liye Islam rediscovery hoga.</w:t>
      </w:r>
      <w:r>
        <w:br/>
      </w:r>
      <w:r>
        <w:rPr>
          <w:sz w:val="20"/>
        </w:rPr>
        <w:t>1:18:23  Yeh main kehta hoon. Baqi tajdeed to kehte hain revival ko, yani ahya, kisi cheez ko dobara zinda karna.</w:t>
      </w:r>
    </w:p>
    <w:p>
      <w:pPr>
        <w:pStyle w:val="Heading2"/>
      </w:pPr>
      <w:r>
        <w:t>Is this the era of ideological war?</w:t>
      </w:r>
    </w:p>
    <w:p>
      <w:r>
        <w:rPr>
          <w:color w:val="666666"/>
          <w:sz w:val="18"/>
        </w:rPr>
        <w:t>Society &amp; Dawah · Islam and Peace August 25, 2013 · 1m 36s · at 48:18 · https://youtu.be/WbBu4W6AUUs?t=2898</w:t>
      </w:r>
    </w:p>
    <w:p>
      <w:r>
        <w:rPr>
          <w:i/>
        </w:rPr>
        <w:t>“Maulana, the term 'ideological war' is used. Is this the era of ideological war? What would you say?”</w:t>
      </w:r>
    </w:p>
    <w:p>
      <w:r>
        <w:rPr>
          <w:sz w:val="20"/>
        </w:rPr>
        <w:t>48:18  maulana, agla sawal gulbarga se hai maulana muhammad yaqoob umri ka. unhone likha hai: "maulana, nazriati ladaai ka lafz bola jata hai.</w:t>
      </w:r>
      <w:r>
        <w:br/>
      </w:r>
      <w:r>
        <w:rPr>
          <w:sz w:val="20"/>
        </w:rPr>
        <w:t>48:29  kya yeh daur nazriati jang ka daur hai? aap kya kahenge?"</w:t>
      </w:r>
      <w:r>
        <w:br/>
      </w:r>
      <w:r>
        <w:rPr>
          <w:sz w:val="20"/>
        </w:rPr>
        <w:t>48:36  jang ka lafz to aaj ke insaan ko nafrat hai jang ke lafz se. aaj ke insaan ne first world war aur second world war ke baad insaan ko war ke lafz se nafrat ho chuki hai.</w:t>
      </w:r>
      <w:r>
        <w:br/>
      </w:r>
      <w:r>
        <w:rPr>
          <w:sz w:val="20"/>
        </w:rPr>
        <w:t>48:52  to agar aap islam mein yeh lafz bolein to log samjhein woh samjhenge ke jaise doosre hain, waise hi islam bhi hai. doosre bhi believe karte hain ladaai bhadaai par, islam bhi believe karta hai ladaai bhadaai par.</w:t>
      </w:r>
      <w:r>
        <w:br/>
      </w:r>
      <w:r>
        <w:rPr>
          <w:sz w:val="20"/>
        </w:rPr>
        <w:t>49:05  to mein dekh raha hoon ke nazriati jang ka lafz bilkul be maani lafz hai. aap yeh keh sakte hain ideological struggle keh sakte hain aap, aur mein to is ko mission ka lafz bolta hoon, struggle bhi nahin bolta hoon mein.</w:t>
      </w:r>
      <w:r>
        <w:br/>
      </w:r>
      <w:r>
        <w:rPr>
          <w:sz w:val="20"/>
        </w:rPr>
        <w:t>49:19  yaani islam daawti mission ka naam hai, daawti jang ka naam nahin hai. daawti mission bas, yaani peaceful dawat mission, bas yahi islam hai.</w:t>
      </w:r>
      <w:r>
        <w:br/>
      </w:r>
      <w:r>
        <w:rPr>
          <w:sz w:val="20"/>
        </w:rPr>
        <w:t>49:31  aap apne apne bare mein jo aap ke farz hain, imaan hai, ibaadat hai, ikhlaq hai, woh ek zaati farz hain aap ke, woh to aap ko poora karna hai.</w:t>
      </w:r>
      <w:r>
        <w:br/>
      </w:r>
      <w:r>
        <w:rPr>
          <w:sz w:val="20"/>
        </w:rPr>
        <w:t>49:43  aur jahan tak apne se bahir ki duniya ka maamla hai, us ke liye aap ka mission sirf ek hi mission hai, aur woh hai dawat ilallah ka mission. bas.</w:t>
      </w:r>
    </w:p>
    <w:p>
      <w:pPr>
        <w:pStyle w:val="Heading2"/>
      </w:pPr>
      <w:r>
        <w:t>Islam and modern feminism views</w:t>
      </w:r>
    </w:p>
    <w:p>
      <w:r>
        <w:rPr>
          <w:color w:val="666666"/>
          <w:sz w:val="18"/>
        </w:rPr>
        <w:t>Society &amp; Dawah · The Role of a Woman March 8, 2020 Maulana Wahiduddin Khan · 52s · at 23:46 · https://youtu.be/aBPy_KTsk1A?t=1426</w:t>
      </w:r>
    </w:p>
    <w:p>
      <w:r>
        <w:rPr>
          <w:i/>
        </w:rPr>
        <w:t>“Present world's women empowerment is understood through the feminist movement, and Muslims stand heavily divided on whether Islam has scope for modern-day feminism. Maulana, what are your views on feminism?”</w:t>
      </w:r>
    </w:p>
    <w:p>
      <w:r>
        <w:rPr>
          <w:sz w:val="20"/>
        </w:rPr>
        <w:t>23:46  Maulana, agla sawal bheja hai Miss Falak Araiba ne Ghaziabad se. unhon ne likha hai "Present world's women empowerment is understood through the feminist movement,</w:t>
      </w:r>
      <w:r>
        <w:br/>
      </w:r>
      <w:r>
        <w:rPr>
          <w:sz w:val="20"/>
        </w:rPr>
        <w:t>24:05  and Muslims stand heavily divided on whether Islam has scope for modern-day feminism.</w:t>
      </w:r>
      <w:r>
        <w:br/>
      </w:r>
      <w:r>
        <w:rPr>
          <w:sz w:val="20"/>
        </w:rPr>
        <w:t>24:13  Maulana, what are your views on feminism?"</w:t>
      </w:r>
      <w:r>
        <w:br/>
      </w:r>
      <w:r>
        <w:rPr>
          <w:sz w:val="20"/>
        </w:rPr>
        <w:t>24:19  Feminism ka sab se acha definition wahi hai jo mein ne abhi hadith mein bataya ke "Men and women are two equal halves of a single unity." Yeh best formula hai</w:t>
      </w:r>
    </w:p>
    <w:p>
      <w:pPr>
        <w:pStyle w:val="Heading2"/>
      </w:pPr>
      <w:r>
        <w:t>Islam on domestic violence and women's rights</w:t>
      </w:r>
    </w:p>
    <w:p>
      <w:r>
        <w:rPr>
          <w:color w:val="666666"/>
          <w:sz w:val="18"/>
        </w:rPr>
        <w:t>Society &amp; Dawah · History of Kaaba March 19, 2017 · 53s · at 55:27 · https://youtu.be/HPvWnoueeqg?t=3327</w:t>
      </w:r>
    </w:p>
    <w:p>
      <w:r>
        <w:rPr>
          <w:i/>
        </w:rPr>
        <w:t>“What does Islam say about domestic violence? Does Islam allow us to speak on women's rights and become a member of a women's rights organization?”</w:t>
      </w:r>
    </w:p>
    <w:p>
      <w:r>
        <w:rPr>
          <w:sz w:val="20"/>
        </w:rPr>
        <w:t>55:27  jazaak Allah Maulana ab agla sawal lete hain jo aa Miss Haseena Shafi Dar ne likha hai Sri</w:t>
      </w:r>
      <w:r>
        <w:br/>
      </w:r>
      <w:r>
        <w:rPr>
          <w:sz w:val="20"/>
        </w:rPr>
        <w:t>55:37  Nagar se unhon ne aapse poocha hai ke what does Islam say about the domestic violence and</w:t>
      </w:r>
      <w:r>
        <w:br/>
      </w:r>
      <w:r>
        <w:rPr>
          <w:sz w:val="20"/>
        </w:rPr>
        <w:t>55:45  does Islam allow us to speak on women's rights and become a member of women's rights organization</w:t>
      </w:r>
      <w:r>
        <w:br/>
      </w:r>
      <w:r>
        <w:rPr>
          <w:sz w:val="20"/>
        </w:rPr>
        <w:t>55:54  what is your opinion on this</w:t>
      </w:r>
      <w:r>
        <w:br/>
      </w:r>
      <w:r>
        <w:rPr>
          <w:sz w:val="20"/>
        </w:rPr>
        <w:t>55:57  yeh sab to crime hai aur kya</w:t>
      </w:r>
      <w:r>
        <w:br/>
      </w:r>
      <w:r>
        <w:rPr>
          <w:sz w:val="20"/>
        </w:rPr>
        <w:t>56:01  crime hai is par hamari kitabein kai hain aap parhiye</w:t>
      </w:r>
      <w:r>
        <w:br/>
      </w:r>
      <w:r>
        <w:rPr>
          <w:sz w:val="20"/>
        </w:rPr>
        <w:t>56:09  khawateen ke bare mein hamari kitabein kai hain urdu mein english mein hain arabi mein bhi hain is</w:t>
      </w:r>
      <w:r>
        <w:br/>
      </w:r>
      <w:r>
        <w:rPr>
          <w:sz w:val="20"/>
        </w:rPr>
        <w:t>56:15  ko parhiye phir aap sawal kijiye</w:t>
      </w:r>
    </w:p>
    <w:p>
      <w:pPr>
        <w:pStyle w:val="Heading2"/>
      </w:pPr>
      <w:r>
        <w:t>Islam's Compatibility with Secularism</w:t>
      </w:r>
    </w:p>
    <w:p>
      <w:r>
        <w:rPr>
          <w:color w:val="666666"/>
          <w:sz w:val="18"/>
        </w:rPr>
        <w:t>Society &amp; Dawah · The Secular Contribution of Islam | April 16, 2017 · 1m 00s · at 45:04 · https://youtu.be/QV_HIq7KeaY?t=2704</w:t>
      </w:r>
    </w:p>
    <w:p>
      <w:r>
        <w:rPr>
          <w:i/>
        </w:rPr>
        <w:t>“Maulana sahib, many people think that Islam is not compatible with present secularism or democracy. I want to know your opinion on this.”</w:t>
      </w:r>
    </w:p>
    <w:p>
      <w:r>
        <w:rPr>
          <w:sz w:val="20"/>
        </w:rPr>
        <w:t>45:04  Merit se sawal bheja hai Farooqi sahab ne, unhone likha hai: Maulana sahib, many people think that</w:t>
      </w:r>
      <w:r>
        <w:br/>
      </w:r>
      <w:r>
        <w:rPr>
          <w:sz w:val="20"/>
        </w:rPr>
        <w:t>45:11  Islam is not compatible with present secularism or democracy.</w:t>
      </w:r>
      <w:r>
        <w:br/>
      </w:r>
      <w:r>
        <w:rPr>
          <w:sz w:val="20"/>
        </w:rPr>
        <w:t>45:18  I want to know your opinion on this.</w:t>
      </w:r>
      <w:r>
        <w:br/>
      </w:r>
      <w:r>
        <w:rPr>
          <w:sz w:val="20"/>
        </w:rPr>
        <w:t>45:24  dekhiye, yeh masla islam ka nahi hai, musalmanon ka hai.</w:t>
      </w:r>
      <w:r>
        <w:br/>
      </w:r>
      <w:r>
        <w:rPr>
          <w:sz w:val="20"/>
        </w:rPr>
        <w:t>45:30  islam to poori tarah compatible hai, maine aaj ki baat jo kahi, usi se aap samajh sakte hain.</w:t>
      </w:r>
      <w:r>
        <w:br/>
      </w:r>
      <w:r>
        <w:rPr>
          <w:sz w:val="20"/>
        </w:rPr>
        <w:t>45:36  lekin musalmanon ka attitude qaumi attitude ban gaya hai, islami nahi.</w:t>
      </w:r>
      <w:r>
        <w:br/>
      </w:r>
      <w:r>
        <w:rPr>
          <w:sz w:val="20"/>
        </w:rPr>
        <w:t>45:43  aaj ke musalmanon ki poori policy, unki saari attitude sab jo hai, qaumi hai, community ko le</w:t>
      </w:r>
      <w:r>
        <w:br/>
      </w:r>
      <w:r>
        <w:rPr>
          <w:sz w:val="20"/>
        </w:rPr>
        <w:t>45:49  kar ke hai, islami nahi hai.</w:t>
      </w:r>
      <w:r>
        <w:br/>
      </w:r>
      <w:r>
        <w:rPr>
          <w:sz w:val="20"/>
        </w:rPr>
        <w:t>45:55  to to all the blame goes to Muslim community and not to the Islam.</w:t>
      </w:r>
    </w:p>
    <w:p>
      <w:pPr>
        <w:pStyle w:val="Heading2"/>
      </w:pPr>
      <w:r>
        <w:t>Islam's role in modern age</w:t>
      </w:r>
    </w:p>
    <w:p>
      <w:r>
        <w:rPr>
          <w:color w:val="666666"/>
          <w:sz w:val="18"/>
        </w:rPr>
        <w:t>Society &amp; Dawah · The Secular Contribution of Islam | April 16, 2017 · 1m 48s · at 59:44 · https://youtu.be/QV_HIq7KeaY?t=3584</w:t>
      </w:r>
    </w:p>
    <w:p>
      <w:r>
        <w:rPr>
          <w:i/>
        </w:rPr>
        <w:t>“Islam has had a pivotal role in strengthening foundation of the modern age. What is Islam's role in the modern age now? What is your comment on this?”</w:t>
      </w:r>
    </w:p>
    <w:p>
      <w:r>
        <w:rPr>
          <w:sz w:val="20"/>
        </w:rPr>
        <w:t>59:44  is just like a big bird approach. maulana, delhi se sawal kiya hai miss naghma siddiqui ne, unhon ne likha hai: islam has had a pivotal role in strong foundation of the modern age. what is islam's role in the modern age now? what is your comment on this, maulana? main samajhta hoon ke aaj sab se bara jo role hai islam ka, jo musalman</w:t>
      </w:r>
      <w:r>
        <w:br/>
      </w:r>
      <w:r>
        <w:rPr>
          <w:sz w:val="20"/>
        </w:rPr>
        <w:t>1:00:14  on ko, yani musalmanon ki taraf se duniya ke samne aana hai, yani islam khud to chal phir ke nahi pohnchega, pohnchana to musalmanon ko hai. to sab se bari baat jo duniya ko bata sakte hain musalman, ke islam ne equation ko badal diya. qadeem zamane mein jo equation jo tha, woh that was based on dichotomy: dushman dost, dushman dost. quran</w:t>
      </w:r>
      <w:r>
        <w:br/>
      </w:r>
      <w:r>
        <w:rPr>
          <w:sz w:val="20"/>
        </w:rPr>
        <w:t>1:00:44  ne ek third option nikala: dushman dost aur supporter.</w:t>
      </w:r>
      <w:r>
        <w:br/>
      </w:r>
      <w:r>
        <w:rPr>
          <w:sz w:val="20"/>
        </w:rPr>
        <w:t>1:00:50  yeh jante nahi log.</w:t>
      </w:r>
      <w:r>
        <w:br/>
      </w:r>
      <w:r>
        <w:rPr>
          <w:sz w:val="20"/>
        </w:rPr>
        <w:t>1:00:56  yeh dichotomy ko quran ne zyada behtar iski shakal di hai ke quran batata hai ke ke</w:t>
      </w:r>
      <w:r>
        <w:br/>
      </w:r>
      <w:r>
        <w:rPr>
          <w:sz w:val="20"/>
        </w:rPr>
        <w:t>1:01:02  dost aur dushman ke sawab ek ek hain, aur woh hai supporter.</w:t>
      </w:r>
      <w:r>
        <w:br/>
      </w:r>
      <w:r>
        <w:rPr>
          <w:sz w:val="20"/>
        </w:rPr>
        <w:t>1:01:08  toh logon ko supporter banao, kya zaroorat hai ladne ki? yeh jo concept</w:t>
      </w:r>
      <w:r>
        <w:br/>
      </w:r>
      <w:r>
        <w:rPr>
          <w:sz w:val="20"/>
        </w:rPr>
        <w:t>1:01:14  islam ka hai, yeh duniya ko batana, yeh musalmanon ka sabse bada kaam hai.</w:t>
      </w:r>
      <w:r>
        <w:br/>
      </w:r>
      <w:r>
        <w:rPr>
          <w:sz w:val="20"/>
        </w:rPr>
        <w:t>1:01:20  lekin iske liye musalmanon ko chhodna padega violence, apne apne hathiyaron ko samandar mein phenkna padega</w:t>
      </w:r>
      <w:r>
        <w:br/>
      </w:r>
      <w:r>
        <w:rPr>
          <w:sz w:val="20"/>
        </w:rPr>
        <w:t>1:01:26  ga, tab yeh role bata payenge woh.</w:t>
      </w:r>
    </w:p>
    <w:p>
      <w:pPr>
        <w:pStyle w:val="Heading2"/>
      </w:pPr>
      <w:r>
        <w:t>Islam's view on secularism as supporting factor</w:t>
      </w:r>
    </w:p>
    <w:p>
      <w:r>
        <w:rPr>
          <w:color w:val="666666"/>
          <w:sz w:val="18"/>
        </w:rPr>
        <w:t>Society &amp; Dawah · Divine Crusades December 14, 2014 · 1m 43s · at 1:00:08 · https://youtu.be/qZhY00S5LQg?t=3608</w:t>
      </w:r>
    </w:p>
    <w:p>
      <w:r>
        <w:rPr>
          <w:i/>
        </w:rPr>
        <w:t>“What is Islam's view on secularism? Islam's thought about secularism is that secularism is a supporting factor for Islam.”</w:t>
      </w:r>
    </w:p>
    <w:p>
      <w:r>
        <w:rPr>
          <w:sz w:val="20"/>
        </w:rPr>
        <w:t>1:00:08  maulana, ab sawal lete hain. yeh ankhi ne bheja hai delhi se, miss ankhi ne. aur unhon ne aapse poocha hai ke What is Islam's view on secularism?</w:t>
      </w:r>
      <w:r>
        <w:br/>
      </w:r>
      <w:r>
        <w:rPr>
          <w:sz w:val="20"/>
        </w:rPr>
        <w:t>1:00:18  Islam ka soch jo hai, secularism ka, woh yeh hai ke secularism ek supporting factor hai Islam ke liye.</w:t>
      </w:r>
      <w:r>
        <w:br/>
      </w:r>
      <w:r>
        <w:rPr>
          <w:sz w:val="20"/>
        </w:rPr>
        <w:t>1:00:23  aap jante hain ke yeh jo khel hota hai, volleyball ka khel aur doosre khel bhi hote</w:t>
      </w:r>
      <w:r>
        <w:br/>
      </w:r>
      <w:r>
        <w:rPr>
          <w:sz w:val="20"/>
        </w:rPr>
        <w:t>1:00:29  hain, is mein different jo hain, jo is mein players hote hain, is mein different role unka hota hai.</w:t>
      </w:r>
      <w:r>
        <w:br/>
      </w:r>
      <w:r>
        <w:rPr>
          <w:sz w:val="20"/>
        </w:rPr>
        <w:t>1:00:35  yani volleyball mein ek role bowler ka hai, bowler jo ball ko marta hai.</w:t>
      </w:r>
      <w:r>
        <w:br/>
      </w:r>
      <w:r>
        <w:rPr>
          <w:sz w:val="20"/>
        </w:rPr>
        <w:t>1:00:41  ek aur doosra role hai jo khud ball ko marta nahi hai, woh ball deta hai.</w:t>
      </w:r>
      <w:r>
        <w:br/>
      </w:r>
      <w:r>
        <w:rPr>
          <w:sz w:val="20"/>
        </w:rPr>
        <w:t>1:00:47  mujhe nahi maloom ke is ka term kya hai, woh us ko support karta hai.</w:t>
      </w:r>
      <w:r>
        <w:br/>
      </w:r>
      <w:r>
        <w:rPr>
          <w:sz w:val="20"/>
        </w:rPr>
        <w:t>1:00:52  woh aise hi dunya ka nizam hai.</w:t>
      </w:r>
      <w:r>
        <w:br/>
      </w:r>
      <w:r>
        <w:rPr>
          <w:sz w:val="20"/>
        </w:rPr>
        <w:t>1:00:58  yeh dunya mein chahe secularism ho ya koi aur bhi ho, in sab ka role supporting role hai.</w:t>
      </w:r>
      <w:r>
        <w:br/>
      </w:r>
      <w:r>
        <w:rPr>
          <w:sz w:val="20"/>
        </w:rPr>
        <w:t>1:01:04  supporting role hai.</w:t>
      </w:r>
      <w:r>
        <w:br/>
      </w:r>
      <w:r>
        <w:rPr>
          <w:sz w:val="20"/>
        </w:rPr>
        <w:t>1:01:10  main samajhta hoon ke dunya mein koi bhi cheez aisi nahi hai jis ka supporting role na ho.</w:t>
      </w:r>
      <w:r>
        <w:br/>
      </w:r>
      <w:r>
        <w:rPr>
          <w:sz w:val="20"/>
        </w:rPr>
        <w:t>1:01:16  woh ek cheez thi dispotism, woh khatam kar diya Allah taala ne.</w:t>
      </w:r>
      <w:r>
        <w:br/>
      </w:r>
      <w:r>
        <w:rPr>
          <w:sz w:val="20"/>
        </w:rPr>
        <w:t>1:01:21  ab dispotism ko khatam karne ke baad, ab jo kuch bhi dunya mein hai, woh sab ka supporting role hai.</w:t>
      </w:r>
      <w:r>
        <w:br/>
      </w:r>
      <w:r>
        <w:rPr>
          <w:sz w:val="20"/>
        </w:rPr>
        <w:t>1:01:27  Maulana, abhi phir se mail aaya hai Tariq Ali Ali sahib ka, jo yeh program dekh rahe hain.</w:t>
      </w:r>
      <w:r>
        <w:br/>
      </w:r>
      <w:r>
        <w:rPr>
          <w:sz w:val="20"/>
        </w:rPr>
        <w:t>1:01:33  unhon ne apna location nahi likha tha, to unhon ne bataya ke woh yeh program Temple Florida mein</w:t>
      </w:r>
      <w:r>
        <w:br/>
      </w:r>
      <w:r>
        <w:rPr>
          <w:sz w:val="20"/>
        </w:rPr>
        <w:t>1:01:39  dekh rahe hain.</w:t>
      </w:r>
      <w:r>
        <w:br/>
      </w:r>
      <w:r>
        <w:rPr>
          <w:sz w:val="20"/>
        </w:rPr>
        <w:t>1:01:45  aur unhon ne aap ka shukriya kiya hai ke aap ne jawab diya. Mashallah.</w:t>
      </w:r>
    </w:p>
    <w:p>
      <w:pPr>
        <w:pStyle w:val="Heading2"/>
      </w:pPr>
      <w:r>
        <w:t>Islamic Leaders and Suicidal Actions</w:t>
      </w:r>
    </w:p>
    <w:p>
      <w:r>
        <w:rPr>
          <w:color w:val="666666"/>
          <w:sz w:val="18"/>
        </w:rPr>
        <w:t>Society &amp; Dawah · Wisdom of Hadith September 11, 2016 · 1m 58s · at 43:44 · https://youtu.be/XPxlLv2_q1o?t=2624</w:t>
      </w:r>
    </w:p>
    <w:p>
      <w:r>
        <w:rPr>
          <w:i/>
        </w:rPr>
        <w:t>“If there is strong emphasis on wisdom in Islam, then why do present-day Islamic leaders instigate the youth for suicidal and non-result oriented actions?”</w:t>
      </w:r>
    </w:p>
    <w:p>
      <w:r>
        <w:rPr>
          <w:sz w:val="20"/>
        </w:rPr>
        <w:t>43:44  ah molana sahib, yeh pehla sawal aaya hai kashmir se, ah engineer altaf sahib ne kiya hai.</w:t>
      </w:r>
      <w:r>
        <w:br/>
      </w:r>
      <w:r>
        <w:rPr>
          <w:sz w:val="20"/>
        </w:rPr>
        <w:t>43:51  unhone likha hai ke molana sahib, if there is strong emphasis on wisdom in islam, then why</w:t>
      </w:r>
      <w:r>
        <w:br/>
      </w:r>
      <w:r>
        <w:rPr>
          <w:sz w:val="20"/>
        </w:rPr>
        <w:t>43:58  present-day islamic leaders instigate the youth for suicidal and non-result oriented actions?</w:t>
      </w:r>
      <w:r>
        <w:br/>
      </w:r>
      <w:r>
        <w:rPr>
          <w:sz w:val="20"/>
        </w:rPr>
        <w:t>44:05  what is the reason for this?</w:t>
      </w:r>
      <w:r>
        <w:br/>
      </w:r>
      <w:r>
        <w:rPr>
          <w:sz w:val="20"/>
        </w:rPr>
        <w:t>44:10  raizan to bohat hi clear hai.</w:t>
      </w:r>
      <w:r>
        <w:br/>
      </w:r>
      <w:r>
        <w:rPr>
          <w:sz w:val="20"/>
        </w:rPr>
        <w:t>44:16  jitne leader hamare hain, woh wisdom ki baat jante nahin.</w:t>
      </w:r>
      <w:r>
        <w:br/>
      </w:r>
      <w:r>
        <w:rPr>
          <w:sz w:val="20"/>
        </w:rPr>
        <w:t>44:22  mujhe bataein, koi ek naam bata dijiye jo jo yeh kehta ho ke practical wisdom kya hai, wisdom</w:t>
      </w:r>
      <w:r>
        <w:br/>
      </w:r>
      <w:r>
        <w:rPr>
          <w:sz w:val="20"/>
        </w:rPr>
        <w:t>44:28  kya hai, ideology kya hai.</w:t>
      </w:r>
      <w:r>
        <w:br/>
      </w:r>
      <w:r>
        <w:rPr>
          <w:sz w:val="20"/>
        </w:rPr>
        <w:t>44:33  koi ek kitaab mujhe bata dijiye jisne likha ho ke what is ideology, what is wisdom, what</w:t>
      </w:r>
      <w:r>
        <w:br/>
      </w:r>
      <w:r>
        <w:rPr>
          <w:sz w:val="20"/>
        </w:rPr>
        <w:t>44:39  is practical wisdom to log bas jazbaat mein, jazbaat mein uchal kood kar rahe hain.</w:t>
      </w:r>
      <w:r>
        <w:br/>
      </w:r>
      <w:r>
        <w:rPr>
          <w:sz w:val="20"/>
        </w:rPr>
        <w:t>44:45  khud leaderon ko pata nahin hai to awam ko kya pata hoga? mujhe aap Arab se aaj tak</w:t>
      </w:r>
      <w:r>
        <w:br/>
      </w:r>
      <w:r>
        <w:rPr>
          <w:sz w:val="20"/>
        </w:rPr>
        <w:t>44:51  kisi ek leader ka bata dijiye, naam bata dijiye jisne koi kitaab likhi ho batane ke liye</w:t>
      </w:r>
      <w:r>
        <w:br/>
      </w:r>
      <w:r>
        <w:rPr>
          <w:sz w:val="20"/>
        </w:rPr>
        <w:t>44:57  ke ideology kya hai, wisdom kya hai, practical wisdom kya hai, right planning kya hai.</w:t>
      </w:r>
      <w:r>
        <w:br/>
      </w:r>
      <w:r>
        <w:rPr>
          <w:sz w:val="20"/>
        </w:rPr>
        <w:t>45:02  mujhe bata dijiye ek kitaab.</w:t>
      </w:r>
      <w:r>
        <w:br/>
      </w:r>
      <w:r>
        <w:rPr>
          <w:sz w:val="20"/>
        </w:rPr>
        <w:t>45:08  to jab jab itna bara yani khala ho ke koi wisdom ko batane wala hi na ho, to</w:t>
      </w:r>
      <w:r>
        <w:br/>
      </w:r>
      <w:r>
        <w:rPr>
          <w:sz w:val="20"/>
        </w:rPr>
        <w:t>45:14  yeh hoga jo ho raha hai.</w:t>
      </w:r>
      <w:r>
        <w:br/>
      </w:r>
      <w:r>
        <w:rPr>
          <w:sz w:val="20"/>
        </w:rPr>
        <w:t>45:20  ab aap ki zimmedari hai jo log samajh rahe hain, woh uthein.</w:t>
      </w:r>
      <w:r>
        <w:br/>
      </w:r>
      <w:r>
        <w:rPr>
          <w:sz w:val="20"/>
        </w:rPr>
        <w:t>45:25  woh uthein, logon ko bataein.</w:t>
      </w:r>
      <w:r>
        <w:br/>
      </w:r>
      <w:r>
        <w:rPr>
          <w:sz w:val="20"/>
        </w:rPr>
        <w:t>45:31  aap bataiye logon ko, phir team banegi, phir jamaat banegi.</w:t>
      </w:r>
      <w:r>
        <w:br/>
      </w:r>
      <w:r>
        <w:rPr>
          <w:sz w:val="20"/>
        </w:rPr>
        <w:t>45:37  aap uthein, yeh kaam is kaam ke liye uthiye.</w:t>
      </w:r>
    </w:p>
    <w:p>
      <w:pPr>
        <w:pStyle w:val="Heading2"/>
      </w:pPr>
      <w:r>
        <w:t>Islamic prayers for non-Muslim victims</w:t>
      </w:r>
    </w:p>
    <w:p>
      <w:r>
        <w:rPr>
          <w:color w:val="666666"/>
          <w:sz w:val="18"/>
        </w:rPr>
        <w:t>Society &amp; Dawah · The Road to Paradise December 30, 2012 Maulana Wahiduddin Khan · 1m 03s · at 1:09:20 · https://youtu.be/vUiaPsYF4Tk?t=4160</w:t>
      </w:r>
    </w:p>
    <w:p>
      <w:r>
        <w:rPr>
          <w:i/>
        </w:rPr>
        <w:t>“The 23-year-old victim of rape and brutal assault passed away yesterday. On hearing her demise, some of the Islamic representation said: 'Inna lillahi wa inna ilayhi raji'oon' (To Allah we belong and to Him we return). As a natural feeling that comes out to see a dead body, a group of Muslims raised a strong objection saying that the Quranic verses and Islamic prayers are meant only for Muslims and not Hindus or any other religion. What is your view?”</w:t>
      </w:r>
    </w:p>
    <w:p>
      <w:r>
        <w:rPr>
          <w:sz w:val="20"/>
        </w:rPr>
        <w:t>1:09:20  maulana, agla sawal dilli se aaya hai, khalid ansari sahab ka. unhon ne likha hai: "the 23 year old victim of rape and brutal assault passed away yesterday.</w:t>
      </w:r>
      <w:r>
        <w:br/>
      </w:r>
      <w:r>
        <w:rPr>
          <w:sz w:val="20"/>
        </w:rPr>
        <w:t>1:09:34  on hearing her sad demise, some of the islamic representation said: inna lillahi wa inna ilaihi raji'un. as a natural feeling that comes out to see a dead body.</w:t>
      </w:r>
      <w:r>
        <w:br/>
      </w:r>
      <w:r>
        <w:rPr>
          <w:sz w:val="20"/>
        </w:rPr>
        <w:t>1:09:47  a group of muslims raised a strong objection saying that the quranic verses and islamic duas are meant for only muslims and not hindu or any other religion.</w:t>
      </w:r>
      <w:r>
        <w:br/>
      </w:r>
      <w:r>
        <w:rPr>
          <w:sz w:val="20"/>
        </w:rPr>
        <w:t>1:09:59  maulana, i would like to know what is your opinion on this.</w:t>
      </w:r>
      <w:r>
        <w:br/>
      </w:r>
      <w:r>
        <w:rPr>
          <w:sz w:val="20"/>
        </w:rPr>
        <w:t>1:10:03  "dekhen, is par mera ek article 600 words ka chhap chuka hai times of india mein. woh aap dekh lijiye. meri jo soch hai, is mein aap dekh sakte hain.</w:t>
      </w:r>
      <w:r>
        <w:br/>
      </w:r>
      <w:r>
        <w:rPr>
          <w:sz w:val="20"/>
        </w:rPr>
        <w:t>1:10:13  abhi chhaapa hai, do do din pehle, times of india ke speaking tree mein.</w:t>
      </w:r>
    </w:p>
    <w:p>
      <w:pPr>
        <w:pStyle w:val="Heading2"/>
      </w:pPr>
      <w:r>
        <w:t>Islamic revival despite leadership opposition</w:t>
      </w:r>
    </w:p>
    <w:p>
      <w:r>
        <w:rPr>
          <w:color w:val="666666"/>
          <w:sz w:val="18"/>
        </w:rPr>
        <w:t>Society &amp; Dawah · Revival of Ummah January 22, 2017 · 1m 50s · at 47:39 · https://youtu.be/vnPsv0TBCfk?t=2859</w:t>
      </w:r>
    </w:p>
    <w:p>
      <w:r>
        <w:rPr>
          <w:i/>
        </w:rPr>
        <w:t>“Muslims taking a U-turn would mean that Muslims are wrong. But Muslim leaders will not allow it because it hurts their false pride and challenges their leadership. So how will change come? How will the revival of Islam happen? Because these leaders will not allow it.”</w:t>
      </w:r>
    </w:p>
    <w:p>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r>
        <w:br/>
      </w:r>
      <w:r>
        <w:rPr>
          <w:sz w:val="20"/>
        </w:rPr>
        <w:t>48:09  aur un ki leaders ko leadership ko challenge karta hai. to phir change kaise aayega? revival of islam kaise hoga? kyunke yeh leaders aisa hone nahi denge. nahi aisa nahi hai. mere nazdeek har case jo hai unawareness ka case hota hai bekhabari ka.</w:t>
      </w:r>
      <w:r>
        <w:br/>
      </w:r>
      <w:r>
        <w:rPr>
          <w:sz w:val="20"/>
        </w:rPr>
        <w:t>48:33  is waqt log jo hain woh bekhabar hain ke kya opportunity khuli hain. jaise main is waqt misaal deta hoon ke india mein jab india azad hua nineteen forty seven mein to sare musalman kya samajhte the ke india mein un ke liye koi koi kuch mauka nahi hai. india mein scope nahi hai. sab bhagte the india se bhagte the ka mulk bana hua tha us waqt.</w:t>
      </w:r>
      <w:r>
        <w:br/>
      </w:r>
      <w:r>
        <w:rPr>
          <w:sz w:val="20"/>
        </w:rPr>
        <w:t>49:02  lekin nineteen seventy one mein jo waqia hua nineteen seventy one mein us ke baad musalmanon ka mind badal gaya. ab isi mein isi mein india mein musalman khoob kama rahe hain khoob kaam kar rahe hain padh rahe hain sab kuch. to jo aap farma rahe hain woh bhi unawareness case hai. bohat se log aise hain jo jinki bekhabari toot gayi to woh theek chal rahe hain.</w:t>
      </w:r>
      <w:r>
        <w:br/>
      </w:r>
      <w:r>
        <w:rPr>
          <w:sz w:val="20"/>
        </w:rPr>
        <w:t>49:29  logon ki bekhabari ko todiye us ke baad sara mamla normal ho jayega. ji ah molana agla sawal lete hain jo ah bheja hai amir mori sahib ne srinagar se.</w:t>
      </w:r>
    </w:p>
    <w:p>
      <w:pPr>
        <w:pStyle w:val="Heading2"/>
      </w:pPr>
      <w:r>
        <w:t>Japan's civilization vs Western civilization</w:t>
      </w:r>
    </w:p>
    <w:p>
      <w:r>
        <w:rPr>
          <w:color w:val="666666"/>
          <w:sz w:val="18"/>
        </w:rPr>
        <w:t>Society &amp; Dawah · Discovery of Modern Age February 10, 2013 · 1m 42s · at 1:02:08 · https://youtu.be/qYGA53ii7E4?t=3728</w:t>
      </w:r>
    </w:p>
    <w:p>
      <w:r>
        <w:rPr>
          <w:i/>
        </w:rPr>
        <w:t>“Everyone acknowledges Japan's development, but in terms of civilization, Western civilization dominates, not Japanese civilization. What do you say about this?”</w:t>
      </w:r>
    </w:p>
    <w:p>
      <w:r>
        <w:rPr>
          <w:sz w:val="20"/>
        </w:rPr>
        <w:t>1:02:08  hamara agla sawal Dilli se hai Jameel Akhtar Khan sahib ka.</w:t>
      </w:r>
      <w:r>
        <w:br/>
      </w:r>
      <w:r>
        <w:rPr>
          <w:sz w:val="20"/>
        </w:rPr>
        <w:t>1:02:12  unhon ne likha hai: "Japan ki taraqqi ko sabhi log mante hain, magar tahzeeb ke aitbar se Western civilization ka ghalba hai, na ke Japani civilization ka." is ke baray mein aap kya kahengay?</w:t>
      </w:r>
      <w:r>
        <w:br/>
      </w:r>
      <w:r>
        <w:rPr>
          <w:sz w:val="20"/>
        </w:rPr>
        <w:t>1:02:27  Japan ki koi civilization hi nahin hai, koi civilization hi Japan ke nahin hai. yeh to ajeeb o ghareeb sawal hai.</w:t>
      </w:r>
      <w:r>
        <w:br/>
      </w:r>
      <w:r>
        <w:rPr>
          <w:sz w:val="20"/>
        </w:rPr>
        <w:t>1:02:35  yeh aap batayein ke Japani civilization kya cheez hoti hai?</w:t>
      </w:r>
      <w:r>
        <w:br/>
      </w:r>
      <w:r>
        <w:rPr>
          <w:sz w:val="20"/>
        </w:rPr>
        <w:t>1:02:41  yeh to kuch bhi nahin hai. aur Western civilization ko bhi aap Musalman samajhte hain ke woh civilization ka naam hai nudity ka, nangay pan hone ka.</w:t>
      </w:r>
      <w:r>
        <w:br/>
      </w:r>
      <w:r>
        <w:rPr>
          <w:sz w:val="20"/>
        </w:rPr>
        <w:t>1:02:52  Musalman yeh bhi nahin jante ke what is Western civilization. chand isi qism cheezon ko le kar Western civilization mante hain.</w:t>
      </w:r>
      <w:r>
        <w:br/>
      </w:r>
      <w:r>
        <w:rPr>
          <w:sz w:val="20"/>
        </w:rPr>
        <w:t>1:03:00  Western civilization jis baat ka naam hai, woh hamari aap ki bhi civilization hai ke nature mein Allah taala ne jo taqatein chupa rakhi theen, woh discover karna, woh hamari aap ki sab ki cheez hai.</w:t>
      </w:r>
      <w:r>
        <w:br/>
      </w:r>
      <w:r>
        <w:rPr>
          <w:sz w:val="20"/>
        </w:rPr>
        <w:t>1:03:13  woh West ki cheez nahin hai. woh</w:t>
      </w:r>
      <w:r>
        <w:br/>
      </w:r>
      <w:r>
        <w:rPr>
          <w:sz w:val="20"/>
        </w:rPr>
        <w:t>1:03:16  yeh jo cheezein aaj dekhte hain, aap chahe car ho ya hawajat ya communication ho, ek camera ho, ek computer ho, yeh isi nature mein, Allah ki burai nature mein maujood thi.</w:t>
      </w:r>
      <w:r>
        <w:br/>
      </w:r>
      <w:r>
        <w:rPr>
          <w:sz w:val="20"/>
        </w:rPr>
        <w:t>1:03:27  pehlay is ko unhon ne discover kiya ke istemal kiya, yeh to hamare aap ki sab ki hai. log samajhte hain ke Western civilization koi alag shaitani duniya ki cheez hai.</w:t>
      </w:r>
      <w:r>
        <w:br/>
      </w:r>
      <w:r>
        <w:rPr>
          <w:sz w:val="20"/>
        </w:rPr>
        <w:t>1:03:37  yeh bilkul hi bekhabari ki baat hai. yahi to maine kaha ke sab bilkul bekhabar hain log ke what is Western civilization jante hi nahin, baghair bolay hue taqreerein karte hain.</w:t>
      </w:r>
    </w:p>
    <w:p>
      <w:pPr>
        <w:pStyle w:val="Heading2"/>
      </w:pPr>
      <w:r>
        <w:t>Kashmiri identity and loyalty dilemma</w:t>
      </w:r>
    </w:p>
    <w:p>
      <w:r>
        <w:rPr>
          <w:color w:val="666666"/>
          <w:sz w:val="18"/>
        </w:rPr>
        <w:t>Society &amp; Dawah · Save Yourself from Distraction August 21, 2016 · 50s · at 56:27 · https://youtu.be/wP3Dj-tccDQ?t=3387</w:t>
      </w:r>
    </w:p>
    <w:p>
      <w:r>
        <w:rPr>
          <w:i/>
        </w:rPr>
        <w:t>“Maulana sahib, I am Zahoor Ahmad Mir, a Kashmiri based in Kolkata, logically by Quran and Hadith, I am an Indian, but when something goes wrong in Kashmir, like present situation, my...”</w:t>
      </w:r>
    </w:p>
    <w:p>
      <w:r>
        <w:rPr>
          <w:sz w:val="20"/>
        </w:rPr>
        <w:t>56:27  molana, agla sawal zahoor mir sahib ny kia hai kolkatta se.</w:t>
      </w:r>
      <w:r>
        <w:br/>
      </w:r>
      <w:r>
        <w:rPr>
          <w:sz w:val="20"/>
        </w:rPr>
        <w:t>56:32  انہوں نے لکھا ہے: "مولانا صاحب، I am ظہور احمد میر، ا کشمیری based in کلکتہ، logically by</w:t>
      </w:r>
      <w:r>
        <w:br/>
      </w:r>
      <w:r>
        <w:rPr>
          <w:sz w:val="20"/>
        </w:rPr>
        <w:t>56:39  Quran and Hadith. I am an Indian, but when something goes wrong in Kashmir, like the present situation, my</w:t>
      </w:r>
      <w:r>
        <w:br/>
      </w:r>
      <w:r>
        <w:rPr>
          <w:sz w:val="20"/>
        </w:rPr>
        <w:t>56:47  heart goes for kashmeriz.</w:t>
      </w:r>
      <w:r>
        <w:br/>
      </w:r>
      <w:r>
        <w:rPr>
          <w:sz w:val="20"/>
        </w:rPr>
        <w:t>56:49  "Is this distraction or something else? What would you say to this?" Bhai, Kashmir ka issue ek political</w:t>
      </w:r>
      <w:r>
        <w:br/>
      </w:r>
      <w:r>
        <w:rPr>
          <w:sz w:val="20"/>
        </w:rPr>
        <w:t>56:57  issue hai to main is class mein mery khayal se is pe ziada bolna shayad theek na ho.</w:t>
      </w:r>
      <w:r>
        <w:br/>
      </w:r>
      <w:r>
        <w:rPr>
          <w:sz w:val="20"/>
        </w:rPr>
        <w:t>57:04  kaisa ji? hain molana, alag se wo phone kar ky ap se haan, agar aap calculate karain ji</w:t>
      </w:r>
      <w:r>
        <w:br/>
      </w:r>
      <w:r>
        <w:rPr>
          <w:sz w:val="20"/>
        </w:rPr>
        <w:t>57:12  to main alag se is ky bary mein apny khayalat bta sakta hoon.</w:t>
      </w:r>
    </w:p>
    <w:p>
      <w:pPr>
        <w:pStyle w:val="Heading2"/>
      </w:pPr>
      <w:r>
        <w:t>Knowing absence of family culture</w:t>
      </w:r>
    </w:p>
    <w:p>
      <w:r>
        <w:rPr>
          <w:color w:val="666666"/>
          <w:sz w:val="18"/>
        </w:rPr>
        <w:t>Society &amp; Dawah · Roza (Fasting) Shock May 26, 2019 · 1m 53s · at 32:38 · https://youtu.be/GXYhGriFRpM?t=1958</w:t>
      </w:r>
    </w:p>
    <w:p>
      <w:r>
        <w:rPr>
          <w:i/>
        </w:rPr>
        <w:t>“How can we know if we are devoid of family culture or not? Explain. What are the cultures? How do we know if we lack family culture?”</w:t>
      </w:r>
    </w:p>
    <w:p>
      <w:r>
        <w:rPr>
          <w:sz w:val="20"/>
        </w:rPr>
        <w:t>32:38  it should be a month to live in higher plane, in the thought, realization, remembrance, remembrance and in discovering god." maulana, agla sawal doctor safina tabassum ne bheja hai saharanpur se.</w:t>
      </w:r>
      <w:r>
        <w:br/>
      </w:r>
      <w:r>
        <w:rPr>
          <w:sz w:val="20"/>
        </w:rPr>
        <w:t>32:54  unhon ne likha hai ke hum yeh kaise janen ke hum family culture se khali hain ya nahi? is ki wazahat karen.</w:t>
      </w:r>
      <w:r>
        <w:br/>
      </w:r>
      <w:r>
        <w:rPr>
          <w:sz w:val="20"/>
        </w:rPr>
        <w:t>33:02  kaun kaun culture hai? family culture se hum khali hain ke nahi? yeh kaise hum janen?</w:t>
      </w:r>
      <w:r>
        <w:br/>
      </w:r>
      <w:r>
        <w:rPr>
          <w:sz w:val="20"/>
        </w:rPr>
        <w:t>33:08  dekhen, is se zyada aasan koi baat nahi hai.</w:t>
      </w:r>
      <w:r>
        <w:br/>
      </w:r>
      <w:r>
        <w:rPr>
          <w:sz w:val="20"/>
        </w:rPr>
        <w:t>33:14  apne raat apne raat din ko le kar aap sochen ke 24 ghante mein maine real sense mein kitna apne khaliq ko yaad kiya aur kitna kisi aur ko.</w:t>
      </w:r>
      <w:r>
        <w:br/>
      </w:r>
      <w:r>
        <w:rPr>
          <w:sz w:val="20"/>
        </w:rPr>
        <w:t>33:25  yeh bohat hi aasan hai, yeh koi mushkil cheez hai hi nahi. aap ki yaadon mein kya basa hua hai, kaun nahi jaan sakta is cheez ko?</w:t>
      </w:r>
      <w:r>
        <w:br/>
      </w:r>
      <w:r>
        <w:rPr>
          <w:sz w:val="20"/>
        </w:rPr>
        <w:t>33:36  aap ki yaadon mein kya basa hua hai? allah jo khaliq hai, razzaq hai, allah hai, woh basa hua hai ya koi aur cheez?</w:t>
      </w:r>
      <w:r>
        <w:br/>
      </w:r>
      <w:r>
        <w:rPr>
          <w:sz w:val="20"/>
        </w:rPr>
        <w:t>33:49  yeh kaun hai jo is ko nahi jaan sakta? pata nahi, khaliq, razzaq, allah, is ko basna chahiye aap ki yaadon mein.</w:t>
      </w:r>
      <w:r>
        <w:br/>
      </w:r>
      <w:r>
        <w:rPr>
          <w:sz w:val="20"/>
        </w:rPr>
        <w:t>34:03  kaun hai jis ne aap ko koi aur cheez, aik baal bhi diya ho? mujhe bataiye, woh kaun hai jis ne aap ko aik baal bhi diya ho?</w:t>
      </w:r>
      <w:r>
        <w:br/>
      </w:r>
      <w:r>
        <w:rPr>
          <w:sz w:val="20"/>
        </w:rPr>
        <w:t>34:11  to isi ko aap kam yaad karen. kam baat ko mani kya hai? lip service karen. aik taraf dil ki gehraiyon se yaad karna hai, aik hai lip service karna ke kaun nahi jaan sakta?</w:t>
      </w:r>
      <w:r>
        <w:br/>
      </w:r>
      <w:r>
        <w:rPr>
          <w:sz w:val="20"/>
        </w:rPr>
        <w:t>34:25  is ko har aadmi jaan sakta hai.</w:t>
      </w:r>
    </w:p>
    <w:p>
      <w:pPr>
        <w:pStyle w:val="Heading2"/>
      </w:pPr>
      <w:r>
        <w:t>Lack of Ideology Planning in Ummah</w:t>
      </w:r>
    </w:p>
    <w:p>
      <w:r>
        <w:rPr>
          <w:color w:val="666666"/>
          <w:sz w:val="18"/>
        </w:rPr>
        <w:t>Society &amp; Dawah · Spirit of Ramadan June 14, 2015 · 59s · at 57:35 · https://youtu.be/mKQdhE2rhdQ?t=3455</w:t>
      </w:r>
    </w:p>
    <w:p>
      <w:r>
        <w:rPr>
          <w:i/>
        </w:rPr>
        <w:t>“Why is the importance of ideology and the need for planning it not present in the Ummah? Is the reason national pride and political thinking? Please explain.”</w:t>
      </w:r>
    </w:p>
    <w:p>
      <w:r>
        <w:rPr>
          <w:sz w:val="20"/>
        </w:rPr>
        <w:t>57:35  haan, jahan mauqa hai, wahan Masjid banaiye, jahan mauqa nahi hai to wahan ghar mein namaz padhiye. Maulana, yeh agla sawal aaya hai Maulana Iqbal Umri ka Chennai se: "Maulana, ideology ki ahmiyat aur is ki planning karne ki zaroorat kyun ummat mein nahi hai?</w:t>
      </w:r>
      <w:r>
        <w:br/>
      </w:r>
      <w:r>
        <w:rPr>
          <w:sz w:val="20"/>
        </w:rPr>
        <w:t>57:54  kya is ka sabab qaumi fakhr aur siyasi fikr hai?" please wazahat karein. sahi baat hai, sahi baat hai.</w:t>
      </w:r>
      <w:r>
        <w:br/>
      </w:r>
      <w:r>
        <w:rPr>
          <w:sz w:val="20"/>
        </w:rPr>
        <w:t>58:03  qaumi fakhr aur siyasi soch asal wajah yahi hai. isi ki buniyad par Musalmanon ne modern education nahi liya, modern education peeche ho gaye.</w:t>
      </w:r>
      <w:r>
        <w:br/>
      </w:r>
      <w:r>
        <w:rPr>
          <w:sz w:val="20"/>
        </w:rPr>
        <w:t>58:14  to jar ki baat to yahi hai.</w:t>
      </w:r>
      <w:r>
        <w:br/>
      </w:r>
      <w:r>
        <w:rPr>
          <w:sz w:val="20"/>
        </w:rPr>
        <w:t>58:18  agar hum chahte hain ke sahi ma'ano mein islaah to humein qaumi fakhr ko khatm karna padega, political soch ko khatm karna padega, logon ko modern education mein dakhil karna padega.</w:t>
      </w:r>
      <w:r>
        <w:br/>
      </w:r>
      <w:r>
        <w:rPr>
          <w:sz w:val="20"/>
        </w:rPr>
        <w:t>58:29  tab ja kar ke koi sahi maano mein islaah hogi.</w:t>
      </w:r>
    </w:p>
    <w:p>
      <w:pPr>
        <w:pStyle w:val="Heading2"/>
      </w:pPr>
      <w:r>
        <w:t>Lack of ideology planning in Ummah</w:t>
      </w:r>
    </w:p>
    <w:p>
      <w:r>
        <w:rPr>
          <w:color w:val="666666"/>
          <w:sz w:val="18"/>
        </w:rPr>
        <w:t>Society &amp; Dawah · Spirit of Ramadan | June 14, 2015 · 57s · at 58:08 · https://youtu.be/LMQxfxQcnxQ?t=3488</w:t>
      </w:r>
    </w:p>
    <w:p>
      <w:r>
        <w:rPr>
          <w:i/>
        </w:rPr>
        <w:t>“Why is the importance of ideology and the need for its planning not present in the Ummah? Is the reason national pride and political thought? Please explain.”</w:t>
      </w:r>
    </w:p>
    <w:p>
      <w:r>
        <w:rPr>
          <w:sz w:val="20"/>
        </w:rPr>
        <w:t>58:08  mona, yeh agla sawal aaya hai maulana iqbal umri ka chennai se.</w:t>
      </w:r>
      <w:r>
        <w:br/>
      </w:r>
      <w:r>
        <w:rPr>
          <w:sz w:val="20"/>
        </w:rPr>
        <w:t>58:13  maulana, ideology ki ahmiyat aur iski planning karne ki zaroorat kyun ummat mein nahi hai? kya is</w:t>
      </w:r>
      <w:r>
        <w:br/>
      </w:r>
      <w:r>
        <w:rPr>
          <w:sz w:val="20"/>
        </w:rPr>
        <w:t>58:18  ka sabab qaumi fakhr aur siyasi fikr hai? please wazahat karein.</w:t>
      </w:r>
      <w:r>
        <w:br/>
      </w:r>
      <w:r>
        <w:rPr>
          <w:sz w:val="20"/>
        </w:rPr>
        <w:t>58:23  saheeh baat hai, saheeh baat hai.</w:t>
      </w:r>
      <w:r>
        <w:br/>
      </w:r>
      <w:r>
        <w:rPr>
          <w:sz w:val="20"/>
        </w:rPr>
        <w:t>58:28  qaumi fakhr aur aesaai soch asal wajah yeh</w:t>
      </w:r>
      <w:r>
        <w:br/>
      </w:r>
      <w:r>
        <w:rPr>
          <w:sz w:val="20"/>
        </w:rPr>
        <w:t>58:33  hi hai.</w:t>
      </w:r>
      <w:r>
        <w:br/>
      </w:r>
      <w:r>
        <w:rPr>
          <w:sz w:val="20"/>
        </w:rPr>
        <w:t>58:38  isi ki bana par buzurgon ne modern education nahi liya, modern education peechay ho gaye.</w:t>
      </w:r>
      <w:r>
        <w:br/>
      </w:r>
      <w:r>
        <w:rPr>
          <w:sz w:val="20"/>
        </w:rPr>
        <w:t>58:43  to jarh ki baat to yahi hai.</w:t>
      </w:r>
      <w:r>
        <w:br/>
      </w:r>
      <w:r>
        <w:rPr>
          <w:sz w:val="20"/>
        </w:rPr>
        <w:t>58:47  agar hum chahte hain ke saheeh ma'ano mein islaah to hamein qaumi fakhr ko khatam karna parega,</w:t>
      </w:r>
      <w:r>
        <w:br/>
      </w:r>
      <w:r>
        <w:rPr>
          <w:sz w:val="20"/>
        </w:rPr>
        <w:t>58:52  political soch ko khatam karna parega, logon ko modern education mein dakhil karna parega.</w:t>
      </w:r>
      <w:r>
        <w:br/>
      </w:r>
      <w:r>
        <w:rPr>
          <w:sz w:val="20"/>
        </w:rPr>
        <w:t>58:56  tab ja kar ke koi saheeh ma'ano mein islaah hogi.</w:t>
      </w:r>
      <w:r>
        <w:br/>
      </w:r>
      <w:r>
        <w:rPr>
          <w:sz w:val="20"/>
        </w:rPr>
        <w:t>59:01  mad parjosh taqreeron se islaah anay wali nahi hai.</w:t>
      </w:r>
    </w:p>
    <w:p>
      <w:pPr>
        <w:pStyle w:val="Heading2"/>
      </w:pPr>
      <w:r>
        <w:t>Lack of well-wishing in Dawah</w:t>
      </w:r>
    </w:p>
    <w:p>
      <w:r>
        <w:rPr>
          <w:color w:val="666666"/>
          <w:sz w:val="18"/>
        </w:rPr>
        <w:t>Society &amp; Dawah · The Character of a Dayee 4 March 2012 - Maulana Wahiduddin Khan · 1m 41s · at 1:37:37 · https://youtu.be/YtavJpVNbEM?t=5857</w:t>
      </w:r>
    </w:p>
    <w:p>
      <w:r>
        <w:rPr>
          <w:i/>
        </w:rPr>
        <w:t>“Well-wishing is essential for Dawah ilallah, but today's Muslims lack the spirit of well-wishing for the people being invited. What is the reason for this, and how can this deficiency be removed?”</w:t>
      </w:r>
    </w:p>
    <w:p>
      <w:r>
        <w:rPr>
          <w:sz w:val="20"/>
        </w:rPr>
        <w:t>1:37:37  maulana, agla sawal srinagar se hai mr riyaz ahmed bhat sahib ka. unhon ne likha hai: "dawa'at al allah ke liye well wishing asal hai, lekin aaj kal ke musalmanon mein mad'u ke liye well wishing ka jazba maujood nahi.</w:t>
      </w:r>
      <w:r>
        <w:br/>
      </w:r>
      <w:r>
        <w:rPr>
          <w:sz w:val="20"/>
        </w:rPr>
        <w:t>1:37:56  is ka sabab kya hai, aur is kami ko kis tarah door kiya jaye?"</w:t>
      </w:r>
      <w:r>
        <w:br/>
      </w:r>
      <w:r>
        <w:rPr>
          <w:sz w:val="20"/>
        </w:rPr>
        <w:t>1:38:09  ab main samajhta hoon ke is ki zimmedaar hamare saare rehnuma hain ke subah shaam raat din, jab se printing press aaya hai, tab se khaas taur par yeh baat badh badh gayi hai ke dhoond dhoond kar nikalte hain aisa item: "dekho falan dushmani kar raha hai, dekho falan</w:t>
      </w:r>
      <w:r>
        <w:br/>
      </w:r>
      <w:r>
        <w:rPr>
          <w:sz w:val="20"/>
        </w:rPr>
        <w:t>1:38:27  conspiracy kar raha hai, dekho falan yeh kar liya, falan woh kar liya." subah shaam yahi akhbaron mein chhapta hai, yeh yeh magazine mein chhapta hai, jalason mein is ka charcha hota hai.</w:t>
      </w:r>
      <w:r>
        <w:br/>
      </w:r>
      <w:r>
        <w:rPr>
          <w:sz w:val="20"/>
        </w:rPr>
        <w:t>1:38:40  to yeh jo hain hamare likhne aur bolne wale, yeh asal zimmedaar is ke hain. isi ka charcha kiya unhon ne</w:t>
      </w:r>
      <w:r>
        <w:br/>
      </w:r>
      <w:r>
        <w:rPr>
          <w:sz w:val="20"/>
        </w:rPr>
        <w:t>1:38:49  is daur mein. is ke baad agar charcha karein, yaani achhi baaton ka, to achha zehan banega. to main samajhta hoon ke sab se zyada zimmedaar wahi log hain jin ko main kaha karta hoon: "likhne aur bolne wala tabqa, yeh asal zimmedaar hain."</w:t>
      </w:r>
      <w:r>
        <w:br/>
      </w:r>
      <w:r>
        <w:rPr>
          <w:sz w:val="20"/>
        </w:rPr>
        <w:t>1:39:08  yaani negative baaton ko phailana, positive baaton ka zikr na karna, is ki wajah se yeh sab baatein hain.</w:t>
      </w:r>
    </w:p>
    <w:p>
      <w:pPr>
        <w:pStyle w:val="Heading2"/>
      </w:pPr>
      <w:r>
        <w:t>Leaders failing to find new Muslim role</w:t>
      </w:r>
    </w:p>
    <w:p>
      <w:r>
        <w:rPr>
          <w:color w:val="666666"/>
          <w:sz w:val="18"/>
        </w:rPr>
        <w:t>Society &amp; Dawah · Revival of Muslim Ummah, February 4, 2013 · 1m 51s · at 1:06:22 · https://youtu.be/xB3MfWhLHoM?t=3982</w:t>
      </w:r>
    </w:p>
    <w:p>
      <w:r>
        <w:rPr>
          <w:i/>
        </w:rPr>
        <w:t>“Why are leaders failing to discover the new role of Muslims in history? Please comment.”</w:t>
      </w:r>
    </w:p>
    <w:p>
      <w:r>
        <w:rPr>
          <w:sz w:val="20"/>
        </w:rPr>
        <w:t>1:06:22  Maulana, agla sawal Kashmir se hai Hamidullah Hameed sahib ka. Unhon ne likha hai: "Maulana sahib, why are leaders fail to discover the new role of Muslims in history?" Please comment on this</w:t>
      </w:r>
      <w:r>
        <w:br/>
      </w:r>
      <w:r>
        <w:rPr>
          <w:sz w:val="20"/>
        </w:rPr>
        <w:t>1:06:36  . Yeh kisi bhi individual ki zindagi mein ya kisi bhi community ki zindagi mein, kisi bhi nation ki zindagi mein aisa hota hai. Ek khaas junction hota hai</w:t>
      </w:r>
      <w:r>
        <w:br/>
      </w:r>
      <w:r>
        <w:rPr>
          <w:sz w:val="20"/>
        </w:rPr>
        <w:t>1:06:46  jahan ek ek daur khatm hota hai, doosra daur aata hai. To wahan par agar aap yeh is raaz ko na samajh saken ke ek daur khatm hua, doosra daur aa gaya, to yeh ghalti karenge.</w:t>
      </w:r>
      <w:r>
        <w:br/>
      </w:r>
      <w:r>
        <w:rPr>
          <w:sz w:val="20"/>
        </w:rPr>
        <w:t>1:07:00  Yeh bahut hi nazuk imtehaan imtehaan hota hai. To Musalman chounke afsat the azmat Muslim mein, jaise ke main ne arz kiya, kitaab chhapi hai Azmat al-Naql al-Muslim.</w:t>
      </w:r>
      <w:r>
        <w:br/>
      </w:r>
      <w:r>
        <w:rPr>
          <w:sz w:val="20"/>
        </w:rPr>
        <w:t>1:07:11  To aaj tak bas azmat Muslim ki baaten ki jaati hain. To jo lambi muddat tak jo Musalmanon ki glory thi, dauran political glory, to usi mein jeete rahe, jeete rahe, jeete rahe.</w:t>
      </w:r>
      <w:r>
        <w:br/>
      </w:r>
      <w:r>
        <w:rPr>
          <w:sz w:val="20"/>
        </w:rPr>
        <w:t>1:07:25  Saari naslen isi mein nasl dar nasl conditioning hoti rahi. Isi mein to bas isi ko le kar naye daur mein daakhil ho gaye, yaani pichhle mind ko le kar ke naye zamane mein daakhil ho gaye.</w:t>
      </w:r>
      <w:r>
        <w:br/>
      </w:r>
      <w:r>
        <w:rPr>
          <w:sz w:val="20"/>
        </w:rPr>
        <w:t>1:07:40  ab ab kya hai? ab ab ghalati mannay ko tayyar nahin. jis ko dekhiye, woh apni ghalati manta hi nahin. har aadmi doosra blame leta hai.</w:t>
      </w:r>
      <w:r>
        <w:br/>
      </w:r>
      <w:r>
        <w:rPr>
          <w:sz w:val="20"/>
        </w:rPr>
        <w:t>1:07:49  to ab jo ab musalman hain, un ko to sab se pehla kaam yeh karna hai ke seedhe seedhe kahain ke "we are wrong". tab is ke baad nai beginning hogi, warna koi nai beginning hone wali nahin hai.</w:t>
      </w:r>
      <w:r>
        <w:br/>
      </w:r>
      <w:r>
        <w:rPr>
          <w:sz w:val="20"/>
        </w:rPr>
        <w:t>1:08:01  kya qayamat aa jaye, koi nai beginning nahin hone wali. yeh ek law of nature ki baat mein keh raha hoon.</w:t>
      </w:r>
    </w:p>
    <w:p>
      <w:pPr>
        <w:pStyle w:val="Heading2"/>
      </w:pPr>
      <w:r>
        <w:t>Learning from Christian Missionary Methods for Dawah</w:t>
      </w:r>
    </w:p>
    <w:p>
      <w:r>
        <w:rPr>
          <w:color w:val="666666"/>
          <w:sz w:val="18"/>
        </w:rPr>
        <w:t>Society &amp; Dawah · Q&amp;A 04 DEC 2011 Maulana Wahiduddin Khan · 1m 51s · at 48:53 · https://youtu.be/KIMNmuUZoGo?t=2933</w:t>
      </w:r>
    </w:p>
    <w:p>
      <w:r>
        <w:rPr>
          <w:i/>
        </w:rPr>
        <w:t>“You have written that Christian missionary work is done in a very organized manner. What learning can a Muslim da'i gain from the experience of Christian missionaries, and what would be the method of this learning?”</w:t>
      </w:r>
    </w:p>
    <w:p>
      <w:r>
        <w:rPr>
          <w:sz w:val="20"/>
        </w:rPr>
        <w:t>48:53  maulana agla sawal mister daniyal ka aaya hai patna bihar se. unhon ne likha hai: "aap ne likha hai ke Christians ke andar Missionary work bohat organized andaaz mein hota hai.</w:t>
      </w:r>
      <w:r>
        <w:br/>
      </w:r>
      <w:r>
        <w:rPr>
          <w:sz w:val="20"/>
        </w:rPr>
        <w:t>49:08  ek muslim daai Christian Missionary ke experience se kya learning kar sakta hai? is learning ka tareeqa kya hoga?"</w:t>
      </w:r>
      <w:r>
        <w:br/>
      </w:r>
      <w:r>
        <w:rPr>
          <w:sz w:val="20"/>
        </w:rPr>
        <w:t>49:19  tareeqa yeh hai ke aap is ko janiye is ko apply kijiye apne kaam mein.</w:t>
      </w:r>
      <w:r>
        <w:br/>
      </w:r>
      <w:r>
        <w:rPr>
          <w:sz w:val="20"/>
        </w:rPr>
        <w:t>49:29  is mein to koi mere khayal se koi pecheeda baat nahin hai. main to kai kitaben padhi hain isi mozu par ke kaise woh kaam karte hain ab bhi mere paas kitab hai ke woh kaise kaam karte hain.</w:t>
      </w:r>
      <w:r>
        <w:br/>
      </w:r>
      <w:r>
        <w:rPr>
          <w:sz w:val="20"/>
        </w:rPr>
        <w:t>49:45  "Adventures for God" ek kitab hai</w:t>
      </w:r>
    </w:p>
    <w:p>
      <w:pPr>
        <w:pStyle w:val="Heading2"/>
      </w:pPr>
      <w:r>
        <w:t>Leaving Active Strategism Adopted by Muslims</w:t>
      </w:r>
    </w:p>
    <w:p>
      <w:r>
        <w:rPr>
          <w:color w:val="666666"/>
          <w:sz w:val="18"/>
        </w:rPr>
        <w:t>Society &amp; Dawah · Importance of Peace December 16, 2012 · 1m 59s · at 1:24:59 · https://youtu.be/nymyorYyEz4?t=5099</w:t>
      </w:r>
    </w:p>
    <w:p>
      <w:r>
        <w:rPr>
          <w:i/>
        </w:rPr>
        <w:t>“How do we come out of the active strategism adopted by the Muslims of the world? Kindly comment.”</w:t>
      </w:r>
    </w:p>
    <w:p>
      <w:r>
        <w:rPr>
          <w:sz w:val="20"/>
        </w:rPr>
        <w:t>1:24:59  maulana, agla sawal kashmir se hai muhammad saleem mir sahib ka. unhon ne aap se poocha hai: "maulana sahib, how to come out from active streetism adopted by the muslims of the world?" kindly comment.</w:t>
      </w:r>
      <w:r>
        <w:br/>
      </w:r>
      <w:r>
        <w:rPr>
          <w:sz w:val="20"/>
        </w:rPr>
        <w:t>1:25:15  kya kya? how to? how to come out from active streetism? streetism acha hai ji. haan,</w:t>
      </w:r>
      <w:r>
        <w:br/>
      </w:r>
      <w:r>
        <w:rPr>
          <w:sz w:val="20"/>
        </w:rPr>
        <w:t>1:25:25  dekhen, hum bata sakte hain logon ko. paighambar ne bhi sirf bataya, batane se adat aa gayi to us paighambar bhi nahi kar saka. lasta alaihim bimashiat quran majeed mein hai.</w:t>
      </w:r>
      <w:r>
        <w:br/>
      </w:r>
      <w:r>
        <w:rPr>
          <w:sz w:val="20"/>
        </w:rPr>
        <w:t>1:25:36  to aap batate rahiye, batate rahiye, khud us ko amal na kijiye. yani aap khud in cheezon mein apne ko involve na kijiye aur doosron ko batate rahiye.</w:t>
      </w:r>
      <w:r>
        <w:br/>
      </w:r>
      <w:r>
        <w:rPr>
          <w:sz w:val="20"/>
        </w:rPr>
        <w:t>1:25:48  yahi paighambaron ka tareeqa tha, yahi aaj hamara tareeqa hai. aur aur dua karte rahiye aise logon ke liye. street activism aaj kal jo hai, human right activist walon ne is ko jaiz kar rakha hai.</w:t>
      </w:r>
      <w:r>
        <w:br/>
      </w:r>
      <w:r>
        <w:rPr>
          <w:sz w:val="20"/>
        </w:rPr>
        <w:t>1:26:02  sab badi musibat mein hai ke human right activism ka jo concept hai, yeh sari cheezen unhon ne jaiz kar rakhi hain. to is tarah se unhon ne justify kar rakha hai.</w:t>
      </w:r>
      <w:r>
        <w:br/>
      </w:r>
      <w:r>
        <w:rPr>
          <w:sz w:val="20"/>
        </w:rPr>
        <w:t>1:26:13  in logon ko justification milta hai quran o hadees se nahi, yeh human right ka jo concept hai, modern concept, is se un ko milta hai justification.</w:t>
      </w:r>
      <w:r>
        <w:br/>
      </w:r>
      <w:r>
        <w:rPr>
          <w:sz w:val="20"/>
        </w:rPr>
        <w:t>1:26:23  is liye main yeh human rights jo activist jo hote hain, main un ke baray mein achi library nahi hoon. yeh log masla barhate hain</w:t>
      </w:r>
      <w:r>
        <w:br/>
      </w:r>
      <w:r>
        <w:rPr>
          <w:sz w:val="20"/>
        </w:rPr>
        <w:t>1:26:36  aur sa</w:t>
      </w:r>
      <w:r>
        <w:br/>
      </w:r>
      <w:r>
        <w:rPr>
          <w:sz w:val="20"/>
        </w:rPr>
        <w:t>1:26:37  raf inhi ki wajah se log himmat parti hai ke yeh ghoghai saaz chalayen, sarak ke hangame karen, inhi ki wajah se.</w:t>
      </w:r>
      <w:r>
        <w:br/>
      </w:r>
      <w:r>
        <w:rPr>
          <w:sz w:val="20"/>
        </w:rPr>
        <w:t>1:26:46  lekin beharhal islam mein is ki koi gunjaish nahi. to hamein is ko is se door rehna hai aur doosron ko use samjhate rehna hai aur dua karte rehna hai.</w:t>
      </w:r>
    </w:p>
    <w:p>
      <w:pPr>
        <w:pStyle w:val="Heading2"/>
      </w:pPr>
      <w:r>
        <w:t>Leaving Dawah as a Crime</w:t>
      </w:r>
    </w:p>
    <w:p>
      <w:r>
        <w:rPr>
          <w:color w:val="666666"/>
          <w:sz w:val="18"/>
        </w:rPr>
        <w:t>Society &amp; Dawah · Dars-e-Quran Chapter 2, Verse 38-39 January 14, 2018 · 1m 49s · at 54:21 · https://youtu.be/mj5trn7tLLg?t=3261</w:t>
      </w:r>
    </w:p>
    <w:p>
      <w:r>
        <w:rPr>
          <w:i/>
        </w:rPr>
        <w:t>“Will it be considered as a crime in the eyes of Allah if the Muslim ummah leaves dawah ilallah as their mission?”</w:t>
      </w:r>
    </w:p>
    <w:p>
      <w:r>
        <w:rPr>
          <w:sz w:val="20"/>
        </w:rPr>
        <w:t>54:21  Molana, agla sawal Pakistan se bheja hai Miss Shabana Ansari ne. Unhon ne likha hai: "Molana sahib, will it be considered as a crime in the eyes of Allah if the Muslim Ummah leaves dawah ila Allah as their mission?" Aap phir parhiye.</w:t>
      </w:r>
      <w:r>
        <w:br/>
      </w:r>
      <w:r>
        <w:rPr>
          <w:sz w:val="20"/>
        </w:rPr>
        <w:t>54:44  Maulana Sahib, will it be considered as a</w:t>
      </w:r>
      <w:r>
        <w:br/>
      </w:r>
      <w:r>
        <w:rPr>
          <w:sz w:val="20"/>
        </w:rPr>
        <w:t>54:47  ... will it be considered as a crime in the eyes of Allah if the Muslim Ummah leaves Dawah ila Allah as their mission?</w:t>
      </w:r>
      <w:r>
        <w:br/>
      </w:r>
      <w:r>
        <w:rPr>
          <w:sz w:val="20"/>
        </w:rPr>
        <w:t>54:57  dekhiye, allah ke dumin jo hai, wo to allah hi janay hum kaise kuch kuch bat kar sakte hain. allah ke dumin ke bare mein hum kuch nahi kar sakte.</w:t>
      </w:r>
      <w:r>
        <w:br/>
      </w:r>
      <w:r>
        <w:rPr>
          <w:sz w:val="20"/>
        </w:rPr>
        <w:t>55:10  hum sirf yeh keh sakte hain ke yeh farz hai, har har musalman par farz hai. hum yeh keh sakte hain bas.</w:t>
      </w:r>
    </w:p>
    <w:p>
      <w:pPr>
        <w:pStyle w:val="Heading2"/>
      </w:pPr>
      <w:r>
        <w:t>Lessons from political ideologies</w:t>
      </w:r>
    </w:p>
    <w:p>
      <w:r>
        <w:rPr>
          <w:color w:val="666666"/>
          <w:sz w:val="18"/>
        </w:rPr>
        <w:t>Society &amp; Dawah · Dars-e-Quran, Chapter 38, V. 29 (Contemplation on the Quran) | October 7, 2018 · 51s · at 1:15:06 · https://youtu.be/bF57J8TD8no?t=4506</w:t>
      </w:r>
    </w:p>
    <w:p>
      <w:r>
        <w:rPr>
          <w:i/>
        </w:rPr>
        <w:t>“Can we take good lessons from communism, capitalism and socialism? Please explain about this.”</w:t>
      </w:r>
    </w:p>
    <w:p>
      <w:r>
        <w:rPr>
          <w:sz w:val="20"/>
        </w:rPr>
        <w:t>1:15:06  maulana, agla sawal sri nagar se bheja hai muhammad ashraf sahab ne.</w:t>
      </w:r>
      <w:r>
        <w:br/>
      </w:r>
      <w:r>
        <w:rPr>
          <w:sz w:val="20"/>
        </w:rPr>
        <w:t>1:15:12  انہوں نے آپ سے پوچھا ہے کہ "Can we take good lessons from Communism, Capitalism and Socialism?"</w:t>
      </w:r>
      <w:r>
        <w:br/>
      </w:r>
      <w:r>
        <w:rPr>
          <w:sz w:val="20"/>
        </w:rPr>
        <w:t>1:15:17  is ke bare mein bataein.</w:t>
      </w:r>
      <w:r>
        <w:br/>
      </w:r>
      <w:r>
        <w:rPr>
          <w:sz w:val="20"/>
        </w:rPr>
        <w:t>1:15:23  bhai, lesson ke liye koi koi condition nahi hoti.</w:t>
      </w:r>
      <w:r>
        <w:br/>
      </w:r>
      <w:r>
        <w:rPr>
          <w:sz w:val="20"/>
        </w:rPr>
        <w:t>1:15:28  jahan mile, wahin le lijiye, jahan mile, wahin lijie.</w:t>
      </w:r>
      <w:r>
        <w:br/>
      </w:r>
      <w:r>
        <w:rPr>
          <w:sz w:val="20"/>
        </w:rPr>
        <w:t>1:15:34  is mein koi koi puchne ki baat hi nahin.</w:t>
      </w:r>
      <w:r>
        <w:br/>
      </w:r>
      <w:r>
        <w:rPr>
          <w:sz w:val="20"/>
        </w:rPr>
        <w:t>1:15:39  logon ka, yani aap apna soch jo hai, aap ka jo theory hai, aap aap ki jo nazariya</w:t>
      </w:r>
      <w:r>
        <w:br/>
      </w:r>
      <w:r>
        <w:rPr>
          <w:sz w:val="20"/>
        </w:rPr>
        <w:t>1:15:45  hai, woh to aap quran se lijie.</w:t>
      </w:r>
      <w:r>
        <w:br/>
      </w:r>
      <w:r>
        <w:rPr>
          <w:sz w:val="20"/>
        </w:rPr>
        <w:t>1:15:52  method ke mamle mein, aap jahan bhi aap ko koi tareeqa mile, us ko le lijie.</w:t>
      </w:r>
    </w:p>
    <w:p>
      <w:pPr>
        <w:pStyle w:val="Heading2"/>
      </w:pPr>
      <w:r>
        <w:t>Living Jihad and Surrendering to West</w:t>
      </w:r>
    </w:p>
    <w:p>
      <w:r>
        <w:rPr>
          <w:color w:val="666666"/>
          <w:sz w:val="18"/>
        </w:rPr>
        <w:t>Society &amp; Dawah · Natural Warning April 17, 2016 · 1m 41s · at 55:28 · https://youtu.be/fSNOpwgzcss?t=3328</w:t>
      </w:r>
    </w:p>
    <w:p>
      <w:r>
        <w:rPr>
          <w:i/>
        </w:rPr>
        <w:t>“Does living jihad mean surrendering to the west? What is your opinion on that?”</w:t>
      </w:r>
    </w:p>
    <w:p>
      <w:r>
        <w:rPr>
          <w:sz w:val="20"/>
        </w:rPr>
        <w:t>55:28  to yeh uneeswein sadi aur beeswein sadi mein hua hai mere aziz. is se pehle yeh sab tha nahi. maulana, agla sawal hamid afghan sahib ne kiya hai.</w:t>
      </w:r>
      <w:r>
        <w:br/>
      </w:r>
      <w:r>
        <w:rPr>
          <w:sz w:val="20"/>
        </w:rPr>
        <w:t>55:40  unhon ne location nahi likhi hai par wo aap se yeh janna chahte hain ke does living jihad means surrendering to the west</w:t>
      </w:r>
      <w:r>
        <w:br/>
      </w:r>
      <w:r>
        <w:rPr>
          <w:sz w:val="20"/>
        </w:rPr>
        <w:t>55:49  ? what is your opinion on that? jihad west ke liye hai hi nahi. momin qital west ke liye dawat hai.</w:t>
      </w:r>
      <w:r>
        <w:br/>
      </w:r>
      <w:r>
        <w:rPr>
          <w:sz w:val="20"/>
        </w:rPr>
        <w:t>55:59  ab in ko larai kyun charhi hui hai? yeh to jaiz hi nahi hai. khwamkhwah larai charhi hui hai. jo musalman west ke khilaf larai charhi hui hain mere aziz wo bilkul najayaz hai.</w:t>
      </w:r>
      <w:r>
        <w:br/>
      </w:r>
      <w:r>
        <w:rPr>
          <w:sz w:val="20"/>
        </w:rPr>
        <w:t>56:09  is ka islam se koi talluq nahi. in ko dawat ka kaam karna chahiye. west ke muqable mein aap ko dawat ka kaam karna hai. aap ki zimmedari dawat hai.</w:t>
      </w:r>
    </w:p>
    <w:p>
      <w:pPr>
        <w:pStyle w:val="Heading2"/>
      </w:pPr>
      <w:r>
        <w:t>Main priority of Muslims today</w:t>
      </w:r>
    </w:p>
    <w:p>
      <w:r>
        <w:rPr>
          <w:color w:val="666666"/>
          <w:sz w:val="18"/>
        </w:rPr>
        <w:t>Society &amp; Dawah · The Issue of Shatm-e-Rasool (Abuse of the Prophet) December 19, 2021 Prof. Farida Khanam · 1m 33s · at 52:23 · https://youtu.be/ExQS_PHirUc?t=3143</w:t>
      </w:r>
    </w:p>
    <w:p>
      <w:r>
        <w:rPr>
          <w:i/>
        </w:rPr>
        <w:t>“What should be the main priority of Muslims today?”</w:t>
      </w:r>
    </w:p>
    <w:p>
      <w:r>
        <w:rPr>
          <w:sz w:val="20"/>
        </w:rPr>
        <w:t>52:23  apa yeh sawal Bangalore se Miss Saima Khan ne bheja hai. woh aap se janna chahti hain ke what should be the main priority of Muslims today?</w:t>
      </w:r>
      <w:r>
        <w:br/>
      </w:r>
      <w:r>
        <w:rPr>
          <w:sz w:val="20"/>
        </w:rPr>
        <w:t>52:34  is ke bare mein bataein. sab se pehle to jo Islam ki image kharab ho gayi hai, us ko theek karna hai.</w:t>
      </w:r>
      <w:r>
        <w:br/>
      </w:r>
      <w:r>
        <w:rPr>
          <w:sz w:val="20"/>
        </w:rPr>
        <w:t>52:43  aaj Islam ko ek Muslims ko terrorist samjha jata hai aur Islam ko religion of violence samjha jata hai.</w:t>
      </w:r>
      <w:r>
        <w:br/>
      </w:r>
      <w:r>
        <w:rPr>
          <w:sz w:val="20"/>
        </w:rPr>
        <w:t>52:52  to sab se pehle is image theek karni hai, aur is ke liye bahut zyada humein sabr o e'raaz karna hoga. phir is ke baad logon se achhe taluqat qaim karne hain, dawat madhu ka relationship banana hai,</w:t>
      </w:r>
      <w:r>
        <w:br/>
      </w:r>
      <w:r>
        <w:rPr>
          <w:sz w:val="20"/>
        </w:rPr>
        <w:t>53:06  aur yeh sab karne ke baad jab saare raaste hamwar ho jayen to logon ko Khuda ka paigham pahunchana hai. kyunke hum yeh hamari bounding duty hai ke logon ko Khuda ka paigham pahunchaya jaye, warna hamari pooch hogi.</w:t>
      </w:r>
      <w:r>
        <w:br/>
      </w:r>
      <w:r>
        <w:rPr>
          <w:sz w:val="20"/>
        </w:rPr>
        <w:t>53:21  to yeh ab lekin jab normalization of the situation bhi zaroori hai, kyunke jab halaat achhe na hon, log ek doosre se nafrat karte hon, to hum baat pahunchayenge bhi to woh us ko normal tareeqe se log lenge nahi.</w:t>
      </w:r>
      <w:r>
        <w:br/>
      </w:r>
      <w:r>
        <w:rPr>
          <w:sz w:val="20"/>
        </w:rPr>
        <w:t>53:36  to yeh do kaam karna hai: sab se pehle normalization of situation karna hai, logon se achhe taluqat banane hain, aur is ke baad Khuda ka paigham un ko pahunchana hai.</w:t>
      </w:r>
      <w:r>
        <w:br/>
      </w:r>
      <w:r>
        <w:rPr>
          <w:sz w:val="20"/>
        </w:rPr>
        <w:t>53:47  aur jo Quran ki shakal mein aur doosre jo literature hai, us ki shakal mein woh pahuncha sakte hain. un se mulaqat karein, un se dialogue karein, un se baat cheet karein.</w:t>
      </w:r>
    </w:p>
    <w:p>
      <w:pPr>
        <w:pStyle w:val="Heading2"/>
      </w:pPr>
      <w:r>
        <w:t>Maintaining Peace with Freedom and Violence</w:t>
      </w:r>
    </w:p>
    <w:p>
      <w:r>
        <w:rPr>
          <w:color w:val="666666"/>
          <w:sz w:val="18"/>
        </w:rPr>
        <w:t>Society &amp; Dawah · Man and the Laws of Nature April 1, 2012 · 1m 43s · at 1:11:27 · https://youtu.be/coIrwYQgb6Y?t=4287</w:t>
      </w:r>
    </w:p>
    <w:p>
      <w:r>
        <w:rPr>
          <w:i/>
        </w:rPr>
        <w:t>“With freedom, man always has the opportunity to misuse it and cause violence. In such a situation, how can we maintain peace? What should be a responsibility to maintain and establish peace?”</w:t>
      </w:r>
    </w:p>
    <w:p>
      <w:r>
        <w:rPr>
          <w:sz w:val="20"/>
        </w:rPr>
        <w:t>1:11:27  to doosre ke liye behtar lafz hai development aur pehle ke jo lafz hain, woh change. maulana, agla sawal hai maulana yaqoob umri sahib ka sholapur se.</w:t>
      </w:r>
      <w:r>
        <w:br/>
      </w:r>
      <w:r>
        <w:rPr>
          <w:sz w:val="20"/>
        </w:rPr>
        <w:t>1:11:38  unhon ne likha hai: "with freedom man always has the opportunity to misuse it and cause violence</w:t>
      </w:r>
      <w:r>
        <w:br/>
      </w:r>
      <w:r>
        <w:rPr>
          <w:sz w:val="20"/>
        </w:rPr>
        <w:t>1:11:46  ۔ in such a situation, how can we maintain peace? what should be a responsibility to maintain or establish peace?" dekhiye, peace yaani poora system peaceful tareeqe se establish ho jaye, sari dunya mein yaani peace qaim ho jaye, yeh goal hi nahi hai.</w:t>
      </w:r>
      <w:r>
        <w:br/>
      </w:r>
      <w:r>
        <w:rPr>
          <w:sz w:val="20"/>
        </w:rPr>
        <w:t>1:12:08  kabhi bhi aisa nahi ho sakta. aap sirf ek individual ke andar la sakte hain ideology of peace,</w:t>
      </w:r>
      <w:r>
        <w:br/>
      </w:r>
      <w:r>
        <w:rPr>
          <w:sz w:val="20"/>
        </w:rPr>
        <w:t>1:12:17  poore system ko dunya bhar ke liye nahi badal sakte. aap woh that is not our goal, kyunke is goal ko achieve karne ke liye phir jaisa ke maine arz kiya, insan ki freedom ko abalish karna parta hai.</w:t>
      </w:r>
      <w:r>
        <w:br/>
      </w:r>
      <w:r>
        <w:rPr>
          <w:sz w:val="20"/>
        </w:rPr>
        <w:t>1:12:31  isi liye jo log yani woh adilana nizam ki baatein karte hain, woh maine dekha ke woh in natural baatein karte hain.</w:t>
      </w:r>
      <w:r>
        <w:br/>
      </w:r>
      <w:r>
        <w:rPr>
          <w:sz w:val="20"/>
        </w:rPr>
        <w:t>1:12:43  adilana nizam kabhi bhi ideal system ban nahi sakta, naam ki baat hai.</w:t>
      </w:r>
      <w:r>
        <w:br/>
      </w:r>
      <w:r>
        <w:rPr>
          <w:sz w:val="20"/>
        </w:rPr>
        <w:t>1:12:53  individual ban sakte hain sirf. to hamara jo nishana hai, woh individual ko yani adil banana, na ke poori duniya ka ka nizam jo hai, us ko adil banana, woh hamara nishana hi nahi hai, kyunke woh possible nahi hai.</w:t>
      </w:r>
    </w:p>
    <w:p>
      <w:pPr>
        <w:pStyle w:val="Heading2"/>
      </w:pPr>
      <w:r>
        <w:t>Meaning of Divine Civilization and universal Islam</w:t>
      </w:r>
    </w:p>
    <w:p>
      <w:r>
        <w:rPr>
          <w:color w:val="666666"/>
          <w:sz w:val="18"/>
        </w:rPr>
        <w:t>Society &amp; Dawah · Spiritual Light of The Believers (Itmam-E-Noor ) May 12, 2013 · 1m 36s · at 47:28 · https://youtu.be/SmjmddWA1Jo?t=2848</w:t>
      </w:r>
    </w:p>
    <w:p>
      <w:r>
        <w:rPr>
          <w:i/>
        </w:rPr>
        <w:t>“What is meant by Divine Civilization? Will the whole world become Muslim or will there be freedom for Islam?”</w:t>
      </w:r>
    </w:p>
    <w:p>
      <w:r>
        <w:rPr>
          <w:sz w:val="20"/>
        </w:rPr>
        <w:t>47:28  maulana, agla sawal bhi chennai se hai. maulana israr hasan sahib ka, unhon ne likha hai: "divine civilization se murad kya hai?</w:t>
      </w:r>
      <w:r>
        <w:br/>
      </w:r>
      <w:r>
        <w:rPr>
          <w:sz w:val="20"/>
        </w:rPr>
        <w:t>47:38  kya sari dunya musalman ho jaye gi ya islam ke liye azadi hogi?" islam ke liye azadi? sari dunya musalman ho jaye gi?</w:t>
      </w:r>
      <w:r>
        <w:br/>
      </w:r>
      <w:r>
        <w:rPr>
          <w:sz w:val="20"/>
        </w:rPr>
        <w:t>47:46  yeh allah ke scheme ke khilaf hai, kyunke sab ko azadi de rakhi hai.</w:t>
      </w:r>
      <w:r>
        <w:br/>
      </w:r>
      <w:r>
        <w:rPr>
          <w:sz w:val="20"/>
        </w:rPr>
        <w:t>47:52  to kaha: "jab tak insan ki azadi ko abalsh na kiya jaye, kaise aisa hoga ke sari dunya mein bhi islam ki hukumat qaim ho jaye?" to mumkin hi nahi hai.</w:t>
      </w:r>
      <w:r>
        <w:br/>
      </w:r>
      <w:r>
        <w:rPr>
          <w:sz w:val="20"/>
        </w:rPr>
        <w:t>48:01  yeh to musalmanon ke khud sakhta nazariyat hain. sari dunya mein musalmanon ki hukumat qaim hona aur sari dunya mein sab high collection musalman ho jaye ga, yeh sab bilkul khud sakhta nazariyat hain.</w:t>
      </w:r>
      <w:r>
        <w:br/>
      </w:r>
      <w:r>
        <w:rPr>
          <w:sz w:val="20"/>
        </w:rPr>
        <w:t>48:17  kyunke yahan to فَالْفَرْشَاءَ فَالْيُؤْمَنِ فَالْمَنْشَاءَ yeh qurb ka mahol hai. aur cheez yeh hai ke aik fard ya kuch log jo chahein islam pe amal karna, islam ki dawat dena,</w:t>
      </w:r>
      <w:r>
        <w:br/>
      </w:r>
      <w:r>
        <w:rPr>
          <w:sz w:val="20"/>
        </w:rPr>
        <w:t>48:33  islam ke aala haqaiq se apne andar maarfat paida karna waghera waghera, un ke liye poori azadi ho.</w:t>
      </w:r>
      <w:r>
        <w:br/>
      </w:r>
      <w:r>
        <w:rPr>
          <w:sz w:val="20"/>
        </w:rPr>
        <w:t>48:42  to divine, yaani is se pehle jab ke yeh daur nahi aya tha, in sab ko mawaqe nahi thay logon ko.</w:t>
      </w:r>
      <w:r>
        <w:br/>
      </w:r>
      <w:r>
        <w:rPr>
          <w:sz w:val="20"/>
        </w:rPr>
        <w:t>48:52  ab mawaqe khul gaye. to kya yeh mawaqe khulne ke mani mein hai, yeh na ke aalami hukumat qaim karne ke mani mein?</w:t>
      </w:r>
    </w:p>
    <w:p>
      <w:pPr>
        <w:pStyle w:val="Heading2"/>
      </w:pPr>
      <w:r>
        <w:t>Meaning of progress for Muslims</w:t>
      </w:r>
    </w:p>
    <w:p>
      <w:r>
        <w:rPr>
          <w:color w:val="666666"/>
          <w:sz w:val="18"/>
        </w:rPr>
        <w:t>Society &amp; Dawah · Concept of Death in Islam August 26, 2012 · 1m 59s · at 1:31:12 · https://youtu.be/y0TJxKi0L94?t=5472</w:t>
      </w:r>
    </w:p>
    <w:p>
      <w:r>
        <w:rPr>
          <w:i/>
        </w:rPr>
        <w:t>“Muslim leaders complain about the decline of the community, saying Muslims are far behind in progress. I want to know what is the meaning of progress? (Ask those who say so.)”</w:t>
      </w:r>
    </w:p>
    <w:p>
      <w:r>
        <w:rPr>
          <w:sz w:val="20"/>
        </w:rPr>
        <w:t>1:31:12  maulana, agla sawal Delhi se hai, Muhammad Tauseef Qasmi sahib ka. unhon ne likha hai: muslim rehnuma millat ki pasti ki shikayat karte hain, woh kehte hain ke musalman taraqqi ke maidan mein bohat peechay hain.</w:t>
      </w:r>
      <w:r>
        <w:br/>
      </w:r>
      <w:r>
        <w:rPr>
          <w:sz w:val="20"/>
        </w:rPr>
        <w:t>1:31:28  main yeh janna chahta hoon ke taraqqi ka matlab kya hai?</w:t>
      </w:r>
      <w:r>
        <w:br/>
      </w:r>
      <w:r>
        <w:rPr>
          <w:sz w:val="20"/>
        </w:rPr>
        <w:t>1:31:36  woh inhi se poochiye jo aisa kehte hain.</w:t>
      </w:r>
      <w:r>
        <w:br/>
      </w:r>
      <w:r>
        <w:rPr>
          <w:sz w:val="20"/>
        </w:rPr>
        <w:t>1:31:41  yeh to main to kehta nahi aisa.</w:t>
      </w:r>
      <w:r>
        <w:br/>
      </w:r>
      <w:r>
        <w:rPr>
          <w:sz w:val="20"/>
        </w:rPr>
        <w:t>1:31:46  main to kehta hoon ke musalman jo hai, soch mein peechay hain. mera jo kehna hai woh yeh hai ke musalman soch mein peechay hain. mera kehna yeh hai ke musalmanon ka case intellectual backwardness ka case hai.</w:t>
      </w:r>
      <w:r>
        <w:br/>
      </w:r>
      <w:r>
        <w:rPr>
          <w:sz w:val="20"/>
        </w:rPr>
        <w:t>1:32:02  taraqqi ke peechay yeh meri boli nahi hai. musalmanon ka case intellectual backwardness ka case hai.</w:t>
      </w:r>
      <w:r>
        <w:br/>
      </w:r>
      <w:r>
        <w:rPr>
          <w:sz w:val="20"/>
        </w:rPr>
        <w:t>1:32:12  yani fikri tanazzul. to baqi jo jo log kehte hain, inhi se poochen, woh batayenge ke kya matlab hai.</w:t>
      </w:r>
    </w:p>
    <w:p>
      <w:pPr>
        <w:pStyle w:val="Heading2"/>
      </w:pPr>
      <w:r>
        <w:t>Meaning of result oriented dawah work</w:t>
      </w:r>
    </w:p>
    <w:p>
      <w:r>
        <w:rPr>
          <w:color w:val="666666"/>
          <w:sz w:val="18"/>
        </w:rPr>
        <w:t>Society &amp; Dawah · Replanning | February 26, 2017 · 1m 23s · at 1:03:15 · https://youtu.be/E120hwMH9x8?t=3795</w:t>
      </w:r>
    </w:p>
    <w:p>
      <w:r>
        <w:rPr>
          <w:i/>
        </w:rPr>
        <w:t>“What is meant by result oriented dawah work? Please explain.”</w:t>
      </w:r>
    </w:p>
    <w:p>
      <w:r>
        <w:rPr>
          <w:sz w:val="20"/>
        </w:rPr>
        <w:t>1:03:15  to is se ziyada mehroom aur kaun hoga jis ke liye farishtay ki majlis mein baithne ka mauqa ho aur us mein na baithay agla sawal bheja hai Muhammad Irfan Rasheedi sahib ne Nagpur se unhon ne likha hai Maulana sahib what is meant by result oriented dawah work us ke baray mein bataein dekhiye result oriented ka matlab yeh nahi hai jis par aap paigham pohanch</w:t>
      </w:r>
      <w:r>
        <w:br/>
      </w:r>
      <w:r>
        <w:rPr>
          <w:sz w:val="20"/>
        </w:rPr>
        <w:t>1:03:45  aayein woh foran sun kar maan le mein samajhta hoon ke farishton ke haan likha jaye ke is</w:t>
      </w:r>
      <w:r>
        <w:br/>
      </w:r>
      <w:r>
        <w:rPr>
          <w:sz w:val="20"/>
        </w:rPr>
        <w:t>1:03:55  aadmi ne allah ka paigham pohanchaya insaan tak yeh hai result result oriented daawa work woh hai jo</w:t>
      </w:r>
      <w:r>
        <w:br/>
      </w:r>
      <w:r>
        <w:rPr>
          <w:sz w:val="20"/>
        </w:rPr>
        <w:t>1:04:05  firishton ke nazdeek reportable ho iss qabil ho ke iss ki report ki jaye allah rab ul alameen</w:t>
      </w:r>
      <w:r>
        <w:br/>
      </w:r>
      <w:r>
        <w:rPr>
          <w:sz w:val="20"/>
        </w:rPr>
        <w:t>1:04:15  tak aur wohi hai jis mein do sifatein pai jayen naskh aur amanat ani lakum rasool ameen daai</w:t>
      </w:r>
      <w:r>
        <w:br/>
      </w:r>
      <w:r>
        <w:rPr>
          <w:sz w:val="20"/>
        </w:rPr>
        <w:t>1:04:23  ki jo hai madu ke liye bohat ziyada khair khwah ho aur daai wohi baat kahe jo allah</w:t>
      </w:r>
      <w:r>
        <w:br/>
      </w:r>
      <w:r>
        <w:rPr>
          <w:sz w:val="20"/>
        </w:rPr>
        <w:t>1:04:31  rab ul alameen ki baat hai koi aur baat na milaye iss mein toh firishton ke nazdeek reportable jo</w:t>
      </w:r>
    </w:p>
    <w:p>
      <w:pPr>
        <w:pStyle w:val="Heading2"/>
      </w:pPr>
      <w:r>
        <w:t>Message to Muslims in diaspora</w:t>
      </w:r>
    </w:p>
    <w:p>
      <w:r>
        <w:rPr>
          <w:color w:val="666666"/>
          <w:sz w:val="18"/>
        </w:rPr>
        <w:t>Society &amp; Dawah · Divine Plan | March 12, 2017 · 1m 22s · at 1:11:34 · https://youtu.be/dqB4muqGG4I?t=4294</w:t>
      </w:r>
    </w:p>
    <w:p>
      <w:r>
        <w:rPr>
          <w:i/>
        </w:rPr>
        <w:t>“There are millions of Muslims in diaspora. What is your message to all of them, particularly in the backdrop of increasing hate crime and feeling of suspicion against Muslims?”</w:t>
      </w:r>
    </w:p>
    <w:p>
      <w:r>
        <w:rPr>
          <w:sz w:val="20"/>
        </w:rPr>
        <w:t>1:11:34  aisa nahi ke woh sach much bol rahe the woh Maulana agla sawal bheja hai Javed Hussain sahib ne Ahmed</w:t>
      </w:r>
      <w:r>
        <w:br/>
      </w:r>
      <w:r>
        <w:rPr>
          <w:sz w:val="20"/>
        </w:rPr>
        <w:t>1:11:42  abad se unhon ne likha hai Maulana sahib there are millions of Muslims in diaspora what is your</w:t>
      </w:r>
      <w:r>
        <w:br/>
      </w:r>
      <w:r>
        <w:rPr>
          <w:sz w:val="20"/>
        </w:rPr>
        <w:t>1:11:50  message to all of them particularly in the backdrop of increasing hate crime aur feeling of suspicion against</w:t>
      </w:r>
      <w:r>
        <w:br/>
      </w:r>
      <w:r>
        <w:rPr>
          <w:sz w:val="20"/>
        </w:rPr>
        <w:t>1:11:57  Islam and Muslims how can Muslims in diaspora change the attitude of non-Muslims towards them and Islam please</w:t>
      </w:r>
      <w:r>
        <w:br/>
      </w:r>
      <w:r>
        <w:rPr>
          <w:sz w:val="20"/>
        </w:rPr>
        <w:t>1:12:05  give us your guidance dekhiye main hate crime pe lafz se</w:t>
      </w:r>
      <w:r>
        <w:br/>
      </w:r>
      <w:r>
        <w:rPr>
          <w:sz w:val="20"/>
        </w:rPr>
        <w:t>1:12:12  bilkul ittefaq nahi karta woh hate crime nahi hai woh reaction hai jis cheez ko aap keh rahe hain hate crime woh hate crime nahi hai woh reaction hai jab bhi musalman koi aisi baatein karega toh reaction aayega toh aap hate crime kyun karte hain ab reaction yeh sochen ke woh aadmi kyun react kar raha hai jo aadmi react kar raha hai woh kyun react kar raha hai us ke reaction ko ko jo sabab hai us ko</w:t>
      </w:r>
      <w:r>
        <w:br/>
      </w:r>
      <w:r>
        <w:rPr>
          <w:sz w:val="20"/>
        </w:rPr>
        <w:t>1:12:42  door kijiye apne aap mein khatam ho jayega woh hate crime ka matlab yeh hai ke aap</w:t>
      </w:r>
      <w:r>
        <w:br/>
      </w:r>
      <w:r>
        <w:rPr>
          <w:sz w:val="20"/>
        </w:rPr>
        <w:t>1:12:50  blame de rahe hain doosre ko jise main is ko reaction kehta hoon woh to retaliate shuru karta</w:t>
      </w:r>
    </w:p>
    <w:p>
      <w:pPr>
        <w:pStyle w:val="Heading2"/>
      </w:pPr>
      <w:r>
        <w:t>Method to create incentive in people</w:t>
      </w:r>
    </w:p>
    <w:p>
      <w:r>
        <w:rPr>
          <w:color w:val="666666"/>
          <w:sz w:val="18"/>
        </w:rPr>
        <w:t>Society &amp; Dawah · Revival of Abrahamic Mission October 28, 2012 · 38s · at 1:11:37 · https://youtu.be/9mV72V5gsqM?t=4297</w:t>
      </w:r>
    </w:p>
    <w:p>
      <w:r>
        <w:rPr>
          <w:i/>
        </w:rPr>
        <w:t>“What is the method to create incentive among people, as you suggest?”</w:t>
      </w:r>
    </w:p>
    <w:p>
      <w:r>
        <w:rPr>
          <w:sz w:val="20"/>
        </w:rPr>
        <w:t>1:11:37  maulana, agla sawal dilli se hai shah imran hasan sahib ka. unhon ne likha hai: "logon ke andar jis incentive ke paida karne ke liye aap kehte hain, is ka tareeqa kya hai?"</w:t>
      </w:r>
      <w:r>
        <w:br/>
      </w:r>
      <w:r>
        <w:rPr>
          <w:sz w:val="20"/>
        </w:rPr>
        <w:t>1:11:52  logon ko kitabein parhwaiye aur yeh jo hamare lecture hote hain, jo sainkaron ki tadad mein maujood hain, un ko sunwaiye.</w:t>
      </w:r>
      <w:r>
        <w:br/>
      </w:r>
      <w:r>
        <w:rPr>
          <w:sz w:val="20"/>
        </w:rPr>
        <w:t>1:12:04  yahi sab kijiye. main to samajhta hoon ke yahi tareeqa hai aur koi tareeqa to mujhe maloom nahi.</w:t>
      </w:r>
    </w:p>
    <w:p>
      <w:pPr>
        <w:pStyle w:val="Heading2"/>
      </w:pPr>
      <w:r>
        <w:t>Method to create incentive in people</w:t>
      </w:r>
    </w:p>
    <w:p>
      <w:r>
        <w:rPr>
          <w:color w:val="666666"/>
          <w:sz w:val="18"/>
        </w:rPr>
        <w:t>Society &amp; Dawah · The Revival of Ibrahimi Mission-28th October 2012 · 35s · at 1:13:56 · https://youtu.be/kniEYfMCz9w?t=4436</w:t>
      </w:r>
    </w:p>
    <w:p>
      <w:r>
        <w:rPr>
          <w:i/>
        </w:rPr>
        <w:t>“What is the method to create the incentive in people that you speak of?”</w:t>
      </w:r>
    </w:p>
    <w:p>
      <w:r>
        <w:rPr>
          <w:sz w:val="20"/>
        </w:rPr>
        <w:t>1:13:56  maulana, agla sawal dilli se hai shah imran hasan sahab ka.</w:t>
      </w:r>
      <w:r>
        <w:br/>
      </w:r>
      <w:r>
        <w:rPr>
          <w:sz w:val="20"/>
        </w:rPr>
        <w:t>1:14:02  unhon ne likha hai: "logon ke andar jis insentive ke paida karne ke liye aap kehte hain, is</w:t>
      </w:r>
      <w:r>
        <w:br/>
      </w:r>
      <w:r>
        <w:rPr>
          <w:sz w:val="20"/>
        </w:rPr>
        <w:t>1:14:07  ka tareeqa kya hai?" logon ko kitabein parhwaiye aur yeh jo hamare lecture hote hain, jo sainkaron ki</w:t>
      </w:r>
      <w:r>
        <w:br/>
      </w:r>
      <w:r>
        <w:rPr>
          <w:sz w:val="20"/>
        </w:rPr>
        <w:t>1:14:13  tadad mein maujood hain, un ko sunwaiye.</w:t>
      </w:r>
      <w:r>
        <w:br/>
      </w:r>
      <w:r>
        <w:rPr>
          <w:sz w:val="20"/>
        </w:rPr>
        <w:t>1:14:19  yahi sab kijiye.</w:t>
      </w:r>
      <w:r>
        <w:br/>
      </w:r>
      <w:r>
        <w:rPr>
          <w:sz w:val="20"/>
        </w:rPr>
        <w:t>1:14:25  mein to samajhta hoon ke yahi tareeqa hai aur koi tareeqa to mujhe maloom nahi hai.</w:t>
      </w:r>
    </w:p>
    <w:p>
      <w:pPr>
        <w:pStyle w:val="Heading2"/>
      </w:pPr>
      <w:r>
        <w:t>Minimum Islam to explain to simple people</w:t>
      </w:r>
    </w:p>
    <w:p>
      <w:r>
        <w:rPr>
          <w:color w:val="666666"/>
          <w:sz w:val="18"/>
        </w:rPr>
        <w:t>Society &amp; Dawah · Dars-e-Quran, Ch. 12, V. 105 ; Ch. 10 V. 61 (Study of Nature) | July 15, 2018 · 1m 18s · at 1:01:22 · https://youtu.be/5d-qNvpMg4k?t=3682</w:t>
      </w:r>
    </w:p>
    <w:p>
      <w:r>
        <w:rPr>
          <w:i/>
        </w:rPr>
        <w:t>“In life we also come across simple people who are not very educated. What do you think is the minimum Islam that we can explain to such people? What is your guidance in this?”</w:t>
      </w:r>
    </w:p>
    <w:p>
      <w:r>
        <w:rPr>
          <w:sz w:val="20"/>
        </w:rPr>
        <w:t>1:01:22  kaise inkar karega is ka? Maulana agla sawal bheja hai Tariq Badr sahab ne Pakistan se.</w:t>
      </w:r>
      <w:r>
        <w:br/>
      </w:r>
      <w:r>
        <w:rPr>
          <w:sz w:val="20"/>
        </w:rPr>
        <w:t>1:01:28  انہوں نے لکھا ہے، "مولانا صاحب، in life we also</w:t>
      </w:r>
      <w:r>
        <w:br/>
      </w:r>
      <w:r>
        <w:rPr>
          <w:sz w:val="20"/>
        </w:rPr>
        <w:t>1:01:34  come across simple people who are not very educated. maulana sahib, what do you think is the minimum islam that we can explain to such people? what is your guidance in this?" bhai aap un ki sadah andaaz mein bataiye un ko baatain. sadah andaaz mein quran ka tarjuma dijiye. sadah andaaz mein bataiye. misaal ke taur par dekh</w:t>
      </w:r>
      <w:r>
        <w:br/>
      </w:r>
      <w:r>
        <w:rPr>
          <w:sz w:val="20"/>
        </w:rPr>
        <w:t>1:02:04  en, jumaat ul ma'a ki kitab hai, woh haan deeni taleem ka risala. maulana mehdi ki ek kitab bohat achi kitab hai, risala deediyat. sadah samajhne ke liye to is ko is ko istemal kijiye. aur jo parha likha aadmi ho, us ko ilmi andaaz mein bataiye. to kisi sahabi ne kaha hai ke. kalim</w:t>
      </w:r>
      <w:r>
        <w:br/>
      </w:r>
      <w:r>
        <w:rPr>
          <w:sz w:val="20"/>
        </w:rPr>
        <w:t>1:02:34  al-nas 'ala qadr 'uqule.</w:t>
      </w:r>
    </w:p>
    <w:p>
      <w:pPr>
        <w:pStyle w:val="Heading2"/>
      </w:pPr>
      <w:r>
        <w:t>Misunderstanding about Arabic's effect</w:t>
      </w:r>
    </w:p>
    <w:p>
      <w:r>
        <w:rPr>
          <w:color w:val="666666"/>
          <w:sz w:val="18"/>
        </w:rPr>
        <w:t>Society &amp; Dawah · Dars-e-Quran, Chapter 25, V. 1 (Spreading Quran) September 9, 2018 · 1m 04s · at 55:20 · https://youtu.be/zf3V6LP2Qg0?t=3320</w:t>
      </w:r>
    </w:p>
    <w:p>
      <w:r>
        <w:rPr>
          <w:i/>
        </w:rPr>
        <w:t>“Maulana, the story you told was about the importance of Arabic, so some people think that spreading with Arabic has a mysterious effect on the invitee. Maulana, what is the misunderstanding in this?”</w:t>
      </w:r>
    </w:p>
    <w:p>
      <w:r>
        <w:rPr>
          <w:sz w:val="20"/>
        </w:rPr>
        <w:t>55:20  maulana, agla sawal lete hain jo maulana iqbal umri ne bheja hai chennai se. unhon ne likha hai: maulana, aap ne jo qissa bataya, woh arabi ki ahmiyat mein tha, is liye chand log samajhte hain ke arabi ke sath phailane se ek purasrar asar parta hai mad'u par.</w:t>
      </w:r>
      <w:r>
        <w:br/>
      </w:r>
      <w:r>
        <w:rPr>
          <w:sz w:val="20"/>
        </w:rPr>
        <w:t>55:41  maulana, is mein kya maghalta hai? dekhen, maine do qisse bataye.</w:t>
      </w:r>
      <w:r>
        <w:br/>
      </w:r>
      <w:r>
        <w:rPr>
          <w:sz w:val="20"/>
        </w:rPr>
        <w:t>55:49  ek doosra qissa bhi to bataya, is ibn haqq, woh is yusuf islam ka, jis ne quran ka english translation padha tha, woh to jhoota hai.</w:t>
      </w:r>
      <w:r>
        <w:br/>
      </w:r>
      <w:r>
        <w:rPr>
          <w:sz w:val="20"/>
        </w:rPr>
        <w:t>56:02  purasrar, koi purasarariyet nahi, jab jhooti baat hai. maine do qisse bataye, ek hi qissa nahi bataya. doosra qissa tha yusuf islam ka, jis ne quran ka english translation padha tha aur us ko zabardast asar pada.</w:t>
      </w:r>
      <w:r>
        <w:br/>
      </w:r>
      <w:r>
        <w:rPr>
          <w:sz w:val="20"/>
        </w:rPr>
        <w:t>56:19  is ka</w:t>
      </w:r>
    </w:p>
    <w:p>
      <w:pPr>
        <w:pStyle w:val="Heading2"/>
      </w:pPr>
      <w:r>
        <w:t>Misunderstanding about righteous Muslim vs non-Muslim ruler</w:t>
      </w:r>
    </w:p>
    <w:p>
      <w:r>
        <w:rPr>
          <w:color w:val="666666"/>
          <w:sz w:val="18"/>
        </w:rPr>
        <w:t>Society &amp; Dawah · The Expression of Faith (Izhar e Deen) September 1, 2013 · 1m 32s · at 51:08 · https://youtu.be/muBDJ8a_8-0?t=3068</w:t>
      </w:r>
    </w:p>
    <w:p>
      <w:r>
        <w:rPr>
          <w:i/>
        </w:rPr>
        <w:t>“A person said: If a righteous Muslim comes into government, he would be better than a non-Muslim. Maulana, what is the misunderstanding in this? Please clarify.”</w:t>
      </w:r>
    </w:p>
    <w:p>
      <w:r>
        <w:rPr>
          <w:sz w:val="20"/>
        </w:rPr>
        <w:t>51:08  maulana agla sawal tamil</w:t>
      </w:r>
      <w:r>
        <w:br/>
      </w:r>
      <w:r>
        <w:rPr>
          <w:sz w:val="20"/>
        </w:rPr>
        <w:t>51:10  nadu se hai, maulana iqbal umri ka. unhon ne likha hai: "maulana, aik sahab ne farmaya: agar aik naik musalman hukoomat mein aa jaye to ghair muslim se to behtar hoga.</w:t>
      </w:r>
      <w:r>
        <w:br/>
      </w:r>
      <w:r>
        <w:rPr>
          <w:sz w:val="20"/>
        </w:rPr>
        <w:t>51:25  maulana, is mein kya mughalta hai, wazeh karen." mughalta yahi hai ke quran o hadees mein koi aisa likha nahi hai. yeh mughalta hai.</w:t>
      </w:r>
      <w:r>
        <w:br/>
      </w:r>
      <w:r>
        <w:rPr>
          <w:sz w:val="20"/>
        </w:rPr>
        <w:t>51:35  dekhiye, aik bohat bari nadani se sare musalman mubtala hain ke woh apne mindset se bolte hain, quran ke mindset se nahi.</w:t>
      </w:r>
      <w:r>
        <w:br/>
      </w:r>
      <w:r>
        <w:rPr>
          <w:sz w:val="20"/>
        </w:rPr>
        <w:t>51:48  koi bhi thought aap ke dil mein aata hai, sab se pehle yeh sochiye: kya quran mein kahin likha hua hai? kya hadees mein kahin aisa hai? nahi to batil hai, woh nahi to batil hai.</w:t>
      </w:r>
      <w:r>
        <w:br/>
      </w:r>
      <w:r>
        <w:rPr>
          <w:sz w:val="20"/>
        </w:rPr>
        <w:t>52:00  yeh kahan likha hua hai ke quran quran mein ya hadees mein? kyunke musalman hukoomat mein ho to woh ghair muslim se acha hai.</w:t>
      </w:r>
      <w:r>
        <w:br/>
      </w:r>
      <w:r>
        <w:rPr>
          <w:sz w:val="20"/>
        </w:rPr>
        <w:t>52:09  yeh kahan likha hua hai? mere had tak yeh bilkul lago baat hai, baseless baat hai.</w:t>
      </w:r>
      <w:r>
        <w:br/>
      </w:r>
      <w:r>
        <w:rPr>
          <w:sz w:val="20"/>
        </w:rPr>
        <w:t>52:16  woh jo aik muhaddis ne kaha tha ke atoniy al-sha'ab min kitab Allah yahi formula hai ke koi bhi shakhs koi baat kahe, usay poochiye: yeh quran ki kis ayat se tumhare sath nikala hai?</w:t>
      </w:r>
      <w:r>
        <w:br/>
      </w:r>
      <w:r>
        <w:rPr>
          <w:sz w:val="20"/>
        </w:rPr>
        <w:t>52:30  tum ne na nikal paya, woh to batil hai. woh jo quran o hadees mein nahi hai, woh batil hai. mera maslak to yahi hai.</w:t>
      </w:r>
    </w:p>
    <w:p>
      <w:pPr>
        <w:pStyle w:val="Heading2"/>
      </w:pPr>
      <w:r>
        <w:t>Modern civilization: against nature or paradise?</w:t>
      </w:r>
    </w:p>
    <w:p>
      <w:r>
        <w:rPr>
          <w:color w:val="666666"/>
          <w:sz w:val="18"/>
        </w:rPr>
        <w:t>Society &amp; Dawah · Interpretation of History October 23, 2016 · 1m 07s · at 54:58 · https://youtu.be/P-JhH3q-Mdg?t=3298</w:t>
      </w:r>
    </w:p>
    <w:p>
      <w:r>
        <w:rPr>
          <w:i/>
        </w:rPr>
        <w:t>“Regarding modern civilization, Muslims say that it is against nature, but you call it an example of paradise.”</w:t>
      </w:r>
    </w:p>
    <w:p>
      <w:r>
        <w:rPr>
          <w:sz w:val="20"/>
        </w:rPr>
        <w:t>54:58  Ji, Maulana, agla sawal Maulana Iqbal Omri ne kiya hai Chennai se.</w:t>
      </w:r>
      <w:r>
        <w:br/>
      </w:r>
      <w:r>
        <w:rPr>
          <w:sz w:val="20"/>
        </w:rPr>
        <w:t>55:04  Unhon ne likha hai: "Maulana, modern civilization ke bare mein Musalman kehte hain ke woh fitrat ke khilaf</w:t>
      </w:r>
      <w:r>
        <w:br/>
      </w:r>
      <w:r>
        <w:rPr>
          <w:sz w:val="20"/>
        </w:rPr>
        <w:t>55:10  hai, lekin aap is ko jannat ka ek example kehte hain.</w:t>
      </w:r>
      <w:r>
        <w:br/>
      </w:r>
      <w:r>
        <w:rPr>
          <w:sz w:val="20"/>
        </w:rPr>
        <w:t>55:16  Aisa farq kyun hai? Muslims modern age aur is ki civilization se nafrat kyun karte hain, magar faida</w:t>
      </w:r>
      <w:r>
        <w:br/>
      </w:r>
      <w:r>
        <w:rPr>
          <w:sz w:val="20"/>
        </w:rPr>
        <w:t>55:22  pura uthate hain? Aisa kyun?" Dekhein, aap doosre log jo hain, kisi misal ke baghair bolte hain.</w:t>
      </w:r>
      <w:r>
        <w:br/>
      </w:r>
      <w:r>
        <w:rPr>
          <w:sz w:val="20"/>
        </w:rPr>
        <w:t>55:28  mujhe koi bhi shakhs nahi maloom jo misaal deta ho, bas hawai baatein karta hai.</w:t>
      </w:r>
      <w:r>
        <w:br/>
      </w:r>
      <w:r>
        <w:rPr>
          <w:sz w:val="20"/>
        </w:rPr>
        <w:t>55:34  main jo baat kehta hoon, us ko misaal deta hoon.</w:t>
      </w:r>
      <w:r>
        <w:br/>
      </w:r>
      <w:r>
        <w:rPr>
          <w:sz w:val="20"/>
        </w:rPr>
        <w:t>55:41  to jo log doosri baatein karein, woh misaal dein.</w:t>
      </w:r>
      <w:r>
        <w:br/>
      </w:r>
      <w:r>
        <w:rPr>
          <w:sz w:val="20"/>
        </w:rPr>
        <w:t>55:47  woh jab tak misaal nahi denge, tab tak un ki baat qabil-e-ghor nahi samjhi jayegi.</w:t>
      </w:r>
      <w:r>
        <w:br/>
      </w:r>
      <w:r>
        <w:rPr>
          <w:sz w:val="20"/>
        </w:rPr>
        <w:t>55:53  bila misaal ke hawai tor par comment dena, woh is ki koi haqeeqat na ilm mein hai, na</w:t>
      </w:r>
      <w:r>
        <w:br/>
      </w:r>
      <w:r>
        <w:rPr>
          <w:sz w:val="20"/>
        </w:rPr>
        <w:t>55:59  islam mein hai.</w:t>
      </w:r>
    </w:p>
    <w:p>
      <w:pPr>
        <w:pStyle w:val="Heading2"/>
      </w:pPr>
      <w:r>
        <w:t>Mongolians accepted Islam by ideology not sword</w:t>
      </w:r>
    </w:p>
    <w:p>
      <w:r>
        <w:rPr>
          <w:color w:val="666666"/>
          <w:sz w:val="18"/>
        </w:rPr>
        <w:t>Society &amp; Dawah · Quran A Miracle June 01, 2014 · 1m 38s · at 1:02:23 · https://youtu.be/8KM3lDsj4PY?t=3743</w:t>
      </w:r>
    </w:p>
    <w:p>
      <w:r>
        <w:rPr>
          <w:i/>
        </w:rPr>
        <w:t>“Mongolians conquered Arab and later accepted Islam. How did this happen? Is this also an example that Islam is not spread by sword but by ideology?”</w:t>
      </w:r>
    </w:p>
    <w:p>
      <w:r>
        <w:rPr>
          <w:sz w:val="20"/>
        </w:rPr>
        <w:t>1:02:23  maulana agla sawal raipur se kiya hai idrees sahab ne. unhon ne ek comment diya hai aur phir sawal poocha hai. comment mein unhon ne likha hai ke today's lecture was very inspiring and thought provoking.</w:t>
      </w:r>
      <w:r>
        <w:br/>
      </w:r>
      <w:r>
        <w:rPr>
          <w:sz w:val="20"/>
        </w:rPr>
        <w:t>1:02:39  aur unhon ne sawal mein likha hai ke Mongolians conquered Arab and later accepted Islam</w:t>
      </w:r>
      <w:r>
        <w:br/>
      </w:r>
      <w:r>
        <w:rPr>
          <w:sz w:val="20"/>
        </w:rPr>
        <w:t>1:02:46  ۔ How did this happen؟ Is this also an example that Islam is not spread by sword but by ideology؟</w:t>
      </w:r>
      <w:r>
        <w:br/>
      </w:r>
      <w:r>
        <w:rPr>
          <w:sz w:val="20"/>
        </w:rPr>
        <w:t>1:02:56  dekhiye theek isi waqe ke bare mein history ne likha hai the religion of Muslims have conquered where their arms had failed ke is zamane ke jo musalman the unhon ne pehle ladne ki koshish ki.</w:t>
      </w:r>
      <w:r>
        <w:br/>
      </w:r>
      <w:r>
        <w:rPr>
          <w:sz w:val="20"/>
        </w:rPr>
        <w:t>1:03:12  ibn taimiya ne baqayda fatwa diya. lekin kuch hua nahi un ki ladai se kuch hua nahi. baad ko jo hua woh yeh hai ke quran ke zariye se unhon ne islam phaila aur un ki majority ne islam qabool kar liya.</w:t>
      </w:r>
      <w:r>
        <w:br/>
      </w:r>
      <w:r>
        <w:rPr>
          <w:sz w:val="20"/>
        </w:rPr>
        <w:t>1:03:28  to jihad ke fatwe se masla nahi khatam hua tha. talwar ke islam is istemal se masla nahi khatam hua tha. masla khatam kiya tha quran ne.</w:t>
      </w:r>
      <w:r>
        <w:br/>
      </w:r>
      <w:r>
        <w:rPr>
          <w:sz w:val="20"/>
        </w:rPr>
        <w:t>1:03:38  isi ka tanzeeya kiya hai is ne hitti ne apni kitab mein. aur yahan yeh lafz likha hai ke ke the religion of Islam have conquered where their arms had failed.</w:t>
      </w:r>
      <w:r>
        <w:br/>
      </w:r>
      <w:r>
        <w:rPr>
          <w:sz w:val="20"/>
        </w:rPr>
        <w:t>1:03:49  to woh woh waqe bhi isi ki jo main ne aaj kaha isi ke ek mazeed confirmation hai isi ka.</w:t>
      </w:r>
    </w:p>
    <w:p>
      <w:pPr>
        <w:pStyle w:val="Heading2"/>
      </w:pPr>
      <w:r>
        <w:t>Muslim Conflicts and Political Obsession</w:t>
      </w:r>
    </w:p>
    <w:p>
      <w:r>
        <w:rPr>
          <w:color w:val="666666"/>
          <w:sz w:val="18"/>
        </w:rPr>
        <w:t>Society &amp; Dawah · Importance of Ijtihad December 21,2014 · 1m 23s · at 59:06 · https://youtu.be/6AgisKQ8V7s?t=3546</w:t>
      </w:r>
    </w:p>
    <w:p>
      <w:r>
        <w:rPr>
          <w:i/>
        </w:rPr>
        <w:t>“Why are Muslims fighting in Muslim states? How do they justify it from the Quran and Hadith? Why are they obsessed with political power?”</w:t>
      </w:r>
    </w:p>
    <w:p>
      <w:r>
        <w:rPr>
          <w:sz w:val="20"/>
        </w:rPr>
        <w:t>59:06  maulana, agla sawal kya hai? doctor farida khanam ne deli se aur unhon ne likha hai ke why</w:t>
      </w:r>
      <w:r>
        <w:br/>
      </w:r>
      <w:r>
        <w:rPr>
          <w:sz w:val="20"/>
        </w:rPr>
        <w:t>59:11  are Muslims fighting in Muslim states?</w:t>
      </w:r>
      <w:r>
        <w:br/>
      </w:r>
      <w:r>
        <w:rPr>
          <w:sz w:val="20"/>
        </w:rPr>
        <w:t>59:17  How do they justify it from the Quran and Hadith? Why are they obsessed with political power?</w:t>
      </w:r>
      <w:r>
        <w:br/>
      </w:r>
      <w:r>
        <w:rPr>
          <w:sz w:val="20"/>
        </w:rPr>
        <w:t>59:26  dekhiye, yeh musalman jo main ne kaha na ke ke ek trap mein phanse hue hain, musalmanon ko</w:t>
      </w:r>
      <w:r>
        <w:br/>
      </w:r>
      <w:r>
        <w:rPr>
          <w:sz w:val="20"/>
        </w:rPr>
        <w:t>59:31  ek hi cheez ka pata hai: political history of Islam.</w:t>
      </w:r>
      <w:r>
        <w:br/>
      </w:r>
      <w:r>
        <w:rPr>
          <w:sz w:val="20"/>
        </w:rPr>
        <w:t>59:37  kuch jante hi nahin hain musalman.</w:t>
      </w:r>
      <w:r>
        <w:br/>
      </w:r>
      <w:r>
        <w:rPr>
          <w:sz w:val="20"/>
        </w:rPr>
        <w:t>59:43  political history kitabon mein likhi hui hai: fateh al-buldan, fateh al-sham, is tarah ke title ke sath.</w:t>
      </w:r>
      <w:r>
        <w:br/>
      </w:r>
      <w:r>
        <w:rPr>
          <w:sz w:val="20"/>
        </w:rPr>
        <w:t>59:49  isi ko jante hain musalman, bas samajhte hain ke Islam means political power.</w:t>
      </w:r>
      <w:r>
        <w:br/>
      </w:r>
      <w:r>
        <w:rPr>
          <w:sz w:val="20"/>
        </w:rPr>
        <w:t>59:54  sari kitaben hi isi tarah likhi gayi hain, koi kya kare? to jis ko, yaani jis ka dard</w:t>
      </w:r>
      <w:r>
        <w:br/>
      </w:r>
      <w:r>
        <w:rPr>
          <w:sz w:val="20"/>
        </w:rPr>
        <w:t>1:00:00  ho, woh hamari kitaben phailaye.</w:t>
      </w:r>
      <w:r>
        <w:br/>
      </w:r>
      <w:r>
        <w:rPr>
          <w:sz w:val="20"/>
        </w:rPr>
        <w:t>1:00:06  hamari kitabon ke sath jo bhi kitaben hain, sab yahi mizaj banati hain.</w:t>
      </w:r>
      <w:r>
        <w:br/>
      </w:r>
      <w:r>
        <w:rPr>
          <w:sz w:val="20"/>
        </w:rPr>
        <w:t>1:00:12  to ab kya kya jaye? to is liye main zor deta hoon ke log ahle sunnat ko phailayen,</w:t>
      </w:r>
      <w:r>
        <w:br/>
      </w:r>
      <w:r>
        <w:rPr>
          <w:sz w:val="20"/>
        </w:rPr>
        <w:t>1:00:17  hijrat islam ko phailayen, hamari kitabon ko phailayen.</w:t>
      </w:r>
      <w:r>
        <w:br/>
      </w:r>
      <w:r>
        <w:rPr>
          <w:sz w:val="20"/>
        </w:rPr>
        <w:t>1:00:23  bas aur koi hal doosra hai hi nahin.</w:t>
      </w:r>
    </w:p>
    <w:p>
      <w:pPr>
        <w:pStyle w:val="Heading2"/>
      </w:pPr>
      <w:r>
        <w:t>Muslim decline and loss of power</w:t>
      </w:r>
    </w:p>
    <w:p>
      <w:r>
        <w:rPr>
          <w:color w:val="666666"/>
          <w:sz w:val="18"/>
        </w:rPr>
        <w:t>Society &amp; Dawah · The Problem of Conditioning 22 April 2012 - Maulana Wahiduddin Khan · 1m 52s · at 1:01:11 · https://youtu.be/v4QLXjeTK9s?t=3671</w:t>
      </w:r>
    </w:p>
    <w:p>
      <w:r>
        <w:rPr>
          <w:i/>
        </w:rPr>
        <w:t>“Muslims think that decline means losing political power. Is this thought correct?”</w:t>
      </w:r>
    </w:p>
    <w:p>
      <w:r>
        <w:rPr>
          <w:sz w:val="20"/>
        </w:rPr>
        <w:t>1:01:11  yeh sawal aaya hai maulana inayat umri sahib ka bangalore se. unhon ne likha hai: "musalman zawal ka matlab yeh samajhte hain ke un se hukoomat chheen gayi." maulana sahib, kya yeh soch sahi hai?</w:t>
      </w:r>
      <w:r>
        <w:br/>
      </w:r>
      <w:r>
        <w:rPr>
          <w:sz w:val="20"/>
        </w:rPr>
        <w:t>1:01:28  yeh soch bilkul galat hai.</w:t>
      </w:r>
      <w:r>
        <w:br/>
      </w:r>
      <w:r>
        <w:rPr>
          <w:sz w:val="20"/>
        </w:rPr>
        <w:t>1:01:31  yeh duniyawi, yeh secular tasawwur hai, duniyawi tasawwur hai zawal ka. hukoomat ka milna na milna quran mein hai ke tilk al ayyamu nudawiluha bayna al nas</w:t>
      </w:r>
      <w:r>
        <w:br/>
      </w:r>
      <w:r>
        <w:rPr>
          <w:sz w:val="20"/>
        </w:rPr>
        <w:t>1:01:48  kabhi un ke paas hukoomat, kabhi un ke paas hukoomat. hukoomat musalmanon ki manafli nahin hai. musalmanon ka jo zawal hai, woh dekha jayega islam ke aitbar se ke un mein spirit</w:t>
      </w:r>
      <w:r>
        <w:br/>
      </w:r>
      <w:r>
        <w:rPr>
          <w:sz w:val="20"/>
        </w:rPr>
        <w:t>1:02:05  islam ki hai ke nahin hai, dua work hai ke nahin hai, un ka khauf khuda un ka hai ke nahin hai, mohabbat khuda un ke hain ke nahin hai.</w:t>
      </w:r>
      <w:r>
        <w:br/>
      </w:r>
      <w:r>
        <w:rPr>
          <w:sz w:val="20"/>
        </w:rPr>
        <w:t>1:02:17  jo islam ki bulooz hain, is ke aitbar se un ka zawal</w:t>
      </w:r>
      <w:r>
        <w:br/>
      </w:r>
      <w:r>
        <w:rPr>
          <w:sz w:val="20"/>
        </w:rPr>
        <w:t>1:02:24  ko dekha jayega. baqi polit, yeh hukumat ka kuch bhi taluq zawal se nahi hai, woh to ek duniyawi baat hai.</w:t>
      </w:r>
      <w:r>
        <w:br/>
      </w:r>
      <w:r>
        <w:rPr>
          <w:sz w:val="20"/>
        </w:rPr>
        <w:t>1:02:34  aur quran mein saaf saaf yeh hai ke yeh ek ke paas nahi rehta, tilk al ayyamu nudawi luha bayn al nas kabhi un ke paas, kabhi un ke paas.</w:t>
      </w:r>
      <w:r>
        <w:br/>
      </w:r>
      <w:r>
        <w:rPr>
          <w:sz w:val="20"/>
        </w:rPr>
        <w:t>1:02:44  is ka taluq zawal se nahi hai. zawal ka taluq islamic values se hai, islamic duties se hai, islami zimmedariyon se hai.</w:t>
      </w:r>
      <w:r>
        <w:br/>
      </w:r>
      <w:r>
        <w:rPr>
          <w:sz w:val="20"/>
        </w:rPr>
        <w:t>1:02:54  woh kehta hai</w:t>
      </w:r>
      <w:r>
        <w:br/>
      </w:r>
      <w:r>
        <w:rPr>
          <w:sz w:val="20"/>
        </w:rPr>
        <w:t>1:02:55  zinda hai, woh zinda hai to ummat zinda hai, nahi to ummat zawal ka shikar hai.</w:t>
      </w:r>
    </w:p>
    <w:p>
      <w:pPr>
        <w:pStyle w:val="Heading2"/>
      </w:pPr>
      <w:r>
        <w:t>Muslim education as revival and madrasa improvement</w:t>
      </w:r>
    </w:p>
    <w:p>
      <w:r>
        <w:rPr>
          <w:color w:val="666666"/>
          <w:sz w:val="18"/>
        </w:rPr>
        <w:t>Society &amp; Dawah · Present Day Muslims Jan 13, 2013 · 1m 29s · at 1:28:40 · https://youtu.be/CVcbWVYitog?t=5320</w:t>
      </w:r>
    </w:p>
    <w:p>
      <w:r>
        <w:rPr>
          <w:i/>
        </w:rPr>
        <w:t>“Can we consider Muslim education as revival and Muslim empowerment? Is it possible to improve madrasa education as it is a big network?”</w:t>
      </w:r>
    </w:p>
    <w:p>
      <w:r>
        <w:rPr>
          <w:sz w:val="20"/>
        </w:rPr>
        <w:t>1:28:40  Aur har ek ko baat pohanchate rahenge Positive andaaz mein. Yeh hamari zimmedari hai. Maulana, agla sawal Delhi se hai, Dr. Najma Siddiqui ka.</w:t>
      </w:r>
      <w:r>
        <w:br/>
      </w:r>
      <w:r>
        <w:rPr>
          <w:sz w:val="20"/>
        </w:rPr>
        <w:t>1:28:51  Unhon ne likha hai: "Can we consider Muslim education as revival and Muslim empowerment?</w:t>
      </w:r>
      <w:r>
        <w:br/>
      </w:r>
      <w:r>
        <w:rPr>
          <w:sz w:val="20"/>
        </w:rPr>
        <w:t>1:28:59  Is it possible to improve Madarsa education as it is a big network?" . Dekhiye, Madarsa education mein koi tabdeeli nahi ho sakti.</w:t>
      </w:r>
      <w:r>
        <w:br/>
      </w:r>
      <w:r>
        <w:rPr>
          <w:sz w:val="20"/>
        </w:rPr>
        <w:t>1:29:11  You have to be practical. . Aap is mein bohat se logon ne is tarah ki baatein ki hain.</w:t>
      </w:r>
      <w:r>
        <w:br/>
      </w:r>
      <w:r>
        <w:rPr>
          <w:sz w:val="20"/>
        </w:rPr>
        <w:t>1:29:17  Madarsa education mein koi tabdeeli mere nazdeek amalan mumkin nahi hai, practically mumkin nahi hai. Theoretically aap bohat si baatein kar sakte hain. Lekin jo amli soorat-e-haal hai, to is mein koi tabdeeli mumkin nahi hai.</w:t>
      </w:r>
      <w:r>
        <w:br/>
      </w:r>
      <w:r>
        <w:rPr>
          <w:sz w:val="20"/>
        </w:rPr>
        <w:t>1:29:31  Is liye is ko aadi cheez maan lijiyey, bas is mein mat dakhal dijiyey. Aur secular education ke line mein apni koshishon ko divert kar dijiyey.</w:t>
      </w:r>
      <w:r>
        <w:br/>
      </w:r>
      <w:r>
        <w:rPr>
          <w:sz w:val="20"/>
        </w:rPr>
        <w:t>1:29:40  Yeh meri Policy hai.</w:t>
      </w:r>
      <w:r>
        <w:br/>
      </w:r>
      <w:r>
        <w:rPr>
          <w:sz w:val="20"/>
        </w:rPr>
        <w:t>1:29:42  Yeh maine bohat bas socha hai aur bohat zyada main madarson ke halaat ko samjha hai maine. To madarse ke jo halaat hain, wo bohat mukhtalif hain is se jo schoolon college mein hotay hain.</w:t>
      </w:r>
      <w:r>
        <w:br/>
      </w:r>
      <w:r>
        <w:rPr>
          <w:sz w:val="20"/>
        </w:rPr>
        <w:t>1:29:57  To wahan par koi Change mumkin nahi hai. Jo hai, wo chalne dijiyey. Bas aap sari koshishon ko aap secular education mein divert kar dijiyey.</w:t>
      </w:r>
    </w:p>
    <w:p>
      <w:pPr>
        <w:pStyle w:val="Heading2"/>
      </w:pPr>
      <w:r>
        <w:t>Muslim fundamentalism towards anti-social elements</w:t>
      </w:r>
    </w:p>
    <w:p>
      <w:r>
        <w:rPr>
          <w:color w:val="666666"/>
          <w:sz w:val="18"/>
        </w:rPr>
        <w:t>Society &amp; Dawah · The Lesson of History September 21, 2014 · 49s · at 1:24:06 · https://youtu.be/aMVHLKMkhcQ?t=5046</w:t>
      </w:r>
    </w:p>
    <w:p>
      <w:r>
        <w:rPr>
          <w:i/>
        </w:rPr>
        <w:t>“I have heard that most Islamic scholars claim a Muslim should be a fundamentalist towards anti-social elements. How valid is this in the present context?”</w:t>
      </w:r>
    </w:p>
    <w:p>
      <w:r>
        <w:rPr>
          <w:sz w:val="20"/>
        </w:rPr>
        <w:t>1:24:06  maulana, agla sawal lete hain. yeh shukr ur rehman sahib ne dilli se kiya hai.</w:t>
      </w:r>
      <w:r>
        <w:br/>
      </w:r>
      <w:r>
        <w:rPr>
          <w:sz w:val="20"/>
        </w:rPr>
        <w:t>1:24:13  unhone likha hai ke i have heard that most of the islamic scholars claim that a muslim should be a fundamentalist towards anti-social elements in the society.</w:t>
      </w:r>
      <w:r>
        <w:br/>
      </w:r>
      <w:r>
        <w:rPr>
          <w:sz w:val="20"/>
        </w:rPr>
        <w:t>1:24:25  how far is this statement valid in the present context? dekhen, masla yeh hai ke kis ayat se yeh nikli hui baat hai?</w:t>
      </w:r>
      <w:r>
        <w:br/>
      </w:r>
      <w:r>
        <w:rPr>
          <w:sz w:val="20"/>
        </w:rPr>
        <w:t>1:24:35  jab tak aap woh ayat na batayen, to main kya is bare mein kya keh sakta hoon?</w:t>
      </w:r>
      <w:r>
        <w:br/>
      </w:r>
      <w:r>
        <w:rPr>
          <w:sz w:val="20"/>
        </w:rPr>
        <w:t>1:24:40  jo yeh aisa kahe, to isko woh ayat pesh karni chahiye, woh hadith pesh karni chahiye. tab main bataunga ke is hadith ka kya matlab hai, us ayat ka kya matlab hai.</w:t>
      </w:r>
      <w:r>
        <w:br/>
      </w:r>
      <w:r>
        <w:rPr>
          <w:sz w:val="20"/>
        </w:rPr>
        <w:t>1:24:50  baghair iske to hum kuch bol nahin sakte iske upar.</w:t>
      </w:r>
    </w:p>
    <w:p>
      <w:pPr>
        <w:pStyle w:val="Heading2"/>
      </w:pPr>
      <w:r>
        <w:t>Muslim groups aim for dominance of Islam</w:t>
      </w:r>
    </w:p>
    <w:p>
      <w:r>
        <w:rPr>
          <w:color w:val="666666"/>
          <w:sz w:val="18"/>
        </w:rPr>
        <w:t>Society &amp; Dawah · Experience of Hyderabad CPS Meet December 1, 2013 · 1m 31s · at 1:22:18 · https://youtu.be/Y8mcxF2Lhyc?t=4938</w:t>
      </w:r>
    </w:p>
    <w:p>
      <w:r>
        <w:rPr>
          <w:i/>
        </w:rPr>
        <w:t>“Maulana, someone said that all Muslim groups, whatever they do, their aim is the dominance of Islam. Some talk about intellectual dominance, some about political. Maulana, I said that Islam is an ideology, and this dominance is desired.”</w:t>
      </w:r>
    </w:p>
    <w:p>
      <w:r>
        <w:rPr>
          <w:sz w:val="20"/>
        </w:rPr>
        <w:t>1:22:18  maulana, agla sawal gulbergah se kya hai? maulana yaqoob umri ne</w:t>
      </w:r>
      <w:r>
        <w:br/>
      </w:r>
      <w:r>
        <w:rPr>
          <w:sz w:val="20"/>
        </w:rPr>
        <w:t>1:22:22  , unhon ne likha hai: "maulana, aik sahib ne kaha muslim groups jo bhi kaam karte hain, dono ka maqsad islam ka ghalba hai.</w:t>
      </w:r>
      <w:r>
        <w:br/>
      </w:r>
      <w:r>
        <w:rPr>
          <w:sz w:val="20"/>
        </w:rPr>
        <w:t>1:22:34  koi fikri ghalba ki baat karta hai to koi siyasi." maulana, mein ne kaha ke islam to ideology hai, yahi ghalba matloob hai.</w:t>
      </w:r>
      <w:r>
        <w:br/>
      </w:r>
      <w:r>
        <w:rPr>
          <w:sz w:val="20"/>
        </w:rPr>
        <w:t>1:22:45  maulana, is par aap kuch farmayen?</w:t>
      </w:r>
      <w:r>
        <w:br/>
      </w:r>
      <w:r>
        <w:rPr>
          <w:sz w:val="20"/>
        </w:rPr>
        <w:t>1:22:49  nahi, dekhen, ghalba hamara target nahi hai. hamara target hai ablagh, pohnchana. agar pohnchana jo hai, is ka nateeja yeh ho ke bohat se log maan len to phir oonchi aa jaye gi bashor nateeja, jis ko aap ghalba kehtay hain.</w:t>
      </w:r>
      <w:r>
        <w:br/>
      </w:r>
      <w:r>
        <w:rPr>
          <w:sz w:val="20"/>
        </w:rPr>
        <w:t>1:23:08  ghalba target nahi hai, yaad rakhiye, target to pohnchana hai.</w:t>
      </w:r>
      <w:r>
        <w:br/>
      </w:r>
      <w:r>
        <w:rPr>
          <w:sz w:val="20"/>
        </w:rPr>
        <w:t>1:23:16  agar ghalba target kahain ge to pressure aa jaye ga, kyun ke kabhi hoga, kabhi nahi hoga. lekin ablagh ko agar aap target banayen ge to kabhi pressure ka sawal hi nahi, kyun ke ablagh to hamesha mumkin hai.</w:t>
      </w:r>
      <w:r>
        <w:br/>
      </w:r>
      <w:r>
        <w:rPr>
          <w:sz w:val="20"/>
        </w:rPr>
        <w:t>1:23:28  pohnchatay rahiye, pohnchatay rahiye, pohnchatay rahiye. to jahan tak mein janta hoon, ghalba har giz target nahi hai. ghalba aik nateeja ho sakta hai, kabhi aur kabhi ghalba nahi bhi ho sakta.</w:t>
      </w:r>
      <w:r>
        <w:br/>
      </w:r>
      <w:r>
        <w:rPr>
          <w:sz w:val="20"/>
        </w:rPr>
        <w:t>1:23:41  lekin jo asal target hai, woh pohnchana,</w:t>
      </w:r>
      <w:r>
        <w:br/>
      </w:r>
      <w:r>
        <w:rPr>
          <w:sz w:val="20"/>
        </w:rPr>
        <w:t>1:23:45  jis ko ablagh kaha gaya hai.</w:t>
      </w:r>
    </w:p>
    <w:p>
      <w:pPr>
        <w:pStyle w:val="Heading2"/>
      </w:pPr>
      <w:r>
        <w:t>Muslim ideological goal confusion</w:t>
      </w:r>
    </w:p>
    <w:p>
      <w:r>
        <w:rPr>
          <w:color w:val="666666"/>
          <w:sz w:val="18"/>
        </w:rPr>
        <w:t>Society &amp; Dawah · The Method of Planning August 14, 2016 · 1m 03s · at 53:30 · https://youtu.be/84WV8NS2VKQ?t=3210</w:t>
      </w:r>
    </w:p>
    <w:p>
      <w:r>
        <w:rPr>
          <w:i/>
        </w:rPr>
        <w:t>“What should be our ideological goal? Why are Muslims confused about their goal? What is the reason?”</w:t>
      </w:r>
    </w:p>
    <w:p>
      <w:r>
        <w:rPr>
          <w:sz w:val="20"/>
        </w:rPr>
        <w:t>53:30  Maulana, agla sawal Maulana Iqbal Umri ne kiya hai Chennai se, aur unhon ne likha hai ke Maulana</w:t>
      </w:r>
      <w:r>
        <w:br/>
      </w:r>
      <w:r>
        <w:rPr>
          <w:sz w:val="20"/>
        </w:rPr>
        <w:t>53:36  sahib, hamara ideological goal kya hona chahiye? kyon Musalman apne goal ke bare mein confused hain? is ki</w:t>
      </w:r>
      <w:r>
        <w:br/>
      </w:r>
      <w:r>
        <w:rPr>
          <w:sz w:val="20"/>
        </w:rPr>
        <w:t>53:43  kya wajah hai? bhai, dekhiye, ummat-e-muslima ka jo nishana hai, woh Quran mein saaf saaf bata diya</w:t>
      </w:r>
      <w:r>
        <w:br/>
      </w:r>
      <w:r>
        <w:rPr>
          <w:sz w:val="20"/>
        </w:rPr>
        <w:t>53:49  gaya hai وَكَذَلِكَ جَعَلْنَاكُمْ أُمَّةً وَسَطًا لِتَكُونُوا شَهُدًى عَلَى النَّاسِ وَيَكُونُ الرَّسُولُ عَلَيْكُمْ شَهِيدًى to Musalman ummat wasat</w:t>
      </w:r>
      <w:r>
        <w:br/>
      </w:r>
      <w:r>
        <w:rPr>
          <w:sz w:val="20"/>
        </w:rPr>
        <w:t>53:55  hai, beech ki ummat. Middle community.</w:t>
      </w:r>
      <w:r>
        <w:br/>
      </w:r>
      <w:r>
        <w:rPr>
          <w:sz w:val="20"/>
        </w:rPr>
        <w:t>54:01  beech ki ummat, yani hum ko sachai mili hai Rasool Allah se, us ko hum logon tak pahunchana hai.</w:t>
      </w:r>
      <w:r>
        <w:br/>
      </w:r>
      <w:r>
        <w:rPr>
          <w:sz w:val="20"/>
        </w:rPr>
        <w:t>54:08  bas hum Rasool Allah aur insan ke beech mein hain.</w:t>
      </w:r>
      <w:r>
        <w:br/>
      </w:r>
      <w:r>
        <w:rPr>
          <w:sz w:val="20"/>
        </w:rPr>
        <w:t>54:14  bas hamein Quran mila hai Rasool Allah se, us Quran ko hamein doston tak pahunchana hai.</w:t>
      </w:r>
      <w:r>
        <w:br/>
      </w:r>
      <w:r>
        <w:rPr>
          <w:sz w:val="20"/>
        </w:rPr>
        <w:t>54:20  bilkul clear hai mission, clear hai ke Rasool Allah se mili hui hidayat name ko hum dunya tak pahunchayen.</w:t>
      </w:r>
      <w:r>
        <w:br/>
      </w:r>
      <w:r>
        <w:rPr>
          <w:sz w:val="20"/>
        </w:rPr>
        <w:t>54:27  bas, yani koi do raah ho nahin sakti.</w:t>
      </w:r>
    </w:p>
    <w:p>
      <w:pPr>
        <w:pStyle w:val="Heading2"/>
      </w:pPr>
      <w:r>
        <w:t>Muslim oppostion to polio vaccintion</w:t>
      </w:r>
    </w:p>
    <w:p>
      <w:r>
        <w:rPr>
          <w:color w:val="666666"/>
          <w:sz w:val="18"/>
        </w:rPr>
        <w:t>Society &amp; Dawah · Journey of History December 23, 2012 · 39s · at 1:10:33 · https://youtu.be/bvjWl3U3Dmw?t=4233</w:t>
      </w:r>
    </w:p>
    <w:p>
      <w:r>
        <w:rPr>
          <w:i/>
        </w:rPr>
        <w:t>“Why are some Musims against polio vaccintion?”</w:t>
      </w:r>
    </w:p>
    <w:p>
      <w:r>
        <w:rPr>
          <w:sz w:val="20"/>
        </w:rPr>
        <w:t>1:10:33  maulana, agla sawal raipur se hai ms shabana ka. unhon ne aap se poocha hai: "why some muslims are against polio vaccination?"</w:t>
      </w:r>
      <w:r>
        <w:br/>
      </w:r>
      <w:r>
        <w:rPr>
          <w:sz w:val="20"/>
        </w:rPr>
        <w:t>1:10:44  yeh to aik jhoota toham parasti hai. main to bilkul galat samajhta hoon jo log is ke khilaf hain, woh is ki koi mazhab mein buniyad nahi hai, superstition hai bas aur kuch nahi,</w:t>
      </w:r>
      <w:r>
        <w:br/>
      </w:r>
      <w:r>
        <w:rPr>
          <w:sz w:val="20"/>
        </w:rPr>
        <w:t>1:10:58  sirf sheer superstition. to aur bhi bohat cheezein hain jo toham parasti ke taur par musalmanon mein hain, yahi nahi hai. to superstition to bas ke chhaya hua hai logon ke zehnon par bohat ziyada.</w:t>
      </w:r>
    </w:p>
    <w:p>
      <w:pPr>
        <w:pStyle w:val="Heading2"/>
      </w:pPr>
      <w:r>
        <w:t>Muslim violence vs Quranic peace</w:t>
      </w:r>
    </w:p>
    <w:p>
      <w:r>
        <w:rPr>
          <w:color w:val="666666"/>
          <w:sz w:val="18"/>
        </w:rPr>
        <w:t>Society &amp; Dawah · Message of the Quran August 20, 2017 · 1m 49s · at 19:42 · https://youtu.be/BrbrZxP37pk?t=1182</w:t>
      </w:r>
    </w:p>
    <w:p>
      <w:r>
        <w:rPr>
          <w:i/>
        </w:rPr>
        <w:t>“Why can't Muslims practice Islam the way you practice? If Quran is about peace, then why are Muslims so violent and killing innocent people? What is your opinion on this?”</w:t>
      </w:r>
    </w:p>
    <w:p>
      <w:r>
        <w:rPr>
          <w:sz w:val="20"/>
        </w:rPr>
        <w:t>19:42  ji Maulana, agla sawal Kolkata se bheja hai. ah Mr Sanjeev Chatterjee ne jo program dekh rahe hain, to unhone likha hai: "Maulana sahib, why can't Muslims practice Islam the way you practice?</w:t>
      </w:r>
      <w:r>
        <w:br/>
      </w:r>
      <w:r>
        <w:rPr>
          <w:sz w:val="20"/>
        </w:rPr>
        <w:t>19:58  if Quran is about peace, then why Muslims are so violent and killing innocent people? what is your opinion on this?" dekhen, duniya mein Khuda ne har insaan ko freedom diya hai.</w:t>
      </w:r>
      <w:r>
        <w:br/>
      </w:r>
      <w:r>
        <w:rPr>
          <w:sz w:val="20"/>
        </w:rPr>
        <w:t>20:15  freedom to freedom jab diya hai to aadmi chahe to freedom ko misuse kare ya us ko proper istemal kare.</w:t>
      </w:r>
      <w:r>
        <w:br/>
      </w:r>
      <w:r>
        <w:rPr>
          <w:sz w:val="20"/>
        </w:rPr>
        <w:t>20:27  is ka to yeh to hoga. azadi ko koi na koi aise niklenge jo freedom ko misuse karenge.</w:t>
      </w:r>
      <w:r>
        <w:br/>
      </w:r>
      <w:r>
        <w:rPr>
          <w:sz w:val="20"/>
        </w:rPr>
        <w:t>20:36  to woh sab baaten jo is ko aap bataya, woh freedom ko misuse karne ki misalen hain. to hum yahi mission chala rahe hain ke log jaanen ke freedom mili to hai hum ko, lekin freedom ko humein misuse nahi karna hai.</w:t>
      </w:r>
      <w:r>
        <w:br/>
      </w:r>
      <w:r>
        <w:rPr>
          <w:sz w:val="20"/>
        </w:rPr>
        <w:t>20:54  freedom ko sahi tareeqe se istemal karna hai. isi par Allah ki bakhshish milegi humein, isi par Allah ki rehmat milegi.</w:t>
      </w:r>
      <w:r>
        <w:br/>
      </w:r>
      <w:r>
        <w:rPr>
          <w:sz w:val="20"/>
        </w:rPr>
        <w:t>21:04  yahi hum logon ko bata rahe hain. aur ab dekhiye, hamare bhai Harpreet Singh ne Punjabi mein tarjuma kar diya.</w:t>
      </w:r>
      <w:r>
        <w:br/>
      </w:r>
      <w:r>
        <w:rPr>
          <w:sz w:val="20"/>
        </w:rPr>
        <w:t>21:13  ab Punjabi janne walon tak bhi pahuncha rahe hain. to yeh yahi hai. duniya mein kuch log aise rahenge hamesha jo misuse karenge, lekin hamara aap ka kaam yeh hai ke hum logon ko batate rahen, batate rahen, batate rahen.</w:t>
      </w:r>
    </w:p>
    <w:p>
      <w:pPr>
        <w:pStyle w:val="Heading2"/>
      </w:pPr>
      <w:r>
        <w:t>Muslims fail to study serious literature</w:t>
      </w:r>
    </w:p>
    <w:p>
      <w:r>
        <w:rPr>
          <w:color w:val="666666"/>
          <w:sz w:val="18"/>
        </w:rPr>
        <w:t>Society &amp; Dawah · God in the Age of Science January 08, 2017 · 1m 32s · at 1:04:20 · https://youtu.be/au1bRdQDZ0U?t=3860</w:t>
      </w:r>
    </w:p>
    <w:p>
      <w:r>
        <w:rPr>
          <w:i/>
        </w:rPr>
        <w:t>“The problem is that Muslims don't study serious literature, they only listen to the shallow speeches of the misguided leaders and form their...”</w:t>
      </w:r>
    </w:p>
    <w:p>
      <w:r>
        <w:rPr>
          <w:sz w:val="20"/>
        </w:rPr>
        <w:t>1:04:20  hai yeh kahan quran mein likha hua hai yeh to kahin hai hi nahin ji maulana agla sawal</w:t>
      </w:r>
      <w:r>
        <w:br/>
      </w:r>
      <w:r>
        <w:rPr>
          <w:sz w:val="20"/>
        </w:rPr>
        <w:t>1:04:27  ڈاکٹر فریدہ خانم نے بھیجا ہے دلی سے انہوں نے لکھا ہے The problem is that Muslims don't</w:t>
      </w:r>
      <w:r>
        <w:br/>
      </w:r>
      <w:r>
        <w:rPr>
          <w:sz w:val="20"/>
        </w:rPr>
        <w:t>1:04:35  study serious literature. They only listen to the shallow speeches of the misguided leaders and form their</w:t>
      </w:r>
      <w:r>
        <w:br/>
      </w:r>
      <w:r>
        <w:rPr>
          <w:sz w:val="20"/>
        </w:rPr>
        <w:t>1:04:43  opinion by inauthentic news reports published in newspapers which come under the category of yellow journalism</w:t>
      </w:r>
      <w:r>
        <w:br/>
      </w:r>
      <w:r>
        <w:rPr>
          <w:sz w:val="20"/>
        </w:rPr>
        <w:t>1:04:51  what is the solution to this problem baat to bohat sahi hai hundred percent sahi hai yeh baat</w:t>
      </w:r>
      <w:r>
        <w:br/>
      </w:r>
      <w:r>
        <w:rPr>
          <w:sz w:val="20"/>
        </w:rPr>
        <w:t>1:04:58  chief test logon ka ban gaya hai isko badalna hoga yeh chief test ki wajah se yellow</w:t>
      </w:r>
      <w:r>
        <w:br/>
      </w:r>
      <w:r>
        <w:rPr>
          <w:sz w:val="20"/>
        </w:rPr>
        <w:t>1:05:06  journalism phaila hua hai main to parta hi nahin aisi aisi cheezon ko yellow journalism kyun popular hai</w:t>
      </w:r>
      <w:r>
        <w:br/>
      </w:r>
      <w:r>
        <w:rPr>
          <w:sz w:val="20"/>
        </w:rPr>
        <w:t>1:05:14  log chief test ho ho gaya logon ke andar chief test bhi kya cheez hai waqt guzari ke</w:t>
      </w:r>
      <w:r>
        <w:br/>
      </w:r>
      <w:r>
        <w:rPr>
          <w:sz w:val="20"/>
        </w:rPr>
        <w:t>1:05:21  liye parhna aap zyada serious na hon zyada deep mein na jana chahein bas waqt waqt guzarnay ke</w:t>
      </w:r>
      <w:r>
        <w:br/>
      </w:r>
      <w:r>
        <w:rPr>
          <w:sz w:val="20"/>
        </w:rPr>
        <w:t>1:05:29  liye parhein to wahi wahi cheez aap ko achi lage gi to logon ke andar deep thinking nahin</w:t>
      </w:r>
      <w:r>
        <w:br/>
      </w:r>
      <w:r>
        <w:rPr>
          <w:sz w:val="20"/>
        </w:rPr>
        <w:t>1:05:37  hai right thinking nahin hai yeh masla hai ji to ab isi ko hamein paida karna hai yani</w:t>
      </w:r>
      <w:r>
        <w:br/>
      </w:r>
      <w:r>
        <w:rPr>
          <w:sz w:val="20"/>
        </w:rPr>
        <w:t>1:05:45  hamein right thinking logon ke andar paida karna hai iske baad woh yellow journalism ki popularity apne</w:t>
      </w:r>
    </w:p>
    <w:p>
      <w:pPr>
        <w:pStyle w:val="Heading2"/>
      </w:pPr>
      <w:r>
        <w:t>Muslims killed by the West</w:t>
      </w:r>
    </w:p>
    <w:p>
      <w:r>
        <w:rPr>
          <w:color w:val="666666"/>
          <w:sz w:val="18"/>
        </w:rPr>
        <w:t>Society &amp; Dawah · Peace of Mind April 19, 2015 Maulana Wahiduddin Khan · 1m 40s · at 56:19 · https://youtu.be/bGLY0ALNtjw?t=3379</w:t>
      </w:r>
    </w:p>
    <w:p>
      <w:r>
        <w:rPr>
          <w:i/>
        </w:rPr>
        <w:t>“Say that in the last 15 years, some million Muslims have been killed by the West.”</w:t>
      </w:r>
    </w:p>
    <w:p>
      <w:r>
        <w:rPr>
          <w:sz w:val="20"/>
        </w:rPr>
        <w:t>56:19  bas. maulana agla sawal ghazi abad se kiya hai zuber sahab ne.</w:t>
      </w:r>
      <w:r>
        <w:br/>
      </w:r>
      <w:r>
        <w:rPr>
          <w:sz w:val="20"/>
        </w:rPr>
        <w:t>56:29  اور انہوں نے لکھا ہے کہ seeing that in the last 15 years some one million Muslims have</w:t>
      </w:r>
      <w:r>
        <w:br/>
      </w:r>
      <w:r>
        <w:rPr>
          <w:sz w:val="20"/>
        </w:rPr>
        <w:t>56:35  bein killed by da west.</w:t>
      </w:r>
      <w:r>
        <w:br/>
      </w:r>
      <w:r>
        <w:rPr>
          <w:sz w:val="20"/>
        </w:rPr>
        <w:t>56:38  so but natural negative and hate mindset develops towards da west.</w:t>
      </w:r>
      <w:r>
        <w:br/>
      </w:r>
      <w:r>
        <w:rPr>
          <w:sz w:val="20"/>
        </w:rPr>
        <w:t>56:44  in such a scenario how to remain positive?</w:t>
      </w:r>
      <w:r>
        <w:br/>
      </w:r>
      <w:r>
        <w:rPr>
          <w:sz w:val="20"/>
        </w:rPr>
        <w:t>56:48  dekhiye yeh bilkul galat baat hai.</w:t>
      </w:r>
      <w:r>
        <w:br/>
      </w:r>
      <w:r>
        <w:rPr>
          <w:sz w:val="20"/>
        </w:rPr>
        <w:t>56:51  aap ne hamari cheezein padhi nahin, is liye baatein ghuma rahe hain.</w:t>
      </w:r>
      <w:r>
        <w:br/>
      </w:r>
      <w:r>
        <w:rPr>
          <w:sz w:val="20"/>
        </w:rPr>
        <w:t>56:54  ke west ne mara hai, musalmanon ne jo mara hai is ko aap ko</w:t>
      </w:r>
      <w:r>
        <w:br/>
      </w:r>
      <w:r>
        <w:rPr>
          <w:sz w:val="20"/>
        </w:rPr>
        <w:t>56:59  marne ka kaam to sahaba ke zamane se shuru ho chuka hai.</w:t>
      </w:r>
      <w:r>
        <w:br/>
      </w:r>
      <w:r>
        <w:rPr>
          <w:sz w:val="20"/>
        </w:rPr>
        <w:t>57:04  yani muawiya aur ali, ali aur muawiya ki jang mein itne log mare gaye, wahan se shuru ki</w:t>
      </w:r>
      <w:r>
        <w:br/>
      </w:r>
      <w:r>
        <w:rPr>
          <w:sz w:val="20"/>
        </w:rPr>
        <w:t>57:08  gayi kahani. yahan se kyun shuru karte hain?</w:t>
      </w:r>
      <w:r>
        <w:br/>
      </w:r>
      <w:r>
        <w:rPr>
          <w:sz w:val="20"/>
        </w:rPr>
        <w:t>57:14  yeh jaise ke west koi shaitan hai, woh is ko marta ja kar, aisa nahin hai.</w:t>
      </w:r>
      <w:r>
        <w:br/>
      </w:r>
      <w:r>
        <w:rPr>
          <w:sz w:val="20"/>
        </w:rPr>
        <w:t>57:20  yeh to real, yeh sab saare waqiyat retaliation ke waqiyat hain.</w:t>
      </w:r>
      <w:r>
        <w:br/>
      </w:r>
      <w:r>
        <w:rPr>
          <w:sz w:val="20"/>
        </w:rPr>
        <w:t>57:26  aap aise hisab na paida kijiye.</w:t>
      </w:r>
      <w:r>
        <w:br/>
      </w:r>
      <w:r>
        <w:rPr>
          <w:sz w:val="20"/>
        </w:rPr>
        <w:t>57:28  aap nine eleven ka waqia karenge, aap chahenge woh retaliate na karein.</w:t>
      </w:r>
      <w:r>
        <w:br/>
      </w:r>
      <w:r>
        <w:rPr>
          <w:sz w:val="20"/>
        </w:rPr>
        <w:t>57:32  yeh kaise ho sakta hai?</w:t>
      </w:r>
      <w:r>
        <w:br/>
      </w:r>
      <w:r>
        <w:rPr>
          <w:sz w:val="20"/>
        </w:rPr>
        <w:t>57:36  aap nine eleven ka waqia karenge aur phir chahenge ke woh retaliate na karein, aur kahein</w:t>
      </w:r>
      <w:r>
        <w:br/>
      </w:r>
      <w:r>
        <w:rPr>
          <w:sz w:val="20"/>
        </w:rPr>
        <w:t>57:41  ge yeh zulm ho raha hai.</w:t>
      </w:r>
      <w:r>
        <w:br/>
      </w:r>
      <w:r>
        <w:rPr>
          <w:sz w:val="20"/>
        </w:rPr>
        <w:t>57:43  aap jo karein woh zulm nahin hai.</w:t>
      </w:r>
      <w:r>
        <w:br/>
      </w:r>
      <w:r>
        <w:rPr>
          <w:sz w:val="20"/>
        </w:rPr>
        <w:t>57:45  woh jo karein woh zulm hai.</w:t>
      </w:r>
      <w:r>
        <w:br/>
      </w:r>
      <w:r>
        <w:rPr>
          <w:sz w:val="20"/>
        </w:rPr>
        <w:t>57:47  yeh bilkul main samajhta hoon ke musalmanon ki yeh soch jo hai woh galat hai.</w:t>
      </w:r>
      <w:r>
        <w:br/>
      </w:r>
      <w:r>
        <w:rPr>
          <w:sz w:val="20"/>
        </w:rPr>
        <w:t>57:51  aur yeh khuda ka jo creation plan tha uske khilaf hai.</w:t>
      </w:r>
    </w:p>
    <w:p>
      <w:pPr>
        <w:pStyle w:val="Heading2"/>
      </w:pPr>
      <w:r>
        <w:t>Muslims killing Muslims in Syria</w:t>
      </w:r>
    </w:p>
    <w:p>
      <w:r>
        <w:rPr>
          <w:color w:val="666666"/>
          <w:sz w:val="18"/>
        </w:rPr>
        <w:t>Society &amp; Dawah · Prophetic Wisdom | May 01, 2016 · 55s · at 49:02 · https://youtu.be/KrjwjAw03zw?t=2942</w:t>
      </w:r>
    </w:p>
    <w:p>
      <w:r>
        <w:rPr>
          <w:i/>
        </w:rPr>
        <w:t>“My question is about the most recent plight of Muslims in Syria where Muslims are being slain by other Muslims.”</w:t>
      </w:r>
    </w:p>
    <w:p>
      <w:r>
        <w:rPr>
          <w:sz w:val="20"/>
        </w:rPr>
        <w:t>49:02  hai Maulana agla sawal Pakistan se kya hai Jalal Ahmed Dawar Sahab ne aur unhone likha hai</w:t>
      </w:r>
      <w:r>
        <w:br/>
      </w:r>
      <w:r>
        <w:rPr>
          <w:sz w:val="20"/>
        </w:rPr>
        <w:t>49:08  ke "My question is about the most recent plight of Muslims in Syria where Muslims are being slain</w:t>
      </w:r>
      <w:r>
        <w:br/>
      </w:r>
      <w:r>
        <w:rPr>
          <w:sz w:val="20"/>
        </w:rPr>
        <w:t>49:14  by other Muslims</w:t>
      </w:r>
      <w:r>
        <w:br/>
      </w:r>
      <w:r>
        <w:rPr>
          <w:sz w:val="20"/>
        </w:rPr>
        <w:t>49:20  without any discrimination. Maulana sahib what is your stance on this?" dekhiye is qism ke question ka koi mere nazdeek yaani Islami nuqta nazar se koi value nahi hai Islami nuqta nazar se sahi sawal sirf aik hai keh hum aap apni apne kaam ko badhayein apne kaam ko badhayein apne kaam ko badhayein hamara aap ka jo kaam hai</w:t>
      </w:r>
      <w:r>
        <w:br/>
      </w:r>
      <w:r>
        <w:rPr>
          <w:sz w:val="20"/>
        </w:rPr>
        <w:t>49:50  woh hai apni zimmedari ko mehsoos karna aur dawati zimmedari ko poora karna bas Maulana agla</w:t>
      </w:r>
    </w:p>
    <w:p>
      <w:pPr>
        <w:pStyle w:val="Heading2"/>
      </w:pPr>
      <w:r>
        <w:t>Muslims' approach to West: acknowledge or copy?</w:t>
      </w:r>
    </w:p>
    <w:p>
      <w:r>
        <w:rPr>
          <w:color w:val="666666"/>
          <w:sz w:val="18"/>
        </w:rPr>
        <w:t>Society &amp; Dawah · Dars-e-Quran, Ch. 12, V. 105 ; Ch. 10 V. 61 (Study of Nature) | July 15, 2018 · 50s · at 56:29 · https://youtu.be/5d-qNvpMg4k?t=3389</w:t>
      </w:r>
    </w:p>
    <w:p>
      <w:r>
        <w:rPr>
          <w:i/>
        </w:rPr>
        <w:t>“What should Muslims do? Should they acknowledge the West and simply copy them? What is the meaning of opening a new chapter? Please explain.”</w:t>
      </w:r>
    </w:p>
    <w:p>
      <w:r>
        <w:rPr>
          <w:sz w:val="20"/>
        </w:rPr>
        <w:t>56:29  further we should use the scientific knowledge to understand the quran and share with other." maulana ab sawal lete hain. maulana iqbal umri ne chennai se aap se sawal kiya hai. unhon ne likha hai, "maulana musalmanon ko kya karna hai? ahl e maghrib ka maghrib ka etraaf karna hai aur sirf unhein copy karna hai? naya chapter khol</w:t>
      </w:r>
      <w:r>
        <w:br/>
      </w:r>
      <w:r>
        <w:rPr>
          <w:sz w:val="20"/>
        </w:rPr>
        <w:t>56:59  ne ka matlab kya hai? is ki wazahat karen." mein to samajhta hoon ke is ka matlab hai</w:t>
      </w:r>
      <w:r>
        <w:br/>
      </w:r>
      <w:r>
        <w:rPr>
          <w:sz w:val="20"/>
        </w:rPr>
        <w:t>57:09  ke maghrib se negative thinking khatam karna aur positive thinking shuru karna.</w:t>
      </w:r>
    </w:p>
    <w:p>
      <w:pPr>
        <w:pStyle w:val="Heading2"/>
      </w:pPr>
      <w:r>
        <w:t>Muslims' failure to leave empire-based thinking</w:t>
      </w:r>
    </w:p>
    <w:p>
      <w:r>
        <w:rPr>
          <w:color w:val="666666"/>
          <w:sz w:val="18"/>
        </w:rPr>
        <w:t>Society &amp; Dawah · The Crises Management September 18, 2011 · 1m 31s · at 1:13:39 · https://youtu.be/s3cYFtQZwzw?t=4419</w:t>
      </w:r>
    </w:p>
    <w:p>
      <w:r>
        <w:rPr>
          <w:i/>
        </w:rPr>
        <w:t>“Why have Muslims failed to come out of empire-based thinking? What is your comment on this?”</w:t>
      </w:r>
    </w:p>
    <w:p>
      <w:r>
        <w:rPr>
          <w:sz w:val="20"/>
        </w:rPr>
        <w:t>1:13:39  miss sadia khan ne dilli se sawal kiya hai unhon ne likha hai why have muslims failed to come out of the empire based thinking what is your comment on this woh to wohi jo main ne pehle kaha hai blame goes to so called muslim readers is daur mein without exception jitne bhi hain likhne aur bolne wale musalmanon ke har aadmi wohi boli bolta hai</w:t>
      </w:r>
      <w:r>
        <w:br/>
      </w:r>
      <w:r>
        <w:rPr>
          <w:sz w:val="20"/>
        </w:rPr>
        <w:t>1:14:08  yani political pride ki boli aur tareekh ki boli sab agar koi ikhtilaf karta ho to woh naam bataye is ka jo is jo is nahi bolta is liye main kehta hoon ke is zamane ke logon ka islam jo hai history se derived hai scripture se derived nahi hai</w:t>
      </w:r>
      <w:r>
        <w:br/>
      </w:r>
      <w:r>
        <w:rPr>
          <w:sz w:val="20"/>
        </w:rPr>
        <w:t>1:14:32  abhi tak musalman jo hain history hi ko le le kar apna usay derive kar rahe hain apna islam</w:t>
      </w:r>
      <w:r>
        <w:br/>
      </w:r>
      <w:r>
        <w:rPr>
          <w:sz w:val="20"/>
        </w:rPr>
        <w:t>1:14:38  iscripture se nahi le rahe hain to is jab tak yeh rahega tab tak yeh baqi rahe</w:t>
      </w:r>
      <w:r>
        <w:br/>
      </w:r>
      <w:r>
        <w:rPr>
          <w:sz w:val="20"/>
        </w:rPr>
        <w:t>1:14:43  gi mera manna hai ke history ko aap manen relative party of islam waqti temporary phase of islam</w:t>
      </w:r>
      <w:r>
        <w:br/>
      </w:r>
      <w:r>
        <w:rPr>
          <w:sz w:val="20"/>
        </w:rPr>
        <w:t>1:14:51  yani empire ko aap manen ke that was a temporary phase of muslim history woh woh koi permanent</w:t>
      </w:r>
      <w:r>
        <w:br/>
      </w:r>
      <w:r>
        <w:rPr>
          <w:sz w:val="20"/>
        </w:rPr>
        <w:t>1:15:00  cheez nahi thi aur quran aur hadith to loot rahe hain nahi to yeh sab baqi rahega</w:t>
      </w:r>
    </w:p>
    <w:p>
      <w:pPr>
        <w:pStyle w:val="Heading2"/>
      </w:pPr>
      <w:r>
        <w:t>Muslims' isolation prevents sharing Quran wisdom in dialogue</w:t>
      </w:r>
    </w:p>
    <w:p>
      <w:r>
        <w:rPr>
          <w:color w:val="666666"/>
          <w:sz w:val="18"/>
        </w:rPr>
        <w:t>Society &amp; Dawah · The Deeper Meaning of The Quran 18 Aug 2019 - Maulana Wahiduddin Khan · 1m 11s · at 36:21 · https://youtu.be/EYyhbiR_ZIQ?t=2181</w:t>
      </w:r>
    </w:p>
    <w:p>
      <w:r>
        <w:rPr>
          <w:i/>
        </w:rPr>
        <w:t>“Maulana, interfaith dialogue requires Muslims to interact with people of other faiths like Hindus, Christians, Jews, etc. But Muslims remain in their own circle and as a result, wisdom of the Quran does not get shared with them. Why do Muslims at large have such a mindset and what is the solution?”</w:t>
      </w:r>
    </w:p>
    <w:p>
      <w:r>
        <w:rPr>
          <w:sz w:val="20"/>
        </w:rPr>
        <w:t>36:21  Yeh sawal Andhra se bheja hai Irshad Hussain sahib ne. Unhon ne likha hai: "Maulana, interfaith dialogue requires Muslims to interact with people of other faiths like Hindus, Christians, Jews, etc.</w:t>
      </w:r>
      <w:r>
        <w:br/>
      </w:r>
      <w:r>
        <w:rPr>
          <w:sz w:val="20"/>
        </w:rPr>
        <w:t>36:41  But Muslims remain in their own circle and as a result, wisdom of the Quran does not get shared with them.</w:t>
      </w:r>
      <w:r>
        <w:br/>
      </w:r>
      <w:r>
        <w:rPr>
          <w:sz w:val="20"/>
        </w:rPr>
        <w:t>36:51  Maulana, why do Muslims at large have such a mindset and what is the solu</w:t>
      </w:r>
      <w:r>
        <w:br/>
      </w:r>
      <w:r>
        <w:rPr>
          <w:sz w:val="20"/>
        </w:rPr>
        <w:t>36:57  tion to this?" Dekhiye, yeh mindset Islam ka mindset nahi hai. You have to differentiate between Islam and Muslims.</w:t>
      </w:r>
      <w:r>
        <w:br/>
      </w:r>
      <w:r>
        <w:rPr>
          <w:sz w:val="20"/>
        </w:rPr>
        <w:t>37:12  Musalmanon mein baad ke zamane mein yeh cheez develop hui. Ab hum koshish karein ke log wapas hon true Islam ki taraf, Sahaba ke zamane ke Islam ki taraf.</w:t>
      </w:r>
    </w:p>
    <w:p>
      <w:pPr>
        <w:pStyle w:val="Heading2"/>
      </w:pPr>
      <w:r>
        <w:t>Muslims' view on America as friend</w:t>
      </w:r>
    </w:p>
    <w:p>
      <w:r>
        <w:rPr>
          <w:color w:val="666666"/>
          <w:sz w:val="18"/>
        </w:rPr>
        <w:t>Society &amp; Dawah · War and Peace August 28, 2016 Maulana Wahiduddin Khan · 1m 07s · at 46:05 · https://youtu.be/8ViacW5xI3w?t=2765</w:t>
      </w:r>
    </w:p>
    <w:p>
      <w:r>
        <w:rPr>
          <w:i/>
        </w:rPr>
        <w:t>“Muslims say that we cannot consider America as our friend number one because they have killed so many people across the globe in the name of establishing peace. What is your view?”</w:t>
      </w:r>
    </w:p>
    <w:p>
      <w:r>
        <w:rPr>
          <w:sz w:val="20"/>
        </w:rPr>
        <w:t>46:05  may be able to discover the new ideas." Maulana, agla sawal Delhi se Ajay Dwivedi sahab ne kiya</w:t>
      </w:r>
      <w:r>
        <w:br/>
      </w:r>
      <w:r>
        <w:rPr>
          <w:sz w:val="20"/>
        </w:rPr>
        <w:t>46:11  hai, unhon ne likha hai: "Maulana sahab, Muslims say that we cannot consider America as our friend number</w:t>
      </w:r>
      <w:r>
        <w:br/>
      </w:r>
      <w:r>
        <w:rPr>
          <w:sz w:val="20"/>
        </w:rPr>
        <w:t>46:17  one because they have killed so many people across the globe in the name of establishing peace.</w:t>
      </w:r>
      <w:r>
        <w:br/>
      </w:r>
      <w:r>
        <w:rPr>
          <w:sz w:val="20"/>
        </w:rPr>
        <w:t>46:24  Secondly, it was America which used atomic bomb against Japan. It seems America is the biggest enemy of mankind. What is your opinion on these claims?</w:t>
      </w:r>
      <w:r>
        <w:br/>
      </w:r>
      <w:r>
        <w:rPr>
          <w:sz w:val="20"/>
        </w:rPr>
        <w:t>46:36  "dekhen, yeh sab jhoote references hain, yeh log baaton ko detailed study karte nahin.</w:t>
      </w:r>
      <w:r>
        <w:br/>
      </w:r>
      <w:r>
        <w:rPr>
          <w:sz w:val="20"/>
        </w:rPr>
        <w:t>46:42  America kya hai, kisi bhi shakhs ne is ki detailed study ki, maine is ki bohat gehrai</w:t>
      </w:r>
      <w:r>
        <w:br/>
      </w:r>
      <w:r>
        <w:rPr>
          <w:sz w:val="20"/>
        </w:rPr>
        <w:t>46:48  ke sath study ki hai.</w:t>
      </w:r>
      <w:r>
        <w:br/>
      </w:r>
      <w:r>
        <w:rPr>
          <w:sz w:val="20"/>
        </w:rPr>
        <w:t>46:54  to aur is par maine likha hai, kafi aap meri kitab "Idara Deen" parhiye, yeh sab jo</w:t>
      </w:r>
      <w:r>
        <w:br/>
      </w:r>
      <w:r>
        <w:rPr>
          <w:sz w:val="20"/>
        </w:rPr>
        <w:t>47:00  references hain, woh de rahe hain, sab jhoote references hain.</w:t>
      </w:r>
      <w:r>
        <w:br/>
      </w:r>
      <w:r>
        <w:rPr>
          <w:sz w:val="20"/>
        </w:rPr>
        <w:t>47:06  pehley aap meri kitab parh lijiye "Idara Deen", is ke baad sawal kijiye.</w:t>
      </w:r>
    </w:p>
    <w:p>
      <w:pPr>
        <w:pStyle w:val="Heading2"/>
      </w:pPr>
      <w:r>
        <w:t>Nationalism in light of Islamic teachings</w:t>
      </w:r>
    </w:p>
    <w:p>
      <w:r>
        <w:rPr>
          <w:color w:val="666666"/>
          <w:sz w:val="18"/>
        </w:rPr>
        <w:t>Society &amp; Dawah · Man and Paradise August 18, 2013 · 1m 31s · at 46:18 · https://youtu.be/v7eX25YAjDU?t=2778</w:t>
      </w:r>
    </w:p>
    <w:p>
      <w:r>
        <w:rPr>
          <w:i/>
        </w:rPr>
        <w:t>“Please guide about nationalism in the light of Islamic teachings. Is nationalism shirk in Islam?”</w:t>
      </w:r>
    </w:p>
    <w:p>
      <w:r>
        <w:rPr>
          <w:sz w:val="20"/>
        </w:rPr>
        <w:t>46:18  molana, agla sawal hai shahnawaz zafar sahib ka dilli se. unhon ne aap se poocha hai: "Please guide about nationalism in the light of Islamic teachings.</w:t>
      </w:r>
      <w:r>
        <w:br/>
      </w:r>
      <w:r>
        <w:rPr>
          <w:sz w:val="20"/>
        </w:rPr>
        <w:t>46:30  Is nationalism shirk in Islam?" hargiz nahi, yeh sab jhooti baatein hain. jin logon ne aisi kitabein likhi hain jis mein nationalism ko shirk bataya hai, un ko farz tha ke woh na bolen.</w:t>
      </w:r>
      <w:r>
        <w:br/>
      </w:r>
      <w:r>
        <w:rPr>
          <w:sz w:val="20"/>
        </w:rPr>
        <w:t>46:43  woh</w:t>
      </w:r>
      <w:r>
        <w:br/>
      </w:r>
      <w:r>
        <w:rPr>
          <w:sz w:val="20"/>
        </w:rPr>
        <w:t>46:45  yeh woh log hain, mein janta hoon kaun log hain. yeh nationalism ko shirk bataya, democracy ko qanoon Islamic bataya, secularism ko qanoon Islamic bataya. inhi logon ne yeh sab kiya hai ke har aadmi ko nafrat mein mubtala kar diya hai.</w:t>
      </w:r>
      <w:r>
        <w:br/>
      </w:r>
      <w:r>
        <w:rPr>
          <w:sz w:val="20"/>
        </w:rPr>
        <w:t>46:58  aaj kal saare musalman jo hain, nafrat karte hain western world se, doosri qomon se, kyunke woh samajhte hain ke yeh to taghoot hai, yeh to secular log hain, yeh to falan log hain.</w:t>
      </w:r>
      <w:r>
        <w:br/>
      </w:r>
      <w:r>
        <w:rPr>
          <w:sz w:val="20"/>
        </w:rPr>
        <w:t>47:11  to</w:t>
      </w:r>
      <w:r>
        <w:br/>
      </w:r>
      <w:r>
        <w:rPr>
          <w:sz w:val="20"/>
        </w:rPr>
        <w:t>47:12  yeh is tarah ki jo kitabein jinhon ne likhi hain, mein to samajhta hoon ke unhon ne unhon ne ek aisa kaam kiya jis ke unhein right nahi tha ke baghair jaane yeh bol rahe hain, baghair jaane kitabein likh rahe hain.</w:t>
      </w:r>
      <w:r>
        <w:br/>
      </w:r>
      <w:r>
        <w:rPr>
          <w:sz w:val="20"/>
        </w:rPr>
        <w:t>47:24  to nationalism ghair Islami nahi hai, secularism ghair Islami nahi hai, democracy ghair Islami nahi hai. yeh sab baatein jo log kehte hain, woh woh na to Islam ko jante hain, na nationalism aur secularism ko jante hain.</w:t>
      </w:r>
      <w:r>
        <w:br/>
      </w:r>
      <w:r>
        <w:rPr>
          <w:sz w:val="20"/>
        </w:rPr>
        <w:t>47:37  woh dono se bekhabar hain. woh</w:t>
      </w:r>
      <w:r>
        <w:br/>
      </w:r>
      <w:r>
        <w:rPr>
          <w:sz w:val="20"/>
        </w:rPr>
        <w:t>47:40  agar aap ko tafseel janna hai in baaton ki to hum, hamari meri kitabon mein tafseel maujood hai, aap us ko padh lijie.</w:t>
      </w:r>
    </w:p>
    <w:p>
      <w:pPr>
        <w:pStyle w:val="Heading2"/>
      </w:pPr>
      <w:r>
        <w:t>Need for a new history of Islam</w:t>
      </w:r>
    </w:p>
    <w:p>
      <w:r>
        <w:rPr>
          <w:color w:val="666666"/>
          <w:sz w:val="18"/>
        </w:rPr>
        <w:t>Society &amp; Dawah · Wisdom of Hadith September 11, 2016 · 1m 07s · at 47:01 · https://youtu.be/XPxlLv2_q1o?t=2821</w:t>
      </w:r>
    </w:p>
    <w:p>
      <w:r>
        <w:rPr>
          <w:i/>
        </w:rPr>
        <w:t>“You repeatedly write in your writings that a new history of Islam has to be made, a new history of Islam.”</w:t>
      </w:r>
    </w:p>
    <w:p>
      <w:r>
        <w:rPr>
          <w:sz w:val="20"/>
        </w:rPr>
        <w:t>47:01  ji Maulana sahib, agla sawal kya hai Maulana Iqbal Umri ne Chennai se aur unhone likha hai</w:t>
      </w:r>
      <w:r>
        <w:br/>
      </w:r>
      <w:r>
        <w:rPr>
          <w:sz w:val="20"/>
        </w:rPr>
        <w:t>47:07  ke aap apni writings mein bar bar likhte hain ke Islam ki nai tareekh banani hai, a new</w:t>
      </w:r>
      <w:r>
        <w:br/>
      </w:r>
      <w:r>
        <w:rPr>
          <w:sz w:val="20"/>
        </w:rPr>
        <w:t>47:13  history of Islam .</w:t>
      </w:r>
      <w:r>
        <w:br/>
      </w:r>
      <w:r>
        <w:rPr>
          <w:sz w:val="20"/>
        </w:rPr>
        <w:t>47:19  is ka kya matlab hai, is ki wazahat karein.</w:t>
      </w:r>
      <w:r>
        <w:br/>
      </w:r>
      <w:r>
        <w:rPr>
          <w:sz w:val="20"/>
        </w:rPr>
        <w:t>47:25  is ka matlab hai ke mabni par dawat-e-Islam ko le kar uthna hai.</w:t>
      </w:r>
      <w:r>
        <w:br/>
      </w:r>
      <w:r>
        <w:rPr>
          <w:sz w:val="20"/>
        </w:rPr>
        <w:t>47:31  ابھی ہم مبنی پر قتال کی دعوت کے لیے اٹھے ہوئے ہیں, here you are lying, here you</w:t>
      </w:r>
      <w:r>
        <w:br/>
      </w:r>
      <w:r>
        <w:rPr>
          <w:sz w:val="20"/>
        </w:rPr>
        <w:t>47:38  are lying, suicide bombing .</w:t>
      </w:r>
      <w:r>
        <w:br/>
      </w:r>
      <w:r>
        <w:rPr>
          <w:sz w:val="20"/>
        </w:rPr>
        <w:t>47:44  yeh to fail ho gaya, yeh yeh to fail ho chuka.</w:t>
      </w:r>
      <w:r>
        <w:br/>
      </w:r>
      <w:r>
        <w:rPr>
          <w:sz w:val="20"/>
        </w:rPr>
        <w:t>47:50  ab is Islam ko le kar uthiye jis mein mohabbat hai, dawat hai, insaan ki khair khwahi hai,</w:t>
      </w:r>
      <w:r>
        <w:br/>
      </w:r>
      <w:r>
        <w:rPr>
          <w:sz w:val="20"/>
        </w:rPr>
        <w:t>47:56  peace hai, peaceful planning hai.</w:t>
      </w:r>
      <w:r>
        <w:br/>
      </w:r>
      <w:r>
        <w:rPr>
          <w:sz w:val="20"/>
        </w:rPr>
        <w:t>48:02  is Islam ko le kar uthiye to nai tareekh banegi.</w:t>
      </w:r>
    </w:p>
    <w:p>
      <w:pPr>
        <w:pStyle w:val="Heading2"/>
      </w:pPr>
      <w:r>
        <w:t>Need for predecessors' sayings in dawah</w:t>
      </w:r>
    </w:p>
    <w:p>
      <w:r>
        <w:rPr>
          <w:color w:val="666666"/>
          <w:sz w:val="18"/>
        </w:rPr>
        <w:t>Society &amp; Dawah · Divine Law of Success 14th October 2012 Slow · 1m 35s · at 1:32:08 · https://youtu.be/2zXfZhIf1jA?t=5528</w:t>
      </w:r>
    </w:p>
    <w:p>
      <w:r>
        <w:rPr>
          <w:i/>
        </w:rPr>
        <w:t>“How correct is this point of view? That for self-purification and dawah, neither the sayings of the predecessors nor any specific methodology is needed.”</w:t>
      </w:r>
    </w:p>
    <w:p>
      <w:r>
        <w:rPr>
          <w:sz w:val="20"/>
        </w:rPr>
        <w:t>1:32:08  maulana, agla sawal aaya hai abu zikra umri sahab ka hyderabad se.</w:t>
      </w:r>
      <w:r>
        <w:br/>
      </w:r>
      <w:r>
        <w:rPr>
          <w:sz w:val="20"/>
        </w:rPr>
        <w:t>1:32:13  unhone likha hai: maulana, yeh point of view kahan tak sahi hai? tazkiya aur dawat ke liye</w:t>
      </w:r>
      <w:r>
        <w:br/>
      </w:r>
      <w:r>
        <w:rPr>
          <w:sz w:val="20"/>
        </w:rPr>
        <w:t>1:32:18  na aqwal e salaf ki zaroorat hai, na kisi khaas minhaj ki.</w:t>
      </w:r>
      <w:r>
        <w:br/>
      </w:r>
      <w:r>
        <w:rPr>
          <w:sz w:val="20"/>
        </w:rPr>
        <w:t>1:32:24  ehtesab, a akhirat ka dar ho, quran aur hadith ka gehra mutala aur dua kafi hai.</w:t>
      </w:r>
      <w:r>
        <w:br/>
      </w:r>
      <w:r>
        <w:rPr>
          <w:sz w:val="20"/>
        </w:rPr>
        <w:t>1:32:29  kya yeh sahi hai? usooli taur par toh yeh baat sahi hai.</w:t>
      </w:r>
      <w:r>
        <w:br/>
      </w:r>
      <w:r>
        <w:rPr>
          <w:sz w:val="20"/>
        </w:rPr>
        <w:t>1:32:34  usooli taur par aap is par amal kar ke dekhiye.</w:t>
      </w:r>
      <w:r>
        <w:br/>
      </w:r>
      <w:r>
        <w:rPr>
          <w:sz w:val="20"/>
        </w:rPr>
        <w:t>1:32:40  agar nateeja musbat nikal raha ho to is ki tasdeeq ho jayegi.</w:t>
      </w:r>
      <w:r>
        <w:br/>
      </w:r>
      <w:r>
        <w:rPr>
          <w:sz w:val="20"/>
        </w:rPr>
        <w:t>1:32:45  yeh sahih hai.</w:t>
      </w:r>
      <w:r>
        <w:br/>
      </w:r>
      <w:r>
        <w:rPr>
          <w:sz w:val="20"/>
        </w:rPr>
        <w:t>1:32:50  baqaida usooli tor par mein is ko durust samajhta hoon ke tazkiya hota hai Allah ki ki rehmat se.</w:t>
      </w:r>
      <w:r>
        <w:br/>
      </w:r>
      <w:r>
        <w:rPr>
          <w:sz w:val="20"/>
        </w:rPr>
        <w:t>1:32:55  hum jitna zyada Allah se taalluq qaim karenge, jitna duaen karenge, jitna zyada Allah ki ibadat</w:t>
      </w:r>
      <w:r>
        <w:br/>
      </w:r>
      <w:r>
        <w:rPr>
          <w:sz w:val="20"/>
        </w:rPr>
        <w:t>1:33:01  karenge, to Allah ki taraf se tazkiya aata hai.</w:t>
      </w:r>
      <w:r>
        <w:br/>
      </w:r>
      <w:r>
        <w:rPr>
          <w:sz w:val="20"/>
        </w:rPr>
        <w:t>1:33:06  kisi buzurg ki taraf se nahi aata, kisi ke daaman thaamne se nahi aata, kisi ke haath par</w:t>
      </w:r>
      <w:r>
        <w:br/>
      </w:r>
      <w:r>
        <w:rPr>
          <w:sz w:val="20"/>
        </w:rPr>
        <w:t>1:33:11  baiat karne se nahi aata.</w:t>
      </w:r>
      <w:r>
        <w:br/>
      </w:r>
      <w:r>
        <w:rPr>
          <w:sz w:val="20"/>
        </w:rPr>
        <w:t>1:33:17  tazkiya yeh sab tasawwurat jo hain, yeh bilkul yani mazahab ke taur par aaye hain doosre mazahib se</w:t>
      </w:r>
      <w:r>
        <w:br/>
      </w:r>
      <w:r>
        <w:rPr>
          <w:sz w:val="20"/>
        </w:rPr>
        <w:t>1:33:22  ke Hazrat ne aap ko nigah daal di aap ke upar to bas ab tazkiya ho gaya.</w:t>
      </w:r>
      <w:r>
        <w:br/>
      </w:r>
      <w:r>
        <w:rPr>
          <w:sz w:val="20"/>
        </w:rPr>
        <w:t>1:33:27  yeh bilkul be haqeeqat baaten hain.</w:t>
      </w:r>
      <w:r>
        <w:br/>
      </w:r>
      <w:r>
        <w:rPr>
          <w:sz w:val="20"/>
        </w:rPr>
        <w:t>1:33:32  tazkiya Allah taala ki karamat hai aur woh is bande ko pahunchti hai jo dua aur zikr ke</w:t>
      </w:r>
      <w:r>
        <w:br/>
      </w:r>
      <w:r>
        <w:rPr>
          <w:sz w:val="20"/>
        </w:rPr>
        <w:t>1:33:38  zariye Allah se taalluq qaim kare.</w:t>
      </w:r>
    </w:p>
    <w:p>
      <w:pPr>
        <w:pStyle w:val="Heading2"/>
      </w:pPr>
      <w:r>
        <w:t>Need for secular education in madrasas</w:t>
      </w:r>
    </w:p>
    <w:p>
      <w:r>
        <w:rPr>
          <w:color w:val="666666"/>
          <w:sz w:val="18"/>
        </w:rPr>
        <w:t>Society &amp; Dawah · Importance of Patience October 26, 2014 · 1m 40s · at 1:17:44 · https://youtu.be/XdOlp9-fPG0?t=4664</w:t>
      </w:r>
    </w:p>
    <w:p>
      <w:r>
        <w:rPr>
          <w:i/>
        </w:rPr>
        <w:t>“Mawlana, is secular education necessary in madrasas or not? What is your opinion about this? Please explain.”</w:t>
      </w:r>
    </w:p>
    <w:p>
      <w:r>
        <w:rPr>
          <w:sz w:val="20"/>
        </w:rPr>
        <w:t>1:17:44  . maulana, agla sawal dilli se hai abrar sahab ka, aur unhone likha hai: "maulana, madaris mein secular education ki zaroorat hai ya nahi?</w:t>
      </w:r>
      <w:r>
        <w:br/>
      </w:r>
      <w:r>
        <w:rPr>
          <w:sz w:val="20"/>
        </w:rPr>
        <w:t>1:17:55  aap ki kya rai hai is ke bare mein bataen?" yeh madaris ke nisaab mein main nahi kehta ke secular education zaroorat hai, lekin madaris mein yeh haal hai ke log kharji kitabon ko padhne se mana karte hain.</w:t>
      </w:r>
      <w:r>
        <w:br/>
      </w:r>
      <w:r>
        <w:rPr>
          <w:sz w:val="20"/>
        </w:rPr>
        <w:t>1:18:11  yeh yeh bahut galat riwayat hai ke bas woh jo, yaani jis ko kehte hain mutoon, bas mutoon ko padho.</w:t>
      </w:r>
      <w:r>
        <w:br/>
      </w:r>
      <w:r>
        <w:rPr>
          <w:sz w:val="20"/>
        </w:rPr>
        <w:t>1:18:22  to yeh to bilkul galat tareeqa hai. aap mutoon ko padhaiye, lekin talib ilm ko aazadi ho ke doosri cheezen padhe. woh aap aap ke haan jo library hai, jaise collegeon, institute, libraryan hoti hain, har qism ki kitaben wahan hoti hain.</w:t>
      </w:r>
      <w:r>
        <w:br/>
      </w:r>
      <w:r>
        <w:rPr>
          <w:sz w:val="20"/>
        </w:rPr>
        <w:t>1:18:36  to aap ki is mein bhi har qism ki kitaben hon.</w:t>
      </w:r>
      <w:r>
        <w:br/>
      </w:r>
      <w:r>
        <w:rPr>
          <w:sz w:val="20"/>
        </w:rPr>
        <w:t>1:18:40  to kharji matlab mein har cheez padhna chahiye, lekin jahan tak syllabus ki baat hai, to syllabus mein mujhe koi aitraaz nahi hai.</w:t>
      </w:r>
      <w:r>
        <w:br/>
      </w:r>
      <w:r>
        <w:rPr>
          <w:sz w:val="20"/>
        </w:rPr>
        <w:t>1:18:50  mujhe aitraaz is par hai ke madaris mein yeh mahaul hai ke kuch aur mat padho, kuch aur mat padho. yeh mahaul bahut hi galat hai. is ki wajah se logon ke andar stagnation aata hai,</w:t>
      </w:r>
      <w:r>
        <w:br/>
      </w:r>
      <w:r>
        <w:rPr>
          <w:sz w:val="20"/>
        </w:rPr>
        <w:t>1:19:03  duniya se bekhabar rehte hain,</w:t>
      </w:r>
      <w:r>
        <w:br/>
      </w:r>
      <w:r>
        <w:rPr>
          <w:sz w:val="20"/>
        </w:rPr>
        <w:t>1:19:07  aur is kuch kuch jante nahi ke duniya mein kya ho raha hai, kis age mein hain, woh us se bekhabar rehte hain. to main jo chahta hoon, woh us ko kharji matlab ke aitbar se hai, nisaab ke aitbar se nahi hai.</w:t>
      </w:r>
    </w:p>
    <w:p>
      <w:pPr>
        <w:pStyle w:val="Heading2"/>
      </w:pPr>
      <w:r>
        <w:t>No nifas in Islam, follow din and dawah?</w:t>
      </w:r>
    </w:p>
    <w:p>
      <w:r>
        <w:rPr>
          <w:color w:val="666666"/>
          <w:sz w:val="18"/>
        </w:rPr>
        <w:t>Society &amp; Dawah · The Lesson of History September 21, 2014 · 1m 36s · at 1:22:30 · https://youtu.be/aMVHLKMkhcQ?t=4950</w:t>
      </w:r>
    </w:p>
    <w:p>
      <w:r>
        <w:rPr>
          <w:i/>
        </w:rPr>
        <w:t>“It is a fact that there is no nifas in Islam. Can we say we have to follow din and educate others on din and da'wah?”</w:t>
      </w:r>
    </w:p>
    <w:p>
      <w:r>
        <w:rPr>
          <w:sz w:val="20"/>
        </w:rPr>
        <w:t>1:22:30  maulana, agla sawal dilli se hai. Ms. naghma siddiqui ne kiya hai. aur unhone likha hai ke it is a fact that there is no nifas in islam.</w:t>
      </w:r>
      <w:r>
        <w:br/>
      </w:r>
      <w:r>
        <w:rPr>
          <w:sz w:val="20"/>
        </w:rPr>
        <w:t>1:22:41  can we say we have to follow din and educate others on din and da'wah?</w:t>
      </w:r>
      <w:r>
        <w:br/>
      </w:r>
      <w:r>
        <w:rPr>
          <w:sz w:val="20"/>
        </w:rPr>
        <w:t>1:22:47  implementation kehte hain urdu mein nifaz. dekhen, ek hai nifaz, ek hai pairvi. ek hai implementation, ek hai follow karna.</w:t>
      </w:r>
      <w:r>
        <w:br/>
      </w:r>
      <w:r>
        <w:rPr>
          <w:sz w:val="20"/>
        </w:rPr>
        <w:t>1:23:00  to yaad rakhiye, jo bhi talimat e islam ki hain, woh sab ki sab pairvi karne ke liye hain.</w:t>
      </w:r>
      <w:r>
        <w:br/>
      </w:r>
      <w:r>
        <w:rPr>
          <w:sz w:val="20"/>
        </w:rPr>
        <w:t>1:23:11  pairvi karna, unko nafiz karna nahin hai.</w:t>
      </w:r>
      <w:r>
        <w:br/>
      </w:r>
      <w:r>
        <w:rPr>
          <w:sz w:val="20"/>
        </w:rPr>
        <w:t>1:23:15  albata agar allah taala aise halaat paida karen ke kahin kisi kisi musalman ko hakim ka darja mil jaye, to hakim hone ki hesiyat se iske farz hoga ke woh dekhe samaj mein ke burai na phailay.</w:t>
      </w:r>
      <w:r>
        <w:br/>
      </w:r>
      <w:r>
        <w:rPr>
          <w:sz w:val="20"/>
        </w:rPr>
        <w:t>1:23:33  burai mein isha'at e fahisha na ho. to agar isko allah taala ne hakim ki seat par pahuncha diya, tab yeh nahin hai ke aap hakim banne ke liye tehrikain chalayen.</w:t>
      </w:r>
      <w:r>
        <w:br/>
      </w:r>
      <w:r>
        <w:rPr>
          <w:sz w:val="20"/>
        </w:rPr>
        <w:t>1:23:45  dekhen, dono baaten alag alag hain. ek hai hakim banne ki tehrik chalana, woh islam mein nahin hai. lekin agar halaat ke tehat wa imma annu'umu fil ard allah taala aise halaat paida kare ke aap hakim ki seat par pahunchayen, to aap ka yeh farz hoga ke aap isha'at e fahisha ko roken.</w:t>
      </w:r>
    </w:p>
    <w:p>
      <w:pPr>
        <w:pStyle w:val="Heading2"/>
      </w:pPr>
      <w:r>
        <w:t>Non-Muslim colleague asked about Islam</w:t>
      </w:r>
    </w:p>
    <w:p>
      <w:r>
        <w:rPr>
          <w:color w:val="666666"/>
          <w:sz w:val="18"/>
        </w:rPr>
        <w:t>Society &amp; Dawah · Islam in A New Age August 30, 2020 Maulana Wahiduddin Khan · 1m 00s · at 37:53 · https://youtu.be/R2EEb2xSIcA?t=2273</w:t>
      </w:r>
    </w:p>
    <w:p>
      <w:r>
        <w:rPr>
          <w:i/>
        </w:rPr>
        <w:t>“One of my non-Muslim colleagues in office asked me about how Islam...”</w:t>
      </w:r>
    </w:p>
    <w:p>
      <w:r>
        <w:rPr>
          <w:sz w:val="20"/>
        </w:rPr>
        <w:t>37:53  maulana, agla sawal yeh lete hain. yeh sawal bilaspur se riyazuddin khan sahib ne bheja hai. unhon ne likha hai: maulana, one of my non muslim colleagues in office asked me that how islam</w:t>
      </w:r>
    </w:p>
    <w:p>
      <w:pPr>
        <w:pStyle w:val="Heading2"/>
      </w:pPr>
      <w:r>
        <w:t>Non-confrontation model in non-Muslim countries</w:t>
      </w:r>
    </w:p>
    <w:p>
      <w:r>
        <w:rPr>
          <w:color w:val="666666"/>
          <w:sz w:val="18"/>
        </w:rPr>
        <w:t>Society &amp; Dawah · Sahaba and Muhaddithin 24th June 2012 - Maulana Wahiduddin Khan · 1m 41s · at 1:36:47 · https://youtu.be/tUPo7MI0Bdo?t=5807</w:t>
      </w:r>
    </w:p>
    <w:p>
      <w:r>
        <w:rPr>
          <w:i/>
        </w:rPr>
        <w:t>“Is the non-confrontation model of the Muhadditheen applicable in non-Muslim countries as this is a pre-government period? Secondly, can the confrontation with the colonial government be compared with the Muhadditheen's non-confrontation model?”</w:t>
      </w:r>
    </w:p>
    <w:p>
      <w:r>
        <w:rPr>
          <w:sz w:val="20"/>
        </w:rPr>
        <w:t>1:36:47  Maulana, agla sawal Delhi se hai, Mr. Yahya Qamar sahib ka.</w:t>
      </w:r>
      <w:r>
        <w:br/>
      </w:r>
      <w:r>
        <w:rPr>
          <w:sz w:val="20"/>
        </w:rPr>
        <w:t>1:36:52  unhon ne likha hai: "is non confrontation model of muhaddiseen applicable in non muslim countries as this is pre government period?</w:t>
      </w:r>
      <w:r>
        <w:br/>
      </w:r>
      <w:r>
        <w:rPr>
          <w:sz w:val="20"/>
        </w:rPr>
        <w:t>1:37:04  secondly, can the confrontation with istiamari government be compared with muhaddiseen non confrontation model?"</w:t>
      </w:r>
      <w:r>
        <w:br/>
      </w:r>
      <w:r>
        <w:rPr>
          <w:sz w:val="20"/>
        </w:rPr>
        <w:t>1:37:15  yeh sawal bilkul ghair mutalliq hai. masla yeh nahi ke muslim hukumat ho to aap takrao nahi karenge, aur doosre logon se aap takrao karenge.</w:t>
      </w:r>
      <w:r>
        <w:br/>
      </w:r>
      <w:r>
        <w:rPr>
          <w:sz w:val="20"/>
        </w:rPr>
        <w:t>1:37:27  kisi bhi hukumat mein agar aap ko mawaqe hasil hain to aap ko takrao haram hai, haram! chahe India ho ya America ho.</w:t>
      </w:r>
      <w:r>
        <w:br/>
      </w:r>
      <w:r>
        <w:rPr>
          <w:sz w:val="20"/>
        </w:rPr>
        <w:t>1:37:37  asal masla yeh nahi ke woh</w:t>
      </w:r>
      <w:r>
        <w:br/>
      </w:r>
      <w:r>
        <w:rPr>
          <w:sz w:val="20"/>
        </w:rPr>
        <w:t>1:37:39  hukumat jo baitha hua hai, woh muslim hai ya non muslim, seat par us se koi bas nahi hai. bas sirf yeh hai ke freedom of religion hai ke nahi hai?</w:t>
      </w:r>
      <w:r>
        <w:br/>
      </w:r>
      <w:r>
        <w:rPr>
          <w:sz w:val="20"/>
        </w:rPr>
        <w:t>1:37:51  jab hai to bas phir haram ho gaya. woh jaise muhaddiseen ke zamane mein</w:t>
      </w:r>
      <w:r>
        <w:br/>
      </w:r>
      <w:r>
        <w:rPr>
          <w:sz w:val="20"/>
        </w:rPr>
        <w:t>1:37:57  muslim hukmaran the, sahi hai, lekin aaj jo hai non hukmaran hain, yeh non muslim hain, bhi sahi hai, lekin illat to mushtarak hai. illat mushtarak hai, yaani mawaqe kar jo woh de raha ho,</w:t>
      </w:r>
      <w:r>
        <w:br/>
      </w:r>
      <w:r>
        <w:rPr>
          <w:sz w:val="20"/>
        </w:rPr>
        <w:t>1:38:11  us se takrao nahi kiya jayega.</w:t>
      </w:r>
      <w:r>
        <w:br/>
      </w:r>
      <w:r>
        <w:rPr>
          <w:sz w:val="20"/>
        </w:rPr>
        <w:t>1:38:14  yaani opportunity khuli rahein aur freedom of religion maujood ho to phir takrao haram ho jayega, chahe woh America ho ya India ho ya koi aur mulk ho.</w:t>
      </w:r>
    </w:p>
    <w:p>
      <w:pPr>
        <w:pStyle w:val="Heading2"/>
      </w:pPr>
      <w:r>
        <w:t>Obama speech as divine warning</w:t>
      </w:r>
    </w:p>
    <w:p>
      <w:r>
        <w:rPr>
          <w:color w:val="666666"/>
          <w:sz w:val="18"/>
        </w:rPr>
        <w:t>Society &amp; Dawah · Root Cause of Terrorism February 22, 2015 · 46s · at 45:21 · https://youtu.be/n0AIGEI7b9U?t=2721</w:t>
      </w:r>
    </w:p>
    <w:p>
      <w:r>
        <w:rPr>
          <w:i/>
        </w:rPr>
        <w:t>“Maulana, I think that Obama speech is more like a divine warning to all the sympathizers of political interpretation of Islam.”</w:t>
      </w:r>
    </w:p>
    <w:p>
      <w:r>
        <w:rPr>
          <w:sz w:val="20"/>
        </w:rPr>
        <w:t>45:21  woh maulana, agla ek sawal aaya hai maulana farhad umri ka dilli se aur unhon ne likha hai:</w:t>
      </w:r>
      <w:r>
        <w:br/>
      </w:r>
      <w:r>
        <w:rPr>
          <w:sz w:val="20"/>
        </w:rPr>
        <w:t>45:29  "مولانا، I think that Obama's speech is more like a divine warning to all the sympathizers of political</w:t>
      </w:r>
      <w:r>
        <w:br/>
      </w:r>
      <w:r>
        <w:rPr>
          <w:sz w:val="20"/>
        </w:rPr>
        <w:t>45:37  interpretation of Islam.</w:t>
      </w:r>
      <w:r>
        <w:br/>
      </w:r>
      <w:r>
        <w:rPr>
          <w:sz w:val="20"/>
        </w:rPr>
        <w:t>45:38  what is your comment on that?" ho sakta hai aisa ho, ho sakta hai.</w:t>
      </w:r>
      <w:r>
        <w:br/>
      </w:r>
      <w:r>
        <w:rPr>
          <w:sz w:val="20"/>
        </w:rPr>
        <w:t>45:44  baqi jo jo bane paaye hue hain ke woh cheez miss kar rahi hai, woh ya to kehte</w:t>
      </w:r>
      <w:r>
        <w:br/>
      </w:r>
      <w:r>
        <w:rPr>
          <w:sz w:val="20"/>
        </w:rPr>
        <w:t>45:52  hain ke ek parallel ideology hai jo logon ko inspire kar rahi hai, magar woh parallel ideology kya</w:t>
      </w:r>
      <w:r>
        <w:br/>
      </w:r>
      <w:r>
        <w:rPr>
          <w:sz w:val="20"/>
        </w:rPr>
        <w:t>46:00  hai, woh point out nahi kiya unhon ne.</w:t>
      </w:r>
      <w:r>
        <w:br/>
      </w:r>
      <w:r>
        <w:rPr>
          <w:sz w:val="20"/>
        </w:rPr>
        <w:t>46:03  woh is ko mein ne batane ki koshish ki hai.</w:t>
      </w:r>
    </w:p>
    <w:p>
      <w:pPr>
        <w:pStyle w:val="Heading2"/>
      </w:pPr>
      <w:r>
        <w:t>Opinion on Muslim status report and advice</w:t>
      </w:r>
    </w:p>
    <w:p>
      <w:r>
        <w:rPr>
          <w:color w:val="666666"/>
          <w:sz w:val="18"/>
        </w:rPr>
        <w:t>Society &amp; Dawah · Double Standards of Present-Day Muslims August 6, 2017 · 1m 14s · at 55:03 · https://youtu.be/k1NcZQpHTyg?t=3303</w:t>
      </w:r>
    </w:p>
    <w:p>
      <w:r>
        <w:rPr>
          <w:i/>
        </w:rPr>
        <w:t>“According to the Structure Committee report tabled in Parliament on 30th November 2006, the socio-economic and educational status of Muslims in India is abysmally low at all levels. What is your opinion on this report and your valuable advice to Indian Muslims and the Indian government as well in this regard?”</w:t>
      </w:r>
    </w:p>
    <w:p>
      <w:r>
        <w:rPr>
          <w:sz w:val="20"/>
        </w:rPr>
        <w:t>55:03  Maulana agla sawal Muhammad Rafiq Chogli ki taraf se. woh likhte hain ke "According to Structure Committee report tabled in Parliament on 30th November 2006, the socio-economic and educational status of Muslims in India is abysmally low at all levels." Maulana "What is your opinion on this report and your valuable advice to Indian Muslims and Indian government as well in this reg</w:t>
      </w:r>
      <w:r>
        <w:br/>
      </w:r>
      <w:r>
        <w:rPr>
          <w:sz w:val="20"/>
        </w:rPr>
        <w:t>55:32  ard?" dekhen, Structure Committee se mujhe koi matlab nahi hai. aap log dekhiye is ko aur jo chahe kijiye. mujhe to is se matlab hai ke Allah ne kaha hai ke musalman agar rahenge Islam ke raaste par to Allah un ki madad karega.</w:t>
      </w:r>
      <w:r>
        <w:br/>
      </w:r>
      <w:r>
        <w:rPr>
          <w:sz w:val="20"/>
        </w:rPr>
        <w:t>55:47  Structure Committee kya kehti hai, woh aap log janiye. main main is ko koi ahmiyat nahi deta. main ahmiyat is baat deta hoon ke "أَنْتُمُ الْعَلَوْنِ إِن كُنْتُمْ مُؤْمِنِينَ" agar tumhara imaan hoga to tum hi ghaib rahoge.</w:t>
      </w:r>
      <w:r>
        <w:br/>
      </w:r>
      <w:r>
        <w:rPr>
          <w:sz w:val="20"/>
        </w:rPr>
        <w:t>56:07  to mujhe to meri soch to yeh hai ke baqi Structure Committee kya kehti hai, woh aap log janiye. mera mera is se koi cursor nahi hai.</w:t>
      </w:r>
    </w:p>
    <w:p>
      <w:pPr>
        <w:pStyle w:val="Heading2"/>
      </w:pPr>
      <w:r>
        <w:t>Opinion on Salman Rushdie's visit</w:t>
      </w:r>
    </w:p>
    <w:p>
      <w:r>
        <w:rPr>
          <w:color w:val="666666"/>
          <w:sz w:val="18"/>
        </w:rPr>
        <w:t>Society &amp; Dawah · Islam in A New Age March 18, 2012 · 1m 30s · at 1:16:42 · https://youtu.be/P5hzq_NheY0?t=4602</w:t>
      </w:r>
    </w:p>
    <w:p>
      <w:r>
        <w:rPr>
          <w:i/>
        </w:rPr>
        <w:t>“Salman Rushdie has hurt the sentiments of Muslims by coming to India. What is your opinion about this? Would you like to invite him to your class, while it is said that he is an enemy of Muslims and Islam?”</w:t>
      </w:r>
    </w:p>
    <w:p>
      <w:r>
        <w:rPr>
          <w:sz w:val="20"/>
        </w:rPr>
        <w:t>1:16:42  Maulana, agla sawal Shah Imran, Mr Shah Imran Hasan ka hai, Delhi se. unhone likha hai: Salman Rushdie ne India mein aa kar musalmanon ke jazbat ko majrooh kiya hai.</w:t>
      </w:r>
      <w:r>
        <w:br/>
      </w:r>
      <w:r>
        <w:rPr>
          <w:sz w:val="20"/>
        </w:rPr>
        <w:t>1:16:56  is bare mein aap ki kya rai hai? kya aap unko apni class mein bulana chahenge,</w:t>
      </w:r>
      <w:r>
        <w:br/>
      </w:r>
      <w:r>
        <w:rPr>
          <w:sz w:val="20"/>
        </w:rPr>
        <w:t>1:17:02  jabke kaha jata hai ke woh musalman aur Islam ke dushman hain? koi dushman nahi hota. hum har ek ko badu samajhte hain. yeh nazariya hi galat hai ke woh dushman hai, woh conspirator hai.</w:t>
      </w:r>
      <w:r>
        <w:br/>
      </w:r>
      <w:r>
        <w:rPr>
          <w:sz w:val="20"/>
        </w:rPr>
        <w:t>1:17:15  yeh sab bilkul Islami soch nahi hai, yeh qaumi soch hai, qaumi. hum har insaan ko badu samajhte hain. har insaan ko chahte hain ke Allah ka paigham us ko pohanchaya jaye.</w:t>
      </w:r>
      <w:r>
        <w:br/>
      </w:r>
      <w:r>
        <w:rPr>
          <w:sz w:val="20"/>
        </w:rPr>
        <w:t>1:17:26  bas. aur kuch nahin. baqi kaun kya hai, woh Allah jaane, woh qayamat ke faisla is ka hoga. yeh yeh soch ko main bilkul baطل samjhta hoon, baطل.</w:t>
      </w:r>
      <w:r>
        <w:br/>
      </w:r>
      <w:r>
        <w:rPr>
          <w:sz w:val="20"/>
        </w:rPr>
        <w:t>1:17:38  ke logon ko kaha jaye ke yeh dost hai, yeh dushman hai, yeh saazishi hai, yeh falan, yeh sab bilkul jhooti soch hai.</w:t>
      </w:r>
      <w:r>
        <w:br/>
      </w:r>
      <w:r>
        <w:rPr>
          <w:sz w:val="20"/>
        </w:rPr>
        <w:t>1:17:45  bas do hi taqseem hai, daai aur badu. aur koi teesri soch, teesri category hai nahin. to hum na kisi ki nafrat karne ko jaiz samajhte, na kisi ko dushman kaha jaye, yeh is ko bhi jaiz nahin samajhte, is ko.</w:t>
      </w:r>
      <w:r>
        <w:br/>
      </w:r>
      <w:r>
        <w:rPr>
          <w:sz w:val="20"/>
        </w:rPr>
        <w:t>1:18:02  sab ke liye khair khwahi, sab ke liye dua, sab ko insan samajhna, sab ko Allah ka paigham pahunchana, yeh hai sahi Islami mizaj.</w:t>
      </w:r>
    </w:p>
    <w:p>
      <w:pPr>
        <w:pStyle w:val="Heading2"/>
      </w:pPr>
      <w:r>
        <w:t>Opinion on Syria and Aleppo situation</w:t>
      </w:r>
    </w:p>
    <w:p>
      <w:r>
        <w:rPr>
          <w:color w:val="666666"/>
          <w:sz w:val="18"/>
        </w:rPr>
        <w:t>Society &amp; Dawah · Prophetic Wisdom | May 01, 2016 · 1m 24s · at 45:39 · https://youtu.be/KrjwjAw03zw?t=2739</w:t>
      </w:r>
    </w:p>
    <w:p>
      <w:r>
        <w:rPr>
          <w:i/>
        </w:rPr>
        <w:t>“Maulana sahib, what would you say about the situation in Syria and Aleppo? Is it correct?”</w:t>
      </w:r>
    </w:p>
    <w:p>
      <w:r>
        <w:rPr>
          <w:sz w:val="20"/>
        </w:rPr>
        <w:t>45:39  hai to yeh bhi isi mein shamil hai Maulana agla sawal</w:t>
      </w:r>
      <w:r>
        <w:br/>
      </w:r>
      <w:r>
        <w:rPr>
          <w:sz w:val="20"/>
        </w:rPr>
        <w:t>45:47  aa jhabua Madhya Pradesh se kiya hai Adeeb Rizwan Al-Sabaq sahib ne aur unhon ne aap se poocha</w:t>
      </w:r>
      <w:r>
        <w:br/>
      </w:r>
      <w:r>
        <w:rPr>
          <w:sz w:val="20"/>
        </w:rPr>
        <w:t>45:53  hai ke Maulana sahib Sham aur Halab ke halaat par aap kya kahenge kya yeh sahi hai</w:t>
      </w:r>
      <w:r>
        <w:br/>
      </w:r>
      <w:r>
        <w:rPr>
          <w:sz w:val="20"/>
        </w:rPr>
        <w:t>45:59  ya galat dekhiye is par tabsarah karne ki zaroorat nahi hai aap ko maloom hai jo ho raha</w:t>
      </w:r>
      <w:r>
        <w:br/>
      </w:r>
      <w:r>
        <w:rPr>
          <w:sz w:val="20"/>
        </w:rPr>
        <w:t>46:05  hai mein aksar kaha karta hoon ke yeh sab ho raha hai unawareness ki wajah se bekhabari</w:t>
      </w:r>
      <w:r>
        <w:br/>
      </w:r>
      <w:r>
        <w:rPr>
          <w:sz w:val="20"/>
        </w:rPr>
        <w:t>46:12  ki wajah se</w:t>
      </w:r>
      <w:r>
        <w:br/>
      </w:r>
      <w:r>
        <w:rPr>
          <w:sz w:val="20"/>
        </w:rPr>
        <w:t>46:18  un ki bekhabari ko todiye to yeh halaat hamari aap ki zimmedari ko batate hain log</w:t>
      </w:r>
      <w:r>
        <w:br/>
      </w:r>
      <w:r>
        <w:rPr>
          <w:sz w:val="20"/>
        </w:rPr>
        <w:t>46:28  aksar doosron ka halat batane lagte hain nahi aise halaat mein aap apni zimmedari ko sochiye hum</w:t>
      </w:r>
      <w:r>
        <w:br/>
      </w:r>
      <w:r>
        <w:rPr>
          <w:sz w:val="20"/>
        </w:rPr>
        <w:t>46:38  hamare saathi yahi kar rahe hain hum in halaat ko</w:t>
      </w:r>
      <w:r>
        <w:br/>
      </w:r>
      <w:r>
        <w:rPr>
          <w:sz w:val="20"/>
        </w:rPr>
        <w:t>46:48  is aitbaar se lete hain ke hamari zimmedari ko bata rahe hain aur Inshallah har raat ke</w:t>
      </w:r>
      <w:r>
        <w:br/>
      </w:r>
      <w:r>
        <w:rPr>
          <w:sz w:val="20"/>
        </w:rPr>
        <w:t>46:56  baad subah aati hai to yahan bhi halaat badlenge zaroorat hai ke hum apna positive kaam jari</w:t>
      </w:r>
    </w:p>
    <w:p>
      <w:pPr>
        <w:pStyle w:val="Heading2"/>
      </w:pPr>
      <w:r>
        <w:t>Opinion on Women March in Pakistan</w:t>
      </w:r>
    </w:p>
    <w:p>
      <w:r>
        <w:rPr>
          <w:color w:val="666666"/>
          <w:sz w:val="18"/>
        </w:rPr>
        <w:t>Society &amp; Dawah · The Role of a Woman March 8, 2020 Maulana Wahiduddin Khan · 1m 04s · at 27:12 · https://youtu.be/aBPy_KTsk1A?t=1632</w:t>
      </w:r>
    </w:p>
    <w:p>
      <w:r>
        <w:rPr>
          <w:i/>
        </w:rPr>
        <w:t>“Maulana, in Pakistan today a Women March has been organized and this March...”</w:t>
      </w:r>
    </w:p>
    <w:p>
      <w:r>
        <w:rPr>
          <w:sz w:val="20"/>
        </w:rPr>
        <w:t>27:12  Maulana Yaqoob Umri ne Delhi se likha hai "Maulana, jazak Allah khair for acknowledging Hazrat Hajirah on the occasion of Women's Day." Maulana, agla sawal lete hain.</w:t>
      </w:r>
      <w:r>
        <w:br/>
      </w:r>
      <w:r>
        <w:rPr>
          <w:sz w:val="20"/>
        </w:rPr>
        <w:t>27:26  yeh sawal Karachi, Pakistan se</w:t>
      </w:r>
      <w:r>
        <w:br/>
      </w:r>
      <w:r>
        <w:rPr>
          <w:sz w:val="20"/>
        </w:rPr>
        <w:t>27:30  Miss Maria Akram ka hai. Unho'n ne likha hai "Maulana, Pakistan mein aaj Women March organize kiya gaya hai and this March</w:t>
      </w:r>
      <w:r>
        <w:br/>
      </w:r>
      <w:r>
        <w:rPr>
          <w:sz w:val="20"/>
        </w:rPr>
        <w:t>27:45  comes across as a man-hating march. What is your v</w:t>
      </w:r>
      <w:r>
        <w:br/>
      </w:r>
      <w:r>
        <w:rPr>
          <w:sz w:val="20"/>
        </w:rPr>
        <w:t>27:50  iew on it? Is this March justified?" bhai, main is ki khabar, bhai, main aap hi suniye.</w:t>
      </w:r>
      <w:r>
        <w:br/>
      </w:r>
      <w:r>
        <w:rPr>
          <w:sz w:val="20"/>
        </w:rPr>
        <w:t>28:00  mujhe is ke bare mein detail ka pata nahi hai. Agar main is ki detail jaan paya to main inshallah apna comment dunga.</w:t>
      </w:r>
      <w:r>
        <w:br/>
      </w:r>
      <w:r>
        <w:rPr>
          <w:sz w:val="20"/>
        </w:rPr>
        <w:t>28:11  abhi to mujhe kuch maloom nahi tha. Aap ne pehli baar mujhe bataya.</w:t>
      </w:r>
    </w:p>
    <w:p>
      <w:pPr>
        <w:pStyle w:val="Heading2"/>
      </w:pPr>
      <w:r>
        <w:t>Opinion on religious conversion</w:t>
      </w:r>
    </w:p>
    <w:p>
      <w:r>
        <w:rPr>
          <w:color w:val="666666"/>
          <w:sz w:val="18"/>
        </w:rPr>
        <w:t>Society &amp; Dawah · Importance of Creative Thinking December 11, 2011 · 1m 32s · at 1:26:55 · https://youtu.be/jfML9Arb0S4?t=5215</w:t>
      </w:r>
    </w:p>
    <w:p>
      <w:r>
        <w:rPr>
          <w:i/>
        </w:rPr>
        <w:t>“What is your opinion about religious conversion?”</w:t>
      </w:r>
    </w:p>
    <w:p>
      <w:r>
        <w:rPr>
          <w:sz w:val="20"/>
        </w:rPr>
        <w:t>1:26:55  maulana, agla sawal hai mr imran hasan ka dilli se. unhon ne likha hai ke "dharm parivartan ke bare mein aap ka kya khayal hai?"</w:t>
      </w:r>
      <w:r>
        <w:br/>
      </w:r>
      <w:r>
        <w:rPr>
          <w:sz w:val="20"/>
        </w:rPr>
        <w:t>1:27:07  bhai, hamara to yeh koi concept nahi hai conversion ka. hum kabhi ek bhi aap ne nahi suna hoga. hum itne dinon se yahan pe class chala rahe hain.</w:t>
      </w:r>
      <w:r>
        <w:br/>
      </w:r>
      <w:r>
        <w:rPr>
          <w:sz w:val="20"/>
        </w:rPr>
        <w:t>1:27:16  hum conversion ki baat nahi karte. number kisi kitaab mein bhi conversion ki baat nahi hai. main dekhta hoon mazhab aadmi ka personal choice hai.</w:t>
      </w:r>
      <w:r>
        <w:br/>
      </w:r>
      <w:r>
        <w:rPr>
          <w:sz w:val="20"/>
        </w:rPr>
        <w:t>1:27:25  woh jo chahe woh ikhtiyar kare.</w:t>
      </w:r>
      <w:r>
        <w:br/>
      </w:r>
      <w:r>
        <w:rPr>
          <w:sz w:val="20"/>
        </w:rPr>
        <w:t>1:27:30  aap ko sirf yeh haq hai ke aap khud jo chahen ikhtiyar karen, aur phir jis cheez ko sachai samajhte hain, us ko aap yani us par bol sakte hain, likh sakte hain.</w:t>
      </w:r>
      <w:r>
        <w:br/>
      </w:r>
      <w:r>
        <w:rPr>
          <w:sz w:val="20"/>
        </w:rPr>
        <w:t>1:27:40  woh freedom of expression ki baat hai. aap ke liye freedom of expression hai. freedom of expression doosre ke liye freedom of choice.</w:t>
      </w:r>
      <w:r>
        <w:br/>
      </w:r>
      <w:r>
        <w:rPr>
          <w:sz w:val="20"/>
        </w:rPr>
        <w:t>1:27:51  aap apni freedom of expression ko istemal kar sakte hain, aur doosra aadmi jo hai, woh apni freedom of option ko istemal karega. freedom of choice ko istemal karega.</w:t>
      </w:r>
      <w:r>
        <w:br/>
      </w:r>
      <w:r>
        <w:rPr>
          <w:sz w:val="20"/>
        </w:rPr>
        <w:t>1:28:02  us ko us ka choice aap ke liye apni azaadi. aap na to kisi se nafrat kar sakte hain, na kisi ko. yani main baharhal conversion ka concept hamare hamare is movement mein nahi hai.</w:t>
      </w:r>
      <w:r>
        <w:br/>
      </w:r>
      <w:r>
        <w:rPr>
          <w:sz w:val="20"/>
        </w:rPr>
        <w:t>1:28:18  yani hamare cps ke jo hum jo hamari movement hai, us mein conversion ka concept nahi koi.</w:t>
      </w:r>
    </w:p>
    <w:p>
      <w:pPr>
        <w:pStyle w:val="Heading2"/>
      </w:pPr>
      <w:r>
        <w:t>Order of Dawah Hijrah Jihad</w:t>
      </w:r>
    </w:p>
    <w:p>
      <w:r>
        <w:rPr>
          <w:color w:val="666666"/>
          <w:sz w:val="18"/>
        </w:rPr>
        <w:t>Society &amp; Dawah · The Problem of Conditioning April 22, 2012 · 1m 26s · at 1:20:03 · https://youtu.be/j-kJQzOz46g?t=4803</w:t>
      </w:r>
    </w:p>
    <w:p>
      <w:r>
        <w:rPr>
          <w:i/>
        </w:rPr>
        <w:t>“Is the order of Dawah, Hijrah, and Jihad the desired sequence?”</w:t>
      </w:r>
    </w:p>
    <w:p>
      <w:r>
        <w:rPr>
          <w:sz w:val="20"/>
        </w:rPr>
        <w:t>1:20:03  maulana, agla sawal andhra pradesh se mr imtiaz ahmed sahib ka aaya hai. unho ne likha hai: "dawah, hijrat, jihad, kya yeh matloob tarteeb hai?" harghiz nahi.</w:t>
      </w:r>
      <w:r>
        <w:br/>
      </w:r>
      <w:r>
        <w:rPr>
          <w:sz w:val="20"/>
        </w:rPr>
        <w:t>1:20:18  kuch log yeh samajhte hain ke yeh matloob tarteeb, yeh koi tarteeb nahi hai.</w:t>
      </w:r>
      <w:r>
        <w:br/>
      </w:r>
      <w:r>
        <w:rPr>
          <w:sz w:val="20"/>
        </w:rPr>
        <w:t>1:20:22  yeh dekhiye, yeh sab depend karta hai haalaat par. it all depends upon situation. aap dawah denge, dawah denge, aur uske baad haalaat tay karenge ke agle marhalay kya hon.</w:t>
      </w:r>
      <w:r>
        <w:br/>
      </w:r>
      <w:r>
        <w:rPr>
          <w:sz w:val="20"/>
        </w:rPr>
        <w:t>1:20:38  ek kitaab chhapi hai, us mein yeh likha hai ke dawah aur hijrat aur jihad, yeh bilkul galat hai. yeh</w:t>
      </w:r>
      <w:r>
        <w:br/>
      </w:r>
      <w:r>
        <w:rPr>
          <w:sz w:val="20"/>
        </w:rPr>
        <w:t>1:20:47  yaani tareekh ko tareekh se nazariya banana hai. yeh jo kehte hain, jo log ek moti si kitaab chhapi hai: "dawah, hijrat, jihad", yeh tareekh ko nazariye ka darja dena hai.</w:t>
      </w:r>
      <w:r>
        <w:br/>
      </w:r>
      <w:r>
        <w:rPr>
          <w:sz w:val="20"/>
        </w:rPr>
        <w:t>1:21:03  tareekh se aap nazariya nahi bana sakte. to asal cheez jo hukum hai islam mein, wo to dawat ka hai. dawat den ge, baqi kya halaat pesh aayen ge, us ke mutabiq faisla hoga.</w:t>
      </w:r>
      <w:r>
        <w:br/>
      </w:r>
      <w:r>
        <w:rPr>
          <w:sz w:val="20"/>
        </w:rPr>
        <w:t>1:21:16  halaat ke mutabiq isi waqt faisla kiya</w:t>
      </w:r>
      <w:r>
        <w:br/>
      </w:r>
      <w:r>
        <w:rPr>
          <w:sz w:val="20"/>
        </w:rPr>
        <w:t>1:21:18  jayega. baqi koi tarteeb nahi hai, hargiz tarteeb nahi hai. aisi jo log aisa kehte hain, wo bilkul be asal baat karte hain. be asal jaise baat.</w:t>
      </w:r>
    </w:p>
    <w:p>
      <w:pPr>
        <w:pStyle w:val="Heading2"/>
      </w:pPr>
      <w:r>
        <w:t>Overcoming hesitation in interaction for da'wah</w:t>
      </w:r>
    </w:p>
    <w:p>
      <w:r>
        <w:rPr>
          <w:color w:val="666666"/>
          <w:sz w:val="18"/>
        </w:rPr>
        <w:t>Society &amp; Dawah · Q&amp;A 13 Nov 2011 · 1m 20s · at 26:53 · https://youtu.be/oOZ9h37_pL8?t=1613</w:t>
      </w:r>
    </w:p>
    <w:p>
      <w:r>
        <w:rPr>
          <w:i/>
        </w:rPr>
        <w:t>“You said that interaction is very important for intellectual development and da'wah. But how to overcome the hesitation that occurs when interacting with others?”</w:t>
      </w:r>
    </w:p>
    <w:p>
      <w:r>
        <w:rPr>
          <w:sz w:val="20"/>
        </w:rPr>
        <w:t>26:53  maulana agla sawal aaya hai dilli se maulana zakwan nadvi ka. unhon ne likha hai aap ne farmaya tha ke intellectual development aur dawat e illallah ke liye interaction ki bohat ziyada ahmiyat hai.</w:t>
      </w:r>
      <w:r>
        <w:br/>
      </w:r>
      <w:r>
        <w:rPr>
          <w:sz w:val="20"/>
        </w:rPr>
        <w:t>27:08  lekin doosron ke sath interaction karne mein jo hesitation hota hai us ko kis tarah door kiya jaye?</w:t>
      </w:r>
      <w:r>
        <w:br/>
      </w:r>
      <w:r>
        <w:rPr>
          <w:sz w:val="20"/>
        </w:rPr>
        <w:t>27:20  bas learning ka mizaj aa jaye. hamein seekhna hai. log samajhte hain ke hamein to logon ko batana hai. batane ke mizaj ke tehat nahi.</w:t>
      </w:r>
      <w:r>
        <w:br/>
      </w:r>
      <w:r>
        <w:rPr>
          <w:sz w:val="20"/>
        </w:rPr>
        <w:t>27:32  learning ke mizaj ke tehat. seekhne ke mizaj ke tehat. to is mein kuch bhi rukawat nahi hai. jab hum seekhna chahte hain to kisi se bhi hum seekhne ki koshish kar sakte hain.</w:t>
      </w:r>
      <w:r>
        <w:br/>
      </w:r>
      <w:r>
        <w:rPr>
          <w:sz w:val="20"/>
        </w:rPr>
        <w:t>27:43  to dawat mein samajhta hoon ke ek double process ka naam hai. dawat mein aap kuch dete hain kisi ko phir us se kuch lete hain aap. yeh ek qism ki sharing hai.</w:t>
      </w:r>
      <w:r>
        <w:br/>
      </w:r>
      <w:r>
        <w:rPr>
          <w:sz w:val="20"/>
        </w:rPr>
        <w:t>27:56  daawa work jo hai ek qism ka sharing process hai. kuch dena kuch lena kuch dena kuch lena. yeh agar zehan mein wazeh ho ke daawa work ek sharing process hai to inshallah phir koi is mein rukawat nahi aye gi.</w:t>
      </w:r>
    </w:p>
    <w:p>
      <w:pPr>
        <w:pStyle w:val="Heading2"/>
      </w:pPr>
      <w:r>
        <w:t>Overcoming incapability in spreading God's message</w:t>
      </w:r>
    </w:p>
    <w:p>
      <w:r>
        <w:rPr>
          <w:color w:val="666666"/>
          <w:sz w:val="18"/>
        </w:rPr>
        <w:t>Society &amp; Dawah · Eid-al-Azha I October 13, 2013 · 1m 01s · at 1:08:04 · https://youtu.be/oy7zn-uODcU?t=4084</w:t>
      </w:r>
    </w:p>
    <w:p>
      <w:r>
        <w:rPr>
          <w:i/>
        </w:rPr>
        <w:t>“We realize our responsibility of spreading God's message but find ourselves incapable most of the times. What is your advice?”</w:t>
      </w:r>
    </w:p>
    <w:p>
      <w:r>
        <w:rPr>
          <w:sz w:val="20"/>
        </w:rPr>
        <w:t>1:08:04  bhi kijiye is liye aadmi misuse of freedom ka option leta hai Maulana agla sawal dilli se</w:t>
      </w:r>
      <w:r>
        <w:br/>
      </w:r>
      <w:r>
        <w:rPr>
          <w:sz w:val="20"/>
        </w:rPr>
        <w:t>1:08:12  hai miss naghma siddiqui ka unhon ne likha hai we realize ar responsibility of spreading gods message but</w:t>
      </w:r>
      <w:r>
        <w:br/>
      </w:r>
      <w:r>
        <w:rPr>
          <w:sz w:val="20"/>
        </w:rPr>
        <w:t>1:08:19  find our self incapable most of the times what is your advice in this regard bhai dekhiye</w:t>
      </w:r>
      <w:r>
        <w:br/>
      </w:r>
      <w:r>
        <w:rPr>
          <w:sz w:val="20"/>
        </w:rPr>
        <w:t>1:08:27  mera to yahi kehna hai ke aadmi apni taqat ke hisab se kare aur baqiyon ke liye dua</w:t>
      </w:r>
      <w:r>
        <w:br/>
      </w:r>
      <w:r>
        <w:rPr>
          <w:sz w:val="20"/>
        </w:rPr>
        <w:t>1:08:35  kare jo bhi meri taqat hai jo mera jisko quran is se kaha gaya is wow seen</w:t>
      </w:r>
      <w:r>
        <w:br/>
      </w:r>
      <w:r>
        <w:rPr>
          <w:sz w:val="20"/>
        </w:rPr>
        <w:t>1:08:42  ghain is mani capacity is ke lehaz se karna aur jo jahan mujhe lage ke meri yahan limit</w:t>
      </w:r>
      <w:r>
        <w:br/>
      </w:r>
      <w:r>
        <w:rPr>
          <w:sz w:val="20"/>
        </w:rPr>
        <w:t>1:08:50  aa gayi yahan meri had aa gayi to wahan par dua kar doon dua se sab raste khulte</w:t>
      </w:r>
      <w:r>
        <w:br/>
      </w:r>
      <w:r>
        <w:rPr>
          <w:sz w:val="20"/>
        </w:rPr>
        <w:t>1:08:58  hain to apni taqat ke mutabiq dua aur baqiya ke liye Allah se darkhwast mein yahi saada hal</w:t>
      </w:r>
    </w:p>
    <w:p>
      <w:pPr>
        <w:pStyle w:val="Heading2"/>
      </w:pPr>
      <w:r>
        <w:t>Overcoming shyness when giving Quran to non-Muslims</w:t>
      </w:r>
    </w:p>
    <w:p>
      <w:r>
        <w:rPr>
          <w:color w:val="666666"/>
          <w:sz w:val="18"/>
        </w:rPr>
        <w:t>Society &amp; Dawah · 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Paradise without doing Dawah work</w:t>
      </w:r>
    </w:p>
    <w:p>
      <w:r>
        <w:rPr>
          <w:color w:val="666666"/>
          <w:sz w:val="18"/>
        </w:rPr>
        <w:t>Society &amp; Dawah · Discovery of Paradise November 15, 2020 Maulana Wahiduddin Khan · 1m 13s · at 27:03 · https://youtu.be/Ig1kHk5K3zE?t=1623</w:t>
      </w:r>
    </w:p>
    <w:p>
      <w:r>
        <w:rPr>
          <w:i/>
        </w:rPr>
        <w:t>“Is it possible that Muslims can get Paradise even if they don't do Dawah work? Some Muslims say that they do good actions and it is enough. In this modern age and with work pressures, it is not possible to do Dawah work. What is your opinion?”</w:t>
      </w:r>
    </w:p>
    <w:p>
      <w:r>
        <w:rPr>
          <w:sz w:val="20"/>
        </w:rPr>
        <w:t>27:03  maulana, agla sawal gwalior se hai aur syed ali sahib ne bheja hai. unho ne aapse poocha hai ke: "is it possible that muslims can get paradise even if they don't do dawah work?" some muslims say that they do good actions and it is enough as in this modern age and with work pressures,</w:t>
      </w:r>
      <w:r>
        <w:br/>
      </w:r>
      <w:r>
        <w:rPr>
          <w:sz w:val="20"/>
        </w:rPr>
        <w:t>27:29  it is not possible to do dawah work</w:t>
      </w:r>
      <w:r>
        <w:br/>
      </w:r>
      <w:r>
        <w:rPr>
          <w:sz w:val="20"/>
        </w:rPr>
        <w:t>27:32  . what is your opinion?</w:t>
      </w:r>
      <w:r>
        <w:br/>
      </w:r>
      <w:r>
        <w:rPr>
          <w:sz w:val="20"/>
        </w:rPr>
        <w:t>27:38  partially, it is true.</w:t>
      </w:r>
      <w:r>
        <w:br/>
      </w:r>
      <w:r>
        <w:rPr>
          <w:sz w:val="20"/>
        </w:rPr>
        <w:t>27:48  aap jab is mein, yani is raaste mein apne ko lagayenge to woh ek abadi manzil hogi aap ke liye aur shayad yahi way to paradise hai.</w:t>
      </w:r>
      <w:r>
        <w:br/>
      </w:r>
      <w:r>
        <w:rPr>
          <w:sz w:val="20"/>
        </w:rPr>
        <w:t>28:12  ji,</w:t>
      </w:r>
    </w:p>
    <w:p>
      <w:pPr>
        <w:pStyle w:val="Heading2"/>
      </w:pPr>
      <w:r>
        <w:t>Peace literature and Arab perception</w:t>
      </w:r>
    </w:p>
    <w:p>
      <w:r>
        <w:rPr>
          <w:color w:val="666666"/>
          <w:sz w:val="18"/>
        </w:rPr>
        <w:t>Society &amp; Dawah · Principle of Loss | May 31, 2015 · 1m 14s · at 48:57 · https://youtu.be/IEf7QfU3BmY?t=2937</w:t>
      </w:r>
    </w:p>
    <w:p>
      <w:r>
        <w:rPr>
          <w:i/>
        </w:rPr>
        <w:t>“I wanted to give some peace literature to a non-Muslim brother, but he said, 'First the Arabs...'”</w:t>
      </w:r>
    </w:p>
    <w:p>
      <w:r>
        <w:rPr>
          <w:sz w:val="20"/>
        </w:rPr>
        <w:t>48:57  maulana agla sawal rajouri se kiya gaya hai nisar ahmad qazi sahib ne kiya hai, aur unhon ne</w:t>
      </w:r>
      <w:r>
        <w:br/>
      </w:r>
      <w:r>
        <w:rPr>
          <w:sz w:val="20"/>
        </w:rPr>
        <w:t>49:02  likha hai maulana mein ne aik non muslim bhai ko peace literature dena cha</w:t>
      </w:r>
      <w:r>
        <w:br/>
      </w:r>
      <w:r>
        <w:rPr>
          <w:sz w:val="20"/>
        </w:rPr>
        <w:t>49:07  ha to us ne yeh keh ke yeh kaha, us to us ne yeh kaha ke pehle arab</w:t>
      </w:r>
      <w:r>
        <w:br/>
      </w:r>
      <w:r>
        <w:rPr>
          <w:sz w:val="20"/>
        </w:rPr>
        <w:t>49:13  ko peace ka paigham do jinhon ne dahshat gardi phaila rakhi hai.</w:t>
      </w:r>
      <w:r>
        <w:br/>
      </w:r>
      <w:r>
        <w:rPr>
          <w:sz w:val="20"/>
        </w:rPr>
        <w:t>49:19  maulana aise mauqa par hamein kiya karna chahiye ya kiya kehna chahiye? theek hai, aik to wahan bhi</w:t>
      </w:r>
      <w:r>
        <w:br/>
      </w:r>
      <w:r>
        <w:rPr>
          <w:sz w:val="20"/>
        </w:rPr>
        <w:t>49:25  kar rahe hain, yahan bhi kar rahe hain, ab paigham to wahan hi phaila rahe hain, hum yeh</w:t>
      </w:r>
      <w:r>
        <w:br/>
      </w:r>
      <w:r>
        <w:rPr>
          <w:sz w:val="20"/>
        </w:rPr>
        <w:t>49:31  nahin ke hum un ko, un ko hum ne justify kar rakha hai, aisa to nahin hai,</w:t>
      </w:r>
      <w:r>
        <w:br/>
      </w:r>
      <w:r>
        <w:rPr>
          <w:sz w:val="20"/>
        </w:rPr>
        <w:t>49:37  un ko bhi hum paigham de rahe hain.</w:t>
      </w:r>
      <w:r>
        <w:br/>
      </w:r>
      <w:r>
        <w:rPr>
          <w:sz w:val="20"/>
        </w:rPr>
        <w:t>49:42  abhi mein gaya tha abu dhabi, wahan bhi mein ne yeh baatein kahin, literature wahan hamare saathi le</w:t>
      </w:r>
      <w:r>
        <w:br/>
      </w:r>
      <w:r>
        <w:rPr>
          <w:sz w:val="20"/>
        </w:rPr>
        <w:t>49:47  gaye thay, literature wahan taqseem kiya.</w:t>
      </w:r>
      <w:r>
        <w:br/>
      </w:r>
      <w:r>
        <w:rPr>
          <w:sz w:val="20"/>
        </w:rPr>
        <w:t>49:52  yeh to yaani sab ke liye hum kar rahe hain, kisi aik ka masla nahin hai.</w:t>
      </w:r>
      <w:r>
        <w:br/>
      </w:r>
      <w:r>
        <w:rPr>
          <w:sz w:val="20"/>
        </w:rPr>
        <w:t>49:57  abhi mein latest jo book likh raha hoon, peace duss bonum, is ka khitab bhi sabhi log hain,</w:t>
      </w:r>
      <w:r>
        <w:br/>
      </w:r>
      <w:r>
        <w:rPr>
          <w:sz w:val="20"/>
        </w:rPr>
        <w:t>50:02  muslim bhi aur doosre log bhi</w:t>
      </w:r>
      <w:r>
        <w:br/>
      </w:r>
      <w:r>
        <w:rPr>
          <w:sz w:val="20"/>
        </w:rPr>
        <w:t>50:08  .</w:t>
      </w:r>
    </w:p>
    <w:p>
      <w:pPr>
        <w:pStyle w:val="Heading2"/>
      </w:pPr>
      <w:r>
        <w:t>Peace-named centers with violent mindset</w:t>
      </w:r>
    </w:p>
    <w:p>
      <w:r>
        <w:rPr>
          <w:color w:val="666666"/>
          <w:sz w:val="18"/>
        </w:rPr>
        <w:t>Society &amp; Dawah · Study of The Quran November 30, 2014 · 1m 51s · at 1:25:55 · https://youtu.be/x3fcJ2nlDow?t=5155</w:t>
      </w:r>
    </w:p>
    <w:p>
      <w:r>
        <w:rPr>
          <w:i/>
        </w:rPr>
        <w:t>“Nowadays there are many dawah centers, and mostly their names are peace-related. But all these centers are waiting for a big war. Maulana, why is it that they have given a name of peace but their mind is violent? Why is this?”</w:t>
      </w:r>
    </w:p>
    <w:p>
      <w:r>
        <w:rPr>
          <w:sz w:val="20"/>
        </w:rPr>
        <w:t>1:25:55  maulana, agla sawal chennai se hai maulana iqbal umri ka. aur unhon ne likha hai: "aaj kal bohat se dawah centers hain aur mostly un ke naam peace related rehte hain.</w:t>
      </w:r>
      <w:r>
        <w:br/>
      </w:r>
      <w:r>
        <w:rPr>
          <w:sz w:val="20"/>
        </w:rPr>
        <w:t>1:26:09  aur sare yeh centers ek bari jang ke intezar mein hain. maulana, aisa kyun hai ke unhon ne naam to peace ka diya hua hai lekin mind violence wala hai?</w:t>
      </w:r>
      <w:r>
        <w:br/>
      </w:r>
      <w:r>
        <w:rPr>
          <w:sz w:val="20"/>
        </w:rPr>
        <w:t>1:26:21  aisa kyun?" to main ne kaha dekhen sab double standard ho rahe hain.</w:t>
      </w:r>
      <w:r>
        <w:br/>
      </w:r>
      <w:r>
        <w:rPr>
          <w:sz w:val="20"/>
        </w:rPr>
        <w:t>1:26:26  dua ne pehle hi keh diya ke sab se zyada yeh log jo hain woh in ka culture double standard culture hai.</w:t>
      </w:r>
      <w:r>
        <w:br/>
      </w:r>
      <w:r>
        <w:rPr>
          <w:sz w:val="20"/>
        </w:rPr>
        <w:t>1:26:36  ab yeh mera tajurba hai kak room mein. jis ko dekhen woh double standard hai.</w:t>
      </w:r>
      <w:r>
        <w:br/>
      </w:r>
      <w:r>
        <w:rPr>
          <w:sz w:val="20"/>
        </w:rPr>
        <w:t>1:26:46  okay, so we will end this session now. thank you.</w:t>
      </w:r>
    </w:p>
    <w:p>
      <w:pPr>
        <w:pStyle w:val="Heading2"/>
      </w:pPr>
      <w:r>
        <w:t>Permissibility of celebrating non-Muslim festivals</w:t>
      </w:r>
    </w:p>
    <w:p>
      <w:r>
        <w:rPr>
          <w:color w:val="666666"/>
          <w:sz w:val="18"/>
        </w:rPr>
        <w:t>Society &amp; Dawah · Age of Consumerism January 6, 2013 · 1m 55s · at 58:50 · https://youtu.be/zJRZ1OKUhgA?t=3530</w:t>
      </w:r>
    </w:p>
    <w:p>
      <w:r>
        <w:rPr>
          <w:i/>
        </w:rPr>
        <w:t>“Is it permissible for a Muslim to celebrate other festivals like Holi and Diwali? What is your advice for this?”</w:t>
      </w:r>
    </w:p>
    <w:p>
      <w:r>
        <w:rPr>
          <w:sz w:val="20"/>
        </w:rPr>
        <w:t>58:50  Maulana, yeh sawal Kashmir se aaya hai, Aamir Jan Mori sahab ka. Unhon ne likha hai: "We are living in a country where people are having faith in different religions.</w:t>
      </w:r>
      <w:r>
        <w:br/>
      </w:r>
      <w:r>
        <w:rPr>
          <w:sz w:val="20"/>
        </w:rPr>
        <w:t>59:04  Every religion has got its own festival." Maulana sahab, my question is: "Is it permissible for a Muslim to celebrate other festivals like Holi and Diwali?"</w:t>
      </w:r>
      <w:r>
        <w:br/>
      </w:r>
      <w:r>
        <w:rPr>
          <w:sz w:val="20"/>
        </w:rPr>
        <w:t>59:18  waat is your advice for us?" dekhen, yeh koi sawal nahin hai.</w:t>
      </w:r>
      <w:r>
        <w:br/>
      </w:r>
      <w:r>
        <w:rPr>
          <w:sz w:val="20"/>
        </w:rPr>
        <w:t>59:27  asal sawal yeh hai ke aap yeh jannay ke aap ka purpose of life kya hai, goal kya hai aap ka.</w:t>
      </w:r>
      <w:r>
        <w:br/>
      </w:r>
      <w:r>
        <w:rPr>
          <w:sz w:val="20"/>
        </w:rPr>
        <w:t>59:36  yeh sab to is ki koi ahmiyat nahin hai. aap yeh kyun nahin sochtay ke tarah tarah ke festival hotay hain to hum ko opportunity de rahe hain,</w:t>
      </w:r>
      <w:r>
        <w:br/>
      </w:r>
      <w:r>
        <w:rPr>
          <w:sz w:val="20"/>
        </w:rPr>
        <w:t>59:48  wahan ja kar hum Islamic literature pohnchayen, logon se interact karen, logon se discussion karen, logon se dialogue karen? yani aik jagah aisay saaray log mil rahe hain.</w:t>
      </w:r>
      <w:r>
        <w:br/>
      </w:r>
      <w:r>
        <w:rPr>
          <w:sz w:val="20"/>
        </w:rPr>
        <w:t>1:00:02  rasool Allah ke zamanay mein bhi aswaaq hua karte thay, souq yani wahan par aisay jashan manatay thay, log akhatta hotay thay wahan par.</w:t>
      </w:r>
      <w:r>
        <w:br/>
      </w:r>
      <w:r>
        <w:rPr>
          <w:sz w:val="20"/>
        </w:rPr>
        <w:t>1:00:10  wahan aap jatay thay baqayda, aap parh lijiyay sahih kitabon mein.</w:t>
      </w:r>
      <w:r>
        <w:br/>
      </w:r>
      <w:r>
        <w:rPr>
          <w:sz w:val="20"/>
        </w:rPr>
        <w:t>1:00:16  masla yeh nahin ke aap khud bhi jashan manayen, masla hai ke in ke jashan ko avail kijiyay. aap</w:t>
      </w:r>
      <w:r>
        <w:br/>
      </w:r>
      <w:r>
        <w:rPr>
          <w:sz w:val="20"/>
        </w:rPr>
        <w:t>1:00:25  take it as an opportunity, in se interaction kijiyay, in se discussion kijiyay, in se dialogue kijiyay, in ki kitaben dijiyay, in ko Quran ke tarjumay pohnchayiyay, yeh sab kijiyay.</w:t>
      </w:r>
      <w:r>
        <w:br/>
      </w:r>
      <w:r>
        <w:rPr>
          <w:sz w:val="20"/>
        </w:rPr>
        <w:t>1:00:37  asal sochne ki cheez yeh hai, woh to koi sochne ki baat nahin hai.</w:t>
      </w:r>
    </w:p>
    <w:p>
      <w:pPr>
        <w:pStyle w:val="Heading2"/>
      </w:pPr>
      <w:r>
        <w:t>Permissibility of celebrating other religions' festivals</w:t>
      </w:r>
    </w:p>
    <w:p>
      <w:r>
        <w:rPr>
          <w:color w:val="666666"/>
          <w:sz w:val="18"/>
        </w:rPr>
        <w:t>Society &amp; Dawah · Question &amp; Answer Jan 6th 2013 - Maulana Wahiduddin Kahn · 1m 55s · at 0:10 · https://youtu.be/1FAK1QuHEpw?t=10</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0:10  maulana, yeh sawal kashmir se aya hai, aamir jan mori sahib ka. unhon ne likha hai: "we are living in a country where people are having faith in different religions.</w:t>
      </w:r>
      <w:r>
        <w:br/>
      </w:r>
      <w:r>
        <w:rPr>
          <w:sz w:val="20"/>
        </w:rPr>
        <w:t>0:25  every religion has got its own festival." maulana sahib, my question is: is it permissible for a muslim to celebrate other festivals like holi and diwali?</w:t>
      </w:r>
      <w:r>
        <w:br/>
      </w:r>
      <w:r>
        <w:rPr>
          <w:sz w:val="20"/>
        </w:rPr>
        <w:t>0:38  what is your advice for us?</w:t>
      </w:r>
      <w:r>
        <w:br/>
      </w:r>
      <w:r>
        <w:rPr>
          <w:sz w:val="20"/>
        </w:rPr>
        <w:t>0:42  dekhen, yeh koi sawal nahi hai.</w:t>
      </w:r>
      <w:r>
        <w:br/>
      </w:r>
      <w:r>
        <w:rPr>
          <w:sz w:val="20"/>
        </w:rPr>
        <w:t>0:47  asal sawal yeh hai ke aap yeh janen ke aap ka purpose of life kya hai, goal kya hai aap ka.</w:t>
      </w:r>
      <w:r>
        <w:br/>
      </w:r>
      <w:r>
        <w:rPr>
          <w:sz w:val="20"/>
        </w:rPr>
        <w:t>0:57  yeh sab to, is ki koi ahmiyat nahi hai. aap yeh kyun nahi sochte ke tarah tarah ke festivals hotay hain to hum ko opportunity de rahe hain, wahan ja kar hum islami literature pohnchayen, logon se interact karen, logon se discussion karen, logon se dialogue karen.</w:t>
      </w:r>
      <w:r>
        <w:br/>
      </w:r>
      <w:r>
        <w:rPr>
          <w:sz w:val="20"/>
        </w:rPr>
        <w:t>1:17  yani aik jagah, aise saare log mil rahe hain. rasool allah ke zamanay mein bhi aswaq hua karte thay, souq.</w:t>
      </w:r>
      <w:r>
        <w:br/>
      </w:r>
      <w:r>
        <w:rPr>
          <w:sz w:val="20"/>
        </w:rPr>
        <w:t>1:26  yani wahan par aise jashn manate thay log, ikhatta hotay thay wahan par. wahan aap jatay thay, baqayda. aap parh lijiyay sahi sahi kitabon mein.</w:t>
      </w:r>
      <w:r>
        <w:br/>
      </w:r>
      <w:r>
        <w:rPr>
          <w:sz w:val="20"/>
        </w:rPr>
        <w:t>1:37  masla yeh nahi ke aap khud bhi jashn manayen. masla yeh hai ke un ke jashn ko avail kijiyay aap.</w:t>
      </w:r>
      <w:r>
        <w:br/>
      </w:r>
      <w:r>
        <w:rPr>
          <w:sz w:val="20"/>
        </w:rPr>
        <w:t>1:45  take it as an opportunity. un se interaction kijiyay, un se discussion kijiyay, un se dialogue kijiyay, un ko kitaben dijiye, un ko quran ke tarjume pohnchaiye.</w:t>
      </w:r>
      <w:r>
        <w:br/>
      </w:r>
      <w:r>
        <w:rPr>
          <w:sz w:val="20"/>
        </w:rPr>
        <w:t>1:55  yeh sab kijiyay. asal sochne ki cheez yeh hai. woh to koi sochne ki baat nahi hai.</w:t>
      </w:r>
    </w:p>
    <w:p>
      <w:pPr>
        <w:pStyle w:val="Heading2"/>
      </w:pPr>
      <w:r>
        <w:t>Persuading ulama for correct fatwas</w:t>
      </w:r>
    </w:p>
    <w:p>
      <w:r>
        <w:rPr>
          <w:color w:val="666666"/>
          <w:sz w:val="18"/>
        </w:rPr>
        <w:t>Society &amp; Dawah · The Issues of Islam in the Present World November 11, 2012 · 1m 39s · at 1:06:26 · https://youtu.be/COoaUbCCi1c?t=3986</w:t>
      </w:r>
    </w:p>
    <w:p>
      <w:r>
        <w:rPr>
          <w:i/>
        </w:rPr>
        <w:t>“How to persuade ulama to give correct fatwas about Islam to bring positive changes in the society?”</w:t>
      </w:r>
    </w:p>
    <w:p>
      <w:r>
        <w:rPr>
          <w:sz w:val="20"/>
        </w:rPr>
        <w:t>1:06:26  Maulana, agla sawal Delhi se hai Dr Najma Siddiqui ka. unhon ne likha hai: "how to persuade ulema to give correct fatwas about Islam to bring positive changes in the society?" ab yeh yeh jo jehd hum kar rahe hain, bahut se ulema is raste ko chhod kar ke hamare mission mein lag lag gaye hain.</w:t>
      </w:r>
      <w:r>
        <w:br/>
      </w:r>
      <w:r>
        <w:rPr>
          <w:sz w:val="20"/>
        </w:rPr>
        <w:t>1:06:51  to dheere dheere hoga.</w:t>
      </w:r>
      <w:r>
        <w:br/>
      </w:r>
      <w:r>
        <w:rPr>
          <w:sz w:val="20"/>
        </w:rPr>
        <w:t>1:06:55  ek process already chal chuka hai ke ulema ko wahan se hatakar ke is raste par lane ka process.</w:t>
      </w:r>
      <w:r>
        <w:br/>
      </w:r>
      <w:r>
        <w:rPr>
          <w:sz w:val="20"/>
        </w:rPr>
        <w:t>1:07:05  to inshallah, abhi dekhiye, aaj kal kya hai? rozana subah ko main 6:30 par address karta hoon, 27 minute ke liye, rozana 6:30 morning ko.</w:t>
      </w:r>
      <w:r>
        <w:br/>
      </w:r>
      <w:r>
        <w:rPr>
          <w:sz w:val="20"/>
        </w:rPr>
        <w:t>1:07:20  aur bahut se ulema mukhtalif maqamat par baith kar telephone se sunte hain.</w:t>
      </w:r>
      <w:r>
        <w:br/>
      </w:r>
      <w:r>
        <w:rPr>
          <w:sz w:val="20"/>
        </w:rPr>
        <w:t>1:07:26  ek sahab hain jo Mecca mein hain, ek sahab hain jo Madras mein hain, ek sahab hain jo Bangalore mein hain. to telephone ke zariye hum mein address karta hoon, telephone ke zariye sab log sunte hain.</w:t>
      </w:r>
      <w:r>
        <w:br/>
      </w:r>
      <w:r>
        <w:rPr>
          <w:sz w:val="20"/>
        </w:rPr>
        <w:t>1:07:41  phir isko woh woh record ko tayyar kar ke woh bhejte hain bahut se logon tak. yeh ulema kar rahe hain, yeh yeh daily yeh ho raha hai rozana morning mein subah 6:30 ko.</w:t>
      </w:r>
      <w:r>
        <w:br/>
      </w:r>
      <w:r>
        <w:rPr>
          <w:sz w:val="20"/>
        </w:rPr>
        <w:t>1:07:57  to yeh process chal raha hai, inshallah yeh aage badhega aur bahut se aur log judenge iske andar.</w:t>
      </w:r>
    </w:p>
    <w:p>
      <w:pPr>
        <w:pStyle w:val="Heading2"/>
      </w:pPr>
      <w:r>
        <w:t>Phase-wise planning for revival of Ummah</w:t>
      </w:r>
    </w:p>
    <w:p>
      <w:r>
        <w:rPr>
          <w:color w:val="666666"/>
          <w:sz w:val="18"/>
        </w:rPr>
        <w:t>Society &amp; Dawah · Degeneration of Ummah October 16, 2016 · 28s · at 55:17 · https://youtu.be/W8nafLKMQes?t=3317</w:t>
      </w:r>
    </w:p>
    <w:p>
      <w:r>
        <w:rPr>
          <w:i/>
        </w:rPr>
        <w:t>“Maulana, as you said, we need to do proper planning to rediscover Islam. Is it possible to have some sessions in focused phase-wise planning for revival of Ummah Muslim by...”</w:t>
      </w:r>
    </w:p>
    <w:p>
      <w:r>
        <w:rPr>
          <w:sz w:val="20"/>
        </w:rPr>
        <w:t>55:17  maulana, agla sawal dilli se kiya hai professor najma siddiqui ne.</w:t>
      </w:r>
      <w:r>
        <w:br/>
      </w:r>
      <w:r>
        <w:rPr>
          <w:sz w:val="20"/>
        </w:rPr>
        <w:t>55:22  انہوں نے لکھا ہے: "مولانا، as you said, we need to do proper planning to rediscover Islam.</w:t>
      </w:r>
      <w:r>
        <w:br/>
      </w:r>
      <w:r>
        <w:rPr>
          <w:sz w:val="20"/>
        </w:rPr>
        <w:t>55:29  Is it possible to have some sessions on focused phase-wise planning for revival of Ummat Muslim by</w:t>
      </w:r>
      <w:r>
        <w:br/>
      </w:r>
      <w:r>
        <w:rPr>
          <w:sz w:val="20"/>
        </w:rPr>
        <w:t>55:37  CPS? haan, theek hai, woh kar sakte hain, inshallah.</w:t>
      </w:r>
      <w:r>
        <w:br/>
      </w:r>
      <w:r>
        <w:rPr>
          <w:sz w:val="20"/>
        </w:rPr>
        <w:t>55:42  theek, aap ka yeh proposal bara acha hai.</w:t>
      </w:r>
    </w:p>
    <w:p>
      <w:pPr>
        <w:pStyle w:val="Heading2"/>
      </w:pPr>
      <w:r>
        <w:t>Phenomenon of successful Muslims still struggling</w:t>
      </w:r>
    </w:p>
    <w:p>
      <w:r>
        <w:rPr>
          <w:color w:val="666666"/>
          <w:sz w:val="18"/>
        </w:rPr>
        <w:t>Society &amp; Dawah · Revival and Revivalist | June 7, 2015 · 1m 36s · at 58:44 · https://youtu.be/tJqheiPlZ94?t=3524</w:t>
      </w:r>
    </w:p>
    <w:p>
      <w:r>
        <w:rPr>
          <w:i/>
        </w:rPr>
        <w:t>“What is this phenomenon that even those Muslims who have good jobs, are successful businessmen, and are also successful in other...”</w:t>
      </w:r>
    </w:p>
    <w:p>
      <w:r>
        <w:rPr>
          <w:sz w:val="20"/>
        </w:rPr>
        <w:t>58:44  maulana, yeh agla sawal aaya hai doctor farida khanoom ka dehli se.</w:t>
      </w:r>
      <w:r>
        <w:br/>
      </w:r>
      <w:r>
        <w:rPr>
          <w:sz w:val="20"/>
        </w:rPr>
        <w:t>58:47  What is this phenomena that even those</w:t>
      </w:r>
      <w:r>
        <w:br/>
      </w:r>
      <w:r>
        <w:rPr>
          <w:sz w:val="20"/>
        </w:rPr>
        <w:t>58:50  Muslims who have good jobs, who are successful businessmen and are also successful in other</w:t>
      </w:r>
      <w:r>
        <w:br/>
      </w:r>
      <w:r>
        <w:rPr>
          <w:sz w:val="20"/>
        </w:rPr>
        <w:t>58:57  fields they are busy complaining against others. I don't understand it. Is liye ke dekhiye woh rehte kahan</w:t>
      </w:r>
      <w:r>
        <w:br/>
      </w:r>
      <w:r>
        <w:rPr>
          <w:sz w:val="20"/>
        </w:rPr>
        <w:t>59:05  hain muslim society mein rehte hain agarche woh unka ek job place mein ya work place mein</w:t>
      </w:r>
      <w:r>
        <w:br/>
      </w:r>
      <w:r>
        <w:rPr>
          <w:sz w:val="20"/>
        </w:rPr>
        <w:t>59:12  jaate hain wahan paisa kamake wapas aate hain lekin unka</w:t>
      </w:r>
      <w:r>
        <w:br/>
      </w:r>
      <w:r>
        <w:rPr>
          <w:sz w:val="20"/>
        </w:rPr>
        <w:t>59:20  jo rehna hai zindagi guzarna hai woh isi muslim muashre mein hota hai jahan charcha ho raha hai</w:t>
      </w:r>
      <w:r>
        <w:br/>
      </w:r>
      <w:r>
        <w:rPr>
          <w:sz w:val="20"/>
        </w:rPr>
        <w:t>59:26  ke musalmanon ke sath ziyadti ho rahi hai kyunke jitne bhi musalmanon ke likhne bolne wale log hain</w:t>
      </w:r>
      <w:r>
        <w:br/>
      </w:r>
      <w:r>
        <w:rPr>
          <w:sz w:val="20"/>
        </w:rPr>
        <w:t>59:32  jo stage pe bolte hain jo kitabein chhapte hain jo pd gul nikalte hain woh sab ke</w:t>
      </w:r>
      <w:r>
        <w:br/>
      </w:r>
      <w:r>
        <w:rPr>
          <w:sz w:val="20"/>
        </w:rPr>
        <w:t>59:38  sab one to all negative boli bol rahe hain ek tradition chal pada hai to isi isi mein</w:t>
      </w:r>
      <w:r>
        <w:br/>
      </w:r>
      <w:r>
        <w:rPr>
          <w:sz w:val="20"/>
        </w:rPr>
        <w:t>59:44  lootte hain woh</w:t>
      </w:r>
      <w:r>
        <w:br/>
      </w:r>
      <w:r>
        <w:rPr>
          <w:sz w:val="20"/>
        </w:rPr>
        <w:t>59:50  thoda sa waqt guzarte hain apne work place mein iske baad isi par loot loot loot jaate</w:t>
      </w:r>
      <w:r>
        <w:br/>
      </w:r>
      <w:r>
        <w:rPr>
          <w:sz w:val="20"/>
        </w:rPr>
        <w:t>59:58  hain isi isi churchay mein woh khud bhi shamil ho jatay hain to kaha un ka mindset</w:t>
      </w:r>
      <w:r>
        <w:br/>
      </w:r>
      <w:r>
        <w:rPr>
          <w:sz w:val="20"/>
        </w:rPr>
        <w:t>1:00:05  jo jo cheez banati hai woh un ka apna muashra hai un ka apna ghar hai to to</w:t>
      </w:r>
      <w:r>
        <w:br/>
      </w:r>
      <w:r>
        <w:rPr>
          <w:sz w:val="20"/>
        </w:rPr>
        <w:t>1:00:13  is waja se bohat hi zyada yani gehrai ke sath kaam karna hoga tab mindset toote ga Maulana yeh</w:t>
      </w:r>
    </w:p>
    <w:p>
      <w:pPr>
        <w:pStyle w:val="Heading2"/>
      </w:pPr>
      <w:r>
        <w:t>Political interpretation harming dawah</w:t>
      </w:r>
    </w:p>
    <w:p>
      <w:r>
        <w:rPr>
          <w:color w:val="666666"/>
          <w:sz w:val="18"/>
        </w:rPr>
        <w:t>Society &amp; Dawah · Social Reform | December 22, 2013 | Maulana Wahiduddin Khan · 1m 05s · at 1:02:59 · https://youtu.be/kGP903BvDto?t=3779</w:t>
      </w:r>
    </w:p>
    <w:p>
      <w:r>
        <w:rPr>
          <w:i/>
        </w:rPr>
        <w:t>“Due to political interpretation of religion, the individual's knowledge and dawah...”</w:t>
      </w:r>
    </w:p>
    <w:p>
      <w:r>
        <w:rPr>
          <w:sz w:val="20"/>
        </w:rPr>
        <w:t>1:02:59  Maulana, agla sawal Chennai se hai.</w:t>
      </w:r>
      <w:r>
        <w:br/>
      </w:r>
      <w:r>
        <w:rPr>
          <w:sz w:val="20"/>
        </w:rPr>
        <w:t>1:03:04  Maulana Iqbal Umri ka.</w:t>
      </w:r>
      <w:r>
        <w:br/>
      </w:r>
      <w:r>
        <w:rPr>
          <w:sz w:val="20"/>
        </w:rPr>
        <w:t>1:03:08  unhon ne likha hai: "Maulana, deen ki siyasi ta'abeer ki wajah se fard ka ma'rifat aur dawat ki</w:t>
      </w:r>
      <w:r>
        <w:br/>
      </w:r>
      <w:r>
        <w:rPr>
          <w:sz w:val="20"/>
        </w:rPr>
        <w:t>1:03:12  nisbat se kiya nuqsan hua hai? is ke baray mein humain batayein." bilkul khatm ho gaya nuqsan kiya</w:t>
      </w:r>
      <w:r>
        <w:br/>
      </w:r>
      <w:r>
        <w:rPr>
          <w:sz w:val="20"/>
        </w:rPr>
        <w:t>1:03:17  ؟ khatam ho gaya. sirf siyasi jhagray, siyasi hangamay, yahan tak ke tashaddud aur Suicide bombing sab isi se to paida hue hain. Allah ki ma'rifat aur insaan ke liye Peaceful dawat, wo sab khatam. wo to hadaf hai bilkul, hai hi nahi. sara bas siyasi hangamay hain. to yani deen ke naam par,</w:t>
      </w:r>
      <w:r>
        <w:br/>
      </w:r>
      <w:r>
        <w:rPr>
          <w:sz w:val="20"/>
        </w:rPr>
        <w:t>1:03:47  deen ke naam par yaani aisi cheezain jin ka koi deen se koi ta'alluq nahi.</w:t>
      </w:r>
      <w:r>
        <w:br/>
      </w:r>
      <w:r>
        <w:rPr>
          <w:sz w:val="20"/>
        </w:rPr>
        <w:t>1:03:53  yehi hua hai.</w:t>
      </w:r>
      <w:r>
        <w:br/>
      </w:r>
      <w:r>
        <w:rPr>
          <w:sz w:val="20"/>
        </w:rPr>
        <w:t>1:03:59  mera to tajruba yehi hai.</w:t>
      </w:r>
    </w:p>
    <w:p>
      <w:pPr>
        <w:pStyle w:val="Heading2"/>
      </w:pPr>
      <w:r>
        <w:t>Political state for spreading Islam</w:t>
      </w:r>
    </w:p>
    <w:p>
      <w:r>
        <w:rPr>
          <w:color w:val="666666"/>
          <w:sz w:val="18"/>
        </w:rPr>
        <w:t>Society &amp; Dawah · Universal outlook April 09, 2017 · 1m 31s · at 44:40 · https://youtu.be/n3HAPCpom5c?t=2680</w:t>
      </w:r>
    </w:p>
    <w:p>
      <w:r>
        <w:rPr>
          <w:i/>
        </w:rPr>
        <w:t>“Muslims feel that if they have political state then they would be able to spread the message of Islam more effectively. So my question is what is wrong with this thought process?”</w:t>
      </w:r>
    </w:p>
    <w:p>
      <w:r>
        <w:rPr>
          <w:sz w:val="20"/>
        </w:rPr>
        <w:t>44:40  ji Maulana agla sawal bheja hai Zubair sahib ne Ahmedabad se. unhon ne likha hai Maulana Muslims feel that if they have political state then they would be able to spread the message of Islam more effectively.</w:t>
      </w:r>
      <w:r>
        <w:br/>
      </w:r>
      <w:r>
        <w:rPr>
          <w:sz w:val="20"/>
        </w:rPr>
        <w:t>44:57  so my question is what is wrong with this thought</w:t>
      </w:r>
      <w:r>
        <w:br/>
      </w:r>
      <w:r>
        <w:rPr>
          <w:sz w:val="20"/>
        </w:rPr>
        <w:t>45:00  process? ghalat yahi ke yeh soch hi ghalat hai.</w:t>
      </w:r>
      <w:r>
        <w:br/>
      </w:r>
      <w:r>
        <w:rPr>
          <w:sz w:val="20"/>
        </w:rPr>
        <w:t>45:06  islam yani yani musalman ka musalmanon ki political power jitne bhi hukoomatein theen musalmanon ki jo rote hain musalman woh dynasty thi.</w:t>
      </w:r>
      <w:r>
        <w:br/>
      </w:r>
      <w:r>
        <w:rPr>
          <w:sz w:val="20"/>
        </w:rPr>
        <w:t>45:18  saari hukoomatein chahe woh Mughal Empire ho, Ottoman Empire ho, Abbasids Empire ho, is Paris Empire ho sab dynasty thi. woh islam ki hukoomat kahan se thi woh?</w:t>
      </w:r>
      <w:r>
        <w:br/>
      </w:r>
      <w:r>
        <w:rPr>
          <w:sz w:val="20"/>
        </w:rPr>
        <w:t>45:29  woh to khandani hukoomat thi. aur islam phaila.</w:t>
      </w:r>
      <w:r>
        <w:br/>
      </w:r>
      <w:r>
        <w:rPr>
          <w:sz w:val="20"/>
        </w:rPr>
        <w:t>45:36  dunya mein yeh yahan se wahan tak dekhiye sab dynasty thi. Umayyad period mein, Abbasid period mein, Fatimid period mein, Mughal period mein, Turkish period mein, Spanish period mein hamesha dynasty thi.</w:t>
      </w:r>
      <w:r>
        <w:br/>
      </w:r>
      <w:r>
        <w:rPr>
          <w:sz w:val="20"/>
        </w:rPr>
        <w:t>45:51  woh kahan se islam ki hukoomat kahan se thi? woh to khandani hukoomat thi. islam apni taqat se phaila hai, apni taqat se. kisi ruler ke phailane se nahin phaila hai.</w:t>
      </w:r>
      <w:r>
        <w:br/>
      </w:r>
      <w:r>
        <w:rPr>
          <w:sz w:val="20"/>
        </w:rPr>
        <w:t>46:01  kaisi ajeeb o ghareeb tasweer Khuda Khuda bana rakhi hai logon ne. ajeeb o ghareeb tasweer hai.</w:t>
      </w:r>
    </w:p>
    <w:p>
      <w:pPr>
        <w:pStyle w:val="Heading2"/>
      </w:pPr>
      <w:r>
        <w:t>Political struggle in Islamic philosophy</w:t>
      </w:r>
    </w:p>
    <w:p>
      <w:r>
        <w:rPr>
          <w:color w:val="666666"/>
          <w:sz w:val="18"/>
        </w:rPr>
        <w:t>Society &amp; Dawah · Realization of God December 18, 2016 Maulana Wahiduddin Khan · 1m 15s · at 56:45 · https://youtu.be/LHKb2btTIT8?t=3405</w:t>
      </w:r>
    </w:p>
    <w:p>
      <w:r>
        <w:rPr>
          <w:i/>
        </w:rPr>
        <w:t>“Is political struggle appreciated in Islamic philosophy and if yes, then to what limit?”</w:t>
      </w:r>
    </w:p>
    <w:p>
      <w:r>
        <w:rPr>
          <w:sz w:val="20"/>
        </w:rPr>
        <w:t>56:45  chishti sahib nay agla sawal bheja hai aur unhonay aap say poocha hai kay is political struggle</w:t>
      </w:r>
      <w:r>
        <w:br/>
      </w:r>
      <w:r>
        <w:rPr>
          <w:sz w:val="20"/>
        </w:rPr>
        <w:t>56:53  appreciated in Islamic philosophy and if yes then to what limit kuch nahi is mein meray nazdeek to</w:t>
      </w:r>
      <w:r>
        <w:br/>
      </w:r>
      <w:r>
        <w:rPr>
          <w:sz w:val="20"/>
        </w:rPr>
        <w:t>57:00  haram hai jis cheez ko aap political struggle kehte hain woh haram hai kyunke kisi peghamabr ne kiya</w:t>
      </w:r>
      <w:r>
        <w:br/>
      </w:r>
      <w:r>
        <w:rPr>
          <w:sz w:val="20"/>
        </w:rPr>
        <w:t>57:08  nahi political struggle ke maani kya hain authorities se takrana authorities se takrana bilashuba haram hai islam se</w:t>
      </w:r>
      <w:r>
        <w:br/>
      </w:r>
      <w:r>
        <w:rPr>
          <w:sz w:val="20"/>
        </w:rPr>
        <w:t>57:16  koi talluq iska nahi koi talluq hi nahi islam se iska rasool Allah kabhi authorities se</w:t>
      </w:r>
      <w:r>
        <w:br/>
      </w:r>
      <w:r>
        <w:rPr>
          <w:sz w:val="20"/>
        </w:rPr>
        <w:t>57:23  takraaye nahi na koi peghamabr authorities se takraya jo qadeem zamana persecution persicution zamana tha to authority ki</w:t>
      </w:r>
      <w:r>
        <w:br/>
      </w:r>
      <w:r>
        <w:rPr>
          <w:sz w:val="20"/>
        </w:rPr>
        <w:t>57:31  taraf se kuch baatein ki gayi mukhalifat mein lekin daai jo tha ya peghamabr jo tha woh kabhi</w:t>
      </w:r>
      <w:r>
        <w:br/>
      </w:r>
      <w:r>
        <w:rPr>
          <w:sz w:val="20"/>
        </w:rPr>
        <w:t>57:38  bhi authorities se takraao nahi kiya jo log is mein involve hain unko sochna chahiye ke woh</w:t>
      </w:r>
      <w:r>
        <w:br/>
      </w:r>
      <w:r>
        <w:rPr>
          <w:sz w:val="20"/>
        </w:rPr>
        <w:t>57:46  ek haram kaam kar rahe hain Allah ke haan iska koi inaam reward milne wala nahi hai</w:t>
      </w:r>
      <w:r>
        <w:br/>
      </w:r>
      <w:r>
        <w:rPr>
          <w:sz w:val="20"/>
        </w:rPr>
        <w:t>57:54  unko koi bhi excuse koi bhi iska excuse iske liye justify nahi karta authorities se</w:t>
      </w:r>
    </w:p>
    <w:p>
      <w:pPr>
        <w:pStyle w:val="Heading2"/>
      </w:pPr>
      <w:r>
        <w:t>Positive attitude as da'wah work</w:t>
      </w:r>
    </w:p>
    <w:p>
      <w:r>
        <w:rPr>
          <w:color w:val="666666"/>
          <w:sz w:val="18"/>
        </w:rPr>
        <w:t>Society &amp; Dawah · The Concept of Divine Help June 16, 2013 · 1m 50s · at 1:05:49 · https://youtu.be/b0QaxGSnAOI?t=3949</w:t>
      </w:r>
    </w:p>
    <w:p>
      <w:r>
        <w:rPr>
          <w:i/>
        </w:rPr>
        <w:t>“If we develop a positive attitude towards Madhu (non-Muslims), can we consider that as part of da'wah work?”</w:t>
      </w:r>
    </w:p>
    <w:p>
      <w:r>
        <w:rPr>
          <w:sz w:val="20"/>
        </w:rPr>
        <w:t>1:05:49  maulana, agla sawal jodhpur, rajasthan se hai muhammad khalid sahab ka. unhon ne likha hai: "Maulana, Maulana sahab, if we develop positive attitude in mad'u, can we also consider it as part of dawah work?" kafi theek hai.</w:t>
      </w:r>
      <w:r>
        <w:br/>
      </w:r>
      <w:r>
        <w:rPr>
          <w:sz w:val="20"/>
        </w:rPr>
        <w:t>1:06:09  If we develop positive attitude in mad'u, then can we consider it also as part of dawah work? kya mat</w:t>
      </w:r>
      <w:r>
        <w:br/>
      </w:r>
      <w:r>
        <w:rPr>
          <w:sz w:val="20"/>
        </w:rPr>
        <w:t>1:06:18  lub hua? ke maulana, mad'u ke andar agar positive khayalat agar paida karen, woh to kya us ko dawah? mad'u paida kar ke apne andar paida karen, mad'u paida karen.</w:t>
      </w:r>
      <w:r>
        <w:br/>
      </w:r>
      <w:r>
        <w:rPr>
          <w:sz w:val="20"/>
        </w:rPr>
        <w:t>1:06:27  ji, positive khayalat apne andar paida karen, mad'u mein kaise paida karenge? hmm, hain doosre mein kaise paida karenge? hmm, yeh kahin ke main apne andar agar positive thinking paida karoon to kya yeh part hai dawah ka?</w:t>
      </w:r>
      <w:r>
        <w:br/>
      </w:r>
      <w:r>
        <w:rPr>
          <w:sz w:val="20"/>
        </w:rPr>
        <w:t>1:06:40  to bilashuba part hai dawah ka.</w:t>
      </w:r>
      <w:r>
        <w:br/>
      </w:r>
      <w:r>
        <w:rPr>
          <w:sz w:val="20"/>
        </w:rPr>
        <w:t>1:06:43  mad'u ke bare mein agar aap apne dil se nafrat nikalte hain, mad'u ke bare mein agar agar aap andar tashaddud nikalte hain to bilashuba woh dawah ka part hai.</w:t>
      </w:r>
      <w:r>
        <w:br/>
      </w:r>
      <w:r>
        <w:rPr>
          <w:sz w:val="20"/>
        </w:rPr>
        <w:t>1:06:54  aaj kal sare musalmanon ka kya haal hai ke jin logon ko Allah ne aap ka mad'u banaya hai, un ko aap ne dushman bana rakha hai?</w:t>
      </w:r>
      <w:r>
        <w:br/>
      </w:r>
      <w:r>
        <w:rPr>
          <w:sz w:val="20"/>
        </w:rPr>
        <w:t>1:07:03  yeh Khuda ki scheme ke khilaf chal rahe hain aap. yani Allah ne to kaha tha ke yeh tumhare mad'u hain. hum ne kaha, aap ne kaha ke nahin, yeh mere dushman hain.</w:t>
      </w:r>
      <w:r>
        <w:br/>
      </w:r>
      <w:r>
        <w:rPr>
          <w:sz w:val="20"/>
        </w:rPr>
        <w:t>1:07:13  Here is the starting point. Here is the starting point. aap ko in sare insanon ko insan samajhna hai, insan insanon ko mad'u samajhna hai, insan insanon ko Allah ka banda samajhna hai, apni duty samajhna hai ke mujhe dawah dena hai.</w:t>
      </w:r>
      <w:r>
        <w:br/>
      </w:r>
      <w:r>
        <w:rPr>
          <w:sz w:val="20"/>
        </w:rPr>
        <w:t>1:07:29  un ko yeh yeh isi zehan ka naam hai positive thinking, aur is ke baghair dawah ka kaam nahin ho sakta hai.</w:t>
      </w:r>
    </w:p>
    <w:p>
      <w:pPr>
        <w:pStyle w:val="Heading2"/>
      </w:pPr>
      <w:r>
        <w:t>Possibility of Caliphate today</w:t>
      </w:r>
    </w:p>
    <w:p>
      <w:r>
        <w:rPr>
          <w:color w:val="666666"/>
          <w:sz w:val="18"/>
        </w:rPr>
        <w:t>Society &amp; Dawah · Hadith Word of Wisdom August 31, 2014 · 1m 46s · at 1:10:56 · https://youtu.be/fv4eRJRe8dk?t=4256</w:t>
      </w:r>
    </w:p>
    <w:p>
      <w:r>
        <w:rPr>
          <w:i/>
        </w:rPr>
        <w:t>“You spoke in today's lecture about the end of Caliphate system in Turkey. Does it mean that there is no possibility of Caliphate now in the current world?”</w:t>
      </w:r>
    </w:p>
    <w:p>
      <w:r>
        <w:rPr>
          <w:sz w:val="20"/>
        </w:rPr>
        <w:t>1:10:56  maulana, agla sawal dilli se hai, mushtaq ahmed bani sahib ka, aur unhon ne likha hai ke "You</w:t>
      </w:r>
      <w:r>
        <w:br/>
      </w:r>
      <w:r>
        <w:rPr>
          <w:sz w:val="20"/>
        </w:rPr>
        <w:t>1:11:01  spoke in today's lecture about the end of khilafat system in Turkey.</w:t>
      </w:r>
      <w:r>
        <w:br/>
      </w:r>
      <w:r>
        <w:rPr>
          <w:sz w:val="20"/>
        </w:rPr>
        <w:t>1:11:06  Does it mean that there is no possibility of khilafat now in the current world?</w:t>
      </w:r>
      <w:r>
        <w:br/>
      </w:r>
      <w:r>
        <w:rPr>
          <w:sz w:val="20"/>
        </w:rPr>
        <w:t>1:11:12  What is your comment on this?</w:t>
      </w:r>
      <w:r>
        <w:br/>
      </w:r>
      <w:r>
        <w:rPr>
          <w:sz w:val="20"/>
        </w:rPr>
        <w:t>1:11:16  " mein to mein ne arz kiya ke khilafat koi cheez hi nahi hai islam mein.</w:t>
      </w:r>
      <w:r>
        <w:br/>
      </w:r>
      <w:r>
        <w:rPr>
          <w:sz w:val="20"/>
        </w:rPr>
        <w:t>1:11:20  yeh to mubtadiyana lafz hai.</w:t>
      </w:r>
      <w:r>
        <w:br/>
      </w:r>
      <w:r>
        <w:rPr>
          <w:sz w:val="20"/>
        </w:rPr>
        <w:t>1:11:24  yeh lafz hi mubtadiyana hai.</w:t>
      </w:r>
      <w:r>
        <w:br/>
      </w:r>
      <w:r>
        <w:rPr>
          <w:sz w:val="20"/>
        </w:rPr>
        <w:t>1:11:29  Innovation hai yeh.</w:t>
      </w:r>
      <w:r>
        <w:br/>
      </w:r>
      <w:r>
        <w:rPr>
          <w:sz w:val="20"/>
        </w:rPr>
        <w:t>1:11:33  is ka saboot yeh hai ke hazrat abubakar ko khalifa nahi kaha gaya, hazrat umar ko khalifa nahi</w:t>
      </w:r>
      <w:r>
        <w:br/>
      </w:r>
      <w:r>
        <w:rPr>
          <w:sz w:val="20"/>
        </w:rPr>
        <w:t>1:11:37  kaha gaya, hazrat usman ko khalifa nahi kaha gaya, ali ko khalifa nahi kaha gaya.</w:t>
      </w:r>
      <w:r>
        <w:br/>
      </w:r>
      <w:r>
        <w:rPr>
          <w:sz w:val="20"/>
        </w:rPr>
        <w:t>1:11:42  un ko kaha gaya amirul momineen.</w:t>
      </w:r>
      <w:r>
        <w:br/>
      </w:r>
      <w:r>
        <w:rPr>
          <w:sz w:val="20"/>
        </w:rPr>
        <w:t>1:11:46  khilafat ka lafz nikla hai bano umiya aur bano abbas ke zamane mein, jo ke dynasty thi.</w:t>
      </w:r>
      <w:r>
        <w:br/>
      </w:r>
      <w:r>
        <w:rPr>
          <w:sz w:val="20"/>
        </w:rPr>
        <w:t>1:11:50  woh khilafat thi bhi nahi, yani sab dynasty thi.</w:t>
      </w:r>
      <w:r>
        <w:br/>
      </w:r>
      <w:r>
        <w:rPr>
          <w:sz w:val="20"/>
        </w:rPr>
        <w:t>1:11:55  bano umiya, bano abbas aur khilafat turki sab dynasty thi.</w:t>
      </w:r>
      <w:r>
        <w:br/>
      </w:r>
      <w:r>
        <w:rPr>
          <w:sz w:val="20"/>
        </w:rPr>
        <w:t>1:11:59  yeh khilafat thi hi nahin.</w:t>
      </w:r>
      <w:r>
        <w:br/>
      </w:r>
      <w:r>
        <w:rPr>
          <w:sz w:val="20"/>
        </w:rPr>
        <w:t>1:12:03  woh yeh to apnay apnay dynasty ko legitimize karnay kay liye unhonay khalifa kehna shuru kar diya.</w:t>
      </w:r>
      <w:r>
        <w:br/>
      </w:r>
      <w:r>
        <w:rPr>
          <w:sz w:val="20"/>
        </w:rPr>
        <w:t>1:12:08  is say aap is ko pata nahin kiya samajhtay hain.</w:t>
      </w:r>
      <w:r>
        <w:br/>
      </w:r>
      <w:r>
        <w:rPr>
          <w:sz w:val="20"/>
        </w:rPr>
        <w:t>1:12:12  is mein kuch bhi nahin tha, yani siway is kay kay aik badshahat ka aik nizam tha.</w:t>
      </w:r>
      <w:r>
        <w:br/>
      </w:r>
      <w:r>
        <w:rPr>
          <w:sz w:val="20"/>
        </w:rPr>
        <w:t>1:12:16  woh mein nay dekha kay mahal jo rehtay thay, wahan shandar mahal.</w:t>
      </w:r>
      <w:r>
        <w:br/>
      </w:r>
      <w:r>
        <w:rPr>
          <w:sz w:val="20"/>
        </w:rPr>
        <w:t>1:12:21  jaisay king rehta tha mahal mein, aisay hi khalifa baray mahal rehta tha.</w:t>
      </w:r>
      <w:r>
        <w:br/>
      </w:r>
      <w:r>
        <w:rPr>
          <w:sz w:val="20"/>
        </w:rPr>
        <w:t>1:12:25  tha woh king hi, naam rakh diya aap nay khalifa.</w:t>
      </w:r>
      <w:r>
        <w:br/>
      </w:r>
      <w:r>
        <w:rPr>
          <w:sz w:val="20"/>
        </w:rPr>
        <w:t>1:12:29  aap ja kay dainkh ji, un kay jo jo mahalat hain, kaisay shandar un mein rehtay thay.</w:t>
      </w:r>
      <w:r>
        <w:br/>
      </w:r>
      <w:r>
        <w:rPr>
          <w:sz w:val="20"/>
        </w:rPr>
        <w:t>1:12:34  woh to khalifa ka lafz aik aik aik musalman nay khwamkhwah is mein aik offset bana rakha hai.</w:t>
      </w:r>
      <w:r>
        <w:br/>
      </w:r>
      <w:r>
        <w:rPr>
          <w:sz w:val="20"/>
        </w:rPr>
        <w:t>1:12:38  khalifa ka koi tasawwur islam mein nahin hai, is ma'nay mein jis ma'nay mein musalman samajhtay hain.</w:t>
      </w:r>
    </w:p>
    <w:p>
      <w:pPr>
        <w:pStyle w:val="Heading2"/>
      </w:pPr>
      <w:r>
        <w:t>Possibility of Muslim intellectual revival amid negativity</w:t>
      </w:r>
    </w:p>
    <w:p>
      <w:r>
        <w:rPr>
          <w:color w:val="666666"/>
          <w:sz w:val="18"/>
        </w:rPr>
        <w:t>Society &amp; Dawah · Revival and Revivalist June 7, 2015 · 1m 13s · at 52:32 · https://youtu.be/MCY8AJ87BXc?t=3152</w:t>
      </w:r>
    </w:p>
    <w:p>
      <w:r>
        <w:rPr>
          <w:i/>
        </w:rPr>
        <w:t>“Today in your lecture you said that Muslims have entered the next phase of intellectual revival. But how is that possible when all the literature they collect information from and every gathering they sit in, they only hear and read negative news and conspiracies of others?”</w:t>
      </w:r>
    </w:p>
    <w:p>
      <w:r>
        <w:rPr>
          <w:sz w:val="20"/>
        </w:rPr>
        <w:t>52:32  Maulana, yeh agla sawal aaya hai Mr Imran ka Bahrain se. Maulana sahib, today in your lecture, you said that Muslims have entered next phase of intellectual revival.</w:t>
      </w:r>
      <w:r>
        <w:br/>
      </w:r>
      <w:r>
        <w:rPr>
          <w:sz w:val="20"/>
        </w:rPr>
        <w:t>52:45  but how is it possible when every literature they collect information from and every gathering they sit in?</w:t>
      </w:r>
      <w:r>
        <w:br/>
      </w:r>
      <w:r>
        <w:rPr>
          <w:sz w:val="20"/>
        </w:rPr>
        <w:t>52:53  they only hear and read negative news and and conspiracy of others. dekhiye, maine yeh nahi kaha hai ke ke woh culminating point tak pahunch pahunch gaya.</w:t>
      </w:r>
      <w:r>
        <w:br/>
      </w:r>
      <w:r>
        <w:rPr>
          <w:sz w:val="20"/>
        </w:rPr>
        <w:t>53:09  maine kaha hai ke process shuru ho gaya hai, culmination ka point abhi nahi aaya hai.</w:t>
      </w:r>
      <w:r>
        <w:br/>
      </w:r>
      <w:r>
        <w:rPr>
          <w:sz w:val="20"/>
        </w:rPr>
        <w:t>53:16  to hum aap koshish kar ke is ko boost karein, is process ko boost karein yahan tak ke woh culminating point tak pahunch jaye. to maine jo kaha hai, woh process ka shuru hona hai, process ka ka culmination mein pahunchana nahi hai.</w:t>
      </w:r>
      <w:r>
        <w:br/>
      </w:r>
      <w:r>
        <w:rPr>
          <w:sz w:val="20"/>
        </w:rPr>
        <w:t>53:33  is ka mani ke hamari ab hamari zimmedari yeh hai ke hum is ko boost karein, hum booster banein. to inshallah woh mukammal ho jayega.</w:t>
      </w:r>
    </w:p>
    <w:p>
      <w:pPr>
        <w:pStyle w:val="Heading2"/>
      </w:pPr>
      <w:r>
        <w:t>Practical steps for Islamic revival</w:t>
      </w:r>
    </w:p>
    <w:p>
      <w:r>
        <w:rPr>
          <w:color w:val="666666"/>
          <w:sz w:val="18"/>
        </w:rPr>
        <w:t>Society &amp; Dawah · Revival of Muslim Ummah, February 4, 2013 · 1m 12s · at 1:03:56 · https://youtu.be/xB3MfWhLHoM?t=3836</w:t>
      </w:r>
    </w:p>
    <w:p>
      <w:r>
        <w:rPr>
          <w:i/>
        </w:rPr>
        <w:t>“What should be the next practical step of a Muslim for the revival of Islamic Ummah, especially the Muslim youth?”</w:t>
      </w:r>
    </w:p>
    <w:p>
      <w:r>
        <w:rPr>
          <w:sz w:val="20"/>
        </w:rPr>
        <w:t>1:03:56  Maulana, agla sawal Delhi se hai Tauseef Ashraf sahib ka.</w:t>
      </w:r>
      <w:r>
        <w:br/>
      </w:r>
      <w:r>
        <w:rPr>
          <w:sz w:val="20"/>
        </w:rPr>
        <w:t>1:04:01  Unhon ne likha hai: "What should be the next practical step of each Muslim for the revival of Islamic Ummah, especially the Muslim youth?" Apni ghaltiyon ko manna.</w:t>
      </w:r>
      <w:r>
        <w:br/>
      </w:r>
      <w:r>
        <w:rPr>
          <w:sz w:val="20"/>
        </w:rPr>
        <w:t>1:04:15  Abhi, abhi to beginning hi nahi hui. Har maamle mein Musalman doosron ko blame daalte hain. Bas, abhi koi beginning nahi hui Musalmanon ki.</w:t>
      </w:r>
      <w:r>
        <w:br/>
      </w:r>
      <w:r>
        <w:rPr>
          <w:sz w:val="20"/>
        </w:rPr>
        <w:t>1:04:26  Abhi jo sawal kisi ne kiya tha nine eleven ke bare mein, woh eleven ki baat nahi hai. Jitne bhi waqiyat ho rahe hain, sab mein Musalman blame dete hain doosron ko.</w:t>
      </w:r>
      <w:r>
        <w:br/>
      </w:r>
      <w:r>
        <w:rPr>
          <w:sz w:val="20"/>
        </w:rPr>
        <w:t>1:04:37  Yeh to ulti gaadi chalana hai. Islam ka tareeqa hai blame dai se aur Musalman kya kar rahe hain? Ke blame other se.</w:t>
      </w:r>
      <w:r>
        <w:br/>
      </w:r>
      <w:r>
        <w:rPr>
          <w:sz w:val="20"/>
        </w:rPr>
        <w:t>1:04:47  To abhi to beginning hi nahi hui. Is is courage ko paida kijiye, is is himmat ko paida kijiye</w:t>
      </w:r>
      <w:r>
        <w:br/>
      </w:r>
      <w:r>
        <w:rPr>
          <w:sz w:val="20"/>
        </w:rPr>
        <w:t>1:04:54  ye ke aap kis gaye? Guy was wrong, guy was wrong, we were wrong. Yeh courage hi nahi hai Musalmanon mein. Yeh courage nahi hai Musalmanon mein.</w:t>
      </w:r>
      <w:r>
        <w:br/>
      </w:r>
      <w:r>
        <w:rPr>
          <w:sz w:val="20"/>
        </w:rPr>
        <w:t>1:05:02  To kya kya beginning hai? Kya future hai? Kuch bhi nahi.</w:t>
      </w:r>
    </w:p>
    <w:p>
      <w:pPr>
        <w:pStyle w:val="Heading2"/>
      </w:pPr>
      <w:r>
        <w:t>Practicality of following a scholar today</w:t>
      </w:r>
    </w:p>
    <w:p>
      <w:r>
        <w:rPr>
          <w:color w:val="666666"/>
          <w:sz w:val="18"/>
        </w:rPr>
        <w:t>Society &amp; Dawah · Importance of Peace August 17, 2014 · 1m 16s · at 1:06:19 · https://youtu.be/ifxSwh2Jckw?t=3979</w:t>
      </w:r>
    </w:p>
    <w:p>
      <w:r>
        <w:rPr>
          <w:i/>
        </w:rPr>
        <w:t>“In today's lecture you gave two options: become an alim or follow an alim. But problems are due to misguidance of ulemas. How practical is following an alim when most people don't have the right alim?”</w:t>
      </w:r>
    </w:p>
    <w:p>
      <w:r>
        <w:rPr>
          <w:sz w:val="20"/>
        </w:rPr>
        <w:t>1:06:19  maulana, agla sawal raipur se hai, idrees sahab ka. aur unhon ne likha hai: In today's lecture you gave two options.</w:t>
      </w:r>
      <w:r>
        <w:br/>
      </w:r>
      <w:r>
        <w:rPr>
          <w:sz w:val="20"/>
        </w:rPr>
        <w:t>1:06:29  That is either to become an aalim or follow an aalim. However, the armed struggle and Muslim existing problems are due to misguidance of ulemas and alim</w:t>
      </w:r>
      <w:r>
        <w:br/>
      </w:r>
      <w:r>
        <w:rPr>
          <w:sz w:val="20"/>
        </w:rPr>
        <w:t>1:06:42  s. Under this situation, how practical is the second option, that is of following an aalim, as most of the people don't have the right aalim to follow?</w:t>
      </w:r>
      <w:r>
        <w:br/>
      </w:r>
      <w:r>
        <w:rPr>
          <w:sz w:val="20"/>
        </w:rPr>
        <w:t>1:06:54  nahi, main ne yeh nahi kaha hai. main ne trust ka lafz istemal kiya hai. jis par aap ko trust ho. yeh nahi ke kisi suna diya aafta ko, main ne nahi kaha ke jo suna diya aafta ho, us ko follow kijiye.</w:t>
      </w:r>
      <w:r>
        <w:br/>
      </w:r>
      <w:r>
        <w:rPr>
          <w:sz w:val="20"/>
        </w:rPr>
        <w:t>1:07:05  yeh main ne nahi kaha hai.</w:t>
      </w:r>
      <w:r>
        <w:br/>
      </w:r>
      <w:r>
        <w:rPr>
          <w:sz w:val="20"/>
        </w:rPr>
        <w:t>1:07:10  jis aalim par aap ko trust ho, us ko ikhtiyar kijiye.</w:t>
      </w:r>
      <w:r>
        <w:br/>
      </w:r>
      <w:r>
        <w:rPr>
          <w:sz w:val="20"/>
        </w:rPr>
        <w:t>1:07:18  to main samajhta hoon ke aise, beharhaal aise log maujood hain jin par aap trust kar sakte hain. un ko trust kar ke un ko follow kijiye. main har giz nahi, main ne yeh kaha hai ke jo suna diya aafta aadmi hai, us ko follow kijiye aap.</w:t>
      </w:r>
      <w:r>
        <w:br/>
      </w:r>
      <w:r>
        <w:rPr>
          <w:sz w:val="20"/>
        </w:rPr>
        <w:t>1:07:31  yeh main ne nahi kaha hai.</w:t>
      </w:r>
    </w:p>
    <w:p>
      <w:pPr>
        <w:pStyle w:val="Heading2"/>
      </w:pPr>
      <w:r>
        <w:t>Pro-democracy vs dictatorship for policies</w:t>
      </w:r>
    </w:p>
    <w:p>
      <w:r>
        <w:rPr>
          <w:color w:val="666666"/>
          <w:sz w:val="18"/>
        </w:rPr>
        <w:t>Society &amp; Dawah · Living in a New Age | March 26, 2017 · 1m 09s · at 53:08 · https://youtu.be/iST0AxQscKo?t=3188</w:t>
      </w:r>
    </w:p>
    <w:p>
      <w:r>
        <w:rPr>
          <w:i/>
        </w:rPr>
        <w:t>“Why are you so pro-democracy? Don't you think dictatorship is better as it is easier to implement policies and bring about changes fast? In democracy every party tries to find...”</w:t>
      </w:r>
    </w:p>
    <w:p>
      <w:r>
        <w:rPr>
          <w:sz w:val="20"/>
        </w:rPr>
        <w:t>53:08  ji Maulana agla sawal Abdullah Khan sahib ne bheja hai Bangladesh se.</w:t>
      </w:r>
      <w:r>
        <w:br/>
      </w:r>
      <w:r>
        <w:rPr>
          <w:sz w:val="20"/>
        </w:rPr>
        <w:t>53:14  unhon ne likha hai Maulana sahib why are you so pro-democracy? Don't you think dictatorship is better as</w:t>
      </w:r>
      <w:r>
        <w:br/>
      </w:r>
      <w:r>
        <w:rPr>
          <w:sz w:val="20"/>
        </w:rPr>
        <w:t>53:22  it is easier to implement policies and bring about changes fast? In democracy every party tries to find</w:t>
      </w:r>
      <w:r>
        <w:br/>
      </w:r>
      <w:r>
        <w:rPr>
          <w:sz w:val="20"/>
        </w:rPr>
        <w:t>53:30  loopholes and sabotage sabotage the good policies.</w:t>
      </w:r>
      <w:r>
        <w:br/>
      </w:r>
      <w:r>
        <w:rPr>
          <w:sz w:val="20"/>
        </w:rPr>
        <w:t>53:37  What is the rationale for having a democracy instead of dictatorship? yeh un ki baat saheeh nahi hai.</w:t>
      </w:r>
      <w:r>
        <w:br/>
      </w:r>
      <w:r>
        <w:rPr>
          <w:sz w:val="20"/>
        </w:rPr>
        <w:t>53:45  aap dekhiye yeh Misr Egypt mein saath baras se dictatorship saath baras ka sau baras se dictatorship hai.</w:t>
      </w:r>
      <w:r>
        <w:br/>
      </w:r>
      <w:r>
        <w:rPr>
          <w:sz w:val="20"/>
        </w:rPr>
        <w:t>53:51  pehlay badshah hota tha phir dictator hua.</w:t>
      </w:r>
      <w:r>
        <w:br/>
      </w:r>
      <w:r>
        <w:rPr>
          <w:sz w:val="20"/>
        </w:rPr>
        <w:t>53:58  ab wahan sawat aabai ko kuch bhi nahi.</w:t>
      </w:r>
      <w:r>
        <w:br/>
      </w:r>
      <w:r>
        <w:rPr>
          <w:sz w:val="20"/>
        </w:rPr>
        <w:t>54:04  Egypt mein pehlay King Farooq tha phir General Naguib aaye phir Jawad Abdul Nasser aaye phir Anwar Sadat aaye</w:t>
      </w:r>
      <w:r>
        <w:br/>
      </w:r>
      <w:r>
        <w:rPr>
          <w:sz w:val="20"/>
        </w:rPr>
        <w:t>54:11  phir Hussain Mubarak aaye phir Doctor Morsi aaye.</w:t>
      </w:r>
    </w:p>
    <w:p>
      <w:pPr>
        <w:pStyle w:val="Heading2"/>
      </w:pPr>
      <w:r>
        <w:t>Property distribution among wives and children</w:t>
      </w:r>
    </w:p>
    <w:p>
      <w:r>
        <w:rPr>
          <w:color w:val="666666"/>
          <w:sz w:val="18"/>
        </w:rPr>
        <w:t>Society &amp; Dawah · God and Man I February 19, 2012 Maulana Wahiduddin Khan · 1m 02s · at 1:26:51 · https://youtu.be/8TP3nlGRZek?t=5211</w:t>
      </w:r>
    </w:p>
    <w:p>
      <w:r>
        <w:rPr>
          <w:i/>
        </w:rPr>
        <w:t>“If a man has two wives and one wife has no child while the other has some children, then how can the distribution of property be done?”</w:t>
      </w:r>
    </w:p>
    <w:p>
      <w:r>
        <w:rPr>
          <w:sz w:val="20"/>
        </w:rPr>
        <w:t>1:26:51  maulana agla sawal dilli se hai Mr. Saadat Khan sahib ka. Unhon ne likha hai If a man has two wives and one wife has no child while the other has some children, then how can the distribution of property be done?</w:t>
      </w:r>
      <w:r>
        <w:br/>
      </w:r>
      <w:r>
        <w:rPr>
          <w:sz w:val="20"/>
        </w:rPr>
        <w:t>1:27:10  phir property ka masla is tarah nahi poocha jata. Woh to aik tareeqa hai, woh aap kijiye. Ke dar-ul-ifta khulay hue hain.</w:t>
      </w:r>
      <w:r>
        <w:br/>
      </w:r>
      <w:r>
        <w:rPr>
          <w:sz w:val="20"/>
        </w:rPr>
        <w:t>1:27:20  aik mustafti banaiye, is mein bohat hi specific language mein. Aur is mein aik self-addressed invite rakhiye. Aur dar-ul-ifta ko bhej dijiye.</w:t>
      </w:r>
      <w:r>
        <w:br/>
      </w:r>
      <w:r>
        <w:rPr>
          <w:sz w:val="20"/>
        </w:rPr>
        <w:t>1:27:30  wahan se aap ko jawab aa jaye ga. Yeh sab baatein jo hain, is tarah se is ka jawab nahi hua karta. Is ka jawab bohat hi yani is ka aik prescribed tareeqa hai, usi tareeqay se is ka jawab hota hai.</w:t>
      </w:r>
      <w:r>
        <w:br/>
      </w:r>
      <w:r>
        <w:rPr>
          <w:sz w:val="20"/>
        </w:rPr>
        <w:t>1:27:45  wohi hai. Mustafti, phir is ke jawab mein fatwa.</w:t>
      </w:r>
    </w:p>
    <w:p>
      <w:pPr>
        <w:pStyle w:val="Heading2"/>
      </w:pPr>
      <w:r>
        <w:t>Punishment for accepting triple talaq</w:t>
      </w:r>
    </w:p>
    <w:p>
      <w:r>
        <w:rPr>
          <w:color w:val="666666"/>
          <w:sz w:val="18"/>
        </w:rPr>
        <w:t>Society &amp; Dawah · Opportunities of the Modern Age | March 05, 2017 · 31s · at 51:20 · https://youtu.be/Cv8QEwvQ_fY?t=3080</w:t>
      </w:r>
    </w:p>
    <w:p>
      <w:r>
        <w:rPr>
          <w:i/>
        </w:rPr>
        <w:t>“Should those who accept triple talaq in one sitting be given fifty lashes? What do you say about this?”</w:t>
      </w:r>
    </w:p>
    <w:p>
      <w:r>
        <w:rPr>
          <w:sz w:val="20"/>
        </w:rPr>
        <w:t>51:20  greesh jwal ji ne aik aur sawal kiya hai unhon ne aap se poocha hai ke: "aik sath</w:t>
      </w:r>
      <w:r>
        <w:br/>
      </w:r>
      <w:r>
        <w:rPr>
          <w:sz w:val="20"/>
        </w:rPr>
        <w:t>51:26  teen talaq ko manne walon ko kya pchas koore lagane chahiye is ke baray mein aap kya kahin</w:t>
      </w:r>
      <w:r>
        <w:br/>
      </w:r>
      <w:r>
        <w:rPr>
          <w:sz w:val="20"/>
        </w:rPr>
        <w:t>51:32  ge?" bhai is par mein ne tafsil se likha hai aik article pehle bhi chhap chuka hai abhi</w:t>
      </w:r>
      <w:r>
        <w:br/>
      </w:r>
      <w:r>
        <w:rPr>
          <w:sz w:val="20"/>
        </w:rPr>
        <w:t>51:39  naya bhi likha hai inshallah chhape ga is par aap pehle dekh lein is ko teen talaq ka</w:t>
      </w:r>
      <w:r>
        <w:br/>
      </w:r>
      <w:r>
        <w:rPr>
          <w:sz w:val="20"/>
        </w:rPr>
        <w:t>51:45  maslay par tafseeli article ab aa raha hai</w:t>
      </w:r>
    </w:p>
    <w:p>
      <w:pPr>
        <w:pStyle w:val="Heading2"/>
      </w:pPr>
      <w:r>
        <w:t>Purpose of Dawah: conversion or not?</w:t>
      </w:r>
    </w:p>
    <w:p>
      <w:r>
        <w:rPr>
          <w:color w:val="666666"/>
          <w:sz w:val="18"/>
        </w:rPr>
        <w:t>Society &amp; Dawah · Root Cause of Terrorism February 22, 2015 · 1m 16s · at 51:53 · https://youtu.be/n0AIGEI7b9U?t=3113</w:t>
      </w:r>
    </w:p>
    <w:p>
      <w:r>
        <w:rPr>
          <w:i/>
        </w:rPr>
        <w:t>“Maulana, is Dawah to be done for conversion or through Dawah to convert? Maulana, here also the opposition mindset can come, how to avoid it? Please clarify.”</w:t>
      </w:r>
    </w:p>
    <w:p>
      <w:r>
        <w:rPr>
          <w:sz w:val="20"/>
        </w:rPr>
        <w:t>51:53  maulana, agla sawal kiya hai Tamil Nadu se Maulana Iqbal Umri ne, aur inhone likha hai ke:</w:t>
      </w:r>
      <w:r>
        <w:br/>
      </w:r>
      <w:r>
        <w:rPr>
          <w:sz w:val="20"/>
        </w:rPr>
        <w:t>52:01  "maulana, dawah ko convey karna hai ya dawah ke zariye convert karna hai?" Maulana, yahan bhi imposition ka</w:t>
      </w:r>
      <w:r>
        <w:br/>
      </w:r>
      <w:r>
        <w:rPr>
          <w:sz w:val="20"/>
        </w:rPr>
        <w:t>52:08  zehan aa sakta hai, is se kaise bacha jaye? is ko clear karen.</w:t>
      </w:r>
      <w:r>
        <w:br/>
      </w:r>
      <w:r>
        <w:rPr>
          <w:sz w:val="20"/>
        </w:rPr>
        <w:t>52:14  phir conversion Islam mein hai hi nahin, yani mazhab badalwana Islam mein hai hi nahin.</w:t>
      </w:r>
      <w:r>
        <w:br/>
      </w:r>
      <w:r>
        <w:rPr>
          <w:sz w:val="20"/>
        </w:rPr>
        <w:t>52:20  islam mein jo hai, woh yaani ab jis baat ko aap sahi samajhte hain, woh kahiye.</w:t>
      </w:r>
      <w:r>
        <w:br/>
      </w:r>
      <w:r>
        <w:rPr>
          <w:sz w:val="20"/>
        </w:rPr>
        <w:t>52:27  baqi islam ke mutaliq dekhen ke mazhab ek personal choice ka naam hai, koi doosra aap ja ke</w:t>
      </w:r>
      <w:r>
        <w:br/>
      </w:r>
      <w:r>
        <w:rPr>
          <w:sz w:val="20"/>
        </w:rPr>
        <w:t>52:35  aap badalwave, yeh is ka talluq islam se hai hi nahin.</w:t>
      </w:r>
      <w:r>
        <w:br/>
      </w:r>
      <w:r>
        <w:rPr>
          <w:sz w:val="20"/>
        </w:rPr>
        <w:t>52:40  personal choice, faman shaa'a falyu'min, faman shaa'a falyakfur.</w:t>
      </w:r>
      <w:r>
        <w:br/>
      </w:r>
      <w:r>
        <w:rPr>
          <w:sz w:val="20"/>
        </w:rPr>
        <w:t>52:43  allah ta'ala ka jo creation plan hai, us ke mutabiq mazhab har aadmi ka personal choice hai, bas</w:t>
      </w:r>
      <w:r>
        <w:br/>
      </w:r>
      <w:r>
        <w:rPr>
          <w:sz w:val="20"/>
        </w:rPr>
        <w:t>52:51  koi doosra ja kar ke us ko badalwave, mazhab yeh islam mein hai hi nahin.</w:t>
      </w:r>
      <w:r>
        <w:br/>
      </w:r>
      <w:r>
        <w:rPr>
          <w:sz w:val="20"/>
        </w:rPr>
        <w:t>52:57  kai aayaten quran mein aisi hain: "la ikraaha fid deen, faman shaa'a falyu'min, faman shaa'a falyakfur".</w:t>
      </w:r>
      <w:r>
        <w:br/>
      </w:r>
      <w:r>
        <w:rPr>
          <w:sz w:val="20"/>
        </w:rPr>
        <w:t>53:04  yeh sab batati hain ke is mazhab har aadmi ka personal choice hai.</w:t>
      </w:r>
    </w:p>
    <w:p>
      <w:pPr>
        <w:pStyle w:val="Heading2"/>
      </w:pPr>
      <w:r>
        <w:t>Purpose of Spirit of Islam magazine</w:t>
      </w:r>
    </w:p>
    <w:p>
      <w:r>
        <w:rPr>
          <w:color w:val="666666"/>
          <w:sz w:val="18"/>
        </w:rPr>
        <w:t>Society &amp; Dawah · Spiritual Light of The Believers (Itmam-E-Noor ) May 12, 2013 · 46s · at 50:41 · https://youtu.be/SmjmddWA1Jo?t=3041</w:t>
      </w:r>
    </w:p>
    <w:p>
      <w:r>
        <w:rPr>
          <w:i/>
        </w:rPr>
        <w:t>“What is the purpose of the English magazine 'Spirit of Islam' that you recently launched? Please explain.”</w:t>
      </w:r>
    </w:p>
    <w:p>
      <w:r>
        <w:rPr>
          <w:sz w:val="20"/>
        </w:rPr>
        <w:t>50:41  maulana, agla sawal bhopal se hai, anwar sahib ka. unhon ne aap se poocha hai: maulana sahib, aap ne haal hi mein english magazine "spirit of islam" launch ki hai, is ka maqsad kya hai?</w:t>
      </w:r>
      <w:r>
        <w:br/>
      </w:r>
      <w:r>
        <w:rPr>
          <w:sz w:val="20"/>
        </w:rPr>
        <w:t>50:54  is ke baray mein batayen. dawat hai bas, aur kya maqsad hai?</w:t>
      </w:r>
      <w:r>
        <w:br/>
      </w:r>
      <w:r>
        <w:rPr>
          <w:sz w:val="20"/>
        </w:rPr>
        <w:t>50:59  islam ki dawat un logon tak pahunchana jo english knowing hain. hamari sari jitni bhi activities hain, hamari woh sab ka maqsad dawat hai.</w:t>
      </w:r>
      <w:r>
        <w:br/>
      </w:r>
      <w:r>
        <w:rPr>
          <w:sz w:val="20"/>
        </w:rPr>
        <w:t>51:09  jaise yeh hum class karte hain, yeh bhi dawat hai. to urdu risala jo hai, woh sirf zahir hai ke urdu speaker logon tak pahunch pata hai.</w:t>
      </w:r>
      <w:r>
        <w:br/>
      </w:r>
      <w:r>
        <w:rPr>
          <w:sz w:val="20"/>
        </w:rPr>
        <w:t>51:19  to english magazine is liye nikala gaya hai ta ke jo english knowing log hain, un tak bhi sachai ki baghat pahunchay.</w:t>
      </w:r>
    </w:p>
    <w:p>
      <w:pPr>
        <w:pStyle w:val="Heading2"/>
      </w:pPr>
      <w:r>
        <w:t>Purpose of dawah converting to Islam</w:t>
      </w:r>
    </w:p>
    <w:p>
      <w:r>
        <w:rPr>
          <w:color w:val="666666"/>
          <w:sz w:val="18"/>
        </w:rPr>
        <w:t>Society &amp; Dawah · Living in a New Age | March 26, 2017 · 59s · at 1:01:18 · https://youtu.be/iST0AxQscKo?t=3678</w:t>
      </w:r>
    </w:p>
    <w:p>
      <w:r>
        <w:rPr>
          <w:i/>
        </w:rPr>
        <w:t>“What is the purpose of dawah? Is converting people to Islam and...”</w:t>
      </w:r>
    </w:p>
    <w:p>
      <w:r>
        <w:rPr>
          <w:sz w:val="20"/>
        </w:rPr>
        <w:t>1:01:18  ji maulana agla sawal chennai se kiya hai</w:t>
      </w:r>
      <w:r>
        <w:br/>
      </w:r>
      <w:r>
        <w:rPr>
          <w:sz w:val="20"/>
        </w:rPr>
        <w:t>1:01:21  maulana israr khateeb sahib ne.</w:t>
      </w:r>
      <w:r>
        <w:br/>
      </w:r>
      <w:r>
        <w:rPr>
          <w:sz w:val="20"/>
        </w:rPr>
        <w:t>1:01:27  unhon ne likha hai ke maulana what is the purpose of daawa is converting people to islam aur</w:t>
      </w:r>
      <w:r>
        <w:br/>
      </w:r>
      <w:r>
        <w:rPr>
          <w:sz w:val="20"/>
        </w:rPr>
        <w:t>1:01:33  just conveying the message of god? converting convert karna to har giz islam ka goal nahi hai.</w:t>
      </w:r>
      <w:r>
        <w:br/>
      </w:r>
      <w:r>
        <w:rPr>
          <w:sz w:val="20"/>
        </w:rPr>
        <w:t>1:01:39  koi faida nahi convert karne se.</w:t>
      </w:r>
      <w:r>
        <w:br/>
      </w:r>
      <w:r>
        <w:rPr>
          <w:sz w:val="20"/>
        </w:rPr>
        <w:t>1:01:45  dekhiye islam ke mutabiq mazhab</w:t>
      </w:r>
      <w:r>
        <w:br/>
      </w:r>
      <w:r>
        <w:rPr>
          <w:sz w:val="20"/>
        </w:rPr>
        <w:t>1:01:51  jo hai ek self discovery ki baat hai.</w:t>
      </w:r>
      <w:r>
        <w:br/>
      </w:r>
      <w:r>
        <w:rPr>
          <w:sz w:val="20"/>
        </w:rPr>
        <w:t>1:01:54  self discovery convert karne ki baat cheez hi nahi hai woh.</w:t>
      </w:r>
      <w:r>
        <w:br/>
      </w:r>
      <w:r>
        <w:rPr>
          <w:sz w:val="20"/>
        </w:rPr>
        <w:t>1:01:58  mazhab jo hai convert karne ki cheez hi nahi hai.</w:t>
      </w:r>
      <w:r>
        <w:br/>
      </w:r>
      <w:r>
        <w:rPr>
          <w:sz w:val="20"/>
        </w:rPr>
        <w:t>1:02:02  self discovery ki cheez hai.</w:t>
      </w:r>
      <w:r>
        <w:br/>
      </w:r>
      <w:r>
        <w:rPr>
          <w:sz w:val="20"/>
        </w:rPr>
        <w:t>1:02:06  aap is mutalea ki jiye jo aap ko theek lage.</w:t>
      </w:r>
      <w:r>
        <w:br/>
      </w:r>
      <w:r>
        <w:rPr>
          <w:sz w:val="20"/>
        </w:rPr>
        <w:t>1:02:10  that is your personal choice is ko le lijiye.</w:t>
      </w:r>
      <w:r>
        <w:br/>
      </w:r>
      <w:r>
        <w:rPr>
          <w:sz w:val="20"/>
        </w:rPr>
        <w:t>1:02:13  convert karna to kuch bhi nateeje mein to nateeja samjhta hoon.</w:t>
      </w:r>
    </w:p>
    <w:p>
      <w:pPr>
        <w:pStyle w:val="Heading2"/>
      </w:pPr>
      <w:r>
        <w:t>Purpose of giving Quran in dawah</w:t>
      </w:r>
    </w:p>
    <w:p>
      <w:r>
        <w:rPr>
          <w:color w:val="666666"/>
          <w:sz w:val="18"/>
        </w:rPr>
        <w:t>Society &amp; Dawah · Man and Paradise May 05, 2013 · 1m 49s · at 52:54 · https://youtu.be/VyFgim3pvts?t=3174</w:t>
      </w:r>
    </w:p>
    <w:p>
      <w:r>
        <w:rPr>
          <w:i/>
        </w:rPr>
        <w:t>“We majorly talk of giving the Quran to non-Muslims in our dawah activities, so that people read it, understand it and accept it as a final book of God. In doing so, our main intention remains that people should understand the creation plan of God and the purpose of life.”</w:t>
      </w:r>
    </w:p>
    <w:p>
      <w:r>
        <w:rPr>
          <w:sz w:val="20"/>
        </w:rPr>
        <w:t>52:54  maulana, agla sawal kashmir se hai, aamir jaan mori sahib ka</w:t>
      </w:r>
      <w:r>
        <w:br/>
      </w:r>
      <w:r>
        <w:rPr>
          <w:sz w:val="20"/>
        </w:rPr>
        <w:t>52:59  . unhon ne likha hai: "we majorly talk of giving quran to non muslims in our dawah activities, so that people read it, understand it and accept it as a final book of god.</w:t>
      </w:r>
      <w:r>
        <w:br/>
      </w:r>
      <w:r>
        <w:rPr>
          <w:sz w:val="20"/>
        </w:rPr>
        <w:t>53:14  in doing so, our main intention remains that people should understand the creation plan of god and purpose of life.</w:t>
      </w:r>
      <w:r>
        <w:br/>
      </w:r>
      <w:r>
        <w:rPr>
          <w:sz w:val="20"/>
        </w:rPr>
        <w:t>53:23  one confusion which always disturbs my mind is that almost every muslim house have a copy of quran, but why is it so that still muslims are unaware about the purpose of life?</w:t>
      </w:r>
      <w:r>
        <w:br/>
      </w:r>
      <w:r>
        <w:rPr>
          <w:sz w:val="20"/>
        </w:rPr>
        <w:t>53:38  maulana sahib, please guide how muslims who already have a faith in one god and his last messenger can come to the straight path.</w:t>
      </w:r>
      <w:r>
        <w:br/>
      </w:r>
      <w:r>
        <w:rPr>
          <w:sz w:val="20"/>
        </w:rPr>
        <w:t>53:49  bhai, yeh sawal kya hai? bhai, toh nahi samajhta is</w:t>
      </w:r>
      <w:r>
        <w:br/>
      </w:r>
      <w:r>
        <w:rPr>
          <w:sz w:val="20"/>
        </w:rPr>
        <w:t>53:52  ko? kya musalmanon ko ja ke bataiyey? jis tarah batana hai ghair musalmanon ko, musalmanon ko batana hai. ji, kya yeh koi sawal toh mein samajhta hoon?</w:t>
      </w:r>
      <w:r>
        <w:br/>
      </w:r>
      <w:r>
        <w:rPr>
          <w:sz w:val="20"/>
        </w:rPr>
        <w:t>54:03  ji, koi sawal hai? bhai, jo log be khabar hain, un ko ja ke bataiyey. bas aur kya sawal? kya hai? yeh musalman koi perfect toh hai nahi?</w:t>
      </w:r>
      <w:r>
        <w:br/>
      </w:r>
      <w:r>
        <w:rPr>
          <w:sz w:val="20"/>
        </w:rPr>
        <w:t>54:14  musalmanon mein bhi aap jante hain ke har qism ke yaani kharabiyan paida ho chuki hain. un ko, un ko bhi samjhaiyey.</w:t>
      </w:r>
      <w:r>
        <w:br/>
      </w:r>
      <w:r>
        <w:rPr>
          <w:sz w:val="20"/>
        </w:rPr>
        <w:t>54:22  aap ko musalmanon ko bhi samjhana hai aur non muslim ko bhi samjhana hai. yeh toh kay sahib ji, aur koi baat hai?</w:t>
      </w:r>
      <w:r>
        <w:br/>
      </w:r>
      <w:r>
        <w:rPr>
          <w:sz w:val="20"/>
        </w:rPr>
        <w:t>54:33  yeh theek baat hai. mein toh nahi samajhta koi baat is mein hai.</w:t>
      </w:r>
    </w:p>
    <w:p>
      <w:pPr>
        <w:pStyle w:val="Heading2"/>
      </w:pPr>
      <w:r>
        <w:t>Qari angry about missing burqa</w:t>
      </w:r>
    </w:p>
    <w:p>
      <w:r>
        <w:rPr>
          <w:color w:val="666666"/>
          <w:sz w:val="18"/>
        </w:rPr>
        <w:t>Society &amp; Dawah · Age of Alternatives April 05, 2015 · 1m 47s · at 1:04:41 · https://youtu.be/4v0uCM2BZuA?t=3881</w:t>
      </w:r>
    </w:p>
    <w:p>
      <w:r>
        <w:rPr>
          <w:i/>
        </w:rPr>
        <w:t>“I was at Kaaba last week and a Qari of Haram was talking to me as he knows my husband's family. When I asked a question about Kaaba, he got angry with me that why I was not wearing burqa. Maulana, I am over fifty years old and a grandmother.”</w:t>
      </w:r>
    </w:p>
    <w:p>
      <w:r>
        <w:rPr>
          <w:sz w:val="20"/>
        </w:rPr>
        <w:t>1:04:41  maulana, agla sawal ah ah london se hai lekin poochne wale ne apna naam nahi likha hai aur woh is waqt yeh program</w:t>
      </w:r>
      <w:r>
        <w:br/>
      </w:r>
      <w:r>
        <w:rPr>
          <w:sz w:val="20"/>
        </w:rPr>
        <w:t>1:04:50  dekh rahi hain. unhon ne likha hai ke "I was at Kaaba last week and a qari of haram was talking to me as as he knows my husband's family.</w:t>
      </w:r>
      <w:r>
        <w:br/>
      </w:r>
      <w:r>
        <w:rPr>
          <w:sz w:val="20"/>
        </w:rPr>
        <w:t>1:05:02  when i asked a question about kaba, he got angry with me that why i was not wearing burqa. maulana, i am over fifty years old and a grandmother.</w:t>
      </w:r>
      <w:r>
        <w:br/>
      </w:r>
      <w:r>
        <w:rPr>
          <w:sz w:val="20"/>
        </w:rPr>
        <w:t>1:05:15  i said that i am also involved in mission and work in the west,</w:t>
      </w:r>
      <w:r>
        <w:br/>
      </w:r>
      <w:r>
        <w:rPr>
          <w:sz w:val="20"/>
        </w:rPr>
        <w:t>1:05:21  but he said that in islam, but he said islam goes one form of parda and that there is no excuse.</w:t>
      </w:r>
      <w:r>
        <w:br/>
      </w:r>
      <w:r>
        <w:rPr>
          <w:sz w:val="20"/>
        </w:rPr>
        <w:t>1:05:29  this is from the hadith of prophet. it has worried me as i used to wear burqa when i was in college and until the age of thirty five.</w:t>
      </w:r>
      <w:r>
        <w:br/>
      </w:r>
      <w:r>
        <w:rPr>
          <w:sz w:val="20"/>
        </w:rPr>
        <w:t>1:05:40  maulana, please comment on this. dekhen, main aap ko yahi mashwara dunga ke aap</w:t>
      </w:r>
      <w:r>
        <w:br/>
      </w:r>
      <w:r>
        <w:rPr>
          <w:sz w:val="20"/>
        </w:rPr>
        <w:t>1:05:49  do kitaben padhiye:</w:t>
      </w:r>
      <w:r>
        <w:br/>
      </w:r>
      <w:r>
        <w:rPr>
          <w:sz w:val="20"/>
        </w:rPr>
        <w:t>1:05:51  aik allama albani ki kitab "hijab al-marat al-muslima", doosri meri jo do ya teen kitaben is mozu par hain.</w:t>
      </w:r>
      <w:r>
        <w:br/>
      </w:r>
      <w:r>
        <w:rPr>
          <w:sz w:val="20"/>
        </w:rPr>
        <w:t>1:06:01  yani is ko padhiye aap, yani khatoon ke mozu par, khatoon islam ke mozu par. phir aap rai banaiye.</w:t>
      </w:r>
      <w:r>
        <w:br/>
      </w:r>
      <w:r>
        <w:rPr>
          <w:sz w:val="20"/>
        </w:rPr>
        <w:t>1:06:09  ab</w:t>
      </w:r>
      <w:r>
        <w:br/>
      </w:r>
      <w:r>
        <w:rPr>
          <w:sz w:val="20"/>
        </w:rPr>
        <w:t>1:06:10  abhi aap ko padhna chahiye, tab aap ko islam ka stand samajh mein ayega. woh in in kitabon ko padhne ke baad aap phir sawal karen, inshallah us waqt mein jawab dunga.</w:t>
      </w:r>
    </w:p>
    <w:p>
      <w:pPr>
        <w:pStyle w:val="Heading2"/>
      </w:pPr>
      <w:r>
        <w:t>Qualities of a da'i and initial speech</w:t>
      </w:r>
    </w:p>
    <w:p>
      <w:r>
        <w:rPr>
          <w:color w:val="666666"/>
          <w:sz w:val="18"/>
        </w:rPr>
        <w:t>Society &amp; Dawah · Q&amp;A 04 Mar 2012 Maulana Wahiduddin Khan · 1m 04s · at 35:54 · https://youtu.be/txRmutuvWQI?t=2154</w:t>
      </w:r>
    </w:p>
    <w:p>
      <w:r>
        <w:rPr>
          <w:i/>
        </w:rPr>
        <w:t>“Tell us the special qualities of a da'i, and how should a da'i initially speak to the mad'u?”</w:t>
      </w:r>
    </w:p>
    <w:p>
      <w:r>
        <w:rPr>
          <w:sz w:val="20"/>
        </w:rPr>
        <w:t>35:54  molana, agla sawal delhi se hai mr mohammad altafuddin inamdar sahib ka. unhon ne poocha hai ke: "dai ke khaas sifat batayen, aur dai madu se start mein kaise baat karen?"</w:t>
      </w:r>
      <w:r>
        <w:br/>
      </w:r>
      <w:r>
        <w:rPr>
          <w:sz w:val="20"/>
        </w:rPr>
        <w:t>36:13  sara wahi khulasa hai: well wishing, khair khwahi.</w:t>
      </w:r>
      <w:r>
        <w:br/>
      </w:r>
      <w:r>
        <w:rPr>
          <w:sz w:val="20"/>
        </w:rPr>
        <w:t>36:20  maa baap ko apne bete se khair khwahi hoti hai to us ko koi us ko mashwara poochne nahi jata. woh woh khud janta hai ke mujhe kya karna chahiye. to sara jo is mein, yaani jo uska jo khulasa hai,</w:t>
      </w:r>
      <w:r>
        <w:br/>
      </w:r>
      <w:r>
        <w:rPr>
          <w:sz w:val="20"/>
        </w:rPr>
        <w:t>36:36  woh yahi hai ke madعو ke liye khair khwahi, well wishing. jab tak yeh nahi hogi, tak batane se bhi kuch baat aadmi pakdega nahi.</w:t>
      </w:r>
      <w:r>
        <w:br/>
      </w:r>
      <w:r>
        <w:rPr>
          <w:sz w:val="20"/>
        </w:rPr>
        <w:t>36:49  jo mohabbat hoti hai maan baap ko apne bete se, woh mohabbat jab tak paida nahi hogi madعو se, tab tak yahi sab rahega.</w:t>
      </w:r>
    </w:p>
    <w:p>
      <w:pPr>
        <w:pStyle w:val="Heading2"/>
      </w:pPr>
      <w:r>
        <w:t>Question about Islamic state after 1400 years</w:t>
      </w:r>
    </w:p>
    <w:p>
      <w:r>
        <w:rPr>
          <w:color w:val="666666"/>
          <w:sz w:val="18"/>
        </w:rPr>
        <w:t>Society &amp; Dawah · Prophetic Wisdom | May 01, 2016 · 1m 28s · at 55:04 · https://youtu.be/KrjwjAw03zw?t=3304</w:t>
      </w:r>
    </w:p>
    <w:p>
      <w:r>
        <w:rPr>
          <w:i/>
        </w:rPr>
        <w:t>“I am from Balochistan and I am a little skeptical and confused Muslim. I want to ask a simple question about the Islamic state: why has there been no Islamic state for fourteen hundred years?”</w:t>
      </w:r>
    </w:p>
    <w:p>
      <w:r>
        <w:rPr>
          <w:sz w:val="20"/>
        </w:rPr>
        <w:t>55:04  dalna hai Maulana agla sawal kya hai Suhail Nasir Sahab ne Balochistan se aur unhon ne likha hai</w:t>
      </w:r>
      <w:r>
        <w:br/>
      </w:r>
      <w:r>
        <w:rPr>
          <w:sz w:val="20"/>
        </w:rPr>
        <w:t>55:12  I am from Balochistan and I am a little skeptic and confused Muslim. I want to ask a simple</w:t>
      </w:r>
      <w:r>
        <w:br/>
      </w:r>
      <w:r>
        <w:rPr>
          <w:sz w:val="20"/>
        </w:rPr>
        <w:t>55:19  question about Islamic state that since 1400 years the</w:t>
      </w:r>
      <w:r>
        <w:br/>
      </w:r>
      <w:r>
        <w:rPr>
          <w:sz w:val="20"/>
        </w:rPr>
        <w:t>55:27  His dream couldn't be achieved even though there were Islamic kingdoms. So if now for argument's sake even</w:t>
      </w:r>
      <w:r>
        <w:br/>
      </w:r>
      <w:r>
        <w:rPr>
          <w:sz w:val="20"/>
        </w:rPr>
        <w:t>55:34  If a state comes into being then again there is no assurance that whether it would be a</w:t>
      </w:r>
      <w:r>
        <w:br/>
      </w:r>
      <w:r>
        <w:rPr>
          <w:sz w:val="20"/>
        </w:rPr>
        <w:t>55:42  complete Islamic state or a partial one. So how to differentiate this from the governing systems like capitalism?</w:t>
      </w:r>
      <w:r>
        <w:br/>
      </w:r>
      <w:r>
        <w:rPr>
          <w:sz w:val="20"/>
        </w:rPr>
        <w:t>55:49  aur socialism what is your comment on this Maulana Sahab dekhiye Islami</w:t>
      </w:r>
      <w:r>
        <w:br/>
      </w:r>
      <w:r>
        <w:rPr>
          <w:sz w:val="20"/>
        </w:rPr>
        <w:t>55:57  dawat aik non political dawat hai harghiz harghiz woh koi political dawat nahi hai yeh system aur law yeh sab cheezein hain is ka target nahi hai is ka target yeh hai ke aap quran ko phailaye logon ke jannat o jahannum se baghabar karein ke kis ne pyar of guard kiya hai is se logon ko agah karein yahi sab dawat hai yeh jo log kehte hain ke nizam qaim kar raha ho s</w:t>
      </w:r>
      <w:r>
        <w:br/>
      </w:r>
      <w:r>
        <w:rPr>
          <w:sz w:val="20"/>
        </w:rPr>
        <w:t>56:27  system ko tod raha ho hukumat badal raha ho yeh sab un ki apni cheezain hain yeh sab</w:t>
      </w:r>
    </w:p>
    <w:p>
      <w:pPr>
        <w:pStyle w:val="Heading2"/>
      </w:pPr>
      <w:r>
        <w:t>Question about spiritual democracy article</w:t>
      </w:r>
    </w:p>
    <w:p>
      <w:r>
        <w:rPr>
          <w:color w:val="666666"/>
          <w:sz w:val="18"/>
        </w:rPr>
        <w:t>Society &amp; Dawah · Divine Crusades December 14, 2014 · 1m 49s · at 56:40 · https://youtu.be/qZhY00S5LQg?t=3400</w:t>
      </w:r>
    </w:p>
    <w:p>
      <w:r>
        <w:rPr>
          <w:i/>
        </w:rPr>
        <w:t>“You have written an article in Tehelka in which you have suggested spiritual democracy.”</w:t>
      </w:r>
    </w:p>
    <w:p>
      <w:r>
        <w:rPr>
          <w:sz w:val="20"/>
        </w:rPr>
        <w:t>56:40  Maulana, agla sawal lete hain.</w:t>
      </w:r>
      <w:r>
        <w:br/>
      </w:r>
      <w:r>
        <w:rPr>
          <w:sz w:val="20"/>
        </w:rPr>
        <w:t>56:46  yeh Dilli se hai aur yeh Waqar Hassan sahib ne poocha hai aap se.</w:t>
      </w:r>
      <w:r>
        <w:br/>
      </w:r>
      <w:r>
        <w:rPr>
          <w:sz w:val="20"/>
        </w:rPr>
        <w:t>56:51  unhon ne likha hai ke Maulana you have written an article in Tehelka in which you have suggested spiritual democracy.</w:t>
      </w:r>
      <w:r>
        <w:br/>
      </w:r>
      <w:r>
        <w:rPr>
          <w:sz w:val="20"/>
        </w:rPr>
        <w:t>56:57  What do you mean by it?</w:t>
      </w:r>
      <w:r>
        <w:br/>
      </w:r>
      <w:r>
        <w:rPr>
          <w:sz w:val="20"/>
        </w:rPr>
        <w:t>57:03  How will it be established and what will be its features? Please comment on that.</w:t>
      </w:r>
      <w:r>
        <w:br/>
      </w:r>
      <w:r>
        <w:rPr>
          <w:sz w:val="20"/>
        </w:rPr>
        <w:t>57:08  isi mein maujood hai, aap do bar parhiye is ko.</w:t>
      </w:r>
      <w:r>
        <w:br/>
      </w:r>
      <w:r>
        <w:rPr>
          <w:sz w:val="20"/>
        </w:rPr>
        <w:t>57:12  ek bar parha aap ne to pata nahi chala aap ko.</w:t>
      </w:r>
      <w:r>
        <w:br/>
      </w:r>
      <w:r>
        <w:rPr>
          <w:sz w:val="20"/>
        </w:rPr>
        <w:t>57:17  do bar parhiye, isi mein is ka jawab maujood hai.</w:t>
      </w:r>
      <w:r>
        <w:br/>
      </w:r>
      <w:r>
        <w:rPr>
          <w:sz w:val="20"/>
        </w:rPr>
        <w:t>57:22  Sir Aslam ne kiya hai Saharanpur se aur unhon ne likha hai ke Maulana religious persecution hazaron</w:t>
      </w:r>
      <w:r>
        <w:br/>
      </w:r>
      <w:r>
        <w:rPr>
          <w:sz w:val="20"/>
        </w:rPr>
        <w:t>57:27  saal tak chala, lakhon karoron logon ko sachai na mil saki.</w:t>
      </w:r>
      <w:r>
        <w:br/>
      </w:r>
      <w:r>
        <w:rPr>
          <w:sz w:val="20"/>
        </w:rPr>
        <w:t>57:32  اللہ کو communication age اور openness کو culmination پر لانے میں ہزاروں سال لگ گئے۔</w:t>
      </w:r>
      <w:r>
        <w:br/>
      </w:r>
      <w:r>
        <w:rPr>
          <w:sz w:val="20"/>
        </w:rPr>
        <w:t>57:37  kya is douran paida hone wale log Allah ko aakhirat mein yeh nahi kahengay ke hamari ghalti</w:t>
      </w:r>
      <w:r>
        <w:br/>
      </w:r>
      <w:r>
        <w:rPr>
          <w:sz w:val="20"/>
        </w:rPr>
        <w:t>57:41  nahi? tab Allah kya jawab dega? dekhiye, yeh baat hai sochna, yeh mere nazdeek yeh zillat hai.</w:t>
      </w:r>
      <w:r>
        <w:br/>
      </w:r>
      <w:r>
        <w:rPr>
          <w:sz w:val="20"/>
        </w:rPr>
        <w:t>57:46  yeh kyun sochte hain aap? apne ko jo blessing mili hai, us ko Sochiye.</w:t>
      </w:r>
      <w:r>
        <w:br/>
      </w:r>
      <w:r>
        <w:rPr>
          <w:sz w:val="20"/>
        </w:rPr>
        <w:t>57:51  doosron ko hamare Khuda ke hawale kijiyay.</w:t>
      </w:r>
      <w:r>
        <w:br/>
      </w:r>
      <w:r>
        <w:rPr>
          <w:sz w:val="20"/>
        </w:rPr>
        <w:t>57:56  Allah ke hawale kijiyay.</w:t>
      </w:r>
      <w:r>
        <w:br/>
      </w:r>
      <w:r>
        <w:rPr>
          <w:sz w:val="20"/>
        </w:rPr>
        <w:t>58:01  yeh soch jo hai, bohat hi, mein us ko samajhta hoon ke bohat hi ghalat soch hai.</w:t>
      </w:r>
      <w:r>
        <w:br/>
      </w:r>
      <w:r>
        <w:rPr>
          <w:sz w:val="20"/>
        </w:rPr>
        <w:t>58:06  kyun ke that is yani aap ka mind chalaya jata hai, yani na milne ki taraf.</w:t>
      </w:r>
      <w:r>
        <w:br/>
      </w:r>
      <w:r>
        <w:rPr>
          <w:sz w:val="20"/>
        </w:rPr>
        <w:t>58:11  aur mind ko rakhiye milne ki taraf.</w:t>
      </w:r>
      <w:r>
        <w:br/>
      </w:r>
      <w:r>
        <w:rPr>
          <w:sz w:val="20"/>
        </w:rPr>
        <w:t>58:15  Allah ki taraf se mil raha hai jo aap ko, us par mind ko us lagaiye.</w:t>
      </w:r>
      <w:r>
        <w:br/>
      </w:r>
      <w:r>
        <w:rPr>
          <w:sz w:val="20"/>
        </w:rPr>
        <w:t>58:20  us ko Allah ke hawale kijiyay.</w:t>
      </w:r>
      <w:r>
        <w:br/>
      </w:r>
      <w:r>
        <w:rPr>
          <w:sz w:val="20"/>
        </w:rPr>
        <w:t>58:25  Allah ke hawale kijiyay.</w:t>
      </w:r>
    </w:p>
    <w:p>
      <w:pPr>
        <w:pStyle w:val="Heading2"/>
      </w:pPr>
      <w:r>
        <w:t>Reason for emphasizing English learning to Muslims</w:t>
      </w:r>
    </w:p>
    <w:p>
      <w:r>
        <w:rPr>
          <w:color w:val="666666"/>
          <w:sz w:val="18"/>
        </w:rPr>
        <w:t>Society &amp; Dawah · The Creation Plan December 09, 2018 · 1m 13s · at 56:54 · https://youtu.be/y8tS4vW9lFI?t=3414</w:t>
      </w:r>
    </w:p>
    <w:p>
      <w:r>
        <w:rPr>
          <w:i/>
        </w:rPr>
        <w:t>“Molana, I have observed that you emphasize a lot to Muslims in learning English. What is the reason? Should students graduating from madrasa also learn English?”</w:t>
      </w:r>
    </w:p>
    <w:p>
      <w:r>
        <w:rPr>
          <w:sz w:val="20"/>
        </w:rPr>
        <w:t>56:54  maulana, agla sawal lucknow se kiya hai muhammad hussain sahab ne. unhone likha hai: "maulana, i have observed that you emphasize a lot to muslims in learning english language.</w:t>
      </w:r>
      <w:r>
        <w:br/>
      </w:r>
      <w:r>
        <w:rPr>
          <w:sz w:val="20"/>
        </w:rPr>
        <w:t>57:07  what is the reason behind this? should students graduating from madrasa also learn english?" is ke bare mein batayein.</w:t>
      </w:r>
      <w:r>
        <w:br/>
      </w:r>
      <w:r>
        <w:rPr>
          <w:sz w:val="20"/>
        </w:rPr>
        <w:t>57:21  arey bhai, dekhiye, seerat kitab mein aata hai ke rasool Allah ke katib the zaid ibn ansari.</w:t>
      </w:r>
      <w:r>
        <w:br/>
      </w:r>
      <w:r>
        <w:rPr>
          <w:sz w:val="20"/>
        </w:rPr>
        <w:t>57:31  zaid ibn ansari, unhone rasool Allah ke kehne par chah zabanen seekhi thi. to yeh to sunnat rasool hai, sunnat sahaba hai.</w:t>
      </w:r>
      <w:r>
        <w:br/>
      </w:r>
      <w:r>
        <w:rPr>
          <w:sz w:val="20"/>
        </w:rPr>
        <w:t>57:46  aap seekhein, phir sawab milega,</w:t>
      </w:r>
      <w:r>
        <w:br/>
      </w:r>
      <w:r>
        <w:rPr>
          <w:sz w:val="20"/>
        </w:rPr>
        <w:t>57:51  phir sawab milega.</w:t>
      </w:r>
      <w:r>
        <w:br/>
      </w:r>
      <w:r>
        <w:rPr>
          <w:sz w:val="20"/>
        </w:rPr>
        <w:t>57:56  yeh zaid ibn sahab tanzali ki sunnat hai aur jo rasool Allah ke kehne ke mutabiq unhone ikhtiyar kiya.</w:t>
      </w:r>
    </w:p>
    <w:p>
      <w:pPr>
        <w:pStyle w:val="Heading2"/>
      </w:pPr>
      <w:r>
        <w:t>Reason for positive change in dawah perception</w:t>
      </w:r>
    </w:p>
    <w:p>
      <w:r>
        <w:rPr>
          <w:color w:val="666666"/>
          <w:sz w:val="18"/>
        </w:rPr>
        <w:t>Society &amp; Dawah · An Intellectual Journey May 1, 2011 · 1m 31s · at 1:28:14 · https://youtu.be/AqjjyimoIqw?t=5294</w:t>
      </w:r>
    </w:p>
    <w:p>
      <w:r>
        <w:rPr>
          <w:i/>
        </w:rPr>
        <w:t>“You said that earlier people had negative thoughts about dawah, now people's thinking about dawah has become positive. What is the reason for this big change?”</w:t>
      </w:r>
    </w:p>
    <w:p>
      <w:r>
        <w:rPr>
          <w:sz w:val="20"/>
        </w:rPr>
        <w:t>1:28:14  maulana sharukh hussain ne delhi se sawal kiya hai, unhone likha hai: "aap ne farmaya ke pehle dawat ke liye log manfi manfi soch rakhte the, ab dawat ko le kar logon ki soch misbat ho chuki hai.</w:t>
      </w:r>
      <w:r>
        <w:br/>
      </w:r>
      <w:r>
        <w:rPr>
          <w:sz w:val="20"/>
        </w:rPr>
        <w:t>1:28:29  is badi tabdeeli ki wajah kya hai?"</w:t>
      </w:r>
      <w:r>
        <w:br/>
      </w:r>
      <w:r>
        <w:rPr>
          <w:sz w:val="20"/>
        </w:rPr>
        <w:t>1:28:35  is tabdeeli ki wajah halaat hain. halaat khud hamara lateral ka ilaqa bahut</w:t>
      </w:r>
      <w:r>
        <w:br/>
      </w:r>
      <w:r>
        <w:rPr>
          <w:sz w:val="20"/>
        </w:rPr>
        <w:t>1:28:42  phaila hai, mujhe mujhe andaza nahin hota jab mein bahar jata hoon ke kahan kahan phail chuka hai. misaal ke taur par, jo maine arz kiya ke pakistan ke ek ek mashhoor aalim aaye the dubai mein, un se discussion hamara hua tv tv par, un se hua to unhone kaha ke aap ki saari cheezein mein padhe hue hoon aur risala to pabandi se padhta hoon mein, aur may ka risala mein intention padh kar aaya hoon.</w:t>
      </w:r>
      <w:r>
        <w:br/>
      </w:r>
      <w:r>
        <w:rPr>
          <w:sz w:val="20"/>
        </w:rPr>
        <w:t>1:29:06  mujhe pata hi nahin tha ke woh is tarah se padhte hain hamari cheezon ko.</w:t>
      </w:r>
      <w:r>
        <w:br/>
      </w:r>
      <w:r>
        <w:rPr>
          <w:sz w:val="20"/>
        </w:rPr>
        <w:t>1:29:11  to ek taraf to yeh intellectual campaign hai, halaat ne log bataya hai ke takrao ka tareeqa, ladne bhatne ka tareeqa se kuch mila nahin.</w:t>
      </w:r>
      <w:r>
        <w:br/>
      </w:r>
      <w:r>
        <w:rPr>
          <w:sz w:val="20"/>
        </w:rPr>
        <w:t>1:29:21  to aadmi jo hai, zahir hai ke result dekhega, bachche tabaah ho rahe hain, eikhtisadiyat tabaah ho rahi hain, aur har aitbaar se tabaahi tabaahi hai.</w:t>
      </w:r>
      <w:r>
        <w:br/>
      </w:r>
      <w:r>
        <w:rPr>
          <w:sz w:val="20"/>
        </w:rPr>
        <w:t>1:29:31  to second thought to aayega.</w:t>
      </w:r>
      <w:r>
        <w:br/>
      </w:r>
      <w:r>
        <w:rPr>
          <w:sz w:val="20"/>
        </w:rPr>
        <w:t>1:29:37  to is tarah ke mukhtalif asbaab hain jis se logon ke andar tabdeeli paida hui hai.</w:t>
      </w:r>
    </w:p>
    <w:p>
      <w:pPr>
        <w:pStyle w:val="Heading2"/>
      </w:pPr>
      <w:r>
        <w:t>Reasons for failure of Ummah revival</w:t>
      </w:r>
    </w:p>
    <w:p>
      <w:r>
        <w:rPr>
          <w:color w:val="666666"/>
          <w:sz w:val="18"/>
        </w:rPr>
        <w:t>Society &amp; Dawah · Revival of Ummah January 22, 2017 · 44s · at 58:52 · https://youtu.be/vnPsv0TBCfk?t=3532</w:t>
      </w:r>
    </w:p>
    <w:p>
      <w:r>
        <w:rPr>
          <w:i/>
        </w:rPr>
        <w:t>“Why are the efforts to revive the Ummah failing? What is the meaning of revival of the Ummah? Please explain.”</w:t>
      </w:r>
    </w:p>
    <w:p>
      <w:r>
        <w:rPr>
          <w:sz w:val="20"/>
        </w:rPr>
        <w:t>58:52  Maulana agla sawal lete hain jo Maulana ah Maulana Israr Umri ne bheja hai Chennai se unhonne</w:t>
      </w:r>
      <w:r>
        <w:br/>
      </w:r>
      <w:r>
        <w:rPr>
          <w:sz w:val="20"/>
        </w:rPr>
        <w:t>59:00  likha hai Maulana ummat ki ahya ki koshish kyun nakaam ho rahi hai.</w:t>
      </w:r>
      <w:r>
        <w:br/>
      </w:r>
      <w:r>
        <w:rPr>
          <w:sz w:val="20"/>
        </w:rPr>
        <w:t>59:08  ahya ummat ummat ka matlab kya hai is ke bare mein bataein.</w:t>
      </w:r>
      <w:r>
        <w:br/>
      </w:r>
      <w:r>
        <w:rPr>
          <w:sz w:val="20"/>
        </w:rPr>
        <w:t>59:16  main baat yahi samajhta hoon. ahya ummat hoga dawah ke raaste se aur log kar rahe hain jihad ke raaste se. jihad maani qital. to qital ke zariye ummat ka ahya nahi ho sakta dawah ke zariye hoga. yahi main samjha.</w:t>
      </w:r>
      <w:r>
        <w:br/>
      </w:r>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p>
    <w:p>
      <w:pPr>
        <w:pStyle w:val="Heading2"/>
      </w:pPr>
      <w:r>
        <w:t>Reasons for political interpretation of religion</w:t>
      </w:r>
    </w:p>
    <w:p>
      <w:r>
        <w:rPr>
          <w:color w:val="666666"/>
          <w:sz w:val="18"/>
        </w:rPr>
        <w:t>Society &amp; Dawah · Sahaba and Muhaddithin 24th June 2012 - Maulana Wahiduddin Khan · 1m 10s · at 1:28:53 · https://youtu.be/tUPo7MI0Bdo?t=5333</w:t>
      </w:r>
    </w:p>
    <w:p>
      <w:r>
        <w:rPr>
          <w:i/>
        </w:rPr>
        <w:t>“Why did people give a political interpretation to religion? What is the real reason for this? Please explain.”</w:t>
      </w:r>
    </w:p>
    <w:p>
      <w:r>
        <w:rPr>
          <w:sz w:val="20"/>
        </w:rPr>
        <w:t>1:28:53  maulana, agla sawal ah dili se hai, maulana sharq hussain sahab ka. unhon ne likha hai: "logon ne deen ki siyasi taabeer kyun ki?</w:t>
      </w:r>
      <w:r>
        <w:br/>
      </w:r>
      <w:r>
        <w:rPr>
          <w:sz w:val="20"/>
        </w:rPr>
        <w:t>1:29:03  is ki asal wajah kya hai? is ke bare mein batayen." masla siyasi taabeer ka nahi hai, masla siyasi fakhr ka hai.</w:t>
      </w:r>
      <w:r>
        <w:br/>
      </w:r>
      <w:r>
        <w:rPr>
          <w:sz w:val="20"/>
        </w:rPr>
        <w:t>1:29:14  poori poori ummat siyasi fakhr mein jee rahi hai. mujhe koi bhi exception nahi maloom is bare mein. cps ke sab siyasi fakhr mein, yani matlab usmani kuch daur tareekh guzra hai,</w:t>
      </w:r>
      <w:r>
        <w:br/>
      </w:r>
      <w:r>
        <w:rPr>
          <w:sz w:val="20"/>
        </w:rPr>
        <w:t>1:29:29  is ko le kar fakhr</w:t>
      </w:r>
      <w:r>
        <w:br/>
      </w:r>
      <w:r>
        <w:rPr>
          <w:sz w:val="20"/>
        </w:rPr>
        <w:t>1:29:31  to isi ko, isi ko revive karna, isi ko regain karna, isi ko phir dunya mein lana to yeh yeh mizaj sab ka hai.</w:t>
      </w:r>
      <w:r>
        <w:br/>
      </w:r>
      <w:r>
        <w:rPr>
          <w:sz w:val="20"/>
        </w:rPr>
        <w:t>1:29:43  isi ne yeh siyasi ta'beer, siyasi ta'beer ka mein is ko fitna samajhta hoon, paida kiya.</w:t>
      </w:r>
      <w:r>
        <w:br/>
      </w:r>
      <w:r>
        <w:rPr>
          <w:sz w:val="20"/>
        </w:rPr>
        <w:t>1:29:51  yeh tareekhi fakhr ko dobara hasil karo, dobara qaim karo, isi ka naam hai siyasi ta'beer. is ka Islam se koi talluq nahin.</w:t>
      </w:r>
    </w:p>
    <w:p>
      <w:pPr>
        <w:pStyle w:val="Heading2"/>
      </w:pPr>
      <w:r>
        <w:t>Rectifying the distorted image of Islam</w:t>
      </w:r>
    </w:p>
    <w:p>
      <w:r>
        <w:rPr>
          <w:color w:val="666666"/>
          <w:sz w:val="18"/>
        </w:rPr>
        <w:t>Society &amp; Dawah · Hadith Word of Wisdom August 31, 2014 · 1m 54s · at 1:12:42 · https://youtu.be/fv4eRJRe8dk?t=4362</w:t>
      </w:r>
    </w:p>
    <w:p>
      <w:r>
        <w:rPr>
          <w:i/>
        </w:rPr>
        <w:t>“The image of Islam is so much distorted. How can we rectify it and convince the world that Islam is a religion of peace rather than”</w:t>
      </w:r>
    </w:p>
    <w:p>
      <w:r>
        <w:rPr>
          <w:sz w:val="20"/>
        </w:rPr>
        <w:t>1:12:42  maulana, agla sawal noida say hai, miss zikra aqeel nay kiya hai.</w:t>
      </w:r>
      <w:r>
        <w:br/>
      </w:r>
      <w:r>
        <w:rPr>
          <w:sz w:val="20"/>
        </w:rPr>
        <w:t>1:12:47  "the image of islam is so much distorted.</w:t>
      </w:r>
      <w:r>
        <w:br/>
      </w:r>
      <w:r>
        <w:rPr>
          <w:sz w:val="20"/>
        </w:rPr>
        <w:t>1:12:51  how can we rectify it and convince the world that islam is a religion of peace rather than</w:t>
      </w:r>
      <w:r>
        <w:br/>
      </w:r>
      <w:r>
        <w:rPr>
          <w:sz w:val="20"/>
        </w:rPr>
        <w:t>1:12:55  a religion of violence?"</w:t>
      </w:r>
      <w:r>
        <w:br/>
      </w:r>
      <w:r>
        <w:rPr>
          <w:sz w:val="20"/>
        </w:rPr>
        <w:t>1:13:00  dainkhain, yeh koi masla nahin hai.</w:t>
      </w:r>
      <w:r>
        <w:br/>
      </w:r>
      <w:r>
        <w:rPr>
          <w:sz w:val="20"/>
        </w:rPr>
        <w:t>1:13:04  yeh sab rahay ga.</w:t>
      </w:r>
      <w:r>
        <w:br/>
      </w:r>
      <w:r>
        <w:rPr>
          <w:sz w:val="20"/>
        </w:rPr>
        <w:t>1:13:08  rasool Allah kay zamanay mein bhi tha, sahaba kay zamanay mein bhi tha, kyunkay dunya to dainkhain, test</w:t>
      </w:r>
      <w:r>
        <w:br/>
      </w:r>
      <w:r>
        <w:rPr>
          <w:sz w:val="20"/>
        </w:rPr>
        <w:t>1:13:13  ki dunya hai.</w:t>
      </w:r>
      <w:r>
        <w:br/>
      </w:r>
      <w:r>
        <w:rPr>
          <w:sz w:val="20"/>
        </w:rPr>
        <w:t>1:13:17  yahan to yahi sab rahay ga.</w:t>
      </w:r>
      <w:r>
        <w:br/>
      </w:r>
      <w:r>
        <w:rPr>
          <w:sz w:val="20"/>
        </w:rPr>
        <w:t>1:13:22  bilkul saboot ho, sab kuch aik dam har cheez perfect ho to is kis baat ka test hoga?</w:t>
      </w:r>
      <w:r>
        <w:br/>
      </w:r>
      <w:r>
        <w:rPr>
          <w:sz w:val="20"/>
        </w:rPr>
        <w:t>1:13:26  yeh mumkin hi nahin hai kay dunya mein har cheez saboot ho, bilkul hi koi ikhtilaf na ho,</w:t>
      </w:r>
      <w:r>
        <w:br/>
      </w:r>
      <w:r>
        <w:rPr>
          <w:sz w:val="20"/>
        </w:rPr>
        <w:t>1:13:30  sab bilkul theek thaak ho.</w:t>
      </w:r>
      <w:r>
        <w:br/>
      </w:r>
      <w:r>
        <w:rPr>
          <w:sz w:val="20"/>
        </w:rPr>
        <w:t>1:13:35  to woh to jannat, phir to dunya hi jannat ho jaye gi.</w:t>
      </w:r>
      <w:r>
        <w:br/>
      </w:r>
      <w:r>
        <w:rPr>
          <w:sz w:val="20"/>
        </w:rPr>
        <w:t>1:13:39  is dunya mein aadmi ko yeh is imtihan mein khada hona paray ga kay woh sachai ko daryaft karay.</w:t>
      </w:r>
      <w:r>
        <w:br/>
      </w:r>
      <w:r>
        <w:rPr>
          <w:sz w:val="20"/>
        </w:rPr>
        <w:t>1:13:44  ikhtilafat kay darmiyan woh apni aql ko istemal kar kay janay kay kiya theek hai, kiya theek nahin hai.</w:t>
      </w:r>
      <w:r>
        <w:br/>
      </w:r>
      <w:r>
        <w:rPr>
          <w:sz w:val="20"/>
        </w:rPr>
        <w:t>1:13:48  wo test hai.</w:t>
      </w:r>
      <w:r>
        <w:br/>
      </w:r>
      <w:r>
        <w:rPr>
          <w:sz w:val="20"/>
        </w:rPr>
        <w:t>1:13:52  woh yeh sab jo ikhtilafat hain, yeh aap ke liye test papers hain.</w:t>
      </w:r>
      <w:r>
        <w:br/>
      </w:r>
      <w:r>
        <w:rPr>
          <w:sz w:val="20"/>
        </w:rPr>
        <w:t>1:13:57  woh agar yeh sab na ho to kis baat ka test liya jaye ga? koi ikhtilaf nahi, koi</w:t>
      </w:r>
      <w:r>
        <w:br/>
      </w:r>
      <w:r>
        <w:rPr>
          <w:sz w:val="20"/>
        </w:rPr>
        <w:t>1:14:01  masla nahi, koi gadbad nahi, sab theek thaak hai.</w:t>
      </w:r>
      <w:r>
        <w:br/>
      </w:r>
      <w:r>
        <w:rPr>
          <w:sz w:val="20"/>
        </w:rPr>
        <w:t>1:14:06  to phir kis baat ka test hoga? imtehan kis baat ka hoga? yeh sochana hi ghalat hai ke</w:t>
      </w:r>
      <w:r>
        <w:br/>
      </w:r>
      <w:r>
        <w:rPr>
          <w:sz w:val="20"/>
        </w:rPr>
        <w:t>1:14:10  dunya mein yeh sab kyun hai.</w:t>
      </w:r>
      <w:r>
        <w:br/>
      </w:r>
      <w:r>
        <w:rPr>
          <w:sz w:val="20"/>
        </w:rPr>
        <w:t>1:14:14  is liye hai ke Khuda ko test lena hai, aap ki aql ka test lena hai.</w:t>
      </w:r>
      <w:r>
        <w:br/>
      </w:r>
      <w:r>
        <w:rPr>
          <w:sz w:val="20"/>
        </w:rPr>
        <w:t>1:14:19  apni aql ko istemal kar ke aap ko janna parega.</w:t>
      </w:r>
      <w:r>
        <w:br/>
      </w:r>
      <w:r>
        <w:rPr>
          <w:sz w:val="20"/>
        </w:rPr>
        <w:t>1:14:23  yeh yeh aap ki duty hai ke jannain aap ke kya sachai hai aur kya sachai nahi hai.</w:t>
      </w:r>
      <w:r>
        <w:br/>
      </w:r>
      <w:r>
        <w:rPr>
          <w:sz w:val="20"/>
        </w:rPr>
        <w:t>1:14:28  yeh to aap ki aql ka imtehan hai.</w:t>
      </w:r>
      <w:r>
        <w:br/>
      </w:r>
      <w:r>
        <w:rPr>
          <w:sz w:val="20"/>
        </w:rPr>
        <w:t>1:14:32  yeh aap ki aql ka imtehan hai, woh kabhi bhi khatam nahi hoga.</w:t>
      </w:r>
    </w:p>
    <w:p>
      <w:pPr>
        <w:pStyle w:val="Heading2"/>
      </w:pPr>
      <w:r>
        <w:t>Redirecting Muslims to the Quranic Dawah</w:t>
      </w:r>
    </w:p>
    <w:p>
      <w:r>
        <w:rPr>
          <w:color w:val="666666"/>
          <w:sz w:val="18"/>
        </w:rPr>
        <w:t>Society &amp; Dawah · The Age of Giving Global Thanks Dec 15. 2019—Maulana Wahiduddin Khan · 1m 15s · at 51:00 · https://youtu.be/254Pgn6Ldts?t=3060</w:t>
      </w:r>
    </w:p>
    <w:p>
      <w:r>
        <w:rPr>
          <w:i/>
        </w:rPr>
        <w:t>“Muslims have been trapped in non-serious and emotional issues for many decades and have completely derailed from the real task of conveying the message of the Quran to mankind. How can we get them to think, plan, and work on the dawah front? How can we change today's youth? What is your advice?”</w:t>
      </w:r>
    </w:p>
    <w:p>
      <w:r>
        <w:rPr>
          <w:sz w:val="20"/>
        </w:rPr>
        <w:t>51:00  molana, agla sawal lete hain. yeh sawal bheja hai ahmedabad se faizan sheikh sahib ne. unhon ne likha hai: "molana, muslims for now many many decades are trapped in non serious and emotional issues.</w:t>
      </w:r>
      <w:r>
        <w:br/>
      </w:r>
      <w:r>
        <w:rPr>
          <w:sz w:val="20"/>
        </w:rPr>
        <w:t>51:18  they have completely derailed from the real task of conveying the message of the quran to mankind.</w:t>
      </w:r>
      <w:r>
        <w:br/>
      </w:r>
      <w:r>
        <w:rPr>
          <w:sz w:val="20"/>
        </w:rPr>
        <w:t>51:25  how can we get them to think, plan and work on da'wah front? how can we change today's youth? what is your adv</w:t>
      </w:r>
      <w:r>
        <w:br/>
      </w:r>
      <w:r>
        <w:rPr>
          <w:sz w:val="20"/>
        </w:rPr>
        <w:t>51:34  ice?" khoob dua kijiye, khoob dua kijiye. to aap ka jo koshish hai, is koshish mein jaan par jayegi.</w:t>
      </w:r>
      <w:r>
        <w:br/>
      </w:r>
      <w:r>
        <w:rPr>
          <w:sz w:val="20"/>
        </w:rPr>
        <w:t>51:47  mujhe yaqeen hai ke aap koshish kar rahe honge. jab yeh sawal aap ke mind mein aaye to zaroor aap koshish kar rahe honge. to aap dua kijiye aur phir aap ki koshishon mein jaan par jayegi aur woh aalami satah par phail jayegi.</w:t>
      </w:r>
    </w:p>
    <w:p>
      <w:pPr>
        <w:pStyle w:val="Heading2"/>
      </w:pPr>
      <w:r>
        <w:t>Reforming wrongdoers through attention not hate</w:t>
      </w:r>
    </w:p>
    <w:p>
      <w:r>
        <w:rPr>
          <w:color w:val="666666"/>
          <w:sz w:val="18"/>
        </w:rPr>
        <w:t>Society &amp; Dawah · Islam in A New Age March 18, 2012 · 1m 51s · at 1:25:31 · https://youtu.be/P5hzq_NheY0?t=5131</w:t>
      </w:r>
    </w:p>
    <w:p>
      <w:r>
        <w:rPr>
          <w:i/>
        </w:rPr>
        <w:t>“Why is it that Muslims do not understand that if someone like Salman Rushdie has done something wrong, he needs all the more attention from us to reform him, to set his thinking right? By hating a person, we distance that person further from the right thinking, from the truth. Please explain.”</w:t>
      </w:r>
    </w:p>
    <w:p>
      <w:r>
        <w:rPr>
          <w:sz w:val="20"/>
        </w:rPr>
        <w:t>1:25:31  Maulana, yeh sawal aaya hai Dr. Fareeda Khanam ka, dilli se. Unhon ne likha hai Why is it that Muslims do not understand that if someone like Salman Rushdie has done something wrong, he needs all the more attention from us to reform him, to set his thinking right?</w:t>
      </w:r>
      <w:r>
        <w:br/>
      </w:r>
      <w:r>
        <w:rPr>
          <w:sz w:val="20"/>
        </w:rPr>
        <w:t>1:25:51  By hating a person, we distance that person further from theright thinking, from the truth. Please explain.</w:t>
      </w:r>
      <w:r>
        <w:br/>
      </w:r>
      <w:r>
        <w:rPr>
          <w:sz w:val="20"/>
        </w:rPr>
        <w:t>1:26:00  aakhri mein is zamane mein kuch aise halaat paida hue ke musalman jo hain nafrat mein mubtala ho gaye. Nafrat yaani ek qaumi yeh ban gayi woh musalmanon ki.</w:t>
      </w:r>
      <w:r>
        <w:br/>
      </w:r>
      <w:r>
        <w:rPr>
          <w:sz w:val="20"/>
        </w:rPr>
        <w:t>1:26:12  Yaani qaumi mizaj ban gaya musalmanon ka. Nafrat, nafrat, nafrat. Har ek se nafrati hai bas in ko.</w:t>
      </w:r>
      <w:r>
        <w:br/>
      </w:r>
      <w:r>
        <w:rPr>
          <w:sz w:val="20"/>
        </w:rPr>
        <w:t>1:26:19  Yeh qaumi mizaj ban gaya hai. Is ke zimmedaar hamare leader hain. Yaani aalim aur aur Mr. dono ne yahi kaam kiya hai.</w:t>
      </w:r>
      <w:r>
        <w:br/>
      </w:r>
      <w:r>
        <w:rPr>
          <w:sz w:val="20"/>
        </w:rPr>
        <w:t>1:26:30  Toh ek ek nafrat jo hai woh nasal dar nasal chal rahi hai. Jisko kehte hain atomistic instinct ban gayi musalmanon ki. Atomistic instinct musalmanon ki ban gayi hai.</w:t>
      </w:r>
      <w:r>
        <w:br/>
      </w:r>
      <w:r>
        <w:rPr>
          <w:sz w:val="20"/>
        </w:rPr>
        <w:t>1:26:42  Toh ab is ko khatam karne ke liye hamein jar se chalna padega. Aur yaani is mizaj ko khatam karna padega jo mizaj nasal dar nasal banta chala aa raha hai.</w:t>
      </w:r>
      <w:r>
        <w:br/>
      </w:r>
      <w:r>
        <w:rPr>
          <w:sz w:val="20"/>
        </w:rPr>
        <w:t>1:26:55  Isi ka hum koshish kar rahe hain inshallah. Aur jo log yahan aate hain barabar hamari class mein, un mein inshallah yeh baatein nahi hoti hain. Jo hamara literature padhta hai, jo barabar class mein aata hai,</w:t>
      </w:r>
      <w:r>
        <w:br/>
      </w:r>
      <w:r>
        <w:rPr>
          <w:sz w:val="20"/>
        </w:rPr>
        <w:t>1:27:09  Toh woh is ko hate se matlab nahi hai.</w:t>
      </w:r>
      <w:r>
        <w:br/>
      </w:r>
      <w:r>
        <w:rPr>
          <w:sz w:val="20"/>
        </w:rPr>
        <w:t>1:27:12  Woh positive thinking se matlab hota hai is ko. Toh bas bataun ke zyada se zyada kitabein padhai jayen. Yahi hal hai is ka.</w:t>
      </w:r>
    </w:p>
    <w:p>
      <w:pPr>
        <w:pStyle w:val="Heading2"/>
      </w:pPr>
      <w:r>
        <w:t>Religious persecution or confusion today</w:t>
      </w:r>
    </w:p>
    <w:p>
      <w:r>
        <w:rPr>
          <w:color w:val="666666"/>
          <w:sz w:val="18"/>
        </w:rPr>
        <w:t>Society &amp; Dawah · Spiritual Light of The Believers (Itmam-E-Noor ) May 12, 2013 · 1m 37s · at 49:04 · https://youtu.be/SmjmddWA1Jo?t=2944</w:t>
      </w:r>
    </w:p>
    <w:p>
      <w:r>
        <w:rPr>
          <w:i/>
        </w:rPr>
        <w:t>“Today, is it religious persecution or religious confusion?”</w:t>
      </w:r>
    </w:p>
    <w:p>
      <w:r>
        <w:rPr>
          <w:sz w:val="20"/>
        </w:rPr>
        <w:t>49:04  maulana, agla sawal lene se pehle aik comment parhna chahein ge jo mehtab ahmad sahib ne bheja hai dhampur se.</w:t>
      </w:r>
      <w:r>
        <w:br/>
      </w:r>
      <w:r>
        <w:rPr>
          <w:sz w:val="20"/>
        </w:rPr>
        <w:t>49:11  unhon ne likha hai: maulana sahib, your lecture every time gives me knowledge. mehtab sahib, dhampur.</w:t>
      </w:r>
      <w:r>
        <w:br/>
      </w:r>
      <w:r>
        <w:rPr>
          <w:sz w:val="20"/>
        </w:rPr>
        <w:t>49:21  agla sawal maulana. maulana yaqoob umri ka, gulbergah se. unhon ne likha hai: maulana, aaj religious persecution hai ya religious confusion?</w:t>
      </w:r>
      <w:r>
        <w:br/>
      </w:r>
      <w:r>
        <w:rPr>
          <w:sz w:val="20"/>
        </w:rPr>
        <w:t>49:32  is ki wazahat karen. woh dono hain.</w:t>
      </w:r>
      <w:r>
        <w:br/>
      </w:r>
      <w:r>
        <w:rPr>
          <w:sz w:val="20"/>
        </w:rPr>
        <w:t>49:35  persecution hota tha hukumat ki taraf se, woh khatm ho gaya. aur confusion to ab aap ka apna mamla hai, is ka hukumat se koi talluq nahi hai.</w:t>
      </w:r>
      <w:r>
        <w:br/>
      </w:r>
      <w:r>
        <w:rPr>
          <w:sz w:val="20"/>
        </w:rPr>
        <w:t>49:47  religious persecution jo tha, woh regime ki taraf se tha.</w:t>
      </w:r>
      <w:r>
        <w:br/>
      </w:r>
      <w:r>
        <w:rPr>
          <w:sz w:val="20"/>
        </w:rPr>
        <w:t>49:55  yani jo hakim hua karte thay, un ki taraf se tha, woh khatm ho gaya. bohat confusion to aap ka apna zaati mamla hai.</w:t>
      </w:r>
      <w:r>
        <w:br/>
      </w:r>
      <w:r>
        <w:rPr>
          <w:sz w:val="20"/>
        </w:rPr>
        <w:t>50:04  woh woh to rahega, woh to imtehan hai, woh to test ki baat hai. woh to test rahega. aap ko confusion ke parde ko phaar kar ke bahar aana hai.</w:t>
      </w:r>
      <w:r>
        <w:br/>
      </w:r>
      <w:r>
        <w:rPr>
          <w:sz w:val="20"/>
        </w:rPr>
        <w:t>50:14  quran mein dekhiye, yeh hai ke wa laa albasna 'alayhim ma yalbasoon yani hamesha is dunya mein iltibas rahega. iltibas ke ma'ni hain element of doubt.</w:t>
      </w:r>
      <w:r>
        <w:br/>
      </w:r>
      <w:r>
        <w:rPr>
          <w:sz w:val="20"/>
        </w:rPr>
        <w:t>50:25  isi element of doubt ko hum kehte hain confusion.</w:t>
      </w:r>
      <w:r>
        <w:br/>
      </w:r>
      <w:r>
        <w:rPr>
          <w:sz w:val="20"/>
        </w:rPr>
        <w:t>50:29  to element of doubt jo hai, woh to woh to hai test ki wajah se. woh to har aadmi ka apna kaam hai ke is ko is se bahar aaye.</w:t>
      </w:r>
      <w:r>
        <w:br/>
      </w:r>
      <w:r>
        <w:rPr>
          <w:sz w:val="20"/>
        </w:rPr>
        <w:t>50:38  woh</w:t>
      </w:r>
    </w:p>
    <w:p>
      <w:pPr>
        <w:pStyle w:val="Heading2"/>
      </w:pPr>
      <w:r>
        <w:t>Removing misunderstanding about perpetual conflict</w:t>
      </w:r>
    </w:p>
    <w:p>
      <w:r>
        <w:rPr>
          <w:color w:val="666666"/>
          <w:sz w:val="18"/>
        </w:rPr>
        <w:t>Society &amp; Dawah · Islam and Violence October 12, 2014 · 1m 26s · at 1:14:11 · https://youtu.be/KmpXYZjPlj8?t=4451</w:t>
      </w:r>
    </w:p>
    <w:p>
      <w:r>
        <w:rPr>
          <w:i/>
        </w:rPr>
        <w:t>“Maulana, I was talking to someone about dawah with peace, and he immediately said that the conflict between truth and falsehood will continue until the Day of Judgment. Maulana, how can I remove this misunderstanding? Please tell me.”</w:t>
      </w:r>
    </w:p>
    <w:p>
      <w:r>
        <w:rPr>
          <w:sz w:val="20"/>
        </w:rPr>
        <w:t>1:14:11  maulana, agla sawal bangalore se aaya hai, naseerullah sahib ka, aur unhon ne likha hai: "maulana, mein ek sahib se aman ke sath dawat ki baat kar raha tha to fori unhon ne yeh alfaaz kahe ke haq o batil mein kashmakash to qayamat tak jari rahega.</w:t>
      </w:r>
      <w:r>
        <w:br/>
      </w:r>
      <w:r>
        <w:rPr>
          <w:sz w:val="20"/>
        </w:rPr>
        <w:t>1:14:33  maulana, aise alfaaz ka mughalta kaise door karein? is ke bar</w:t>
      </w:r>
      <w:r>
        <w:br/>
      </w:r>
      <w:r>
        <w:rPr>
          <w:sz w:val="20"/>
        </w:rPr>
        <w:t>1:14:38  e mein bataein." pehle un se yeh poochein, kahan likha hai quran o hadith mein? yeh to un ki apne dimagh ki baatein hain. jo aisa kahe, us se poochein, kahan likha hua hai quran o hadith mein?</w:t>
      </w:r>
      <w:r>
        <w:br/>
      </w:r>
      <w:r>
        <w:rPr>
          <w:sz w:val="20"/>
        </w:rPr>
        <w:t>1:14:49  qayamat tak jari rahegi, qayamat tak dawat jari rahegi. yeh to hai ladai jari rahegi qayamat tak.</w:t>
      </w:r>
      <w:r>
        <w:br/>
      </w:r>
      <w:r>
        <w:rPr>
          <w:sz w:val="20"/>
        </w:rPr>
        <w:t>1:14:58  yeh to bilkul khud sakhta baatein hain.</w:t>
      </w:r>
      <w:r>
        <w:br/>
      </w:r>
      <w:r>
        <w:rPr>
          <w:sz w:val="20"/>
        </w:rPr>
        <w:t>1:15:01  jo kahe, aisi baatein us se us se pehle quran ka reference poochein, hadith ka reference poochein, aur phir mujh ko bataiye to mein bol sakta hoon.</w:t>
      </w:r>
      <w:r>
        <w:br/>
      </w:r>
      <w:r>
        <w:rPr>
          <w:sz w:val="20"/>
        </w:rPr>
        <w:t>1:15:10  abhi to un ke dimagh ki baatein hain. mein jawab doon to kya jawab doon? un se aap agar aap ne poocha hota ke quran ki ayat batao, hadith batao, to mein arz karta ke is ka matlab kya hai?</w:t>
      </w:r>
      <w:r>
        <w:br/>
      </w:r>
      <w:r>
        <w:rPr>
          <w:sz w:val="20"/>
        </w:rPr>
        <w:t>1:15:23  ab se mujh se poochein, agle sunday ko mujhe bataiye ke kis ayat, kis ayat hadith se yeh masla nikala hai unhon ne?</w:t>
      </w:r>
      <w:r>
        <w:br/>
      </w:r>
      <w:r>
        <w:rPr>
          <w:sz w:val="20"/>
        </w:rPr>
        <w:t>1:15:33  to bilkul hi laغو baat hai, bilkul be silees baat hai.</w:t>
      </w:r>
    </w:p>
    <w:p>
      <w:pPr>
        <w:pStyle w:val="Heading2"/>
      </w:pPr>
      <w:r>
        <w:t>Required knowledge and wisdom for dawah work</w:t>
      </w:r>
    </w:p>
    <w:p>
      <w:r>
        <w:rPr>
          <w:color w:val="666666"/>
          <w:sz w:val="18"/>
        </w:rPr>
        <w:t>Society &amp; Dawah · Dars-e-Quran, Chapter 2, Verse 61 February 11, 2018 · 1m 35s · at 54:44 · https://youtu.be/rgoE0nvFJJI?t=3284</w:t>
      </w:r>
    </w:p>
    <w:p>
      <w:r>
        <w:rPr>
          <w:i/>
        </w:rPr>
        <w:t>“How much knowledge and wisdom should we need to do dawah work?”</w:t>
      </w:r>
    </w:p>
    <w:p>
      <w:r>
        <w:rPr>
          <w:sz w:val="20"/>
        </w:rPr>
        <w:t>54:44  ji molana agla sawal bheja hai hyderabad se ashq kamal qadri sahab ne</w:t>
      </w:r>
      <w:r>
        <w:br/>
      </w:r>
      <w:r>
        <w:rPr>
          <w:sz w:val="20"/>
        </w:rPr>
        <w:t>54:54  unho ne aap se poocha hai molana how much ilm and wisdom should we need to do dawah</w:t>
      </w:r>
      <w:r>
        <w:br/>
      </w:r>
      <w:r>
        <w:rPr>
          <w:sz w:val="20"/>
        </w:rPr>
        <w:t>55:02  work dekhen ilm aur wisdom ki to koi had nahi hai jitna seekhe jitna seekhe</w:t>
      </w:r>
      <w:r>
        <w:br/>
      </w:r>
      <w:r>
        <w:rPr>
          <w:sz w:val="20"/>
        </w:rPr>
        <w:t>55:14  wo nakafi rehta hai to ilam o vizdam to seekhna hi hai ap ko sari umar aur is ko apply karna hai dawat allah ke kam par yah khoob zyada ilam seekhiye khoob zyada vizdam seekhiye aur sath sath is ko apply kijiye</w:t>
      </w:r>
      <w:r>
        <w:br/>
      </w:r>
      <w:r>
        <w:rPr>
          <w:sz w:val="20"/>
        </w:rPr>
        <w:t>55:37  dawat allah ke kam mein</w:t>
      </w:r>
      <w:r>
        <w:br/>
      </w:r>
      <w:r>
        <w:rPr>
          <w:sz w:val="20"/>
        </w:rPr>
        <w:t>55:45  molana agla comment bheja hai</w:t>
      </w:r>
      <w:r>
        <w:br/>
      </w:r>
      <w:r>
        <w:rPr>
          <w:sz w:val="20"/>
        </w:rPr>
        <w:t>55:49  shahid hussain sahab ne kashmir se unho ne likha hai i had never comprehend the eternal lesson of</w:t>
      </w:r>
      <w:r>
        <w:br/>
      </w:r>
      <w:r>
        <w:rPr>
          <w:sz w:val="20"/>
        </w:rPr>
        <w:t>55:55  the incident of man o salwa in jewish history molana sahab is rightly highlighted its relevance for</w:t>
      </w:r>
      <w:r>
        <w:br/>
      </w:r>
      <w:r>
        <w:rPr>
          <w:sz w:val="20"/>
        </w:rPr>
        <w:t>56:04  those who rise for divine cause let us rise to the occasion god will come to our rescue</w:t>
      </w:r>
    </w:p>
    <w:p>
      <w:pPr>
        <w:pStyle w:val="Heading2"/>
      </w:pPr>
      <w:r>
        <w:t>Responding to Islam violence accusation</w:t>
      </w:r>
    </w:p>
    <w:p>
      <w:r>
        <w:rPr>
          <w:color w:val="666666"/>
          <w:sz w:val="18"/>
        </w:rPr>
        <w:t>Society &amp; Dawah · Divine Help January 04, 2015 · 1m 30s · at 46:11 · https://youtu.be/IsFIb5jI5u8?t=2771</w:t>
      </w:r>
    </w:p>
    <w:p>
      <w:r>
        <w:rPr>
          <w:i/>
        </w:rPr>
        <w:t>“A Christian posted his comment on WhatsApp that he hated Islam as he believed it was a religion of violence. What should be the response?”</w:t>
      </w:r>
    </w:p>
    <w:p>
      <w:r>
        <w:rPr>
          <w:sz w:val="20"/>
        </w:rPr>
        <w:t>46:11  things." Jazakumullah مولانا, ab hum sawal lete hain, yeh sawal Dr. Farida Khanam ne bheja hai Delhi</w:t>
      </w:r>
      <w:r>
        <w:br/>
      </w:r>
      <w:r>
        <w:rPr>
          <w:sz w:val="20"/>
        </w:rPr>
        <w:t>46:18  se aur unhon ne likha hai ke "A Christian posted his comment on WhatsApp that he hated Islam</w:t>
      </w:r>
      <w:r>
        <w:br/>
      </w:r>
      <w:r>
        <w:rPr>
          <w:sz w:val="20"/>
        </w:rPr>
        <w:t>46:25  as he believed it was a religion of violence.</w:t>
      </w:r>
      <w:r>
        <w:br/>
      </w:r>
      <w:r>
        <w:rPr>
          <w:sz w:val="20"/>
        </w:rPr>
        <w:t>46:32  But he says I have read some of Maulana Wahiduddin Khan's writings. These are very unlike the Islam I know. Now he wants to read more about Islam. Maulana, what is your comment on this?</w:t>
      </w:r>
      <w:r>
        <w:br/>
      </w:r>
      <w:r>
        <w:rPr>
          <w:sz w:val="20"/>
        </w:rPr>
        <w:t>46:48  " Bhai dekhein, yeh jo comment aaya hai, mere is nazariye ki taeed karta hai ke humein supporting</w:t>
      </w:r>
      <w:r>
        <w:br/>
      </w:r>
      <w:r>
        <w:rPr>
          <w:sz w:val="20"/>
        </w:rPr>
        <w:t>46:54  literature bhi phailana hai, tarjume ke sath sath.</w:t>
      </w:r>
      <w:r>
        <w:br/>
      </w:r>
      <w:r>
        <w:rPr>
          <w:sz w:val="20"/>
        </w:rPr>
        <w:t>47:00  Yaani pehla kaam hai ke hum Quran ke tarjume tamam zabanon mein tayyar kar ke phailayein.</w:t>
      </w:r>
      <w:r>
        <w:br/>
      </w:r>
      <w:r>
        <w:rPr>
          <w:sz w:val="20"/>
        </w:rPr>
        <w:t>47:06  Sath sath yeh bohat hi ahem baat yeh bhi hai ke supporting literature jis ko mein kehta hoon,</w:t>
      </w:r>
      <w:r>
        <w:br/>
      </w:r>
      <w:r>
        <w:rPr>
          <w:sz w:val="20"/>
        </w:rPr>
        <w:t>47:12  kyun ke agar aap aisa literature nahi phailayeinge to sirf tarjume se poori baat clear nahi hogi.</w:t>
      </w:r>
      <w:r>
        <w:br/>
      </w:r>
      <w:r>
        <w:rPr>
          <w:sz w:val="20"/>
        </w:rPr>
        <w:t>47:18  Kyun ke aaj ka insan jo hai, us ko samne rakh kar ke aap ko supporting literature phailana hai.</w:t>
      </w:r>
      <w:r>
        <w:br/>
      </w:r>
      <w:r>
        <w:rPr>
          <w:sz w:val="20"/>
        </w:rPr>
        <w:t>47:24  Allah ke fazal se hamare mission mein supporting literature bohat bari tadad mein tayyar kiya gaya hai.</w:t>
      </w:r>
      <w:r>
        <w:br/>
      </w:r>
      <w:r>
        <w:rPr>
          <w:sz w:val="20"/>
        </w:rPr>
        <w:t>47:30  To logon ko chahiye ke woh Quran ke tarjume hi phailayein aur is hamare sath jo kitabein chapi</w:t>
      </w:r>
      <w:r>
        <w:br/>
      </w:r>
      <w:r>
        <w:rPr>
          <w:sz w:val="20"/>
        </w:rPr>
        <w:t>47:36  hain, us ko bhi phailayein."</w:t>
      </w:r>
      <w:r>
        <w:br/>
      </w:r>
      <w:r>
        <w:rPr>
          <w:sz w:val="20"/>
        </w:rPr>
        <w:t>47:42  maulana sahib, agla sawal aa naghma siddiqui ne kiya hai dilli se aur unhon ne likha hai ke</w:t>
      </w:r>
    </w:p>
    <w:p>
      <w:pPr>
        <w:pStyle w:val="Heading2"/>
      </w:pPr>
      <w:r>
        <w:t>Responding to non-Muslim literature distribution</w:t>
      </w:r>
    </w:p>
    <w:p>
      <w:r>
        <w:rPr>
          <w:color w:val="666666"/>
          <w:sz w:val="18"/>
        </w:rPr>
        <w:t>Society &amp; Dawah · Discovery of Modern Age I 10th Feb. 13 · 1m 31s · at 1:10:39 · https://youtu.be/Yp5T0KacY84?t=4239</w:t>
      </w:r>
    </w:p>
    <w:p>
      <w:r>
        <w:rPr>
          <w:i/>
        </w:rPr>
        <w:t>“The way we Muslims distribute Quran and other Islamic literature to non-Muslims. If a non-Muslim missionary distributes non-Muslim literature in the same way, then how should we respond?”</w:t>
      </w:r>
    </w:p>
    <w:p>
      <w:r>
        <w:rPr>
          <w:sz w:val="20"/>
        </w:rPr>
        <w:t>1:10:39  maulana, agla sawal kashmir se hai irfan ahmad sahab ka.</w:t>
      </w:r>
      <w:r>
        <w:br/>
      </w:r>
      <w:r>
        <w:rPr>
          <w:sz w:val="20"/>
        </w:rPr>
        <w:t>1:10:44  انہوں نے لکھا ہے: "The way we Muslims distribute Quran and other Islamic literature to non-Muslims.</w:t>
      </w:r>
      <w:r>
        <w:br/>
      </w:r>
      <w:r>
        <w:rPr>
          <w:sz w:val="20"/>
        </w:rPr>
        <w:t>1:10:50  If of the same way a non-Muslim missionary gives us a non-Muslim literature, then how should we</w:t>
      </w:r>
      <w:r>
        <w:br/>
      </w:r>
      <w:r>
        <w:rPr>
          <w:sz w:val="20"/>
        </w:rPr>
        <w:t>1:10:56  respond in such a situation? Kindly guide us." Respond ka matlab kya hai? Respond matlab Maulana, aisi situation</w:t>
      </w:r>
      <w:r>
        <w:br/>
      </w:r>
      <w:r>
        <w:rPr>
          <w:sz w:val="20"/>
        </w:rPr>
        <w:t>1:11:02  main woh kya karein? matlab is ko le lein ya kaise is ko respond? yeh zaroor le lijiye.</w:t>
      </w:r>
      <w:r>
        <w:br/>
      </w:r>
      <w:r>
        <w:rPr>
          <w:sz w:val="20"/>
        </w:rPr>
        <w:t>1:11:07  poochna kya hai? khoob lijiye, khoob dijiye, khoob lijiye.</w:t>
      </w:r>
      <w:r>
        <w:br/>
      </w:r>
      <w:r>
        <w:rPr>
          <w:sz w:val="20"/>
        </w:rPr>
        <w:t>1:11:13  yeh poochnay ki baat hi nahi.</w:t>
      </w:r>
      <w:r>
        <w:br/>
      </w:r>
      <w:r>
        <w:rPr>
          <w:sz w:val="20"/>
        </w:rPr>
        <w:t>1:11:19  aap jab de rahe hain to aap ko lena bhi paray ga.</w:t>
      </w:r>
      <w:r>
        <w:br/>
      </w:r>
      <w:r>
        <w:rPr>
          <w:sz w:val="20"/>
        </w:rPr>
        <w:t>1:11:24  woh de rahe hain, un ko karnay dijiye.</w:t>
      </w:r>
      <w:r>
        <w:br/>
      </w:r>
      <w:r>
        <w:rPr>
          <w:sz w:val="20"/>
        </w:rPr>
        <w:t>1:11:30  dunya ka rok to nahi saktay aap.</w:t>
      </w:r>
      <w:r>
        <w:br/>
      </w:r>
      <w:r>
        <w:rPr>
          <w:sz w:val="20"/>
        </w:rPr>
        <w:t>1:11:36  allah ne un ko azadi di hai to aap apni azadi ko istemal karein gay.</w:t>
      </w:r>
      <w:r>
        <w:br/>
      </w:r>
      <w:r>
        <w:rPr>
          <w:sz w:val="20"/>
        </w:rPr>
        <w:t>1:11:41  aap apni azadi ko istemal karein gay, woh apni azadi ko istemal karein gay.</w:t>
      </w:r>
      <w:r>
        <w:br/>
      </w:r>
      <w:r>
        <w:rPr>
          <w:sz w:val="20"/>
        </w:rPr>
        <w:t>1:11:47  koi restriction nahi laga saktay kisi ke upar, koi rok nahi laga saktay aap.</w:t>
      </w:r>
      <w:r>
        <w:br/>
      </w:r>
      <w:r>
        <w:rPr>
          <w:sz w:val="20"/>
        </w:rPr>
        <w:t>1:11:53  karnay dijiye, woh kartay hain.</w:t>
      </w:r>
      <w:r>
        <w:br/>
      </w:r>
      <w:r>
        <w:rPr>
          <w:sz w:val="20"/>
        </w:rPr>
        <w:t>1:11:58  woh aap jis cheez ko sach samajhtay hain, us ko, us ko aap kartay rahiye aur allah taala</w:t>
      </w:r>
      <w:r>
        <w:br/>
      </w:r>
      <w:r>
        <w:rPr>
          <w:sz w:val="20"/>
        </w:rPr>
        <w:t>1:12:04  se dua kartay rahiye.</w:t>
      </w:r>
    </w:p>
    <w:p>
      <w:pPr>
        <w:pStyle w:val="Heading2"/>
      </w:pPr>
      <w:r>
        <w:t>Responding to non-Muslim's objection about peace literature</w:t>
      </w:r>
    </w:p>
    <w:p>
      <w:r>
        <w:rPr>
          <w:color w:val="666666"/>
          <w:sz w:val="18"/>
        </w:rPr>
        <w:t>Society &amp; Dawah · Principle of Loss May 31, 2015 · 1m 19s · at 49:55 · https://youtu.be/vM-CUyBiDkc?t=2995</w:t>
      </w:r>
    </w:p>
    <w:p>
      <w:r>
        <w:rPr>
          <w:i/>
        </w:rPr>
        <w:t>“I wanted to give peace literature to a non-Muslim brother, and he said, 'First give the message of peace to the Arabs who have spread terrorism.' What should we do or say on such an occasion?”</w:t>
      </w:r>
    </w:p>
    <w:p>
      <w:r>
        <w:rPr>
          <w:sz w:val="20"/>
        </w:rPr>
        <w:t>49:55  maulana, agla sawal rajouri se kiya gaya hai, nisar ahmad qazi sahib ne kiya hai, aur unhon ne likha hai maulana, main ne ek non muslim bhai ko peace literature dena chaha to us ne yeh keh ke yeh kaha, us to us ne yeh kaha ke pehle arab ko peace ka paigham do jinhon ne dahshat gardi phaila rakhi hai.</w:t>
      </w:r>
      <w:r>
        <w:br/>
      </w:r>
      <w:r>
        <w:rPr>
          <w:sz w:val="20"/>
        </w:rPr>
        <w:t>50:21  maulana, aise mauqe par hamein kya karna chahiye ya kya kehna chahiye?</w:t>
      </w:r>
      <w:r>
        <w:br/>
      </w:r>
      <w:r>
        <w:rPr>
          <w:sz w:val="20"/>
        </w:rPr>
        <w:t>50:26  yeh kahe ke aap wahan bhi kar rahe hain, yahan bhi kar rahe hain, ab paigham to wahan hi phaila rahe hain. hum yeh nahi ke hum ko jab un ko hum ne justify kar rakha hai, aisa to nahi hai.</w:t>
      </w:r>
      <w:r>
        <w:br/>
      </w:r>
      <w:r>
        <w:rPr>
          <w:sz w:val="20"/>
        </w:rPr>
        <w:t>50:38  un ko bhi hum paigham de rahe hain. aaiye, main gaya tha abu dhabi, wahan bhi maine yeh baatein kahin. literature wahan hamare saathi le gaye thay, literature wahan taqseem kiya.</w:t>
      </w:r>
      <w:r>
        <w:br/>
      </w:r>
      <w:r>
        <w:rPr>
          <w:sz w:val="20"/>
        </w:rPr>
        <w:t>50:50  yeh to yaani sab ke liye hum kar rahe hain, kisi ek ka masla nahi hai. abhi main latest jo book likh raha hoon, paste dasum bonum, iska khitab bhi sabhi log hain, muslim bhi aur doosre log bhi.</w:t>
      </w:r>
    </w:p>
    <w:p>
      <w:pPr>
        <w:pStyle w:val="Heading2"/>
      </w:pPr>
      <w:r>
        <w:t>Response to non-Muslim missionary distribution</w:t>
      </w:r>
    </w:p>
    <w:p>
      <w:r>
        <w:rPr>
          <w:color w:val="666666"/>
          <w:sz w:val="18"/>
        </w:rPr>
        <w:t>Society &amp; Dawah · Discovery of Modern Age February 10, 2013 · 1m 12s · at 1:09:32 · https://youtu.be/qYGA53ii7E4?t=4172</w:t>
      </w:r>
    </w:p>
    <w:p>
      <w:r>
        <w:rPr>
          <w:i/>
        </w:rPr>
        <w:t>“The way we Muslims distribute Quran and Islamic literature to non-Muslims, if a non-Muslim missionary distributes non-Muslim literature in the same way, how should we respond? Kindly guide us.”</w:t>
      </w:r>
    </w:p>
    <w:p>
      <w:r>
        <w:rPr>
          <w:sz w:val="20"/>
        </w:rPr>
        <w:t>1:09:32  hamara agla sawal kashmir se hai irfan ahmad sahab ka. unhon ne likha hai: "the way we muslims distribute quran and other islamic literature to non muslims, if the same way a non muslim missionary goes with a non muslim literature, then how should we respond in such a situation?</w:t>
      </w:r>
      <w:r>
        <w:br/>
      </w:r>
      <w:r>
        <w:rPr>
          <w:sz w:val="20"/>
        </w:rPr>
        <w:t>1:09:54  kindly guide us."</w:t>
      </w:r>
      <w:r>
        <w:br/>
      </w:r>
      <w:r>
        <w:rPr>
          <w:sz w:val="20"/>
        </w:rPr>
        <w:t>1:09:56  kya respond ka matlab kya hai? respond matlab maulana, aisi situation mein woh kya karein? matlab us ko le lein ya kaise us ko respond? kya yeh zaroori le lijiye?</w:t>
      </w:r>
      <w:r>
        <w:br/>
      </w:r>
      <w:r>
        <w:rPr>
          <w:sz w:val="20"/>
        </w:rPr>
        <w:t>1:10:05  puchhna kya hai? yeh khoob lijeeye, khoob dijiye, khoob lijeeye. yeh puchhne ki baat hi nahin. aap jab de rahe hain to aap ko lena bhi padega.</w:t>
      </w:r>
      <w:r>
        <w:br/>
      </w:r>
      <w:r>
        <w:rPr>
          <w:sz w:val="20"/>
        </w:rPr>
        <w:t>1:10:17  woh de rahe hain, un ko karne dijiye. dunya ka rok tham sakte hain. aap Allah ne un ko aazadi di hai to aap apni aazadi ko istemal karenge. aap apni aazadi ko istemal karenge, woh apni aazadi ko istemal karenge</w:t>
      </w:r>
      <w:r>
        <w:br/>
      </w:r>
      <w:r>
        <w:rPr>
          <w:sz w:val="20"/>
        </w:rPr>
        <w:t>1:10:28  koi restriction nahin laga sakte kisi ke upar, koi rok nahin laga sakte. aap karne dijiye, woh karte hain. woh aap jis cheez ko sach samajhte hain, us ko us ko aap karte rahiye aur Allah taala se dua karte rahiye.</w:t>
      </w:r>
    </w:p>
    <w:p>
      <w:pPr>
        <w:pStyle w:val="Heading2"/>
      </w:pPr>
      <w:r>
        <w:t>Response to satanic verses and cartoons</w:t>
      </w:r>
    </w:p>
    <w:p>
      <w:r>
        <w:rPr>
          <w:color w:val="666666"/>
          <w:sz w:val="18"/>
        </w:rPr>
        <w:t>Society &amp; Dawah · The Issue of Shatm-e-Rasool (Abuse of the Prophet) December 19, 2021 Prof. Farida Khanam · 1m 46s · at 50:36 · https://youtu.be/ExQS_PHirUc?t=3036</w:t>
      </w:r>
    </w:p>
    <w:p>
      <w:r>
        <w:rPr>
          <w:i/>
        </w:rPr>
        <w:t>“How should Muslims have responded to satanic verses and the cartoon issue? What are the best two methods we can use?”</w:t>
      </w:r>
    </w:p>
    <w:p>
      <w:r>
        <w:rPr>
          <w:sz w:val="20"/>
        </w:rPr>
        <w:t>50:36  ah, apa agla sawal ah, main leta hoon, ah, yeh Azhar Siddiqui sahib ka hai Gwalior se. ah, unhon ne aap se poocha hai ke how should Muslims have responded to satanic verses and the cartoon issue?</w:t>
      </w:r>
      <w:r>
        <w:br/>
      </w:r>
      <w:r>
        <w:rPr>
          <w:sz w:val="20"/>
        </w:rPr>
        <w:t>50:51  is qism ke jo mamle hote hain, is par jo ah, behtareen tareeqa do tareeqe hum use kar sakte hain. ek to Maulana is ko barah-e-rast zikr karte rehte hain ke imt al-batil bahjri ya bitarki.</w:t>
      </w:r>
      <w:r>
        <w:br/>
      </w:r>
      <w:r>
        <w:rPr>
          <w:sz w:val="20"/>
        </w:rPr>
        <w:t>51:06  ah, Hazrat Umar ka qaul zikr karte hain ke Allah ke bande hain jo ah, batil ko dabaate hain, maarte hain, is ko is ko avoid karte hain, is ka zikr nahi karte hain.</w:t>
      </w:r>
      <w:r>
        <w:br/>
      </w:r>
      <w:r>
        <w:rPr>
          <w:sz w:val="20"/>
        </w:rPr>
        <w:t>51:17  aam taur se aisa hota hai ke ek choti si kahin par kisi ne kuch keh diya, is ko hungama kar ke saari duniya mein kar dete hain, to yeh aur zyada phail jata hai. to hum ko is ko zikr nahi karna hai, is par koi ihtijaj nahi karna, yeh nek logon ka tareeqa hai.</w:t>
      </w:r>
      <w:r>
        <w:br/>
      </w:r>
      <w:r>
        <w:rPr>
          <w:sz w:val="20"/>
        </w:rPr>
        <w:t>51:30  Hazrat Umar ne yeh kaha. doosra yeh ke agar kisi ke paas hai, jante hain ke ilmi taur par is ne kuch kaha hai, to is ka jawab yeh hai ke jaisa ah, is zamane mein shair ka shair se jawab diya jata tha, ab kitab ka kitab se jawab dijiye.</w:t>
      </w:r>
      <w:r>
        <w:br/>
      </w:r>
      <w:r>
        <w:rPr>
          <w:sz w:val="20"/>
        </w:rPr>
        <w:t>51:43  kitab ka kitab se jawab dijiye. Rasool Allah salallahu alaihi wasallam Masjid Nabwi mein mimbar par Hazrat Hassan ko khada kar ke kehte the ke un ka jawab do jo unhon ne kaha hai.</w:t>
      </w:r>
      <w:r>
        <w:br/>
      </w:r>
      <w:r>
        <w:rPr>
          <w:sz w:val="20"/>
        </w:rPr>
        <w:t>51:52  mere bare mein haj goi ki hai. haj goi ka matlab kya hai? badzamani karna Rasool Allah salallahu alaihi wasallam ke bare mein. to un ka ek shair hai: "ajawt Muhammad fajat anhu wa ind Allah fi dhak al-jaza".</w:t>
      </w:r>
      <w:r>
        <w:br/>
      </w:r>
      <w:r>
        <w:rPr>
          <w:sz w:val="20"/>
        </w:rPr>
        <w:t>52:04  tum ne Muhammad ki haj goi ki badzamani ki Muhammad ke bare mein. main tum ko shair ke zariye jawab deta hoon aur Allah ke nazdeek un ka badla hai.</w:t>
      </w:r>
      <w:r>
        <w:br/>
      </w:r>
      <w:r>
        <w:rPr>
          <w:sz w:val="20"/>
        </w:rPr>
        <w:t>52:15  to yahi do tareeqe hain: ya to tark karein, aur agar ilmi taur par karna hai to is ki kitab likhein. yeh is ke ilawa to koi tareeqa nahi hai.</w:t>
      </w:r>
    </w:p>
    <w:p>
      <w:pPr>
        <w:pStyle w:val="Heading2"/>
      </w:pPr>
      <w:r>
        <w:t>Responsibility for Muslim Ignorance</w:t>
      </w:r>
    </w:p>
    <w:p>
      <w:r>
        <w:rPr>
          <w:color w:val="666666"/>
          <w:sz w:val="18"/>
        </w:rPr>
        <w:t>Society &amp; Dawah · Reason and Faith July 10, 2016 · 1m 50s · at 1:02:52 · https://youtu.be/axR4I5yv29E?t=3772</w:t>
      </w:r>
    </w:p>
    <w:p>
      <w:r>
        <w:rPr>
          <w:i/>
        </w:rPr>
        <w:t>“Who is responsible for the ignorance and unawareness that Muslims are afflicted with today? Please explain.”</w:t>
      </w:r>
    </w:p>
    <w:p>
      <w:r>
        <w:rPr>
          <w:sz w:val="20"/>
        </w:rPr>
        <w:t>1:02:52  maulana, agla sawal dhampur se mehtab sahib ne kiya hai.</w:t>
      </w:r>
      <w:r>
        <w:br/>
      </w:r>
      <w:r>
        <w:rPr>
          <w:sz w:val="20"/>
        </w:rPr>
        <w:t>1:02:57  unhon ne aap se poocha hai ke musalmanon ki is bekhabari ka kaun zimmedaar hain jis</w:t>
      </w:r>
      <w:r>
        <w:br/>
      </w:r>
      <w:r>
        <w:rPr>
          <w:sz w:val="20"/>
        </w:rPr>
        <w:t>1:03:03  mein aaj musalman mubtala hain? Is ke baray mein bataein.</w:t>
      </w:r>
      <w:r>
        <w:br/>
      </w:r>
      <w:r>
        <w:rPr>
          <w:sz w:val="20"/>
        </w:rPr>
        <w:t>1:03:08  is ke zimmedaar to wohi log hain jo so called leader hain, mister bhi aur molvi bhi dono.</w:t>
      </w:r>
      <w:r>
        <w:br/>
      </w:r>
      <w:r>
        <w:rPr>
          <w:sz w:val="20"/>
        </w:rPr>
        <w:t>1:03:14  yani hadees mein kaha gaya tha ke وَعَلَى الْعَاقِلِ أَنْ يَكُونَ بَصِيرًا بِذَبَانِهِ yeh farz tha ke daur</w:t>
      </w:r>
      <w:r>
        <w:br/>
      </w:r>
      <w:r>
        <w:rPr>
          <w:sz w:val="20"/>
        </w:rPr>
        <w:t>1:03:19  jadeed ka muta'ala kar ke samjha jaye is ko.</w:t>
      </w:r>
      <w:r>
        <w:br/>
      </w:r>
      <w:r>
        <w:rPr>
          <w:sz w:val="20"/>
        </w:rPr>
        <w:t>1:03:25  lekin mere ilm ke mutabiq koi aik bhi musalman, urf se ajab tak, aisa nahi hai jis ne</w:t>
      </w:r>
      <w:r>
        <w:br/>
      </w:r>
      <w:r>
        <w:rPr>
          <w:sz w:val="20"/>
        </w:rPr>
        <w:t>1:03:31  is liye muta'ala kiya ho ke woh samjhe ke what is daur jadeed to bekhabar hai, bekhabar hai.</w:t>
      </w:r>
      <w:r>
        <w:br/>
      </w:r>
      <w:r>
        <w:rPr>
          <w:sz w:val="20"/>
        </w:rPr>
        <w:t>1:03:36  apni bekhabari mein unhon ne yahi sab bataya ke islamophobia aur maghrib ke log hamare khilaaf</w:t>
      </w:r>
      <w:r>
        <w:br/>
      </w:r>
      <w:r>
        <w:rPr>
          <w:sz w:val="20"/>
        </w:rPr>
        <w:t>1:03:42  saazish karte hain.</w:t>
      </w:r>
      <w:r>
        <w:br/>
      </w:r>
      <w:r>
        <w:rPr>
          <w:sz w:val="20"/>
        </w:rPr>
        <w:t>1:03:47  sab jhooti baatein hain, bilkul jhooti baatein hain.</w:t>
      </w:r>
      <w:r>
        <w:br/>
      </w:r>
      <w:r>
        <w:rPr>
          <w:sz w:val="20"/>
        </w:rPr>
        <w:t>1:03:53  basely, basely, maghrib ke log poori insaniyat ke muhsin hain.</w:t>
      </w:r>
      <w:r>
        <w:br/>
      </w:r>
      <w:r>
        <w:rPr>
          <w:sz w:val="20"/>
        </w:rPr>
        <w:t>1:03:58  main saaf kehta hoon ke maghrib ki qaumein poori insaniyat ke liye benefactor hain.</w:t>
      </w:r>
      <w:r>
        <w:br/>
      </w:r>
      <w:r>
        <w:rPr>
          <w:sz w:val="20"/>
        </w:rPr>
        <w:t>1:04:04  unhon ne hum ko technology di, unhon ne hum ko ma'awin taraqqiyan dein.</w:t>
      </w:r>
      <w:r>
        <w:br/>
      </w:r>
      <w:r>
        <w:rPr>
          <w:sz w:val="20"/>
        </w:rPr>
        <w:t>1:04:09  unhon ne daur jadeed, unhon ne daur qadeem se aik naya daur paida kiya jis ko hum kehte hain civilization.</w:t>
      </w:r>
      <w:r>
        <w:br/>
      </w:r>
      <w:r>
        <w:rPr>
          <w:sz w:val="20"/>
        </w:rPr>
        <w:t>1:04:15  woh to muhsin hain, lekin hamare ulama, hamare mister dono, yani iqbal jaise log jo mister the aur</w:t>
      </w:r>
      <w:r>
        <w:br/>
      </w:r>
      <w:r>
        <w:rPr>
          <w:sz w:val="20"/>
        </w:rPr>
        <w:t>1:04:20  ulama, dono ne yahi kaha ke maghrib hamara dushman hai. Dono ne.</w:t>
      </w:r>
      <w:r>
        <w:br/>
      </w:r>
      <w:r>
        <w:rPr>
          <w:sz w:val="20"/>
        </w:rPr>
        <w:t>1:04:26  ab yeh mujhe aik shakhs bhi nahi maloom jis ne yeh kaha ho ke maghrib ka bohat bara contribution hai.</w:t>
      </w:r>
      <w:r>
        <w:br/>
      </w:r>
      <w:r>
        <w:rPr>
          <w:sz w:val="20"/>
        </w:rPr>
        <w:t>1:04:31  un ka ehsaan maano aur un ke liye dua karo, un ki hidayat ki koshish karo.</w:t>
      </w:r>
      <w:r>
        <w:br/>
      </w:r>
      <w:r>
        <w:rPr>
          <w:sz w:val="20"/>
        </w:rPr>
        <w:t>1:04:37  isi ka raziya bhugat rahay hain.</w:t>
      </w:r>
    </w:p>
    <w:p>
      <w:pPr>
        <w:pStyle w:val="Heading2"/>
      </w:pPr>
      <w:r>
        <w:t>Responsibility of a Da'i in Guiding People</w:t>
      </w:r>
    </w:p>
    <w:p>
      <w:r>
        <w:rPr>
          <w:color w:val="666666"/>
          <w:sz w:val="18"/>
        </w:rPr>
        <w:t>Society &amp; Dawah · Opportunities of the Modern Age | March 05, 2017 · 1m 02s · at 51:51 · https://youtu.be/Cv8QEwvQ_fY?t=3111</w:t>
      </w:r>
    </w:p>
    <w:p>
      <w:r>
        <w:rPr>
          <w:i/>
        </w:rPr>
        <w:t>“What is the responsibility of a Da'i? Is it to guide people correctly regarding both this world and the Hereafter?”</w:t>
      </w:r>
    </w:p>
    <w:p>
      <w:r>
        <w:rPr>
          <w:sz w:val="20"/>
        </w:rPr>
        <w:t>51:51  ji maulana agla sawal chennai se maulana iqbal umri ne bheja hai unhon ne likha hai ke: "maulana</w:t>
      </w:r>
      <w:r>
        <w:br/>
      </w:r>
      <w:r>
        <w:rPr>
          <w:sz w:val="20"/>
        </w:rPr>
        <w:t>51:59  daai ki zimmedari kya hai logon ki dunya aur akhirat dono ke baray mein sahi rehnumai karna</w:t>
      </w:r>
      <w:r>
        <w:br/>
      </w:r>
      <w:r>
        <w:rPr>
          <w:sz w:val="20"/>
        </w:rPr>
        <w:t>52:08  hai maulana aap ne aisa hi kiya hai marifat dawat aur hikmat hayat ki rehnumai ki hai maulana</w:t>
      </w:r>
      <w:r>
        <w:br/>
      </w:r>
      <w:r>
        <w:rPr>
          <w:sz w:val="20"/>
        </w:rPr>
        <w:t>52:16  is par kuch kahein?"</w:t>
      </w:r>
      <w:r>
        <w:br/>
      </w:r>
      <w:r>
        <w:rPr>
          <w:sz w:val="20"/>
        </w:rPr>
        <w:t>52:24  dekhiye maine jo kuch likha hai to is lihaz se nahi ke duniya ki taraqqi bhi mera nishana hai aisa nahi hai main yeh ke logon ko manfi soch se bahar karna jitne log bhi hain jo duniya dari mein pade hue hain sab manfi soch mein hain un ke paas kothiyan hain tab bhi manfi soch hai to main chahta hoon ke duniya mein jo kuch woh hasil kar rahe hain hasil karein lekin manfi soch nahi musbat soch mein</w:t>
      </w:r>
    </w:p>
    <w:p>
      <w:pPr>
        <w:pStyle w:val="Heading2"/>
      </w:pPr>
      <w:r>
        <w:t>Reviving Islamic spirit among Muslims</w:t>
      </w:r>
    </w:p>
    <w:p>
      <w:r>
        <w:rPr>
          <w:color w:val="666666"/>
          <w:sz w:val="18"/>
        </w:rPr>
        <w:t>Society &amp; Dawah · Lessons from My Journey to Canada II January 10, 2016 · 1m 54s · at 53:04 · https://youtu.be/GHF2Ph3GW7A?t=3184</w:t>
      </w:r>
    </w:p>
    <w:p>
      <w:r>
        <w:rPr>
          <w:i/>
        </w:rPr>
        <w:t>“According to you, how can we revive the Islamic spirit among Muslims?”</w:t>
      </w:r>
    </w:p>
    <w:p>
      <w:r>
        <w:rPr>
          <w:sz w:val="20"/>
        </w:rPr>
        <w:t>53:04  مولانا، اگلا سوال کیا ہے دلی سے مس نغمہ صدیقی نے، اور ان کا سوال ہے کہ "according</w:t>
      </w:r>
      <w:r>
        <w:br/>
      </w:r>
      <w:r>
        <w:rPr>
          <w:sz w:val="20"/>
        </w:rPr>
        <w:t>53:13  to you, how can we revive the islamic spirit among muslims?"</w:t>
      </w:r>
      <w:r>
        <w:br/>
      </w:r>
      <w:r>
        <w:rPr>
          <w:sz w:val="20"/>
        </w:rPr>
        <w:t>53:19  main samajhta hoon ke</w:t>
      </w:r>
      <w:r>
        <w:br/>
      </w:r>
      <w:r>
        <w:rPr>
          <w:sz w:val="20"/>
        </w:rPr>
        <w:t>53:22  yeh kehna ke quran ko samajh ke parho,</w:t>
      </w:r>
      <w:r>
        <w:br/>
      </w:r>
      <w:r>
        <w:rPr>
          <w:sz w:val="20"/>
        </w:rPr>
        <w:t>53:26  yeh isi se speed revive hogi.</w:t>
      </w:r>
      <w:r>
        <w:br/>
      </w:r>
      <w:r>
        <w:rPr>
          <w:sz w:val="20"/>
        </w:rPr>
        <w:t>53:29  misalan aik baar mein aik musalman ke sath safar kar raha tha, to woh parhe likhe musalman thay,</w:t>
      </w:r>
      <w:r>
        <w:br/>
      </w:r>
      <w:r>
        <w:rPr>
          <w:sz w:val="20"/>
        </w:rPr>
        <w:t>53:38  to un ke paas aik chota sa</w:t>
      </w:r>
      <w:r>
        <w:br/>
      </w:r>
      <w:r>
        <w:rPr>
          <w:sz w:val="20"/>
        </w:rPr>
        <w:t>53:42  quran tha, arabi,</w:t>
      </w:r>
      <w:r>
        <w:br/>
      </w:r>
      <w:r>
        <w:rPr>
          <w:sz w:val="20"/>
        </w:rPr>
        <w:t>53:45  to jeeb mein rakhte thay.</w:t>
      </w:r>
      <w:r>
        <w:br/>
      </w:r>
      <w:r>
        <w:rPr>
          <w:sz w:val="20"/>
        </w:rPr>
        <w:t>53:47  woh jahan kahin thora sa moqa milta tha, to jeeb mein se nikalte aur likhte, parhne.</w:t>
      </w:r>
      <w:r>
        <w:br/>
      </w:r>
      <w:r>
        <w:rPr>
          <w:sz w:val="20"/>
        </w:rPr>
        <w:t>53:55  to maine un se poocha is ke baray mein, to unhon ne kaha ke main 14 saal</w:t>
      </w:r>
      <w:r>
        <w:br/>
      </w:r>
      <w:r>
        <w:rPr>
          <w:sz w:val="20"/>
        </w:rPr>
        <w:t>54:00  se aise hi karta hoon.</w:t>
      </w:r>
      <w:r>
        <w:br/>
      </w:r>
      <w:r>
        <w:rPr>
          <w:sz w:val="20"/>
        </w:rPr>
        <w:t>54:03  mere paas hamesha</w:t>
      </w:r>
      <w:r>
        <w:br/>
      </w:r>
      <w:r>
        <w:rPr>
          <w:sz w:val="20"/>
        </w:rPr>
        <w:t>54:05  chote size ka aik quran rehta hai, jahan moqa milta hai, parhta rehta hoon.</w:t>
      </w:r>
      <w:r>
        <w:br/>
      </w:r>
      <w:r>
        <w:rPr>
          <w:sz w:val="20"/>
        </w:rPr>
        <w:t>54:10  14 saal se.</w:t>
      </w:r>
      <w:r>
        <w:br/>
      </w:r>
      <w:r>
        <w:rPr>
          <w:sz w:val="20"/>
        </w:rPr>
        <w:t>54:12  to maine poocha ke aap quran ka khulasa bataiye,</w:t>
      </w:r>
      <w:r>
        <w:br/>
      </w:r>
      <w:r>
        <w:rPr>
          <w:sz w:val="20"/>
        </w:rPr>
        <w:t>54:18  kya paya aap ne?</w:t>
      </w:r>
      <w:r>
        <w:br/>
      </w:r>
      <w:r>
        <w:rPr>
          <w:sz w:val="20"/>
        </w:rPr>
        <w:t>54:21  to unhon ne kaha ke hum quran parhte hain, samajh ke, sawab ke liye,</w:t>
      </w:r>
      <w:r>
        <w:br/>
      </w:r>
      <w:r>
        <w:rPr>
          <w:sz w:val="20"/>
        </w:rPr>
        <w:t>54:25  samajh samajh kar, is ka matlab nikalne ke liye nahi.</w:t>
      </w:r>
      <w:r>
        <w:br/>
      </w:r>
      <w:r>
        <w:rPr>
          <w:sz w:val="20"/>
        </w:rPr>
        <w:t>54:29  yeh consciously ya unconsciously sab ka tareeqa hai ke quran parhte hain, woh sawab ke liye.</w:t>
      </w:r>
      <w:r>
        <w:br/>
      </w:r>
      <w:r>
        <w:rPr>
          <w:sz w:val="20"/>
        </w:rPr>
        <w:t>54:37  yeh nahi ke quran mein kya likha hai, is mein kya message hai, quran hum se kya karne</w:t>
      </w:r>
      <w:r>
        <w:br/>
      </w:r>
      <w:r>
        <w:rPr>
          <w:sz w:val="20"/>
        </w:rPr>
        <w:t>54:42  ko kehta hai, kya na karne ko kehta hai, yeh sab nahi.</w:t>
      </w:r>
      <w:r>
        <w:br/>
      </w:r>
      <w:r>
        <w:rPr>
          <w:sz w:val="20"/>
        </w:rPr>
        <w:t>54:46  to main samajhta hoon ke quran,</w:t>
      </w:r>
      <w:r>
        <w:br/>
      </w:r>
      <w:r>
        <w:rPr>
          <w:sz w:val="20"/>
        </w:rPr>
        <w:t>54:50  main samajhta hoon ke musalmanon ko yeh batana ke quran ko samajh kar parho,</w:t>
      </w:r>
      <w:r>
        <w:br/>
      </w:r>
      <w:r>
        <w:rPr>
          <w:sz w:val="20"/>
        </w:rPr>
        <w:t>54:56  is se un ke andar islam</w:t>
      </w:r>
    </w:p>
    <w:p>
      <w:pPr>
        <w:pStyle w:val="Heading2"/>
      </w:pPr>
      <w:r>
        <w:t>Role of mosque in Dawah work</w:t>
      </w:r>
    </w:p>
    <w:p>
      <w:r>
        <w:rPr>
          <w:color w:val="666666"/>
          <w:sz w:val="18"/>
        </w:rPr>
        <w:t>Society &amp; Dawah · The Companions and the Hadith Scholars June 24, 2012 · 1m 11s · at 1:08:00 · https://youtu.be/Dj4QiYnxgBs?t=4080</w:t>
      </w:r>
    </w:p>
    <w:p>
      <w:r>
        <w:rPr>
          <w:i/>
        </w:rPr>
        <w:t>“What is the role of the mosque in Dawah and how can we use it for Dawah work?”</w:t>
      </w:r>
    </w:p>
    <w:p>
      <w:r>
        <w:rPr>
          <w:sz w:val="20"/>
        </w:rPr>
        <w:t>1:08:00  yaani is par ghore karne ke liye. Maulana, agla sawal Delhi se hai, Danish</w:t>
      </w:r>
      <w:r>
        <w:br/>
      </w:r>
      <w:r>
        <w:rPr>
          <w:sz w:val="20"/>
        </w:rPr>
        <w:t>1:08:08  sahib ka. unho ne likha hai: "What is the role of mosque in Dawah and how we can use it for Dawah work?" kindly karen.</w:t>
      </w:r>
      <w:r>
        <w:br/>
      </w:r>
      <w:r>
        <w:rPr>
          <w:sz w:val="20"/>
        </w:rPr>
        <w:t>1:08:17  What role of masjid ka kya role hai Dawah work mein, aur is ko kaise istemal kiya ja sakta hai? dekhein, masjid aur madrasay ki baat nahi hai, yeh to insaan ka mamla hai.</w:t>
      </w:r>
      <w:r>
        <w:br/>
      </w:r>
      <w:r>
        <w:rPr>
          <w:sz w:val="20"/>
        </w:rPr>
        <w:t>1:08:29  jahan insaan hai, wahan da'wah hai. yeh nahi ke aap masjid ko le kar baith jayen ya madrasay ko le kar baith jayen.</w:t>
      </w:r>
      <w:r>
        <w:br/>
      </w:r>
      <w:r>
        <w:rPr>
          <w:sz w:val="20"/>
        </w:rPr>
        <w:t>1:08:37  aap ko insaan oriented kaam hai Dawah. yeh mein is ko nahi manta ke bas masjid bahar tehreek chalayen to da'wah ho gayi.</w:t>
      </w:r>
      <w:r>
        <w:br/>
      </w:r>
      <w:r>
        <w:rPr>
          <w:sz w:val="20"/>
        </w:rPr>
        <w:t>1:08:48  sahib, beshtar insaan to masjid ke bahar hi hain, to kya karenge aap? yaani 99 feesad insaan to masjid ke bahar hain, to kaun par da'wah nahi karna hai aap ko?</w:t>
      </w:r>
      <w:r>
        <w:br/>
      </w:r>
      <w:r>
        <w:rPr>
          <w:sz w:val="20"/>
        </w:rPr>
        <w:t>1:09:00  to yeh mein samajhta hoon ke dawat ka kaam insaan war tehreek hai, woh na to masjid war hai, na madrassa war.</w:t>
      </w:r>
    </w:p>
    <w:p>
      <w:pPr>
        <w:pStyle w:val="Heading2"/>
      </w:pPr>
      <w:r>
        <w:t>Role of mosque in dawah</w:t>
      </w:r>
    </w:p>
    <w:p>
      <w:r>
        <w:rPr>
          <w:color w:val="666666"/>
          <w:sz w:val="18"/>
        </w:rPr>
        <w:t>Society &amp; Dawah · Sahaba and Muhaddithin 24th June 2012 - Maulana Wahiduddin Khan · 1m 17s · at 1:11:02 · https://youtu.be/tUPo7MI0Bdo?t=4262</w:t>
      </w:r>
    </w:p>
    <w:p>
      <w:r>
        <w:rPr>
          <w:i/>
        </w:rPr>
        <w:t>“What is the role of the mosque in dawah and how can we use it for dawah work? Kindly, what is the role of the mosque in dawah work, and how can it be used?”</w:t>
      </w:r>
    </w:p>
    <w:p>
      <w:r>
        <w:rPr>
          <w:sz w:val="20"/>
        </w:rPr>
        <w:t>1:11:02  tab ja kar ke woh tayyar hoga, yani us par ghaur karne ke liye. Maulana, agla sawal Dilli se hai, Danish sahib ka.</w:t>
      </w:r>
      <w:r>
        <w:br/>
      </w:r>
      <w:r>
        <w:rPr>
          <w:sz w:val="20"/>
        </w:rPr>
        <w:t>1:11:13  Unhon ne likha hai: What is the role of mosque in da'wa aur kaise hum isko use kar sakte hain da'wa work ke liye?</w:t>
      </w:r>
      <w:r>
        <w:br/>
      </w:r>
      <w:r>
        <w:rPr>
          <w:sz w:val="20"/>
        </w:rPr>
        <w:t>1:11:22  Kindly role of masjid ka kya role hai da'wa work mein, aur isko kaise istemal kiya ja sakta hai? Dekhein, masjid</w:t>
      </w:r>
      <w:r>
        <w:br/>
      </w:r>
      <w:r>
        <w:rPr>
          <w:sz w:val="20"/>
        </w:rPr>
        <w:t>1:11:31  aur madarse ki baat nahi hai, yeh toh insaan ka mamla hai. Jahan insaan hai, wahan dawat hai. Yeh nahi ke aap masjid ko le kar baith jayein, madarse ko le kar baith jayein.</w:t>
      </w:r>
      <w:r>
        <w:br/>
      </w:r>
      <w:r>
        <w:rPr>
          <w:sz w:val="20"/>
        </w:rPr>
        <w:t>1:11:43  Aap ko insaan oriented kaam hai da'wa.</w:t>
      </w:r>
      <w:r>
        <w:br/>
      </w:r>
      <w:r>
        <w:rPr>
          <w:sz w:val="20"/>
        </w:rPr>
        <w:t>1:11:49  Yeh main isko nahi manta ke bas masjid bahar tareekh chalayein toh dawat ho gayi. Sahab, beshtar insaan toh masjid ke bahar hi hain, toh kya karenge aap?</w:t>
      </w:r>
      <w:r>
        <w:br/>
      </w:r>
      <w:r>
        <w:rPr>
          <w:sz w:val="20"/>
        </w:rPr>
        <w:t>1:12:00  Yaani 99 percent insaan toh masjid ke bahar hain, toh kis pe dawat nahi karna hai aap ko?</w:t>
      </w:r>
      <w:r>
        <w:br/>
      </w:r>
      <w:r>
        <w:rPr>
          <w:sz w:val="20"/>
        </w:rPr>
        <w:t>1:12:07  Toh yeh main samajhta hoon ke dawat ka kaam insaan war tareekh hai, woh na toh masjid war hai, na madarsa war.</w:t>
      </w:r>
    </w:p>
    <w:p>
      <w:pPr>
        <w:pStyle w:val="Heading2"/>
      </w:pPr>
      <w:r>
        <w:t>Role of women in dawah</w:t>
      </w:r>
    </w:p>
    <w:p>
      <w:r>
        <w:rPr>
          <w:color w:val="666666"/>
          <w:sz w:val="18"/>
        </w:rPr>
        <w:t>Society &amp; Dawah · Example of the Prophet March 20, 2016 · 1m 44s · at 1:26:58 · https://youtu.be/79HmhzXU41w?t=5218</w:t>
      </w:r>
    </w:p>
    <w:p>
      <w:r>
        <w:rPr>
          <w:i/>
        </w:rPr>
        <w:t>“What is the role of women in dawah work?”</w:t>
      </w:r>
    </w:p>
    <w:p>
      <w:r>
        <w:rPr>
          <w:sz w:val="20"/>
        </w:rPr>
        <w:t>1:26:58  maulana, Pakistan se sister Salma ne aap se sawal kiya hai aur poocha hai ke what is the</w:t>
      </w:r>
      <w:r>
        <w:br/>
      </w:r>
      <w:r>
        <w:rPr>
          <w:sz w:val="20"/>
        </w:rPr>
        <w:t>1:27:05  role of women in da'wah work? is ke bare mein bataein.</w:t>
      </w:r>
      <w:r>
        <w:br/>
      </w:r>
      <w:r>
        <w:rPr>
          <w:sz w:val="20"/>
        </w:rPr>
        <w:t>1:27:11  bhai, women ka role to bohat hi bara hai,</w:t>
      </w:r>
      <w:r>
        <w:br/>
      </w:r>
      <w:r>
        <w:rPr>
          <w:sz w:val="20"/>
        </w:rPr>
        <w:t>1:27:15  hamare mission mein is waqt jo hai, mein to apne ko secretary samajhta hoon, jo primary role hai,</w:t>
      </w:r>
      <w:r>
        <w:br/>
      </w:r>
      <w:r>
        <w:rPr>
          <w:sz w:val="20"/>
        </w:rPr>
        <w:t>1:27:22  sab women kar rahi hain.</w:t>
      </w:r>
      <w:r>
        <w:br/>
      </w:r>
      <w:r>
        <w:rPr>
          <w:sz w:val="20"/>
        </w:rPr>
        <w:t>1:27:24  hamara jo mission hai, dawah mission in India mein, aur India mein nahi, balkeh dunya bhar mein, masha Allah.</w:t>
      </w:r>
      <w:r>
        <w:br/>
      </w:r>
      <w:r>
        <w:rPr>
          <w:sz w:val="20"/>
        </w:rPr>
        <w:t>1:27:31  to is mein jo</w:t>
      </w:r>
      <w:r>
        <w:br/>
      </w:r>
      <w:r>
        <w:rPr>
          <w:sz w:val="20"/>
        </w:rPr>
        <w:t>1:27:33  primary role hai, woh women ka hai, aur mera role to secondary hai.</w:t>
      </w:r>
      <w:r>
        <w:br/>
      </w:r>
      <w:r>
        <w:rPr>
          <w:sz w:val="20"/>
        </w:rPr>
        <w:t>1:27:38  mein to kaha karta hoon ke mein kursi pe baitha hoon, dua karne ke liye, bas.</w:t>
      </w:r>
      <w:r>
        <w:br/>
      </w:r>
      <w:r>
        <w:rPr>
          <w:sz w:val="20"/>
        </w:rPr>
        <w:t>1:27:43  to is mein mein to samajhta hoon ke Allah taala ne paida kiya hai, to women ke jo</w:t>
      </w:r>
      <w:r>
        <w:br/>
      </w:r>
      <w:r>
        <w:rPr>
          <w:sz w:val="20"/>
        </w:rPr>
        <w:t>1:27:50  quality hain, woh bohat zyada, yaani</w:t>
      </w:r>
      <w:r>
        <w:br/>
      </w:r>
      <w:r>
        <w:rPr>
          <w:sz w:val="20"/>
        </w:rPr>
        <w:t>1:27:54  dawah ke liye bohat hi favorable hain, bohat zyada.</w:t>
      </w:r>
      <w:r>
        <w:br/>
      </w:r>
      <w:r>
        <w:rPr>
          <w:sz w:val="20"/>
        </w:rPr>
        <w:t>1:28:00  auraton mein, yaani</w:t>
      </w:r>
      <w:r>
        <w:br/>
      </w:r>
      <w:r>
        <w:rPr>
          <w:sz w:val="20"/>
        </w:rPr>
        <w:t>1:28:04  aurat ko, aurat to paidaishi dai hai, mein to samajhta hoon.</w:t>
      </w:r>
      <w:r>
        <w:br/>
      </w:r>
      <w:r>
        <w:rPr>
          <w:sz w:val="20"/>
        </w:rPr>
        <w:t>1:28:10  is bare mein hum ne apni kitab, hamari ek kitab hai ke is ka naam hai</w:t>
      </w:r>
      <w:r>
        <w:br/>
      </w:r>
      <w:r>
        <w:rPr>
          <w:sz w:val="20"/>
        </w:rPr>
        <w:t>1:28:15  Aurat Ma'maar-e-Insaniyat aap us ko padh lijiye aur woh jo maqoolah hai ke there is a woman at the beginning of all great things us ko main bilkul sahi maanta hoon there is a woman at the beginning of all great things to us ki detail aap chahen to us bare ki kitab mein ek is kitab ko dekhiye Aurat Ma'maar-e-Insaniyat.</w:t>
      </w:r>
    </w:p>
    <w:p>
      <w:pPr>
        <w:pStyle w:val="Heading2"/>
      </w:pPr>
      <w:r>
        <w:t>Root cause of power struggle mindset</w:t>
      </w:r>
    </w:p>
    <w:p>
      <w:r>
        <w:rPr>
          <w:color w:val="666666"/>
          <w:sz w:val="18"/>
        </w:rPr>
        <w:t>Society &amp; Dawah · How God Manages Human History December 23, 2018 · 1m 09s · at 1:19:49 · https://youtu.be/j_yxigrCl5U?t=4789</w:t>
      </w:r>
    </w:p>
    <w:p>
      <w:r>
        <w:rPr>
          <w:i/>
        </w:rPr>
        <w:t>“Molana! What is the root cause of the mindset of power struggle?”</w:t>
      </w:r>
    </w:p>
    <w:p>
      <w:r>
        <w:rPr>
          <w:sz w:val="20"/>
        </w:rPr>
        <w:t>1:19:49  maulana, agla sawal lene se pehle ek comment padhna chahenge. yeh maulana yaqoob umri ne dilli se bheja hai. unhon ne likha hai: "maulana!</w:t>
      </w:r>
      <w:r>
        <w:br/>
      </w:r>
      <w:r>
        <w:rPr>
          <w:sz w:val="20"/>
        </w:rPr>
        <w:t>1:19:58  today's lecture was a beautiful explanation of shock treatment to keep humanity on track and it was a new meaning of the ayat 'فَا لَوْلَا دَافُعُوا لِلنَّاسِ'." maulana, agla sawal lenge.</w:t>
      </w:r>
      <w:r>
        <w:br/>
      </w:r>
      <w:r>
        <w:rPr>
          <w:sz w:val="20"/>
        </w:rPr>
        <w:t>1:20:15  yeh sawal bheja hai maulana iqbal umri ne chennai se. unhon ne likha hai ke: "maulana! power struggle ki zehniyat ki asal wajah kya hai?</w:t>
      </w:r>
      <w:r>
        <w:br/>
      </w:r>
      <w:r>
        <w:rPr>
          <w:sz w:val="20"/>
        </w:rPr>
        <w:t>1:20:26  is ke baray mein batayein." kis ki zehniyat? power struggle. woh kya cheez hai? hum to jante nahi ke power struggle kya hai. yeh to jhoote alfaaz hain.</w:t>
      </w:r>
      <w:r>
        <w:br/>
      </w:r>
      <w:r>
        <w:rPr>
          <w:sz w:val="20"/>
        </w:rPr>
        <w:t>1:20:39  woh dekhen, yeh toh kuch log hain jo term bana bana kar ke phailate hain. Power struggle kya hai?</w:t>
      </w:r>
      <w:r>
        <w:br/>
      </w:r>
      <w:r>
        <w:rPr>
          <w:sz w:val="20"/>
        </w:rPr>
        <w:t>1:20:49  kya cheez hai woh? Ji, jangl mein bhi power struggle hoti hai, hawa mein hoti hai, patange bhi karte hain.</w:t>
      </w:r>
    </w:p>
    <w:p>
      <w:pPr>
        <w:pStyle w:val="Heading2"/>
      </w:pPr>
      <w:r>
        <w:t>Rulings on male-female interaction</w:t>
      </w:r>
    </w:p>
    <w:p>
      <w:r>
        <w:rPr>
          <w:color w:val="666666"/>
          <w:sz w:val="18"/>
        </w:rPr>
        <w:t>Society &amp; Dawah · Q&amp;A 20 Nov 2011 Maulana Wahiduddin Khan · 1m 12s · at 17:59 · https://youtu.be/7sNDn8Y6jUc?t=1079</w:t>
      </w:r>
    </w:p>
    <w:p>
      <w:r>
        <w:rPr>
          <w:i/>
        </w:rPr>
        <w:t>“What are the rulings regarding interaction between men and women in an Islamic society?”</w:t>
      </w:r>
    </w:p>
    <w:p>
      <w:r>
        <w:rPr>
          <w:sz w:val="20"/>
        </w:rPr>
        <w:t>17:59  maulana, agla sawal aya hai misster numan afzal ka haiderabad pakistan se. unhon ne likha hai: "islamic society mein mard aur khawateen ke darmiyan interaction ke bare mein kya ahkamat hain?</w:t>
      </w:r>
      <w:r>
        <w:br/>
      </w:r>
      <w:r>
        <w:rPr>
          <w:sz w:val="20"/>
        </w:rPr>
        <w:t>18:14  iske bare mein bataein."</w:t>
      </w:r>
      <w:r>
        <w:br/>
      </w:r>
      <w:r>
        <w:rPr>
          <w:sz w:val="20"/>
        </w:rPr>
        <w:t>18:17  yeh koi puchne ki baat hai. aap sab jante hain ke mard aurat ki ek jaai jo hai sirf do ek hi shakal mein honi chahiye.</w:t>
      </w:r>
      <w:r>
        <w:br/>
      </w:r>
      <w:r>
        <w:rPr>
          <w:sz w:val="20"/>
        </w:rPr>
        <w:t>18:27  woh hai nikah. bas. aur shakalain jo hain woh amli zaroorat ke tehat, maslan ek office mein kaam kar rahe hain toh woh jaiz hoga.</w:t>
      </w:r>
      <w:r>
        <w:br/>
      </w:r>
      <w:r>
        <w:rPr>
          <w:sz w:val="20"/>
        </w:rPr>
        <w:t>18:39  lekin baqayda jo mil kar rehna hai woh sirf nikah ki shakal mein mil kar rehna hai. aur jo shakalain aaj kal raij hui hain woh islam mein jaiz nahi hain.</w:t>
      </w:r>
      <w:r>
        <w:br/>
      </w:r>
      <w:r>
        <w:rPr>
          <w:sz w:val="20"/>
        </w:rPr>
        <w:t>18:51  amli zaroorat ke tehat aap karobar mein, office mein, bazaar mein mil kar kaam kar sakte hain apni hudood ko baqi rakhte hue.</w:t>
      </w:r>
      <w:r>
        <w:br/>
      </w:r>
      <w:r>
        <w:rPr>
          <w:sz w:val="20"/>
        </w:rPr>
        <w:t>19:00  toh woh jaiz hai yeh. yeh bohat kitabein likhi gayi hain aap padh li jiye. meri kitab hai "khawateen islam". isko padh li jiye. aur bhi kai kitabein chhapi hain. isko padh li jiye.</w:t>
      </w:r>
    </w:p>
    <w:p>
      <w:pPr>
        <w:pStyle w:val="Heading2"/>
      </w:pPr>
      <w:r>
        <w:t>Rulings on male-female interaction in Islam</w:t>
      </w:r>
    </w:p>
    <w:p>
      <w:r>
        <w:rPr>
          <w:color w:val="666666"/>
          <w:sz w:val="18"/>
        </w:rPr>
        <w:t>Society &amp; Dawah · Building A Creative Personality | 20 Nov 2011 · 1m 12s · at 1:19:28 · https://youtu.be/jdfhpwfEvKg?t=4768</w:t>
      </w:r>
    </w:p>
    <w:p>
      <w:r>
        <w:rPr>
          <w:i/>
        </w:rPr>
        <w:t>“What are the rulings regarding interaction between men and women in Islamic society? Please explain.”</w:t>
      </w:r>
    </w:p>
    <w:p>
      <w:r>
        <w:rPr>
          <w:sz w:val="20"/>
        </w:rPr>
        <w:t>1:19:28  aap Maulana, agla sawal aaya hai Mr Noman Afzal ka Hyderabad Pakistan se.</w:t>
      </w:r>
      <w:r>
        <w:br/>
      </w:r>
      <w:r>
        <w:rPr>
          <w:sz w:val="20"/>
        </w:rPr>
        <w:t>1:19:34  unhon ne likha hai: "Islamic society mein mard aur khawateen ke darmiyan interaction ke bare mein kya ahkamat</w:t>
      </w:r>
      <w:r>
        <w:br/>
      </w:r>
      <w:r>
        <w:rPr>
          <w:sz w:val="20"/>
        </w:rPr>
        <w:t>1:19:40  hain? is ke bare mein batayen." nahi, yeh koi</w:t>
      </w:r>
      <w:r>
        <w:br/>
      </w:r>
      <w:r>
        <w:rPr>
          <w:sz w:val="20"/>
        </w:rPr>
        <w:t>1:19:47  poochne ki baat hai.</w:t>
      </w:r>
      <w:r>
        <w:br/>
      </w:r>
      <w:r>
        <w:rPr>
          <w:sz w:val="20"/>
        </w:rPr>
        <w:t>1:19:51  aap sab jante hain ke mard aurat ka ki exai jo hai, sirf do ek hi shakal mein</w:t>
      </w:r>
      <w:r>
        <w:br/>
      </w:r>
      <w:r>
        <w:rPr>
          <w:sz w:val="20"/>
        </w:rPr>
        <w:t>1:19:55  honi chahiye, wo hai nikah.</w:t>
      </w:r>
      <w:r>
        <w:br/>
      </w:r>
      <w:r>
        <w:rPr>
          <w:sz w:val="20"/>
        </w:rPr>
        <w:t>1:20:00  bas aur shaklein jo hain, wo amli zaroorat ke tehat, maslan ek office mein kaam kar rahe hain</w:t>
      </w:r>
      <w:r>
        <w:br/>
      </w:r>
      <w:r>
        <w:rPr>
          <w:sz w:val="20"/>
        </w:rPr>
        <w:t>1:20:04  to wo ijazat ho hoga.</w:t>
      </w:r>
      <w:r>
        <w:br/>
      </w:r>
      <w:r>
        <w:rPr>
          <w:sz w:val="20"/>
        </w:rPr>
        <w:t>1:20:08  lekin baqayda jo jo mil kar rehna hai, wo sirf nikah ki shakal mein mil kar rehna hai.</w:t>
      </w:r>
      <w:r>
        <w:br/>
      </w:r>
      <w:r>
        <w:rPr>
          <w:sz w:val="20"/>
        </w:rPr>
        <w:t>1:20:12  aur jo shaklein aaj kal raij hui hain,</w:t>
      </w:r>
      <w:r>
        <w:br/>
      </w:r>
      <w:r>
        <w:rPr>
          <w:sz w:val="20"/>
        </w:rPr>
        <w:t>1:20:17  wo Islam mein jaiz nahi hain.</w:t>
      </w:r>
      <w:r>
        <w:br/>
      </w:r>
      <w:r>
        <w:rPr>
          <w:sz w:val="20"/>
        </w:rPr>
        <w:t>1:20:20  amli zaroorat ke tehat aap karobar mein, office mein, bazaar mein mil kar kaam kar sakte hain, apne</w:t>
      </w:r>
      <w:r>
        <w:br/>
      </w:r>
      <w:r>
        <w:rPr>
          <w:sz w:val="20"/>
        </w:rPr>
        <w:t>1:20:23  hudood ko baqi rakhte hue.</w:t>
      </w:r>
      <w:r>
        <w:br/>
      </w:r>
      <w:r>
        <w:rPr>
          <w:sz w:val="20"/>
        </w:rPr>
        <w:t>1:20:27  to woh jaiz hai.</w:t>
      </w:r>
      <w:r>
        <w:br/>
      </w:r>
      <w:r>
        <w:rPr>
          <w:sz w:val="20"/>
        </w:rPr>
        <w:t>1:20:30  yeh bohat kitabein likhi gayi hain, aap parh lijiyay.</w:t>
      </w:r>
      <w:r>
        <w:br/>
      </w:r>
      <w:r>
        <w:rPr>
          <w:sz w:val="20"/>
        </w:rPr>
        <w:t>1:20:34  meri kitab hai "khawateen Islam", is ko parh lijiyay.</w:t>
      </w:r>
      <w:r>
        <w:br/>
      </w:r>
      <w:r>
        <w:rPr>
          <w:sz w:val="20"/>
        </w:rPr>
        <w:t>1:20:37  aur bhi kai kitabein chhapi hain, is ko parh lijiyay.</w:t>
      </w:r>
    </w:p>
    <w:p>
      <w:pPr>
        <w:pStyle w:val="Heading2"/>
      </w:pPr>
      <w:r>
        <w:t>Russia's empire collapse despite bomb</w:t>
      </w:r>
    </w:p>
    <w:p>
      <w:r>
        <w:rPr>
          <w:color w:val="666666"/>
          <w:sz w:val="18"/>
        </w:rPr>
        <w:t>Society &amp; Dawah · Age of Peace November 18, 2012 · 1m 08s · at 1:28:30 · https://youtu.be/Y9nkQnBqbrs?t=5310</w:t>
      </w:r>
    </w:p>
    <w:p>
      <w:r>
        <w:rPr>
          <w:i/>
        </w:rPr>
        <w:t>“I was talking to a Muslim brother about Dawah. One thing remained: Russia had an atom bomb when it broke. 75 years later when Russia's empire broke, the atom bomb was still there, but seven states separated, it itself broke. So what happened?”</w:t>
      </w:r>
    </w:p>
    <w:p>
      <w:r>
        <w:rPr>
          <w:sz w:val="20"/>
        </w:rPr>
        <w:t>1:28:30  maulana, agla sawal dilli se hai muhammad ans sahib ka. unhon ne likha hai: "maulana, mein aik musalman sahib se dawat ke baray mein baat kar raha tha.</w:t>
      </w:r>
      <w:r>
        <w:br/>
      </w:r>
      <w:r>
        <w:rPr>
          <w:sz w:val="20"/>
        </w:rPr>
        <w:t>1:28:40  aik baat yeh reh gayi, russia ke paas atom bomb tha, jab woh toota. 75 saal ke baad jab russia ka empire toota to atom bomb maujood tha us ke paas, lekin seven states alag ho gayi, us ki khud toot gaya.</w:t>
      </w:r>
      <w:r>
        <w:br/>
      </w:r>
      <w:r>
        <w:rPr>
          <w:sz w:val="20"/>
        </w:rPr>
        <w:t>1:28:56  ?</w:t>
      </w:r>
      <w:r>
        <w:br/>
      </w:r>
      <w:r>
        <w:rPr>
          <w:sz w:val="20"/>
        </w:rPr>
        <w:t>1:28:57  atom bomb se kya? atom bomb se kya apne empire ko baqi rakh saka? woh atom bomb se kya apne jo states thay, qabze mein thay, us ko baqi rakh saka?</w:t>
      </w:r>
      <w:r>
        <w:br/>
      </w:r>
      <w:r>
        <w:rPr>
          <w:sz w:val="20"/>
        </w:rPr>
        <w:t>1:29:07  us us europe is se nikal gaya aur jo states theen, sab nikal gaein. aaj russia ki, russia jo hai, aik second class power bana hua hai.</w:t>
      </w:r>
      <w:r>
        <w:br/>
      </w:r>
      <w:r>
        <w:rPr>
          <w:sz w:val="20"/>
        </w:rPr>
        <w:t>1:29:16  second class jo to kis ko? mujhe bataiye ke jis ke paas atom bomb hai, us ko kya mila? atom bomb se kya mila? kisi ko nahi mila kuch.</w:t>
      </w:r>
      <w:r>
        <w:br/>
      </w:r>
      <w:r>
        <w:rPr>
          <w:sz w:val="20"/>
        </w:rPr>
        <w:t>1:29:28  to yeh bilkul mere madness hai. madness yaani be aqli bhi nahi hai, madness hai yeh sochna ke atom bomb banao. hmm, kya karein?</w:t>
      </w:r>
    </w:p>
    <w:p>
      <w:pPr>
        <w:pStyle w:val="Heading2"/>
      </w:pPr>
      <w:r>
        <w:t>Salam to non-Muslims and reply</w:t>
      </w:r>
    </w:p>
    <w:p>
      <w:r>
        <w:rPr>
          <w:color w:val="666666"/>
          <w:sz w:val="18"/>
        </w:rPr>
        <w:t>Society &amp; Dawah · God and Man February 19, 2012 · 1m 07s · at 1:11:00 · https://youtu.be/rL4g0LOU3wo?t=4260</w:t>
      </w:r>
    </w:p>
    <w:p>
      <w:r>
        <w:rPr>
          <w:i/>
        </w:rPr>
        <w:t>“Can we do the salam to non-Muslims and if they give their salam to us then can we give a reply Wa alaikum assalam to them?”</w:t>
      </w:r>
    </w:p>
    <w:p>
      <w:r>
        <w:rPr>
          <w:sz w:val="20"/>
        </w:rPr>
        <w:t>1:11:00  sawal hai. unhon ne poocha hai: "Can we do the salam to non-Muslims and if they give their salam to us then can we give a reply wa alaikum assalam to them?" zaroor.</w:t>
      </w:r>
      <w:r>
        <w:br/>
      </w:r>
      <w:r>
        <w:rPr>
          <w:sz w:val="20"/>
        </w:rPr>
        <w:t>1:11:14  bhai salam to aik aik social greeting hai, aik social tradition hai. yeh koi jannat dozakh ka mamla nahi hai.</w:t>
      </w:r>
      <w:r>
        <w:br/>
      </w:r>
      <w:r>
        <w:rPr>
          <w:sz w:val="20"/>
        </w:rPr>
        <w:t>1:11:26  jaise aap kisi se milte hain to aap woh dono mil kar chaye peete hain. to woh aik kya, aik social tradition hai. hadith salam bhi aik social tradition hai.</w:t>
      </w:r>
      <w:r>
        <w:br/>
      </w:r>
      <w:r>
        <w:rPr>
          <w:sz w:val="20"/>
        </w:rPr>
        <w:t>1:11:37  aap is mein bilkul farq nahi karna chahiye hindu muslim ka. aur "Peace be upon you" is ka matlab hota hai to "Peace be upon you" har aik ke liye yeh dua hamein karni hi karna hai.</w:t>
      </w:r>
      <w:r>
        <w:br/>
      </w:r>
      <w:r>
        <w:rPr>
          <w:sz w:val="20"/>
        </w:rPr>
        <w:t>1:11:51  samna hai, woh na aaye tab bhi.</w:t>
      </w:r>
      <w:r>
        <w:br/>
      </w:r>
      <w:r>
        <w:rPr>
          <w:sz w:val="20"/>
        </w:rPr>
        <w:t>1:11:54  is mein koi harj nahi hai is mein aur koi harj nahi hai is mein. koi agar harj batata hai to woh harj batane wala khud yani ghalati kar raha hai.</w:t>
      </w:r>
    </w:p>
    <w:p>
      <w:pPr>
        <w:pStyle w:val="Heading2"/>
      </w:pPr>
      <w:r>
        <w:t>Scientific thinking and its impact on society</w:t>
      </w:r>
    </w:p>
    <w:p>
      <w:r>
        <w:rPr>
          <w:color w:val="666666"/>
          <w:sz w:val="18"/>
        </w:rPr>
        <w:t>Society &amp; Dawah · Dars-e-Quran, Ch. 12, V. 105 ; Ch. 10 V. 61 (Study of Nature) | July 15, 2018 · 1m 24s · at 1:10:49 · https://youtu.be/5d-qNvpMg4k?t=4249</w:t>
      </w:r>
    </w:p>
    <w:p>
      <w:r>
        <w:rPr>
          <w:i/>
        </w:rPr>
        <w:t>“What is the scientific way of thinking and what is the impact of such type of thinking on society? Please explain.”</w:t>
      </w:r>
    </w:p>
    <w:p>
      <w:r>
        <w:rPr>
          <w:sz w:val="20"/>
        </w:rPr>
        <w:t>1:10:49  maulana agla sawal kya hai ah abdul rauf khateeb sahib ne chaplon se.</w:t>
      </w:r>
      <w:r>
        <w:br/>
      </w:r>
      <w:r>
        <w:rPr>
          <w:sz w:val="20"/>
        </w:rPr>
        <w:t>1:10:55  انہوں نے لکھا ہے، "مولانا، what is the scientific way of thinking and what is the impact of</w:t>
      </w:r>
      <w:r>
        <w:br/>
      </w:r>
      <w:r>
        <w:rPr>
          <w:sz w:val="20"/>
        </w:rPr>
        <w:t>1:11:01  such type of thinking in society? please explain this. "arsalah ka hum ne ek number chapaya tha, woh</w:t>
      </w:r>
      <w:r>
        <w:br/>
      </w:r>
      <w:r>
        <w:rPr>
          <w:sz w:val="20"/>
        </w:rPr>
        <w:t>1:11:07  tha art of thinking par.</w:t>
      </w:r>
      <w:r>
        <w:br/>
      </w:r>
      <w:r>
        <w:rPr>
          <w:sz w:val="20"/>
        </w:rPr>
        <w:t>1:11:14  art of thinking, agar woh mil jaye to us ko parh lijiye. mil jaye ke woh aap us mein mil jaye ga aap ko. yaani internet par poora shumarah ek tha isi par art of thinking par ke sir woh to hoga re ji. haan, aap download kar ke parh lijiye. okay, so we will end today session. thank you.</w:t>
      </w:r>
    </w:p>
    <w:p>
      <w:pPr>
        <w:pStyle w:val="Heading2"/>
      </w:pPr>
      <w:r>
        <w:t>Sectarian Killings in Iraq and Solution</w:t>
      </w:r>
    </w:p>
    <w:p>
      <w:r>
        <w:rPr>
          <w:color w:val="666666"/>
          <w:sz w:val="18"/>
        </w:rPr>
        <w:t>Society &amp; Dawah · Peace of Mind June 29, 2014 · 1m 19s · at 1:02:45 · https://youtu.be/oVwRc_FcAGk?t=3765</w:t>
      </w:r>
    </w:p>
    <w:p>
      <w:r>
        <w:rPr>
          <w:i/>
        </w:rPr>
        <w:t>“What do you say about the present tussles and killings in Iraq? However, both Shia and Sunnis are worshippers of Allah, then why are they killing innocent Muslims? Is there any solution?”</w:t>
      </w:r>
    </w:p>
    <w:p>
      <w:r>
        <w:rPr>
          <w:sz w:val="20"/>
        </w:rPr>
        <w:t>1:02:45  maulana, agla sawal lete hain jo deli se shahAB haider sahib ne poocha hai, aur unhone likha hai ke maulana sahib, what do you see about the present tussles and killings in iraq?</w:t>
      </w:r>
      <w:r>
        <w:br/>
      </w:r>
      <w:r>
        <w:rPr>
          <w:sz w:val="20"/>
        </w:rPr>
        <w:t>1:03:00  however, both shia and sunnis are worshipers of allah, then why they are killing innocent muslims? is der any solution</w:t>
      </w:r>
      <w:r>
        <w:br/>
      </w:r>
      <w:r>
        <w:rPr>
          <w:sz w:val="20"/>
        </w:rPr>
        <w:t>1:03:10  ? dekhen, yeh hamara yeh cps ka jo class hota hai, yeh iska mozu nahi hai. waise is par mein is mein interview mera aya hai tv mein, woh aap dekh sakte hain.</w:t>
      </w:r>
      <w:r>
        <w:br/>
      </w:r>
      <w:r>
        <w:rPr>
          <w:sz w:val="20"/>
        </w:rPr>
        <w:t>1:03:24  yahan pe sab mozuon ko hum nahi lenge.</w:t>
      </w:r>
      <w:r>
        <w:br/>
      </w:r>
      <w:r>
        <w:rPr>
          <w:sz w:val="20"/>
        </w:rPr>
        <w:t>1:03:29  yeh wale ate hain mere pas to mein jawab de deta hoon, ya akhbarat mein, angrezi akhbarat mein mere mazmoon ate hain, is mein mein jawab de deta hoon.</w:t>
      </w:r>
      <w:r>
        <w:br/>
      </w:r>
      <w:r>
        <w:rPr>
          <w:sz w:val="20"/>
        </w:rPr>
        <w:t>1:03:39  lekin hum cps ke ka jo jo class hai, yaad rakhiye, sirf dawat ke liye hai aur marifat ke liye.</w:t>
      </w:r>
      <w:r>
        <w:br/>
      </w:r>
      <w:r>
        <w:rPr>
          <w:sz w:val="20"/>
        </w:rPr>
        <w:t>1:03:48  bas aap dawat aur marifat se mutaliq koi sawal karen to mein is ka jawab dunga. baqi yeh jhagde wali jo baaten hain, woh aap khud janiye, in ko</w:t>
      </w:r>
      <w:r>
        <w:br/>
      </w:r>
      <w:r>
        <w:rPr>
          <w:sz w:val="20"/>
        </w:rPr>
        <w:t>1:03:59  tahqeeq kijiye, hum se mat poochhiye.</w:t>
      </w:r>
    </w:p>
    <w:p>
      <w:pPr>
        <w:pStyle w:val="Heading2"/>
      </w:pPr>
      <w:r>
        <w:t>Self-glory as obstacle to dawah</w:t>
      </w:r>
    </w:p>
    <w:p>
      <w:r>
        <w:rPr>
          <w:color w:val="666666"/>
          <w:sz w:val="18"/>
        </w:rPr>
        <w:t>Society &amp; Dawah · Dars e Quran, Ch 2 Vs 80 82, July 01, 2018 · 1m 45s · at 47:42 · https://youtu.be/BuLkoCE6j18?t=2862</w:t>
      </w:r>
    </w:p>
    <w:p>
      <w:r>
        <w:rPr>
          <w:i/>
        </w:rPr>
        <w:t>“The main obstacle before Muslims to become da'is is their belief in self-glory and wishful thinking, the trait Quran has attributed to Jews of the Prophet's time. What are your views on this issue?”</w:t>
      </w:r>
    </w:p>
    <w:p>
      <w:r>
        <w:rPr>
          <w:sz w:val="20"/>
        </w:rPr>
        <w:t>47:42  Maulana, agla comment bheja hai Srinagar se Riyaz Bhatt sahib ne. Inka saval hai, Maulana, ye unhon ne pucha hai ke: "The main obstacle before Muslims to become da'is is their belief in self-glory and wishful thinking, the trait Quran has attributed to Jews of the Prophet's time." Maulana sahib, what are your views on this issue?</w:t>
      </w:r>
      <w:r>
        <w:br/>
      </w:r>
      <w:r>
        <w:rPr>
          <w:sz w:val="20"/>
        </w:rPr>
        <w:t>48:09  dekhiye, ye sel glori jo hai, ye kalar kansipt hai, kalar. kyonke sel glori aap ko pasṭ mein chizen sikhata hai.</w:t>
      </w:r>
      <w:r>
        <w:br/>
      </w:r>
      <w:r>
        <w:rPr>
          <w:sz w:val="20"/>
        </w:rPr>
        <w:t>48:20  ye glori jo hai, vo to pasṭ ki hai. glor, jis jo muslimanon ne jis ko glori bana rakha hai, vo pasṭ hai.</w:t>
      </w:r>
      <w:r>
        <w:br/>
      </w:r>
      <w:r>
        <w:rPr>
          <w:sz w:val="20"/>
        </w:rPr>
        <w:t>48:29  yani utman aimpair ki glori, espin ki glori, abbas piriyad ki glori, ye to pasṭ ki baten hain.</w:t>
      </w:r>
      <w:r>
        <w:br/>
      </w:r>
      <w:r>
        <w:rPr>
          <w:sz w:val="20"/>
        </w:rPr>
        <w:t>48:40  to sel glori jo hai, apne aap mein ek kalar, kalar, kalar kansipt hai, kalar qatil. kyonke aap ko pasṭ mein jina sikhata hai.</w:t>
      </w:r>
      <w:r>
        <w:br/>
      </w:r>
      <w:r>
        <w:rPr>
          <w:sz w:val="20"/>
        </w:rPr>
        <w:t>48:51  sahi kansipt vo hai jo aap ko prezenṭ mein aur fiūchr mein jina sikhaye. pasṭ to khatm ho gaya, ab vo us ke us mein jine se fals,</w:t>
      </w:r>
      <w:r>
        <w:br/>
      </w:r>
      <w:r>
        <w:rPr>
          <w:sz w:val="20"/>
        </w:rPr>
        <w:t>49:05  yani ek fals praiḍ aega aur kuch nahin aega. to glori mein jina, fals praiḍ mein jina hai. sahi ye hai ke aap prezenṭ mein jiyen ya fiūchr mein jiyen,</w:t>
      </w:r>
      <w:r>
        <w:br/>
      </w:r>
      <w:r>
        <w:rPr>
          <w:sz w:val="20"/>
        </w:rPr>
        <w:t>49:20  tab aap ki taraqqi hogi.</w:t>
      </w:r>
    </w:p>
    <w:p>
      <w:pPr>
        <w:pStyle w:val="Heading2"/>
      </w:pPr>
      <w:r>
        <w:t>Should India prepare for war despite ceasefire?</w:t>
      </w:r>
    </w:p>
    <w:p>
      <w:r>
        <w:rPr>
          <w:color w:val="666666"/>
          <w:sz w:val="18"/>
        </w:rPr>
        <w:t>Society &amp; Dawah · The Expression of Faith (Izhar e Deen) September 1, 2013 · 1m 16s · at 1:07:12 · https://youtu.be/muBDJ8a_8-0?t=4032</w:t>
      </w:r>
    </w:p>
    <w:p>
      <w:r>
        <w:rPr>
          <w:i/>
        </w:rPr>
        <w:t>“Maulana, it is true that any creative work can happen in a peaceful environment, but my question is in the context of India: when Pakistan and China constantly infiltrate India's borders, even though India and Pakistan have a ceasefire agreement since 2003, in such a situation, should India not be prepared for any future war?”</w:t>
      </w:r>
    </w:p>
    <w:p>
      <w:r>
        <w:rPr>
          <w:sz w:val="20"/>
        </w:rPr>
        <w:t>1:07:12  maulana agla sawal mas radhiya ka hai, jamia millia se. unhon ne likha hai: "maulana sahib, yeh theek hai ke koi bhi takhleeqi kaam shanti mahol mein ho sakta hai, lekin mera sawal bharat ke paripeksh mein hai ke jab pakistan aur cheen aaye din bharat ki seema mein ghuspaith karte hain, jabki bharat aur pakistan ke beech varsh 2003 se sangharsh viram par sahamati hai,</w:t>
      </w:r>
      <w:r>
        <w:br/>
      </w:r>
      <w:r>
        <w:rPr>
          <w:sz w:val="20"/>
        </w:rPr>
        <w:t>1:07:42  aisi sthiti mein kya bharat ko kisi bhi aagami yuddh ke liye taiyar nahi rehna chahiye?" bhai, woh aap se kya talluq hai iska? iska talluq riyasat se hai, state se hai.</w:t>
      </w:r>
      <w:r>
        <w:br/>
      </w:r>
      <w:r>
        <w:rPr>
          <w:sz w:val="20"/>
        </w:rPr>
        <w:t>1:07:53  yeh aap ki zimmedari kya hai? aap to us ko aap se kaun poochta hai is mamle mein? kuch cheezein aisi hain jinka talluq state se hota hai.</w:t>
      </w:r>
      <w:r>
        <w:br/>
      </w:r>
      <w:r>
        <w:rPr>
          <w:sz w:val="20"/>
        </w:rPr>
        <w:t>1:08:02  woh state ko sochne dijiye, aap apna kaam kij</w:t>
      </w:r>
      <w:r>
        <w:br/>
      </w:r>
      <w:r>
        <w:rPr>
          <w:sz w:val="20"/>
        </w:rPr>
        <w:t>1:08:06  iye. main is ko bohat hi zyada absurd samajhta hoon ke jo kaam state ka hai, us ko hum le ke behas karein yahan par.</w:t>
      </w:r>
      <w:r>
        <w:br/>
      </w:r>
      <w:r>
        <w:rPr>
          <w:sz w:val="20"/>
        </w:rPr>
        <w:t>1:08:15  bilkul baseless baatein hain yeh. jo baat unhon ne farmai, woh state ka kaam hai. state ko sochne dijiye, aap apna kaam kijiye.</w:t>
      </w:r>
    </w:p>
    <w:p>
      <w:pPr>
        <w:pStyle w:val="Heading2"/>
      </w:pPr>
      <w:r>
        <w:t>Should Muslims do social and economic work</w:t>
      </w:r>
    </w:p>
    <w:p>
      <w:r>
        <w:rPr>
          <w:color w:val="666666"/>
          <w:sz w:val="18"/>
        </w:rPr>
        <w:t>Society &amp; Dawah · Purpose of Creation September 28, 2014 · 1m 45s · at 58:31 · https://youtu.be/7M-rzLZzCYw?t=3511</w:t>
      </w:r>
    </w:p>
    <w:p>
      <w:r>
        <w:rPr>
          <w:i/>
        </w:rPr>
        <w:t>“I agree that Muslims should shun terrorism, hatred, live as brothers, and do dawa work. Should Muslims also do social, educational, and economic work for others?”</w:t>
      </w:r>
    </w:p>
    <w:p>
      <w:r>
        <w:rPr>
          <w:sz w:val="20"/>
        </w:rPr>
        <w:t>58:31  toh aap is ko club bhi keh sakte hain lekin mera jo mere jo alfaaz hote hain woh yeh hote hain ke ke peace yeh islam mein peace for the sake of justice nahi hai hai balkeh peace for the sake of opportunity hai opportunity ko avail kar ke aap pake se hasil kar sakte hain molana agla sawal dilli se hai</w:t>
      </w:r>
      <w:r>
        <w:br/>
      </w:r>
      <w:r>
        <w:rPr>
          <w:sz w:val="20"/>
        </w:rPr>
        <w:t>58:56  shahab haider sahib ne kiya hai aur inhon ne likha hai ah yes molana i agree with you that the muslims should shun the path of terrorism hatred and live like brothers and not take them like enemies and that they should do dawa work</w:t>
      </w:r>
      <w:r>
        <w:br/>
      </w:r>
      <w:r>
        <w:rPr>
          <w:sz w:val="20"/>
        </w:rPr>
        <w:t>59:19  my question is should muslims do social educational and economic work for others please comment dekhiye woh ek alag cheez hai aap karna chahein toh kijiye dawah se koi taalluq nahi hai social work jo hai ek alag cheez hai kisi ko shauq hai toh kare woh lekin is se yeh samajhna hai ke is se dawah hogi yeh bohat galat hai</w:t>
      </w:r>
      <w:r>
        <w:br/>
      </w:r>
      <w:r>
        <w:rPr>
          <w:sz w:val="20"/>
        </w:rPr>
        <w:t>59:48  social work se dawah work ho jaye yeh mumkin nahi woh alag cheez hai woh alag cheez hai kisi ko shauq ho toh kar sakta hai lekin yeh umeed karna hai ke social work se dawah phailayegi yeh main is nazariye ko nahi manta kabhi tareekh mein aisi koi misaal nahi hai ke social work kiya aur dawah ka faida hasil ho gaya is se aisi koi misaal mujhe nahi maloom sa</w:t>
      </w:r>
    </w:p>
    <w:p>
      <w:pPr>
        <w:pStyle w:val="Heading2"/>
      </w:pPr>
      <w:r>
        <w:t>Should Muslims establish governments?</w:t>
      </w:r>
    </w:p>
    <w:p>
      <w:r>
        <w:rPr>
          <w:color w:val="666666"/>
          <w:sz w:val="18"/>
        </w:rPr>
        <w:t>Society &amp; Dawah · Problem of Dajjal 29 sept, 2019 - Maulana Wahiduddin Khan · 1m 21s · at 58:32 · https://youtu.be/PL-Kv-sE68w?t=3512</w:t>
      </w:r>
    </w:p>
    <w:p>
      <w:r>
        <w:rPr>
          <w:i/>
        </w:rPr>
        <w:t>“What was wrong with the Islamic governments that existed? Should Muslims not establish governments? Does Islam not permit establishing governments? Please clarify this.”</w:t>
      </w:r>
    </w:p>
    <w:p>
      <w:r>
        <w:rPr>
          <w:sz w:val="20"/>
        </w:rPr>
        <w:t>58:32  ah abdulrehman sahib ne dilli se bheja hai ah sawal. unhon ne likha hai: "jo islami hukoomatein huin toh kya ghalat thi?</w:t>
      </w:r>
      <w:r>
        <w:br/>
      </w:r>
      <w:r>
        <w:rPr>
          <w:sz w:val="20"/>
        </w:rPr>
        <w:t>58:43  kya musalmanon ko hukoomatein qaim nahi karna chahiye tha? kya islam hukoomatein qaim karne ki ijazat nahi deta?</w:t>
      </w:r>
      <w:r>
        <w:br/>
      </w:r>
      <w:r>
        <w:rPr>
          <w:sz w:val="20"/>
        </w:rPr>
        <w:t>58:51  is ko wazeh karein." arey bhai, yeh toh aap apne mind se bol rahe hain. apne mind se bol rahe hain. mein toh yeh keh raha hoon ke jab aap quran o hadees ke hawale se bolte hain toh aap ko quran o hadees ka reference pesh karna padega.</w:t>
      </w:r>
      <w:r>
        <w:br/>
      </w:r>
      <w:r>
        <w:rPr>
          <w:sz w:val="20"/>
        </w:rPr>
        <w:t>59:05  yaani aisi ayat jis mein likha ho ke "nafs shariatul islam, hukum daulatul islam" yeh kahan aaye? ji, aap agar namaz ki baat karein tab bhi aap ko reference dena padega.</w:t>
      </w:r>
      <w:r>
        <w:br/>
      </w:r>
      <w:r>
        <w:rPr>
          <w:sz w:val="20"/>
        </w:rPr>
        <w:t>59:20  hukoomat ki baat karein tab bhi reference dena padega, warna yeh tafseer bilray hai. mein toh seedhi seedhi baat karta hoon ke aap sirf quran o hadees ka reference dijiye, kahan likha hua hai yeh hukoomat qaim karo, mukammal islam naafiz karo, kahan hai?</w:t>
      </w:r>
      <w:r>
        <w:br/>
      </w:r>
      <w:r>
        <w:rPr>
          <w:sz w:val="20"/>
        </w:rPr>
        <w:t>59:38  kis ayat mein, kis hadees mein? aap apne apne apne apne mind se nahi bolte hain aur mein quran ke hawale mangta hoon aap se.</w:t>
      </w:r>
    </w:p>
    <w:p>
      <w:pPr>
        <w:pStyle w:val="Heading2"/>
      </w:pPr>
      <w:r>
        <w:t>Should Religion Be Kept Out of Politics</w:t>
      </w:r>
    </w:p>
    <w:p>
      <w:r>
        <w:rPr>
          <w:color w:val="666666"/>
          <w:sz w:val="18"/>
        </w:rPr>
        <w:t>Society &amp; Dawah · Living in a New Age | March 26, 2017 · 54s · at 58:07 · https://youtu.be/iST0AxQscKo?t=3487</w:t>
      </w:r>
    </w:p>
    <w:p>
      <w:r>
        <w:rPr>
          <w:i/>
        </w:rPr>
        <w:t>“Do you think religion should be kept out of politics? What is your advice on this?”</w:t>
      </w:r>
    </w:p>
    <w:p>
      <w:r>
        <w:rPr>
          <w:sz w:val="20"/>
        </w:rPr>
        <w:t>58:07  maulana agla sawal dilli se bheja hai muhammad behzad fatmi sahib ne۔</w:t>
      </w:r>
      <w:r>
        <w:br/>
      </w:r>
      <w:r>
        <w:rPr>
          <w:sz w:val="20"/>
        </w:rPr>
        <w:t>58:13  unhon ne likha hai do you think religion should be kept out of politics? What is your</w:t>
      </w:r>
      <w:r>
        <w:br/>
      </w:r>
      <w:r>
        <w:rPr>
          <w:sz w:val="20"/>
        </w:rPr>
        <w:t>58:19  advice on this? bas sahi hai۔</w:t>
      </w:r>
      <w:r>
        <w:br/>
      </w:r>
      <w:r>
        <w:rPr>
          <w:sz w:val="20"/>
        </w:rPr>
        <w:t>58:25  Kept kiya zaroorat hai? Religion ke mutalliq politics hai hi nahin۔</w:t>
      </w:r>
      <w:r>
        <w:br/>
      </w:r>
      <w:r>
        <w:rPr>
          <w:sz w:val="20"/>
        </w:rPr>
        <w:t>58:30  Spiritual subject hai religion۔</w:t>
      </w:r>
      <w:r>
        <w:br/>
      </w:r>
      <w:r>
        <w:rPr>
          <w:sz w:val="20"/>
        </w:rPr>
        <w:t>58:35  saare quran mein ab dekhiye aap kahan hai yeh baat۔</w:t>
      </w:r>
      <w:r>
        <w:br/>
      </w:r>
      <w:r>
        <w:rPr>
          <w:sz w:val="20"/>
        </w:rPr>
        <w:t>58:40  Political baat jo aaj kal jo jamaatein hain jamaat islami hai woh ahle khwab musalman hain jo baatein</w:t>
      </w:r>
      <w:r>
        <w:br/>
      </w:r>
      <w:r>
        <w:rPr>
          <w:sz w:val="20"/>
        </w:rPr>
        <w:t>58:45  kehte hain woh unki apni dawah ki baatein hoti hain quran hadith to hai nahin woh</w:t>
      </w:r>
      <w:r>
        <w:br/>
      </w:r>
      <w:r>
        <w:rPr>
          <w:sz w:val="20"/>
        </w:rPr>
        <w:t>58:50  ۔</w:t>
      </w:r>
      <w:r>
        <w:br/>
      </w:r>
      <w:r>
        <w:rPr>
          <w:sz w:val="20"/>
        </w:rPr>
        <w:t>58:56  Religion to aik yani spiritual science ka naam hai. Spiritual science.</w:t>
      </w:r>
    </w:p>
    <w:p>
      <w:pPr>
        <w:pStyle w:val="Heading2"/>
      </w:pPr>
      <w:r>
        <w:t>Should Religion Be More Liberal?</w:t>
      </w:r>
    </w:p>
    <w:p>
      <w:r>
        <w:rPr>
          <w:color w:val="666666"/>
          <w:sz w:val="18"/>
        </w:rPr>
        <w:t>Society &amp; Dawah · Quran for All Mankind June 3, 2012 · 1m 25s · at 1:09:09 · https://youtu.be/Gp-53Zjugcg?t=4149</w:t>
      </w:r>
    </w:p>
    <w:p>
      <w:r>
        <w:rPr>
          <w:i/>
        </w:rPr>
        <w:t>“Should religion limit itself to traditional style and become more liberal? What is your comment on this?”</w:t>
      </w:r>
    </w:p>
    <w:p>
      <w:r>
        <w:rPr>
          <w:sz w:val="20"/>
        </w:rPr>
        <w:t>1:09:09  maulana, agla sawal mister zafar sahib ka hai, mumbai se. unhon ne aap se poocha hai ke "should religion limit itself to traditional style or become more liberal?" what is your comment on this?</w:t>
      </w:r>
      <w:r>
        <w:br/>
      </w:r>
      <w:r>
        <w:rPr>
          <w:sz w:val="20"/>
        </w:rPr>
        <w:t>1:09:25  kya kya? "</w:t>
      </w:r>
      <w:r>
        <w:br/>
      </w:r>
      <w:r>
        <w:rPr>
          <w:sz w:val="20"/>
        </w:rPr>
        <w:t>1:09:26  should religion limit itself to traditional style or become more liberal?" na liberal, na dono lafz galat hain.</w:t>
      </w:r>
      <w:r>
        <w:br/>
      </w:r>
      <w:r>
        <w:rPr>
          <w:sz w:val="20"/>
        </w:rPr>
        <w:t>1:09:38  traditional wala bhi ek be matlab lafz hai, woh liberal bhi abhi bhi be matlab hai. pehli baat yeh hai ke aap daryaft karen ke mazhab kya hai.</w:t>
      </w:r>
      <w:r>
        <w:br/>
      </w:r>
      <w:r>
        <w:rPr>
          <w:sz w:val="20"/>
        </w:rPr>
        <w:t>1:09:52  meri daryaft yeh hai ke mazhab ka authentic jo book hai, woh quran hai. yeh meri daryaft hai. to agar aap yahan tak pohnche to aap quran mein kya likha hai, is ko dekhiye.</w:t>
      </w:r>
      <w:r>
        <w:br/>
      </w:r>
      <w:r>
        <w:rPr>
          <w:sz w:val="20"/>
        </w:rPr>
        <w:t>1:10:02  inhain liberal ko dekhna hai, na traditional ko dekhna hai. Quran mein kya likha hai, is ko janna hai. meri jo daryaft hai, kyunke maine bohat si kitabein parhin, aakhir mein yahan tak pohncha ke Quran hi wahid kitab hai jo ath</w:t>
      </w:r>
      <w:r>
        <w:br/>
      </w:r>
      <w:r>
        <w:rPr>
          <w:sz w:val="20"/>
        </w:rPr>
        <w:t>1:10:16  entic hai. jo authentic hai, to isi par bharosa kar sakte hain. to is mein kya likha hai, is ko janne ki koshish kijiye. yeh sab to a a a relative baatein hain ke liberal ho ke kya kya hai, woh ji is ka koi, is se to koi talluq nahin.</w:t>
      </w:r>
    </w:p>
    <w:p>
      <w:pPr>
        <w:pStyle w:val="Heading2"/>
      </w:pPr>
      <w:r>
        <w:t>Should a da'ee remove or modernise his beard?</w:t>
      </w:r>
    </w:p>
    <w:p>
      <w:r>
        <w:rPr>
          <w:color w:val="666666"/>
          <w:sz w:val="18"/>
        </w:rPr>
        <w:t>Society &amp; Dawah · Islam &amp; Prophet of Islam 21 Oct, 2012 - Maulana Wahiduddin Khan · 1m 45s · at 1:07:26 · https://youtu.be/2hwtfOyNeS0?t=4046</w:t>
      </w:r>
    </w:p>
    <w:p>
      <w:r>
        <w:rPr>
          <w:i/>
        </w:rPr>
        <w:t>“In today's era, the beard has become a symbol of extremism. So should a da'ee remove his beard or make it a modern beard? Please explain.”</w:t>
      </w:r>
    </w:p>
    <w:p>
      <w:r>
        <w:rPr>
          <w:sz w:val="20"/>
        </w:rPr>
        <w:t>1:07:26  maulana, agla sawal karachi pakistan se aya hai ms abdul latif ka. unhon ne likha hai: "aaj ke daur mein darhi katar pan ki ek alamat ban chuki hai.</w:t>
      </w:r>
      <w:r>
        <w:br/>
      </w:r>
      <w:r>
        <w:rPr>
          <w:sz w:val="20"/>
        </w:rPr>
        <w:t>1:07:38  to kya ek daai apni darhi khatm kar de ya use modern darhi bana de? is ke bare mein aap bataein." mein darhi rakhta hoon, dekhiye, mein kabhi kaat'ta hi nahin.</w:t>
      </w:r>
      <w:r>
        <w:br/>
      </w:r>
      <w:r>
        <w:rPr>
          <w:sz w:val="20"/>
        </w:rPr>
        <w:t>1:07:51  yani pachas baras ho gaye honge be darhi, kachi nahin lagai maine. to mujhe to koi katar nahin sochta. katar pan aap ka rawaiyya, aap ke apne rawaiyye se katar pan bante hain.</w:t>
      </w:r>
      <w:r>
        <w:br/>
      </w:r>
      <w:r>
        <w:rPr>
          <w:sz w:val="20"/>
        </w:rPr>
        <w:t>1:08:03  aap ki boli se katar pan bante hain. darhi se nahin. yeh galat khayal hai ke darhi hai to katar pan ho gaya. yeh jo log hain jo katar pan ki boli bolte hain, matlab nafrat ki boli, we and they ka concept le kar chalte hain ke doosre log ghair hain, hum aur yeh hamare apne hain.</w:t>
      </w:r>
      <w:r>
        <w:br/>
      </w:r>
      <w:r>
        <w:rPr>
          <w:sz w:val="20"/>
        </w:rPr>
        <w:t>1:08:22  to yeh sab cheezein jo log chalte hain, is se katar pan aata hai. is se hate paida hoti hai. darhi se nahin. mein isi darhi ke sath dunya bhar mein jata hoon aur mujhe koi katar nahin sochta.</w:t>
      </w:r>
      <w:r>
        <w:br/>
      </w:r>
      <w:r>
        <w:rPr>
          <w:sz w:val="20"/>
        </w:rPr>
        <w:t>1:08:35  kyunki boli boli jo hai, us mein mohabbat hoti hai, khair khwahi hoti hai. asal cheez hai aap ke dil mein, aap insanon ke liye wishful thinking, sari insanon ke liye khair khwah baniye.</w:t>
      </w:r>
      <w:r>
        <w:br/>
      </w:r>
      <w:r>
        <w:rPr>
          <w:sz w:val="20"/>
        </w:rPr>
        <w:t>1:08:50  sari dunya ke liye, yani aap ke dil mein pyar ho. to phir aap ki boli mein pyar hoga. aap ke har cheez mein pyar ka andaaz jhalake ga.</w:t>
      </w:r>
      <w:r>
        <w:br/>
      </w:r>
      <w:r>
        <w:rPr>
          <w:sz w:val="20"/>
        </w:rPr>
        <w:t>1:09:01  to koi katar nahin samjhe ga aap ko. chahe darhi ho ya darhi na ho. yeh bilkul ek galat tasawwur hai.</w:t>
      </w:r>
    </w:p>
    <w:p>
      <w:pPr>
        <w:pStyle w:val="Heading2"/>
      </w:pPr>
      <w:r>
        <w:t>Should a da'ee remove or modernize his beard?</w:t>
      </w:r>
    </w:p>
    <w:p>
      <w:r>
        <w:rPr>
          <w:color w:val="666666"/>
          <w:sz w:val="18"/>
        </w:rPr>
        <w:t>Society &amp; Dawah · Islam and Prophet of Islam 21st October 2012 · 1m 58s · at 1:10:09 · https://youtu.be/pg1Malshh6Y?t=4209</w:t>
      </w:r>
    </w:p>
    <w:p>
      <w:r>
        <w:rPr>
          <w:i/>
        </w:rPr>
        <w:t>“In today's era, the beard has become a symbol of extremism. So should a da'ee (caller to Islam) remove his beard or make it a modern beard?”</w:t>
      </w:r>
    </w:p>
    <w:p>
      <w:r>
        <w:rPr>
          <w:sz w:val="20"/>
        </w:rPr>
        <w:t>1:10:09  maulana, agla sawal karachi pakistan se aya hai miss abdul lateef ka.</w:t>
      </w:r>
      <w:r>
        <w:br/>
      </w:r>
      <w:r>
        <w:rPr>
          <w:sz w:val="20"/>
        </w:rPr>
        <w:t>1:10:14  unhon ne likha hai: "aaj ke daur mein darhi cutter pan ki aik alamat ban chuki hai.</w:t>
      </w:r>
      <w:r>
        <w:br/>
      </w:r>
      <w:r>
        <w:rPr>
          <w:sz w:val="20"/>
        </w:rPr>
        <w:t>1:10:21  to kya aik daai apni darhi khatam kar de ya usay modern darhi bana de?" is ke bare</w:t>
      </w:r>
      <w:r>
        <w:br/>
      </w:r>
      <w:r>
        <w:rPr>
          <w:sz w:val="20"/>
        </w:rPr>
        <w:t>1:10:29  mein aap batayen.</w:t>
      </w:r>
      <w:r>
        <w:br/>
      </w:r>
      <w:r>
        <w:rPr>
          <w:sz w:val="20"/>
        </w:rPr>
        <w:t>1:10:30  mein darhi rakhta hoon, dekhiye, mein kabhi kaat ta hi nahin.</w:t>
      </w:r>
      <w:r>
        <w:br/>
      </w:r>
      <w:r>
        <w:rPr>
          <w:sz w:val="20"/>
        </w:rPr>
        <w:t>1:10:34  yani pachas baras ho gaye hon ge be darhi, kachi nahin lagaya maine.</w:t>
      </w:r>
      <w:r>
        <w:br/>
      </w:r>
      <w:r>
        <w:rPr>
          <w:sz w:val="20"/>
        </w:rPr>
        <w:t>1:10:40  to mujhe to koi cutter nahin sochta.</w:t>
      </w:r>
      <w:r>
        <w:br/>
      </w:r>
      <w:r>
        <w:rPr>
          <w:sz w:val="20"/>
        </w:rPr>
        <w:t>1:10:43  cutter pan aap ke rawaiye, aap ke apne rawaiye se cutter pan bante hain, aap ki boli se</w:t>
      </w:r>
      <w:r>
        <w:br/>
      </w:r>
      <w:r>
        <w:rPr>
          <w:sz w:val="20"/>
        </w:rPr>
        <w:t>1:10:51  cutter pan bante hain, darhi se nahin.</w:t>
      </w:r>
      <w:r>
        <w:br/>
      </w:r>
      <w:r>
        <w:rPr>
          <w:sz w:val="20"/>
        </w:rPr>
        <w:t>1:10:54  yeh galat khayal hai ke darhi hai to cutter pan ho gaya.</w:t>
      </w:r>
      <w:r>
        <w:br/>
      </w:r>
      <w:r>
        <w:rPr>
          <w:sz w:val="20"/>
        </w:rPr>
        <w:t>1:10:59  yeh jo log hain jo cutter pan ki boli bolte hain, matlab nafrat ki boli, we and they</w:t>
      </w:r>
      <w:r>
        <w:br/>
      </w:r>
      <w:r>
        <w:rPr>
          <w:sz w:val="20"/>
        </w:rPr>
        <w:t>1:11:07  ka concept le ke chalte hain ke doosre log ghair hain, hum aur yeh hamare apne hain.</w:t>
      </w:r>
      <w:r>
        <w:br/>
      </w:r>
      <w:r>
        <w:rPr>
          <w:sz w:val="20"/>
        </w:rPr>
        <w:t>1:11:14  to yeh sab cheezen jo log chalte hain, is se cutter pan aata hai, is se hate paida</w:t>
      </w:r>
      <w:r>
        <w:br/>
      </w:r>
      <w:r>
        <w:rPr>
          <w:sz w:val="20"/>
        </w:rPr>
        <w:t>1:11:22  hoti hai.</w:t>
      </w:r>
      <w:r>
        <w:br/>
      </w:r>
      <w:r>
        <w:rPr>
          <w:sz w:val="20"/>
        </w:rPr>
        <w:t>1:11:24  darhi se nahin.</w:t>
      </w:r>
      <w:r>
        <w:br/>
      </w:r>
      <w:r>
        <w:rPr>
          <w:sz w:val="20"/>
        </w:rPr>
        <w:t>1:11:25  mein isi darhi ke sath dunya bhar mein jata hoon aur mujhe koi cutter nahin sochta kyunke wohi</w:t>
      </w:r>
      <w:r>
        <w:br/>
      </w:r>
      <w:r>
        <w:rPr>
          <w:sz w:val="20"/>
        </w:rPr>
        <w:t>1:11:33  boli jo hai, us mein mohabbat hoti hai, khair khwahi hoti hai.</w:t>
      </w:r>
      <w:r>
        <w:br/>
      </w:r>
      <w:r>
        <w:rPr>
          <w:sz w:val="20"/>
        </w:rPr>
        <w:t>1:11:38  asal cheez aap ke dil mein, aap insanon ke liye wishful thinking, shayad insanon ke liye khair</w:t>
      </w:r>
      <w:r>
        <w:br/>
      </w:r>
      <w:r>
        <w:rPr>
          <w:sz w:val="20"/>
        </w:rPr>
        <w:t>1:11:46  khwah baniye, shayad dunya ke liye, yani aap ke dil mein pyar ho to phir aap ki boli</w:t>
      </w:r>
      <w:r>
        <w:br/>
      </w:r>
      <w:r>
        <w:rPr>
          <w:sz w:val="20"/>
        </w:rPr>
        <w:t>1:11:53  mein pyar hoga, aap ke har cheez mein pyar ka andaz jhal ke ga.</w:t>
      </w:r>
      <w:r>
        <w:br/>
      </w:r>
      <w:r>
        <w:rPr>
          <w:sz w:val="20"/>
        </w:rPr>
        <w:t>1:11:59  to koi cutter nahin samjhe ga aap ko, chahe darhi ho ya darhi na ho.</w:t>
      </w:r>
      <w:r>
        <w:br/>
      </w:r>
      <w:r>
        <w:rPr>
          <w:sz w:val="20"/>
        </w:rPr>
        <w:t>1:12:05  yeh bilkul aik galat tasawwur hai.</w:t>
      </w:r>
    </w:p>
    <w:p>
      <w:pPr>
        <w:pStyle w:val="Heading2"/>
      </w:pPr>
      <w:r>
        <w:t>Should we join Tablighi Jamaat?</w:t>
      </w:r>
    </w:p>
    <w:p>
      <w:r>
        <w:rPr>
          <w:color w:val="666666"/>
          <w:sz w:val="18"/>
        </w:rPr>
        <w:t>Society &amp; Dawah · Collective Repentance I Feb 24, 2013 Maulana Wahiduddin Khan · 42s · at 1:05:19 · https://youtu.be/lkkolxAL38c?t=3919</w:t>
      </w:r>
    </w:p>
    <w:p>
      <w:r>
        <w:rPr>
          <w:i/>
        </w:rPr>
        <w:t>“Scholars of the Tablighi movement take people to the congregation, should we go?”</w:t>
      </w:r>
    </w:p>
    <w:p>
      <w:r>
        <w:rPr>
          <w:sz w:val="20"/>
        </w:rPr>
        <w:t>1:05:19  maulana, agla sawal aya hai zabeer qureshi sahib ka. unhon ne likha hai: "maulana, tablighi tehreek ke ulama jamaat mein le jate hain, kya hamein jana chahiye?" dekhen, aisa sawal hi is tarah nahi kiya jata.</w:t>
      </w:r>
      <w:r>
        <w:br/>
      </w:r>
      <w:r>
        <w:rPr>
          <w:sz w:val="20"/>
        </w:rPr>
        <w:t>1:05:34  aap kehte hain seerat se to mere kamre mein aaiye, main office mein hoon, main bataunga aap ko.</w:t>
      </w:r>
      <w:r>
        <w:br/>
      </w:r>
      <w:r>
        <w:rPr>
          <w:sz w:val="20"/>
        </w:rPr>
        <w:t>1:05:40  yeh sawal aap sanjeeda nahi hain, yeh sawal karne hain. agar sanjeeda hote to aap mujh se telephone karte ya mere paas aate milne ke liye.</w:t>
      </w:r>
      <w:r>
        <w:br/>
      </w:r>
      <w:r>
        <w:rPr>
          <w:sz w:val="20"/>
        </w:rPr>
        <w:t>1:05:51  main is sawal ka jawab yahan nahi de sakta. aap ko agar dilchaspi hai to mere kamre wali mere office wali.</w:t>
      </w:r>
    </w:p>
    <w:p>
      <w:pPr>
        <w:pStyle w:val="Heading2"/>
      </w:pPr>
      <w:r>
        <w:t>Spreading confidence to minorities through new mindset</w:t>
      </w:r>
    </w:p>
    <w:p>
      <w:r>
        <w:rPr>
          <w:color w:val="666666"/>
          <w:sz w:val="18"/>
        </w:rPr>
        <w:t>Society &amp; Dawah · Revival and Revivalist June 7, 2015 · 44s · at 1:00:02 · https://youtu.be/MCY8AJ87BXc?t=3602</w:t>
      </w:r>
    </w:p>
    <w:p>
      <w:r>
        <w:rPr>
          <w:i/>
        </w:rPr>
        <w:t>“Your talk today has given a different angle of thinking and mindset, which would give confidence to minorities instead of low self-esteem. I am thinking to propagate this message to the women groups and educational institutions where I go. What is your opinion?”</w:t>
      </w:r>
    </w:p>
    <w:p>
      <w:r>
        <w:rPr>
          <w:sz w:val="20"/>
        </w:rPr>
        <w:t>1:00:02  Maulana, yeh agla sawal kiya hai doctor Najma Siddiqui ne Delhi se. Maulana, your talk today has given a different angle of thinking and mindset, which would give confidence to minorities instead of low self-esteem.</w:t>
      </w:r>
      <w:r>
        <w:br/>
      </w:r>
      <w:r>
        <w:rPr>
          <w:sz w:val="20"/>
        </w:rPr>
        <w:t>1:00:19  I am thinking to propagate this message to the women groups and educational institutions where I go. What is your opinion?</w:t>
      </w:r>
      <w:r>
        <w:br/>
      </w:r>
      <w:r>
        <w:rPr>
          <w:sz w:val="20"/>
        </w:rPr>
        <w:t>1:00:29  To bohat achi baat hai, aap ne sahi pakra baat ko. Aur yeh is nahj par aap already kaam kar rahe hain, mere khayal se.</w:t>
      </w:r>
      <w:r>
        <w:br/>
      </w:r>
      <w:r>
        <w:rPr>
          <w:sz w:val="20"/>
        </w:rPr>
        <w:t>1:00:40  Ab is ko aur barhaiye. Allah taala aap ki madad farmaye.</w:t>
      </w:r>
    </w:p>
    <w:p>
      <w:pPr>
        <w:pStyle w:val="Heading2"/>
      </w:pPr>
      <w:r>
        <w:t>Starting point for Ummah's reform</w:t>
      </w:r>
    </w:p>
    <w:p>
      <w:r>
        <w:rPr>
          <w:color w:val="666666"/>
          <w:sz w:val="18"/>
        </w:rPr>
        <w:t>Society &amp; Dawah · The Problem of Intellectual Stagnation May 13, 2012 · 1m 55s · at 1:02:02 · https://youtu.be/Qi5BZlv-Vog?t=3722</w:t>
      </w:r>
    </w:p>
    <w:p>
      <w:r>
        <w:rPr>
          <w:i/>
        </w:rPr>
        <w:t>“In the era of decline, what is the starting point for the reform of the Ummah? Madrasa, school, educational institution and mosque-based movement, or preparing people intellectually and mentally, awakening their consciousness, creating spirit within them, meeting people through literature and weekly meetings, etc.”</w:t>
      </w:r>
    </w:p>
    <w:p>
      <w:r>
        <w:rPr>
          <w:sz w:val="20"/>
        </w:rPr>
        <w:t>1:02:02  Maulana, agla sawal Karachi Pakistan se hai Miss Saira Latif ka. unhon ne likha hai: "Daur-e-zawaal mein ummat ki islaah ka nuqta-e-aaghaz kya hai?</w:t>
      </w:r>
      <w:r>
        <w:br/>
      </w:r>
      <w:r>
        <w:rPr>
          <w:sz w:val="20"/>
        </w:rPr>
        <w:t>1:02:13  madrasa, school, taleemi idara aur masjid war tehreek ya fikri aur zehni lehaaz se logon ko tayyar karna, un ke shaoor ko jagana, un ke andar spirit paida karna, literature aur haftawar meeting ke zariye logon se mulaqat karna waghera." is ke baray mein bataein.</w:t>
      </w:r>
      <w:r>
        <w:br/>
      </w:r>
      <w:r>
        <w:rPr>
          <w:sz w:val="20"/>
        </w:rPr>
        <w:t>1:02:35  yeh to aap ne khud hi jawab de diya hai aur wahi main manta hoon is ko ke masjid o madaris yeh to dhanchay hain.</w:t>
      </w:r>
      <w:r>
        <w:br/>
      </w:r>
      <w:r>
        <w:rPr>
          <w:sz w:val="20"/>
        </w:rPr>
        <w:t>1:02:45  dhanchay se aaghaz nahi hua karta, aaghaz hota hai spirit se. dhanchay zaroori hain apni jagah par, lekin jab zawaal aa jaye to aaghaz dhanchay se nahi hoga, spirit se hoga.</w:t>
      </w:r>
      <w:r>
        <w:br/>
      </w:r>
      <w:r>
        <w:rPr>
          <w:sz w:val="20"/>
        </w:rPr>
        <w:t>1:02:59  wahi yaani intellectual devolution lana hoga, logon ke zehn ko phir se reactivate karna hoga, mind ki re-engineering karni hogi.</w:t>
      </w:r>
      <w:r>
        <w:br/>
      </w:r>
      <w:r>
        <w:rPr>
          <w:sz w:val="20"/>
        </w:rPr>
        <w:t>1:03:10  yahi hai nuqta e aaghaz.</w:t>
      </w:r>
      <w:r>
        <w:br/>
      </w:r>
      <w:r>
        <w:rPr>
          <w:sz w:val="20"/>
        </w:rPr>
        <w:t>1:03:14  dhanchay se aaghaz nahi ho sakta. dhancha to be rooh ho chuka hai. jab be rooh ho chuka to usi se aaghaz kaise karenge aap? dhancha kyun be rooh hua, is ko janna parhe ga.</w:t>
      </w:r>
      <w:r>
        <w:br/>
      </w:r>
      <w:r>
        <w:rPr>
          <w:sz w:val="20"/>
        </w:rPr>
        <w:t>1:03:28  dhancha to bohat maujood hai, beshumar masjidain hain, beshumar madaris, beshumar idaray jo kabhi tareekh mein nahi thay, phir bhi ummat par zawaal hai.</w:t>
      </w:r>
      <w:r>
        <w:br/>
      </w:r>
      <w:r>
        <w:rPr>
          <w:sz w:val="20"/>
        </w:rPr>
        <w:t>1:03:38  to kyunke to dhanchay ke peechay jo cheez yaani leak kar rahi hai, jo maqbool ho rahi hai, us ko pata kijiye, woh hai spirit.</w:t>
      </w:r>
      <w:r>
        <w:br/>
      </w:r>
      <w:r>
        <w:rPr>
          <w:sz w:val="20"/>
        </w:rPr>
        <w:t>1:03:49  to spirit se aaghaz hoga, na ke dhanchay se.</w:t>
      </w:r>
      <w:r>
        <w:br/>
      </w:r>
      <w:r>
        <w:rPr>
          <w:sz w:val="20"/>
        </w:rPr>
        <w:t>1:03:57  Maulana, agla sawal hai Maulana Iqbal Umri Sahab ka Tamil Nadu se. unhon ne poocha hai ke logon ka aksar yeh sawal rehta hai ke burai zyada ho chuki hai, hamari aanay wali nasal ka kya hoga?</w:t>
      </w:r>
    </w:p>
    <w:p>
      <w:pPr>
        <w:pStyle w:val="Heading2"/>
      </w:pPr>
      <w:r>
        <w:t>Starting point in civilization wars</w:t>
      </w:r>
    </w:p>
    <w:p>
      <w:r>
        <w:rPr>
          <w:color w:val="666666"/>
          <w:sz w:val="18"/>
        </w:rPr>
        <w:t>Society &amp; Dawah · Example of the Prophet March 20, 2016 · 1m 17s · at 1:35:35 · https://youtu.be/79HmhzXU41w?t=5735</w:t>
      </w:r>
    </w:p>
    <w:p>
      <w:r>
        <w:rPr>
          <w:i/>
        </w:rPr>
        <w:t>“Civilization wars are ongoing. Where should Muslims start their work? The title of this book itself is wrong.”</w:t>
      </w:r>
    </w:p>
    <w:p>
      <w:r>
        <w:rPr>
          <w:sz w:val="20"/>
        </w:rPr>
        <w:t>1:35:35  maulana, agla sawal lahore se abdul hakim khan sahab ne kiya hai, aur unhon ne poocha hai aap se</w:t>
      </w:r>
      <w:r>
        <w:br/>
      </w:r>
      <w:r>
        <w:rPr>
          <w:sz w:val="20"/>
        </w:rPr>
        <w:t>1:35:41  ke tehzeeb ki jangain jari hain, musalman kaam ka aaghaz kahan se kari</w:t>
      </w:r>
      <w:r>
        <w:br/>
      </w:r>
      <w:r>
        <w:rPr>
          <w:sz w:val="20"/>
        </w:rPr>
        <w:t>1:35:48  n? is kitab ka title hi galat hai,</w:t>
      </w:r>
      <w:r>
        <w:br/>
      </w:r>
      <w:r>
        <w:rPr>
          <w:sz w:val="20"/>
        </w:rPr>
        <w:t>1:35:52  seerat ka koi clash nahi, interest clash hai, clash of interest hai.</w:t>
      </w:r>
      <w:r>
        <w:br/>
      </w:r>
      <w:r>
        <w:rPr>
          <w:sz w:val="20"/>
        </w:rPr>
        <w:t>1:35:59  yeh is musannif ne is ko secularize karne ke liye keh diya, clash of seerat.</w:t>
      </w:r>
      <w:r>
        <w:br/>
      </w:r>
      <w:r>
        <w:rPr>
          <w:sz w:val="20"/>
        </w:rPr>
        <w:t>1:36:07  mein is kitab ke bare mein yahi be lagaya ke woh naam is ka hai clash of seerat,</w:t>
      </w:r>
      <w:r>
        <w:br/>
      </w:r>
      <w:r>
        <w:rPr>
          <w:sz w:val="20"/>
        </w:rPr>
        <w:t>1:36:15  haqeeqat mein woh hai clash of interest.</w:t>
      </w:r>
      <w:r>
        <w:br/>
      </w:r>
      <w:r>
        <w:rPr>
          <w:sz w:val="20"/>
        </w:rPr>
        <w:t>1:36:20  seerat clash hoti hai to bari achi baat hai,</w:t>
      </w:r>
      <w:r>
        <w:br/>
      </w:r>
      <w:r>
        <w:rPr>
          <w:sz w:val="20"/>
        </w:rPr>
        <w:t>1:36:23  woh to hum ko moqa deta hai ke hum apne point of view ko logon ke samne pesh</w:t>
      </w:r>
      <w:r>
        <w:br/>
      </w:r>
      <w:r>
        <w:rPr>
          <w:sz w:val="20"/>
        </w:rPr>
        <w:t>1:36:27  karen, woh to bari achi baat hai.</w:t>
      </w:r>
      <w:r>
        <w:br/>
      </w:r>
      <w:r>
        <w:rPr>
          <w:sz w:val="20"/>
        </w:rPr>
        <w:t>1:36:32  tehzeeb ki jang kabhi bhi violent jang nahi hogi,</w:t>
      </w:r>
      <w:r>
        <w:br/>
      </w:r>
      <w:r>
        <w:rPr>
          <w:sz w:val="20"/>
        </w:rPr>
        <w:t>1:36:38  kabhi bhi violent jang agar hai to woh interest ki jang hai,</w:t>
      </w:r>
      <w:r>
        <w:br/>
      </w:r>
      <w:r>
        <w:rPr>
          <w:sz w:val="20"/>
        </w:rPr>
        <w:t>1:36:43  violent jang agar hai to woh interest ki jang hai.</w:t>
      </w:r>
      <w:r>
        <w:br/>
      </w:r>
      <w:r>
        <w:rPr>
          <w:sz w:val="20"/>
        </w:rPr>
        <w:t>1:36:47  tehzeeb, tehzeeb ke naam par ho to is se koi farq nahi parta.</w:t>
      </w:r>
    </w:p>
    <w:p>
      <w:pPr>
        <w:pStyle w:val="Heading2"/>
      </w:pPr>
      <w:r>
        <w:t>Starting point to change Muslim youth mindset</w:t>
      </w:r>
    </w:p>
    <w:p>
      <w:r>
        <w:rPr>
          <w:color w:val="666666"/>
          <w:sz w:val="18"/>
        </w:rPr>
        <w:t>Society &amp; Dawah · Why Violence 17 Nov 2019 - Maulana Wahiduddin Khan · 1m 06s · at 36:49 · https://youtu.be/W8ybr-qO96c?t=2209</w:t>
      </w:r>
    </w:p>
    <w:p>
      <w:r>
        <w:rPr>
          <w:i/>
        </w:rPr>
        <w:t>“According to you, what should be the starting point to change the mindset of today's Muslim youth, so they don't become victims of negative psychology?”</w:t>
      </w:r>
    </w:p>
    <w:p>
      <w:r>
        <w:rPr>
          <w:sz w:val="20"/>
        </w:rPr>
        <w:t>36:49  Maulana agla sawal lena chahenge ah yeh sawal bheja hai Muhammad Naseem sahab ne Lucknow se</w:t>
      </w:r>
      <w:r>
        <w:br/>
      </w:r>
      <w:r>
        <w:rPr>
          <w:sz w:val="20"/>
        </w:rPr>
        <w:t>36:58  unhone likha hai Maulana according to you what should be the starting point to change the mindset of today Muslim youth so they don't become victims of negative psychology</w:t>
      </w:r>
      <w:r>
        <w:br/>
      </w:r>
      <w:r>
        <w:rPr>
          <w:sz w:val="20"/>
        </w:rPr>
        <w:t>37:16  wahi kijiye jo hamari team kar rahi hai</w:t>
      </w:r>
      <w:r>
        <w:br/>
      </w:r>
      <w:r>
        <w:rPr>
          <w:sz w:val="20"/>
        </w:rPr>
        <w:t>37:22  hamari team jo hai lag bhag se shayad dunya mein literature phaila rahi hai Quran logon ko phancha rahi hai</w:t>
      </w:r>
      <w:r>
        <w:br/>
      </w:r>
      <w:r>
        <w:rPr>
          <w:sz w:val="20"/>
        </w:rPr>
        <w:t>37:33  Quran ka tarjuma har zaban mein phancha ja raha hai to team bohat acha kaam kar rahi hai aap jahan hain wahan team ke sath shamil ho jaiye</w:t>
      </w:r>
      <w:r>
        <w:br/>
      </w:r>
      <w:r>
        <w:rPr>
          <w:sz w:val="20"/>
        </w:rPr>
        <w:t>37:45  team ke sath apne aap ko jod dijiye yeh to rasta khula hua hai</w:t>
      </w:r>
    </w:p>
    <w:p>
      <w:pPr>
        <w:pStyle w:val="Heading2"/>
      </w:pPr>
      <w:r>
        <w:t>Strategy of avoiding confrontation requires deep study</w:t>
      </w:r>
    </w:p>
    <w:p>
      <w:r>
        <w:rPr>
          <w:color w:val="666666"/>
          <w:sz w:val="18"/>
        </w:rPr>
        <w:t>Society &amp; Dawah · The Secular Contribution of Islam | April 16, 2017 · 55s · at 57:18 · https://youtu.be/QV_HIq7KeaY?t=3438</w:t>
      </w:r>
    </w:p>
    <w:p>
      <w:r>
        <w:rPr>
          <w:i/>
        </w:rPr>
        <w:t>“The main theme of the strategy to be adapted is avoidance of confrontation. Similarly, deep study is required for making an opinion.”</w:t>
      </w:r>
    </w:p>
    <w:p>
      <w:r>
        <w:rPr>
          <w:sz w:val="20"/>
        </w:rPr>
        <w:t>57:18  riyaz bhatt sahib ne molana ek sawal bheja hai srinagar se, unhon ne likha hai: the man</w:t>
      </w:r>
      <w:r>
        <w:br/>
      </w:r>
      <w:r>
        <w:rPr>
          <w:sz w:val="20"/>
        </w:rPr>
        <w:t>57:24  The theme of the strategy to be adopted is avoidance of confrontation.</w:t>
      </w:r>
      <w:r>
        <w:br/>
      </w:r>
      <w:r>
        <w:rPr>
          <w:sz w:val="20"/>
        </w:rPr>
        <w:t>57:31  Similarly, deep study is requisite for making an opinion.</w:t>
      </w:r>
      <w:r>
        <w:br/>
      </w:r>
      <w:r>
        <w:rPr>
          <w:sz w:val="20"/>
        </w:rPr>
        <w:t>57:37  These two things are missing in today's Muslim representatives, which they feel is cowardice.</w:t>
      </w:r>
      <w:r>
        <w:br/>
      </w:r>
      <w:r>
        <w:rPr>
          <w:sz w:val="20"/>
        </w:rPr>
        <w:t>57:43  to work on creating positivity among muslims, how can progress be accelerated? molana, what are your views on</w:t>
      </w:r>
      <w:r>
        <w:br/>
      </w:r>
      <w:r>
        <w:rPr>
          <w:sz w:val="20"/>
        </w:rPr>
        <w:t>57:50  this? aap ne theek baat kahi hai, apni koshish ko badha dijiye, accelerate your effort.</w:t>
      </w:r>
      <w:r>
        <w:br/>
      </w:r>
      <w:r>
        <w:rPr>
          <w:sz w:val="20"/>
        </w:rPr>
        <w:t>57:58  line to aap ki sahi hai, bilkul soch.</w:t>
      </w:r>
      <w:r>
        <w:br/>
      </w:r>
      <w:r>
        <w:rPr>
          <w:sz w:val="20"/>
        </w:rPr>
        <w:t>58:06  agar aap nateeja kam dekhte hain to aur koshish badha dijiye.</w:t>
      </w:r>
    </w:p>
    <w:p>
      <w:pPr>
        <w:pStyle w:val="Heading2"/>
      </w:pPr>
      <w:r>
        <w:t>Studying other religions for comparative study</w:t>
      </w:r>
    </w:p>
    <w:p>
      <w:r>
        <w:rPr>
          <w:color w:val="666666"/>
          <w:sz w:val="18"/>
        </w:rPr>
        <w:t>Society &amp; Dawah · The Importance of the Quran May 15, 2016 Maulana Wahiduddin Khan · 1m 51s · at 1:17:57 · https://youtu.be/9a-OOUR_bLg?t=4677</w:t>
      </w:r>
    </w:p>
    <w:p>
      <w:r>
        <w:rPr>
          <w:i/>
        </w:rPr>
        <w:t>“Should Muslims also study other religions for comparative study? What is your advice to all of us in this?”</w:t>
      </w:r>
    </w:p>
    <w:p>
      <w:r>
        <w:rPr>
          <w:sz w:val="20"/>
        </w:rPr>
        <w:t>1:17:57  maulana, agla sawal nauman azhar chaudhry sahab ne kiya hai rawalpindi se and unhon ne likha hai ke as muslims should be also study other religions for comparative study?</w:t>
      </w:r>
      <w:r>
        <w:br/>
      </w:r>
      <w:r>
        <w:rPr>
          <w:sz w:val="20"/>
        </w:rPr>
        <w:t>1:18:12  what is your advice to all of us in this? haan, har cheez padhna chahiye. religion ka science padhiye, statistic padhiye, religion padhiye.</w:t>
      </w:r>
      <w:r>
        <w:br/>
      </w:r>
      <w:r>
        <w:rPr>
          <w:sz w:val="20"/>
        </w:rPr>
        <w:t>1:18:24  yeh to aap ke time par depend karta hai. agar aap ke paas bahut time hai to sari kitaben padhiye.</w:t>
      </w:r>
      <w:r>
        <w:br/>
      </w:r>
      <w:r>
        <w:rPr>
          <w:sz w:val="20"/>
        </w:rPr>
        <w:t>1:18:32  main kisi ko mana nahin karta ke yeh baat padho, yeh padho, woh na padho. yeh main nahin kehta. yeh padho, woh na padho, yeh meri zuban nahin hai.</w:t>
      </w:r>
      <w:r>
        <w:br/>
      </w:r>
      <w:r>
        <w:rPr>
          <w:sz w:val="20"/>
        </w:rPr>
        <w:t>1:18:47  okay, so we will end the se</w:t>
      </w:r>
      <w:r>
        <w:br/>
      </w:r>
      <w:r>
        <w:rPr>
          <w:sz w:val="20"/>
        </w:rPr>
        <w:t>1:18:49  ssion now. thank you.</w:t>
      </w:r>
    </w:p>
    <w:p>
      <w:pPr>
        <w:pStyle w:val="Heading2"/>
      </w:pPr>
      <w:r>
        <w:t>Suicide bomber's justification of killing innocents</w:t>
      </w:r>
    </w:p>
    <w:p>
      <w:r>
        <w:rPr>
          <w:color w:val="666666"/>
          <w:sz w:val="18"/>
        </w:rPr>
        <w:t>Society &amp; Dawah · Peaceful Islamic Mission December 28, 2014 · 1m 41s · at 1:00:25 · https://youtu.be/aLacalXEtRA?t=3625</w:t>
      </w:r>
    </w:p>
    <w:p>
      <w:r>
        <w:rPr>
          <w:i/>
        </w:rPr>
        <w:t>“Yesterday I watched a video in which a suicide bomber was interviewed. He was asked 'Why do you kill innocent people?' He answered 'Anyone who is not engaged in...'”</w:t>
      </w:r>
    </w:p>
    <w:p>
      <w:r>
        <w:rPr>
          <w:sz w:val="20"/>
        </w:rPr>
        <w:t>1:00:25  Maulana, agla sawal Dr. Fareeda Khanam ka hai Delhi se, aur unhone likha hai ke: "Yesterday I</w:t>
      </w:r>
      <w:r>
        <w:br/>
      </w:r>
      <w:r>
        <w:rPr>
          <w:sz w:val="20"/>
        </w:rPr>
        <w:t>1:00:31  watched a video in which a suicide bomber was interviewed.</w:t>
      </w:r>
      <w:r>
        <w:br/>
      </w:r>
      <w:r>
        <w:rPr>
          <w:sz w:val="20"/>
        </w:rPr>
        <w:t>1:00:37  He was asked, "Why do you kill innocent people?" He answered, "Anyone who is not engaged in</w:t>
      </w:r>
      <w:r>
        <w:br/>
      </w:r>
      <w:r>
        <w:rPr>
          <w:sz w:val="20"/>
        </w:rPr>
        <w:t>1:00:43  "جہاد is not innocent at all." Maulana, what is your comment on this? یہ تو جاہلوں کی باتیں ہیں۔</w:t>
      </w:r>
      <w:r>
        <w:br/>
      </w:r>
      <w:r>
        <w:rPr>
          <w:sz w:val="20"/>
        </w:rPr>
        <w:t>1:00:49  Woh main ne bhi suna hai, woh bilkul jahil ladka tha, ek bol raha tha.</w:t>
      </w:r>
      <w:r>
        <w:br/>
      </w:r>
      <w:r>
        <w:rPr>
          <w:sz w:val="20"/>
        </w:rPr>
        <w:t>1:00:55  Unhone jihad ko apne maani mein le liya hai.</w:t>
      </w:r>
      <w:r>
        <w:br/>
      </w:r>
      <w:r>
        <w:rPr>
          <w:sz w:val="20"/>
        </w:rPr>
        <w:t>1:01:01  Jihad ke maani hain peaceful struggle, dawat ke liye.</w:t>
      </w:r>
      <w:r>
        <w:br/>
      </w:r>
      <w:r>
        <w:rPr>
          <w:sz w:val="20"/>
        </w:rPr>
        <w:t>1:01:07  Baaki marna kaatna yeh harghiz jihad hai hi nahi.</w:t>
      </w:r>
      <w:r>
        <w:br/>
      </w:r>
      <w:r>
        <w:rPr>
          <w:sz w:val="20"/>
        </w:rPr>
        <w:t>1:01:13  Woh jo yeh log kar rahe hain is waqt jihad ke naam par, woh jihad hi nahi hai.</w:t>
      </w:r>
      <w:r>
        <w:br/>
      </w:r>
      <w:r>
        <w:rPr>
          <w:sz w:val="20"/>
        </w:rPr>
        <w:t>1:01:19  Woh to, yaani kya hai, woh Allah hi behtar lafz de sakta hai is ko, lekin woh behal</w:t>
      </w:r>
      <w:r>
        <w:br/>
      </w:r>
      <w:r>
        <w:rPr>
          <w:sz w:val="20"/>
        </w:rPr>
        <w:t>1:01:25  Woh jihad nahi hai.</w:t>
      </w:r>
      <w:r>
        <w:br/>
      </w:r>
      <w:r>
        <w:rPr>
          <w:sz w:val="20"/>
        </w:rPr>
        <w:t>1:01:31  Jihad naam hai dawat ke liye peaceful andaaz mein koshish karna.</w:t>
      </w:r>
      <w:r>
        <w:br/>
      </w:r>
      <w:r>
        <w:rPr>
          <w:sz w:val="20"/>
        </w:rPr>
        <w:t>1:01:37  Yeh jihad hai.</w:t>
      </w:r>
      <w:r>
        <w:br/>
      </w:r>
      <w:r>
        <w:rPr>
          <w:sz w:val="20"/>
        </w:rPr>
        <w:t>1:01:42  وہ میں نے سنا ہے، وہ وہ اس کا جو جو بھی interview, interview, وہ تو کوئی لڑکا،</w:t>
      </w:r>
      <w:r>
        <w:br/>
      </w:r>
      <w:r>
        <w:rPr>
          <w:sz w:val="20"/>
        </w:rPr>
        <w:t>1:01:48  Koi lagta hai, koi koi jahil ladka hai, pakad liya aur us ko brain wash kar ke tayyar</w:t>
      </w:r>
      <w:r>
        <w:br/>
      </w:r>
      <w:r>
        <w:rPr>
          <w:sz w:val="20"/>
        </w:rPr>
        <w:t>1:01:54  kar ke kaheen bhej diya ladai karne ke liye.</w:t>
      </w:r>
      <w:r>
        <w:br/>
      </w:r>
      <w:r>
        <w:rPr>
          <w:sz w:val="20"/>
        </w:rPr>
        <w:t>1:02:00  to woh is ka islam se koi talluq nahin.</w:t>
      </w:r>
    </w:p>
    <w:p>
      <w:pPr>
        <w:pStyle w:val="Heading2"/>
      </w:pPr>
      <w:r>
        <w:t>Team members waiting for others to take initiative</w:t>
      </w:r>
    </w:p>
    <w:p>
      <w:r>
        <w:rPr>
          <w:color w:val="666666"/>
          <w:sz w:val="18"/>
        </w:rPr>
        <w:t>Society &amp; Dawah · Experience of Hyderabad CPS Meet December 1, 2013 · 1m 28s · at 1:15:49 · https://youtu.be/Y8mcxF2Lhyc?t=4549</w:t>
      </w:r>
    </w:p>
    <w:p>
      <w:r>
        <w:rPr>
          <w:i/>
        </w:rPr>
        <w:t>“Moulana, at times it happens that team members wait for other people to take initiative, because they find it easier to follow. What is your comment and advice in this?”</w:t>
      </w:r>
    </w:p>
    <w:p>
      <w:r>
        <w:rPr>
          <w:sz w:val="20"/>
        </w:rPr>
        <w:t>1:15:49  Maulana, Delhi se Junaid sahib ne sawal kiya hai. unhon ne likha hai:</w:t>
      </w:r>
      <w:r>
        <w:br/>
      </w:r>
      <w:r>
        <w:rPr>
          <w:sz w:val="20"/>
        </w:rPr>
        <w:t>1:15:55  "Maulana, at times it happens that team members wait for other people to take initiative, because they find it easier to follow it." What is your comment or advice on this?</w:t>
      </w:r>
      <w:r>
        <w:br/>
      </w:r>
      <w:r>
        <w:rPr>
          <w:sz w:val="20"/>
        </w:rPr>
        <w:t>1:16:17  ab pata hai, mujhe to is ki misaal nahi maloom ke kis kis kis situation ko le kar ek sawal qaim hua hai.</w:t>
      </w:r>
      <w:r>
        <w:br/>
      </w:r>
      <w:r>
        <w:rPr>
          <w:sz w:val="20"/>
        </w:rPr>
        <w:t>1:16:25  mein to nahin janta is ko, lekin mein yahi kahoon ga ke aap har aadmi apna zimmedaar hai khud. aap wait kis liye karein doosre ka? quran se saabit hai ke har aadmi apna zimmedaar khud hai.</w:t>
      </w:r>
      <w:r>
        <w:br/>
      </w:r>
      <w:r>
        <w:rPr>
          <w:sz w:val="20"/>
        </w:rPr>
        <w:t>1:16:40  yeh koi excuse nahin banega ke doosra aadmi kare to hum karein ge. yeh excuse nahin hai.</w:t>
      </w:r>
      <w:r>
        <w:br/>
      </w:r>
      <w:r>
        <w:rPr>
          <w:sz w:val="20"/>
        </w:rPr>
        <w:t>1:16:46  har aadmi ko khud sochna hai, khud is ko janna hai, khud apna role tay karna hai, aur phir is mein is ko aage barhna hai.</w:t>
      </w:r>
      <w:r>
        <w:br/>
      </w:r>
      <w:r>
        <w:rPr>
          <w:sz w:val="20"/>
        </w:rPr>
        <w:t>1:16:59  yeh to meri samajh nahin aa rahi ke kaun kaun log hain. mujhe abhi tak mere saamne aisi misaalain nahin hain kaun log hain jo wait karte rehte hain, karte rehte hain doosre ka.</w:t>
      </w:r>
      <w:r>
        <w:br/>
      </w:r>
      <w:r>
        <w:rPr>
          <w:sz w:val="20"/>
        </w:rPr>
        <w:t>1:17:10  yeh mujhe abhi aik abstract lagta hai, mere ilm ke mutabiq abhi tak mujhe abstract lagta hai. yeh</w:t>
      </w:r>
    </w:p>
    <w:p>
      <w:pPr>
        <w:pStyle w:val="Heading2"/>
      </w:pPr>
      <w:r>
        <w:t>Tension of a da'i in dawah</w:t>
      </w:r>
    </w:p>
    <w:p>
      <w:r>
        <w:rPr>
          <w:color w:val="666666"/>
          <w:sz w:val="18"/>
        </w:rPr>
        <w:t>Society &amp; Dawah · Q&amp;A 13 Nov 2011 · 1m 24s · at 38:38 · https://youtu.be/oOZ9h37_pL8?t=2318</w:t>
      </w:r>
    </w:p>
    <w:p>
      <w:r>
        <w:rPr>
          <w:i/>
        </w:rPr>
        <w:t>“Maulana, does a da'i (caller to Islam) also experience tension in giving dawah? Or can a da'i remain worried about dawah? Please explain. The tension of a da'i is positive tension; it is not really tension in the true sense. It is goodwill, meaning the da'i's tension is in the sense of well-wishing.”</w:t>
      </w:r>
    </w:p>
    <w:p>
      <w:r>
        <w:rPr>
          <w:sz w:val="20"/>
        </w:rPr>
        <w:t>38:38  maulana yeh sawal aaya hai maulana asrar umri sahib ka chennai se. unhon ne likha hai ke maulana ek daai ko bhi dawah ki tension hoti hai.</w:t>
      </w:r>
      <w:r>
        <w:br/>
      </w:r>
      <w:r>
        <w:rPr>
          <w:sz w:val="20"/>
        </w:rPr>
        <w:t>38:50  ya daai dawah ke liye pareshan reh sakta hai. is ke baray mein batayen.</w:t>
      </w:r>
      <w:r>
        <w:br/>
      </w:r>
      <w:r>
        <w:rPr>
          <w:sz w:val="20"/>
        </w:rPr>
        <w:t>38:57  dekhiye daai ka jo tension hai woh positive tension hai. woh sahi maanon mein tension nahi hota hai. woh khairkhwahi hoti hai. yaani daai ka tension jo hai woh woh hota hai khairkhwahi ke maani mein.</w:t>
      </w:r>
      <w:r>
        <w:br/>
      </w:r>
      <w:r>
        <w:rPr>
          <w:sz w:val="20"/>
        </w:rPr>
        <w:t>39:12  woh is maani mein nahi hota woh negative tension nahi hota.</w:t>
      </w:r>
      <w:r>
        <w:br/>
      </w:r>
      <w:r>
        <w:rPr>
          <w:sz w:val="20"/>
        </w:rPr>
        <w:t>39:19  dekhiye farq kya hai.</w:t>
      </w:r>
      <w:r>
        <w:br/>
      </w:r>
      <w:r>
        <w:rPr>
          <w:sz w:val="20"/>
        </w:rPr>
        <w:t>39:21  ek ek zaati taur par aap kuch lose karen is ka naam hai tension. zaati taur par aap ko nuqsan hua is nuqsan ko le kar ke aap pareshan hue woh hai tension.</w:t>
      </w:r>
      <w:r>
        <w:br/>
      </w:r>
      <w:r>
        <w:rPr>
          <w:sz w:val="20"/>
        </w:rPr>
        <w:t>39:34  lekin doosre shakhs koshish kar rahe hain aap ke woh sachai ko manen woh nahi maan raha hai. to is se jo aap ke andar jazbat aate hain woh to khairkhwahi ki wajah se hote hain.</w:t>
      </w:r>
      <w:r>
        <w:br/>
      </w:r>
      <w:r>
        <w:rPr>
          <w:sz w:val="20"/>
        </w:rPr>
        <w:t>39:44  woh to wohi hai jo quran mein kaha hai bakhw anfusak. lilka bakhw anfusak. to woh hai positive tension. agar is ko tension kaha jaye to woh positive tension hoga.</w:t>
      </w:r>
      <w:r>
        <w:br/>
      </w:r>
      <w:r>
        <w:rPr>
          <w:sz w:val="20"/>
        </w:rPr>
        <w:t>39:55  to negative tension bura hai positive tension bura nahi hai.</w:t>
      </w:r>
    </w:p>
    <w:p>
      <w:pPr>
        <w:pStyle w:val="Heading2"/>
      </w:pPr>
      <w:r>
        <w:t>Treatment of non-Muslims in Muslim countries</w:t>
      </w:r>
    </w:p>
    <w:p>
      <w:r>
        <w:rPr>
          <w:color w:val="666666"/>
          <w:sz w:val="18"/>
        </w:rPr>
        <w:t>Society &amp; Dawah · Lessons from My Journey to Canada II January 10, 2016 · 1m 37s · at 56:15 · https://youtu.be/GHF2Ph3GW7A?t=3375</w:t>
      </w:r>
    </w:p>
    <w:p>
      <w:r>
        <w:rPr>
          <w:i/>
        </w:rPr>
        <w:t>“How should Muslim countries treat non-Muslims living in their countries? What is your guidance to them?”</w:t>
      </w:r>
    </w:p>
    <w:p>
      <w:r>
        <w:rPr>
          <w:sz w:val="20"/>
        </w:rPr>
        <w:t>56:15  maulana, agla sawal doctor shark ne kiya hai bangalore se, aur unhon ne aap se poocha hai ke</w:t>
      </w:r>
      <w:r>
        <w:br/>
      </w:r>
      <w:r>
        <w:rPr>
          <w:sz w:val="20"/>
        </w:rPr>
        <w:t>56:21  "How should Muslim countries treat non-Muslims living in their countries?</w:t>
      </w:r>
      <w:r>
        <w:br/>
      </w:r>
      <w:r>
        <w:rPr>
          <w:sz w:val="20"/>
        </w:rPr>
        <w:t>56:28  " what is your guidance to them?</w:t>
      </w:r>
      <w:r>
        <w:br/>
      </w:r>
      <w:r>
        <w:rPr>
          <w:sz w:val="20"/>
        </w:rPr>
        <w:t>56:31  pehlay zamanay mein jo concept tha,</w:t>
      </w:r>
      <w:r>
        <w:br/>
      </w:r>
      <w:r>
        <w:rPr>
          <w:sz w:val="20"/>
        </w:rPr>
        <w:t>56:34  woh tha ke jo muslim country mein jo doosre log hain, woh zimmmi hain, muahida hai, is tarah</w:t>
      </w:r>
      <w:r>
        <w:br/>
      </w:r>
      <w:r>
        <w:rPr>
          <w:sz w:val="20"/>
        </w:rPr>
        <w:t>56:41  ki baatein. main samajhta hoon ke is daur mein yeh nazariya khatam ho chuka hai.</w:t>
      </w:r>
      <w:r>
        <w:br/>
      </w:r>
      <w:r>
        <w:rPr>
          <w:sz w:val="20"/>
        </w:rPr>
        <w:t>56:47  ab ab yeh</w:t>
      </w:r>
      <w:r>
        <w:br/>
      </w:r>
      <w:r>
        <w:rPr>
          <w:sz w:val="20"/>
        </w:rPr>
        <w:t>56:50  muslim non muslim ki baat nahi hai.</w:t>
      </w:r>
      <w:r>
        <w:br/>
      </w:r>
      <w:r>
        <w:rPr>
          <w:sz w:val="20"/>
        </w:rPr>
        <w:t>56:52  kisi mulk mein jo log hotay hain, wahan ke citizen hain.</w:t>
      </w:r>
      <w:r>
        <w:br/>
      </w:r>
      <w:r>
        <w:rPr>
          <w:sz w:val="20"/>
        </w:rPr>
        <w:t>56:56  ab citizen ki baat hai, equal citizenship sab ko mili hui hai.</w:t>
      </w:r>
      <w:r>
        <w:br/>
      </w:r>
      <w:r>
        <w:rPr>
          <w:sz w:val="20"/>
        </w:rPr>
        <w:t>57:00  ab yeh categorize karna galat hai ke yeh muslim hai, yeh non muslim hai, yeh zimmmi hai, yeh</w:t>
      </w:r>
      <w:r>
        <w:br/>
      </w:r>
      <w:r>
        <w:rPr>
          <w:sz w:val="20"/>
        </w:rPr>
        <w:t>57:08  muslim hai, yeh kafir hai, yeh musalman hai.</w:t>
      </w:r>
      <w:r>
        <w:br/>
      </w:r>
      <w:r>
        <w:rPr>
          <w:sz w:val="20"/>
        </w:rPr>
        <w:t>57:11  yeh sab yeh categoriser ab khatam ho chuka hai.</w:t>
      </w:r>
      <w:r>
        <w:br/>
      </w:r>
      <w:r>
        <w:rPr>
          <w:sz w:val="20"/>
        </w:rPr>
        <w:t>57:15  ab hum is ko ikhtiyar nahi kar sakte.</w:t>
      </w:r>
      <w:r>
        <w:br/>
      </w:r>
      <w:r>
        <w:rPr>
          <w:sz w:val="20"/>
        </w:rPr>
        <w:t>57:18  kisi mulk mein jo aadmi hai, woh equal citizenship ka right is ko hasil hai.</w:t>
      </w:r>
      <w:r>
        <w:br/>
      </w:r>
      <w:r>
        <w:rPr>
          <w:sz w:val="20"/>
        </w:rPr>
        <w:t>57:26  agar citizen nahi hai to immigrant hai.</w:t>
      </w:r>
      <w:r>
        <w:br/>
      </w:r>
      <w:r>
        <w:rPr>
          <w:sz w:val="20"/>
        </w:rPr>
        <w:t>57:28  woh ya to immigrant hai, ya citizen hai, baqi aur kuch nahi hai.</w:t>
      </w:r>
      <w:r>
        <w:br/>
      </w:r>
      <w:r>
        <w:rPr>
          <w:sz w:val="20"/>
        </w:rPr>
        <w:t>57:35  to mein samajhta hoon ke jo universal norm hai, usi ko muslim countries ko bhi apnana chahiye.</w:t>
      </w:r>
      <w:r>
        <w:br/>
      </w:r>
      <w:r>
        <w:rPr>
          <w:sz w:val="20"/>
        </w:rPr>
        <w:t>57:43  koi farq is mein hum nahi kar sakte.</w:t>
      </w:r>
      <w:r>
        <w:br/>
      </w:r>
      <w:r>
        <w:rPr>
          <w:sz w:val="20"/>
        </w:rPr>
        <w:t>57:45  فرق کریں گے تو آج کا جو ماڈرن مائنڈ ہے، اس کے لیے وہ وہ اس کو accept</w:t>
      </w:r>
      <w:r>
        <w:br/>
      </w:r>
      <w:r>
        <w:rPr>
          <w:sz w:val="20"/>
        </w:rPr>
        <w:t>57:51  nahi kar payega.</w:t>
      </w:r>
    </w:p>
    <w:p>
      <w:pPr>
        <w:pStyle w:val="Heading2"/>
      </w:pPr>
      <w:r>
        <w:t>Underestimating Dawah and Overestimating Politics</w:t>
      </w:r>
    </w:p>
    <w:p>
      <w:r>
        <w:rPr>
          <w:color w:val="666666"/>
          <w:sz w:val="18"/>
        </w:rPr>
        <w:t>Society &amp; Dawah · Between Hell and Paradise January 27, 2013 · 1m 34s · at 1:03:46 · https://youtu.be/0IItFxGXPQ4?t=3826</w:t>
      </w:r>
    </w:p>
    <w:p>
      <w:r>
        <w:rPr>
          <w:i/>
        </w:rPr>
        <w:t>“Why do people underestimate dawah and overestimate politics? The correct view is that dawah is sunnah according to Quran, not politics.”</w:t>
      </w:r>
    </w:p>
    <w:p>
      <w:r>
        <w:rPr>
          <w:sz w:val="20"/>
        </w:rPr>
        <w:t>1:03:46  maulana, agla sawal tamil nadu se hai, maulana iqbal umri ka. unhone likha hai: "ek mashhoor daai ne kaha ke dawat bhi sunnat hai aur siyasat bhi sunnat hai."</w:t>
      </w:r>
      <w:r>
        <w:br/>
      </w:r>
      <w:r>
        <w:rPr>
          <w:sz w:val="20"/>
        </w:rPr>
        <w:t>1:04:00  maulana sahab, mera sawal yeh hai ke log dawat ko itna underestimate kyon karte hain aur siyasat ko itna kyon badhate hain? yeh sahi baat yeh kehna chahiye unko ke quran ke aitbaar se sunnat, quran ke aitbaar se dawat sunnat hai.</w:t>
      </w:r>
      <w:r>
        <w:br/>
      </w:r>
      <w:r>
        <w:rPr>
          <w:sz w:val="20"/>
        </w:rPr>
        <w:t>1:04:19  humne is mein add kar liya hai ke islaahaat ko sunnat bana liya hai. yeh toh sarakshi hai, yeh sarakshi ki baatein hain.</w:t>
      </w:r>
      <w:r>
        <w:br/>
      </w:r>
      <w:r>
        <w:rPr>
          <w:sz w:val="20"/>
        </w:rPr>
        <w:t>1:04:28  yaani Allah ne dawat ko sunnat qarar diya tha, musalmanon ne apni sarakshi ki bina par is mein sunnat ko bhi, islaahaat ko bhi bana liya sunnat.</w:t>
      </w:r>
      <w:r>
        <w:br/>
      </w:r>
      <w:r>
        <w:rPr>
          <w:sz w:val="20"/>
        </w:rPr>
        <w:t>1:04:37  yeh toh sarakshi hai, aur is yeh kuch is mein sarakshi ke siwa aur kuch bhi nahin. unhein pehle pesh karna chahiye quran ki ayat, koi hadees.</w:t>
      </w:r>
      <w:r>
        <w:br/>
      </w:r>
      <w:r>
        <w:rPr>
          <w:sz w:val="20"/>
        </w:rPr>
        <w:t>1:04:49  woh pesh nahin kar paate log.</w:t>
      </w:r>
      <w:r>
        <w:br/>
      </w:r>
      <w:r>
        <w:rPr>
          <w:sz w:val="20"/>
        </w:rPr>
        <w:t>1:04:52  aaj tak main, main pachaas baras se challenge diya hua hoon, aaj se nahin ke koi laaye, koi hadees laaye, koi quran ki ayat.</w:t>
      </w:r>
      <w:r>
        <w:br/>
      </w:r>
      <w:r>
        <w:rPr>
          <w:sz w:val="20"/>
        </w:rPr>
        <w:t>1:05:02  bade bade ulma ne is par, is se unhone woh kiya, lekin koi is pesh nahin kar saka koi ayat ya hadees. yeh toh khud sakhta tor par alfaaz bolte hain ke Allah ne hum par dawat farz kiya tha, humne apni taraf se is mein izafa kar ke siyasat ko farz kar liya.</w:t>
      </w:r>
    </w:p>
    <w:p>
      <w:pPr>
        <w:pStyle w:val="Heading2"/>
      </w:pPr>
      <w:r>
        <w:t>Understanding Ghazwa in modern context</w:t>
      </w:r>
    </w:p>
    <w:p>
      <w:r>
        <w:rPr>
          <w:color w:val="666666"/>
          <w:sz w:val="18"/>
        </w:rPr>
        <w:t>Society &amp; Dawah · Peaceful Islamic Mission December 28, 2014 · 1m 35s · at 1:04:35 · https://youtu.be/aLacalXEtRA?t=3875</w:t>
      </w:r>
    </w:p>
    <w:p>
      <w:r>
        <w:rPr>
          <w:i/>
        </w:rPr>
        <w:t>“Maulana, regarding the tradition about Ghazwa in India, is it correct to understand that in ancient times Ghazwa was meant to remove obstacles to Dawah, and today's Ghazwa is for Dawah?”</w:t>
      </w:r>
    </w:p>
    <w:p>
      <w:r>
        <w:rPr>
          <w:sz w:val="20"/>
        </w:rPr>
        <w:t>1:04:35  maulana, agla sawal aaya hai bangalore se maulana inayat umri ka, aur unhon ne likha hai ke: "maulana,</w:t>
      </w:r>
      <w:r>
        <w:br/>
      </w:r>
      <w:r>
        <w:rPr>
          <w:sz w:val="20"/>
        </w:rPr>
        <w:t>1:04:41  hind mein ghazwa ke bare mein jo riwayat hai, kya ghazwa ka yeh mafhoom lena sahi hai ke</w:t>
      </w:r>
      <w:r>
        <w:br/>
      </w:r>
      <w:r>
        <w:rPr>
          <w:sz w:val="20"/>
        </w:rPr>
        <w:t>1:04:47  qadeem zamane mein ghazwa dawat ki rukawaton ko khatam karne ke liye tha, aur aaj ka ghazwa daawti</w:t>
      </w:r>
      <w:r>
        <w:br/>
      </w:r>
      <w:r>
        <w:rPr>
          <w:sz w:val="20"/>
        </w:rPr>
        <w:t>1:04:53  mawaqe ko istemal karne ke liye hai? ji, ghazwa ka mafhoom ladai hai hi nahin.</w:t>
      </w:r>
      <w:r>
        <w:br/>
      </w:r>
      <w:r>
        <w:rPr>
          <w:sz w:val="20"/>
        </w:rPr>
        <w:t>1:04:59  yeh to mashhoor hoga ke ghazwa ka mafhoom ladai hai.</w:t>
      </w:r>
      <w:r>
        <w:br/>
      </w:r>
      <w:r>
        <w:rPr>
          <w:sz w:val="20"/>
        </w:rPr>
        <w:t>1:05:04  ghazwa ka mafhoom hai safar karna, jaana kahein.</w:t>
      </w:r>
      <w:r>
        <w:br/>
      </w:r>
      <w:r>
        <w:rPr>
          <w:sz w:val="20"/>
        </w:rPr>
        <w:t>1:05:10  ladai hai hi nahin, to main samajhta hoon ke daawti safar jo kiya jaye, daawti muhim jo chalai</w:t>
      </w:r>
      <w:r>
        <w:br/>
      </w:r>
      <w:r>
        <w:rPr>
          <w:sz w:val="20"/>
        </w:rPr>
        <w:t>1:05:16  jaye, peaceful andaaz mein, woh woh woh ghazwa hai.</w:t>
      </w:r>
      <w:r>
        <w:br/>
      </w:r>
      <w:r>
        <w:rPr>
          <w:sz w:val="20"/>
        </w:rPr>
        <w:t>1:05:22  bhai, ladai ke liye alag lafz aaya hai qital.</w:t>
      </w:r>
      <w:r>
        <w:br/>
      </w:r>
      <w:r>
        <w:rPr>
          <w:sz w:val="20"/>
        </w:rPr>
        <w:t>1:05:28  to jahan qital ka lafz quran mein istemal hua hai, wahan wahi usi se samajh mein aata hai</w:t>
      </w:r>
      <w:r>
        <w:br/>
      </w:r>
      <w:r>
        <w:rPr>
          <w:sz w:val="20"/>
        </w:rPr>
        <w:t>1:05:34  ke qital kab hai.</w:t>
      </w:r>
      <w:r>
        <w:br/>
      </w:r>
      <w:r>
        <w:rPr>
          <w:sz w:val="20"/>
        </w:rPr>
        <w:t>1:05:40  qital koi, yani absolute hukum nahin hai ke ladte rahein, ladte rahein, ladte rahein.</w:t>
      </w:r>
      <w:r>
        <w:br/>
      </w:r>
      <w:r>
        <w:rPr>
          <w:sz w:val="20"/>
        </w:rPr>
        <w:t>1:05:46  kisi khaas mauqe ke liye hai, woh matlab defense ke liye, as a defense.</w:t>
      </w:r>
      <w:r>
        <w:br/>
      </w:r>
      <w:r>
        <w:rPr>
          <w:sz w:val="20"/>
        </w:rPr>
        <w:t>1:05:52  to defense ke liye jo kiya jata hai, us ke liye quran mein qital ka lafz aaya hai.</w:t>
      </w:r>
      <w:r>
        <w:br/>
      </w:r>
      <w:r>
        <w:rPr>
          <w:sz w:val="20"/>
        </w:rPr>
        <w:t>1:05:58  baqi ghazwa to us ek ek ek is peaceful muhim ke liye, peaceful campaign.</w:t>
      </w:r>
      <w:r>
        <w:br/>
      </w:r>
      <w:r>
        <w:rPr>
          <w:sz w:val="20"/>
        </w:rPr>
        <w:t>1:06:04  aur woh main samajhta hoon ke peaceful campaign sab se bari hai islam mein dawat.</w:t>
      </w:r>
    </w:p>
    <w:p>
      <w:pPr>
        <w:pStyle w:val="Heading2"/>
      </w:pPr>
      <w:r>
        <w:t>Unresolved Babri Mosque Issue and Solution</w:t>
      </w:r>
    </w:p>
    <w:p>
      <w:r>
        <w:rPr>
          <w:color w:val="666666"/>
          <w:sz w:val="18"/>
        </w:rPr>
        <w:t>Society &amp; Dawah · Concept of God December 7, 2014 · 1m 10s · at 1:14:13 · https://youtu.be/dCgL9lp8EAo?t=4453</w:t>
      </w:r>
    </w:p>
    <w:p>
      <w:r>
        <w:rPr>
          <w:i/>
        </w:rPr>
        <w:t>“Moulana, you had presented a practical solution to Babri Mosque, but Muslims did not listen to you. It was only you from the Muslim world who had, at that time of tension, traveled to places of the riots area to bring the tension and violence down. This had been acknowledged by many people that your extensive travel helped in bringing normalcy in the country. However, the issue is still not resolved.”</w:t>
      </w:r>
    </w:p>
    <w:p>
      <w:r>
        <w:rPr>
          <w:sz w:val="20"/>
        </w:rPr>
        <w:t>1:14:13  Maulana, agla sawal aaya hai Waqar sahib ka Jabalpur se, aur unhon ne likha hai: "Moulana, you had presented a practical solution to Babri Mosque, but Muslims did not listen to you.</w:t>
      </w:r>
      <w:r>
        <w:br/>
      </w:r>
      <w:r>
        <w:rPr>
          <w:sz w:val="20"/>
        </w:rPr>
        <w:t>1:14:28  It was only you from the Muslim world who had, at that time of tension, traveled to places of the riots area to bring the tension and violence down.</w:t>
      </w:r>
      <w:r>
        <w:br/>
      </w:r>
      <w:r>
        <w:rPr>
          <w:sz w:val="20"/>
        </w:rPr>
        <w:t>1:14:40  This had been acknowledged by many people that your extensive travel helped in bringing normalcy in the country. However, the issue is still not resolved.</w:t>
      </w:r>
      <w:r>
        <w:br/>
      </w:r>
      <w:r>
        <w:rPr>
          <w:sz w:val="20"/>
        </w:rPr>
        <w:t>1:14:51  What do you think is the future of the Babri Mosque issue?" dekhen, hamari yeh class jo hai, spiritual class hoti hai. Babri masjid ka is se koi talluq nahi hai.</w:t>
      </w:r>
      <w:r>
        <w:br/>
      </w:r>
      <w:r>
        <w:rPr>
          <w:sz w:val="20"/>
        </w:rPr>
        <w:t>1:15:03  agar aap meri raah janna chahte hon to meri kitab hai "qaydat nama", is ko parhiye.</w:t>
      </w:r>
      <w:r>
        <w:br/>
      </w:r>
      <w:r>
        <w:rPr>
          <w:sz w:val="20"/>
        </w:rPr>
        <w:t>1:15:10  agar meri raah janna chahte hon aap to "qaydat nama" parhiye. baqi is yahan ki jo hoti hai, spiritual class hai, yahan hum is qism ki baaton ko bas nahi karte.</w:t>
      </w:r>
    </w:p>
    <w:p>
      <w:pPr>
        <w:pStyle w:val="Heading2"/>
      </w:pPr>
      <w:r>
        <w:t>Using cinema for dawah work</w:t>
      </w:r>
    </w:p>
    <w:p>
      <w:r>
        <w:rPr>
          <w:color w:val="666666"/>
          <w:sz w:val="18"/>
        </w:rPr>
        <w:t>Society &amp; Dawah · The Method of Planning August 14, 2016 · 53s · at 51:27 · https://youtu.be/84WV8NS2VKQ?t=3087</w:t>
      </w:r>
    </w:p>
    <w:p>
      <w:r>
        <w:rPr>
          <w:i/>
        </w:rPr>
        <w:t>“Can we do dawah work by using cinema, movies, and documentaries as the medium? What is your advice to that?”</w:t>
      </w:r>
    </w:p>
    <w:p>
      <w:r>
        <w:rPr>
          <w:sz w:val="20"/>
        </w:rPr>
        <w:t>51:27  Maulana, agla sawal Mumbai se kiya hai Fayyaz sahib ne, aur unhon ne aap se poocha hai ke</w:t>
      </w:r>
      <w:r>
        <w:br/>
      </w:r>
      <w:r>
        <w:rPr>
          <w:sz w:val="20"/>
        </w:rPr>
        <w:t>51:34  Maulana sahib, can we do DAWA work by using cinema, movies, and documentaries as the medium?</w:t>
      </w:r>
      <w:r>
        <w:br/>
      </w:r>
      <w:r>
        <w:rPr>
          <w:sz w:val="20"/>
        </w:rPr>
        <w:t>51:42  What is your advice to that?</w:t>
      </w:r>
      <w:r>
        <w:br/>
      </w:r>
      <w:r>
        <w:rPr>
          <w:sz w:val="20"/>
        </w:rPr>
        <w:t>51:46  sirf literature phailaiye, aur literature ki baat ko aap jo hamare jo taqreeren hain, un ko phailaiye.</w:t>
      </w:r>
      <w:r>
        <w:br/>
      </w:r>
      <w:r>
        <w:rPr>
          <w:sz w:val="20"/>
        </w:rPr>
        <w:t>51:51  hamari jo kitaben hain, is ko phailaiye.</w:t>
      </w:r>
      <w:r>
        <w:br/>
      </w:r>
      <w:r>
        <w:rPr>
          <w:sz w:val="20"/>
        </w:rPr>
        <w:t>51:56  phailane ke tareeqe different ho sakte hain, aur koi cheez aap karen ge to woh to bohat se</w:t>
      </w:r>
      <w:r>
        <w:br/>
      </w:r>
      <w:r>
        <w:rPr>
          <w:sz w:val="20"/>
        </w:rPr>
        <w:t>52:01  log kar chuke hain, aur koi result nahin nikla, koi natija nahin.</w:t>
      </w:r>
      <w:r>
        <w:br/>
      </w:r>
      <w:r>
        <w:rPr>
          <w:sz w:val="20"/>
        </w:rPr>
        <w:t>52:06  hamare kaam ko phailaiye, aap khud se aap jo karen ge to woh to bohat se log kar</w:t>
      </w:r>
      <w:r>
        <w:br/>
      </w:r>
      <w:r>
        <w:rPr>
          <w:sz w:val="20"/>
        </w:rPr>
        <w:t>52:11  chuke hain, koi natija nahin nikla.</w:t>
      </w:r>
      <w:r>
        <w:br/>
      </w:r>
      <w:r>
        <w:rPr>
          <w:sz w:val="20"/>
        </w:rPr>
        <w:t>52:16  No result at all.</w:t>
      </w:r>
      <w:r>
        <w:br/>
      </w:r>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p>
    <w:p>
      <w:pPr>
        <w:pStyle w:val="Heading2"/>
      </w:pPr>
      <w:r>
        <w:t>Using modern technology for Quranic da'wah</w:t>
      </w:r>
    </w:p>
    <w:p>
      <w:r>
        <w:rPr>
          <w:color w:val="666666"/>
          <w:sz w:val="18"/>
        </w:rPr>
        <w:t>Society &amp; Dawah · Understanding the Quran April 7, 2019 · 59s · at 50:58 · https://youtu.be/m_Om5MtQJz4?t=3058</w:t>
      </w:r>
    </w:p>
    <w:p>
      <w:r>
        <w:rPr>
          <w:i/>
        </w:rPr>
        <w:t>“Molana, like you have mentioned that we should use the latest mode of transport for going to Hajj, then can we say that to do da'wah work we should use the latest methods and technology to spread the Quran?”</w:t>
      </w:r>
    </w:p>
    <w:p>
      <w:r>
        <w:rPr>
          <w:sz w:val="20"/>
        </w:rPr>
        <w:t>50:58  molana, agla sawal Miss Tuti Malhotra ne dilli se bheja hai. unhon ne aap se poocha hai ke: "Molana, like you have mentioned that we should use latest mode of transport for going to Hajj, then can we say that to do dawah work we should use latest methods and technology to spread Quran?" sahi hai, is mein koi galat baat hai hi nahin.</w:t>
      </w:r>
      <w:r>
        <w:br/>
      </w:r>
      <w:r>
        <w:rPr>
          <w:sz w:val="20"/>
        </w:rPr>
        <w:t>51:28  bilkul theek kaha aap ne.</w:t>
      </w:r>
      <w:r>
        <w:br/>
      </w:r>
      <w:r>
        <w:rPr>
          <w:sz w:val="20"/>
        </w:rPr>
        <w:t>51:34  molana Yaqoob Umri ne dilli se comment bheja hai: "Molana, today's lecture on disjointed letters in the Quran really thrilled me.</w:t>
      </w:r>
      <w:r>
        <w:br/>
      </w:r>
      <w:r>
        <w:rPr>
          <w:sz w:val="20"/>
        </w:rPr>
        <w:t>51:43  Quran asks the creative response from the readers repeatedly.</w:t>
      </w:r>
      <w:r>
        <w:br/>
      </w:r>
      <w:r>
        <w:rPr>
          <w:sz w:val="20"/>
        </w:rPr>
        <w:t>51:48  I have never heard such a meaningful interpretation. Jazak Allah."</w:t>
      </w:r>
    </w:p>
    <w:p>
      <w:pPr>
        <w:pStyle w:val="Heading2"/>
      </w:pPr>
      <w:r>
        <w:t>Using other scriptures for Dawah</w:t>
      </w:r>
    </w:p>
    <w:p>
      <w:r>
        <w:rPr>
          <w:color w:val="666666"/>
          <w:sz w:val="18"/>
        </w:rPr>
        <w:t>Society &amp; Dawah · Collective Repentance I Feb 24, 2013 Maulana Wahiduddin Khan · 1m 18s · at 1:11:19 · https://youtu.be/lkkolxAL38c?t=4279</w:t>
      </w:r>
    </w:p>
    <w:p>
      <w:r>
        <w:rPr>
          <w:i/>
        </w:rPr>
        <w:t>“Can we use the Bible and Gita to prove Islam in dawah?”</w:t>
      </w:r>
    </w:p>
    <w:p>
      <w:r>
        <w:rPr>
          <w:sz w:val="20"/>
        </w:rPr>
        <w:t>1:11:19  maulana, agla sawal chennai se hai imtiaz sahab ka. unhon ne likha hai: "maulana, kya dawat mein islam ko sabit karne ke liye bible aur gita wagerah ka istemal kar sakte hain?" nahi, main is tareeqe se ittefaq nahi karta.</w:t>
      </w:r>
      <w:r>
        <w:br/>
      </w:r>
      <w:r>
        <w:rPr>
          <w:sz w:val="20"/>
        </w:rPr>
        <w:t>1:11:39  mujhe is se ittefaq nahi hai. kuch log aisa karte hain lekin mujhe ittefaq nahi hai. mere nazdeek dawat ka kaam sirtasar hona chahiye quran ki buniyad par, sunnat ki buniyad par.</w:t>
      </w:r>
      <w:r>
        <w:br/>
      </w:r>
      <w:r>
        <w:rPr>
          <w:sz w:val="20"/>
        </w:rPr>
        <w:t>1:11:50  bas</w:t>
      </w:r>
      <w:r>
        <w:br/>
      </w:r>
      <w:r>
        <w:rPr>
          <w:sz w:val="20"/>
        </w:rPr>
        <w:t>1:11:55  sab se aham baat yeh hai ke jin kitabon ko aap sary se yani ilhami kitab hi nahi mante, us se nikalte hain apni baat.</w:t>
      </w:r>
      <w:r>
        <w:br/>
      </w:r>
      <w:r>
        <w:rPr>
          <w:sz w:val="20"/>
        </w:rPr>
        <w:t>1:12:04  to pehle yeh aelan kijiye ke woh ilhami kitaben hain ya woh muharraf kitaben nahi hain. jin kitabon ko aap muharraf kehte hain,</w:t>
      </w:r>
      <w:r>
        <w:br/>
      </w:r>
      <w:r>
        <w:rPr>
          <w:sz w:val="20"/>
        </w:rPr>
        <w:t>1:12:13  jin kitabon ke baad kehte hain ke woh ilhami kitab hi nahi hai, us se aap dalail nikalenge? yeh to bahut ajib o gharib baat hai. yeh bilkul ghair ilmi, ghair scientific baat hai.</w:t>
      </w:r>
      <w:r>
        <w:br/>
      </w:r>
      <w:r>
        <w:rPr>
          <w:sz w:val="20"/>
        </w:rPr>
        <w:t>1:12:24  awami test is se khush hota hoga, bilkul. yani</w:t>
      </w:r>
      <w:r>
        <w:br/>
      </w:r>
      <w:r>
        <w:rPr>
          <w:sz w:val="20"/>
        </w:rPr>
        <w:t>1:12:31  baqi koi padha likha aadmi is se khush nahi ho sakta.</w:t>
      </w:r>
    </w:p>
    <w:p>
      <w:pPr>
        <w:pStyle w:val="Heading2"/>
      </w:pPr>
      <w:r>
        <w:t>Using positive tension as a motivator in dawah</w:t>
      </w:r>
    </w:p>
    <w:p>
      <w:r>
        <w:rPr>
          <w:color w:val="666666"/>
          <w:sz w:val="18"/>
        </w:rPr>
        <w:t>Society &amp; Dawah · Q&amp;A 13 Nov 2011 · 1m 17s · at 59:30 · https://youtu.be/oOZ9h37_pL8?t=3570</w:t>
      </w:r>
    </w:p>
    <w:p>
      <w:r>
        <w:rPr>
          <w:i/>
        </w:rPr>
        <w:t>“I have understood that a da‘i should use positive tension as a motivator, and plan a small beginning in dawah work and gradually develop it. Is this correct?”</w:t>
      </w:r>
    </w:p>
    <w:p>
      <w:r>
        <w:rPr>
          <w:sz w:val="20"/>
        </w:rPr>
        <w:t>59:30  maulana agla sawal miss naghma siddiqui ne kiya hai dilli se. unhone likha hai. i have understood that i should use the positive tension as a motivator.</w:t>
      </w:r>
      <w:r>
        <w:br/>
      </w:r>
      <w:r>
        <w:rPr>
          <w:sz w:val="20"/>
        </w:rPr>
        <w:t>59:41  and plan a small beginning in da'wah work and gradually develop it. is this correct?</w:t>
      </w:r>
      <w:r>
        <w:br/>
      </w:r>
      <w:r>
        <w:rPr>
          <w:sz w:val="20"/>
        </w:rPr>
        <w:t>59:48  saheeh bilkul saheeh hai. masha'Allah. bohat saheeh bohat saheeh kaha aap ne. mujh se better keh diya aap ne.</w:t>
      </w:r>
    </w:p>
    <w:p>
      <w:pPr>
        <w:pStyle w:val="Heading2"/>
      </w:pPr>
      <w:r>
        <w:t>Using resources for da'wah work</w:t>
      </w:r>
    </w:p>
    <w:p>
      <w:r>
        <w:rPr>
          <w:color w:val="666666"/>
          <w:sz w:val="18"/>
        </w:rPr>
        <w:t>Society &amp; Dawah · Dars-e-Quran, Chapter 2, Verse 61 February 11, 2018 · 42s · at 54:01 · https://youtu.be/rgoE0nvFJJI?t=3241</w:t>
      </w:r>
    </w:p>
    <w:p>
      <w:r>
        <w:rPr>
          <w:i/>
        </w:rPr>
        <w:t>“Does it mean that we should use these resources as need-based on personal level and spend all in da'wah work? Am I right in this?”</w:t>
      </w:r>
    </w:p>
    <w:p>
      <w:r>
        <w:rPr>
          <w:sz w:val="20"/>
        </w:rPr>
        <w:t>54:01  mashallah molana miss shabana ansari ne pakistan se sawal bheja hai unho ne likha hai molana does it</w:t>
      </w:r>
      <w:r>
        <w:br/>
      </w:r>
      <w:r>
        <w:rPr>
          <w:sz w:val="20"/>
        </w:rPr>
        <w:t>54:11  mean that we should use these resources as need based on personal level and spend all in dawah</w:t>
      </w:r>
      <w:r>
        <w:br/>
      </w:r>
      <w:r>
        <w:rPr>
          <w:sz w:val="20"/>
        </w:rPr>
        <w:t>54:20  work am i right in this yehi baat bilkul sahi hai aap ka soch hai yehi yani this</w:t>
      </w:r>
      <w:r>
        <w:br/>
      </w:r>
      <w:r>
        <w:rPr>
          <w:sz w:val="20"/>
        </w:rPr>
        <w:t>54:31  is the this is the kind to the krishan of god</w:t>
      </w:r>
      <w:r>
        <w:br/>
      </w:r>
      <w:r>
        <w:rPr>
          <w:sz w:val="20"/>
        </w:rPr>
        <w:t>54:36  allah rabb ul alameen ka jo planning hai wo ye is ke mutabiq hai</w:t>
      </w:r>
    </w:p>
    <w:p>
      <w:pPr>
        <w:pStyle w:val="Heading2"/>
      </w:pPr>
      <w:r>
        <w:t>Veil restriction in dawah work</w:t>
      </w:r>
    </w:p>
    <w:p>
      <w:r>
        <w:rPr>
          <w:color w:val="666666"/>
          <w:sz w:val="18"/>
        </w:rPr>
        <w:t>Society &amp; Dawah · Don't Be Angry Culture January 15, 2012 · 1m 49s · at 1:15:25 · https://youtu.be/NrA3X8y_FLY?t=4525</w:t>
      </w:r>
    </w:p>
    <w:p>
      <w:r>
        <w:rPr>
          <w:i/>
        </w:rPr>
        <w:t>“Often, Muslim women emphasize greatly that Islam only allows women to keep their eyes open. My question is that this kind of restriction can cause considerable difficulty for a Muslim woman in the work of dawah and reform. Is this really a matter of Islam or is it the culture of Muslims? Please clarify.”</w:t>
      </w:r>
    </w:p>
    <w:p>
      <w:r>
        <w:rPr>
          <w:sz w:val="20"/>
        </w:rPr>
        <w:t>1:15:25  maulana, agla sawal aya hai miss saira latif ka karachi pakistan se. unhon ne likha hai: "aksar muslim khawateen is baat par bohat zyada zor deti hain ke islam mein aurat ko sirf aankhein khuli rakhne ki ijazat hai.</w:t>
      </w:r>
      <w:r>
        <w:br/>
      </w:r>
      <w:r>
        <w:rPr>
          <w:sz w:val="20"/>
        </w:rPr>
        <w:t>1:15:43  mera sawal yeh hai ke is qism ki pabandi mein ek muslim aurat ko daawat aur islaah ke kaam mein kafi mushkil pesh aa sakti hai.</w:t>
      </w:r>
      <w:r>
        <w:br/>
      </w:r>
      <w:r>
        <w:rPr>
          <w:sz w:val="20"/>
        </w:rPr>
        <w:t>1:15:54  kya waqai yeh islam ka masla hai ya musalmanon ka culture hai? wazahat farmayen." "yeh bilashubah musalmanon ka culture hai. aajkal jo tasawwur parde ka aur burqe ka hai, us ka islam se koi talluq nahi.</w:t>
      </w:r>
      <w:r>
        <w:br/>
      </w:r>
      <w:r>
        <w:rPr>
          <w:sz w:val="20"/>
        </w:rPr>
        <w:t>1:16:11  koi bhi talluq nahi.</w:t>
      </w:r>
      <w:r>
        <w:br/>
      </w:r>
      <w:r>
        <w:rPr>
          <w:sz w:val="20"/>
        </w:rPr>
        <w:t>1:16:15  islam mein jo parda hai, woh kya hai? saada libas, dheela dheela libas, aur yeh zeeb o zeenat nahi, aur permissions nahi,</w:t>
      </w:r>
      <w:r>
        <w:br/>
      </w:r>
      <w:r>
        <w:rPr>
          <w:sz w:val="20"/>
        </w:rPr>
        <w:t>1:16:28  sanjidgi ke sath aana jana. yeh hai parda.</w:t>
      </w:r>
      <w:r>
        <w:br/>
      </w:r>
      <w:r>
        <w:rPr>
          <w:sz w:val="20"/>
        </w:rPr>
        <w:t>1:16:34  baqi yeh jo parda nikal nikla hai aaj kal, woh islami parda nahi hai. to yeh to riwaj hai, is mein koi shakk nahi.</w:t>
      </w:r>
      <w:r>
        <w:br/>
      </w:r>
      <w:r>
        <w:rPr>
          <w:sz w:val="20"/>
        </w:rPr>
        <w:t>1:16:44  agar is ko kuch aap parhna chahein is mozu par kisi ko to ek do kitab mein naam loon ga aap ko. ek hai allama albani ki kitab "hijab ul mar'at ul muslimah".</w:t>
      </w:r>
      <w:r>
        <w:br/>
      </w:r>
      <w:r>
        <w:rPr>
          <w:sz w:val="20"/>
        </w:rPr>
        <w:t>1:16:58  allama naseer ud din albani ki kitab hai "hijab ul mar'at ul muslimah" arabi mein.</w:t>
      </w:r>
      <w:r>
        <w:br/>
      </w:r>
      <w:r>
        <w:rPr>
          <w:sz w:val="20"/>
        </w:rPr>
        <w:t>1:17:03  doosri kitab khud meri kitab hai, woh hai "khawateen islam" aur do kitabein hain "khawateen islam" aur "aurat memar e insaniyat".</w:t>
      </w:r>
    </w:p>
    <w:p>
      <w:pPr>
        <w:pStyle w:val="Heading2"/>
      </w:pPr>
      <w:r>
        <w:t>View on Nawaz Sharif attending Modi oath</w:t>
      </w:r>
    </w:p>
    <w:p>
      <w:r>
        <w:rPr>
          <w:color w:val="666666"/>
          <w:sz w:val="18"/>
        </w:rPr>
        <w:t>Society &amp; Dawah · Age of Democracy May 25, 2014 · 57s · at 1:09:15 · https://youtu.be/pyZy1-EhW1Q?t=4155</w:t>
      </w:r>
    </w:p>
    <w:p>
      <w:r>
        <w:rPr>
          <w:i/>
        </w:rPr>
        <w:t>“As you know, yesterday Pakistan Prime Minister Mr. Nawaz Sharif accepted the invitation for the oath ceremony of the new Indian Prime Minister Mr. Narendra Modi. What is your view on this new development?”</w:t>
      </w:r>
    </w:p>
    <w:p>
      <w:r>
        <w:rPr>
          <w:sz w:val="20"/>
        </w:rPr>
        <w:t>1:09:15  maulana, agla sawal kya hai muhammad faisal sahab ne pakistan se</w:t>
      </w:r>
      <w:r>
        <w:br/>
      </w:r>
      <w:r>
        <w:rPr>
          <w:sz w:val="20"/>
        </w:rPr>
        <w:t>1:09:20  unhone likha hai: "maulana, as you know that yesterday pakistan prime minister mr nawaz sharif has accepted the invitation for the oath ceremony of the new indian prime minister mr narendra modi.</w:t>
      </w:r>
      <w:r>
        <w:br/>
      </w:r>
      <w:r>
        <w:rPr>
          <w:sz w:val="20"/>
        </w:rPr>
        <w:t>1:09:37  maulana, i want to know what is your view on this new development?" bhai, yeh to dono neighbouring country hain aur isi country hain.</w:t>
      </w:r>
      <w:r>
        <w:br/>
      </w:r>
      <w:r>
        <w:rPr>
          <w:sz w:val="20"/>
        </w:rPr>
        <w:t>1:09:49  aapas mein achhe taluqat hone hi chahiye. is mein sochna kya hai? yani india aur pakistan jab dono parosi mulk hain to achhe taluqat hone hi chahiye in mein.</w:t>
      </w:r>
      <w:r>
        <w:br/>
      </w:r>
      <w:r>
        <w:rPr>
          <w:sz w:val="20"/>
        </w:rPr>
        <w:t>1:10:02  yeh to koi is mein koi do ra'ay ho nahi sakti hai. main sochta hoon ke achhi baat hai yeh.</w:t>
      </w:r>
    </w:p>
    <w:p>
      <w:pPr>
        <w:pStyle w:val="Heading2"/>
      </w:pPr>
      <w:r>
        <w:t>Volunteering and personal mission inquiry</w:t>
      </w:r>
    </w:p>
    <w:p>
      <w:r>
        <w:rPr>
          <w:color w:val="666666"/>
          <w:sz w:val="18"/>
        </w:rPr>
        <w:t>Society &amp; Dawah · Realization of God May 07, 2017 Maulana Wahiduddin Khan · 1m 57s · at 52:59 · https://youtu.be/sXmJShRfWKs?t=3179</w:t>
      </w:r>
    </w:p>
    <w:p>
      <w:r>
        <w:rPr>
          <w:i/>
        </w:rPr>
        <w:t>“I am Ansa from Islamabad Pakistan. I also volunteered for National Book Foundation. I loved it and I will inshaAllah take it as a mission. My question is that I feel...”</w:t>
      </w:r>
    </w:p>
    <w:p>
      <w:r>
        <w:rPr>
          <w:sz w:val="20"/>
        </w:rPr>
        <w:t>52:59  maulana agla sawal bheja hai miss ansa choudhry ne pakistan se unhon ne likha hai maulana sahib i</w:t>
      </w:r>
      <w:r>
        <w:br/>
      </w:r>
      <w:r>
        <w:rPr>
          <w:sz w:val="20"/>
        </w:rPr>
        <w:t>53:07  am ansa from islamabad pakistan i also volunteered for national book foundation</w:t>
      </w:r>
      <w:r>
        <w:br/>
      </w:r>
      <w:r>
        <w:rPr>
          <w:sz w:val="20"/>
        </w:rPr>
        <w:t>53:14  i loved it and i will inshallah take it as a mission my question is that i feel</w:t>
      </w:r>
      <w:r>
        <w:br/>
      </w:r>
      <w:r>
        <w:rPr>
          <w:sz w:val="20"/>
        </w:rPr>
        <w:t>53:19  difficulty in tafakkur and tadabbur</w:t>
      </w:r>
      <w:r>
        <w:br/>
      </w:r>
      <w:r>
        <w:rPr>
          <w:sz w:val="20"/>
        </w:rPr>
        <w:t>53:23  kindly guide me how can i improve myself</w:t>
      </w:r>
      <w:r>
        <w:br/>
      </w:r>
      <w:r>
        <w:rPr>
          <w:sz w:val="20"/>
        </w:rPr>
        <w:t>53:30  bas apne ko distraction se bachaiye</w:t>
      </w:r>
      <w:r>
        <w:br/>
      </w:r>
      <w:r>
        <w:rPr>
          <w:sz w:val="20"/>
        </w:rPr>
        <w:t>53:34  sab se aasan cheez hai tafakkur</w:t>
      </w:r>
      <w:r>
        <w:br/>
      </w:r>
      <w:r>
        <w:rPr>
          <w:sz w:val="20"/>
        </w:rPr>
        <w:t>53:37  lekin agar aap ne distraction jeeta ho bachon mein ghar mein fashion mein kapde mein khane mein doston</w:t>
      </w:r>
      <w:r>
        <w:br/>
      </w:r>
      <w:r>
        <w:rPr>
          <w:sz w:val="20"/>
        </w:rPr>
        <w:t>53:45  mein that is distraction to mushkil hogi is ko to agar aap chahte hain tafakkur ek ibadat hai</w:t>
      </w:r>
      <w:r>
        <w:br/>
      </w:r>
      <w:r>
        <w:rPr>
          <w:sz w:val="20"/>
        </w:rPr>
        <w:t>53:55  ibadat tafakkur ki ibadat mein jeena to apne ko distraction se bachaiye</w:t>
      </w:r>
      <w:r>
        <w:br/>
      </w:r>
      <w:r>
        <w:rPr>
          <w:sz w:val="20"/>
        </w:rPr>
        <w:t>54:03  apna focus badliye focus</w:t>
      </w:r>
      <w:r>
        <w:br/>
      </w:r>
      <w:r>
        <w:rPr>
          <w:sz w:val="20"/>
        </w:rPr>
        <w:t>54:06  aur koi is mein doosra raaz nahi hai</w:t>
      </w:r>
      <w:r>
        <w:br/>
      </w:r>
      <w:r>
        <w:rPr>
          <w:sz w:val="20"/>
        </w:rPr>
        <w:t>54:10  srinagar se aa muhammad saleem mir sahib ne sawal kiya hai unhon</w:t>
      </w:r>
      <w:r>
        <w:br/>
      </w:r>
      <w:r>
        <w:rPr>
          <w:sz w:val="20"/>
        </w:rPr>
        <w:t>54:15  unhone unhone aap se poocha hai ke can we consider sayings of companions as the indirect sayings of profit which we must follow in our life</w:t>
      </w:r>
      <w:r>
        <w:br/>
      </w:r>
      <w:r>
        <w:rPr>
          <w:sz w:val="20"/>
        </w:rPr>
        <w:t>54:27  kindly guide us in this regard yeh hamesha nahi hota kuch un ki apni baatein bhi hoti hain</w:t>
      </w:r>
      <w:r>
        <w:br/>
      </w:r>
      <w:r>
        <w:rPr>
          <w:sz w:val="20"/>
        </w:rPr>
        <w:t>54:33  aap ko study kar ke jaan na padega ke bohat si baatein wahi hoti hain ke jo</w:t>
      </w:r>
      <w:r>
        <w:br/>
      </w:r>
      <w:r>
        <w:rPr>
          <w:sz w:val="20"/>
        </w:rPr>
        <w:t>54:40  hoti hain rasool Allah ki lekin is darr se ke kahin hum pakad mein na aa jayein to</w:t>
      </w:r>
      <w:r>
        <w:br/>
      </w:r>
      <w:r>
        <w:rPr>
          <w:sz w:val="20"/>
        </w:rPr>
        <w:t>54:46  is ko keh dete hain general andaaz mein apni aql ko apply kar ke aap jaan sakte hain</w:t>
      </w:r>
      <w:r>
        <w:br/>
      </w:r>
      <w:r>
        <w:rPr>
          <w:sz w:val="20"/>
        </w:rPr>
        <w:t>54:53  is maamle ko</w:t>
      </w:r>
    </w:p>
    <w:p>
      <w:pPr>
        <w:pStyle w:val="Heading2"/>
      </w:pPr>
      <w:r>
        <w:t>Wahhabism, Iran revolution and role of Ijtihad</w:t>
      </w:r>
    </w:p>
    <w:p>
      <w:r>
        <w:rPr>
          <w:color w:val="666666"/>
          <w:sz w:val="18"/>
        </w:rPr>
        <w:t>Society &amp; Dawah · Living in a New Age | March 26, 2017 · 1m 00s · at 59:02 · https://youtu.be/iST0AxQscKo?t=3542</w:t>
      </w:r>
    </w:p>
    <w:p>
      <w:r>
        <w:rPr>
          <w:i/>
        </w:rPr>
        <w:t>“Do you think the political Islam that is Wahhabism and Islamic revolution of Iran is responsible for the tension within Muslim world? What is the role of Ijtihad in promoting peace?”</w:t>
      </w:r>
    </w:p>
    <w:p>
      <w:r>
        <w:rPr>
          <w:sz w:val="20"/>
        </w:rPr>
        <w:t>59:02  Maulana agla sawal Delhi se bheja hai Miss Khair un Nisa ne.</w:t>
      </w:r>
      <w:r>
        <w:br/>
      </w:r>
      <w:r>
        <w:rPr>
          <w:sz w:val="20"/>
        </w:rPr>
        <w:t>59:08  انہوں نے لکھا ہے کہ do you think the political Islam that is Wahhabism and Islamic revolution of</w:t>
      </w:r>
      <w:r>
        <w:br/>
      </w:r>
      <w:r>
        <w:rPr>
          <w:sz w:val="20"/>
        </w:rPr>
        <w:t>59:14  Iran is responsible for the tension within Muslim world? What is the role of ijtihad in promoting peace?</w:t>
      </w:r>
      <w:r>
        <w:br/>
      </w:r>
      <w:r>
        <w:rPr>
          <w:sz w:val="20"/>
        </w:rPr>
        <w:t>59:20  Yeh baat to sahi hai ke jo political list is ko kehte hain political Islam woh politicization of Islam hai.</w:t>
      </w:r>
      <w:r>
        <w:br/>
      </w:r>
      <w:r>
        <w:rPr>
          <w:sz w:val="20"/>
        </w:rPr>
        <w:t>59:25  Political Islam is a thing.</w:t>
      </w:r>
      <w:r>
        <w:br/>
      </w:r>
      <w:r>
        <w:rPr>
          <w:sz w:val="20"/>
        </w:rPr>
        <w:t>59:29  Kuch logon ne politicize kar rakha hai Islam ko.</w:t>
      </w:r>
      <w:r>
        <w:br/>
      </w:r>
      <w:r>
        <w:rPr>
          <w:sz w:val="20"/>
        </w:rPr>
        <w:t>59:33  To bidat hai woh.</w:t>
      </w:r>
      <w:r>
        <w:br/>
      </w:r>
      <w:r>
        <w:rPr>
          <w:sz w:val="20"/>
        </w:rPr>
        <w:t>59:38  To bidat se kabhi acha nikal nahi sakta.</w:t>
      </w:r>
      <w:r>
        <w:br/>
      </w:r>
      <w:r>
        <w:rPr>
          <w:sz w:val="20"/>
        </w:rPr>
        <w:t>59:42  To yahan pe ijtihad ka matlab yeh hai ke Islam ko rediscover kiya jaye.</w:t>
      </w:r>
      <w:r>
        <w:br/>
      </w:r>
      <w:r>
        <w:rPr>
          <w:sz w:val="20"/>
        </w:rPr>
        <w:t>59:46  Ijtihad ka role jo yahan par hai woh</w:t>
      </w:r>
      <w:r>
        <w:br/>
      </w:r>
      <w:r>
        <w:rPr>
          <w:sz w:val="20"/>
        </w:rPr>
        <w:t>59:51  Yeh hai ke Islam ko deep politicize kiya jaye jaisa ke hai woh.</w:t>
      </w:r>
      <w:r>
        <w:br/>
      </w:r>
      <w:r>
        <w:rPr>
          <w:sz w:val="20"/>
        </w:rPr>
        <w:t>59:57  Main samajhta hoon ke is waqt ijtihad ka sab se bara kaam yahi hai.</w:t>
      </w:r>
    </w:p>
    <w:p>
      <w:pPr>
        <w:pStyle w:val="Heading2"/>
      </w:pPr>
      <w:r>
        <w:t>Was Bin Laden's act wise and heroic?</w:t>
      </w:r>
    </w:p>
    <w:p>
      <w:r>
        <w:rPr>
          <w:color w:val="666666"/>
          <w:sz w:val="18"/>
        </w:rPr>
        <w:t>Society &amp; Dawah · The Importance of Wisdom November 4, 2012 · 1m 01s · at 1:10:33 · https://youtu.be/7e6FvqRSHic?t=4233</w:t>
      </w:r>
    </w:p>
    <w:p>
      <w:r>
        <w:rPr>
          <w:i/>
        </w:rPr>
        <w:t>“Was Bin Laden's act of bringing down the Twin Towers an act of wisdom and a break in history? Was he a hero?”</w:t>
      </w:r>
    </w:p>
    <w:p>
      <w:r>
        <w:rPr>
          <w:sz w:val="20"/>
        </w:rPr>
        <w:t>1:10:33  to aap apne ko involve kijiye to phir aap ko aisi shikayat nahi hogi phir bhi agar aap is hawale mein nahi nahi aap ko baat karna hai to jo hamare log jo zimmedar hain mislan mr latif hain mr rajat hain un logon se aap baat kar lijiye woh batayenge aap ko mazeed baat maulana agla sawal dilli se hai miss nasreen ka unhon</w:t>
      </w:r>
      <w:r>
        <w:br/>
      </w:r>
      <w:r>
        <w:rPr>
          <w:sz w:val="20"/>
        </w:rPr>
        <w:t>1:10:59  ne aapse poocha hai was bin laden an act of bringing down the twin towers and an act of wisdom or break in history was he a hero is par aap kya kahenge</w:t>
      </w:r>
      <w:r>
        <w:br/>
      </w:r>
      <w:r>
        <w:rPr>
          <w:sz w:val="20"/>
        </w:rPr>
        <w:t>1:11:15  mein samajhta hoon ke ek stupid harkat thi woh is ka wisdom se kehte hain log is tarah se kahein duniya mein koi kaam hai abhi milti hai i building ko tod dein to kya ho jayega</w:t>
      </w:r>
      <w:r>
        <w:br/>
      </w:r>
      <w:r>
        <w:rPr>
          <w:sz w:val="20"/>
        </w:rPr>
        <w:t>1:11:26  islam ki islam ka dabdaba duniya mein qaim ho jayega</w:t>
      </w:r>
    </w:p>
    <w:p>
      <w:pPr>
        <w:pStyle w:val="Heading2"/>
      </w:pPr>
      <w:r>
        <w:t>Was the Khilafat movement un-Islamic?</w:t>
      </w:r>
    </w:p>
    <w:p>
      <w:r>
        <w:rPr>
          <w:color w:val="666666"/>
          <w:sz w:val="18"/>
        </w:rPr>
        <w:t>Society &amp; Dawah · Q&amp;A 13 Nov 2011 · 1m 22s · at 23:04 · https://youtu.be/oOZ9h37_pL8?t=1384</w:t>
      </w:r>
    </w:p>
    <w:p>
      <w:r>
        <w:rPr>
          <w:i/>
        </w:rPr>
        <w:t>“The Khilafat movement started by Shaukat Ali and Muhammad Ali Jauhar was based on a wrong foundation, and every such movement is un-Islamic. Please comment.”</w:t>
      </w:r>
    </w:p>
    <w:p>
      <w:r>
        <w:rPr>
          <w:sz w:val="20"/>
        </w:rPr>
        <w:t>23:04  maulana agla sawal aya hai mr amir bin yousaf ka pakistan se. unhon ne likha hai maulana shaukat ali aur muhammad ali johar ne jo tehreek khilafat shuru ki thi woh is ka matlab hai ke ghalat base par thi aur is tarah ki har tehreek un islamic hai.</w:t>
      </w:r>
      <w:r>
        <w:br/>
      </w:r>
      <w:r>
        <w:rPr>
          <w:sz w:val="20"/>
        </w:rPr>
        <w:t>23:23  is ke bare mein maulana woh chahte hain aap kuch kahein.</w:t>
      </w:r>
      <w:r>
        <w:br/>
      </w:r>
      <w:r>
        <w:rPr>
          <w:sz w:val="20"/>
        </w:rPr>
        <w:t>23:28  ghalat ka matlab hai ke be nateeja. ek to ghalat ka matlab hota hai ke sharab ghalat cheez hai, khinzir ghalat cheez hai.</w:t>
      </w:r>
      <w:r>
        <w:br/>
      </w:r>
      <w:r>
        <w:rPr>
          <w:sz w:val="20"/>
        </w:rPr>
        <w:t>23:38  woh ek alag ghalat ka mafhoom hota hai. lekin tehreek ke bare mein main kahoon ga ke be nateeja tehreekein theen yeh. kuch is ka ballah nahi tha is par khamkhwah nare laga rahe hain khilafat ke.</w:t>
      </w:r>
      <w:r>
        <w:br/>
      </w:r>
      <w:r>
        <w:rPr>
          <w:sz w:val="20"/>
        </w:rPr>
        <w:t>23:52  to</w:t>
      </w:r>
      <w:r>
        <w:br/>
      </w:r>
      <w:r>
        <w:rPr>
          <w:sz w:val="20"/>
        </w:rPr>
        <w:t>23:56  insani zindagi mein, samai zindagi mein woh kaam karna chahiye jis mein koi nateeja nikle, result oriented action. to main sirf yeh kehta hoon ke woh result oriented tareeqa nahi thi.</w:t>
      </w:r>
      <w:r>
        <w:br/>
      </w:r>
      <w:r>
        <w:rPr>
          <w:sz w:val="20"/>
        </w:rPr>
        <w:t>24:08  woh jazbati tareeqe theen. taqreerein, jalsay, jaloos, hangami kya hua qissa khatam. main sirf yahi kehta hoon agar meri tehreeron ko le kar unhon ne aisa kaha ho to main sirf yeh kehta hoon ke yeh tehreekein result oriented nahi theen.</w:t>
      </w:r>
    </w:p>
    <w:p>
      <w:pPr>
        <w:pStyle w:val="Heading2"/>
      </w:pPr>
      <w:r>
        <w:t>Were Muslims responsible for 9/11?</w:t>
      </w:r>
    </w:p>
    <w:p>
      <w:r>
        <w:rPr>
          <w:color w:val="666666"/>
          <w:sz w:val="18"/>
        </w:rPr>
        <w:t>Society &amp; Dawah · Revival of Muslim Ummah, February 4, 2013 · 58s · at 1:01:54 · https://youtu.be/xB3MfWhLHoM?t=3714</w:t>
      </w:r>
    </w:p>
    <w:p>
      <w:r>
        <w:rPr>
          <w:i/>
        </w:rPr>
        <w:t>“Is it a proven fact that Muslims destroyed the World Trade Center?”</w:t>
      </w:r>
    </w:p>
    <w:p>
      <w:r>
        <w:rPr>
          <w:sz w:val="20"/>
        </w:rPr>
        <w:t>1:01:54  Maulana, agla sawal Saudi Arab se hai Abu Hassan Umri sahib ka</w:t>
      </w:r>
      <w:r>
        <w:br/>
      </w:r>
      <w:r>
        <w:rPr>
          <w:sz w:val="20"/>
        </w:rPr>
        <w:t>1:01:59  . unhon ne likha hai: "Kya yeh sabit shuda haqeeqat hai ke musalmanon ne hi World Trade Center ko destroy kiya tha?" Is ke baray mein batayein.</w:t>
      </w:r>
      <w:r>
        <w:br/>
      </w:r>
      <w:r>
        <w:rPr>
          <w:sz w:val="20"/>
        </w:rPr>
        <w:t>1:02:10  yeh sabit ho chuka hai. ab yeh sawal karna hi ghair sabit shuda sawal hai.</w:t>
      </w:r>
      <w:r>
        <w:br/>
      </w:r>
      <w:r>
        <w:rPr>
          <w:sz w:val="20"/>
        </w:rPr>
        <w:t>1:02:15  yani kab tak aap musalman is mein phanse rahenge ke doosron pe blame dalna, doosron pe blame dalna? yeh kab tak mashgool rahenge? is mein yeh to sabit ho chuka hai.</w:t>
      </w:r>
      <w:r>
        <w:br/>
      </w:r>
      <w:r>
        <w:rPr>
          <w:sz w:val="20"/>
        </w:rPr>
        <w:t>1:02:24  kab ka? main nahi samajhta ke is mein koi is is chapter ko dobara kholne ki zaroorat hai. apni ghalti ko man'ne ka waqt aya hai, na ke is mein dobara question karne ka.</w:t>
      </w:r>
      <w:r>
        <w:br/>
      </w:r>
      <w:r>
        <w:rPr>
          <w:sz w:val="20"/>
        </w:rPr>
        <w:t>1:02:38  main yahi manta hoon ke yeh musalmanon ne kiya tha aur musalman ka ek mizaj yeh hai ke woh apne upar ghalti, apne upar blame na aaye. har mamle mein, isi mamle mein nahi, kisi bhi tarah se blame apne upar na aaye, doosre pe chala jaye.</w:t>
      </w:r>
    </w:p>
    <w:p>
      <w:pPr>
        <w:pStyle w:val="Heading2"/>
      </w:pPr>
      <w:r>
        <w:t>West's cultural influence vs Islamic way of life</w:t>
      </w:r>
    </w:p>
    <w:p>
      <w:r>
        <w:rPr>
          <w:color w:val="666666"/>
          <w:sz w:val="18"/>
        </w:rPr>
        <w:t>Society &amp; Dawah · Revival of Muslims March 08, 2015 · 51s · at 1:06:02 · https://youtu.be/8ShFcr8YozI?t=3962</w:t>
      </w:r>
    </w:p>
    <w:p>
      <w:r>
        <w:rPr>
          <w:i/>
        </w:rPr>
        <w:t>“How do you see the West's cultural influence in contrast to Islamic way of life?”</w:t>
      </w:r>
    </w:p>
    <w:p>
      <w:r>
        <w:rPr>
          <w:sz w:val="20"/>
        </w:rPr>
        <w:t>1:06:02  Maulana, agla sawal Delhi se hai Iqbal Rasool Sahab ka aur unhon ne aapse poocha hai ke How do you see the West's cultural influence in contrast to Islamic way of life?</w:t>
      </w:r>
      <w:r>
        <w:br/>
      </w:r>
      <w:r>
        <w:rPr>
          <w:sz w:val="20"/>
        </w:rPr>
        <w:t>1:06:17  Cultural influence to har jagah hota hai. Western ko kyun kehte hain aap? khud Musalmanon mein to mukhtalif culture hai. aap jayen Africa mein to wahan ke Musalmanon ka culture bilkul alag hoga.</w:t>
      </w:r>
      <w:r>
        <w:br/>
      </w:r>
      <w:r>
        <w:rPr>
          <w:sz w:val="20"/>
        </w:rPr>
        <w:t>1:06:30  aap roos se jayen to wahan ke Musalmanon ka culture alag hoga. to cultural differences to hote hi hote hain. is ka taluq Islam se nahin hai. Cultural difference par aap Islam ko mat janchiye kisi ko.</w:t>
      </w:r>
      <w:r>
        <w:br/>
      </w:r>
      <w:r>
        <w:rPr>
          <w:sz w:val="20"/>
        </w:rPr>
        <w:t>1:06:44  aap is ke aqeeday par, is ke character par janchiye.</w:t>
      </w:r>
    </w:p>
    <w:p>
      <w:pPr>
        <w:pStyle w:val="Heading2"/>
      </w:pPr>
      <w:r>
        <w:t>What else to do besides Quran distribution?</w:t>
      </w:r>
    </w:p>
    <w:p>
      <w:r>
        <w:rPr>
          <w:color w:val="666666"/>
          <w:sz w:val="18"/>
        </w:rPr>
        <w:t>Society &amp; Dawah · Mission of Tajdeed (Revival of Islam) September 15, 2019 Maulana Wahiduddin Khan · 1m 34s · at 35:21 · https://youtu.be/jGfoAffJ4-8?t=2121</w:t>
      </w:r>
    </w:p>
    <w:p>
      <w:r>
        <w:rPr>
          <w:i/>
        </w:rPr>
        <w:t>“People generally confine themselves only to Quran distribution when they engage themselves in Dawah work. Maulana, my question is that what else comes in Dawah work besides Quran distribution?”</w:t>
      </w:r>
    </w:p>
    <w:p>
      <w:r>
        <w:rPr>
          <w:sz w:val="20"/>
        </w:rPr>
        <w:t>35:21  . The main aim of a good Muslim should be to rectify these things." Thank you Maulana. Sahi, sahi baat hai. Maulana, agla sawal lete hain.</w:t>
      </w:r>
      <w:r>
        <w:br/>
      </w:r>
      <w:r>
        <w:rPr>
          <w:sz w:val="20"/>
        </w:rPr>
        <w:t>35:34  yeh bheja hai Aamir Mori sahib ne Goa se. Unhon ne likha hai: "Maulana sahib, people generally confine themselves only to Quran distribution when they engage themselves in da'wah work.</w:t>
      </w:r>
      <w:r>
        <w:br/>
      </w:r>
      <w:r>
        <w:rPr>
          <w:sz w:val="20"/>
        </w:rPr>
        <w:t>35:53  Maulana sahib, my question is that what else comes in da'wah work besides Quran distribution?</w:t>
      </w:r>
      <w:r>
        <w:br/>
      </w:r>
      <w:r>
        <w:rPr>
          <w:sz w:val="20"/>
        </w:rPr>
        <w:t>36:00  Kindly guide all of us about the larger scope of da'wah work." Bhai, dono kaam ek doosre se interlinked hain.</w:t>
      </w:r>
      <w:r>
        <w:br/>
      </w:r>
      <w:r>
        <w:rPr>
          <w:sz w:val="20"/>
        </w:rPr>
        <w:t>36:10  dono ka talluq ek doosre se bohat gehra hai. Aisa nahi ke woh alag hai, woh alag hai. Alag, alag nahi hai.</w:t>
      </w:r>
      <w:r>
        <w:br/>
      </w:r>
      <w:r>
        <w:rPr>
          <w:sz w:val="20"/>
        </w:rPr>
        <w:t>36:23  dekhiye, jab aap distribute karenge to dialogue shuru ho jayega.</w:t>
      </w:r>
      <w:r>
        <w:br/>
      </w:r>
      <w:r>
        <w:rPr>
          <w:sz w:val="20"/>
        </w:rPr>
        <w:t>36:30  to daawa un ke question ko aap answer karenge to daawa</w:t>
      </w:r>
      <w:r>
        <w:br/>
      </w:r>
      <w:r>
        <w:rPr>
          <w:sz w:val="20"/>
        </w:rPr>
        <w:t>36:40  to main dono ko alag alag kar ke nahi dekhta, dono ko ek doosre ka</w:t>
      </w:r>
      <w:r>
        <w:br/>
      </w:r>
      <w:r>
        <w:rPr>
          <w:sz w:val="20"/>
        </w:rPr>
        <w:t>36:46  part samajhta hoon.</w:t>
      </w:r>
    </w:p>
    <w:p>
      <w:pPr>
        <w:pStyle w:val="Heading2"/>
      </w:pPr>
      <w:r>
        <w:t>What is Allah's requirement in this era</w:t>
      </w:r>
    </w:p>
    <w:p>
      <w:r>
        <w:rPr>
          <w:color w:val="666666"/>
          <w:sz w:val="18"/>
        </w:rPr>
        <w:t>Society &amp; Dawah · Dars-e-Quran, Chapter 2, Verse 79 June 24, 2018 · 1m 23s · at 53:45 · https://youtu.be/7OeNcHSoPp0?t=3225</w:t>
      </w:r>
    </w:p>
    <w:p>
      <w:r>
        <w:rPr>
          <w:i/>
        </w:rPr>
        <w:t>“What is today's replanning? What does Allah want in this era? Please clarify.”</w:t>
      </w:r>
    </w:p>
    <w:p>
      <w:r>
        <w:rPr>
          <w:sz w:val="20"/>
        </w:rPr>
        <w:t>53:45  maulana, agla sawal chennai se bheja hai maulana iqbal umri ne, aur unhone likha hai: "maulana, aaj ki replanning kya hai?</w:t>
      </w:r>
      <w:r>
        <w:br/>
      </w:r>
      <w:r>
        <w:rPr>
          <w:sz w:val="20"/>
        </w:rPr>
        <w:t>53:57  allah taala ka matloob is daur mein kya hai? is ko wazeh karein."</w:t>
      </w:r>
      <w:r>
        <w:br/>
      </w:r>
      <w:r>
        <w:rPr>
          <w:sz w:val="20"/>
        </w:rPr>
        <w:t>54:08  mein toh samajhta hoon ke agar aap daur ko le ke sochein toh woh toh hai ke allah ne dawat ke raaste khol diye hain.</w:t>
      </w:r>
      <w:r>
        <w:br/>
      </w:r>
      <w:r>
        <w:rPr>
          <w:sz w:val="20"/>
        </w:rPr>
        <w:t>54:18  dawat ke liye pehle raaste band thay. waise ek zamana tha ke jab ke printing press nahi tha toh aap chhap kar ke koi material phaila nahi sakte thay.</w:t>
      </w:r>
      <w:r>
        <w:br/>
      </w:r>
      <w:r>
        <w:rPr>
          <w:sz w:val="20"/>
        </w:rPr>
        <w:t>54:32  modern communication nahi tha. har jagah aap ko apni pahunch chalna parta tha. pehle zamane mein opinions nahi thay. pehle zamane mein leges persecution tha.</w:t>
      </w:r>
      <w:r>
        <w:br/>
      </w:r>
      <w:r>
        <w:rPr>
          <w:sz w:val="20"/>
        </w:rPr>
        <w:t>54:46  toh saare jo halaat hain, un ko allah ne mawafeq bana diya. mawafeq!</w:t>
      </w:r>
      <w:r>
        <w:br/>
      </w:r>
      <w:r>
        <w:rPr>
          <w:sz w:val="20"/>
        </w:rPr>
        <w:t>54:53  toh ab toh sirf yeh karna hai ke negative thinking ko hamesha ke liye bari kar dein. bari! aur positive soch ke sath dawat ki planning kijiye.</w:t>
      </w:r>
      <w:r>
        <w:br/>
      </w:r>
      <w:r>
        <w:rPr>
          <w:sz w:val="20"/>
        </w:rPr>
        <w:t>55:05  bas!</w:t>
      </w:r>
    </w:p>
    <w:p>
      <w:pPr>
        <w:pStyle w:val="Heading2"/>
      </w:pPr>
      <w:r>
        <w:t>What is peaceful protest in Islam?</w:t>
      </w:r>
    </w:p>
    <w:p>
      <w:r>
        <w:rPr>
          <w:color w:val="666666"/>
          <w:sz w:val="18"/>
        </w:rPr>
        <w:t>Society &amp; Dawah · Freedom of Expression in Islam 30 Sept 2012 - Maulana Wahiduddin Khan · 54s · at 1:19:28 · https://youtu.be/WLlXSyxX8Q4?t=4768</w:t>
      </w:r>
    </w:p>
    <w:p>
      <w:r>
        <w:rPr>
          <w:i/>
        </w:rPr>
        <w:t>“What is peaceful protest? Some people consider it a big thing.”</w:t>
      </w:r>
    </w:p>
    <w:p>
      <w:r>
        <w:rPr>
          <w:sz w:val="20"/>
        </w:rPr>
        <w:t>1:19:28  Maulana, agla sawal Tamil Nadu se hai Maulana Iqbal Umri sahab ka. unhon ne aap se poocha hai ke "amanat ejtijah kya hota hai?</w:t>
      </w:r>
      <w:r>
        <w:br/>
      </w:r>
      <w:r>
        <w:rPr>
          <w:sz w:val="20"/>
        </w:rPr>
        <w:t>1:19:38  chand log is ko bari baat samajhte hain." is ke baray mein bataein. ejtijah chahe amanat ho ya ghair amanat, Islam mein hai hi nahi.</w:t>
      </w:r>
      <w:r>
        <w:br/>
      </w:r>
      <w:r>
        <w:rPr>
          <w:sz w:val="20"/>
        </w:rPr>
        <w:t>1:19:47  ejtijah ka concept Islam mein hai hi nahi. amanat ho ya partashaddud, dono halaton mein woh ghair Islami hai. is ka saboot yeh hai ke Rasool Allah ke zamane mein Kaaba mein, jo ke sab se muqaddas masjid hai, goya is mein kai so ki tadad mein but rakhe hue thay.</w:t>
      </w:r>
      <w:r>
        <w:br/>
      </w:r>
      <w:r>
        <w:rPr>
          <w:sz w:val="20"/>
        </w:rPr>
        <w:t>1:20:09  but ke Rasool Allah ne kabhi protest nahi kiya, kabhi ejtijah nahi kiya.</w:t>
      </w:r>
      <w:r>
        <w:br/>
      </w:r>
      <w:r>
        <w:rPr>
          <w:sz w:val="20"/>
        </w:rPr>
        <w:t>1:20:13  koi saboot is baat ka nahi hai ke Rasool Allah ne Sahaba ko le kar ke wahan koi protest kiya ho. yeh toh bilkul Islam se koi bhi ta'alluq nahi hai.</w:t>
      </w:r>
    </w:p>
    <w:p>
      <w:pPr>
        <w:pStyle w:val="Heading2"/>
      </w:pPr>
      <w:r>
        <w:t>What sacrifice needed for derailment mission?</w:t>
      </w:r>
    </w:p>
    <w:p>
      <w:r>
        <w:rPr>
          <w:color w:val="666666"/>
          <w:sz w:val="18"/>
        </w:rPr>
        <w:t>Society &amp; Dawah · Mission of Tajdeed (Revival of Islam) September 15, 2019 Maulana Wahiduddin Khan · 1m 21s · at 49:44 · https://youtu.be/jGfoAffJ4-8?t=2984</w:t>
      </w:r>
    </w:p>
    <w:p>
      <w:r>
        <w:rPr>
          <w:i/>
        </w:rPr>
        <w:t>“What sacrifice does an individual have to give in this mission to bring the derailment back on track? Tell about it.”</w:t>
      </w:r>
    </w:p>
    <w:p>
      <w:r>
        <w:rPr>
          <w:sz w:val="20"/>
        </w:rPr>
        <w:t>49:44  molana, agla sawal bhi mumbai se hai. mehboob bhai ne kiya hai. unhone aap se poocha hai ke ah derailment ko track pe lane wale is mission mein ek individual ko kya sacrifice dena hoga?</w:t>
      </w:r>
      <w:r>
        <w:br/>
      </w:r>
      <w:r>
        <w:rPr>
          <w:sz w:val="20"/>
        </w:rPr>
        <w:t>50:00  is ke bare mein batayein. koi sacrifice ki baat hi nahi hai. role play karne ki baat hai. aap khud padhiye aur khoob logon ko bataiye.</w:t>
      </w:r>
      <w:r>
        <w:br/>
      </w:r>
      <w:r>
        <w:rPr>
          <w:sz w:val="20"/>
        </w:rPr>
        <w:t>50:12  jo literature hai, us ko khoob phailaiye. bas koi sacrifice ki baat hi nahi hai.</w:t>
      </w:r>
      <w:r>
        <w:br/>
      </w:r>
      <w:r>
        <w:rPr>
          <w:sz w:val="20"/>
        </w:rPr>
        <w:t>50:23  literature ko phailaiye. bas.</w:t>
      </w:r>
      <w:r>
        <w:br/>
      </w:r>
      <w:r>
        <w:rPr>
          <w:sz w:val="20"/>
        </w:rPr>
        <w:t>50:31  molana asrar, molana asrar khateeb sahab ne chennai se likha hai: "aap ki kitab 'tajdeed deen' mein aap ne poori tarah wazeh kiya hai ke ummat ne kahan derailment kiya aur is ko kaise patri par la sakte hain.</w:t>
      </w:r>
      <w:r>
        <w:br/>
      </w:r>
      <w:r>
        <w:rPr>
          <w:sz w:val="20"/>
        </w:rPr>
        <w:t>50:49  aur bilkhusoos aap ne is kitab ke introduction mein jo das baatein, das baatein hain, is ko mein bar bar padhta hoon aur apni fikr ki tajdeed karta rehta hoon." mashallah, mashallah.</w:t>
      </w:r>
    </w:p>
    <w:p>
      <w:pPr>
        <w:pStyle w:val="Heading2"/>
      </w:pPr>
      <w:r>
        <w:t>What stops a person or community rethinking after warning</w:t>
      </w:r>
    </w:p>
    <w:p>
      <w:r>
        <w:rPr>
          <w:color w:val="666666"/>
          <w:sz w:val="18"/>
        </w:rPr>
        <w:t>Society &amp; Dawah · Natural Warning April 17, 2016 · 1m 13s · at 43:42 · https://youtu.be/fSNOpwgzcss?t=2622</w:t>
      </w:r>
    </w:p>
    <w:p>
      <w:r>
        <w:rPr>
          <w:i/>
        </w:rPr>
        <w:t>“After warning, what stops a person or a community from rethinking? Please explain about this.”</w:t>
      </w:r>
    </w:p>
    <w:p>
      <w:r>
        <w:rPr>
          <w:sz w:val="20"/>
        </w:rPr>
        <w:t>43:42  maulana, pehla sawal delhi se aaya hai Miss Nagma Siddiqui ka aur unhone aapse poocha hai ke after warning, what stops a person or a community from rethink</w:t>
      </w:r>
      <w:r>
        <w:br/>
      </w:r>
      <w:r>
        <w:rPr>
          <w:sz w:val="20"/>
        </w:rPr>
        <w:t>43:56  ing? is ke baray mein batayein. Bhai, mein to yahi kahunga ke is ki zimmedari sari ki sari ulama par jati hai.</w:t>
      </w:r>
      <w:r>
        <w:br/>
      </w:r>
      <w:r>
        <w:rPr>
          <w:sz w:val="20"/>
        </w:rPr>
        <w:t>44:08  dosre dosre mamlaat mein ulama ne khoob fatwe diye, khoob dhoom machai. Yahan kyon nahi dhoom machate?</w:t>
      </w:r>
      <w:r>
        <w:br/>
      </w:r>
      <w:r>
        <w:rPr>
          <w:sz w:val="20"/>
        </w:rPr>
        <w:t>44:18  dosri kai cheezon par isi muddat mein, isi do sau saal ke andar bohat dhoom machai musalmanon ne. Is par kyon nahi dhoom machate ke band karo gun kachar, bam kachar, dawat ka kaam karo?</w:t>
      </w:r>
      <w:r>
        <w:br/>
      </w:r>
      <w:r>
        <w:rPr>
          <w:sz w:val="20"/>
        </w:rPr>
        <w:t>44:34  to mein samajhta hoon ke is mein sab se bari zimmedari ulama ki hai.</w:t>
      </w:r>
      <w:r>
        <w:br/>
      </w:r>
      <w:r>
        <w:rPr>
          <w:sz w:val="20"/>
        </w:rPr>
        <w:t>44:41  awam</w:t>
      </w:r>
      <w:r>
        <w:br/>
      </w:r>
      <w:r>
        <w:rPr>
          <w:sz w:val="20"/>
        </w:rPr>
        <w:t>44:45  to khud un ko ilm nahi hota, na woh soch paate. Lekin jo ulama hain, un ko to pata hai, woh kyon nahi dhoom machate?</w:t>
      </w:r>
    </w:p>
    <w:p>
      <w:pPr>
        <w:pStyle w:val="Heading2"/>
      </w:pPr>
      <w:r>
        <w:t>When to stop dawah efforts on a person</w:t>
      </w:r>
    </w:p>
    <w:p>
      <w:r>
        <w:rPr>
          <w:color w:val="666666"/>
          <w:sz w:val="18"/>
        </w:rPr>
        <w:t>Society &amp; Dawah · Question &amp; Answer Jan 6th 2013 - Maulana Wahiduddin Kahn · 1m 18s · at 24:43 · https://youtu.be/1FAK1QuHEpw?t=1483</w:t>
      </w:r>
    </w:p>
    <w:p>
      <w:r>
        <w:rPr>
          <w:i/>
        </w:rPr>
        <w:t>“Molana, while doing dawa work with a person, sometimes we do not get a positive response. How do we know that the limit of dawa has reached to the end and we stop doing dawa work on that person?”</w:t>
      </w:r>
    </w:p>
    <w:p>
      <w:r>
        <w:rPr>
          <w:sz w:val="20"/>
        </w:rPr>
        <w:t>24:43  maulana, agla sawal roorkee se hai, sajid anwar sahib ka. unhon ne likha hai: "Molana, while doing daawa work with a person, sometimes we do not get a positive response.</w:t>
      </w:r>
      <w:r>
        <w:br/>
      </w:r>
      <w:r>
        <w:rPr>
          <w:sz w:val="20"/>
        </w:rPr>
        <w:t>24:57  How do we know that the limit of daawa has reached to the end and we stop doing daawa work on that person?"</w:t>
      </w:r>
      <w:r>
        <w:br/>
      </w:r>
      <w:r>
        <w:rPr>
          <w:sz w:val="20"/>
        </w:rPr>
        <w:t>25:07  dekhiye, hamara two point formula hai. ek hai pahunchana. pahunchana. to pahunchana to sab tak hai.</w:t>
      </w:r>
      <w:r>
        <w:br/>
      </w:r>
      <w:r>
        <w:rPr>
          <w:sz w:val="20"/>
        </w:rPr>
        <w:t>25:19  koi aadmi yeh na keh sake ke mujh ko nahi pahuncha. misaal ke taur par Quran ka jo translation hai. kisi ko aap ne de diya to aap ne pahuncha diya. lekin jab aap kisi ko paayein ke us ke andar seeking spirit hai, woh janna chahta hai to us par concentrate kijiye us ke upar.</w:t>
      </w:r>
      <w:r>
        <w:br/>
      </w:r>
      <w:r>
        <w:rPr>
          <w:sz w:val="20"/>
        </w:rPr>
        <w:t>25:37  us ko aur kitabein dijiye aur baat cheet kijiye aur us se mulaqatein kijiye. to dawat ka kaam hamesha two fold rahega.</w:t>
      </w:r>
      <w:r>
        <w:br/>
      </w:r>
      <w:r>
        <w:rPr>
          <w:sz w:val="20"/>
        </w:rPr>
        <w:t>25:47  aam logon ke liye yani sirf pahunchana aur jo seeker qism ke log hain un par mazeed mehnat karna, mazeed mehnat karna.</w:t>
      </w:r>
      <w:r>
        <w:br/>
      </w:r>
      <w:r>
        <w:rPr>
          <w:sz w:val="20"/>
        </w:rPr>
        <w:t>25:56  yahi tareeqa hai.</w:t>
      </w:r>
    </w:p>
    <w:p>
      <w:pPr>
        <w:pStyle w:val="Heading2"/>
      </w:pPr>
      <w:r>
        <w:t>When to stop dawah with a person</w:t>
      </w:r>
    </w:p>
    <w:p>
      <w:r>
        <w:rPr>
          <w:color w:val="666666"/>
          <w:sz w:val="18"/>
        </w:rPr>
        <w:t>Society &amp; Dawah · Age of Consumerism January 6, 2013 · 1m 18s · at 1:23:22 · https://youtu.be/zJRZ1OKUhgA?t=5002</w:t>
      </w:r>
    </w:p>
    <w:p>
      <w:r>
        <w:rPr>
          <w:i/>
        </w:rPr>
        <w:t>“While doing dawah work with a person, sometimes we do not get a positive response. How do we know that the limit of dawah has reached the end, and we stop doing dawah work in that person?”</w:t>
      </w:r>
    </w:p>
    <w:p>
      <w:r>
        <w:rPr>
          <w:sz w:val="20"/>
        </w:rPr>
        <w:t>1:23:22  Maulana, agla sawal Roorkee se hai, Sajid Anwar Sahab ka.</w:t>
      </w:r>
      <w:r>
        <w:br/>
      </w:r>
      <w:r>
        <w:rPr>
          <w:sz w:val="20"/>
        </w:rPr>
        <w:t>1:23:27  unhone likha hai: "Maulana, while doing dawah work with a person, sometimes we do not get a positive response.</w:t>
      </w:r>
      <w:r>
        <w:br/>
      </w:r>
      <w:r>
        <w:rPr>
          <w:sz w:val="20"/>
        </w:rPr>
        <w:t>1:23:37  How do we know that the limit of dawah has reach to the end, and we stop doing dawah work on that person?" dekhiye, hamara two point formula hai.</w:t>
      </w:r>
      <w:r>
        <w:br/>
      </w:r>
      <w:r>
        <w:rPr>
          <w:sz w:val="20"/>
        </w:rPr>
        <w:t>1:23:50  ek hai pahunchana, pahunchana.</w:t>
      </w:r>
      <w:r>
        <w:br/>
      </w:r>
      <w:r>
        <w:rPr>
          <w:sz w:val="20"/>
        </w:rPr>
        <w:t>1:23:55  to pahunchana to sab tak hai. koi aadmi yeh na keh sake ke mujh ko nahi pahuncha. misaal ke taur par Quran ka jo translation hai, kisi ko aap ne de diya to aap ne pahuncha diya.</w:t>
      </w:r>
      <w:r>
        <w:br/>
      </w:r>
      <w:r>
        <w:rPr>
          <w:sz w:val="20"/>
        </w:rPr>
        <w:t>1:24:07  lekin jab kisi ko payein ke is ke andar seeking spirit hai, woh janna chahta hai, to is ko concentrate kijiye, is ke upar is ko aur kitabein dijiye, aur baat cheet kijiye, aur is se mulaqatein kijiye.</w:t>
      </w:r>
      <w:r>
        <w:br/>
      </w:r>
      <w:r>
        <w:rPr>
          <w:sz w:val="20"/>
        </w:rPr>
        <w:t>1:24:22  to dawah ka kaam hamesha two forward rahega. aam logon ke liye, yani sirf pahunchana, aur jo seekhne wale qism ke log hain, un par mazeed mehnat karna, mazeed mehnat karna,</w:t>
      </w:r>
      <w:r>
        <w:br/>
      </w:r>
      <w:r>
        <w:rPr>
          <w:sz w:val="20"/>
        </w:rPr>
        <w:t>1:24:36  yeh tareeqa hai.</w:t>
      </w:r>
    </w:p>
    <w:p>
      <w:pPr>
        <w:pStyle w:val="Heading2"/>
      </w:pPr>
      <w:r>
        <w:t>When to stop dawah with unresponsive person</w:t>
      </w:r>
    </w:p>
    <w:p>
      <w:r>
        <w:rPr>
          <w:color w:val="666666"/>
          <w:sz w:val="18"/>
        </w:rPr>
        <w:t>Society &amp; Dawah · Age Of Consumerism I January 6, 2013 Maulana Wahiduddin Khan · 1m 18s · at 1:24:16 · https://youtu.be/CuRYFl7JuEM?t=5056</w:t>
      </w:r>
    </w:p>
    <w:p>
      <w:r>
        <w:rPr>
          <w:i/>
        </w:rPr>
        <w:t>“While doing dawah work with a person, sometimes we do not get a positive response. How do we know that the limit of dawah has reached the end and we stop doing dawah work with that person?”</w:t>
      </w:r>
    </w:p>
    <w:p>
      <w:r>
        <w:rPr>
          <w:sz w:val="20"/>
        </w:rPr>
        <w:t>1:24:16  maulana, agla sawal rurki se hai, sajid anwar sahab ka. unhone likha hai: "maulana, while doing dawah work with a person, sometimes we do not get a positive response.</w:t>
      </w:r>
      <w:r>
        <w:br/>
      </w:r>
      <w:r>
        <w:rPr>
          <w:sz w:val="20"/>
        </w:rPr>
        <w:t>1:24:31  how do we know that the limit of dawah has reach to the end and we stop doing dawah work in that person?"</w:t>
      </w:r>
      <w:r>
        <w:br/>
      </w:r>
      <w:r>
        <w:rPr>
          <w:sz w:val="20"/>
        </w:rPr>
        <w:t>1:24:40  dekhiye, hamara two point formula hai. ek hai pahunchana, pahunchana. to pahunchana to sab tak hai.</w:t>
      </w:r>
      <w:r>
        <w:br/>
      </w:r>
      <w:r>
        <w:rPr>
          <w:sz w:val="20"/>
        </w:rPr>
        <w:t>1:24:53  koi aadmi yeh na keh sake ke mujh ko nahi pahuncha. maslan quran ka jo translation hai,</w:t>
      </w:r>
      <w:r>
        <w:br/>
      </w:r>
      <w:r>
        <w:rPr>
          <w:sz w:val="20"/>
        </w:rPr>
        <w:t>1:24:59  kisi ko aap ne de diya to aap ne pahuncha diya. lekin jab aap kisi ko payein ke is ke andar seeking spirit hai, woh janna chahta hai, to is ko concentrate kijiye, is ke upar is ko aur kitabein dijiye, aur baat cheet kijiye, aur is se mulaqatein kijiye.</w:t>
      </w:r>
      <w:r>
        <w:br/>
      </w:r>
      <w:r>
        <w:rPr>
          <w:sz w:val="20"/>
        </w:rPr>
        <w:t>1:25:16  to dawah ka kaam hamesha two forward rahega. aam logon ke liye, yani sirf pahunchana, aur jo seeker qism ke log hain, un par mazeed mehnat karna, mazeed mehnat karna,</w:t>
      </w:r>
      <w:r>
        <w:br/>
      </w:r>
      <w:r>
        <w:rPr>
          <w:sz w:val="20"/>
        </w:rPr>
        <w:t>1:25:30  yahi tareeqa hai.</w:t>
      </w:r>
    </w:p>
    <w:p>
      <w:pPr>
        <w:pStyle w:val="Heading2"/>
      </w:pPr>
      <w:r>
        <w:t>When will violence and hate culture end?</w:t>
      </w:r>
    </w:p>
    <w:p>
      <w:r>
        <w:rPr>
          <w:color w:val="666666"/>
          <w:sz w:val="18"/>
        </w:rPr>
        <w:t>Society &amp; Dawah · Islamic Wisdom July 17, 2016 · 1m 37s · at 1:02:48 · https://youtu.be/jB4ugN0K-AM?t=3768</w:t>
      </w:r>
    </w:p>
    <w:p>
      <w:r>
        <w:rPr>
          <w:i/>
        </w:rPr>
        <w:t>“Violence and hate culture is increasing in the world. When will it end?”</w:t>
      </w:r>
    </w:p>
    <w:p>
      <w:r>
        <w:rPr>
          <w:sz w:val="20"/>
        </w:rPr>
        <w:t>1:02:48  maulana, agla sawal naseer sinh sahib ne kiya hai tamapur se.</w:t>
      </w:r>
      <w:r>
        <w:br/>
      </w:r>
      <w:r>
        <w:rPr>
          <w:sz w:val="20"/>
        </w:rPr>
        <w:t>1:02:53  انہوں نے لکھا ہے: "مولانا، دنیا دنیا میں violence اور hate culture بڑھتا جا رہا ہے۔</w:t>
      </w:r>
      <w:r>
        <w:br/>
      </w:r>
      <w:r>
        <w:rPr>
          <w:sz w:val="20"/>
        </w:rPr>
        <w:t>1:02:59  maulana sahib, is ka khatma kab hoga? aap uth jaiye, aap dawat ke liye bas khatma shuru ho</w:t>
      </w:r>
      <w:r>
        <w:br/>
      </w:r>
      <w:r>
        <w:rPr>
          <w:sz w:val="20"/>
        </w:rPr>
        <w:t>1:03:07  jayega.</w:t>
      </w:r>
      <w:r>
        <w:br/>
      </w:r>
      <w:r>
        <w:rPr>
          <w:sz w:val="20"/>
        </w:rPr>
        <w:t>1:03:09  سوال مت کیجئے، اٹھ جائیے کام کرنے کے لیے، peaceful dawah work کے لیے اٹھ جائیے۔</w:t>
      </w:r>
      <w:r>
        <w:br/>
      </w:r>
      <w:r>
        <w:rPr>
          <w:sz w:val="20"/>
        </w:rPr>
        <w:t>1:03:16  dekhen, mujhe ek bohat yani relevant ek qissa yaad aaya.</w:t>
      </w:r>
      <w:r>
        <w:br/>
      </w:r>
      <w:r>
        <w:rPr>
          <w:sz w:val="20"/>
        </w:rPr>
        <w:t>1:03:20  bernard shah jo tha, ireland ka aadmi tha, bara scholar tha.</w:t>
      </w:r>
      <w:r>
        <w:br/>
      </w:r>
      <w:r>
        <w:rPr>
          <w:sz w:val="20"/>
        </w:rPr>
        <w:t>1:03:25  woh toh ireland jo tha, woh pichhla hua tha england ke muqable mein.</w:t>
      </w:r>
      <w:r>
        <w:br/>
      </w:r>
      <w:r>
        <w:rPr>
          <w:sz w:val="20"/>
        </w:rPr>
        <w:t>1:03:31  england ke muqable mein toh aik aadmi in se mila, us ne kaha ke hamare log yani aarif</w:t>
      </w:r>
      <w:r>
        <w:br/>
      </w:r>
      <w:r>
        <w:rPr>
          <w:sz w:val="20"/>
        </w:rPr>
        <w:t>1:03:38  log jo hain, un mein taleem nahi hai.</w:t>
      </w:r>
      <w:r>
        <w:br/>
      </w:r>
      <w:r>
        <w:rPr>
          <w:sz w:val="20"/>
        </w:rPr>
        <w:t>1:03:42  toh us ne kaha, bernard shah ne ke aap parhe likhe hain ke nahi? kaha ke main bhi</w:t>
      </w:r>
      <w:r>
        <w:br/>
      </w:r>
      <w:r>
        <w:rPr>
          <w:sz w:val="20"/>
        </w:rPr>
        <w:t>1:03:49  nahi parha likha hoon.</w:t>
      </w:r>
      <w:r>
        <w:br/>
      </w:r>
      <w:r>
        <w:rPr>
          <w:sz w:val="20"/>
        </w:rPr>
        <w:t>1:03:51  toh kaha sab se pehle aap apne ko education education mein daliye, education lijiye toh meri qom ka</w:t>
      </w:r>
      <w:r>
        <w:br/>
      </w:r>
      <w:r>
        <w:rPr>
          <w:sz w:val="20"/>
        </w:rPr>
        <w:t>1:03:59  kam az kam aik aadmi toh kam ho jaye ga, un educated na rahe ga.</w:t>
      </w:r>
      <w:r>
        <w:br/>
      </w:r>
      <w:r>
        <w:rPr>
          <w:sz w:val="20"/>
        </w:rPr>
        <w:t>1:04:05  toh jin sahib ne yeh sawal kiya, main yeh kahoon ga ke aap sab se pehle khud hi</w:t>
      </w:r>
      <w:r>
        <w:br/>
      </w:r>
      <w:r>
        <w:rPr>
          <w:sz w:val="20"/>
        </w:rPr>
        <w:t>1:04:13  shuru kijiye, aap ki hosh barhe gi, aap ko saathi milen ge, aik se group bane ga, aur</w:t>
      </w:r>
      <w:r>
        <w:br/>
      </w:r>
      <w:r>
        <w:rPr>
          <w:sz w:val="20"/>
        </w:rPr>
        <w:t>1:04:21  phir dhire dhire is ka result bhi aa jaye ga, inshallah.</w:t>
      </w:r>
    </w:p>
    <w:p>
      <w:pPr>
        <w:pStyle w:val="Heading2"/>
      </w:pPr>
      <w:r>
        <w:t>Who is responsible for oppression of Muslims?</w:t>
      </w:r>
    </w:p>
    <w:p>
      <w:r>
        <w:rPr>
          <w:color w:val="666666"/>
          <w:sz w:val="18"/>
        </w:rPr>
        <w:t>Society &amp; Dawah · Conversation with Maulana Wahiduddin Khan | October 01, 2017 · 48s · at 32:03 · https://youtu.be/TmOYGd3rp2M?t=1923</w:t>
      </w:r>
    </w:p>
    <w:p>
      <w:r>
        <w:rPr>
          <w:i/>
        </w:rPr>
        <w:t>“In the present era, who will be responsible for the increasing oppression of Muslims? And please tell us the solution to this problem.”</w:t>
      </w:r>
    </w:p>
    <w:p>
      <w:r>
        <w:rPr>
          <w:sz w:val="20"/>
        </w:rPr>
        <w:t>32:03  maulana, agla sawal yoot maharashtra se farhan khan sahab ne bheja hai.</w:t>
      </w:r>
      <w:r>
        <w:br/>
      </w:r>
      <w:r>
        <w:rPr>
          <w:sz w:val="20"/>
        </w:rPr>
        <w:t>32:09  unhon ne likha hai ke maulana sahab, maujooda daur mein musalmanon ke barhte zulm ka zimmedar kaun</w:t>
      </w:r>
      <w:r>
        <w:br/>
      </w:r>
      <w:r>
        <w:rPr>
          <w:sz w:val="20"/>
        </w:rPr>
        <w:t>32:15  hoga? aur is masle ka hal bhi aap hum sab ko bataiye. zulm? ji.</w:t>
      </w:r>
      <w:r>
        <w:br/>
      </w:r>
      <w:r>
        <w:rPr>
          <w:sz w:val="20"/>
        </w:rPr>
        <w:t>32:21  zulm ka lafz hi galat hai.</w:t>
      </w:r>
      <w:r>
        <w:br/>
      </w:r>
      <w:r>
        <w:rPr>
          <w:sz w:val="20"/>
        </w:rPr>
        <w:t>32:25  koi musalman zulm nahi kar raha hai.</w:t>
      </w:r>
      <w:r>
        <w:br/>
      </w:r>
      <w:r>
        <w:rPr>
          <w:sz w:val="20"/>
        </w:rPr>
        <w:t>32:30  bilkul baseless baat hai ke musalmanon par zulm ho raha hai.</w:t>
      </w:r>
      <w:r>
        <w:br/>
      </w:r>
      <w:r>
        <w:rPr>
          <w:sz w:val="20"/>
        </w:rPr>
        <w:t>32:34  Muslims are paying the price of their own stupid policies.</w:t>
      </w:r>
      <w:r>
        <w:br/>
      </w:r>
      <w:r>
        <w:rPr>
          <w:sz w:val="20"/>
        </w:rPr>
        <w:t>32:38  Muslims are paying the price of their own stupid policies.</w:t>
      </w:r>
      <w:r>
        <w:br/>
      </w:r>
      <w:r>
        <w:rPr>
          <w:sz w:val="20"/>
        </w:rPr>
        <w:t>32:43  koi zulm nahi.</w:t>
      </w:r>
      <w:r>
        <w:br/>
      </w:r>
      <w:r>
        <w:rPr>
          <w:sz w:val="20"/>
        </w:rPr>
        <w:t>32:47  yeh bilkul hi bas</w:t>
      </w:r>
    </w:p>
    <w:p>
      <w:pPr>
        <w:pStyle w:val="Heading2"/>
      </w:pPr>
      <w:r>
        <w:t>Who motivates non-Muslims to distribute scriptures?</w:t>
      </w:r>
    </w:p>
    <w:p>
      <w:r>
        <w:rPr>
          <w:color w:val="666666"/>
          <w:sz w:val="18"/>
        </w:rPr>
        <w:t>Society &amp; Dawah · The Road to Paradise December 30, 2012 Maulana Wahiduddin Khan · 1m 51s · at 1:02:40 · https://youtu.be/vUiaPsYF4Tk?t=3760</w:t>
      </w:r>
    </w:p>
    <w:p>
      <w:r>
        <w:rPr>
          <w:i/>
        </w:rPr>
        <w:t>“Yesterday, I saw a lady outside a metro station distributing the holy book Gita. I went to her and asked, "Why are you doing this? What kind of benefit are you expecting out of this activity?" She replied: "I am doing this to get the blessings of Shri Krishna Bhagwan, and in this way I will get Moksha. I believe that Islamic dai gets the motivation factor from Allah. But Maulana Sahib, who are motivating these people?”</w:t>
      </w:r>
    </w:p>
    <w:p>
      <w:r>
        <w:rPr>
          <w:sz w:val="20"/>
        </w:rPr>
        <w:t>1:02:40  Maulana, agla sawal Delhi se hai, Shahnawaz Zafar sahib ka. unhon ne likha hai: "Yesterday, I saw a lady outside a metro station distributing the holy book Gita.</w:t>
      </w:r>
      <w:r>
        <w:br/>
      </w:r>
      <w:r>
        <w:rPr>
          <w:sz w:val="20"/>
        </w:rPr>
        <w:t>1:02:55  I went to her and asked, why are you doing this? What kind of benefit are you expecting out of this activity?" She replied: "I am doing this to get the blessings of Shri Krishna Bhagwan, and in this way I will get moksha.</w:t>
      </w:r>
      <w:r>
        <w:br/>
      </w:r>
      <w:r>
        <w:rPr>
          <w:sz w:val="20"/>
        </w:rPr>
        <w:t>1:03:15  I believe that Islamic da'is get the motivation factor from Allah. But Maulana sahib, who are motivating these people?</w:t>
      </w:r>
      <w:r>
        <w:br/>
      </w:r>
      <w:r>
        <w:rPr>
          <w:sz w:val="20"/>
        </w:rPr>
        <w:t>1:03:25  How can we differentiate our self as a da'i in today time?" bhai, dekhen, woh kis jazbe se kaam kar rahe hain, us ko humein pata karne ki zaroorat nahi hai.</w:t>
      </w:r>
      <w:r>
        <w:br/>
      </w:r>
      <w:r>
        <w:rPr>
          <w:sz w:val="20"/>
        </w:rPr>
        <w:t>1:03:40  humein to sirf apna message pohanchana hai. jo sahib doosri kitabein distribute kar rahe the, un ko bhi aap Quran pohanchayen, mauqa den ke un ko compare kar ke dekhen, us ko bhi aur us ko bhi.</w:t>
      </w:r>
      <w:r>
        <w:br/>
      </w:r>
      <w:r>
        <w:rPr>
          <w:sz w:val="20"/>
        </w:rPr>
        <w:t>1:03:56  doosron ke kis jazbe se woh kar rahe hain, us ki talash ki zaroorat nahi hai, us ka koi faida nahi hai. humein to hamara ek mission hai, hamara ek goal hai,</w:t>
      </w:r>
      <w:r>
        <w:br/>
      </w:r>
      <w:r>
        <w:rPr>
          <w:sz w:val="20"/>
        </w:rPr>
        <w:t>1:04:10  woh yeh hai ke Allah ka kalam sab tak pohanche. bas pohanchate rahiye, pohanchate rahiye, pohanchate rahiye.</w:t>
      </w:r>
      <w:r>
        <w:br/>
      </w:r>
      <w:r>
        <w:rPr>
          <w:sz w:val="20"/>
        </w:rPr>
        <w:t>1:04:17  inhi mein se kuch logon ko jo seekhne ki spirit hogi, to woh us ko, is mein sachai ko pa lenge.</w:t>
      </w:r>
      <w:r>
        <w:br/>
      </w:r>
      <w:r>
        <w:rPr>
          <w:sz w:val="20"/>
        </w:rPr>
        <w:t>1:04:27  yahi sahi tareeqa hai.</w:t>
      </w:r>
    </w:p>
    <w:p>
      <w:pPr>
        <w:pStyle w:val="Heading2"/>
      </w:pPr>
      <w:r>
        <w:t>Why Islam not understood by others?</w:t>
      </w:r>
    </w:p>
    <w:p>
      <w:r>
        <w:rPr>
          <w:color w:val="666666"/>
          <w:sz w:val="18"/>
        </w:rPr>
        <w:t>Society &amp; Dawah · How to Manage Controversy 10 Nov 2019 - Maulana Wahiduddin Khan · 1m 07s · at 52:07 · https://youtu.be/UafTzJXHrSA?t=3127</w:t>
      </w:r>
    </w:p>
    <w:p>
      <w:r>
        <w:rPr>
          <w:i/>
        </w:rPr>
        <w:t>“Why is the correct message of Islam not being understood by people other than those of the CPS mission? Please explain.”</w:t>
      </w:r>
    </w:p>
    <w:p>
      <w:r>
        <w:rPr>
          <w:sz w:val="20"/>
        </w:rPr>
        <w:t>52:07  ji Maulana, agla sawal Mehtab Ahmed sahib ka hai Dhampur se. unhon ne likha hai: "Maulana sahib, CPS mission ke logon ke ilawa deen ki sahi baat doosre logon ki samajh mein kyun nahin aa rahi hai?</w:t>
      </w:r>
      <w:r>
        <w:br/>
      </w:r>
      <w:r>
        <w:rPr>
          <w:sz w:val="20"/>
        </w:rPr>
        <w:t>52:23  meharbani kar ke is ke baray mein batayen."</w:t>
      </w:r>
      <w:r>
        <w:br/>
      </w:r>
      <w:r>
        <w:rPr>
          <w:sz w:val="20"/>
        </w:rPr>
        <w:t>52:29  mein ne arz kar diya ke Allah ka darr logon ke andar hai hi nahin. aap kisi bhi majlis mein jaiye, kisi bhi program mein jaiye,</w:t>
      </w:r>
      <w:r>
        <w:br/>
      </w:r>
      <w:r>
        <w:rPr>
          <w:sz w:val="20"/>
        </w:rPr>
        <w:t>52:43  wahan Allah ke darr ki baat hi nahin sunenge aap.</w:t>
      </w:r>
      <w:r>
        <w:br/>
      </w:r>
      <w:r>
        <w:rPr>
          <w:sz w:val="20"/>
        </w:rPr>
        <w:t>52:53  yeh to mera zindagi ka barkat tajurba hai. aap ko agar tajurba karna hai to aap har din jo Musalmanon ke jalsay hotay hain, har din aap chale jaiye aur dekhiye wahan par kya charcha hota hai.</w:t>
      </w:r>
    </w:p>
    <w:p>
      <w:pPr>
        <w:pStyle w:val="Heading2"/>
      </w:pPr>
      <w:r>
        <w:t>Why Jihad Ideology Addressed More Than Peace</w:t>
      </w:r>
    </w:p>
    <w:p>
      <w:r>
        <w:rPr>
          <w:color w:val="666666"/>
          <w:sz w:val="18"/>
        </w:rPr>
        <w:t>Society &amp; Dawah · Dars-e-Quran, Chapter 2, Verse 25 | November 19, 2017 | Maulana Wahiduddin Khan · 1m 29s · at 1:05:17 · https://youtu.be/ctvrG32NCgA?t=3917</w:t>
      </w:r>
    </w:p>
    <w:p>
      <w:r>
        <w:rPr>
          <w:i/>
        </w:rPr>
        <w:t>“Why does the ideology of jihad address Muslims more than the ideology of peace?”</w:t>
      </w:r>
    </w:p>
    <w:p>
      <w:r>
        <w:rPr>
          <w:sz w:val="20"/>
        </w:rPr>
        <w:t>1:05:17  maulana, agla sawal bheja hai altaf lon sahib nay, unhon nay apni location nahi likhi hai.</w:t>
      </w:r>
      <w:r>
        <w:br/>
      </w:r>
      <w:r>
        <w:rPr>
          <w:sz w:val="20"/>
        </w:rPr>
        <w:t>1:05:25  ان کا سوال یہ ہے کہ: "Why does ideology of Jihad addresses Muslims more than the ideology of</w:t>
      </w:r>
      <w:r>
        <w:br/>
      </w:r>
      <w:r>
        <w:rPr>
          <w:sz w:val="20"/>
        </w:rPr>
        <w:t>1:05:32  peace? bhai, jahan tak mera meri soch hai, aaj kal kay jo yeh musalmanon kay</w:t>
      </w:r>
      <w:r>
        <w:br/>
      </w:r>
      <w:r>
        <w:rPr>
          <w:sz w:val="20"/>
        </w:rPr>
        <w:t>1:05:40  akhbar hain, Musalmanon ki so called leader hain, raat din yahi baatein karte hain, raat din. mere apne janne mein is mein kisi ka exception hi nahi. to jab aap ka akhbar, aap ka aap ko majlis hai, aap ka stage, aap ka jo charchay hota hai, woh sab yahi karta ho ke hum d</w:t>
      </w:r>
      <w:r>
        <w:br/>
      </w:r>
      <w:r>
        <w:rPr>
          <w:sz w:val="20"/>
        </w:rPr>
        <w:t>1:06:10  ushman gire hue hain, hamein un ko marna hai, hamein aisi duniya banana hai jahan hum scienceon ka khatma kar sakein, yeh woh to yahi zehan banay ga. kya kya jaye? yeh yeh yahi vice jitne bhi hain, yani yani molvi leader ho ya mister leader ho, dono yeh</w:t>
      </w:r>
      <w:r>
        <w:br/>
      </w:r>
      <w:r>
        <w:rPr>
          <w:sz w:val="20"/>
        </w:rPr>
        <w:t>1:06:40  ye kar rahay hain, dono yehi kar rahay hain.</w:t>
      </w:r>
    </w:p>
    <w:p>
      <w:pPr>
        <w:pStyle w:val="Heading2"/>
      </w:pPr>
      <w:r>
        <w:t>Why Muslim dawah cells have more misconceptions</w:t>
      </w:r>
    </w:p>
    <w:p>
      <w:r>
        <w:rPr>
          <w:color w:val="666666"/>
          <w:sz w:val="18"/>
        </w:rPr>
        <w:t>Society &amp; Dawah · Islamic Wisdom July 17, 2016 · 59s · at 51:48 · https://youtu.be/jB4ugN0K-AM?t=3108</w:t>
      </w:r>
    </w:p>
    <w:p>
      <w:r>
        <w:rPr>
          <w:i/>
        </w:rPr>
        <w:t>“Why do Muslim dawah cells have more misconceptions regarding Islam than people of the other faith? Why is this so?”</w:t>
      </w:r>
    </w:p>
    <w:p>
      <w:r>
        <w:rPr>
          <w:sz w:val="20"/>
        </w:rPr>
        <w:t>51:48  maulana, agla sawal mumbai se hai doctor junaid shaikh sahab ka, aur unhone likha hai: "maulana sahab,</w:t>
      </w:r>
      <w:r>
        <w:br/>
      </w:r>
      <w:r>
        <w:rPr>
          <w:sz w:val="20"/>
        </w:rPr>
        <w:t>51:56  Why do Muslims themselves have more misconceptions regarding Islam than people of the other faiths? Why?</w:t>
      </w:r>
      <w:r>
        <w:br/>
      </w:r>
      <w:r>
        <w:rPr>
          <w:sz w:val="20"/>
        </w:rPr>
        <w:t>52:04  az das soo?" woh to us ne kaha tv ke ke musalman apne khud sakhta akabir ko</w:t>
      </w:r>
      <w:r>
        <w:br/>
      </w:r>
      <w:r>
        <w:rPr>
          <w:sz w:val="20"/>
        </w:rPr>
        <w:t>52:11  follow karte hain, quran o hadith ko nahi.</w:t>
      </w:r>
      <w:r>
        <w:br/>
      </w:r>
      <w:r>
        <w:rPr>
          <w:sz w:val="20"/>
        </w:rPr>
        <w:t>52:15  کیا سوال ان کا ہے؟ آہ، انہوں نے پوچھا ہے کہ: "Why do Muslims themselves have more</w:t>
      </w:r>
      <w:r>
        <w:br/>
      </w:r>
      <w:r>
        <w:rPr>
          <w:sz w:val="20"/>
        </w:rPr>
        <w:t>52:22  misconceptions regarding Islam. Hmm. Then people of other faith?" Isi liye toh hai ke Musalman follow karte</w:t>
      </w:r>
      <w:r>
        <w:br/>
      </w:r>
      <w:r>
        <w:rPr>
          <w:sz w:val="20"/>
        </w:rPr>
        <w:t>52:30  hain apne akabir ko, islam ko follow nahi karte.</w:t>
      </w:r>
      <w:r>
        <w:br/>
      </w:r>
      <w:r>
        <w:rPr>
          <w:sz w:val="20"/>
        </w:rPr>
        <w:t>52:34  is liye galat fehmiyan hain islam ke.</w:t>
      </w:r>
      <w:r>
        <w:br/>
      </w:r>
      <w:r>
        <w:rPr>
          <w:sz w:val="20"/>
        </w:rPr>
        <w:t>52:37  islam ke aitbar se galat fehmiyan hain.</w:t>
      </w:r>
      <w:r>
        <w:br/>
      </w:r>
      <w:r>
        <w:rPr>
          <w:sz w:val="20"/>
        </w:rPr>
        <w:t>52:40  aap quran o hadith ko padhiye, is ko follow kijiye to apne aap khatam ho jayega.</w:t>
      </w:r>
    </w:p>
    <w:p>
      <w:pPr>
        <w:pStyle w:val="Heading2"/>
      </w:pPr>
      <w:r>
        <w:t>Why Muslims are more conditioned</w:t>
      </w:r>
    </w:p>
    <w:p>
      <w:r>
        <w:rPr>
          <w:color w:val="666666"/>
          <w:sz w:val="18"/>
        </w:rPr>
        <w:t>Society &amp; Dawah · Islamic Wisdom July 17, 2016 · 1m 45s · at 1:04:25 · https://youtu.be/jB4ugN0K-AM?t=3865</w:t>
      </w:r>
    </w:p>
    <w:p>
      <w:r>
        <w:rPr>
          <w:i/>
        </w:rPr>
        <w:t>“Why Muslims are more conditioned than non-Muslims?”</w:t>
      </w:r>
    </w:p>
    <w:p>
      <w:r>
        <w:rPr>
          <w:sz w:val="20"/>
        </w:rPr>
        <w:t>1:04:25  maulana, agla sawal pakistan se miss shabana ansari ne kiya hai.</w:t>
      </w:r>
      <w:r>
        <w:br/>
      </w:r>
      <w:r>
        <w:rPr>
          <w:sz w:val="20"/>
        </w:rPr>
        <w:t>1:04:30  انہوں نے آپ سے پوچھا ہے کہ why Muslims are more conditioned than non-Muslims؟ میں دیکھیں، اس</w:t>
      </w:r>
      <w:r>
        <w:br/>
      </w:r>
      <w:r>
        <w:rPr>
          <w:sz w:val="20"/>
        </w:rPr>
        <w:t>1:04:38  ki wajah yeh hai ke musalmanon mein secularization ko roka hamare ulma ne, abhi bhi rok rahe hain.</w:t>
      </w:r>
      <w:r>
        <w:br/>
      </w:r>
      <w:r>
        <w:rPr>
          <w:sz w:val="20"/>
        </w:rPr>
        <w:t>1:04:46  woh misaal ke tor par dekhiye, abhi bhi kyun kehta hoon main ke jo madaris banaye gaye, yeh</w:t>
      </w:r>
      <w:r>
        <w:br/>
      </w:r>
      <w:r>
        <w:rPr>
          <w:sz w:val="20"/>
        </w:rPr>
        <w:t>1:04:53  jo jo secular education ke liye idare banaye gaye, jaise jamia millia, muslim university, wahan par zor laga</w:t>
      </w:r>
      <w:r>
        <w:br/>
      </w:r>
      <w:r>
        <w:rPr>
          <w:sz w:val="20"/>
        </w:rPr>
        <w:t>1:05:01  diya unhon ne deen ka.</w:t>
      </w:r>
      <w:r>
        <w:br/>
      </w:r>
      <w:r>
        <w:rPr>
          <w:sz w:val="20"/>
        </w:rPr>
        <w:t>1:05:03  deeni taleem bhi sath sath deeni taleem bhi toh na secular education hui wahan par, na deeni taleem</w:t>
      </w:r>
      <w:r>
        <w:br/>
      </w:r>
      <w:r>
        <w:rPr>
          <w:sz w:val="20"/>
        </w:rPr>
        <w:t>1:05:11  hui.</w:t>
      </w:r>
      <w:r>
        <w:br/>
      </w:r>
      <w:r>
        <w:rPr>
          <w:sz w:val="20"/>
        </w:rPr>
        <w:t>1:05:12  jitne bhi aise school, college, university hain jo musalmanon ne banaye hain, jis mein dono ki dono taleem</w:t>
      </w:r>
      <w:r>
        <w:br/>
      </w:r>
      <w:r>
        <w:rPr>
          <w:sz w:val="20"/>
        </w:rPr>
        <w:t>1:05:20  hoti hai, is mein dono aitbar se reh jate hain.</w:t>
      </w:r>
      <w:r>
        <w:br/>
      </w:r>
      <w:r>
        <w:rPr>
          <w:sz w:val="20"/>
        </w:rPr>
        <w:t>1:05:24  sahih tareeqa yeh tha jo christian logon ne kiya hai ke secular education education ke liye idare hain</w:t>
      </w:r>
      <w:r>
        <w:br/>
      </w:r>
      <w:r>
        <w:rPr>
          <w:sz w:val="20"/>
        </w:rPr>
        <w:t>1:05:32  un ke haan, college, school, aur jahan tak mazhabi taleem ki baat hai, woh is ke liye seminary</w:t>
      </w:r>
      <w:r>
        <w:br/>
      </w:r>
      <w:r>
        <w:rPr>
          <w:sz w:val="20"/>
        </w:rPr>
        <w:t>1:05:40  kholte hain.</w:t>
      </w:r>
      <w:r>
        <w:br/>
      </w:r>
      <w:r>
        <w:rPr>
          <w:sz w:val="20"/>
        </w:rPr>
        <w:t>1:05:41  seminary alag toh musalmanon ka bhi yahi tareeqa sahi hai ke secular education ke liye toh school, college,</w:t>
      </w:r>
      <w:r>
        <w:br/>
      </w:r>
      <w:r>
        <w:rPr>
          <w:sz w:val="20"/>
        </w:rPr>
        <w:t>1:05:49  university ho, aur jo aap ki deeni taleem ka aap kehte hain, us ke liye alag banaiye, us</w:t>
      </w:r>
      <w:r>
        <w:br/>
      </w:r>
      <w:r>
        <w:rPr>
          <w:sz w:val="20"/>
        </w:rPr>
        <w:t>1:05:57  mein mut milaiye, na yeh rahega, na woh rahega.</w:t>
      </w:r>
      <w:r>
        <w:br/>
      </w:r>
      <w:r>
        <w:rPr>
          <w:sz w:val="20"/>
        </w:rPr>
        <w:t>1:06:01  mein samajhta hoon ke sari zimmedari ulma ki hai, unhon ne taleem ke liye right planning nahi</w:t>
      </w:r>
      <w:r>
        <w:br/>
      </w:r>
      <w:r>
        <w:rPr>
          <w:sz w:val="20"/>
        </w:rPr>
        <w:t>1:06:09  di is zamane mein.</w:t>
      </w:r>
    </w:p>
    <w:p>
      <w:pPr>
        <w:pStyle w:val="Heading2"/>
      </w:pPr>
      <w:r>
        <w:t>Why Muslims consider dawah a waste</w:t>
      </w:r>
    </w:p>
    <w:p>
      <w:r>
        <w:rPr>
          <w:color w:val="666666"/>
          <w:sz w:val="18"/>
        </w:rPr>
        <w:t>Society &amp; Dawah · Revival and Revivalist June 7, 2015 · 1m 12s · at 45:50 · https://youtu.be/MCY8AJ87BXc?t=2750</w:t>
      </w:r>
    </w:p>
    <w:p>
      <w:r>
        <w:rPr>
          <w:i/>
        </w:rPr>
        <w:t>“Why Muslims consider dawah a waste of money?”</w:t>
      </w:r>
    </w:p>
    <w:p>
      <w:r>
        <w:rPr>
          <w:sz w:val="20"/>
        </w:rPr>
        <w:t>45:50  ma'ni yeh pehla sawal aaya hai mr. asif ka dehli se. why muslims consider dawah a wastage of money?</w:t>
      </w:r>
      <w:r>
        <w:br/>
      </w:r>
      <w:r>
        <w:rPr>
          <w:sz w:val="20"/>
        </w:rPr>
        <w:t>46:01  dekhiye, dawah</w:t>
      </w:r>
      <w:r>
        <w:br/>
      </w:r>
      <w:r>
        <w:rPr>
          <w:sz w:val="20"/>
        </w:rPr>
        <w:t>46:05  ki importance to musalmanon ko pata hi nahin thi. masla yeh hai ke jitne musalmanon ke jo likhne wale aur bolne wale log hain, unhon ne kabhi dawah ki amd batai hi nahin.</w:t>
      </w:r>
      <w:r>
        <w:br/>
      </w:r>
      <w:r>
        <w:rPr>
          <w:sz w:val="20"/>
        </w:rPr>
        <w:t>46:18  to woh yeh samajhte hain ke dawah ka kaam karna time waste karna hai.</w:t>
      </w:r>
      <w:r>
        <w:br/>
      </w:r>
      <w:r>
        <w:rPr>
          <w:sz w:val="20"/>
        </w:rPr>
        <w:t>46:27  time dawah woh cheez hai jo aap ko, yani is aap ko nabi ka, aap ko yeh credit deti deti hai ke aap ne woh kaam kiya jo jis kaam ko nabi ne chhora tha apne baad.</w:t>
      </w:r>
      <w:r>
        <w:br/>
      </w:r>
      <w:r>
        <w:rPr>
          <w:sz w:val="20"/>
        </w:rPr>
        <w:t>46:45  woh kaam kar rahe hain. wa laika min nabiyyin, yeh woh log hain jo nabi ke saathi honge.</w:t>
      </w:r>
      <w:r>
        <w:br/>
      </w:r>
      <w:r>
        <w:rPr>
          <w:sz w:val="20"/>
        </w:rPr>
        <w:t>46:52  unhein itna bada darja milega ke qayamat mein anbiya ke saathi honge. yeh log yeh bataya nahin gaya to na batane ki wajah se aisa hai.</w:t>
      </w:r>
    </w:p>
    <w:p>
      <w:pPr>
        <w:pStyle w:val="Heading2"/>
      </w:pPr>
      <w:r>
        <w:t>Why Muslims give negative response to new things</w:t>
      </w:r>
    </w:p>
    <w:p>
      <w:r>
        <w:rPr>
          <w:color w:val="666666"/>
          <w:sz w:val="18"/>
        </w:rPr>
        <w:t>Society &amp; Dawah · Creative Thinking February 19, 2017 · 1m 00s · at 1:04:40 · https://youtu.be/L-x1xNJc__8?t=3880</w:t>
      </w:r>
    </w:p>
    <w:p>
      <w:r>
        <w:rPr>
          <w:i/>
        </w:rPr>
        <w:t>“Maulana, why is it that whenever a new thing or new issue arises, all Muslims first give a negative response, except you? Why is that?”</w:t>
      </w:r>
    </w:p>
    <w:p>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Why Muslims ignore warnings of decline</w:t>
      </w:r>
    </w:p>
    <w:p>
      <w:r>
        <w:rPr>
          <w:color w:val="666666"/>
          <w:sz w:val="18"/>
        </w:rPr>
        <w:t>Society &amp; Dawah · Dars e Quran, Ch 2 Vs 80 82, July 01, 2018 · 1m 23s · at 46:18 · https://youtu.be/BuLkoCE6j18?t=2778</w:t>
      </w:r>
    </w:p>
    <w:p>
      <w:r>
        <w:rPr>
          <w:i/>
        </w:rPr>
        <w:t>“Muslims have been time and again warned to avoid the decline and degeneration which the Jews suffered from. But unfortunately, Muslims overall turn a deaf ear to such a great warning. Why is this so?”</w:t>
      </w:r>
    </w:p>
    <w:p>
      <w:r>
        <w:rPr>
          <w:sz w:val="20"/>
        </w:rPr>
        <w:t>46:18  ah, ye saval bheja hai sri nagar se mis Karolin ne. unhon ne likha hai: "Muslims have been time and again warned to avoid the decline and degeneration which the Jews suffered from.</w:t>
      </w:r>
      <w:r>
        <w:br/>
      </w:r>
      <w:r>
        <w:rPr>
          <w:sz w:val="20"/>
        </w:rPr>
        <w:t>46:36  But unfortunately, Muslims over all turn a deaf ear to such a great warning." Maulana sahib, why is this so?</w:t>
      </w:r>
      <w:r>
        <w:br/>
      </w:r>
      <w:r>
        <w:rPr>
          <w:sz w:val="20"/>
        </w:rPr>
        <w:t>46:48  main samajhta hun ke in unawareness, bekhabri, in unawareness. Musliman jo hain is zamane mein, ye concept nahin jante ke Quran ko applied, Quran ke applied meaning ko discover karna hai.</w:t>
      </w:r>
      <w:r>
        <w:br/>
      </w:r>
      <w:r>
        <w:rPr>
          <w:sz w:val="20"/>
        </w:rPr>
        <w:t>47:09  khvahish vahi jo literal meaning hai, usi ko repeat karna hai. ye nahin hai.</w:t>
      </w:r>
      <w:r>
        <w:br/>
      </w:r>
      <w:r>
        <w:rPr>
          <w:sz w:val="20"/>
        </w:rPr>
        <w:t>47:18  sare ab is bat phanse hue hain isi mein ke Quran ke literal meaning ko khub khub janen. nahin, Quran ke applied meaning ko khub khub janen.</w:t>
      </w:r>
      <w:r>
        <w:br/>
      </w:r>
      <w:r>
        <w:rPr>
          <w:sz w:val="20"/>
        </w:rPr>
        <w:t>47:30  main samajhta hun ke yahi, ye chiz jo lekr rahi hai, aur isi ko hamen zinda karna hai, insha Allah.</w:t>
      </w:r>
    </w:p>
    <w:p>
      <w:pPr>
        <w:pStyle w:val="Heading2"/>
      </w:pPr>
      <w:r>
        <w:t>Why Muslims lack gratitude for modernity</w:t>
      </w:r>
    </w:p>
    <w:p>
      <w:r>
        <w:rPr>
          <w:color w:val="666666"/>
          <w:sz w:val="18"/>
        </w:rPr>
        <w:t>Society &amp; Dawah · Natural Warning April 17, 2016 · 1m 08s · at 53:10 · https://youtu.be/fSNOpwgzcss?t=3190</w:t>
      </w:r>
    </w:p>
    <w:p>
      <w:r>
        <w:rPr>
          <w:i/>
        </w:rPr>
        <w:t>“All Muslims use all the facilities of the modern age, but why is there no spirit of gratitude in them? Is it that you don't like to call this age 'Islam, the creator of the modern age'? Why is this? Because in our gatherings, in our mosques, and among our scholars these things are not taught. All responsibility lies with my dear scholars.”</w:t>
      </w:r>
    </w:p>
    <w:p>
      <w:r>
        <w:rPr>
          <w:sz w:val="20"/>
        </w:rPr>
        <w:t>53:10  maulana, agla sawal kya hai maulana iqbal umri ne aur unhon ne aap se poocha hai ke modern age ki sari facilities sari musalman istemal karte hain magar shukr ka jazba un mein kyun nahi aata?</w:t>
      </w:r>
      <w:r>
        <w:br/>
      </w:r>
      <w:r>
        <w:rPr>
          <w:sz w:val="20"/>
        </w:rPr>
        <w:t>53:26  kya is age ko islam the creator of modern age kehna pasand nahi karte? aisa kyun hai? is liye ke hamare bad'isthon mein, hamare masjidon mein, hamare ulama ke haan yeh sab baat batai nahi jati.</w:t>
      </w:r>
      <w:r>
        <w:br/>
      </w:r>
      <w:r>
        <w:rPr>
          <w:sz w:val="20"/>
        </w:rPr>
        <w:t>53:42  sari zimmedari mere aziz ulama ki hai.</w:t>
      </w:r>
      <w:r>
        <w:br/>
      </w:r>
      <w:r>
        <w:rPr>
          <w:sz w:val="20"/>
        </w:rPr>
        <w:t>53:46  hadith mein aata hai ke ulama o ummati ka anbiya bani israil</w:t>
      </w:r>
      <w:r>
        <w:br/>
      </w:r>
      <w:r>
        <w:rPr>
          <w:sz w:val="20"/>
        </w:rPr>
        <w:t>53:55  mein barabar anbiya aate thay. musalmanon mein anbiya nahi ayenge kyunke nubuwat khatm ho gayi.</w:t>
      </w:r>
      <w:r>
        <w:br/>
      </w:r>
      <w:r>
        <w:rPr>
          <w:sz w:val="20"/>
        </w:rPr>
        <w:t>54:05  to ulama ka farz hai ke wo wo kaam karein jo jab bani israil mein anbiya karte thay. to lekin wo kar nahi rahe.</w:t>
      </w:r>
    </w:p>
    <w:p>
      <w:pPr>
        <w:pStyle w:val="Heading2"/>
      </w:pPr>
      <w:r>
        <w:t>Why Muslims lack well-wishing in Dawah</w:t>
      </w:r>
    </w:p>
    <w:p>
      <w:r>
        <w:rPr>
          <w:color w:val="666666"/>
          <w:sz w:val="18"/>
        </w:rPr>
        <w:t>Society &amp; Dawah · Q&amp;A 04 Mar 2012 Maulana Wahiduddin Khan · 1m 37s · at 34:17 · https://youtu.be/txRmutuvWQI?t=2057</w:t>
      </w:r>
    </w:p>
    <w:p>
      <w:r>
        <w:rPr>
          <w:i/>
        </w:rPr>
        <w:t>“For Dawah to Allah, well-wishing is fundamental, but Muslims today lack the spirit of well-wishing for the invitee. What is the cause of this deficiency and how can it be removed?”</w:t>
      </w:r>
    </w:p>
    <w:p>
      <w:r>
        <w:rPr>
          <w:sz w:val="20"/>
        </w:rPr>
        <w:t>34:17  molana, agla sawal srinagar se hai mr riyaz ahmed bhat sahib ka. unhon ne poocha hai: "dawat il Allah ke liye well wishing asal hai, lekin aaj kal ke musalmanon mein madu ke liye well wishal, well wishing ka jazba maujood nahi.</w:t>
      </w:r>
      <w:r>
        <w:br/>
      </w:r>
      <w:r>
        <w:rPr>
          <w:sz w:val="20"/>
        </w:rPr>
        <w:t>34:34  is ka sabab kya hai, aur is kami ko kis tarah door kiya jaye?"</w:t>
      </w:r>
      <w:r>
        <w:br/>
      </w:r>
      <w:r>
        <w:rPr>
          <w:sz w:val="20"/>
        </w:rPr>
        <w:t>34:47  main samajhta hoon ke is ke zimmedar hamare sare rehnuma hain ke subah sham raat din, jab se printing press aya hai, tab se khaas taur par yeh baat bohat barh gayi hai ke dhoond dhoond kar nikalte hain aisa item: "dekho falan dushmani kar raha hai, dekho falan</w:t>
      </w:r>
      <w:r>
        <w:br/>
      </w:r>
      <w:r>
        <w:rPr>
          <w:sz w:val="20"/>
        </w:rPr>
        <w:t>35:04  conspiracy kar raha hai, dekho fulani yeh kar liya, fulani woh kar liya." subah sham yahi akhbaron mein chhapta hai, yeh yeh magazine mein chhapta hai, jalson mein isi ka charcha hota hai.</w:t>
      </w:r>
      <w:r>
        <w:br/>
      </w:r>
      <w:r>
        <w:rPr>
          <w:sz w:val="20"/>
        </w:rPr>
        <w:t>35:17  to yeh jo hain hamare likhne aur bolne wale, yeh asal zimmedar is ke hain. isi ka charcha kiya unhon ne</w:t>
      </w:r>
      <w:r>
        <w:br/>
      </w:r>
      <w:r>
        <w:rPr>
          <w:sz w:val="20"/>
        </w:rPr>
        <w:t>35:25  is daur mein. is ke baad agar charcha karen, yaani achhi baaton ka to achha zehn banega. main samajhta hoon ke sab se zyada zimmedar wahi log hain jin ko main kaha karta hoon: "likhne aur bolne wala tabqa, yeh asal zimmedar hain."</w:t>
      </w:r>
      <w:r>
        <w:br/>
      </w:r>
      <w:r>
        <w:rPr>
          <w:sz w:val="20"/>
        </w:rPr>
        <w:t>35:44  yaani negative baaton ko phailana, positive baaton ka zikr na karna, is ki wajah se yeh sab baaten hain.</w:t>
      </w:r>
    </w:p>
    <w:p>
      <w:pPr>
        <w:pStyle w:val="Heading2"/>
      </w:pPr>
      <w:r>
        <w:t>Why Muslims think in slavery and freedom terms</w:t>
      </w:r>
    </w:p>
    <w:p>
      <w:r>
        <w:rPr>
          <w:color w:val="666666"/>
          <w:sz w:val="18"/>
        </w:rPr>
        <w:t>Society &amp; Dawah · Good News from Kashmir May 14, 2017 · 1m 52s · at 48:28 · https://youtu.be/2XwuYi_nH28?t=2908</w:t>
      </w:r>
    </w:p>
    <w:p>
      <w:r>
        <w:rPr>
          <w:i/>
        </w:rPr>
        <w:t>“Maulana, most Muslims think in terms of slavery and freedom. What is the real reason for this? Please explain.”</w:t>
      </w:r>
    </w:p>
    <w:p>
      <w:r>
        <w:rPr>
          <w:sz w:val="20"/>
        </w:rPr>
        <w:t>48:28  maulana, agla sawal bheja hai chennai se maulana iqbal umri ne.</w:t>
      </w:r>
      <w:r>
        <w:br/>
      </w:r>
      <w:r>
        <w:rPr>
          <w:sz w:val="20"/>
        </w:rPr>
        <w:t>48:33  unhone likha hai: "maulana, aksar musalman ghulami aur azadi ki istilaah mein sochte hain.</w:t>
      </w:r>
      <w:r>
        <w:br/>
      </w:r>
      <w:r>
        <w:rPr>
          <w:sz w:val="20"/>
        </w:rPr>
        <w:t>48:38  is ki asal wajah kya hai? is ke bare mein bataein." yeh toh istilaah ko mein shaitani istilaah samajhta hoon.</w:t>
      </w:r>
      <w:r>
        <w:br/>
      </w:r>
      <w:r>
        <w:rPr>
          <w:sz w:val="20"/>
        </w:rPr>
        <w:t>48:43  jo cheez quran mein aur hadees mein nahi hai, woh shaitani hai.</w:t>
      </w:r>
      <w:r>
        <w:br/>
      </w:r>
      <w:r>
        <w:rPr>
          <w:sz w:val="20"/>
        </w:rPr>
        <w:t>48:48  kahan quran bhi ghulami o azadi ki istilaah</w:t>
      </w:r>
      <w:r>
        <w:br/>
      </w:r>
      <w:r>
        <w:rPr>
          <w:sz w:val="20"/>
        </w:rPr>
        <w:t>48:53  hai? yeh istilaahi hai, batil hai.</w:t>
      </w:r>
      <w:r>
        <w:br/>
      </w:r>
      <w:r>
        <w:rPr>
          <w:sz w:val="20"/>
        </w:rPr>
        <w:t>48:58  yeh saari dunya allah ki hai, saari dunya khuli hui hai, poori dunya hi azaad hai.</w:t>
      </w:r>
      <w:r>
        <w:br/>
      </w:r>
      <w:r>
        <w:rPr>
          <w:sz w:val="20"/>
        </w:rPr>
        <w:t>49:03  yeh nahi ke aap yahan azaad hain, wahan ghulam hain.</w:t>
      </w:r>
      <w:r>
        <w:br/>
      </w:r>
      <w:r>
        <w:rPr>
          <w:sz w:val="20"/>
        </w:rPr>
        <w:t>49:08  yeh tasawwur bilkul galat hai.</w:t>
      </w:r>
      <w:r>
        <w:br/>
      </w:r>
      <w:r>
        <w:rPr>
          <w:sz w:val="20"/>
        </w:rPr>
        <w:t>49:13  har jagah, yaani hadees mein aaya hai ke rasool allah ne farmaya: "toh saari zameen mere liye masjid</w:t>
      </w:r>
      <w:r>
        <w:br/>
      </w:r>
      <w:r>
        <w:rPr>
          <w:sz w:val="20"/>
        </w:rPr>
        <w:t>49:18  hai." toh kahan ghulami aur kahan azadi? rasool allah ne farmaya ke saari zameen ko allah</w:t>
      </w:r>
      <w:r>
        <w:br/>
      </w:r>
      <w:r>
        <w:rPr>
          <w:sz w:val="20"/>
        </w:rPr>
        <w:t>49:23  ne mere liye masjid bana diya hai. Yaani saari zameen mere liye Allah ki zameen hai. Mere liye is maani mein nahi ke wahan hukoomat karoon. Hukoomat ke liye nahi hai. Yeh nahi ke main har jagah namaz parhoon, har jagah ibaadat karoon, har jagah dawah phailaoon, har jagah insaniyat ki taraqqi ka kaam karoon. Is ke liye poori duniya mere liye, mere liye to nahi ke ummat ko de di</w:t>
      </w:r>
      <w:r>
        <w:br/>
      </w:r>
      <w:r>
        <w:rPr>
          <w:sz w:val="20"/>
        </w:rPr>
        <w:t>49:53  gayi.</w:t>
      </w:r>
      <w:r>
        <w:br/>
      </w:r>
      <w:r>
        <w:rPr>
          <w:sz w:val="20"/>
        </w:rPr>
        <w:t>49:56  rasool allah ko zaati taur par nahi hai, poori ummat ko.</w:t>
      </w:r>
      <w:r>
        <w:br/>
      </w:r>
      <w:r>
        <w:rPr>
          <w:sz w:val="20"/>
        </w:rPr>
        <w:t>50:00  toh mein is ko sahi nahi samajhta.</w:t>
      </w:r>
      <w:r>
        <w:br/>
      </w:r>
      <w:r>
        <w:rPr>
          <w:sz w:val="20"/>
        </w:rPr>
        <w:t>50:03  ghulami o azadi ghulami hai.</w:t>
      </w:r>
      <w:r>
        <w:br/>
      </w:r>
      <w:r>
        <w:rPr>
          <w:sz w:val="20"/>
        </w:rPr>
        <w:t>50:07  saari dunya hi hamare liye azadi ki dunya hai.</w:t>
      </w:r>
      <w:r>
        <w:br/>
      </w:r>
      <w:r>
        <w:rPr>
          <w:sz w:val="20"/>
        </w:rPr>
        <w:t>50:10  kyunke allah ne kaha ke saari dunya tumhare liye khol di gayi hai aur aman ke saath kaam karo.</w:t>
      </w:r>
      <w:r>
        <w:br/>
      </w:r>
      <w:r>
        <w:rPr>
          <w:sz w:val="20"/>
        </w:rPr>
        <w:t>50:14  koi rukawat nahi hai.</w:t>
      </w:r>
      <w:r>
        <w:br/>
      </w:r>
      <w:r>
        <w:rPr>
          <w:sz w:val="20"/>
        </w:rPr>
        <w:t>50:17  maulana, kuch aur comments parhna chahenge.</w:t>
      </w:r>
    </w:p>
    <w:p>
      <w:pPr>
        <w:pStyle w:val="Heading2"/>
      </w:pPr>
      <w:r>
        <w:t>Why Taliban oppose women's education?</w:t>
      </w:r>
    </w:p>
    <w:p>
      <w:r>
        <w:rPr>
          <w:color w:val="666666"/>
          <w:sz w:val="18"/>
        </w:rPr>
        <w:t>Society &amp; Dawah · Islam and Violence October 12, 2014 · 1m 21s · at 51:56 · https://youtu.be/KmpXYZjPlj8?t=3116</w:t>
      </w:r>
    </w:p>
    <w:p>
      <w:r>
        <w:rPr>
          <w:i/>
        </w:rPr>
        <w:t>“It is so clear from the Quran and the life of the Prophet of Islam that education is important for one and all. Why can't the Taliban understand this simple thing and stop terrorizing women from going for education?”</w:t>
      </w:r>
    </w:p>
    <w:p>
      <w:r>
        <w:rPr>
          <w:sz w:val="20"/>
        </w:rPr>
        <w:t>51:56  maulana, agla sawal aaya hai bhopal se, danish sahib ne kiya hai, aur unhon ne likha hai ke maulana, "it is so clear from quran and the life of prophet of islam that education is important for one and all.</w:t>
      </w:r>
      <w:r>
        <w:br/>
      </w:r>
      <w:r>
        <w:rPr>
          <w:sz w:val="20"/>
        </w:rPr>
        <w:t>52:14  why cant the taliban understand this simple thing and stop terrorizing the women in going for education?"</w:t>
      </w:r>
      <w:r>
        <w:br/>
      </w:r>
      <w:r>
        <w:rPr>
          <w:sz w:val="20"/>
        </w:rPr>
        <w:t>52:23  dekhiye, aik arabi ka aik maqoola hai: "al-nas adaa'u ma jahiloo". log us cheez ke dushman ban jatay hain jis ko woh na jantay hon.</w:t>
      </w:r>
      <w:r>
        <w:br/>
      </w:r>
      <w:r>
        <w:rPr>
          <w:sz w:val="20"/>
        </w:rPr>
        <w:t>52:37  to yeh log ilm ki qeemat nahi jantay, yeh log sirf talwar aur bandooq ki qeemat jantay hain, woh us tribal culture ki wajah se. tribal culture un ka obsession ban gaya hai.</w:t>
      </w:r>
      <w:r>
        <w:br/>
      </w:r>
      <w:r>
        <w:rPr>
          <w:sz w:val="20"/>
        </w:rPr>
        <w:t>52:48  obsession! woh jantay hi nahi ke sab se bari cheez ilm hai,</w:t>
      </w:r>
      <w:r>
        <w:br/>
      </w:r>
      <w:r>
        <w:rPr>
          <w:sz w:val="20"/>
        </w:rPr>
        <w:t>52:55  sab se bari cheez education hai. to unhein batane ki zaroorat hai ke un ki source galat hai, aur sab se bari cheez ilm aur education hoti hai.</w:t>
      </w:r>
      <w:r>
        <w:br/>
      </w:r>
      <w:r>
        <w:rPr>
          <w:sz w:val="20"/>
        </w:rPr>
        <w:t>53:07  jab woh jaan jayenge to chhod denge. abhi to bekhabar hain woh. al-nas! un ka case jo hai, al-nas adaa ma jahiloo ka case hai.</w:t>
      </w:r>
      <w:r>
        <w:br/>
      </w:r>
      <w:r>
        <w:rPr>
          <w:sz w:val="20"/>
        </w:rPr>
        <w:t>53:15  un ka</w:t>
      </w:r>
    </w:p>
    <w:p>
      <w:pPr>
        <w:pStyle w:val="Heading2"/>
      </w:pPr>
      <w:r>
        <w:t>Why are Muslims aggressive and its reasons</w:t>
      </w:r>
    </w:p>
    <w:p>
      <w:r>
        <w:rPr>
          <w:color w:val="666666"/>
          <w:sz w:val="18"/>
        </w:rPr>
        <w:t>Society &amp; Dawah · Conversation with Maulana Wahiduddin Khan | October 01, 2017 · 1m 36s · at 44:05 · https://youtu.be/TmOYGd3rp2M?t=2645</w:t>
      </w:r>
    </w:p>
    <w:p>
      <w:r>
        <w:rPr>
          <w:i/>
        </w:rPr>
        <w:t>“Why are Muslims so aggressive in nature? What is the reason for this?”</w:t>
      </w:r>
    </w:p>
    <w:p>
      <w:r>
        <w:rPr>
          <w:sz w:val="20"/>
        </w:rPr>
        <w:t>44:05  Maulana, agla sawal Nagpur se Muhammad Irfan Rasheedi sahib ne kiya hai.</w:t>
      </w:r>
      <w:r>
        <w:br/>
      </w:r>
      <w:r>
        <w:rPr>
          <w:sz w:val="20"/>
        </w:rPr>
        <w:t>44:10  aur unhone aap se poocha hai ke "Why are Muslims so aggressive in nature?</w:t>
      </w:r>
      <w:r>
        <w:br/>
      </w:r>
      <w:r>
        <w:rPr>
          <w:sz w:val="20"/>
        </w:rPr>
        <w:t>44:16  What is the reason for this?" in nature nahi hai, yeh baat galat hai.</w:t>
      </w:r>
      <w:r>
        <w:br/>
      </w:r>
      <w:r>
        <w:rPr>
          <w:sz w:val="20"/>
        </w:rPr>
        <w:t>44:21  musalmanon mein badqismati se aisay leader ubhray jo jazbati karte hain, Rebel Rouser.</w:t>
      </w:r>
      <w:r>
        <w:br/>
      </w:r>
      <w:r>
        <w:rPr>
          <w:sz w:val="20"/>
        </w:rPr>
        <w:t>44:26  yeh sari ghalti</w:t>
      </w:r>
      <w:r>
        <w:br/>
      </w:r>
      <w:r>
        <w:rPr>
          <w:sz w:val="20"/>
        </w:rPr>
        <w:t>44:31  Rebel Rouser ki hai.</w:t>
      </w:r>
      <w:r>
        <w:br/>
      </w:r>
      <w:r>
        <w:rPr>
          <w:sz w:val="20"/>
        </w:rPr>
        <w:t>44:37  musalmanon mein koi nature aisa nahi ke woh koi koi doosra Khuda jinhon ne in ko paida kiya hai.</w:t>
      </w:r>
      <w:r>
        <w:br/>
      </w:r>
      <w:r>
        <w:rPr>
          <w:sz w:val="20"/>
        </w:rPr>
        <w:t>44:43  is ke liye main likh chuka hoon bar bar.</w:t>
      </w:r>
      <w:r>
        <w:br/>
      </w:r>
      <w:r>
        <w:rPr>
          <w:sz w:val="20"/>
        </w:rPr>
        <w:t>44:50  aap is ko parh sakte hain.</w:t>
      </w:r>
      <w:r>
        <w:br/>
      </w:r>
      <w:r>
        <w:rPr>
          <w:sz w:val="20"/>
        </w:rPr>
        <w:t>44:56  to asal masla yeh hai ke musalman ke andar jo leader ubhray, woh sab badqismati se Rebel Rouser thay.</w:t>
      </w:r>
      <w:r>
        <w:br/>
      </w:r>
      <w:r>
        <w:rPr>
          <w:sz w:val="20"/>
        </w:rPr>
        <w:t>45:02  bas.</w:t>
      </w:r>
      <w:r>
        <w:br/>
      </w:r>
      <w:r>
        <w:rPr>
          <w:sz w:val="20"/>
        </w:rPr>
        <w:t>45:08  musalmanon ki nature alag nahi hai.</w:t>
      </w:r>
      <w:r>
        <w:br/>
      </w:r>
      <w:r>
        <w:rPr>
          <w:sz w:val="20"/>
        </w:rPr>
        <w:t>45:13  jaise nature sab sare insanon ka bhi hai, isi un ka bhi hai.</w:t>
      </w:r>
      <w:r>
        <w:br/>
      </w:r>
      <w:r>
        <w:rPr>
          <w:sz w:val="20"/>
        </w:rPr>
        <w:t>45:19  to aap galat bataiye in leaderon ko jo Rebel Rouser hain.</w:t>
      </w:r>
      <w:r>
        <w:br/>
      </w:r>
      <w:r>
        <w:rPr>
          <w:sz w:val="20"/>
        </w:rPr>
        <w:t>45:24  musalmanon ko parhenge.</w:t>
      </w:r>
      <w:r>
        <w:br/>
      </w:r>
      <w:r>
        <w:rPr>
          <w:sz w:val="20"/>
        </w:rPr>
        <w:t>45:30  musalmanon ko kaise batayenge? aap ka musalmanon ka khaliq koi aur hai? musalmanon ka khaliq bhi wohi hai jo.</w:t>
      </w:r>
      <w:r>
        <w:br/>
      </w:r>
      <w:r>
        <w:rPr>
          <w:sz w:val="20"/>
        </w:rPr>
        <w:t>45:35  is pe maine bohat likha hai, aap parh lijiyay.</w:t>
      </w:r>
    </w:p>
    <w:p>
      <w:pPr>
        <w:pStyle w:val="Heading2"/>
      </w:pPr>
      <w:r>
        <w:t>Why blame Muslims and praise non-Muslims</w:t>
      </w:r>
    </w:p>
    <w:p>
      <w:r>
        <w:rPr>
          <w:color w:val="666666"/>
          <w:sz w:val="18"/>
        </w:rPr>
        <w:t>Society &amp; Dawah · Dars-e-Quran, Chapter 2, Verses 55-57 | March 25, 2018 · 1m 12s · at 54:21 · https://youtu.be/2MykDXfNV_w?t=3261</w:t>
      </w:r>
    </w:p>
    <w:p>
      <w:r>
        <w:rPr>
          <w:i/>
        </w:rPr>
        <w:t>“You are always hammering Muslims in general and praising non-Muslims like Americans, Europeans, Hindus, etc.”</w:t>
      </w:r>
    </w:p>
    <w:p>
      <w:r>
        <w:rPr>
          <w:sz w:val="20"/>
        </w:rPr>
        <w:t>54:21  Maulana, agla sawal Imran sahib ne kiya hai Kuwait se.</w:t>
      </w:r>
      <w:r>
        <w:br/>
      </w:r>
      <w:r>
        <w:rPr>
          <w:sz w:val="20"/>
        </w:rPr>
        <w:t>54:27  unhone likha hai:</w:t>
      </w:r>
      <w:r>
        <w:br/>
      </w:r>
      <w:r>
        <w:rPr>
          <w:sz w:val="20"/>
        </w:rPr>
        <w:t>54:33  "Maulana, you are always hammering Muslims in general and praise non-Muslims like Americans, Europeans, Hindus, etc.</w:t>
      </w:r>
      <w:r>
        <w:br/>
      </w:r>
      <w:r>
        <w:rPr>
          <w:sz w:val="20"/>
        </w:rPr>
        <w:t>54:41  This gives a feeling to many Muslim leaders and people that you are anti-Muslim.</w:t>
      </w:r>
      <w:r>
        <w:br/>
      </w:r>
      <w:r>
        <w:rPr>
          <w:sz w:val="20"/>
        </w:rPr>
        <w:t>54:49  What is the reality? And also please tell whether you are at all hopeful about Muslims in</w:t>
      </w:r>
      <w:r>
        <w:br/>
      </w:r>
      <w:r>
        <w:rPr>
          <w:sz w:val="20"/>
        </w:rPr>
        <w:t>54:56  future?" Dekhiye, yeh baat toh ilzaam hai. Islam</w:t>
      </w:r>
      <w:r>
        <w:br/>
      </w:r>
      <w:r>
        <w:rPr>
          <w:sz w:val="20"/>
        </w:rPr>
        <w:t>55:04  mujhe misaal dijiye ke kab main un ki tareef karta hoon aur Musalmanon ko condemn karta hoon? kab aisa karta hoon? main to naseehat karta hoon, naseehat aur tajziya karta hoon. main jo baat bhi karta hoon, woh analysis hoti hai, woh naseehat hoti hai. yeh galat hai, mere bare mein ilzam hai, jhootha ilzam ke main Musalmanon ki negative boli bolta hoon aur European ke maaf</w:t>
      </w:r>
    </w:p>
    <w:p>
      <w:pPr>
        <w:pStyle w:val="Heading2"/>
      </w:pPr>
      <w:r>
        <w:t>Why democracy not desirable in Islam?</w:t>
      </w:r>
    </w:p>
    <w:p>
      <w:r>
        <w:rPr>
          <w:color w:val="666666"/>
          <w:sz w:val="18"/>
        </w:rPr>
        <w:t>Society &amp; Dawah · Discovery of God (In Conversation with Maulana) December 25, 2011 · 1m 44s · at 35:56 · https://youtu.be/-1c1d7cFj0s?t=2156</w:t>
      </w:r>
    </w:p>
    <w:p>
      <w:r>
        <w:rPr>
          <w:i/>
        </w:rPr>
        <w:t>“Why is democracy not considered a desirable thing in Islam? Does it involve following the law of other than God?”</w:t>
      </w:r>
    </w:p>
    <w:p>
      <w:r>
        <w:rPr>
          <w:sz w:val="20"/>
        </w:rPr>
        <w:t>35:56  maulana inayatullah umri ka bangalore se sawal aaya hai. unhon ne likha hai: "jamhooriyat ko is islam ki matlooba cheez kyun samajhte nahi hain?</w:t>
      </w:r>
      <w:r>
        <w:br/>
      </w:r>
      <w:r>
        <w:rPr>
          <w:sz w:val="20"/>
        </w:rPr>
        <w:t>36:08  kya is mein samjha jata hai ke ghair khuda ka qanoon manna padega?"</w:t>
      </w:r>
      <w:r>
        <w:br/>
      </w:r>
      <w:r>
        <w:rPr>
          <w:sz w:val="20"/>
        </w:rPr>
        <w:t>36:16  yeh dekhiye, ghair khuda qanoon manna ya na manna, yeh yeh yeh yeh yeh nazariya aap apne aap mein ghalt hai.</w:t>
      </w:r>
      <w:r>
        <w:br/>
      </w:r>
      <w:r>
        <w:rPr>
          <w:sz w:val="20"/>
        </w:rPr>
        <w:t>36:26  kyunke ijtimai zindagi mein koi ideal nahi chal sakta. agar aap yeh ek ideal bana lein ke ke ke ijtimai zindagi mein khuda qanoon ko nafiz hona hai, to is mani ke aap badu nafiz karna chahenge, to badu nafiz karenge, idhar se bhi aadmi jawab dega, to larai shuru hogi.</w:t>
      </w:r>
      <w:r>
        <w:br/>
      </w:r>
      <w:r>
        <w:rPr>
          <w:sz w:val="20"/>
        </w:rPr>
        <w:t>36:46  is ka nateeja larai hoga. to ijtimai zindagi mein islam ka nazariya yeh hai ke jo qabil amal hai, us ko ikhtiyar karo. aap dekhiye, hazrat yusuf alaihissalam ne badshah, yani jo badshah tha, woh mushrik tha.</w:t>
      </w:r>
      <w:r>
        <w:br/>
      </w:r>
      <w:r>
        <w:rPr>
          <w:sz w:val="20"/>
        </w:rPr>
        <w:t>37:00  woh mushrik badshah ko tasleem kar liya. unhon ne takrao nahi kiya us se ke tum woh karo, badlo apna mazhab, badlo apna aqeeda, badlo.</w:t>
      </w:r>
      <w:r>
        <w:br/>
      </w:r>
      <w:r>
        <w:rPr>
          <w:sz w:val="20"/>
        </w:rPr>
        <w:t>37:14  to ijtimai zindagi mein dekhiye, adjust karna padta hai. adjustment ijtimai zindagi mein agar yeh is ko ikhtiyar karenge, aap to siwaye larai ke aur kuch bhi nahi.</w:t>
      </w:r>
      <w:r>
        <w:br/>
      </w:r>
      <w:r>
        <w:rPr>
          <w:sz w:val="20"/>
        </w:rPr>
        <w:t>37:23  apni zaat ke mamle mein aap ideal baniye. ijtimai zindagi mein aap ko adjust karna padega. kuch aap ki baat maani jayegi, kuch un ki baat maani jayegi.</w:t>
      </w:r>
      <w:r>
        <w:br/>
      </w:r>
      <w:r>
        <w:rPr>
          <w:sz w:val="20"/>
        </w:rPr>
        <w:t>37:32  dusra option nahi hai. option agar aap is ko na manen to is ke baad kya hai? larai, khoon khoon kharaba.</w:t>
      </w:r>
    </w:p>
    <w:p>
      <w:pPr>
        <w:pStyle w:val="Heading2"/>
      </w:pPr>
      <w:r>
        <w:t>Why did people politically interpret religion?</w:t>
      </w:r>
    </w:p>
    <w:p>
      <w:r>
        <w:rPr>
          <w:color w:val="666666"/>
          <w:sz w:val="18"/>
        </w:rPr>
        <w:t>Society &amp; Dawah · The Companions and the Hadith Scholars June 24, 2012 · 1m 07s · at 1:22:53 · https://youtu.be/Dj4QiYnxgBs?t=4973</w:t>
      </w:r>
    </w:p>
    <w:p>
      <w:r>
        <w:rPr>
          <w:i/>
        </w:rPr>
        <w:t>“Why did people give a political interpretation to religion? What is the real reason behind this? Please explain.”</w:t>
      </w:r>
    </w:p>
    <w:p>
      <w:r>
        <w:rPr>
          <w:sz w:val="20"/>
        </w:rPr>
        <w:t>1:22:53  maulana, agla sawal ah dilli se hai, maulana sharq hussain sahib ka. unhon nay likha hai: "logon nay deen ki siyasi taabeer kyun ki?</w:t>
      </w:r>
      <w:r>
        <w:br/>
      </w:r>
      <w:r>
        <w:rPr>
          <w:sz w:val="20"/>
        </w:rPr>
        <w:t>1:23:03  is ki asal wajah kya hai? is ke baray mein batayen." masla siyasi ta'beer ka nahin hai, masla siyasi fakhr ka hai.</w:t>
      </w:r>
      <w:r>
        <w:br/>
      </w:r>
      <w:r>
        <w:rPr>
          <w:sz w:val="20"/>
        </w:rPr>
        <w:t>1:23:13  poori poori ummat siyasi fakhr mein jee rahi hai.</w:t>
      </w:r>
      <w:r>
        <w:br/>
      </w:r>
      <w:r>
        <w:rPr>
          <w:sz w:val="20"/>
        </w:rPr>
        <w:t>1:23:17  mujhe koi bhi exception nahin maloom is waqt CPS ke. sab siyasi fakhr mein. ya'ni matlab Usmani ko jo daur tareekh guzra hai, us ko le kar fakhr.</w:t>
      </w:r>
      <w:r>
        <w:br/>
      </w:r>
      <w:r>
        <w:rPr>
          <w:sz w:val="20"/>
        </w:rPr>
        <w:t>1:23:29  to isi ko, isi ko revive karna, isi ko regain karna, isi ko phir duniya mein lana.</w:t>
      </w:r>
      <w:r>
        <w:br/>
      </w:r>
      <w:r>
        <w:rPr>
          <w:sz w:val="20"/>
        </w:rPr>
        <w:t>1:23:38  to yeh yeh mizaj sab ka hai. isi ne yeh siyasi ta'beer, siyasi ta'beer ka mein is ko fitna samajhta hoon, paida kiya.</w:t>
      </w:r>
      <w:r>
        <w:br/>
      </w:r>
      <w:r>
        <w:rPr>
          <w:sz w:val="20"/>
        </w:rPr>
        <w:t>1:23:48  yeh tareekhi fakhr ko dobara hasil karo, dobara qaim karo, isi ka naam hai siyasi ta'beer. is ka Islam se koi talluq nahin.</w:t>
      </w:r>
    </w:p>
    <w:p>
      <w:pPr>
        <w:pStyle w:val="Heading2"/>
      </w:pPr>
      <w:r>
        <w:t>Why do madrasa graduates oppose the government?</w:t>
      </w:r>
    </w:p>
    <w:p>
      <w:r>
        <w:rPr>
          <w:color w:val="666666"/>
          <w:sz w:val="18"/>
        </w:rPr>
        <w:t>Society &amp; Dawah · Sahaba and Muhaddithin 24th June 2012 - Maulana Wahiduddin Khan · 1m 57s · at 1:12:20 · https://youtu.be/tUPo7MI0Bdo?t=4340</w:t>
      </w:r>
    </w:p>
    <w:p>
      <w:r>
        <w:rPr>
          <w:i/>
        </w:rPr>
        <w:t>“Muslim madrasas in India work without clashing with the government, but the same scholars who come out of madrasas later launch movements against the government. Why is that?”</w:t>
      </w:r>
    </w:p>
    <w:p>
      <w:r>
        <w:rPr>
          <w:sz w:val="20"/>
        </w:rPr>
        <w:t>1:12:20  Maulana, agla sawal Maulana Inayatullah Umri sahib ka hai, Bangalore se. Unhon ne likha hai: "Hindustan ke Muslim madaris government se takraaye kiye baghair kaam karte hain, lekin madarse se nikalne wale yahi ulama baad mein government ke khilaaf takraao ki tehreek chala dete hain.</w:t>
      </w:r>
      <w:r>
        <w:br/>
      </w:r>
      <w:r>
        <w:rPr>
          <w:sz w:val="20"/>
        </w:rPr>
        <w:t>1:12:41  Aisa kyun hai?" Is liye ke woh wahan padhaya jaata hai. Hum ne khud madarse mein padha hai. Jo kitabein padhai jaati hain, jo taqreerein hoti hain, woh sab wahi hain.</w:t>
      </w:r>
      <w:r>
        <w:br/>
      </w:r>
      <w:r>
        <w:rPr>
          <w:sz w:val="20"/>
        </w:rPr>
        <w:t>1:12:55  Jis ne bhi madarse mein padha, us se pooch lijiye ke poora madarse ke mahaul mein charcha hota hai, woh isi ka fatawaat aur aur hukumat aur daur iqtidaar ka.</w:t>
      </w:r>
      <w:r>
        <w:br/>
      </w:r>
      <w:r>
        <w:rPr>
          <w:sz w:val="20"/>
        </w:rPr>
        <w:t>1:13:06  Toh madarse mein toh taleem mein mahaul hota hai, wahan muqarrar nahi likhta. Lekin jab madarse se bahar aaye toh woh jhanda utha lete hain, kyun ke woh isi ke liye tarbiyat yafta hain, woh isi ke liye un ki training hui hai.</w:t>
      </w:r>
      <w:r>
        <w:br/>
      </w:r>
      <w:r>
        <w:rPr>
          <w:sz w:val="20"/>
        </w:rPr>
        <w:t>1:13:23  Madarse mein taleemi jo mahaul hota hai, us ki bandishein hoti hain, us ki wajah se woh amli saath mein nahi aate.</w:t>
      </w:r>
      <w:r>
        <w:br/>
      </w:r>
      <w:r>
        <w:rPr>
          <w:sz w:val="20"/>
        </w:rPr>
        <w:t>1:13:34  Halanke baaz madaris aalami saath bhi aa gaye, yaani madarsa chalati hai, woh amli saath bhi aa gaye. Is ki bhi misalein hain.</w:t>
      </w:r>
      <w:r>
        <w:br/>
      </w:r>
      <w:r>
        <w:rPr>
          <w:sz w:val="20"/>
        </w:rPr>
        <w:t>1:13:43  Toh ek baharhaal asal cheez hai zehan kaisa banta hai. Toh zehan banta hai jihadi, siyasi aur tareekhi.</w:t>
      </w:r>
      <w:r>
        <w:br/>
      </w:r>
      <w:r>
        <w:rPr>
          <w:sz w:val="20"/>
        </w:rPr>
        <w:t>1:13:54  Woh zehan bahar aa kar jis ko mauqa milta hai, woh us mein jhanda utha leta hai. Koi log nahi uthate, un ko kahin doosra mauqa mil gaya, wahan chale jaate hain.</w:t>
      </w:r>
      <w:r>
        <w:br/>
      </w:r>
      <w:r>
        <w:rPr>
          <w:sz w:val="20"/>
        </w:rPr>
        <w:t>1:14:03  Woh</w:t>
      </w:r>
      <w:r>
        <w:br/>
      </w:r>
      <w:r>
        <w:rPr>
          <w:sz w:val="20"/>
        </w:rPr>
        <w:t>1:14:04  Baharhaal zehan ek hi hai, masjid mein, madarse mein, har jagah woh zehan jo hai, wahi hai. Yaani siyasat aur hukumat wala zehan hai.</w:t>
      </w:r>
    </w:p>
    <w:p>
      <w:pPr>
        <w:pStyle w:val="Heading2"/>
      </w:pPr>
      <w:r>
        <w:t>Why do people become enemies over religion?</w:t>
      </w:r>
    </w:p>
    <w:p>
      <w:r>
        <w:rPr>
          <w:color w:val="666666"/>
          <w:sz w:val="18"/>
        </w:rPr>
        <w:t>Society &amp; Dawah · Pillars of Western Thought October 6, 2013 · 1m 30s · at 1:03:14 · https://youtu.be/o4WfPvju5_M?t=3794</w:t>
      </w:r>
    </w:p>
    <w:p>
      <w:r>
        <w:rPr>
          <w:i/>
        </w:rPr>
        <w:t>“Friends of the same community live together, eat together, but when it comes to religion, why do they become enemies? What is the reason for that?”</w:t>
      </w:r>
    </w:p>
    <w:p>
      <w:r>
        <w:rPr>
          <w:sz w:val="20"/>
        </w:rPr>
        <w:t>1:03:14  maulana, agla sawal dilli se hai. mister amrit kumar sharma ne kiya hai. unhon ne likha hai: "dost sanparda ke log saath rehte hain, khana khate hain, parantu dharm ke naam aate hi woh kyon dushman ho jate hain?</w:t>
      </w:r>
      <w:r>
        <w:br/>
      </w:r>
      <w:r>
        <w:rPr>
          <w:sz w:val="20"/>
        </w:rPr>
        <w:t>1:03:30  is ki kya wajah hai?" aisa nahi hai ke aap jo keh rahe hain yeh aisa nahi hai.</w:t>
      </w:r>
      <w:r>
        <w:br/>
      </w:r>
      <w:r>
        <w:rPr>
          <w:sz w:val="20"/>
        </w:rPr>
        <w:t>1:03:39  asal cheez yeh hai ke kisi cheez ko le kar ke log bhadak uthte hain. provocation problem hai, na ke dharm. dharm ka dharm apne aap mein koi problem nahi hai.</w:t>
      </w:r>
      <w:r>
        <w:br/>
      </w:r>
      <w:r>
        <w:rPr>
          <w:sz w:val="20"/>
        </w:rPr>
        <w:t>1:03:55  lekin chhoti chhoti baaton par provok ho jayen log, wahan par baat flare up ho jati hai.</w:t>
      </w:r>
      <w:r>
        <w:br/>
      </w:r>
      <w:r>
        <w:rPr>
          <w:sz w:val="20"/>
        </w:rPr>
        <w:t>1:04:04  jaise misaal ke taur par dekhiye, ek jagah holi ka tehwar tha, juloos nikla, woh apne rangon ko chhod rahe the kea. to ek jagah aisa hua ke masjid ki deewar par rang pad gaya.</w:t>
      </w:r>
      <w:r>
        <w:br/>
      </w:r>
      <w:r>
        <w:rPr>
          <w:sz w:val="20"/>
        </w:rPr>
        <w:t>1:04:19  to bhadak uthe log, masjid ko be-hurmati ho gayi, halanke use koi be-hurmati ka masla nahi hai. ek chhoti si bhadak uthna, asal cheez hai ke chhoti chhoti baaton par bhadak uthna.</w:t>
      </w:r>
      <w:r>
        <w:br/>
      </w:r>
      <w:r>
        <w:rPr>
          <w:sz w:val="20"/>
        </w:rPr>
        <w:t>1:04:31  to chahe hindu bhadak utha ya musalman bhadak utha, woh fasad ho jayega. na bhadka to fasad nahi hoga. to provocation is the problem, not the religion.</w:t>
      </w:r>
    </w:p>
    <w:p>
      <w:pPr>
        <w:pStyle w:val="Heading2"/>
      </w:pPr>
      <w:r>
        <w:t>Why do people think in terms of enemy?</w:t>
      </w:r>
    </w:p>
    <w:p>
      <w:r>
        <w:rPr>
          <w:color w:val="666666"/>
          <w:sz w:val="18"/>
        </w:rPr>
        <w:t>Society &amp; Dawah · Living in a New Age | March 26, 2017 · 1m 50s · at 47:43 · https://youtu.be/iST0AxQscKo?t=2863</w:t>
      </w:r>
    </w:p>
    <w:p>
      <w:r>
        <w:rPr>
          <w:i/>
        </w:rPr>
        <w:t>“A person said that if unity comes among Muslims, all problems will be solved. But others have united against Muslims. Uniting against your own supporters is the biggest mistake. Why do people still think in terms of 'enemy'? Please explain.”</w:t>
      </w:r>
    </w:p>
    <w:p>
      <w:r>
        <w:rPr>
          <w:sz w:val="20"/>
        </w:rPr>
        <w:t>47:43  sawal cheenai se bheja hai maulana iqbal umri ne aur unhone likha hai maulana ek sahib ne kaha ke musalmanon mein ittehad aa jaye to saare masail hal ho jayenge. jaisa ke doosre log musalmanon ke khilaf mutahid ho chuke hain. maulana apne supporters ke khilaf mutahid hona is daur ki sab se badi ghalati hai. is ki khabar kisi ko nahi hai. maulana log ab</w:t>
      </w:r>
      <w:r>
        <w:br/>
      </w:r>
      <w:r>
        <w:rPr>
          <w:sz w:val="20"/>
        </w:rPr>
        <w:t>48:13  hee bhi dushman ki istilaah mein kyon sochte hain? is par kuch bataiye.</w:t>
      </w:r>
      <w:r>
        <w:br/>
      </w:r>
      <w:r>
        <w:rPr>
          <w:sz w:val="20"/>
        </w:rPr>
        <w:t>48:18  Allah ki baat se be khabar hain.</w:t>
      </w:r>
      <w:r>
        <w:br/>
      </w:r>
      <w:r>
        <w:rPr>
          <w:sz w:val="20"/>
        </w:rPr>
        <w:t>48:23  mein yeh kahoon ga Allah ne kaha Allah ke paigham ka har waqt aap ko pahunch raha hai.</w:t>
      </w:r>
      <w:r>
        <w:br/>
      </w:r>
      <w:r>
        <w:rPr>
          <w:sz w:val="20"/>
        </w:rPr>
        <w:t>48:28  Rasool Allah ne kya farmaya hai? Quran o Hadees bhi kaha hai is ke be khabar hain.</w:t>
      </w:r>
      <w:r>
        <w:br/>
      </w:r>
      <w:r>
        <w:rPr>
          <w:sz w:val="20"/>
        </w:rPr>
        <w:t>48:33  insanon ki awazein atke hue hain.</w:t>
      </w:r>
      <w:r>
        <w:br/>
      </w:r>
      <w:r>
        <w:rPr>
          <w:sz w:val="20"/>
        </w:rPr>
        <w:t>48:38  yeh mein kahoon</w:t>
      </w:r>
      <w:r>
        <w:br/>
      </w:r>
      <w:r>
        <w:rPr>
          <w:sz w:val="20"/>
        </w:rPr>
        <w:t>48:43  ga ke insan ki awazein un ko sunai deti hain.</w:t>
      </w:r>
      <w:r>
        <w:br/>
      </w:r>
      <w:r>
        <w:rPr>
          <w:sz w:val="20"/>
        </w:rPr>
        <w:t>48:46  Allah Rasool ki awazein nahi sunai deti.</w:t>
      </w:r>
      <w:r>
        <w:br/>
      </w:r>
      <w:r>
        <w:rPr>
          <w:sz w:val="20"/>
        </w:rPr>
        <w:t>48:49  bas yahi kahoon ga.</w:t>
      </w:r>
      <w:r>
        <w:br/>
      </w:r>
      <w:r>
        <w:rPr>
          <w:sz w:val="20"/>
        </w:rPr>
        <w:t>48:52  rasmi tor par namaz parheinge.</w:t>
      </w:r>
      <w:r>
        <w:br/>
      </w:r>
      <w:r>
        <w:rPr>
          <w:sz w:val="20"/>
        </w:rPr>
        <w:t>48:55  rasmi tor par.</w:t>
      </w:r>
      <w:r>
        <w:br/>
      </w:r>
      <w:r>
        <w:rPr>
          <w:sz w:val="20"/>
        </w:rPr>
        <w:t>48:58  lekin namaz ki spirit se bilkul bekhabar hain.</w:t>
      </w:r>
      <w:r>
        <w:br/>
      </w:r>
      <w:r>
        <w:rPr>
          <w:sz w:val="20"/>
        </w:rPr>
        <w:t>49:01  unhon ne ek aur sawal kiya hai Maulana aap se.</w:t>
      </w:r>
      <w:r>
        <w:br/>
      </w:r>
      <w:r>
        <w:rPr>
          <w:sz w:val="20"/>
        </w:rPr>
        <w:t>49:04  unhon ne likha hai ke Maulana kalma-e-wahida kya hai? Tauheed ki ideology hai.</w:t>
      </w:r>
      <w:r>
        <w:br/>
      </w:r>
      <w:r>
        <w:rPr>
          <w:sz w:val="20"/>
        </w:rPr>
        <w:t>49:07  majeed iski wazahat karen.</w:t>
      </w:r>
      <w:r>
        <w:br/>
      </w:r>
      <w:r>
        <w:rPr>
          <w:sz w:val="20"/>
        </w:rPr>
        <w:t>49:10  tauheed ki ide</w:t>
      </w:r>
      <w:r>
        <w:br/>
      </w:r>
      <w:r>
        <w:rPr>
          <w:sz w:val="20"/>
        </w:rPr>
        <w:t>49:13  ology hai bilashuba.</w:t>
      </w:r>
      <w:r>
        <w:br/>
      </w:r>
      <w:r>
        <w:rPr>
          <w:sz w:val="20"/>
        </w:rPr>
        <w:t>49:16  tauheed ki ideology hai.</w:t>
      </w:r>
      <w:r>
        <w:br/>
      </w:r>
      <w:r>
        <w:rPr>
          <w:sz w:val="20"/>
        </w:rPr>
        <w:t>49:20  yeh koi jihad ki baat nahin.</w:t>
      </w:r>
      <w:r>
        <w:br/>
      </w:r>
      <w:r>
        <w:rPr>
          <w:sz w:val="20"/>
        </w:rPr>
        <w:t>49:23  koi politics ki baat nahin hai.</w:t>
      </w:r>
      <w:r>
        <w:br/>
      </w:r>
      <w:r>
        <w:rPr>
          <w:sz w:val="20"/>
        </w:rPr>
        <w:t>49:27  tauheed ki ideology hai.</w:t>
      </w:r>
      <w:r>
        <w:br/>
      </w:r>
      <w:r>
        <w:rPr>
          <w:sz w:val="20"/>
        </w:rPr>
        <w:t>49:30  is mein koi shakk nahin.</w:t>
      </w:r>
    </w:p>
    <w:p>
      <w:pPr>
        <w:pStyle w:val="Heading2"/>
      </w:pPr>
      <w:r>
        <w:t>Why following became opposition</w:t>
      </w:r>
    </w:p>
    <w:p>
      <w:r>
        <w:rPr>
          <w:color w:val="666666"/>
          <w:sz w:val="18"/>
        </w:rPr>
        <w:t>Society &amp; Dawah · Root Cause of Terrorism February 22, 2015 · 1m 21s · at 37:52 · https://youtu.be/n0AIGEI7b9U?t=2272</w:t>
      </w:r>
    </w:p>
    <w:p>
      <w:r>
        <w:rPr>
          <w:i/>
        </w:rPr>
        <w:t>“Maulana, why did following become the subject of opposition? Their intention was correct that humanity's salvation in this world and the hereafter.”</w:t>
      </w:r>
    </w:p>
    <w:p>
      <w:r>
        <w:rPr>
          <w:sz w:val="20"/>
        </w:rPr>
        <w:t>37:52  Maulana, agla sawal kya hai Maulana Iqbal Umri ne Tamil Nadu se aur unhon ne likha hai: "Maulana,</w:t>
      </w:r>
      <w:r>
        <w:br/>
      </w:r>
      <w:r>
        <w:rPr>
          <w:sz w:val="20"/>
        </w:rPr>
        <w:t>38:00  Following ka subject imposition kyon bana? Unki niyat to sahih thi ke insaniyat ki nijaat ho duniya</w:t>
      </w:r>
      <w:r>
        <w:br/>
      </w:r>
      <w:r>
        <w:rPr>
          <w:sz w:val="20"/>
        </w:rPr>
        <w:t>38:07  aur aakhirat mein.</w:t>
      </w:r>
      <w:r>
        <w:br/>
      </w:r>
      <w:r>
        <w:rPr>
          <w:sz w:val="20"/>
        </w:rPr>
        <w:t>38:09  Maulana, is mein jo mughalta hai niyat ka sahi hone ka, is ki wazahat matloob hai.</w:t>
      </w:r>
      <w:r>
        <w:br/>
      </w:r>
      <w:r>
        <w:rPr>
          <w:sz w:val="20"/>
        </w:rPr>
        <w:t>38:16  Dekhiye, niyat sahi ho yeh kafi nahi hai, aap ko batana parega ke Quran o Hadees mein</w:t>
      </w:r>
      <w:r>
        <w:br/>
      </w:r>
      <w:r>
        <w:rPr>
          <w:sz w:val="20"/>
        </w:rPr>
        <w:t>38:23  kahan hai aisa? Misal ke taur par ek aadmi namaz nahi padhta, aap utha kar pathar maarein us ko aur us</w:t>
      </w:r>
      <w:r>
        <w:br/>
      </w:r>
      <w:r>
        <w:rPr>
          <w:sz w:val="20"/>
        </w:rPr>
        <w:t>38:31  ka sar toot jaye to aap kahein meri niyat to theek hai, woh namaz padhe.</w:t>
      </w:r>
      <w:r>
        <w:br/>
      </w:r>
      <w:r>
        <w:rPr>
          <w:sz w:val="20"/>
        </w:rPr>
        <w:t>38:38  To yeh kahan likha hua hai ke namaz padhne ke liye logon ko pathar maro? To aap ko</w:t>
      </w:r>
      <w:r>
        <w:br/>
      </w:r>
      <w:r>
        <w:rPr>
          <w:sz w:val="20"/>
        </w:rPr>
        <w:t>38:45  yeh batana parega ke Quran mein kahin likha hua hai ke dunya mein Islami hukumat qaim karo,</w:t>
      </w:r>
      <w:r>
        <w:br/>
      </w:r>
      <w:r>
        <w:rPr>
          <w:sz w:val="20"/>
        </w:rPr>
        <w:t>38:53  sari dunya mein Islam ka qanoon nafiz karo, sari logon ko lad lad kar ke mahkoom banao.</w:t>
      </w:r>
      <w:r>
        <w:br/>
      </w:r>
      <w:r>
        <w:rPr>
          <w:sz w:val="20"/>
        </w:rPr>
        <w:t>39:00  Yeh kahan likha hua hai? To niyat ka hawala de kar ke aap aisa nahi kar sakte, aap</w:t>
      </w:r>
      <w:r>
        <w:br/>
      </w:r>
      <w:r>
        <w:rPr>
          <w:sz w:val="20"/>
        </w:rPr>
        <w:t>39:08  ko is ke liye Quran o Hadees se sabit karna parega pehle.</w:t>
      </w:r>
    </w:p>
    <w:p>
      <w:pPr>
        <w:pStyle w:val="Heading2"/>
      </w:pPr>
      <w:r>
        <w:t>Why is democracy not required in Islam?</w:t>
      </w:r>
    </w:p>
    <w:p>
      <w:r>
        <w:rPr>
          <w:color w:val="666666"/>
          <w:sz w:val="18"/>
        </w:rPr>
        <w:t>Society &amp; Dawah · Religion and Democracy December 25, 2011 · 1m 44s · at 1:36:56 · https://youtu.be/8Mf_yvDA8ik?t=5816</w:t>
      </w:r>
    </w:p>
    <w:p>
      <w:r>
        <w:rPr>
          <w:i/>
        </w:rPr>
        <w:t>“Why is democracy not considered a required thing in Islam? Is it understood that in democracy one has to accept the law of other than God?”</w:t>
      </w:r>
    </w:p>
    <w:p>
      <w:r>
        <w:rPr>
          <w:sz w:val="20"/>
        </w:rPr>
        <w:t>1:36:56  maulana inayatullah umri ka bangalore se sawal aaya hai. unhon ne likha hai: "jamhooriyat ko is islam ki matlooba cheez kyun samajhte nahi hain?</w:t>
      </w:r>
      <w:r>
        <w:br/>
      </w:r>
      <w:r>
        <w:rPr>
          <w:sz w:val="20"/>
        </w:rPr>
        <w:t>1:37:07  kya is mein samjha jata hai ke ghair khuda ka qanoon manna pare ga?"</w:t>
      </w:r>
      <w:r>
        <w:br/>
      </w:r>
      <w:r>
        <w:rPr>
          <w:sz w:val="20"/>
        </w:rPr>
        <w:t>1:37:16  yeh dekhiye, ghair khuda qanoon manna ya na manna, yeh yeh yeh yeh yeh nazariya aap apne aap mein ghalat hai.</w:t>
      </w:r>
      <w:r>
        <w:br/>
      </w:r>
      <w:r>
        <w:rPr>
          <w:sz w:val="20"/>
        </w:rPr>
        <w:t>1:37:26  kyunke ijtimai zindagi mein koi ideal nahi chal sakta. agar aap yeh ek ideal banayein ke ke ke ijtimai zindagi mein khuda qanoon ko nafiz hona hai, to is mani ke aap baddo nafiz karna chahein ge, to baddo nafiz karein ge, idhar se bhi aadmi jo</w:t>
      </w:r>
      <w:r>
        <w:br/>
      </w:r>
      <w:r>
        <w:rPr>
          <w:sz w:val="20"/>
        </w:rPr>
        <w:t>1:37:44  ab de ga, to larai shuru hogi. is ka nateeja larai hoga. to ijtimai zindagi mein islam ka nazariya yeh hai ke jo qabil amal hai, us ko ikhtiyar karo.</w:t>
      </w:r>
      <w:r>
        <w:br/>
      </w:r>
      <w:r>
        <w:rPr>
          <w:sz w:val="20"/>
        </w:rPr>
        <w:t>1:37:55  aap dekhiye, hazrat yusuf aleh salam ne badshah, yaani jo badshah tha, woh mushrik tha. woh mushrik badshah ko tasleem kar liya.</w:t>
      </w:r>
      <w:r>
        <w:br/>
      </w:r>
      <w:r>
        <w:rPr>
          <w:sz w:val="20"/>
        </w:rPr>
        <w:t>1:38:04  unhon ne takrao nahi kiya is se ke tu woh karo, badlo apna mazhab, badlo apna aqeeda, badlo. to</w:t>
      </w:r>
      <w:r>
        <w:br/>
      </w:r>
      <w:r>
        <w:rPr>
          <w:sz w:val="20"/>
        </w:rPr>
        <w:t>1:38:14  ijtimai zindagi mein dekhiye, adjust karna parta hai. adjustment ijtimai zindagi ka. agar yeh usool ikhtiyar karein ge, aap to siwaye larai ke aur kuch bhi nahi.</w:t>
      </w:r>
      <w:r>
        <w:br/>
      </w:r>
      <w:r>
        <w:rPr>
          <w:sz w:val="20"/>
        </w:rPr>
        <w:t>1:38:23  apni zaat ke mamle mein aap ideal baniye. ijtimai zindagi mein aap ko adjust karna pare ga. kuch aap ki baat maani jaye gi, kuch un ki baat maani jaye gi.</w:t>
      </w:r>
      <w:r>
        <w:br/>
      </w:r>
      <w:r>
        <w:rPr>
          <w:sz w:val="20"/>
        </w:rPr>
        <w:t>1:38:32  dusra option nahi. option agar aap is ko na manen to is ke baad kya hai? larai, khoon, khoon, khoon kharaba.</w:t>
      </w:r>
    </w:p>
    <w:p>
      <w:pPr>
        <w:pStyle w:val="Heading2"/>
      </w:pPr>
      <w:r>
        <w:t>Why many Muslims oppose your ideology</w:t>
      </w:r>
    </w:p>
    <w:p>
      <w:r>
        <w:rPr>
          <w:color w:val="666666"/>
          <w:sz w:val="18"/>
        </w:rPr>
        <w:t>Society &amp; Dawah · Reason and Faith July 10, 2016 · 1m 52s · at 52:27 · https://youtu.be/axR4I5yv29E?t=3147</w:t>
      </w:r>
    </w:p>
    <w:p>
      <w:r>
        <w:rPr>
          <w:i/>
        </w:rPr>
        <w:t>“Why do a large section of Muslims oppose your ideology? What is the reason?”</w:t>
      </w:r>
    </w:p>
    <w:p>
      <w:r>
        <w:rPr>
          <w:sz w:val="20"/>
        </w:rPr>
        <w:t>52:27  maulana, agla sawal aaya hai muhammad saleem mir sahib ka kashmir se aur unhon ne likha hai ke</w:t>
      </w:r>
      <w:r>
        <w:br/>
      </w:r>
      <w:r>
        <w:rPr>
          <w:sz w:val="20"/>
        </w:rPr>
        <w:t>52:33  maulana, one of my Muslim friends wants to know that why a large section of Muslims oppose your ideology.</w:t>
      </w:r>
      <w:r>
        <w:br/>
      </w:r>
      <w:r>
        <w:rPr>
          <w:sz w:val="20"/>
        </w:rPr>
        <w:t>52:39  What is the reason for the same?</w:t>
      </w:r>
      <w:r>
        <w:br/>
      </w:r>
      <w:r>
        <w:rPr>
          <w:sz w:val="20"/>
        </w:rPr>
        <w:t>52:46  aap jo log oppose karte hain, un ki speeches suniye, un ki kitabein parhiye to aap ko discovery</w:t>
      </w:r>
      <w:r>
        <w:br/>
      </w:r>
      <w:r>
        <w:rPr>
          <w:sz w:val="20"/>
        </w:rPr>
        <w:t>52:52  hogi ke kisi ke paas koi daleel nahi, sirf shor o ghul hai.</w:t>
      </w:r>
      <w:r>
        <w:br/>
      </w:r>
      <w:r>
        <w:rPr>
          <w:sz w:val="20"/>
        </w:rPr>
        <w:t>52:58  kisi ke paas bhi koi daleel nahi hai.</w:t>
      </w:r>
      <w:r>
        <w:br/>
      </w:r>
      <w:r>
        <w:rPr>
          <w:sz w:val="20"/>
        </w:rPr>
        <w:t>53:04  to cheez yeh hai ke hum quran o sunnat ki roshni mein jaiza lete hain aur batate hain</w:t>
      </w:r>
      <w:r>
        <w:br/>
      </w:r>
      <w:r>
        <w:rPr>
          <w:sz w:val="20"/>
        </w:rPr>
        <w:t>53:11  ke jis kaam mein musalman actually involve hain, woh quran wala kaam hai hi nahi, woh islam wala</w:t>
      </w:r>
      <w:r>
        <w:br/>
      </w:r>
      <w:r>
        <w:rPr>
          <w:sz w:val="20"/>
        </w:rPr>
        <w:t>53:17  kaam hai hi nahi.</w:t>
      </w:r>
      <w:r>
        <w:br/>
      </w:r>
      <w:r>
        <w:rPr>
          <w:sz w:val="20"/>
        </w:rPr>
        <w:t>53:23  yani violence karte hain.</w:t>
      </w:r>
      <w:r>
        <w:br/>
      </w:r>
      <w:r>
        <w:rPr>
          <w:sz w:val="20"/>
        </w:rPr>
        <w:t>53:30  kaam yeh hai ke peaceful dawah work karen to unka jo kaam hai, uski value khatam hoti hai.</w:t>
      </w:r>
      <w:r>
        <w:br/>
      </w:r>
      <w:r>
        <w:rPr>
          <w:sz w:val="20"/>
        </w:rPr>
        <w:t>53:36  to woh is ke liye tayyar nahi hain ke ailaan karen ke hum ghalati par thay.</w:t>
      </w:r>
      <w:r>
        <w:br/>
      </w:r>
      <w:r>
        <w:rPr>
          <w:sz w:val="20"/>
        </w:rPr>
        <w:t>53:42  to ab unhon ne kaha kar rakha hai ke be daleel hamare khilaf propaganda karte hain.</w:t>
      </w:r>
      <w:r>
        <w:br/>
      </w:r>
      <w:r>
        <w:rPr>
          <w:sz w:val="20"/>
        </w:rPr>
        <w:t>53:48  kisi bhi shakhs ko, jab aap agle itwar ko bataiyega, kisi un mein se kisi bhi ek</w:t>
      </w:r>
      <w:r>
        <w:br/>
      </w:r>
      <w:r>
        <w:rPr>
          <w:sz w:val="20"/>
        </w:rPr>
        <w:t>53:55  shakhs ne daleel ki zaban mein hamari baat ka koi radd nahi kiya hai, to aap yahi kehne</w:t>
      </w:r>
      <w:r>
        <w:br/>
      </w:r>
      <w:r>
        <w:rPr>
          <w:sz w:val="20"/>
        </w:rPr>
        <w:t>54:01  پر مجبور ہیں کہ چونکہ وہ اپنی غلطی ماننے کو تیار نہیں ہیں، تو he went crying کا</w:t>
      </w:r>
      <w:r>
        <w:br/>
      </w:r>
      <w:r>
        <w:rPr>
          <w:sz w:val="20"/>
        </w:rPr>
        <w:t>54:07  tareeqa ikhtiyar kiya unhon ne.</w:t>
      </w:r>
      <w:r>
        <w:br/>
      </w:r>
      <w:r>
        <w:rPr>
          <w:sz w:val="20"/>
        </w:rPr>
        <w:t>54:14  maulana, do sawal aaye hain doctor farida khanam se dilli se.</w:t>
      </w:r>
    </w:p>
    <w:p>
      <w:pPr>
        <w:pStyle w:val="Heading2"/>
      </w:pPr>
      <w:r>
        <w:t>Why only men can give divorce in Islam?</w:t>
      </w:r>
    </w:p>
    <w:p>
      <w:r>
        <w:rPr>
          <w:color w:val="666666"/>
          <w:sz w:val="18"/>
        </w:rPr>
        <w:t>Society &amp; Dawah · Three levels of Realization July 4, 2010 · 1m 44s · at 1:29:35 · https://youtu.be/NtCTVVov3Nw?t=5375</w:t>
      </w:r>
    </w:p>
    <w:p>
      <w:r>
        <w:rPr>
          <w:i/>
        </w:rPr>
        <w:t>“According to Islam, a woman can take divorce but cannot give divorce. The right to give divorce is only for men. Why is that? Shouldn't both have the right?”</w:t>
      </w:r>
    </w:p>
    <w:p>
      <w:r>
        <w:rPr>
          <w:sz w:val="20"/>
        </w:rPr>
        <w:t>1:29:35  maulana agla sawal kya hai miss shweta saxena ne dilli se</w:t>
      </w:r>
      <w:r>
        <w:br/>
      </w:r>
      <w:r>
        <w:rPr>
          <w:sz w:val="20"/>
        </w:rPr>
        <w:t>1:29:40  unhon ne poocha hai ke islam dharm ke according aurat talaq le sakti hai de nahi sakti talaq dene ka haq sirf mard ko hai aisa kyun aisa nahi hai dono ko haq hai</w:t>
      </w:r>
      <w:r>
        <w:br/>
      </w:r>
      <w:r>
        <w:rPr>
          <w:sz w:val="20"/>
        </w:rPr>
        <w:t>1:29:57  dekhen aik hai yani aik farq sirf yeh hai ke mard ko general taur par haq hai general taur par aurat ka mamla yeh hai ke agar jab jab jab jab woh jab woh marriage ho rahi ho jab nikah ho raha ho to aik hota hai nikah nama ya zabani bhi woh hota hai yani qaul o qarar hota hai</w:t>
      </w:r>
      <w:r>
        <w:br/>
      </w:r>
      <w:r>
        <w:rPr>
          <w:sz w:val="20"/>
        </w:rPr>
        <w:t>1:30:27  to jab nikah ho raha hai us waqt agar shohar se woh aurat yeh yeh baat par signature le le us ki haan hasil kar le us ko kehte hain nikah tafweez pafwiz nikah tafweez to aam talaq aam nikah mein to aurat ko haq nahi rehta</w:t>
      </w:r>
      <w:r>
        <w:br/>
      </w:r>
      <w:r>
        <w:rPr>
          <w:sz w:val="20"/>
        </w:rPr>
        <w:t>1:30:53  mard aurat ko haq hota hai is ka us ko kehte hain khula woh khula yani khula mein talaq mein itna hi farq hai ke talaq mard khud hi bol kar de deta hai aur khula yeh hai ke us ko jana padta hai qazi ke paas lekin aik aur shakal hai yani khula ke alawa nikah tafweez is mein aurat khud hi khud de sakti hai talaq</w:t>
      </w:r>
    </w:p>
    <w:p>
      <w:pPr>
        <w:pStyle w:val="Heading2"/>
      </w:pPr>
      <w:r>
        <w:t>Why peace should not be clubbed with justice?</w:t>
      </w:r>
    </w:p>
    <w:p>
      <w:r>
        <w:rPr>
          <w:color w:val="666666"/>
          <w:sz w:val="18"/>
        </w:rPr>
        <w:t>Society &amp; Dawah · Purpose of Creation September 28, 2014 · 1m 47s · at 56:43 · https://youtu.be/7M-rzLZzCYw?t=3403</w:t>
      </w:r>
    </w:p>
    <w:p>
      <w:r>
        <w:rPr>
          <w:i/>
        </w:rPr>
        <w:t>“You often say that peace should not be clubbed with justice. Can you please elaborate on the same so that I can understand it better?”</w:t>
      </w:r>
    </w:p>
    <w:p>
      <w:r>
        <w:rPr>
          <w:sz w:val="20"/>
        </w:rPr>
        <w:t>56:43  molana agla sawal hyderabad se danish sahib ne kiya hai aur inhon ne likha hai ke molana sahib you often say that peace should not be clubbed with justice can you please elaborate on the same so that i can understand it better yeh club club toh sahi nahi hai</w:t>
      </w:r>
      <w:r>
        <w:br/>
      </w:r>
      <w:r>
        <w:rPr>
          <w:sz w:val="20"/>
        </w:rPr>
        <w:t>57:09  main sirf yeh kehta hoon ke</w:t>
      </w:r>
      <w:r>
        <w:br/>
      </w:r>
      <w:r>
        <w:rPr>
          <w:sz w:val="20"/>
        </w:rPr>
        <w:t>57:15  aap yeh chahein ke peace aaye toh saath saath justice bhi jaaye aur justice ke naam par aap aap hungama karein toh is tarah aap ko kuch milne wala nahi hai</w:t>
      </w:r>
      <w:r>
        <w:br/>
      </w:r>
      <w:r>
        <w:rPr>
          <w:sz w:val="20"/>
        </w:rPr>
        <w:t>57:29  justice jo hai ek alag alag ek cheez hai yani aap ko peace lana chahiye opportunity ke liye justice ke nahi yani peace for the sake of opportunity ka concept hai peace for the sake of justice ka istilaah islam mein nahi hai</w:t>
      </w:r>
      <w:r>
        <w:br/>
      </w:r>
      <w:r>
        <w:rPr>
          <w:sz w:val="20"/>
        </w:rPr>
        <w:t>57:50  is ko aap club bhi keh sakte hain lekin main jo lafz istemal karta hoon woh yeh hai ke peace for the sake of opportunity hai peace for the sake of justice nahi hai aur yeh law of nature hai yeh law of nature hai aur rasool allah ne jo tareeqa ikhtiyar kiya tha mislan hudaybiyah ke mauqe par toh peshi toh qaboot hua justice thodi us ke saath sazayi thi</w:t>
      </w:r>
      <w:r>
        <w:br/>
      </w:r>
      <w:r>
        <w:rPr>
          <w:sz w:val="20"/>
        </w:rPr>
        <w:t>58:18  lekin jab peace kaam hoga toh opportunity mili aur opportunity ko aap ne avail karna shuru kiya planning kar ke toh phir dheere dheere dheere aap ko baqi cheezein mil gayi</w:t>
      </w:r>
    </w:p>
    <w:p>
      <w:pPr>
        <w:pStyle w:val="Heading2"/>
      </w:pPr>
      <w:r>
        <w:t>Why people too busy for religion due to material pursuits?</w:t>
      </w:r>
    </w:p>
    <w:p>
      <w:r>
        <w:rPr>
          <w:color w:val="666666"/>
          <w:sz w:val="18"/>
        </w:rPr>
        <w:t>Society &amp; Dawah · The Message of Eid Al-Adha November 6, 2011 Maulana Wahiduddin Khan · 57s · at 1:17:32 · https://youtu.be/y59PU_RD2cg?t=4652</w:t>
      </w:r>
    </w:p>
    <w:p>
      <w:r>
        <w:rPr>
          <w:i/>
        </w:rPr>
        <w:t>“People are so busy in their material pursuits that no one has time to talk seriously about religion. What is the reason for this?”</w:t>
      </w:r>
    </w:p>
    <w:p>
      <w:r>
        <w:rPr>
          <w:sz w:val="20"/>
        </w:rPr>
        <w:t>1:17:32  Maulana, yeh sawal Mr. Abdul Latif ne kiya hai Karachi Pakistan se. unhone likha hai: "log apni maadi masroofiyat mein itna masroof hain ke kisi ko deen par sanjeedgi se baat karne ka waqt nahi hai." Maulana sahib, is ki kya wajah hai?</w:t>
      </w:r>
      <w:r>
        <w:br/>
      </w:r>
      <w:r>
        <w:rPr>
          <w:sz w:val="20"/>
        </w:rPr>
        <w:t>1:17:51  is ke bare mein batayein. yeh to Quran mein bata hi diya gaya hai. awalan ke yeh yani imme</w:t>
      </w:r>
      <w:r>
        <w:br/>
      </w:r>
      <w:r>
        <w:rPr>
          <w:sz w:val="20"/>
        </w:rPr>
        <w:t>1:18:02  diate gain ke peeche daudna, jo door ka faida hai, yani jannat to door ka faida lagti hai ke marne ke baad samne ayegi.</w:t>
      </w:r>
      <w:r>
        <w:br/>
      </w:r>
      <w:r>
        <w:rPr>
          <w:sz w:val="20"/>
        </w:rPr>
        <w:t>1:18:11  samne ka jo faida hai, to awalan ke yeh yani immediate gain dikhai deta hai, us ke peeche daud rahe hain.</w:t>
      </w:r>
      <w:r>
        <w:br/>
      </w:r>
      <w:r>
        <w:rPr>
          <w:sz w:val="20"/>
        </w:rPr>
        <w:t>1:18:21  ab baat ki jo cheez dikhai nahi deti, us se us se us ko nazar andaaz karte hain. yahi baat hai.</w:t>
      </w:r>
      <w:r>
        <w:br/>
      </w:r>
      <w:r>
        <w:rPr>
          <w:sz w:val="20"/>
        </w:rPr>
        <w:t>1:18:30  maulana, agla sawal aaya hai maulana zikwan nadvi ka dilli se. unhon ne likha hai: "aam taur par logon ka yeh mizaj hota hai ke woh sirf like minded logon se milte hain.</w:t>
      </w:r>
    </w:p>
    <w:p>
      <w:pPr>
        <w:pStyle w:val="Heading2"/>
      </w:pPr>
      <w:r>
        <w:t>Why religious scholars unaware of dawah importance</w:t>
      </w:r>
    </w:p>
    <w:p>
      <w:r>
        <w:rPr>
          <w:color w:val="666666"/>
          <w:sz w:val="18"/>
        </w:rPr>
        <w:t>Society &amp; Dawah · Dars-e-Quran, Chapter 38, V. 29 (Contemplation on the Quran) | October 7, 2018 · 1m 43s · at 1:07:00 · https://youtu.be/bF57J8TD8no?t=4020</w:t>
      </w:r>
    </w:p>
    <w:p>
      <w:r>
        <w:rPr>
          <w:i/>
        </w:rPr>
        <w:t>“What is the reason that most of the religious persons having sufficient knowledge of hadith as well as Arabic language are not aware of the importance of dawah work? They seem to be hardly aware of the significance of translating Quran in different languages and also its distribution. How can they be sensitized about this aspect of dawah?”</w:t>
      </w:r>
    </w:p>
    <w:p>
      <w:r>
        <w:rPr>
          <w:sz w:val="20"/>
        </w:rPr>
        <w:t>1:07:00  Maulana, agla sawal bheja hai Miss Karotulin ne Srinagar se. Unhone likha hai: "Maulana, what is the reason that most of the religious persons having sufficient knowledge of Hadith as well as Arabic language are not aware of the importance of Daur work? They seem to be hardly aware of the significance of translating Quran in different languages and also its dist</w:t>
      </w:r>
      <w:r>
        <w:br/>
      </w:r>
      <w:r>
        <w:rPr>
          <w:sz w:val="20"/>
        </w:rPr>
        <w:t>1:07:30  ribution. how can they be sensitized about this aspect of daur?" dekhein, ek ajib baat hui hai ke hadith ke andar to dawah ki baatein bahut zyada hain. hadith mein, seerat mein. dekhein, ek ajib baat yeh hui ke itna zakheera hai hadith ka lekin is mein kitab dawah o tabligh hai hi nahi. kitab wuzu hai, kitab salat</w:t>
      </w:r>
      <w:r>
        <w:br/>
      </w:r>
      <w:r>
        <w:rPr>
          <w:sz w:val="20"/>
        </w:rPr>
        <w:t>1:08:00  hai, kitab al-hajj hai lekin kitab al-da'wah wa al-tabligh hai hi nahi.</w:t>
      </w:r>
      <w:r>
        <w:br/>
      </w:r>
      <w:r>
        <w:rPr>
          <w:sz w:val="20"/>
        </w:rPr>
        <w:t>1:08:06  halankeh hadith ke andar boht zyada hadith hain jo da'wah pe hain.</w:t>
      </w:r>
      <w:r>
        <w:br/>
      </w:r>
      <w:r>
        <w:rPr>
          <w:sz w:val="20"/>
        </w:rPr>
        <w:t>1:08:12  da'wah, kyunke da'wah ko bator chapter, jo chapterization kehte hain, is ko jo tarjuma ahbab, jo chapterization hua</w:t>
      </w:r>
      <w:r>
        <w:br/>
      </w:r>
      <w:r>
        <w:rPr>
          <w:sz w:val="20"/>
        </w:rPr>
        <w:t>1:08:19  hai, is mein shamil hi nahi kiya.</w:t>
      </w:r>
      <w:r>
        <w:br/>
      </w:r>
      <w:r>
        <w:rPr>
          <w:sz w:val="20"/>
        </w:rPr>
        <w:t>1:08:25  pata nahi kia wajah hui is ki jabke hadith ke andar maujood hai.</w:t>
      </w:r>
      <w:r>
        <w:br/>
      </w:r>
      <w:r>
        <w:rPr>
          <w:sz w:val="20"/>
        </w:rPr>
        <w:t>1:08:31  to mein logon se kehta hoon ke chapterization ki jo escape hai, us ko mat talash karo, khud</w:t>
      </w:r>
      <w:r>
        <w:br/>
      </w:r>
      <w:r>
        <w:rPr>
          <w:sz w:val="20"/>
        </w:rPr>
        <w:t>1:08:37  hadith mein talash karo, hadith ko parho, is mein aap ko sab cheez mil jaye gi.</w:t>
      </w:r>
    </w:p>
    <w:p>
      <w:pPr>
        <w:pStyle w:val="Heading2"/>
      </w:pPr>
      <w:r>
        <w:t>Why scholars ignore importance of dawah</w:t>
      </w:r>
    </w:p>
    <w:p>
      <w:r>
        <w:rPr>
          <w:color w:val="666666"/>
          <w:sz w:val="18"/>
        </w:rPr>
        <w:t>Society &amp; Dawah · Living in a New Age | March 26, 2017 · 55s · at 57:11 · https://youtu.be/iST0AxQscKo?t=3431</w:t>
      </w:r>
    </w:p>
    <w:p>
      <w:r>
        <w:rPr>
          <w:i/>
        </w:rPr>
        <w:t>“What is the reason scholars don't know the importance of dawah? Even Allah said in An-Nisa verse...”</w:t>
      </w:r>
    </w:p>
    <w:p>
      <w:r>
        <w:rPr>
          <w:sz w:val="20"/>
        </w:rPr>
        <w:t>57:11  maulana agla sawal maulana farhad ahmed sahib ne dilli se bheja hai۔</w:t>
      </w:r>
      <w:r>
        <w:br/>
      </w:r>
      <w:r>
        <w:rPr>
          <w:sz w:val="20"/>
        </w:rPr>
        <w:t>57:15  unhon ne likha hai</w:t>
      </w:r>
      <w:r>
        <w:br/>
      </w:r>
      <w:r>
        <w:rPr>
          <w:sz w:val="20"/>
        </w:rPr>
        <w:t>57:19  maulana what is the reason ulama don't know the importance of dawah? Even allah said in nisa verse</w:t>
      </w:r>
      <w:r>
        <w:br/>
      </w:r>
      <w:r>
        <w:rPr>
          <w:sz w:val="20"/>
        </w:rPr>
        <w:t>57:25  one sixty five there were messengers bearing good news and giving warning so that mankind would have no</w:t>
      </w:r>
      <w:r>
        <w:br/>
      </w:r>
      <w:r>
        <w:rPr>
          <w:sz w:val="20"/>
        </w:rPr>
        <w:t>57:31  excuse before god۔</w:t>
      </w:r>
      <w:r>
        <w:br/>
      </w:r>
      <w:r>
        <w:rPr>
          <w:sz w:val="20"/>
        </w:rPr>
        <w:t>57:37  After the coming of the messengers god is mighty wise۔</w:t>
      </w:r>
      <w:r>
        <w:br/>
      </w:r>
      <w:r>
        <w:rPr>
          <w:sz w:val="20"/>
        </w:rPr>
        <w:t>57:43  According to this verse making people aware of the creation plan</w:t>
      </w:r>
      <w:r>
        <w:br/>
      </w:r>
      <w:r>
        <w:rPr>
          <w:sz w:val="20"/>
        </w:rPr>
        <w:t>57:49  is the prime course of action of all prophet۔</w:t>
      </w:r>
      <w:r>
        <w:br/>
      </w:r>
      <w:r>
        <w:rPr>
          <w:sz w:val="20"/>
        </w:rPr>
        <w:t>57:55  theek kaha mere khayal se unhon ne۔</w:t>
      </w:r>
      <w:r>
        <w:br/>
      </w:r>
      <w:r>
        <w:rPr>
          <w:sz w:val="20"/>
        </w:rPr>
        <w:t>58:01  sahi baat hai۔</w:t>
      </w:r>
    </w:p>
    <w:p>
      <w:pPr>
        <w:pStyle w:val="Heading2"/>
      </w:pPr>
      <w:r>
        <w:t>Why so much confusion among Muslims over fatwa?</w:t>
      </w:r>
    </w:p>
    <w:p>
      <w:r>
        <w:rPr>
          <w:color w:val="666666"/>
          <w:sz w:val="18"/>
        </w:rPr>
        <w:t>Society &amp; Dawah · The Age of Giving Global Thanks Dec 15. 2019—Maulana Wahiduddin Khan · 1m 13s · at 52:16 · https://youtu.be/254Pgn6Ldts?t=3136</w:t>
      </w:r>
    </w:p>
    <w:p>
      <w:r>
        <w:rPr>
          <w:i/>
        </w:rPr>
        <w:t>“Maulana, once in Moradabad a Deobandi scholar led the funeral prayer of a Barelvi man. Then the local mufti gave a fatwa that the marriages of all who had performed that funeral prayer were broken and then their marriages were performed again. Maulana, why is there so much confusion among Muslims?”</w:t>
      </w:r>
    </w:p>
    <w:p>
      <w:r>
        <w:rPr>
          <w:sz w:val="20"/>
        </w:rPr>
        <w:t>52:16  molana, agla sawal irshad ali sahib ne bheja hai. unhon ne likha hai: "molana, ek baar muradabad mein ek barelvi shakhs ke janaza ek deobandi aalim ne parh diya tha.</w:t>
      </w:r>
      <w:r>
        <w:br/>
      </w:r>
      <w:r>
        <w:rPr>
          <w:sz w:val="20"/>
        </w:rPr>
        <w:t>52:31  phir wahan ke mufti sahib ne fatwa diya ke jis jis ne bhi janaza parha hai, sab ke nikah toot gaye aur phir sab ke nikah dobara parhaye gaye.</w:t>
      </w:r>
      <w:r>
        <w:br/>
      </w:r>
      <w:r>
        <w:rPr>
          <w:sz w:val="20"/>
        </w:rPr>
        <w:t>52:42  molana, itna zyada musalmanon mein confusion kyun hai?" confusion aap ke mind mein hai. ek waqia ka reference diya aap ne aur sare musalmanon ko generalize kar ke shamil kar liya.</w:t>
      </w:r>
      <w:r>
        <w:br/>
      </w:r>
      <w:r>
        <w:rPr>
          <w:sz w:val="20"/>
        </w:rPr>
        <w:t>52:58  aap ka generalization jo hai, yeh masla hai. jo hawala to diya aap ne ek waqeye ka aur phir khud generalize kar ke is saare musalmanon ko apply kar diya.</w:t>
      </w:r>
      <w:r>
        <w:br/>
      </w:r>
      <w:r>
        <w:rPr>
          <w:sz w:val="20"/>
        </w:rPr>
        <w:t>53:13  apne mind ki islaah kijiye</w:t>
      </w:r>
      <w:r>
        <w:br/>
      </w:r>
      <w:r>
        <w:rPr>
          <w:sz w:val="20"/>
        </w:rPr>
        <w:t>53:17  ke ek single waqeye ko generalize karte hain. aap</w:t>
      </w:r>
      <w:r>
        <w:br/>
      </w:r>
      <w:r>
        <w:rPr>
          <w:sz w:val="20"/>
        </w:rPr>
        <w:t>53:23  apne mind ki islaah kijiye.</w:t>
      </w:r>
    </w:p>
    <w:p>
      <w:pPr>
        <w:pStyle w:val="Heading2"/>
      </w:pPr>
      <w:r>
        <w:t>Why successful Muslims complain against others?</w:t>
      </w:r>
    </w:p>
    <w:p>
      <w:r>
        <w:rPr>
          <w:color w:val="666666"/>
          <w:sz w:val="18"/>
        </w:rPr>
        <w:t>Society &amp; Dawah · Revival and Revivalist June 7, 2015 · 1m 35s · at 58:26 · https://youtu.be/MCY8AJ87BXc?t=3506</w:t>
      </w:r>
    </w:p>
    <w:p>
      <w:r>
        <w:rPr>
          <w:i/>
        </w:rPr>
        <w:t>“What is this phenomenon that even those Muslims who have good jobs, who are successful businessmen and are also successful in other fields, they are busy complaining against others? I don't understand it.”</w:t>
      </w:r>
    </w:p>
    <w:p>
      <w:r>
        <w:rPr>
          <w:sz w:val="20"/>
        </w:rPr>
        <w:t>58:26  Mani yeh agla sawal aya hai doctor Fareeda Khanam ka Delhi se.</w:t>
      </w:r>
      <w:r>
        <w:br/>
      </w:r>
      <w:r>
        <w:rPr>
          <w:sz w:val="20"/>
        </w:rPr>
        <w:t>58:31  What is this phenomenon that even those Muslims who have good jobs, who are successful businessmen and are also successful in other fields, they are busy complaining against others?</w:t>
      </w:r>
      <w:r>
        <w:br/>
      </w:r>
      <w:r>
        <w:rPr>
          <w:sz w:val="20"/>
        </w:rPr>
        <w:t>58:45  I don't understand it. Is liye ke dekhiye, woh rehte kahan hain? Muslim society mein rehte hain.</w:t>
      </w:r>
      <w:r>
        <w:br/>
      </w:r>
      <w:r>
        <w:rPr>
          <w:sz w:val="20"/>
        </w:rPr>
        <w:t>58:55  Agarche woh un ka aik job place mein ya work place mein jatay hain, wahan paisay kama ke wapas atay hain.</w:t>
      </w:r>
      <w:r>
        <w:br/>
      </w:r>
      <w:r>
        <w:rPr>
          <w:sz w:val="20"/>
        </w:rPr>
        <w:t>59:03  Lekin un ka jo rehna hai, zindagi guzarna hai, woh isi Muslim muashray mein hota hai jahan charchay ho raha hai ke Musalmanon ke sath ziyadti ho rahi hai.</w:t>
      </w:r>
      <w:r>
        <w:br/>
      </w:r>
      <w:r>
        <w:rPr>
          <w:sz w:val="20"/>
        </w:rPr>
        <w:t>59:16  Kyunke jitnay bhi Musalmanon ke likhne bolne walay log hain, jo stage par bolte hain, jo kitabein chapte hain, jo P.E.D. gul nikalte hain, woh sab ke sab one to all negative boli bol rahe hain.</w:t>
      </w:r>
      <w:r>
        <w:br/>
      </w:r>
      <w:r>
        <w:rPr>
          <w:sz w:val="20"/>
        </w:rPr>
        <w:t>59:28  Aik tradition chal para hai. To isi isi pe lot'te hain, woh thora sa waqt guzartay hain apne work place mein, us ke baad isi pe lot atay hain, isi isi charchay mein woh khud bhi shamil ho jatay hain.</w:t>
      </w:r>
      <w:r>
        <w:br/>
      </w:r>
      <w:r>
        <w:rPr>
          <w:sz w:val="20"/>
        </w:rPr>
        <w:t>59:42  To kaha un ka mindset jo jo cheez banati hai, woh un ka apna muashra hai, un ka apna ghar hai. To</w:t>
      </w:r>
      <w:r>
        <w:br/>
      </w:r>
      <w:r>
        <w:rPr>
          <w:sz w:val="20"/>
        </w:rPr>
        <w:t>59:52  To is wajah se bohat hi ziyada yani gehrai ke sath kaam karna hoga, tab mindset toote ga.</w:t>
      </w:r>
    </w:p>
    <w:p>
      <w:pPr>
        <w:pStyle w:val="Heading2"/>
      </w:pPr>
      <w:r>
        <w:t>Why support infidel ideology against Muslims?</w:t>
      </w:r>
    </w:p>
    <w:p>
      <w:r>
        <w:rPr>
          <w:color w:val="666666"/>
          <w:sz w:val="18"/>
        </w:rPr>
        <w:t>Society &amp; Dawah · The Age of Alternative April 24, 2016 · 1m 36s · at 50:15 · https://youtu.be/JoilI-TK4Ig?t=3015</w:t>
      </w:r>
    </w:p>
    <w:p>
      <w:r>
        <w:rPr>
          <w:i/>
        </w:rPr>
        <w:t>“Why are you always against innocent Muslims and openly support the infidel ideology?”</w:t>
      </w:r>
    </w:p>
    <w:p>
      <w:r>
        <w:rPr>
          <w:sz w:val="20"/>
        </w:rPr>
        <w:t>50:15  maulana, agla sawal bheja hai ikramullah dutani sahib ne, aur unhon ne likha hai ke: "maulana, why are you always against innocent muslims and openly support the infidel ideology?"</w:t>
      </w:r>
      <w:r>
        <w:br/>
      </w:r>
      <w:r>
        <w:rPr>
          <w:sz w:val="20"/>
        </w:rPr>
        <w:t>50:30  yeh to bilkul yani koi sar be base baat hai. ab aap mera article ka reference dijiye.</w:t>
      </w:r>
      <w:r>
        <w:br/>
      </w:r>
      <w:r>
        <w:rPr>
          <w:sz w:val="20"/>
        </w:rPr>
        <w:t>50:40  kahan se aap ne nikal liya aap ke? yeh to aap ka ek meri taraf ghalat bhi attribute kar rahe hain. mujhe bataiye kis article mein aisa hai?</w:t>
      </w:r>
      <w:r>
        <w:br/>
      </w:r>
      <w:r>
        <w:rPr>
          <w:sz w:val="20"/>
        </w:rPr>
        <w:t>50:48  bataiye. main sachai ko support karta hoon aur false foot ke khilaf hoon. sun lijiye, main hamesha sachai ko support karta hoon aur false foot ke khilaf hoon.</w:t>
      </w:r>
      <w:r>
        <w:br/>
      </w:r>
      <w:r>
        <w:rPr>
          <w:sz w:val="20"/>
        </w:rPr>
        <w:t>51:01  yeh jo aap ne farmaya, yeh to aap ki apni soch hai jis ki koi na aap ne koi reference diya hai, na koi koi de sakte hain koi reference.</w:t>
      </w:r>
      <w:r>
        <w:br/>
      </w:r>
      <w:r>
        <w:rPr>
          <w:sz w:val="20"/>
        </w:rPr>
        <w:t>51:11  maulana, unhon ne shayad aaj ke talk mein jo aap ne hudaybiyah treaty ke baad aap ne jo zikr kiya ke rehbaron ki ghalati hai, to shayad is se unhon ne is ko misunderstand kiya hai.</w:t>
      </w:r>
      <w:r>
        <w:br/>
      </w:r>
      <w:r>
        <w:rPr>
          <w:sz w:val="20"/>
        </w:rPr>
        <w:t>51:22  yeh to agar kiya hai to main example doon. example doon. sawal yeh hai ke hamare rehbar jo hain, kyun aisa kar rahe hain ke daur to peace ka hai aur ja ke baat karte hain?</w:t>
      </w:r>
      <w:r>
        <w:br/>
      </w:r>
      <w:r>
        <w:rPr>
          <w:sz w:val="20"/>
        </w:rPr>
        <w:t>51:37  aap aap is ko mujhe bataiye, yani reference ke zariye bataiye. reference ke zariye bataiye. jab tak aap reference na dein, misaal na dein, tab tak is baat ki koi value nahi hai,</w:t>
      </w:r>
    </w:p>
    <w:p>
      <w:pPr>
        <w:pStyle w:val="Heading2"/>
      </w:pPr>
      <w:r>
        <w:t>Wisdom in Islam vs instigating youth</w:t>
      </w:r>
    </w:p>
    <w:p>
      <w:r>
        <w:rPr>
          <w:color w:val="666666"/>
          <w:sz w:val="18"/>
        </w:rPr>
        <w:t>Society &amp; Dawah · Paradise September 18, 2016 · 59s · at 1:07:30 · https://youtu.be/R2kZlD0PbGQ?t=4050</w:t>
      </w:r>
    </w:p>
    <w:p>
      <w:r>
        <w:rPr>
          <w:i/>
        </w:rPr>
        <w:t>“If there is strong emphasis on wisdom in Islam, then why present-day Islamic leaders instigate the youth for suicidal and non-result oriented actions?”</w:t>
      </w:r>
    </w:p>
    <w:p>
      <w:r>
        <w:rPr>
          <w:sz w:val="20"/>
        </w:rPr>
        <w:t>1:07:30  maulana, agla sawal lete hain jo kashmir se bheja hai engineer altaf hussain sahab ne.</w:t>
      </w:r>
      <w:r>
        <w:br/>
      </w:r>
      <w:r>
        <w:rPr>
          <w:sz w:val="20"/>
        </w:rPr>
        <w:t>1:07:36  unhon ne likha hai: "If there is strong emphasis on wisdom in Islam, then why present-day Islamic leaders</w:t>
      </w:r>
      <w:r>
        <w:br/>
      </w:r>
      <w:r>
        <w:rPr>
          <w:sz w:val="20"/>
        </w:rPr>
        <w:t>1:07:42  instigate the youth for suicidal and non-result oriented actions?"</w:t>
      </w:r>
      <w:r>
        <w:br/>
      </w:r>
      <w:r>
        <w:rPr>
          <w:sz w:val="20"/>
        </w:rPr>
        <w:t>1:07:48  Do they deserve the paradise?</w:t>
      </w:r>
      <w:r>
        <w:br/>
      </w:r>
      <w:r>
        <w:rPr>
          <w:sz w:val="20"/>
        </w:rPr>
        <w:t>1:07:53  "dekhiye, main ne arz kiya ke har insan ko azadi mili hui hai.</w:t>
      </w:r>
      <w:r>
        <w:br/>
      </w:r>
      <w:r>
        <w:rPr>
          <w:sz w:val="20"/>
        </w:rPr>
        <w:t>1:07:58  har insan ko, chahe woh musalman ho ya doosre log hon.</w:t>
      </w:r>
      <w:r>
        <w:br/>
      </w:r>
      <w:r>
        <w:rPr>
          <w:sz w:val="20"/>
        </w:rPr>
        <w:t>1:08:03  jab azadi mili hui hai, har aadmi ko yeh bhi mauqa hai ke woh mehsoos kare apni azadi ko.</w:t>
      </w:r>
      <w:r>
        <w:br/>
      </w:r>
      <w:r>
        <w:rPr>
          <w:sz w:val="20"/>
        </w:rPr>
        <w:t>1:08:09  تو یہ سارے لوگ جو اس طرح کے کام کر رہے ہیں، وہ اپنی آزادی کو misuse</w:t>
      </w:r>
      <w:r>
        <w:br/>
      </w:r>
      <w:r>
        <w:rPr>
          <w:sz w:val="20"/>
        </w:rPr>
        <w:t>1:08:14  kar rahe hain.</w:t>
      </w:r>
      <w:r>
        <w:br/>
      </w:r>
      <w:r>
        <w:rPr>
          <w:sz w:val="20"/>
        </w:rPr>
        <w:t>1:08:19  aur misuse karne ke baad un ki bhi pakad isi tarah hogi jis tarah doosron ki pakad hogi.</w:t>
      </w:r>
      <w:r>
        <w:br/>
      </w:r>
      <w:r>
        <w:rPr>
          <w:sz w:val="20"/>
        </w:rPr>
        <w:t>1:08:24  is mein musalman aur ghair muslim mein koi farq nahi hai.</w:t>
      </w:r>
    </w:p>
    <w:p>
      <w:pPr>
        <w:pStyle w:val="Heading2"/>
      </w:pPr>
      <w:r>
        <w:t>Woman's role in motherhood and Dawah</w:t>
      </w:r>
    </w:p>
    <w:p>
      <w:r>
        <w:rPr>
          <w:color w:val="666666"/>
          <w:sz w:val="18"/>
        </w:rPr>
        <w:t>Society &amp; Dawah · The Role of a Woman March 8, 2020 Maulana Wahiduddin Khan · 1m 15s · at 25:57 · https://youtu.be/aBPy_KTsk1A?t=1557</w:t>
      </w:r>
    </w:p>
    <w:p>
      <w:r>
        <w:rPr>
          <w:i/>
        </w:rPr>
        <w:t>“Maulana, please advise and guide how can a woman discover and perform the role during their motherhood? I see a lot of sisters facing issues in performing Dawah when their primary job happens to be raising their children. All of us need your guidance on this point.”</w:t>
      </w:r>
    </w:p>
    <w:p>
      <w:r>
        <w:rPr>
          <w:sz w:val="20"/>
        </w:rPr>
        <w:t>25:57  goa se sawal bheja hai. Unho'n ne likha hai "Maulana, please advise and guide how can a woman discover and perform the role during their motherhood</w:t>
      </w:r>
      <w:r>
        <w:br/>
      </w:r>
      <w:r>
        <w:rPr>
          <w:sz w:val="20"/>
        </w:rPr>
        <w:t>26:09  ? I see a lot of sisters facing issues in performing Dawah when their primary job happens to be raising their children.</w:t>
      </w:r>
      <w:r>
        <w:br/>
      </w:r>
      <w:r>
        <w:rPr>
          <w:sz w:val="20"/>
        </w:rPr>
        <w:t>26:18  All of us need your guidance on this point." bhai, main ne isi mozu par ek kitaab likhi hai.</w:t>
      </w:r>
      <w:r>
        <w:br/>
      </w:r>
      <w:r>
        <w:rPr>
          <w:sz w:val="20"/>
        </w:rPr>
        <w:t>26:27  is ka naam hai,</w:t>
      </w:r>
      <w:r>
        <w:br/>
      </w:r>
      <w:r>
        <w:rPr>
          <w:sz w:val="20"/>
        </w:rPr>
        <w:t>26:31  kya naam hai sahib? Aurat Ma'maar-e-Insaniyat. Aurat Ma'maar-e-Insaniyat, theek isi mozu par hai. Aurat Ma'maar-e-Insaniyat, mujhe pata nahi ke is ka English tarjuma hua hai ke nahi hua hai.</w:t>
      </w:r>
      <w:r>
        <w:br/>
      </w:r>
      <w:r>
        <w:rPr>
          <w:sz w:val="20"/>
        </w:rPr>
        <w:t>26:46  nahi hua hai. Haan, inshallah aindah, inshallah English mein.</w:t>
      </w:r>
      <w:r>
        <w:br/>
      </w:r>
      <w:r>
        <w:rPr>
          <w:sz w:val="20"/>
        </w:rPr>
        <w:t>26:52  abhi woh Urdu mein chapi hai. Aindah, inshallah is ko English mein chapa jayega. Khatoon-e-Islam bhi hai. Haan, Khatoon-e-Islam.</w:t>
      </w:r>
      <w:r>
        <w:br/>
      </w:r>
      <w:r>
        <w:rPr>
          <w:sz w:val="20"/>
        </w:rPr>
        <w:t>27:03  nahi, nahi. Aurat Ma'maar-e-Insaniyat.</w:t>
      </w:r>
    </w:p>
    <w:p>
      <w:pPr>
        <w:pStyle w:val="Heading2"/>
      </w:pPr>
      <w:r>
        <w:t>Women's groups for dawah</w:t>
      </w:r>
    </w:p>
    <w:p>
      <w:r>
        <w:rPr>
          <w:color w:val="666666"/>
          <w:sz w:val="18"/>
        </w:rPr>
        <w:t>Society &amp; Dawah · An Intellectual Journey May 1, 2011 · 1m 19s · at 1:21:18 · https://youtu.be/AqjjyimoIqw?t=4878</w:t>
      </w:r>
    </w:p>
    <w:p>
      <w:r>
        <w:rPr>
          <w:i/>
        </w:rPr>
        <w:t>“In Tablighi Jamaat, women's groups go out. Should similar women's groups be sent out for dawah work?”</w:t>
      </w:r>
    </w:p>
    <w:p>
      <w:r>
        <w:rPr>
          <w:sz w:val="20"/>
        </w:rPr>
        <w:t>1:21:18  Maulana, agla sawal kya hai? Mr Javed Iqbal ne, unhon ne apni location nahi likhi hai. unhon ne poocha hai ke tablighi jamaat mein aurton ki jamaat nikalti hai, kya dawah work ke liye bhi isi tarah aurton ki jamaat nikali chahiye?</w:t>
      </w:r>
      <w:r>
        <w:br/>
      </w:r>
      <w:r>
        <w:rPr>
          <w:sz w:val="20"/>
        </w:rPr>
        <w:t>1:21:35  dekhen, hum yeh jamaat nikalne ka qail nahi hain, yeh un ka apna tareeqa hai,</w:t>
      </w:r>
      <w:r>
        <w:br/>
      </w:r>
      <w:r>
        <w:rPr>
          <w:sz w:val="20"/>
        </w:rPr>
        <w:t>1:21:43  yeh hum is ka qail nahi hain.</w:t>
      </w:r>
      <w:r>
        <w:br/>
      </w:r>
      <w:r>
        <w:rPr>
          <w:sz w:val="20"/>
        </w:rPr>
        <w:t>1:21:45  daawati kaam har fard ko karna hai, aik kaheen mauqa ho to aap jamaati tor par kijiye, lekin aik jo pattern hai un ke haan jamaat nikalne ka, woh woh un ka apna ijtihadi ka hai, koi Quran o Hadees sabit nahi hai.</w:t>
      </w:r>
      <w:r>
        <w:br/>
      </w:r>
      <w:r>
        <w:rPr>
          <w:sz w:val="20"/>
        </w:rPr>
        <w:t>1:21:58  yeh hamara jo tareeqa hai, woh is se alag hai.</w:t>
      </w:r>
      <w:r>
        <w:br/>
      </w:r>
      <w:r>
        <w:rPr>
          <w:sz w:val="20"/>
        </w:rPr>
        <w:t>1:22:01  hum har fard ko inspire karte hain, har fard ko aam karte hain, aam musallah ke woh logon mein jahan jahan mauqa mile, us ko dawat ke kaam kar.</w:t>
      </w:r>
      <w:r>
        <w:br/>
      </w:r>
      <w:r>
        <w:rPr>
          <w:sz w:val="20"/>
        </w:rPr>
        <w:t>1:22:13  us ko har aadmi ko mauqa dhoondna hai, jahan koi mil jaye, us ko aap ya to baat kijiye ya to kitaab dijiye, jis tareeqe se bhi ho.</w:t>
      </w:r>
      <w:r>
        <w:br/>
      </w:r>
      <w:r>
        <w:rPr>
          <w:sz w:val="20"/>
        </w:rPr>
        <w:t>1:22:24  to bator fard ka bhi kaam ho sakta hai, bator bator jamaat ka bhi kaam ho sakta hai, lekin jamaat nikalna woh aik jo pattern hai, woh hamara tareeqa nahi hai.</w:t>
      </w:r>
    </w:p>
    <w:p>
      <w:pPr>
        <w:pStyle w:val="Heading2"/>
      </w:pPr>
      <w:r>
        <w:t>Women's role in dawah work</w:t>
      </w:r>
    </w:p>
    <w:p>
      <w:r>
        <w:rPr>
          <w:color w:val="666666"/>
          <w:sz w:val="18"/>
        </w:rPr>
        <w:t>Society &amp; Dawah · The Creation Plan December 09, 2018 · 1m 03s · at 55:51 · https://youtu.be/y8tS4vW9lFI?t=3351</w:t>
      </w:r>
    </w:p>
    <w:p>
      <w:r>
        <w:rPr>
          <w:i/>
        </w:rPr>
        <w:t>“How can women play role in dawah work?”</w:t>
      </w:r>
    </w:p>
    <w:p>
      <w:r>
        <w:rPr>
          <w:sz w:val="20"/>
        </w:rPr>
        <w:t>55:51  maulana, agla sawal bheja hai miss sakina khan ne ahmedabad se. unhone likha hai: "maulana, you are the only person i know and i have heard saying that women have equal importance in islam.</w:t>
      </w:r>
      <w:r>
        <w:br/>
      </w:r>
      <w:r>
        <w:rPr>
          <w:sz w:val="20"/>
        </w:rPr>
        <w:t>56:08  my question is: how can women play role in dawah work?"</w:t>
      </w:r>
      <w:r>
        <w:br/>
      </w:r>
      <w:r>
        <w:rPr>
          <w:sz w:val="20"/>
        </w:rPr>
        <w:t>56:20  bhai, aap meri kitab padhein aurat ke bare mein. is ka naam hai "aurat memar insaniyat".</w:t>
      </w:r>
      <w:r>
        <w:br/>
      </w:r>
      <w:r>
        <w:rPr>
          <w:sz w:val="20"/>
        </w:rPr>
        <w:t>56:33  is ka naam hai, is ka title hai "aurat memar insaniyat". is ko aap padhein. is ko padhne ke baad aap agle program mein phir se aap sawal karein apna ke is ko padhne ke baad wo kya zehan bana aap ka.</w:t>
      </w:r>
    </w:p>
    <w:p>
      <w:pPr>
        <w:pStyle w:val="Heading2"/>
      </w:pPr>
      <w:r>
        <w:t>Women's time on food vs spirituality</w:t>
      </w:r>
    </w:p>
    <w:p>
      <w:r>
        <w:rPr>
          <w:color w:val="666666"/>
          <w:sz w:val="18"/>
        </w:rPr>
        <w:t>Society &amp; Dawah · Purpose of Human Life February 12, 2012 Maulana Wahiduddin Khan · 1m 36s · at 1:11:53 · https://youtu.be/gRupSXuak-w?t=4313</w:t>
      </w:r>
    </w:p>
    <w:p>
      <w:r>
        <w:rPr>
          <w:i/>
        </w:rPr>
        <w:t>“Women spend most of their time and energy on cooking, eating, and decorating the house. Seeing this situation, the thought comes to mind that if there was no cycle of eating and drinking, perhaps women would spend this time on spirituality and dawah work. What is your opinion on this?”</w:t>
      </w:r>
    </w:p>
    <w:p>
      <w:r>
        <w:rPr>
          <w:sz w:val="20"/>
        </w:rPr>
        <w:t>1:11:53  maulana, agla sawal karachi pakistan se hai, miss saira latif ka. unhon ne likha hai: "khawateen apna zyada tar waqt aur energy sirf khane peene aur ghar ko sanwarne mein laga deti hain.</w:t>
      </w:r>
      <w:r>
        <w:br/>
      </w:r>
      <w:r>
        <w:rPr>
          <w:sz w:val="20"/>
        </w:rPr>
        <w:t>1:12:10  yeh surat-e-haal dekh kar dil mein yeh khayal aata hai ke agar khane peene ka chakkar na hota to shayad phir khawateen yeh waqt rohaniyat aur dawah work mein lagati." maulana sahib, is mein aap ki kya rai hai?</w:t>
      </w:r>
      <w:r>
        <w:br/>
      </w:r>
      <w:r>
        <w:rPr>
          <w:sz w:val="20"/>
        </w:rPr>
        <w:t>1:12:30  yeh to koi baat nahi hai.</w:t>
      </w:r>
      <w:r>
        <w:br/>
      </w:r>
      <w:r>
        <w:rPr>
          <w:sz w:val="20"/>
        </w:rPr>
        <w:t>1:12:32  europe ki auratein jo hain, bilkul azaad hain. woh hotelon mein khati hain, ghar gharelu zimmedari un ki nahi, house wife ke taur par nahi rehti hain.</w:t>
      </w:r>
      <w:r>
        <w:br/>
      </w:r>
      <w:r>
        <w:rPr>
          <w:sz w:val="20"/>
        </w:rPr>
        <w:t>1:12:42  woh kya? woh rohaniyat kaam karti hain? woh log european khawateen jo hain, woh house wife nahi rehti, ke taur par nahi zindagi guzarti hain.</w:t>
      </w:r>
      <w:r>
        <w:br/>
      </w:r>
      <w:r>
        <w:rPr>
          <w:sz w:val="20"/>
        </w:rPr>
        <w:t>1:12:54  woh</w:t>
      </w:r>
      <w:r>
        <w:br/>
      </w:r>
      <w:r>
        <w:rPr>
          <w:sz w:val="20"/>
        </w:rPr>
        <w:t>1:12:57  to kya? woh sab rohani kaam kar rahi hain?</w:t>
      </w:r>
      <w:r>
        <w:br/>
      </w:r>
      <w:r>
        <w:rPr>
          <w:sz w:val="20"/>
        </w:rPr>
        <w:t>1:13:01  yeh koi baat nahi hai. yeh mat sochiye, balkeh yeh sochiye ke in khawateen mein aap ko spirit bharna hai, un ke soch ko badalna hai, un ko ek naya nishana dena hai.</w:t>
      </w:r>
      <w:r>
        <w:br/>
      </w:r>
      <w:r>
        <w:rPr>
          <w:sz w:val="20"/>
        </w:rPr>
        <w:t>1:13:12  yeh sab sochiye. yeh sab cheezein rukawat nahi hain.</w:t>
      </w:r>
      <w:r>
        <w:br/>
      </w:r>
      <w:r>
        <w:rPr>
          <w:sz w:val="20"/>
        </w:rPr>
        <w:t>1:13:18  yeh aap ko aap ki zimmedari yaad dilati hain ke aap ko in khawateen ko aql dena hai, un ko un ko batana hai ke kya kya karein, woh apni salahiyaton ko kahan istemal karein.</w:t>
      </w:r>
    </w:p>
    <w:p>
      <w:pPr>
        <w:pStyle w:val="Heading2"/>
      </w:pPr>
      <w:r>
        <w:t>کیا پوری دنیا میں امن پھیل سکتا ہے؟</w:t>
      </w:r>
    </w:p>
    <w:p>
      <w:r>
        <w:rPr>
          <w:color w:val="666666"/>
          <w:sz w:val="18"/>
        </w:rPr>
        <w:t>Society &amp; Dawah · Kingdom of God August 25, 2018 · 1m 03s · at 36:36 · https://youtu.be/SrnWPkMbEQw?t=2196</w:t>
      </w:r>
    </w:p>
    <w:p>
      <w:r>
        <w:rPr>
          <w:i/>
        </w:rPr>
        <w:t>“ساری دنیا میں پیس پھیل جائے، کیا یہ ممکن ہے؟”</w:t>
      </w:r>
    </w:p>
    <w:p>
      <w:r>
        <w:rPr>
          <w:sz w:val="20"/>
        </w:rPr>
        <w:t>36:36  sab se zyada average age hui hai aaj, aaj ke daur mein. faiz qadri sahib ne maulana sawal poocha hai coimbatore se.</w:t>
      </w:r>
      <w:r>
        <w:br/>
      </w:r>
      <w:r>
        <w:rPr>
          <w:sz w:val="20"/>
        </w:rPr>
        <w:t>36:50  unhon ne likha hai ke sari dunya mein, sari dunya mein peace phail jaye, kya yeh mumkin hai?</w:t>
      </w:r>
      <w:r>
        <w:br/>
      </w:r>
      <w:r>
        <w:rPr>
          <w:sz w:val="20"/>
        </w:rPr>
        <w:t>37:00  kya saari duniya mein peace phail jaye? kya ye peace, peace, peace, aman, aman, aman?</w:t>
      </w:r>
      <w:r>
        <w:br/>
      </w:r>
      <w:r>
        <w:rPr>
          <w:sz w:val="20"/>
        </w:rPr>
        <w:t>37:09  farq woh hai. khwamkhwah pathar marte hain log to woh retaliat karte hain. meri umar itni ho gayi, aaj tak dunya mein kahin mujhe tashaddud ka tajurba nahi hua kyunke main kisi ke sath karta nahi kuch.</w:t>
      </w:r>
      <w:r>
        <w:br/>
      </w:r>
      <w:r>
        <w:rPr>
          <w:sz w:val="20"/>
        </w:rPr>
        <w:t>37:27  yeh sab jo hai retaliation hai. pcp se aaj dunya mein har taraf pcp 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