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316 questions · category Spirituality · full transcripts with timestamps · exported 2026-09-22</w:t>
      </w:r>
    </w:p>
    <w:p>
      <w:pPr>
        <w:pStyle w:val="Heading2"/>
      </w:pPr>
      <w:r>
        <w:t>A Formula to Stop Negative Thoughts</w:t>
      </w:r>
    </w:p>
    <w:p>
      <w:r>
        <w:rPr>
          <w:color w:val="666666"/>
          <w:sz w:val="18"/>
        </w:rPr>
        <w:t>Spirituality · The Existence of God-7th October 2012 · 1m 54s · at 1:16:04 · https://youtu.be/XWFqKwm-LPM?t=4564</w:t>
      </w:r>
    </w:p>
    <w:p>
      <w:r>
        <w:rPr>
          <w:i/>
        </w:rPr>
        <w:t>“I want to become completely free of negative thoughts. Please give me a formula to stop negative thoughts from coming.”</w:t>
      </w:r>
    </w:p>
    <w:p>
      <w:r>
        <w:rPr>
          <w:sz w:val="20"/>
        </w:rPr>
        <w:t>1:16:04  maulana, agla sawal dilli se hai nafees sahib ka.</w:t>
      </w:r>
      <w:r>
        <w:br/>
      </w:r>
      <w:r>
        <w:rPr>
          <w:sz w:val="20"/>
        </w:rPr>
        <w:t>1:16:11  unhon ne likha hai: "main main negative free mind ban kar rehna chahta hoon.</w:t>
      </w:r>
      <w:r>
        <w:br/>
      </w:r>
      <w:r>
        <w:rPr>
          <w:sz w:val="20"/>
        </w:rPr>
        <w:t>1:16:17  mujhe koi aisa formula bata dijiye jis se negative thoughts aana band ho jayein." woh kabhi nahi band honge.</w:t>
      </w:r>
      <w:r>
        <w:br/>
      </w:r>
      <w:r>
        <w:rPr>
          <w:sz w:val="20"/>
        </w:rPr>
        <w:t>1:16:24  aap aise chahte hain ke oxygen aap ke dimagh mein aana band ho jaye, to kabhi band nahi hoga.</w:t>
      </w:r>
      <w:r>
        <w:br/>
      </w:r>
      <w:r>
        <w:rPr>
          <w:sz w:val="20"/>
        </w:rPr>
        <w:t>1:16:31  kuch nahi, negative thought to aayenge, aap un ko manage karna seekhiye.</w:t>
      </w:r>
      <w:r>
        <w:br/>
      </w:r>
      <w:r>
        <w:rPr>
          <w:sz w:val="20"/>
        </w:rPr>
        <w:t>1:16:38  yeh yeh possible nahi hai ke aap ko ek aisi duniya mil jaye jahan koi negative baat hi</w:t>
      </w:r>
      <w:r>
        <w:br/>
      </w:r>
      <w:r>
        <w:rPr>
          <w:sz w:val="20"/>
        </w:rPr>
        <w:t>1:16:44  na hoti ho.</w:t>
      </w:r>
      <w:r>
        <w:br/>
      </w:r>
      <w:r>
        <w:rPr>
          <w:sz w:val="20"/>
        </w:rPr>
        <w:t>1:16:51  kuch nahi, aap ko negativity ke jhaar jhankhaar mein jeena hai.</w:t>
      </w:r>
      <w:r>
        <w:br/>
      </w:r>
      <w:r>
        <w:rPr>
          <w:sz w:val="20"/>
        </w:rPr>
        <w:t>1:16:58  you are you are to learn the art of, yani, negative negativity management.</w:t>
      </w:r>
      <w:r>
        <w:br/>
      </w:r>
      <w:r>
        <w:rPr>
          <w:sz w:val="20"/>
        </w:rPr>
        <w:t>1:17:04  yeh to koi unnatural baat hai jo aap cha rahe hain.</w:t>
      </w:r>
      <w:r>
        <w:br/>
      </w:r>
      <w:r>
        <w:rPr>
          <w:sz w:val="20"/>
        </w:rPr>
        <w:t>1:17:11  negativity ko apni khorak banaiye, negativity ko point of discussion banaiye, us ko le kar aur aur sochiye,</w:t>
      </w:r>
      <w:r>
        <w:br/>
      </w:r>
      <w:r>
        <w:rPr>
          <w:sz w:val="20"/>
        </w:rPr>
        <w:t>1:17:18  aur aur sochiye.</w:t>
      </w:r>
      <w:r>
        <w:br/>
      </w:r>
      <w:r>
        <w:rPr>
          <w:sz w:val="20"/>
        </w:rPr>
        <w:t>1:17:25  jaise maine aap ko qissa bataya, aap ko ke main naha raha tha aur sabun haath se</w:t>
      </w:r>
      <w:r>
        <w:br/>
      </w:r>
      <w:r>
        <w:rPr>
          <w:sz w:val="20"/>
        </w:rPr>
        <w:t>1:17:31  chhoot ke balti mein chal gaya.</w:t>
      </w:r>
      <w:r>
        <w:br/>
      </w:r>
      <w:r>
        <w:rPr>
          <w:sz w:val="20"/>
        </w:rPr>
        <w:t>1:17:38  That was a negative event, ke main sochne laga, sochne laga, isse mujhe ek positive sabaq mila.</w:t>
      </w:r>
      <w:r>
        <w:br/>
      </w:r>
      <w:r>
        <w:rPr>
          <w:sz w:val="20"/>
        </w:rPr>
        <w:t>1:17:45  to negativity jo hai, us ko ek challenge ke roop mein lijiye, aap intellectual challenge.</w:t>
      </w:r>
      <w:r>
        <w:br/>
      </w:r>
      <w:r>
        <w:rPr>
          <w:sz w:val="20"/>
        </w:rPr>
        <w:t>1:17:51  yeh mat chahiye ke negativity khatm ho jaye, kyunke woh to possible nahi hai.</w:t>
      </w:r>
    </w:p>
    <w:p>
      <w:pPr>
        <w:pStyle w:val="Heading2"/>
      </w:pPr>
      <w:r>
        <w:t>Achieving focused mind for contemplation</w:t>
      </w:r>
    </w:p>
    <w:p>
      <w:r>
        <w:rPr>
          <w:color w:val="666666"/>
          <w:sz w:val="18"/>
        </w:rPr>
        <w:t>Spirituality · Deeper Meaning of The Quran May 17, 2015 · 2m 28s · at 55:23 · https://youtu.be/CoTUNYxSRiI?t=3323</w:t>
      </w:r>
    </w:p>
    <w:p>
      <w:r>
        <w:rPr>
          <w:i/>
        </w:rPr>
        <w:t>“Contemplation requires a focused mind. How can we stay away from distraction to get a focused mind?”</w:t>
      </w:r>
    </w:p>
    <w:p>
      <w:r>
        <w:rPr>
          <w:sz w:val="20"/>
        </w:rPr>
        <w:t>55:23  maulana, agla sawal dilli se hai miss naghma siddiqui ka. aur unhon ne likha hai: "contemplation requires a focused mind</w:t>
      </w:r>
      <w:r>
        <w:br/>
      </w:r>
      <w:r>
        <w:rPr>
          <w:sz w:val="20"/>
        </w:rPr>
        <w:t>55:34  . how can we stay away from distraction to get a focused mind?"</w:t>
      </w:r>
      <w:r>
        <w:br/>
      </w:r>
      <w:r>
        <w:rPr>
          <w:sz w:val="20"/>
        </w:rPr>
        <w:t>55:44  dekhiye main samajhta hoon ke har aadmi kisi ek cheez par focus kiya rehta hai. baghair focus ke koi jeeta nahi.</w:t>
      </w:r>
      <w:r>
        <w:br/>
      </w:r>
      <w:r>
        <w:rPr>
          <w:sz w:val="20"/>
        </w:rPr>
        <w:t>56:00  sirf yeh hai ke aap focus kisi ka hota hai akhirat par kisi ka aur dunya par.</w:t>
      </w:r>
      <w:r>
        <w:br/>
      </w:r>
      <w:r>
        <w:rPr>
          <w:sz w:val="20"/>
        </w:rPr>
        <w:t>56:06  misalan ek shakhs ne mujhe bataya ke mere mulk ke bhai rehte hain bahar europe ke kisi mulk mein ya america mein kahein.</w:t>
      </w:r>
      <w:r>
        <w:br/>
      </w:r>
      <w:r>
        <w:rPr>
          <w:sz w:val="20"/>
        </w:rPr>
        <w:t>56:16  to unhon ne kaha un ki ek bachi paida hui beti. to bas isi ko le ke khelte rehte hain. to unhon ne kaha ke woh office mein kaam karte hain.</w:t>
      </w:r>
      <w:r>
        <w:br/>
      </w:r>
      <w:r>
        <w:rPr>
          <w:sz w:val="20"/>
        </w:rPr>
        <w:t>56:27  to office mein jab aate hain to sab se pehle is bachi ko utha lete hain. use pyar karte hain us ki god mein lete hain.</w:t>
      </w:r>
      <w:r>
        <w:br/>
      </w:r>
      <w:r>
        <w:rPr>
          <w:sz w:val="20"/>
        </w:rPr>
        <w:t>56:35  to kaha office mein tab bhi focus bachchi bachchi par hai. isi ko yaad kiye hue hain.</w:t>
      </w:r>
      <w:r>
        <w:br/>
      </w:r>
      <w:r>
        <w:rPr>
          <w:sz w:val="20"/>
        </w:rPr>
        <w:t>56:44  to har aadmi ka focus hota hai kisi na kisi cheez par. baghair focus ke koi jeeta nahi hai dunya mein.</w:t>
      </w:r>
      <w:r>
        <w:br/>
      </w:r>
      <w:r>
        <w:rPr>
          <w:sz w:val="20"/>
        </w:rPr>
        <w:t>56:54  hata ke jo galat log hain unhon ne kaha focus koi hai? koi galat cheez un ka focus bani hui hai? to focus to rehta hi rehta hai.</w:t>
      </w:r>
      <w:r>
        <w:br/>
      </w:r>
      <w:r>
        <w:rPr>
          <w:sz w:val="20"/>
        </w:rPr>
        <w:t>57:05  ab cheez yeh hai ke focus sahi ho. Allah par ho jannat par ho akhirat par ho. to yeh cheez aayegi soch se.</w:t>
      </w:r>
      <w:r>
        <w:br/>
      </w:r>
      <w:r>
        <w:rPr>
          <w:sz w:val="20"/>
        </w:rPr>
        <w:t>57:15  jab tak sochenge itni focus ka correction hoga. to focused mind to by nature har ek ka hota hi hota hai.</w:t>
      </w:r>
      <w:r>
        <w:br/>
      </w:r>
      <w:r>
        <w:rPr>
          <w:sz w:val="20"/>
        </w:rPr>
        <w:t>57:24  sirf masla hai correction ka. apne focus ko aap sahi karein.</w:t>
      </w:r>
      <w:r>
        <w:br/>
      </w:r>
      <w:r>
        <w:rPr>
          <w:sz w:val="20"/>
        </w:rPr>
        <w:t>57:30  to main samajhta hoon ke study karna ghor o fikar karna duaein mangna yahi is ka zariya hai.</w:t>
      </w:r>
      <w:r>
        <w:br/>
      </w:r>
      <w:r>
        <w:rPr>
          <w:sz w:val="20"/>
        </w:rPr>
        <w:t>57:41  jisko jo chahta ho ke mera focus sahi ho to yahi rasta hai is ke liye aur koi rasta to hai nahi.</w:t>
      </w:r>
    </w:p>
    <w:p>
      <w:pPr>
        <w:pStyle w:val="Heading2"/>
      </w:pPr>
      <w:r>
        <w:t>Achieving high level of spirituality</w:t>
      </w:r>
    </w:p>
    <w:p>
      <w:r>
        <w:rPr>
          <w:color w:val="666666"/>
          <w:sz w:val="18"/>
        </w:rPr>
        <w:t>Spirituality · Message of the Quran August 20, 2017 · 1m 12s · at 24:52 · https://youtu.be/BrbrZxP37pk?t=1492</w:t>
      </w:r>
    </w:p>
    <w:p>
      <w:r>
        <w:rPr>
          <w:i/>
        </w:rPr>
        <w:t>“Maulana sahib, how can one achieve a high level of spirituality?”</w:t>
      </w:r>
    </w:p>
    <w:p>
      <w:r>
        <w:rPr>
          <w:sz w:val="20"/>
        </w:rPr>
        <w:t>24:52  isi ko hum aaj kal kehte hain spirituality. yahi message hai Quran ka, yeh just just hai Quran ka. Maulana, agla sawal Bhopal se kiya hai Muhammad Irfan Rasheed sahib ne.</w:t>
      </w:r>
      <w:r>
        <w:br/>
      </w:r>
      <w:r>
        <w:rPr>
          <w:sz w:val="20"/>
        </w:rPr>
        <w:t>25:07  unhon ne likha hai: "molana sahib, how can one achieve high level of spirituality?" is ke bare mein bataein.</w:t>
      </w:r>
      <w:r>
        <w:br/>
      </w:r>
      <w:r>
        <w:rPr>
          <w:sz w:val="20"/>
        </w:rPr>
        <w:t>25:17  main bas kahoon ke spirituality to insan ki nature mein hai, insan ki fitrat mein hai. jo cheez aadmi ko hatati hai, us se woh hai distraction.</w:t>
      </w:r>
      <w:r>
        <w:br/>
      </w:r>
      <w:r>
        <w:rPr>
          <w:sz w:val="20"/>
        </w:rPr>
        <w:t>25:33  aap distraction se apne ko bachaiye to aapna aap hi jo fitri halat hai, woh aap par woh qaim ho jayega.</w:t>
      </w:r>
      <w:r>
        <w:br/>
      </w:r>
      <w:r>
        <w:rPr>
          <w:sz w:val="20"/>
        </w:rPr>
        <w:t>25:46  to let spirituality prevail ho jayega. main bas kahoon ke sara masla apne ko distraction se bachana hai, is ke baad to apna aap hi sab theek ho jata hai.</w:t>
      </w:r>
    </w:p>
    <w:p>
      <w:pPr>
        <w:pStyle w:val="Heading2"/>
      </w:pPr>
      <w:r>
        <w:t>Advice for someone in the fourth state</w:t>
      </w:r>
    </w:p>
    <w:p>
      <w:r>
        <w:rPr>
          <w:color w:val="666666"/>
          <w:sz w:val="18"/>
        </w:rPr>
        <w:t>Spirituality · Self Correction November 09, 2014 Maulana Wahiduddin Khan · 1m 48s · at 1:02:40 · https://youtu.be/PpwTmeCQkSQ?t=3760</w:t>
      </w:r>
    </w:p>
    <w:p>
      <w:r>
        <w:rPr>
          <w:i/>
        </w:rPr>
        <w:t>“If someone is in the fourth state, what should he do? Should he be disappointed?”</w:t>
      </w:r>
    </w:p>
    <w:p>
      <w:r>
        <w:rPr>
          <w:sz w:val="20"/>
        </w:rPr>
        <w:t>1:02:40  Maulana, agla sawal muzaffar nagar se adnan sahab ne kiya hai, aur unhone likha hai: "If someone</w:t>
      </w:r>
      <w:r>
        <w:br/>
      </w:r>
      <w:r>
        <w:rPr>
          <w:sz w:val="20"/>
        </w:rPr>
        <w:t>1:02:45  is in the fourth state, what should he do?</w:t>
      </w:r>
      <w:r>
        <w:br/>
      </w:r>
      <w:r>
        <w:rPr>
          <w:sz w:val="20"/>
        </w:rPr>
        <w:t>1:02:51  Should he be disappointed?</w:t>
      </w:r>
      <w:r>
        <w:br/>
      </w:r>
      <w:r>
        <w:rPr>
          <w:sz w:val="20"/>
        </w:rPr>
        <w:t>1:02:57  As you said that tauba baeed is impossible." bhai, mere to bohat mushkil sawal hai.</w:t>
      </w:r>
      <w:r>
        <w:br/>
      </w:r>
      <w:r>
        <w:rPr>
          <w:sz w:val="20"/>
        </w:rPr>
        <w:t>1:03:03  Aap ko mere jaisa banna padega ke mein apne ko qatl karta hoon, yaqeen kijiye, merciless</w:t>
      </w:r>
      <w:r>
        <w:br/>
      </w:r>
      <w:r>
        <w:rPr>
          <w:sz w:val="20"/>
        </w:rPr>
        <w:t>1:03:09  pampering karta hoon.</w:t>
      </w:r>
      <w:r>
        <w:br/>
      </w:r>
      <w:r>
        <w:rPr>
          <w:sz w:val="20"/>
        </w:rPr>
        <w:t>1:03:15  Apni kai cheezein bohat der mein chhori hain.</w:t>
      </w:r>
      <w:r>
        <w:br/>
      </w:r>
      <w:r>
        <w:rPr>
          <w:sz w:val="20"/>
        </w:rPr>
        <w:t>1:03:21  mein ne yeh bhi hawa, meri zindagi mein toba baeed ka bhi mere saath case pesh aaya.</w:t>
      </w:r>
      <w:r>
        <w:br/>
      </w:r>
      <w:r>
        <w:rPr>
          <w:sz w:val="20"/>
        </w:rPr>
        <w:t>1:03:27  kuch cheezen foran chori, kuch cheezen bohat dinon mein, chaalees saal, pachaas saal chori.</w:t>
      </w:r>
      <w:r>
        <w:br/>
      </w:r>
      <w:r>
        <w:rPr>
          <w:sz w:val="20"/>
        </w:rPr>
        <w:t>1:03:33  to mein yeh keh sakta hoon ke mein ne apne aap ko, yaani zibah kiya, apne aap ko</w:t>
      </w:r>
      <w:r>
        <w:br/>
      </w:r>
      <w:r>
        <w:rPr>
          <w:sz w:val="20"/>
        </w:rPr>
        <w:t>1:03:39  zibah kiya, tab mein chhor paaya is ko.</w:t>
      </w:r>
      <w:r>
        <w:br/>
      </w:r>
      <w:r>
        <w:rPr>
          <w:sz w:val="20"/>
        </w:rPr>
        <w:t>1:03:45  agar mein zibah na karta to mein na chhor paata is ko.</w:t>
      </w:r>
      <w:r>
        <w:br/>
      </w:r>
      <w:r>
        <w:rPr>
          <w:sz w:val="20"/>
        </w:rPr>
        <w:t>1:03:52  to jis ko jo chahta ho ke woh baeed ka door aajaye, hatta woh toba kare, to us</w:t>
      </w:r>
      <w:r>
        <w:br/>
      </w:r>
      <w:r>
        <w:rPr>
          <w:sz w:val="20"/>
        </w:rPr>
        <w:t>1:03:58  کو merciless pampering karni padegi.</w:t>
      </w:r>
      <w:r>
        <w:br/>
      </w:r>
      <w:r>
        <w:rPr>
          <w:sz w:val="20"/>
        </w:rPr>
        <w:t>1:04:04  agar woh chahe ke narmi narmi se ho jaye to narmi hone wala nahin.</w:t>
      </w:r>
      <w:r>
        <w:br/>
      </w:r>
      <w:r>
        <w:rPr>
          <w:sz w:val="20"/>
        </w:rPr>
        <w:t>1:04:10  mein apne baray mein keh sakta hoon ke mein ne apne ko kai cheezen kuch chhorne ke liye</w:t>
      </w:r>
      <w:r>
        <w:br/>
      </w:r>
      <w:r>
        <w:rPr>
          <w:sz w:val="20"/>
        </w:rPr>
        <w:t>1:04:16  apne ko zibah kiya.</w:t>
      </w:r>
      <w:r>
        <w:br/>
      </w:r>
      <w:r>
        <w:rPr>
          <w:sz w:val="20"/>
        </w:rPr>
        <w:t>1:04:22  mein yeh Allah behtar janta hai.</w:t>
      </w:r>
    </w:p>
    <w:p>
      <w:pPr>
        <w:pStyle w:val="Heading2"/>
      </w:pPr>
      <w:r>
        <w:t>Advice for those upset by unanswered prayers</w:t>
      </w:r>
    </w:p>
    <w:p>
      <w:r>
        <w:rPr>
          <w:color w:val="666666"/>
          <w:sz w:val="18"/>
        </w:rPr>
        <w:t>Spirituality · The Existence of God July 23, 2017 Maulana Wahiduddin Khan · 1m 28s · at 58:28 · https://youtu.be/shLM_JhG3iE?t=3508</w:t>
      </w:r>
    </w:p>
    <w:p>
      <w:r>
        <w:rPr>
          <w:i/>
        </w:rPr>
        <w:t>“Maulana sahib, many a times people get upset when their prayers are not accepted by God Almighty. They get negative, and Satan exploits such people by increasing their disbelief. What would be your advice to such people?”</w:t>
      </w:r>
    </w:p>
    <w:p>
      <w:r>
        <w:rPr>
          <w:sz w:val="20"/>
        </w:rPr>
        <w:t>58:28  Maulana kamran sahib ne ahmedabad se sawal bheja hai. unhon ne likha hai: "Maulana sahib, many a times people get upset when their prayers are not accepted by God Almighty.</w:t>
      </w:r>
      <w:r>
        <w:br/>
      </w:r>
      <w:r>
        <w:rPr>
          <w:sz w:val="20"/>
        </w:rPr>
        <w:t>58:40  They get negative, and Satan exploits such people by increasing their disbelief.</w:t>
      </w:r>
      <w:r>
        <w:br/>
      </w:r>
      <w:r>
        <w:rPr>
          <w:sz w:val="20"/>
        </w:rPr>
        <w:t>58:48  What would be your advice to such people?" dekhen, aise logon ko chahiye ke pehle woh parhen Quran ko, Allah ki kitab ko.</w:t>
      </w:r>
      <w:r>
        <w:br/>
      </w:r>
      <w:r>
        <w:rPr>
          <w:sz w:val="20"/>
        </w:rPr>
        <w:t>59:04  yeh tasawwur galat hai ke aap jo dua karen, woh Allah poora karta rahega. ke Khuda aap ka naoozubillah khadim hai. aap dua karen to Allah apne ilm ke mutabiq is ko poora karega, aap ke mutabiq nahi.</w:t>
      </w:r>
      <w:r>
        <w:br/>
      </w:r>
      <w:r>
        <w:rPr>
          <w:sz w:val="20"/>
        </w:rPr>
        <w:t>59:21  ke aap dua karen baith kar ke mera ghoda car ban jaye to Allah ka agar qanoon nahi hai aisa to ghoda car nahi banega.</w:t>
      </w:r>
      <w:r>
        <w:br/>
      </w:r>
      <w:r>
        <w:rPr>
          <w:sz w:val="20"/>
        </w:rPr>
        <w:t>59:32  aap dua karen ke meri ek bari car jo hai, woh ijad ban jaye to yeh nahi poora hoga, kyunke Allah ke yeh yani fitrat ka yeh qanoon hi nahi hai.</w:t>
      </w:r>
      <w:r>
        <w:br/>
      </w:r>
      <w:r>
        <w:rPr>
          <w:sz w:val="20"/>
        </w:rPr>
        <w:t>59:43  to dua insan karta hai apne hisab se, lekin Khuda poora karta hai apne hisab se.</w:t>
      </w:r>
    </w:p>
    <w:p>
      <w:pPr>
        <w:pStyle w:val="Heading2"/>
      </w:pPr>
      <w:r>
        <w:t>Advice when faith decreases and feels low</w:t>
      </w:r>
    </w:p>
    <w:p>
      <w:r>
        <w:rPr>
          <w:color w:val="666666"/>
          <w:sz w:val="18"/>
        </w:rPr>
        <w:t>Spirituality · Roza (Fasting) Shock May 26, 2019 · 1m 19s · at 31:19 · https://youtu.be/GXYhGriFRpM?t=1879</w:t>
      </w:r>
    </w:p>
    <w:p>
      <w:r>
        <w:rPr>
          <w:i/>
        </w:rPr>
        <w:t>“Faith increases and decreases. My question is: what to do when faith decreases and we feel less spiritual and less zealous? Please advise us.”</w:t>
      </w:r>
    </w:p>
    <w:p>
      <w:r>
        <w:rPr>
          <w:sz w:val="20"/>
        </w:rPr>
        <w:t>31:19  maulana, agla sawal lete hain. yeh sawal bheja hai miss shabana ansari ne pakistan se.</w:t>
      </w:r>
      <w:r>
        <w:br/>
      </w:r>
      <w:r>
        <w:rPr>
          <w:sz w:val="20"/>
        </w:rPr>
        <w:t>31:27  unhon ne likha hai: "maulana sahib, eman ka level ghta hai aur barta hai. My question is: what to do when eman decreases and we feel less spiritual or sales?</w:t>
      </w:r>
      <w:r>
        <w:br/>
      </w:r>
      <w:r>
        <w:rPr>
          <w:sz w:val="20"/>
        </w:rPr>
        <w:t>31:42  please advise us.</w:t>
      </w:r>
      <w:r>
        <w:br/>
      </w:r>
      <w:r>
        <w:rPr>
          <w:sz w:val="20"/>
        </w:rPr>
        <w:t>31:44  "dekhen, yeh yeh aik aik intellectual struggle hai insaan ke mind mein. intellectual struggle agar yeh na rahe to aap ka mind dead ho jayega.</w:t>
      </w:r>
      <w:r>
        <w:br/>
      </w:r>
      <w:r>
        <w:rPr>
          <w:sz w:val="20"/>
        </w:rPr>
        <w:t>31:57  aap ke mind ko barabar live rakhne ke liye alive yeh sab hota hai. khoob, allah ko matlab hai ke aap ke mind mein khoob intellectual struggle ho taake aap ka creativity badhe,</w:t>
      </w:r>
      <w:r>
        <w:br/>
      </w:r>
      <w:r>
        <w:rPr>
          <w:sz w:val="20"/>
        </w:rPr>
        <w:t>32:16  aap ke mind mein development aaye. yeh koi yeh koi evil nahi hai, yeh khoobi ki baat hai.</w:t>
      </w:r>
      <w:r>
        <w:br/>
      </w:r>
      <w:r>
        <w:rPr>
          <w:sz w:val="20"/>
        </w:rPr>
        <w:t>32:27  miss shabina ali ne calcutta se comment bheja hai. unhon ne likha hai: "maulana, you have rightly said: ramadan should be a month to trigger us.</w:t>
      </w:r>
    </w:p>
    <w:p>
      <w:pPr>
        <w:pStyle w:val="Heading2"/>
      </w:pPr>
      <w:r>
        <w:t>Are Sufi concepts like kashf acceptable?</w:t>
      </w:r>
    </w:p>
    <w:p>
      <w:r>
        <w:rPr>
          <w:color w:val="666666"/>
          <w:sz w:val="18"/>
        </w:rPr>
        <w:t>Spirituality · Material Science Vs Spiritual Science 20th May 12 SLOW · 3m 28s · at 1:45:45 · https://youtu.be/qYwFExG7cyM?t=6345</w:t>
      </w:r>
    </w:p>
    <w:p>
      <w:r>
        <w:rPr>
          <w:i/>
        </w:rPr>
        <w:t>“Some people say that Sufi concepts like kashf, ilham, and istara do not go against the Quran, so they are perfectly acceptable. What is your opinion?”</w:t>
      </w:r>
    </w:p>
    <w:p>
      <w:r>
        <w:rPr>
          <w:sz w:val="20"/>
        </w:rPr>
        <w:t>1:45:45  agla sawal ghaziabad se hai mr zubair sahab ka.</w:t>
      </w:r>
      <w:r>
        <w:br/>
      </w:r>
      <w:r>
        <w:rPr>
          <w:sz w:val="20"/>
        </w:rPr>
        <w:t>1:45:49  انہوں نے لکھا ہے: "People say that the Sufi concepts like kashf, ilham, etcetera, do not go against</w:t>
      </w:r>
      <w:r>
        <w:br/>
      </w:r>
      <w:r>
        <w:rPr>
          <w:sz w:val="20"/>
        </w:rPr>
        <w:t>1:45:57  the quran, so they are perfectly acceptable.</w:t>
      </w:r>
      <w:r>
        <w:br/>
      </w:r>
      <w:r>
        <w:rPr>
          <w:sz w:val="20"/>
        </w:rPr>
        <w:t>1:46:00  what is your opinion? nahin, nahin, yeh kashf waghera kuch bhi nahin, be-haqeeqat hai.</w:t>
      </w:r>
      <w:r>
        <w:br/>
      </w:r>
      <w:r>
        <w:rPr>
          <w:sz w:val="20"/>
        </w:rPr>
        <w:t>1:46:06  quran hi criterion hai.</w:t>
      </w:r>
      <w:r>
        <w:br/>
      </w:r>
      <w:r>
        <w:rPr>
          <w:sz w:val="20"/>
        </w:rPr>
        <w:t>1:46:08  jo cheez quran se mutabiqat rakhe, usi ko mana jayega.</w:t>
      </w:r>
      <w:r>
        <w:br/>
      </w:r>
      <w:r>
        <w:rPr>
          <w:sz w:val="20"/>
        </w:rPr>
        <w:t>1:46:13  jo mutabiqat na rakhe, wo nahi mana jayega.</w:t>
      </w:r>
      <w:r>
        <w:br/>
      </w:r>
      <w:r>
        <w:rPr>
          <w:sz w:val="20"/>
        </w:rPr>
        <w:t>1:46:16  is ko kashf koi independent source nahi hai.</w:t>
      </w:r>
      <w:r>
        <w:br/>
      </w:r>
      <w:r>
        <w:rPr>
          <w:sz w:val="20"/>
        </w:rPr>
        <w:t>1:46:20  kashf jo hai, wo koi independent source nahi hai.</w:t>
      </w:r>
      <w:r>
        <w:br/>
      </w:r>
      <w:r>
        <w:rPr>
          <w:sz w:val="20"/>
        </w:rPr>
        <w:t>1:46:24  main is ko independent source nahi manta.</w:t>
      </w:r>
      <w:r>
        <w:br/>
      </w:r>
      <w:r>
        <w:rPr>
          <w:sz w:val="20"/>
        </w:rPr>
        <w:t>1:46:27  mustanad source jo hai, authentic source, is ko quran aur sunnat hai, bas aur kuch nahi.</w:t>
      </w:r>
      <w:r>
        <w:br/>
      </w:r>
      <w:r>
        <w:rPr>
          <w:sz w:val="20"/>
        </w:rPr>
        <w:t>1:46:34  maulana, ye sawal aya hai maulana zikwan nadvi ka dilli se.</w:t>
      </w:r>
      <w:r>
        <w:br/>
      </w:r>
      <w:r>
        <w:rPr>
          <w:sz w:val="20"/>
        </w:rPr>
        <w:t>1:46:38  unhon ne likha hai: "kal raat ko ek sahib ka phone aya, unhon ne kaha ke is waqt</w:t>
      </w:r>
      <w:r>
        <w:br/>
      </w:r>
      <w:r>
        <w:rPr>
          <w:sz w:val="20"/>
        </w:rPr>
        <w:t>1:46:46  yahan mere sath kai log bethe hue hain.</w:t>
      </w:r>
      <w:r>
        <w:br/>
      </w:r>
      <w:r>
        <w:rPr>
          <w:sz w:val="20"/>
        </w:rPr>
        <w:t>1:46:49  un ka sawal ye hai ke quran mein darhi ke bare mein kya hukum diya gaya hai?" main</w:t>
      </w:r>
      <w:r>
        <w:br/>
      </w:r>
      <w:r>
        <w:rPr>
          <w:sz w:val="20"/>
        </w:rPr>
        <w:t>1:46:57  ne kaha ke is tarah ka sawal durust nahi.</w:t>
      </w:r>
      <w:r>
        <w:br/>
      </w:r>
      <w:r>
        <w:rPr>
          <w:sz w:val="20"/>
        </w:rPr>
        <w:t>1:47:01  koi shakhs jab ek poda lagata hai to pehle wo apni apna sara focus jar par deta hai,</w:t>
      </w:r>
      <w:r>
        <w:br/>
      </w:r>
      <w:r>
        <w:rPr>
          <w:sz w:val="20"/>
        </w:rPr>
        <w:t>1:47:09  na ke patiyon par.</w:t>
      </w:r>
      <w:r>
        <w:br/>
      </w:r>
      <w:r>
        <w:rPr>
          <w:sz w:val="20"/>
        </w:rPr>
        <w:t>1:47:10  اس طرح ہم کو قرآن کے بارے میں سوچنا چاہیے کہ کیا ہم قرآن کی basic teachings پر</w:t>
      </w:r>
      <w:r>
        <w:br/>
      </w:r>
      <w:r>
        <w:rPr>
          <w:sz w:val="20"/>
        </w:rPr>
        <w:t>1:47:18  qaim hain ya nahi, maslan allah ka khauf aur insan se mohabbat wagera.</w:t>
      </w:r>
      <w:r>
        <w:br/>
      </w:r>
      <w:r>
        <w:rPr>
          <w:sz w:val="20"/>
        </w:rPr>
        <w:t>1:47:24  is sawal ke bare mein aap kya farmayenge? darhi kon hai? ji haan, ji haan, to theek</w:t>
      </w:r>
      <w:r>
        <w:br/>
      </w:r>
      <w:r>
        <w:rPr>
          <w:sz w:val="20"/>
        </w:rPr>
        <w:t>1:47:31  jawab, theek jawab diya bhai.</w:t>
      </w:r>
      <w:r>
        <w:br/>
      </w:r>
      <w:r>
        <w:rPr>
          <w:sz w:val="20"/>
        </w:rPr>
        <w:t>1:47:34  yehi se, yani islam ki beginning jo hai, darhi se nahi hoti.</w:t>
      </w:r>
      <w:r>
        <w:br/>
      </w:r>
      <w:r>
        <w:rPr>
          <w:sz w:val="20"/>
        </w:rPr>
        <w:t>1:47:39  ye to ek maloom baat hai ke islam ki beginning darhi se nahi hoti hai.</w:t>
      </w:r>
      <w:r>
        <w:br/>
      </w:r>
      <w:r>
        <w:rPr>
          <w:sz w:val="20"/>
        </w:rPr>
        <w:t>1:47:45  islam ki beginning hoti hai marifat se, yani intellectual development se.</w:t>
      </w:r>
      <w:r>
        <w:br/>
      </w:r>
      <w:r>
        <w:rPr>
          <w:sz w:val="20"/>
        </w:rPr>
        <w:t>1:47:50  to pehli agar aap kahein darhi rakho to ye to ye aap ka apna tareeqa hoga, ye quran</w:t>
      </w:r>
      <w:r>
        <w:br/>
      </w:r>
      <w:r>
        <w:rPr>
          <w:sz w:val="20"/>
        </w:rPr>
        <w:t>1:47:58  o hadith ka tareeqa nahi hoga.</w:t>
      </w:r>
      <w:r>
        <w:br/>
      </w:r>
      <w:r>
        <w:rPr>
          <w:sz w:val="20"/>
        </w:rPr>
        <w:t>1:48:00  baqi darhi, darhi mein bhi darhi rakhi hai, aap dekh lijiye darhi ko.</w:t>
      </w:r>
      <w:r>
        <w:br/>
      </w:r>
      <w:r>
        <w:rPr>
          <w:sz w:val="20"/>
        </w:rPr>
        <w:t>1:48:06  main agar na manta to main koi darhi rakhi hui thi.</w:t>
      </w:r>
      <w:r>
        <w:br/>
      </w:r>
      <w:r>
        <w:rPr>
          <w:sz w:val="20"/>
        </w:rPr>
        <w:t>1:48:10  okay, we will end the session now.</w:t>
      </w:r>
      <w:r>
        <w:br/>
      </w:r>
      <w:r>
        <w:rPr>
          <w:sz w:val="20"/>
        </w:rPr>
        <w:t>1:48:13  thank you.</w:t>
      </w:r>
    </w:p>
    <w:p>
      <w:pPr>
        <w:pStyle w:val="Heading2"/>
      </w:pPr>
      <w:r>
        <w:t>Are mind, soul, intellect synonymous?</w:t>
      </w:r>
    </w:p>
    <w:p>
      <w:r>
        <w:rPr>
          <w:color w:val="666666"/>
          <w:sz w:val="18"/>
        </w:rPr>
        <w:t>Spirituality · Double Standards of Present-Day Muslims August 6, 2017 · 1m 42s · at 56:17 · https://youtu.be/k1NcZQpHTyg?t=3377</w:t>
      </w:r>
    </w:p>
    <w:p>
      <w:r>
        <w:rPr>
          <w:i/>
        </w:rPr>
        <w:t>“Are words mind, soul, intellect synonymous in meaning?”</w:t>
      </w:r>
    </w:p>
    <w:p>
      <w:r>
        <w:rPr>
          <w:sz w:val="20"/>
        </w:rPr>
        <w:t>56:17  Maulana agla sawal Khwaja Kaleemuddin Sahab ki taraf se aaya hai Pennsylvania, USA se. woh poochte hain ke "Are words mind, soul, intellect synonymous in</w:t>
      </w:r>
      <w:r>
        <w:br/>
      </w:r>
      <w:r>
        <w:rPr>
          <w:sz w:val="20"/>
        </w:rPr>
        <w:t>56:30  meaning?"</w:t>
      </w:r>
      <w:r>
        <w:br/>
      </w:r>
      <w:r>
        <w:rPr>
          <w:sz w:val="20"/>
        </w:rPr>
        <w:t>56:33  kya kya matlab hai? mani zaban, mind aur insan ki rooh aur us ki jo intellect hai, kya in sab ka matlab ek hi hai?</w:t>
      </w:r>
      <w:r>
        <w:br/>
      </w:r>
      <w:r>
        <w:rPr>
          <w:sz w:val="20"/>
        </w:rPr>
        <w:t>56:44  haan, ek hi hai. mind aisi cheez hai, mind hai. usi ke different</w:t>
      </w:r>
      <w:r>
        <w:br/>
      </w:r>
      <w:r>
        <w:rPr>
          <w:sz w:val="20"/>
        </w:rPr>
        <w:t>56:51  reflections hain. mere nazdeek aisi cheez mind hai. baqi har un ko hum naam announcement catcher ki baat hai.</w:t>
      </w:r>
      <w:r>
        <w:br/>
      </w:r>
      <w:r>
        <w:rPr>
          <w:sz w:val="20"/>
        </w:rPr>
        <w:t>56:59  naam da</w:t>
      </w:r>
    </w:p>
    <w:p>
      <w:pPr>
        <w:pStyle w:val="Heading2"/>
      </w:pPr>
      <w:r>
        <w:t>Are spiritual people necessarily Sufis or sadhus?</w:t>
      </w:r>
    </w:p>
    <w:p>
      <w:r>
        <w:rPr>
          <w:color w:val="666666"/>
          <w:sz w:val="18"/>
        </w:rPr>
        <w:t>Spirituality · God Particle July 8, 2012 · 1m 21s · at 1:25:55 · https://youtu.be/30Ulu10c2nA?t=5155</w:t>
      </w:r>
    </w:p>
    <w:p>
      <w:r>
        <w:rPr>
          <w:i/>
        </w:rPr>
        <w:t>“Those who talk about spirituality are often equated with becoming a Sufi or a sadhu. What is your opinion on this?”</w:t>
      </w:r>
    </w:p>
    <w:p>
      <w:r>
        <w:rPr>
          <w:sz w:val="20"/>
        </w:rPr>
        <w:t>1:25:55  maulana, agla sawal bangalore se hai abid sahab ka.</w:t>
      </w:r>
      <w:r>
        <w:br/>
      </w:r>
      <w:r>
        <w:rPr>
          <w:sz w:val="20"/>
        </w:rPr>
        <w:t>1:25:58  unhon ne likha hai: "those who talk about spirituality are often equated with becoming a sufi or sadhu.</w:t>
      </w:r>
      <w:r>
        <w:br/>
      </w:r>
      <w:r>
        <w:rPr>
          <w:sz w:val="20"/>
        </w:rPr>
        <w:t>1:26:07  what is your opinion on this?" is par hum bohat kaafi likh chuke hain.</w:t>
      </w:r>
      <w:r>
        <w:br/>
      </w:r>
      <w:r>
        <w:rPr>
          <w:sz w:val="20"/>
        </w:rPr>
        <w:t>1:26:16  kai article aa chuke hain risale mein. fikr islami aap padh lijiye, hamari kitab fikr islami, is mein bohat tafseel se is ki wazahat ki gayi hai.</w:t>
      </w:r>
    </w:p>
    <w:p>
      <w:pPr>
        <w:pStyle w:val="Heading2"/>
      </w:pPr>
      <w:r>
        <w:t>Attaining Ma'rifat and Doing Dawah</w:t>
      </w:r>
    </w:p>
    <w:p>
      <w:r>
        <w:rPr>
          <w:color w:val="666666"/>
          <w:sz w:val="18"/>
        </w:rPr>
        <w:t>Spirituality · The Existence of God July 23, 2017 Maulana Wahiduddin Khan · 32s · at 53:22 · https://youtu.be/shLM_JhG3iE?t=3202</w:t>
      </w:r>
    </w:p>
    <w:p>
      <w:r>
        <w:rPr>
          <w:i/>
        </w:rPr>
        <w:t>“How can we attain ma'rifat (gnosis)? How can we do the work of dawah? Please tell us about this.”</w:t>
      </w:r>
    </w:p>
    <w:p>
      <w:r>
        <w:rPr>
          <w:sz w:val="20"/>
        </w:rPr>
        <w:t>53:22  Maulana, agla sawal Delhi se Mustahiq Ahmed sahib ne bheja hai. unhone likha hai ke hum marifat kaise hasil karen?</w:t>
      </w:r>
      <w:r>
        <w:br/>
      </w:r>
      <w:r>
        <w:rPr>
          <w:sz w:val="20"/>
        </w:rPr>
        <w:t>53:31  hum dawat ka kaam kaise karen? is ke bare mein bataen. mere khayal se aap meri kitaab pehle padh lijiye, kitaab marifat, us ke baad sawal kijiye.</w:t>
      </w:r>
      <w:r>
        <w:br/>
      </w:r>
      <w:r>
        <w:rPr>
          <w:sz w:val="20"/>
        </w:rPr>
        <w:t>53:45  ek kitaab hamari chhapi hai, uska naam hai kitaab marifat. pehle us ko padhiye, phir sawal kijiye. main inshallah us ke bare mein zaroor jawab dunga.</w:t>
      </w:r>
    </w:p>
    <w:p>
      <w:pPr>
        <w:pStyle w:val="Heading2"/>
      </w:pPr>
      <w:r>
        <w:t>Attaining knowledge of God and Sufism</w:t>
      </w:r>
    </w:p>
    <w:p>
      <w:r>
        <w:rPr>
          <w:color w:val="666666"/>
          <w:sz w:val="18"/>
        </w:rPr>
        <w:t>Spirituality · Example of the Prophet March 20, 2016 · 55s · at 1:36:52 · https://youtu.be/79HmhzXU41w?t=5812</w:t>
      </w:r>
    </w:p>
    <w:p>
      <w:r>
        <w:rPr>
          <w:i/>
        </w:rPr>
        <w:t>“How is knowledge of God (Ma'rifat Ilahi) attained, and what is the status of Sufism in Islam? Please explain.”</w:t>
      </w:r>
    </w:p>
    <w:p>
      <w:r>
        <w:rPr>
          <w:sz w:val="20"/>
        </w:rPr>
        <w:t>1:36:52  maulana, agla sawal kiya hai inam ul haq sahab ne lahore se, aur unhon ne likha hai marifat ilahi</w:t>
      </w:r>
      <w:r>
        <w:br/>
      </w:r>
      <w:r>
        <w:rPr>
          <w:sz w:val="20"/>
        </w:rPr>
        <w:t>1:37:00  kaise hasil hoti hai, aur tasawwuf ke islam mein, tasawwuf ki islam mein kya hesiyat hai, wazahat farmayen.</w:t>
      </w:r>
      <w:r>
        <w:br/>
      </w:r>
      <w:r>
        <w:rPr>
          <w:sz w:val="20"/>
        </w:rPr>
        <w:t>1:37:11  is par hamari kitab hai, is ka naam hai kitab marifat,</w:t>
      </w:r>
      <w:r>
        <w:br/>
      </w:r>
      <w:r>
        <w:rPr>
          <w:sz w:val="20"/>
        </w:rPr>
        <w:t>1:37:16  is ko aap parhiye,</w:t>
      </w:r>
      <w:r>
        <w:br/>
      </w:r>
      <w:r>
        <w:rPr>
          <w:sz w:val="20"/>
        </w:rPr>
        <w:t>1:37:19  bahut achhi, bahut achhi kitab hai, kitab marifat.</w:t>
      </w:r>
      <w:r>
        <w:br/>
      </w:r>
      <w:r>
        <w:rPr>
          <w:sz w:val="20"/>
        </w:rPr>
        <w:t>1:37:26  aur mukhtasar mein yeh kahunga ke marifat ka sab se bada rukawat jo hai, woh hai distraction.</w:t>
      </w:r>
      <w:r>
        <w:br/>
      </w:r>
      <w:r>
        <w:rPr>
          <w:sz w:val="20"/>
        </w:rPr>
        <w:t>1:37:36  agar aap ko marifat ilahi chahiye to aap ko apne aap ko distraction se bachana hoga,</w:t>
      </w:r>
      <w:r>
        <w:br/>
      </w:r>
      <w:r>
        <w:rPr>
          <w:sz w:val="20"/>
        </w:rPr>
        <w:t>1:37:43  ڈسٹریکشن میں بھی پھنسے رہیں، اور معرفت میں ہو جائے، یہ یہ possible ہے۔</w:t>
      </w:r>
    </w:p>
    <w:p>
      <w:pPr>
        <w:pStyle w:val="Heading2"/>
      </w:pPr>
      <w:r>
        <w:t>Balancing Dua and Objective Thinking in Crisis</w:t>
      </w:r>
    </w:p>
    <w:p>
      <w:r>
        <w:rPr>
          <w:color w:val="666666"/>
          <w:sz w:val="18"/>
        </w:rPr>
        <w:t>Spirituality · Understanding the Quran April 7, 2019 · 2m 02s · at 35:54 · https://youtu.be/m_Om5MtQJz4?t=2154</w:t>
      </w:r>
    </w:p>
    <w:p>
      <w:r>
        <w:rPr>
          <w:i/>
        </w:rPr>
        <w:t>“Maulana, you always emphasize on doing dua whenever one finds oneself in a difficult situation. On the other hand, you also emphasize on developing objective thinking. So my question is: how simply doing dua can develop objective thinking to handle a crisis situation? If one relies only on dua, then how can one solve a crisis?”</w:t>
      </w:r>
    </w:p>
    <w:p>
      <w:r>
        <w:rPr>
          <w:sz w:val="20"/>
        </w:rPr>
        <w:t>35:54  Lucknow se sawal bheja hai Muhammad Imran sahab ne, aur unhone likha hai: "Maulana, you always emphasize on doing dua whenever one finds oneself in a difficult situation.</w:t>
      </w:r>
      <w:r>
        <w:br/>
      </w:r>
      <w:r>
        <w:rPr>
          <w:sz w:val="20"/>
        </w:rPr>
        <w:t>36:10  On the other hand, you also emphasize on developing objective thinking. So my question is: how simply doing dua can develop objective thinking to handle a crisis situation?</w:t>
      </w:r>
      <w:r>
        <w:br/>
      </w:r>
      <w:r>
        <w:rPr>
          <w:sz w:val="20"/>
        </w:rPr>
        <w:t>36:25  If one relies only on dua, then how can one solve a crisis?"</w:t>
      </w:r>
      <w:r>
        <w:br/>
      </w:r>
      <w:r>
        <w:rPr>
          <w:sz w:val="20"/>
        </w:rPr>
        <w:t>36:36  Bhai, dua ke maani hain Allah ki help mangna. Isse Allama Ibn Taymiyyah Quran padh rahe the, koi ayat un pe clear nahi hui to unhone kya kiya?</w:t>
      </w:r>
      <w:r>
        <w:br/>
      </w:r>
      <w:r>
        <w:rPr>
          <w:sz w:val="20"/>
        </w:rPr>
        <w:t>36:54  Wazu kiya, wazu kar ke namaz ke liye khade ho gaye, aur namaz mein dua kiya: "Ya Muallim Ibrahim Allimni".</w:t>
      </w:r>
      <w:r>
        <w:br/>
      </w:r>
      <w:r>
        <w:rPr>
          <w:sz w:val="20"/>
        </w:rPr>
        <w:t>37:06  "Ya Muallim Ibrahim Allimni". Yeh help mangna, Allah se help mangna, dua koi bhi seedhi cheez nahi hai.</w:t>
      </w:r>
      <w:r>
        <w:br/>
      </w:r>
      <w:r>
        <w:rPr>
          <w:sz w:val="20"/>
        </w:rPr>
        <w:t>37:16  Dua ka matlab hai ke jo khaliq hai is alam ka, jo author hai Quran ka, jis ne apne paighambar ko bheja, us se kehna ke: "Khudaaya,</w:t>
      </w:r>
      <w:r>
        <w:br/>
      </w:r>
      <w:r>
        <w:rPr>
          <w:sz w:val="20"/>
        </w:rPr>
        <w:t>37:32  meri hadd aa gayi, meri limit aa gayi, ab tu mujhe madad farma, mere limitation ki talafi ata farma." Yeh hai dua.</w:t>
      </w:r>
      <w:r>
        <w:br/>
      </w:r>
      <w:r>
        <w:rPr>
          <w:sz w:val="20"/>
        </w:rPr>
        <w:t>37:48  To dua to bohat badi taqat hai.</w:t>
      </w:r>
    </w:p>
    <w:p>
      <w:pPr>
        <w:pStyle w:val="Heading2"/>
      </w:pPr>
      <w:r>
        <w:t>Balancing work with spiritual development</w:t>
      </w:r>
    </w:p>
    <w:p>
      <w:r>
        <w:rPr>
          <w:color w:val="666666"/>
          <w:sz w:val="18"/>
        </w:rPr>
        <w:t>Spirituality · Nation Building On India's Republic Day Jan 26, 2020 Maulana Wahiduddin Khan · 1m 21s · at 52:12 · https://youtu.be/58CVocbLAb8?t=3132</w:t>
      </w:r>
    </w:p>
    <w:p>
      <w:r>
        <w:rPr>
          <w:i/>
        </w:rPr>
        <w:t>“My work is full of responsibility. Even when I come back home I bring work from office. All this makes it difficult for me to think about God and find some time for reading Quran and do contemplation. I get only Sundays and I do not miss your class. So I make use of only Sundays for my spiritual development.”</w:t>
      </w:r>
    </w:p>
    <w:p>
      <w:r>
        <w:rPr>
          <w:sz w:val="20"/>
        </w:rPr>
        <w:t>52:12  molana agla sawal aa aa hai imran siddiqui sahab ka gwalior se. unhon ne likha hai: "molana my work is full of responsibility.</w:t>
      </w:r>
      <w:r>
        <w:br/>
      </w:r>
      <w:r>
        <w:rPr>
          <w:sz w:val="20"/>
        </w:rPr>
        <w:t>52:24  even when i come back home i bring work from office. all this makes it difficult for me to think about god and find some time for reading quran or do contemplation.</w:t>
      </w:r>
      <w:r>
        <w:br/>
      </w:r>
      <w:r>
        <w:rPr>
          <w:sz w:val="20"/>
        </w:rPr>
        <w:t>52:38  i get only sundays and i do not miss your class. so i make use of only sundays for my spiritual development.</w:t>
      </w:r>
      <w:r>
        <w:br/>
      </w:r>
      <w:r>
        <w:rPr>
          <w:sz w:val="20"/>
        </w:rPr>
        <w:t>52:47  please tell me how can i connect with god even during my work time as i feel guilty all the time." nahin is mein guilty ki koi baat nahin hai.</w:t>
      </w:r>
      <w:r>
        <w:br/>
      </w:r>
      <w:r>
        <w:rPr>
          <w:sz w:val="20"/>
        </w:rPr>
        <w:t>52:59  islam mein sochna bhi ibadat hai. islam mein sochna bhi ibadat hai. to nation ke liye sochna bhi ibadat hai ibadat hai.</w:t>
      </w:r>
      <w:r>
        <w:br/>
      </w:r>
      <w:r>
        <w:rPr>
          <w:sz w:val="20"/>
        </w:rPr>
        <w:t>53:12  nation ke liye sochna. sare insaniyon insanon ke liye sochna. sari dunya</w:t>
      </w:r>
      <w:r>
        <w:br/>
      </w:r>
      <w:r>
        <w:rPr>
          <w:sz w:val="20"/>
        </w:rPr>
        <w:t>53:22  se mohabbat karna yeh sab ibadat hai. yeh sab mazhab ka hissa hai.</w:t>
      </w:r>
    </w:p>
    <w:p>
      <w:pPr>
        <w:pStyle w:val="Heading2"/>
      </w:pPr>
      <w:r>
        <w:t>Beginning of the prepared mind</w:t>
      </w:r>
    </w:p>
    <w:p>
      <w:r>
        <w:rPr>
          <w:color w:val="666666"/>
          <w:sz w:val="18"/>
        </w:rPr>
        <w:t>Spirituality · Studying The Quran with Open Mind October 20, 2019 Maulana Wahiduddin Khan · 1m 32s · at 38:30 · https://youtu.be/OPyJO5TP_wI?t=2310</w:t>
      </w:r>
    </w:p>
    <w:p>
      <w:r>
        <w:rPr>
          <w:i/>
        </w:rPr>
        <w:t>“What is the beginning of the prepared mind? From where should one start to become a prepared mind?”</w:t>
      </w:r>
    </w:p>
    <w:p>
      <w:r>
        <w:rPr>
          <w:sz w:val="20"/>
        </w:rPr>
        <w:t>38:30  Miss Aisha Yasra ne Vishakhapatnam se likha hai we are learning true Islam through only you Maulana sahib Maulana ab sawal lena chahenge yeh sawal bheja hai Zafar sahib ne Ahmedabad se unhon ne aap se poocha hai Maulana what is the beginning of the prepared mind</w:t>
      </w:r>
      <w:r>
        <w:br/>
      </w:r>
      <w:r>
        <w:rPr>
          <w:sz w:val="20"/>
        </w:rPr>
        <w:t>38:54  from where one should start so he or she can become a prepared mind</w:t>
      </w:r>
      <w:r>
        <w:br/>
      </w:r>
      <w:r>
        <w:rPr>
          <w:sz w:val="20"/>
        </w:rPr>
        <w:t>39:04  dekhen</w:t>
      </w:r>
      <w:r>
        <w:br/>
      </w:r>
      <w:r>
        <w:rPr>
          <w:sz w:val="20"/>
        </w:rPr>
        <w:t>39:08  main jo janta hoon zindagi ko to main to yahi kahunga ke beginning jo hai</w:t>
      </w:r>
      <w:r>
        <w:br/>
      </w:r>
      <w:r>
        <w:rPr>
          <w:sz w:val="20"/>
        </w:rPr>
        <w:t>39:21  yeh hai ke aap jannay ke kahan kahan aap distract ho rahe hain ghar mein ghar ke bahar to pehli cheez yeh hai ke aap apne ko distraction se bachayein distraction se bachayein</w:t>
      </w:r>
      <w:r>
        <w:br/>
      </w:r>
      <w:r>
        <w:rPr>
          <w:sz w:val="20"/>
        </w:rPr>
        <w:t>39:42  yeh beginning hai jab distance se bachane ka art aap jaan lenge to apne aap hi right planning aa jayegi aap ko</w:t>
      </w:r>
    </w:p>
    <w:p>
      <w:pPr>
        <w:pStyle w:val="Heading2"/>
      </w:pPr>
      <w:r>
        <w:t>Biggest obstacle to attaining high ma'rifat</w:t>
      </w:r>
    </w:p>
    <w:p>
      <w:r>
        <w:rPr>
          <w:color w:val="666666"/>
          <w:sz w:val="18"/>
        </w:rPr>
        <w:t>Spirituality · The Importance of Thinking November 10, 2013 · 1m 33s · at 54:00 · https://youtu.be/y16CddTHoqE?t=3240</w:t>
      </w:r>
    </w:p>
    <w:p>
      <w:r>
        <w:rPr>
          <w:i/>
        </w:rPr>
        <w:t>“What is the biggest obstacle in the path to attaining high ma'rifat (gnosis)?”</w:t>
      </w:r>
    </w:p>
    <w:p>
      <w:r>
        <w:rPr>
          <w:sz w:val="20"/>
        </w:rPr>
        <w:t>54:00  maulana, agla sawal roorkee se hai sajid anwar sahab ka. unhon ne aap se poocha hai ke aala marifat tak pohnchne ke rastay mein sab se bari rukawat kya hai?</w:t>
      </w:r>
      <w:r>
        <w:br/>
      </w:r>
      <w:r>
        <w:rPr>
          <w:sz w:val="20"/>
        </w:rPr>
        <w:t>54:11  is ke baray mein batain. arrogance, pride,</w:t>
      </w:r>
      <w:r>
        <w:br/>
      </w:r>
      <w:r>
        <w:rPr>
          <w:sz w:val="20"/>
        </w:rPr>
        <w:t>54:20  apne ko bara samajhna, doosron ko kam samajhna,</w:t>
      </w:r>
      <w:r>
        <w:br/>
      </w:r>
      <w:r>
        <w:rPr>
          <w:sz w:val="20"/>
        </w:rPr>
        <w:t>54:26  sab se bari rukawat hai yeh.</w:t>
      </w:r>
      <w:r>
        <w:br/>
      </w:r>
      <w:r>
        <w:rPr>
          <w:sz w:val="20"/>
        </w:rPr>
        <w:t>54:32  kyun ke agar yeh cheez har aadmi ke andar to Allah ki yani is par Allah ki woh madad hi nahi aaye gi.</w:t>
      </w:r>
      <w:r>
        <w:br/>
      </w:r>
      <w:r>
        <w:rPr>
          <w:sz w:val="20"/>
        </w:rPr>
        <w:t>54:45  is aadmi par Allah ki madad nahi aa sakti hai jis ke andar aita ke barabar bhi arrogance ho aur aita ke barabar bhi pride ho.</w:t>
      </w:r>
      <w:r>
        <w:br/>
      </w:r>
      <w:r>
        <w:rPr>
          <w:sz w:val="20"/>
        </w:rPr>
        <w:t>54:59  acchi tarah sun lijiye ke agar aadmi ke andar aik aita ke barabar bhi pride hai, aik aita ke barabar bhi arrogance hai to harghiz harghiz is ko Allah ki madad nahi mile gi.</w:t>
      </w:r>
      <w:r>
        <w:br/>
      </w:r>
      <w:r>
        <w:rPr>
          <w:sz w:val="20"/>
        </w:rPr>
        <w:t>55:13  jab Allah ki madad nahi mile gi to marifat kahan se aaye ga is ko? phir to animal ban kar jaye ga, animal ban kar mare ga.</w:t>
      </w:r>
      <w:r>
        <w:br/>
      </w:r>
      <w:r>
        <w:rPr>
          <w:sz w:val="20"/>
        </w:rPr>
        <w:t>55:25  phir is ke liye animal like zindagi hai, animal like maut hai.</w:t>
      </w:r>
    </w:p>
    <w:p>
      <w:pPr>
        <w:pStyle w:val="Heading2"/>
      </w:pPr>
      <w:r>
        <w:t>Biggest obstacle to spiritual and mental growth</w:t>
      </w:r>
    </w:p>
    <w:p>
      <w:r>
        <w:rPr>
          <w:color w:val="666666"/>
          <w:sz w:val="18"/>
        </w:rPr>
        <w:t>Spirituality · God Particle July 8, 2012 · 1m 38s · at 58:49 · https://youtu.be/30Ulu10c2nA?t=3529</w:t>
      </w:r>
    </w:p>
    <w:p>
      <w:r>
        <w:rPr>
          <w:i/>
        </w:rPr>
        <w:t>“What is the biggest obstacle in the path of spiritual progress and mental development? Is it being engrossed in material possessions or distraction?”</w:t>
      </w:r>
    </w:p>
    <w:p>
      <w:r>
        <w:rPr>
          <w:sz w:val="20"/>
        </w:rPr>
        <w:t>58:49  . Maulana, yeh sawal aaya hai Miss Saira Latif ka Karachi Pakistan se. Unhon ne likha hai: "Roohani taraqqi aur zehni irtiqaa ki raah mein sab se bari rukawat kya hai?</w:t>
      </w:r>
      <w:r>
        <w:br/>
      </w:r>
      <w:r>
        <w:rPr>
          <w:sz w:val="20"/>
        </w:rPr>
        <w:t>59:04  Maddi saaz o saman mein mashgool hona ya distraction?" Is ke bare mein batayein. Dono ek hi hain. Dono mein</w:t>
      </w:r>
      <w:r>
        <w:br/>
      </w:r>
      <w:r>
        <w:rPr>
          <w:sz w:val="20"/>
        </w:rPr>
        <w:t>59:16  maddi saaz o saman jahan aap mashgool honge to usi ka naam distraction hai. Distraction maddi cheezon mein hota hai.</w:t>
      </w:r>
      <w:r>
        <w:br/>
      </w:r>
      <w:r>
        <w:rPr>
          <w:sz w:val="20"/>
        </w:rPr>
        <w:t>59:27  distraction ka matlab yeh hai ke aap ka focus hat jaye. aap ka jo focus hai woh hat jaye.</w:t>
      </w:r>
      <w:r>
        <w:br/>
      </w:r>
      <w:r>
        <w:rPr>
          <w:sz w:val="20"/>
        </w:rPr>
        <w:t>59:36  isi ka naam distraction hai.</w:t>
      </w:r>
      <w:r>
        <w:br/>
      </w:r>
      <w:r>
        <w:rPr>
          <w:sz w:val="20"/>
        </w:rPr>
        <w:t>59:38  toh focus jo hai Allah wali baaton par, akhirat wali baaton par na rahe aur maadi cheezon mein chala jaye.</w:t>
      </w:r>
      <w:r>
        <w:br/>
      </w:r>
      <w:r>
        <w:rPr>
          <w:sz w:val="20"/>
        </w:rPr>
        <w:t>59:48  teesri ka naam hai distraction aur yahi jo hai killer hai.</w:t>
      </w:r>
      <w:r>
        <w:br/>
      </w:r>
      <w:r>
        <w:rPr>
          <w:sz w:val="20"/>
        </w:rPr>
        <w:t>59:57  yahi killer hai.</w:t>
      </w:r>
      <w:r>
        <w:br/>
      </w:r>
      <w:r>
        <w:rPr>
          <w:sz w:val="20"/>
        </w:rPr>
        <w:t>59:59  toh jo aadmi yeh chahta ho ke usko marifat hasil ho, Allah taala se talluq barhe, uska uske andar jannati shakhsiyat bane toh usko lazman iska ehtimam karna parega ke uska focus hatne na paye.</w:t>
      </w:r>
      <w:r>
        <w:br/>
      </w:r>
      <w:r>
        <w:rPr>
          <w:sz w:val="20"/>
        </w:rPr>
        <w:t>1:00:14  idhar udhar apne ko distraction se bachana hoga. warna kabhi bhi rabbani shakhsiyat nahi ban sakti.</w:t>
      </w:r>
    </w:p>
    <w:p>
      <w:pPr>
        <w:pStyle w:val="Heading2"/>
      </w:pPr>
      <w:r>
        <w:t>Biggest roadblock to obtaining divine nectar</w:t>
      </w:r>
    </w:p>
    <w:p>
      <w:r>
        <w:rPr>
          <w:color w:val="666666"/>
          <w:sz w:val="18"/>
        </w:rPr>
        <w:t>Spirituality · How to Lead a Life of Fulfilment September 24, 2017 · 1m 18s · at 1:00:23 · https://youtu.be/WUoQOo2_zd8?t=3623</w:t>
      </w:r>
    </w:p>
    <w:p>
      <w:r>
        <w:rPr>
          <w:i/>
        </w:rPr>
        <w:t>“Maulana, today you gave a wonderful idea about nectar of wisdom. My question is: What can be the biggest roadblock for failing to get this divine nectar?”</w:t>
      </w:r>
    </w:p>
    <w:p>
      <w:r>
        <w:rPr>
          <w:sz w:val="20"/>
        </w:rPr>
        <w:t>1:00:23  molana agla sawal dilli se bheja hai miss suti malhotra ne unhon ne likha hai molana today you</w:t>
      </w:r>
      <w:r>
        <w:br/>
      </w:r>
      <w:r>
        <w:rPr>
          <w:sz w:val="20"/>
        </w:rPr>
        <w:t>1:00:31  give a wonderful idea about Nectar of Wisdom</w:t>
      </w:r>
      <w:r>
        <w:br/>
      </w:r>
      <w:r>
        <w:rPr>
          <w:sz w:val="20"/>
        </w:rPr>
        <w:t>1:00:36  My question is what can be the biggest roadblock for failing to get this divine nectar?</w:t>
      </w:r>
      <w:r>
        <w:br/>
      </w:r>
      <w:r>
        <w:rPr>
          <w:sz w:val="20"/>
        </w:rPr>
        <w:t>1:00:45  mn smjhta hn kh is ki wajh yhi hai hmra fkas jo hai phooln pe rhta hai nktr</w:t>
      </w:r>
      <w:r>
        <w:br/>
      </w:r>
      <w:r>
        <w:rPr>
          <w:sz w:val="20"/>
        </w:rPr>
        <w:t>1:00:52  pe nhi rhta</w:t>
      </w:r>
      <w:r>
        <w:br/>
      </w:r>
      <w:r>
        <w:rPr>
          <w:sz w:val="20"/>
        </w:rPr>
        <w:t>1:00:54  jaisay bali hm is bali k mand ho gay hain jis ka fkas phool pe hota hai hm</w:t>
      </w:r>
      <w:r>
        <w:br/>
      </w:r>
      <w:r>
        <w:rPr>
          <w:sz w:val="20"/>
        </w:rPr>
        <w:t>1:01:00  is hni bi ki trh nhi bntay jis ka fkas nktr pe hota hai</w:t>
      </w:r>
      <w:r>
        <w:br/>
      </w:r>
      <w:r>
        <w:rPr>
          <w:sz w:val="20"/>
        </w:rPr>
        <w:t>1:01:12  yani Allah ko jo pasand hai woh honey bee hai jis ka focus nectar pe hota hai Allah ka pasandida insan woh nahi jo bali ke manind hota hai us ko us ka focus sirf phoolon pe hota hai bas yeh yahi mein samajhta hoon ke sab se aham baat hai</w:t>
      </w:r>
    </w:p>
    <w:p>
      <w:pPr>
        <w:pStyle w:val="Heading2"/>
      </w:pPr>
      <w:r>
        <w:t>Building a strong bond with Quran</w:t>
      </w:r>
    </w:p>
    <w:p>
      <w:r>
        <w:rPr>
          <w:color w:val="666666"/>
          <w:sz w:val="18"/>
        </w:rPr>
        <w:t>Spirituality · The Quran September 20, 2020 Maulana Wahiduddin Khan · 1m 08s · at 10:11 · https://youtu.be/yQZGg2A0-Tk?t=611</w:t>
      </w:r>
    </w:p>
    <w:p>
      <w:r>
        <w:rPr>
          <w:i/>
        </w:rPr>
        <w:t>“Maulana, my question is: what must we do to establish a profound connection with the Quran? Please clarify.”</w:t>
      </w:r>
    </w:p>
    <w:p>
      <w:r>
        <w:rPr>
          <w:sz w:val="20"/>
        </w:rPr>
        <w:t>10:11  . Mahboob bhai ne Mumbai se likha hai: "Maulana, mera sawal yeh hai ke quran se bepanah talluq qaim karne ke liye hamein kya karna hoga?" is ko wazeh karein.</w:t>
      </w:r>
      <w:r>
        <w:br/>
      </w:r>
      <w:r>
        <w:rPr>
          <w:sz w:val="20"/>
        </w:rPr>
        <w:t>10:23  bas dua kijiye aur quran ko parhiye.</w:t>
      </w:r>
      <w:r>
        <w:br/>
      </w:r>
      <w:r>
        <w:rPr>
          <w:sz w:val="20"/>
        </w:rPr>
        <w:t>10:30  quran ko parhiye aur dua kijiye. aur sachi baat yeh hai ke jab quran aadmi discover kar leta hai, abhi toh hum sirf tilawat karte hain, tilawat toh talluq nahi paida hota.</w:t>
      </w:r>
      <w:r>
        <w:br/>
      </w:r>
      <w:r>
        <w:rPr>
          <w:sz w:val="20"/>
        </w:rPr>
        <w:t>10:45  lekin aap jab ghaur se parhein aur discover karein quran ko toh itni bari bari baatein milti hain ke talluq paida ho hi jata hai.</w:t>
      </w:r>
      <w:r>
        <w:br/>
      </w:r>
      <w:r>
        <w:rPr>
          <w:sz w:val="20"/>
        </w:rPr>
        <w:t>11:03  toh mein samajhta hoon ke</w:t>
      </w:r>
      <w:r>
        <w:br/>
      </w:r>
      <w:r>
        <w:rPr>
          <w:sz w:val="20"/>
        </w:rPr>
        <w:t>11:07  ke tilawat, tilawat ke bajaye tadabbur, tadabbur bas yeh karna chahiye. tilawat, tilawat ke bajaye tadabbur.</w:t>
      </w:r>
    </w:p>
    <w:p>
      <w:pPr>
        <w:pStyle w:val="Heading2"/>
      </w:pPr>
      <w:r>
        <w:t>Closeness to God: Intellect or Emotions?</w:t>
      </w:r>
    </w:p>
    <w:p>
      <w:r>
        <w:rPr>
          <w:color w:val="666666"/>
          <w:sz w:val="18"/>
        </w:rPr>
        <w:t>Spirituality · The Importance of Thinking November 10, 2013 · 2m 25s · at 49:09 · https://youtu.be/y16CddTHoqE?t=2949</w:t>
      </w:r>
    </w:p>
    <w:p>
      <w:r>
        <w:rPr>
          <w:i/>
        </w:rPr>
        <w:t>“Is closeness to God possible at the level of intellect or at the level of emotions?”</w:t>
      </w:r>
    </w:p>
    <w:p>
      <w:r>
        <w:rPr>
          <w:sz w:val="20"/>
        </w:rPr>
        <w:t>49:09  maulana, agla sawal tamil nadu se hai maulana iqbal umri ka.</w:t>
      </w:r>
      <w:r>
        <w:br/>
      </w:r>
      <w:r>
        <w:rPr>
          <w:sz w:val="20"/>
        </w:rPr>
        <w:t>49:14  unhon ne likha hai: "maulana, khuda se qurbat aql ki satah par mumkin hai ya jazbat ki satah par?" dekhen, agar jazbat ki satah par qurbat na hui ho to woh qurbat hi nahi hai.</w:t>
      </w:r>
      <w:r>
        <w:br/>
      </w:r>
      <w:r>
        <w:rPr>
          <w:sz w:val="20"/>
        </w:rPr>
        <w:t>49:31  woh toh mechanical qurbat hai.</w:t>
      </w:r>
      <w:r>
        <w:br/>
      </w:r>
      <w:r>
        <w:rPr>
          <w:sz w:val="20"/>
        </w:rPr>
        <w:t>49:37  hub jo hai, hub toh zahir hai ke emotion ki cheez hai, hub toh jazbat ki cheez hai. aur Quran mein hai ke: "allazeen aamanoo ashad hubba lillah".</w:t>
      </w:r>
      <w:r>
        <w:br/>
      </w:r>
      <w:r>
        <w:rPr>
          <w:sz w:val="20"/>
        </w:rPr>
        <w:t>49:48  jo iman wale hain, unko Allah se hub shadeed hota hai.</w:t>
      </w:r>
      <w:r>
        <w:br/>
      </w:r>
      <w:r>
        <w:rPr>
          <w:sz w:val="20"/>
        </w:rPr>
        <w:t>49:54  toh sahi baat dekhiye yeh hai ke aqli soch se aap pohnchte hain gate tak,</w:t>
      </w:r>
      <w:r>
        <w:br/>
      </w:r>
      <w:r>
        <w:rPr>
          <w:sz w:val="20"/>
        </w:rPr>
        <w:t>50:07  mohabbat ke gate tak. jab aap aql ko istemal karte hain toh matlab kya hota hai? aap study karte hain, aap mushahida karte hain, aap cheezon ka analysis karte hain.</w:t>
      </w:r>
      <w:r>
        <w:br/>
      </w:r>
      <w:r>
        <w:rPr>
          <w:sz w:val="20"/>
        </w:rPr>
        <w:t>50:22  yeh sab karte karte aap ko intellectual level par discovery hoti hai. yeh ek darja hai.</w:t>
      </w:r>
      <w:r>
        <w:br/>
      </w:r>
      <w:r>
        <w:rPr>
          <w:sz w:val="20"/>
        </w:rPr>
        <w:t>50:32  is ke baad phir aql ka qafila aage badhta hai, phir mohabbat shuru hoti hai. jazbat, jazbat ke yani yani aala jazbat ke aitbar se aap Allah se taalluq paida ho jata</w:t>
      </w:r>
      <w:r>
        <w:br/>
      </w:r>
      <w:r>
        <w:rPr>
          <w:sz w:val="20"/>
        </w:rPr>
        <w:t>50:50  hai, phir badhte rehta hai, badhte rehta hai, badhta hai. toh main dekh, aql ka darja seerhi ka darja hai, seerhi manzil ka darja nahi hai.</w:t>
      </w:r>
      <w:r>
        <w:br/>
      </w:r>
      <w:r>
        <w:rPr>
          <w:sz w:val="20"/>
        </w:rPr>
        <w:t>51:02  seerhi yani stair, stair ke par charh kar hi aap pohnchte hain manzil tak. lekin stair, stair hai, manzil, manzil hai.</w:t>
      </w:r>
      <w:r>
        <w:br/>
      </w:r>
      <w:r>
        <w:rPr>
          <w:sz w:val="20"/>
        </w:rPr>
        <w:t>51:15  toh mere tajurbe ke mutabiq aql seerhi ka kaam karti hai. jab aap pohnch jaate hain toh woh duniya, duniya mohabbat hi hoti hai.</w:t>
      </w:r>
      <w:r>
        <w:br/>
      </w:r>
      <w:r>
        <w:rPr>
          <w:sz w:val="20"/>
        </w:rPr>
        <w:t>51:24  woh</w:t>
      </w:r>
      <w:r>
        <w:br/>
      </w:r>
      <w:r>
        <w:rPr>
          <w:sz w:val="20"/>
        </w:rPr>
        <w:t>51:28  yeh main samjha hoon mutale se bhi aur apne tajurbe se bhi.</w:t>
      </w:r>
    </w:p>
    <w:p>
      <w:pPr>
        <w:pStyle w:val="Heading2"/>
      </w:pPr>
      <w:r>
        <w:t>Comparing heart-based and mind-based spirituality</w:t>
      </w:r>
    </w:p>
    <w:p>
      <w:r>
        <w:rPr>
          <w:color w:val="666666"/>
          <w:sz w:val="18"/>
        </w:rPr>
        <w:t>Spirituality · Spiritual Goal January 15, 2017 · 1m 13s · at 47:46 · https://youtu.be/D3JYu4p_P34?t=2866</w:t>
      </w:r>
    </w:p>
    <w:p>
      <w:r>
        <w:rPr>
          <w:i/>
        </w:rPr>
        <w:t>“Is it correct that heart-based spirituality is a goal of meditation, while mind-based spirituality can be attained by contemplation? Please elaborate on this point.”</w:t>
      </w:r>
    </w:p>
    <w:p>
      <w:r>
        <w:rPr>
          <w:sz w:val="20"/>
        </w:rPr>
        <w:t>47:46  maulana, agla sawal srinagar se bheja hai riyaz bhat sahab ne, aur unhon ne likha hai: "maulana</w:t>
      </w:r>
      <w:r>
        <w:br/>
      </w:r>
      <w:r>
        <w:rPr>
          <w:sz w:val="20"/>
        </w:rPr>
        <w:t>47:53  sahab, is it correct that heart-based spirituality is a goal of meditation while mind-based spirituality can be attained by contemplation?</w:t>
      </w:r>
      <w:r>
        <w:br/>
      </w:r>
      <w:r>
        <w:rPr>
          <w:sz w:val="20"/>
        </w:rPr>
        <w:t>48:00  please elaborate on this point." dekhen, mera jo experience hai, is ke mutabiq heart-based spirituality is nothing.</w:t>
      </w:r>
      <w:r>
        <w:br/>
      </w:r>
      <w:r>
        <w:rPr>
          <w:sz w:val="20"/>
        </w:rPr>
        <w:t>48:06  woh sirf ek assumption hai.</w:t>
      </w:r>
      <w:r>
        <w:br/>
      </w:r>
      <w:r>
        <w:rPr>
          <w:sz w:val="20"/>
        </w:rPr>
        <w:t>48:13  assume kar liya gaya tha pehle zamane mein ke heart jo hai, woh center hai spirituality ka.</w:t>
      </w:r>
      <w:r>
        <w:br/>
      </w:r>
      <w:r>
        <w:rPr>
          <w:sz w:val="20"/>
        </w:rPr>
        <w:t>48:19  magar woh to wrong assumption hai.</w:t>
      </w:r>
      <w:r>
        <w:br/>
      </w:r>
      <w:r>
        <w:rPr>
          <w:sz w:val="20"/>
        </w:rPr>
        <w:t>48:26  jab tak modern science nahi aayi thi, tab tak is mein log mashgool rahe.</w:t>
      </w:r>
      <w:r>
        <w:br/>
      </w:r>
      <w:r>
        <w:rPr>
          <w:sz w:val="20"/>
        </w:rPr>
        <w:t>48:32  main is ko manta hi nahi ke heart-based spirituality koi cheez hai.</w:t>
      </w:r>
      <w:r>
        <w:br/>
      </w:r>
      <w:r>
        <w:rPr>
          <w:sz w:val="20"/>
        </w:rPr>
        <w:t>48:39  woh to assumption hai.</w:t>
      </w:r>
      <w:r>
        <w:br/>
      </w:r>
      <w:r>
        <w:rPr>
          <w:sz w:val="20"/>
        </w:rPr>
        <w:t>48:46  real spirituality wohi hai jo mind-based ho.</w:t>
      </w:r>
      <w:r>
        <w:br/>
      </w:r>
      <w:r>
        <w:rPr>
          <w:sz w:val="20"/>
        </w:rPr>
        <w:t>48:52  is par maine likha hai, bohat kaafi is ko aap dekh sakte hain.</w:t>
      </w:r>
    </w:p>
    <w:p>
      <w:pPr>
        <w:pStyle w:val="Heading2"/>
      </w:pPr>
      <w:r>
        <w:t>Concept of 'Insan-e-Kamil' and spiritual exercises</w:t>
      </w:r>
    </w:p>
    <w:p>
      <w:r>
        <w:rPr>
          <w:color w:val="666666"/>
          <w:sz w:val="18"/>
        </w:rPr>
        <w:t>Spirituality · Islamic Pacifism Q&amp;A 8 May 2011 · 2m 07s · at 15:40 · https://youtu.be/5ZersGDNVcw?t=940</w:t>
      </w:r>
    </w:p>
    <w:p>
      <w:r>
        <w:rPr>
          <w:i/>
        </w:rPr>
        <w:t>“Molana, who according to you is 'insan-e-kamil'? Can a spiritual exercise that is generally done in khanqahs produce insan-e-kamil? Or is it that without a mind-based or tadabbur-based spiritual exercise, it cannot be achieved?”</w:t>
      </w:r>
    </w:p>
    <w:p>
      <w:r>
        <w:rPr>
          <w:sz w:val="20"/>
        </w:rPr>
        <w:t>15:40  agla sawal Maulana hai mister khalid ansari ka, noida se. unhon ne likha hai: "Molana, who according to you is insan-e-kamil?</w:t>
      </w:r>
      <w:r>
        <w:br/>
      </w:r>
      <w:r>
        <w:rPr>
          <w:sz w:val="20"/>
        </w:rPr>
        <w:t>15:51  Can a spiritual exercise that is generally done in khanqahs produce insan-e-kamil? Or is it that without a mind-based or tadabbur-based spiritual exercise, it cannot be achieved?"</w:t>
      </w:r>
      <w:r>
        <w:br/>
      </w:r>
      <w:r>
        <w:rPr>
          <w:sz w:val="20"/>
        </w:rPr>
        <w:t>16:07  dekhen, insan-e-kamil ka to lafz hi ek bid'at hai. na quran mein yeh lafz hai, na hadis mein yeh lafz hai. main samajhta hoon koi aadmi duniya mein insan-e-kamil ho nahi sakta hai.</w:t>
      </w:r>
      <w:r>
        <w:br/>
      </w:r>
      <w:r>
        <w:rPr>
          <w:sz w:val="20"/>
        </w:rPr>
        <w:t>16:21  impossible hai. yani yeh target nahi hai ke hum insan-e-kamil banen.</w:t>
      </w:r>
      <w:r>
        <w:br/>
      </w:r>
      <w:r>
        <w:rPr>
          <w:sz w:val="20"/>
        </w:rPr>
        <w:t>16:30  koi bhi mujhe hadith nahi maloom hai, koi bhi ayat nahi maloom hai jis mein yeh kaha gaya ho ke a logon, tum insan kamil bano. yeh jo log banaye hain, woh Quran o hadith se bahar apna nazariya unhon ne banaya hai.</w:t>
      </w:r>
      <w:r>
        <w:br/>
      </w:r>
      <w:r>
        <w:rPr>
          <w:sz w:val="20"/>
        </w:rPr>
        <w:t>16:45  to ab ab sawal yeh hai ke woh khanqahi tareeqa kya hai? woh ek alag sawal hai. khanqahi tareeqa jo hai, mein us ko</w:t>
      </w:r>
      <w:r>
        <w:br/>
      </w:r>
      <w:r>
        <w:rPr>
          <w:sz w:val="20"/>
        </w:rPr>
        <w:t>16:56  yani mein ne woh tareeqa nahi ikhtiyar kiya hai. is par meri kitab hai, tajdeed de sakta hoon ke yeh yeh jo concept hai insan kamil ka, woh ek bidat hai.</w:t>
      </w:r>
      <w:r>
        <w:br/>
      </w:r>
      <w:r>
        <w:rPr>
          <w:sz w:val="20"/>
        </w:rPr>
        <w:t>17:10  kyun ke is dunya mein yeh mumkin nahi ke koi aadmi insan kamil ban jaye.</w:t>
      </w:r>
      <w:r>
        <w:br/>
      </w:r>
      <w:r>
        <w:rPr>
          <w:sz w:val="20"/>
        </w:rPr>
        <w:t>17:15  yeh to fitnon ki dunya hai, yeh ibtila ki dunya hai, test ki dunya hai.</w:t>
      </w:r>
      <w:r>
        <w:br/>
      </w:r>
      <w:r>
        <w:rPr>
          <w:sz w:val="20"/>
        </w:rPr>
        <w:t>17:22  to yeh mumkin nahi hai. sahaba ke halaat aap parhiye, kisi sahabi ko ke baray mein aap nahi payenge ke woh samajhta ho ke mein insan kamil ban gaya hoon.</w:t>
      </w:r>
      <w:r>
        <w:br/>
      </w:r>
      <w:r>
        <w:rPr>
          <w:sz w:val="20"/>
        </w:rPr>
        <w:t>17:35  har aadmi yeh samajhta tha ke mein abhi insan naqis hoon. to</w:t>
      </w:r>
      <w:r>
        <w:br/>
      </w:r>
      <w:r>
        <w:rPr>
          <w:sz w:val="20"/>
        </w:rPr>
        <w:t>17:41  mere meri study ke mutabiq yeh hai soorat e haal.</w:t>
      </w:r>
    </w:p>
    <w:p>
      <w:pPr>
        <w:pStyle w:val="Heading2"/>
      </w:pPr>
      <w:r>
        <w:t>Confirming one's divinely ordained role</w:t>
      </w:r>
    </w:p>
    <w:p>
      <w:r>
        <w:rPr>
          <w:color w:val="666666"/>
          <w:sz w:val="18"/>
        </w:rPr>
        <w:t>Spirituality · Islam and Peace August 25, 2013 · 1m 53s · at 57:38 · https://youtu.be/WbBu4W6AUUs?t=3458</w:t>
      </w:r>
    </w:p>
    <w:p>
      <w:r>
        <w:rPr>
          <w:i/>
        </w:rPr>
        <w:t>“How can we confirm to ourselves that we have discovered the role meant for us by God?”</w:t>
      </w:r>
    </w:p>
    <w:p>
      <w:r>
        <w:rPr>
          <w:sz w:val="20"/>
        </w:rPr>
        <w:t>57:38  maulana, agla sawal doctor safina tabassum ka hai, ajmer se. unhon ne likha hai: "maulana, how can we confirm to ourselves that we have discovered the role meant for us by god?" is ke bare mein bataen.</w:t>
      </w:r>
      <w:r>
        <w:br/>
      </w:r>
      <w:r>
        <w:rPr>
          <w:sz w:val="20"/>
        </w:rPr>
        <w:t>57:54  bhai, aap ki jo discovery hai, agar woh yani quran confirm kar raha ho is ka, to aap yaqeen kar lijiyega ke yeh yahi yahi sachai hai.</w:t>
      </w:r>
      <w:r>
        <w:br/>
      </w:r>
      <w:r>
        <w:rPr>
          <w:sz w:val="20"/>
        </w:rPr>
        <w:t>58:07  yani aap jis cheez ko islam samajhte hain, jab quran ko padhen aur quran confirm kare aap ki soch ko, to main samajhta hoon ke yeh kafi hai yaqeen karne ke liye.</w:t>
      </w:r>
      <w:r>
        <w:br/>
      </w:r>
      <w:r>
        <w:rPr>
          <w:sz w:val="20"/>
        </w:rPr>
        <w:t>58:19  yeh yeh jaise aaj main ne jo baat kahi, aap quran ko padhiye to jab aap pohnchenge yahan pe "alsalato khairun"</w:t>
      </w:r>
      <w:r>
        <w:br/>
      </w:r>
      <w:r>
        <w:rPr>
          <w:sz w:val="20"/>
        </w:rPr>
        <w:t>58:30  . to kya quran confirm kar raha hai is ko? to bhai, yeh yaqeen ke liye kafi hai ke peaceful ideology hi quran ki ideology hai.</w:t>
      </w:r>
      <w:r>
        <w:br/>
      </w:r>
      <w:r>
        <w:rPr>
          <w:sz w:val="20"/>
        </w:rPr>
        <w:t>58:41  to asal tareeqa yeh hai ke har aadmi ko chahiye ke woh quran ko is niyat se, is dua se ke sath padhe, as z tak ke quran ka khud ka mission khud khud kya keh raha hai.</w:t>
      </w:r>
      <w:r>
        <w:br/>
      </w:r>
      <w:r>
        <w:rPr>
          <w:sz w:val="20"/>
        </w:rPr>
        <w:t>58:58  khud ka quran khud yani kya message de raha hai? to agar aap is niyat se, is dua ke sath padhenge to sari baat apne aap khul jayegi.</w:t>
      </w:r>
      <w:r>
        <w:br/>
      </w:r>
      <w:r>
        <w:rPr>
          <w:sz w:val="20"/>
        </w:rPr>
        <w:t>59:11  main ne yahi kiya hai allah ke fazl se. apne zehn ko main bilkul empty mind ho kar main ne quran ko padha aur quran mein jo baat mujhe mili, woh us ko main ne ikhtiyar kar liya, without any bias, without any precondition.</w:t>
      </w:r>
      <w:r>
        <w:br/>
      </w:r>
      <w:r>
        <w:rPr>
          <w:sz w:val="20"/>
        </w:rPr>
        <w:t>59:26  to aap bhi yahi kar lijiyega.</w:t>
      </w:r>
    </w:p>
    <w:p>
      <w:pPr>
        <w:pStyle w:val="Heading2"/>
      </w:pPr>
      <w:r>
        <w:t>Consciously increasing iman</w:t>
      </w:r>
    </w:p>
    <w:p>
      <w:r>
        <w:rPr>
          <w:color w:val="666666"/>
          <w:sz w:val="18"/>
        </w:rPr>
        <w:t>Spirituality · Divine Help February 09, 2014 Maulana Wahiduddin Khan · 3m 55s · at 50:52 · https://youtu.be/eJBjiYGZcKY?t=3052</w:t>
      </w:r>
    </w:p>
    <w:p>
      <w:r>
        <w:rPr>
          <w:i/>
        </w:rPr>
        <w:t>“How can I increase my iman in a conscious way and...?”</w:t>
      </w:r>
    </w:p>
    <w:p>
      <w:r>
        <w:rPr>
          <w:sz w:val="20"/>
        </w:rPr>
        <w:t>50:52  Maulana agla sawal Islamabad Pakistan se hai.</w:t>
      </w:r>
      <w:r>
        <w:br/>
      </w:r>
      <w:r>
        <w:rPr>
          <w:sz w:val="20"/>
        </w:rPr>
        <w:t>50:57  Waseem Bari sahib ka.</w:t>
      </w:r>
      <w:r>
        <w:br/>
      </w:r>
      <w:r>
        <w:rPr>
          <w:sz w:val="20"/>
        </w:rPr>
        <w:t>51:03  انہوں نے آپ سے پوچھا ہے کہ How can I increase my iman in a conscious way and</w:t>
      </w:r>
      <w:r>
        <w:br/>
      </w:r>
      <w:r>
        <w:rPr>
          <w:sz w:val="20"/>
        </w:rPr>
        <w:t>51:09  permanently? is ke baray mein batayen.</w:t>
      </w:r>
      <w:r>
        <w:br/>
      </w:r>
      <w:r>
        <w:rPr>
          <w:sz w:val="20"/>
        </w:rPr>
        <w:t>51:14  pehli baat yeh hai ke aap sincere banen.</w:t>
      </w:r>
      <w:r>
        <w:br/>
      </w:r>
      <w:r>
        <w:rPr>
          <w:sz w:val="20"/>
        </w:rPr>
        <w:t>51:20  koi batane wala nahi bata sakta aap ko.</w:t>
      </w:r>
      <w:r>
        <w:br/>
      </w:r>
      <w:r>
        <w:rPr>
          <w:sz w:val="20"/>
        </w:rPr>
        <w:t>51:25  aap kisi aadmi se poochen ke main pani kaise piyoon? to kya batayega woh? dekhiye yeh sawal</w:t>
      </w:r>
      <w:r>
        <w:br/>
      </w:r>
      <w:r>
        <w:rPr>
          <w:sz w:val="20"/>
        </w:rPr>
        <w:t>51:31  poochne ka nahi hai.</w:t>
      </w:r>
      <w:r>
        <w:br/>
      </w:r>
      <w:r>
        <w:rPr>
          <w:sz w:val="20"/>
        </w:rPr>
        <w:t>51:36  main raat ke waqt sooon kaise? aur piyas lage to pani kaise piyoon? yeh poochne ki baat nahi hai.</w:t>
      </w:r>
      <w:r>
        <w:br/>
      </w:r>
      <w:r>
        <w:rPr>
          <w:sz w:val="20"/>
        </w:rPr>
        <w:t>51:42  aap sincere baniyen.</w:t>
      </w:r>
      <w:r>
        <w:br/>
      </w:r>
      <w:r>
        <w:rPr>
          <w:sz w:val="20"/>
        </w:rPr>
        <w:t>51:48  yaani aap is ko apna soul concern banaiye.</w:t>
      </w:r>
      <w:r>
        <w:br/>
      </w:r>
      <w:r>
        <w:rPr>
          <w:sz w:val="20"/>
        </w:rPr>
        <w:t>51:53  to kya hoga? aap ka zehn activate hoga.</w:t>
      </w:r>
      <w:r>
        <w:br/>
      </w:r>
      <w:r>
        <w:rPr>
          <w:sz w:val="20"/>
        </w:rPr>
        <w:t>51:59  aap ke andar thinking process jari hoga.</w:t>
      </w:r>
      <w:r>
        <w:br/>
      </w:r>
      <w:r>
        <w:rPr>
          <w:sz w:val="20"/>
        </w:rPr>
        <w:t>52:04  phir aap ko agar sincere hain, waqeatan sincere to batayega woh aap ki sincerity batayegi ke</w:t>
      </w:r>
      <w:r>
        <w:br/>
      </w:r>
      <w:r>
        <w:rPr>
          <w:sz w:val="20"/>
        </w:rPr>
        <w:t>52:10  Save yourself from all kinds of distraction.</w:t>
      </w:r>
      <w:r>
        <w:br/>
      </w:r>
      <w:r>
        <w:rPr>
          <w:sz w:val="20"/>
        </w:rPr>
        <w:t>52:16  apni conditioning ko torto.</w:t>
      </w:r>
      <w:r>
        <w:br/>
      </w:r>
      <w:r>
        <w:rPr>
          <w:sz w:val="20"/>
        </w:rPr>
        <w:t>52:21  apne aap ko deconnection banao.</w:t>
      </w:r>
      <w:r>
        <w:br/>
      </w:r>
      <w:r>
        <w:rPr>
          <w:sz w:val="20"/>
        </w:rPr>
        <w:t>52:27  Distraction se apne aap ko bachao.</w:t>
      </w:r>
      <w:r>
        <w:br/>
      </w:r>
      <w:r>
        <w:rPr>
          <w:sz w:val="20"/>
        </w:rPr>
        <w:t>52:32  Yeh sab aap ki sincerity bataey gi.</w:t>
      </w:r>
      <w:r>
        <w:br/>
      </w:r>
      <w:r>
        <w:rPr>
          <w:sz w:val="20"/>
        </w:rPr>
        <w:t>52:38  Dekhiye koi bhi batane wala nahi bata sakta.</w:t>
      </w:r>
      <w:r>
        <w:br/>
      </w:r>
      <w:r>
        <w:rPr>
          <w:sz w:val="20"/>
        </w:rPr>
        <w:t>52:44  Jo bataye gi woh aap ki sincerity, aap ki sanjeedgi.</w:t>
      </w:r>
      <w:r>
        <w:br/>
      </w:r>
      <w:r>
        <w:rPr>
          <w:sz w:val="20"/>
        </w:rPr>
        <w:t>52:49  Aise sawal jo hain aadmi ko apne aap se karne chahiye.</w:t>
      </w:r>
      <w:r>
        <w:br/>
      </w:r>
      <w:r>
        <w:rPr>
          <w:sz w:val="20"/>
        </w:rPr>
        <w:t>52:55  Keh mein jo chahta hoon us ke liye mein kitna sacrifice de sakta hoon? Kitni qurbani? Mein sachai</w:t>
      </w:r>
      <w:r>
        <w:br/>
      </w:r>
      <w:r>
        <w:rPr>
          <w:sz w:val="20"/>
        </w:rPr>
        <w:t>53:00  Chahta hoon to sachai ek qeemat mangti hai, qeemat.</w:t>
      </w:r>
      <w:r>
        <w:br/>
      </w:r>
      <w:r>
        <w:rPr>
          <w:sz w:val="20"/>
        </w:rPr>
        <w:t>53:06  Woh qeemat yeh hai aap apne aap ko conditioning se bachaen.</w:t>
      </w:r>
      <w:r>
        <w:br/>
      </w:r>
      <w:r>
        <w:rPr>
          <w:sz w:val="20"/>
        </w:rPr>
        <w:t>53:12  Apne aap ko distraction se bachaen.</w:t>
      </w:r>
      <w:r>
        <w:br/>
      </w:r>
      <w:r>
        <w:rPr>
          <w:sz w:val="20"/>
        </w:rPr>
        <w:t>53:17  Apne aap ko deconnection bataen. Banaen.</w:t>
      </w:r>
      <w:r>
        <w:br/>
      </w:r>
      <w:r>
        <w:rPr>
          <w:sz w:val="20"/>
        </w:rPr>
        <w:t>53:23  Apne habits ko badlen.</w:t>
      </w:r>
      <w:r>
        <w:br/>
      </w:r>
      <w:r>
        <w:rPr>
          <w:sz w:val="20"/>
        </w:rPr>
        <w:t>53:28  Bachpan se aadmi ke habit lag jaate hain.</w:t>
      </w:r>
      <w:r>
        <w:br/>
      </w:r>
      <w:r>
        <w:rPr>
          <w:sz w:val="20"/>
        </w:rPr>
        <w:t>53:34  Tarah tarah ke habit.</w:t>
      </w:r>
      <w:r>
        <w:br/>
      </w:r>
      <w:r>
        <w:rPr>
          <w:sz w:val="20"/>
        </w:rPr>
        <w:t>53:40  Is se apne aap ko bachaen.</w:t>
      </w:r>
      <w:r>
        <w:br/>
      </w:r>
      <w:r>
        <w:rPr>
          <w:sz w:val="20"/>
        </w:rPr>
        <w:t>53:45  Jhoote shauq se bachaen.</w:t>
      </w:r>
      <w:r>
        <w:br/>
      </w:r>
      <w:r>
        <w:rPr>
          <w:sz w:val="20"/>
        </w:rPr>
        <w:t>53:51  Kisi ko stage ka shauq hai.</w:t>
      </w:r>
      <w:r>
        <w:br/>
      </w:r>
      <w:r>
        <w:rPr>
          <w:sz w:val="20"/>
        </w:rPr>
        <w:t>53:56  Kisi ko sair o siyahat ka shauq hai.</w:t>
      </w:r>
      <w:r>
        <w:br/>
      </w:r>
      <w:r>
        <w:rPr>
          <w:sz w:val="20"/>
        </w:rPr>
        <w:t>54:02  Kisi ko luxury ka shauq hai.</w:t>
      </w:r>
      <w:r>
        <w:br/>
      </w:r>
      <w:r>
        <w:rPr>
          <w:sz w:val="20"/>
        </w:rPr>
        <w:t>54:08  Is se bachaen.</w:t>
      </w:r>
      <w:r>
        <w:br/>
      </w:r>
      <w:r>
        <w:rPr>
          <w:sz w:val="20"/>
        </w:rPr>
        <w:t>54:13  Apna focus sirf ek cheez pe dalen woh hai sachai.</w:t>
      </w:r>
      <w:r>
        <w:br/>
      </w:r>
      <w:r>
        <w:rPr>
          <w:sz w:val="20"/>
        </w:rPr>
        <w:t>54:19  Keh to yeh sab kuch kahan se aye gi? Aap ki sincerity se aye gi.</w:t>
      </w:r>
      <w:r>
        <w:br/>
      </w:r>
      <w:r>
        <w:rPr>
          <w:sz w:val="20"/>
        </w:rPr>
        <w:t>54:24  Agar aap sincere nahi hain to kuch bhi nahi, kuch bhi nahi, kuch bhi nahi.</w:t>
      </w:r>
      <w:r>
        <w:br/>
      </w:r>
      <w:r>
        <w:rPr>
          <w:sz w:val="20"/>
        </w:rPr>
        <w:t>54:30  To sab se pehle apne aap ko sachai ke muamle mein sincere banaiye. Sanjeeda banaiye.</w:t>
      </w:r>
      <w:r>
        <w:br/>
      </w:r>
      <w:r>
        <w:rPr>
          <w:sz w:val="20"/>
        </w:rPr>
        <w:t>54:36  To sanjeedgi apne aap mein moallim ban jaye gi, teacher ban jaye gi.</w:t>
      </w:r>
      <w:r>
        <w:br/>
      </w:r>
      <w:r>
        <w:rPr>
          <w:sz w:val="20"/>
        </w:rPr>
        <w:t>54:41  Woh sab kuch aap ko batati chali jaye gi.</w:t>
      </w:r>
    </w:p>
    <w:p>
      <w:pPr>
        <w:pStyle w:val="Heading2"/>
      </w:pPr>
      <w:r>
        <w:t>Constriction when hearing about God and afterlife</w:t>
      </w:r>
    </w:p>
    <w:p>
      <w:r>
        <w:rPr>
          <w:color w:val="666666"/>
          <w:sz w:val="18"/>
        </w:rPr>
        <w:t>Spirituality · 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Contemplating death and positive thinking</w:t>
      </w:r>
    </w:p>
    <w:p>
      <w:r>
        <w:rPr>
          <w:color w:val="666666"/>
          <w:sz w:val="18"/>
        </w:rPr>
        <w:t>Spirituality · Concept of Death in Islam August 26, 2012 · 1m 23s · at 1:21:46 · https://youtu.be/y0TJxKi0L94?t=4906</w:t>
      </w:r>
    </w:p>
    <w:p>
      <w:r>
        <w:rPr>
          <w:i/>
        </w:rPr>
        <w:t>“How is contemplating about death linked to the development of positive thinking? Kindly guide.”</w:t>
      </w:r>
    </w:p>
    <w:p>
      <w:r>
        <w:rPr>
          <w:sz w:val="20"/>
        </w:rPr>
        <w:t>1:21:46  maulana, agla sawal roorkee se hai, sajid anwar sahab ka</w:t>
      </w:r>
      <w:r>
        <w:br/>
      </w:r>
      <w:r>
        <w:rPr>
          <w:sz w:val="20"/>
        </w:rPr>
        <w:t>1:21:50  unhon ne likha hai maulana, how contemplating about death is linked to development of positive thinking?</w:t>
      </w:r>
      <w:r>
        <w:br/>
      </w:r>
      <w:r>
        <w:rPr>
          <w:sz w:val="20"/>
        </w:rPr>
        <w:t>1:21:59  kindly guide. bohat ziyada. positive thinking kya hai? positive thinking naam hai realistic thinking ka.</w:t>
      </w:r>
      <w:r>
        <w:br/>
      </w:r>
      <w:r>
        <w:rPr>
          <w:sz w:val="20"/>
        </w:rPr>
        <w:t>1:22:11  positive thinking is only another name of realistic thinking. to maut to sab ko realistic banati hai.</w:t>
      </w:r>
      <w:r>
        <w:br/>
      </w:r>
      <w:r>
        <w:rPr>
          <w:sz w:val="20"/>
        </w:rPr>
        <w:t>1:22:19  tamam jitne bhi tajurbe hote hain insan ke upar, jo kuch bhi insan dekhta hai, sunta hai, un mein un mein sab se ziyada jo cheez aap ko realistic banati hai, woh maut hai.</w:t>
      </w:r>
      <w:r>
        <w:br/>
      </w:r>
      <w:r>
        <w:rPr>
          <w:sz w:val="20"/>
        </w:rPr>
        <w:t>1:22:35  yeh mera bhi tajurba hai aur yeh aql bhi samajh mein aata hai. to jab maut aap ko realistic banayegi, haqiqat pasand, to lazman aisa hoga ke aap ke andar positive thinking ayegi.</w:t>
      </w:r>
      <w:r>
        <w:br/>
      </w:r>
      <w:r>
        <w:rPr>
          <w:sz w:val="20"/>
        </w:rPr>
        <w:t>1:22:50  positive thinking kya hai? koi mysterious cheez nahi hai. woh as it is thinking hai.</w:t>
      </w:r>
      <w:r>
        <w:br/>
      </w:r>
      <w:r>
        <w:rPr>
          <w:sz w:val="20"/>
        </w:rPr>
        <w:t>1:22:57  as it is thinking aa jaye to wahi positive thinking hai. samajhta hoon ke bohat ziyada juda hua hai dono, dono ek doosre se bohat ziyada interlinked hain. to</w:t>
      </w:r>
    </w:p>
    <w:p>
      <w:pPr>
        <w:pStyle w:val="Heading2"/>
      </w:pPr>
      <w:r>
        <w:t>Contemplating death and positive thinking</w:t>
      </w:r>
    </w:p>
    <w:p>
      <w:r>
        <w:rPr>
          <w:color w:val="666666"/>
          <w:sz w:val="18"/>
        </w:rPr>
        <w:t>Spirituality · Concept of Death in Islam 26th Aug 12 SLOW · 1m 33s · at 29:40 · https://youtu.be/8dsos0OBM6M?t=1780</w:t>
      </w:r>
    </w:p>
    <w:p>
      <w:r>
        <w:rPr>
          <w:i/>
        </w:rPr>
        <w:t>“How contemplating about death is linked to development of positive thinking? Kindly guide.”</w:t>
      </w:r>
    </w:p>
    <w:p>
      <w:r>
        <w:rPr>
          <w:sz w:val="20"/>
        </w:rPr>
        <w:t>29:40  Maulana, agla sawal ah Roorkee se hai Sajid Anwar sahib ka. unhon ne likha hai: "Moulana, how contemplating about death is linked to development of positive thinking, kindly guide."</w:t>
      </w:r>
      <w:r>
        <w:br/>
      </w:r>
      <w:r>
        <w:rPr>
          <w:sz w:val="20"/>
        </w:rPr>
        <w:t>29:55  kya hai? "How contemplating about death is linked to development of positive thinking." bohat zyada. positive thinking kya hai? positive thinking naam hai realistic thinking ka. yani positive thinking is only another name of.</w:t>
      </w:r>
      <w:r>
        <w:br/>
      </w:r>
      <w:r>
        <w:rPr>
          <w:sz w:val="20"/>
        </w:rPr>
        <w:t>30:18  realistic thinking.</w:t>
      </w:r>
      <w:r>
        <w:br/>
      </w:r>
      <w:r>
        <w:rPr>
          <w:sz w:val="20"/>
        </w:rPr>
        <w:t>30:23  to maut to sab ka realist banati hai.</w:t>
      </w:r>
      <w:r>
        <w:br/>
      </w:r>
      <w:r>
        <w:rPr>
          <w:sz w:val="20"/>
        </w:rPr>
        <w:t>30:28  tamam jitne bhi experience hote hain insaan ke upar, jo kuch bhi insaan dekhta hai, sunta hai, un</w:t>
      </w:r>
      <w:r>
        <w:br/>
      </w:r>
      <w:r>
        <w:rPr>
          <w:sz w:val="20"/>
        </w:rPr>
        <w:t>30:33  mein in mein sab se zyada jo cheez aap ko realist banati hai, woh maut hai.</w:t>
      </w:r>
      <w:r>
        <w:br/>
      </w:r>
      <w:r>
        <w:rPr>
          <w:sz w:val="20"/>
        </w:rPr>
        <w:t>30:38  yeh mera bhi tajurba hai aur yeh aqal bhi samajh mein aata hai.</w:t>
      </w:r>
      <w:r>
        <w:br/>
      </w:r>
      <w:r>
        <w:rPr>
          <w:sz w:val="20"/>
        </w:rPr>
        <w:t>30:43  to jab maut aap ko realist banayegi, haqeeqat pasand, to lazman aisa hoga ke aap ko pata</w:t>
      </w:r>
      <w:r>
        <w:br/>
      </w:r>
      <w:r>
        <w:rPr>
          <w:sz w:val="20"/>
        </w:rPr>
        <w:t>30:48  hai positive thinking kya hai.</w:t>
      </w:r>
      <w:r>
        <w:br/>
      </w:r>
      <w:r>
        <w:rPr>
          <w:sz w:val="20"/>
        </w:rPr>
        <w:t>30:53  positive thinking kya hai? koi mysterious cheez nahin hai.</w:t>
      </w:r>
      <w:r>
        <w:br/>
      </w:r>
      <w:r>
        <w:rPr>
          <w:sz w:val="20"/>
        </w:rPr>
        <w:t>30:58  woh as it is thinking hai.</w:t>
      </w:r>
      <w:r>
        <w:br/>
      </w:r>
      <w:r>
        <w:rPr>
          <w:sz w:val="20"/>
        </w:rPr>
        <w:t>31:03  as it is thinking aa jaye to wahi positive thinking hai.</w:t>
      </w:r>
      <w:r>
        <w:br/>
      </w:r>
      <w:r>
        <w:rPr>
          <w:sz w:val="20"/>
        </w:rPr>
        <w:t>31:08  samajhta hoon ke bohat ziyada juda hua hai dono, dono aik doosre se bohat ziyada interlinked hain.</w:t>
      </w:r>
      <w:r>
        <w:br/>
      </w:r>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p>
    <w:p>
      <w:pPr>
        <w:pStyle w:val="Heading2"/>
      </w:pPr>
      <w:r>
        <w:t>Contentment as door to gratitude</w:t>
      </w:r>
    </w:p>
    <w:p>
      <w:r>
        <w:rPr>
          <w:color w:val="666666"/>
          <w:sz w:val="18"/>
        </w:rPr>
        <w:t>Spirituality · Question &amp; Answer Jan 6th 2013 - Maulana Wahiduddin Kahn · 1m 24s · at 22:25 · https://youtu.be/1FAK1QuHEpw?t=1345</w:t>
      </w:r>
    </w:p>
    <w:p>
      <w:r>
        <w:rPr>
          <w:i/>
        </w:rPr>
        <w:t>“Contentment is the door to gratitude. Can you please elaborate on this?”</w:t>
      </w:r>
    </w:p>
    <w:p>
      <w:r>
        <w:rPr>
          <w:sz w:val="20"/>
        </w:rPr>
        <w:t>22:25  maulana, agla sawal dilli se hai, miss naghma siddiqui ka. unhon ne aap se poocha hai: "Contentment is the door to shukr.</w:t>
      </w:r>
      <w:r>
        <w:br/>
      </w:r>
      <w:r>
        <w:rPr>
          <w:sz w:val="20"/>
        </w:rPr>
        <w:t>22:36  Can you please elaborate on this؟"</w:t>
      </w:r>
      <w:r>
        <w:br/>
      </w:r>
      <w:r>
        <w:rPr>
          <w:sz w:val="20"/>
        </w:rPr>
        <w:t>22:41  saheeh hai, contentment se aap distractions se bach jaate hain. Basic baat hai distraction. Distraction.</w:t>
      </w:r>
      <w:r>
        <w:br/>
      </w:r>
      <w:r>
        <w:rPr>
          <w:sz w:val="20"/>
        </w:rPr>
        <w:t>22:51  agar aap contentment ka tareeqa na ikhtiyar karein to kya hoga? shauq ke peeche daudenge, khwahish ke peeche daudenge, numaish ke peeche daudenge, fashion ke peeche daudenge.</w:t>
      </w:r>
      <w:r>
        <w:br/>
      </w:r>
      <w:r>
        <w:rPr>
          <w:sz w:val="20"/>
        </w:rPr>
        <w:t>23:05  to kya hai? Distract hote rahenge. jab distract hote rahenge to Allah ke bare mein sochne ka waqt hi aap ke paas nahi hoga. jab aap Allah ke liye sochenge tab to shukr aayega.</w:t>
      </w:r>
      <w:r>
        <w:br/>
      </w:r>
      <w:r>
        <w:rPr>
          <w:sz w:val="20"/>
        </w:rPr>
        <w:t>23:16  nahi to shukr aayega kaise? shukr jo hai ek deep thinking se aata hai. shukr yeh nahi ke lip service karte hue kuch bol dein aap.</w:t>
      </w:r>
      <w:r>
        <w:br/>
      </w:r>
      <w:r>
        <w:rPr>
          <w:sz w:val="20"/>
        </w:rPr>
        <w:t>23:26  Khuda tera shukr hai. yeh shukr nahi hai. shukr yeh hai ke aap deep thinking karein. aap ko ek discovery ho. us discovery aap ke munh se nikal pade.</w:t>
      </w:r>
      <w:r>
        <w:br/>
      </w:r>
      <w:r>
        <w:rPr>
          <w:sz w:val="20"/>
        </w:rPr>
        <w:t>23:37  to is ke liye zaroori hai ke aap logon ko distraction se bachayein. warna warna shukr wahi lip service hogi, haqeeqi shukr nahi hoga.</w:t>
      </w:r>
    </w:p>
    <w:p>
      <w:pPr>
        <w:pStyle w:val="Heading2"/>
      </w:pPr>
      <w:r>
        <w:t>Contentment as the door to gratitude</w:t>
      </w:r>
    </w:p>
    <w:p>
      <w:r>
        <w:rPr>
          <w:color w:val="666666"/>
          <w:sz w:val="18"/>
        </w:rPr>
        <w:t>Spirituality · Age Of Consumerism I January 6, 2013 Maulana Wahiduddin Khan · 1m 31s · at 1:21:53 · https://youtu.be/CuRYFl7JuEM?t=4913</w:t>
      </w:r>
    </w:p>
    <w:p>
      <w:r>
        <w:rPr>
          <w:i/>
        </w:rPr>
        <w:t>“Contentment is the door to shukr. Can you please elaborate on this?”</w:t>
      </w:r>
    </w:p>
    <w:p>
      <w:r>
        <w:rPr>
          <w:sz w:val="20"/>
        </w:rPr>
        <w:t>1:21:53  aap ise phir se sochiye to aap yeh baat aap ko clear ho jayegi. Maulana, agla sawal Delhi se hai, Miss Naghma Siddiqui ka.</w:t>
      </w:r>
      <w:r>
        <w:br/>
      </w:r>
      <w:r>
        <w:rPr>
          <w:sz w:val="20"/>
        </w:rPr>
        <w:t>1:22:04  unhone aapse poocha hai: "contentment is the door to shukr. can you please elaborate on this?"</w:t>
      </w:r>
      <w:r>
        <w:br/>
      </w:r>
      <w:r>
        <w:rPr>
          <w:sz w:val="20"/>
        </w:rPr>
        <w:t>1:22:15  saheeh hai, contentment se aap destruction se bach jaate hain. basic baat hai destruction. destruction agar aap contentment ka tareeqa na ikhtiyar karein to kya hoga?</w:t>
      </w:r>
      <w:r>
        <w:br/>
      </w:r>
      <w:r>
        <w:rPr>
          <w:sz w:val="20"/>
        </w:rPr>
        <w:t>1:22:30  shauk ke peeche daudenge, khwahish ke peeche daudenge,</w:t>
      </w:r>
      <w:r>
        <w:br/>
      </w:r>
      <w:r>
        <w:rPr>
          <w:sz w:val="20"/>
        </w:rPr>
        <w:t>1:22:35  numaish ke peeche daudenge, fashion ke peeche daudenge. to kya hai? district hote rahenge. jab district hote rahenge to Allah ke bare mein sochne ka sochne ka waqt hi aap ke paas nahi hoga.</w:t>
      </w:r>
      <w:r>
        <w:br/>
      </w:r>
      <w:r>
        <w:rPr>
          <w:sz w:val="20"/>
        </w:rPr>
        <w:t>1:22:47  jab aap Allah ke liye sochenge, tab to shukr aayega. nahi to shukr aayega kaise?</w:t>
      </w:r>
      <w:r>
        <w:br/>
      </w:r>
      <w:r>
        <w:rPr>
          <w:sz w:val="20"/>
        </w:rPr>
        <w:t>1:22:52  shukr jo hai, ek deep thinking se aata hai. shukr yeh nahi ke lafz service karte hue kuch bol dein, aap Khuda tera shukr hai. yeh shukr nahi hai.</w:t>
      </w:r>
      <w:r>
        <w:br/>
      </w:r>
      <w:r>
        <w:rPr>
          <w:sz w:val="20"/>
        </w:rPr>
        <w:t>1:23:03  shukr yeh hai ke aap deep thinking karein. aap ko ek discovery ho, us discovery aap ke munh se nikal pade.</w:t>
      </w:r>
      <w:r>
        <w:br/>
      </w:r>
      <w:r>
        <w:rPr>
          <w:sz w:val="20"/>
        </w:rPr>
        <w:t>1:23:11  to is ke liye zaroori hai ke aap logon ko distraction se bachayein, warna warna shukr wahi lap service hogi, haqeeqi shukr nahi hoga.</w:t>
      </w:r>
    </w:p>
    <w:p>
      <w:pPr>
        <w:pStyle w:val="Heading2"/>
      </w:pPr>
      <w:r>
        <w:t>Controlling the Mind Without Dehumanizing Spirituality</w:t>
      </w:r>
    </w:p>
    <w:p>
      <w:r>
        <w:rPr>
          <w:color w:val="666666"/>
          <w:sz w:val="18"/>
        </w:rPr>
        <w:t>Spirituality · Islamic Pacifism Q&amp;A 8 May 2011 · 9m 47s · at 25:50 · https://youtu.be/5ZersGDNVcw?t=1550</w:t>
      </w:r>
    </w:p>
    <w:p>
      <w:r>
        <w:rPr>
          <w:i/>
        </w:rPr>
        <w:t>“You wrote that spirituality which aims at stopping the thought process is dehumanizing and brings man to the level of animals. How then can one try to gain control over mind? Please explain.”</w:t>
      </w:r>
    </w:p>
    <w:p>
      <w:r>
        <w:rPr>
          <w:sz w:val="20"/>
        </w:rPr>
        <w:t>25:50  aah, Mr Michel Lamy ne France se sawal kiya hai. Unhone likha hai: "Maulana, you wrote that spirituality which aims at stopping the thought process is dehumanizing and brings man to the level of animals.</w:t>
      </w:r>
      <w:r>
        <w:br/>
      </w:r>
      <w:r>
        <w:rPr>
          <w:sz w:val="20"/>
        </w:rPr>
        <w:t>26:08  How then can one try to gain control over mind? Please explain."</w:t>
      </w:r>
      <w:r>
        <w:br/>
      </w:r>
      <w:r>
        <w:rPr>
          <w:sz w:val="20"/>
        </w:rPr>
        <w:t>26:14  My position is that</w:t>
      </w:r>
      <w:r>
        <w:br/>
      </w:r>
      <w:r>
        <w:rPr>
          <w:sz w:val="20"/>
        </w:rPr>
        <w:t>26:19  there are two different ways to attain spirituality. One that is heart-based and the second that is mind-based.</w:t>
      </w:r>
      <w:r>
        <w:br/>
      </w:r>
      <w:r>
        <w:rPr>
          <w:sz w:val="20"/>
        </w:rPr>
        <w:t>26:33  to I said that heart-based spirituality, although there are so many people who believe</w:t>
      </w:r>
      <w:r>
        <w:br/>
      </w:r>
      <w:r>
        <w:rPr>
          <w:sz w:val="20"/>
        </w:rPr>
        <w:t>26:41  the variety of this method, but I think that it is not correct. Through mind, through heart, those practices that are, that are heart-based practices, that are nothing.</w:t>
      </w:r>
      <w:r>
        <w:br/>
      </w:r>
      <w:r>
        <w:rPr>
          <w:sz w:val="20"/>
        </w:rPr>
        <w:t>27:02  That are physical practices. Through physical practice, you cannot attain spirituality. Heart is a physical part of your body.</w:t>
      </w:r>
      <w:r>
        <w:br/>
      </w:r>
      <w:r>
        <w:rPr>
          <w:sz w:val="20"/>
        </w:rPr>
        <w:t>27:16  So heart-based spirituality is</w:t>
      </w:r>
      <w:r>
        <w:br/>
      </w:r>
      <w:r>
        <w:rPr>
          <w:sz w:val="20"/>
        </w:rPr>
        <w:t>27:19  nothing. Heart-based spirituality means try to attain spirituality through physical method</w:t>
      </w:r>
      <w:r>
        <w:br/>
      </w:r>
      <w:r>
        <w:rPr>
          <w:sz w:val="20"/>
        </w:rPr>
        <w:t>27:32  . That is impossible. So I believe in mind-based spirituality.</w:t>
      </w:r>
      <w:r>
        <w:br/>
      </w:r>
      <w:r>
        <w:rPr>
          <w:sz w:val="20"/>
        </w:rPr>
        <w:t>27:41  Mind-based spirituality. That is, my spirituality is based on tadabbur, tafakkur, tawaṣṣum</w:t>
      </w:r>
      <w:r>
        <w:br/>
      </w:r>
      <w:r>
        <w:rPr>
          <w:sz w:val="20"/>
        </w:rPr>
        <w:t>27:50  . That is contemplation. In two words, first is based on meditation. And my spirituality is based on contemplation.</w:t>
      </w:r>
      <w:r>
        <w:br/>
      </w:r>
      <w:r>
        <w:rPr>
          <w:sz w:val="20"/>
        </w:rPr>
        <w:t>28:05  So contemplation is mind-centered method. And meditation is heart-centered method. So this is my stand in this about this matter.</w:t>
      </w:r>
      <w:r>
        <w:br/>
      </w:r>
      <w:r>
        <w:rPr>
          <w:sz w:val="20"/>
        </w:rPr>
        <w:t>28:21  Mr Muhammad Daniel ne Patna se sawal kiya hai: "Shakhsiyat ki taameer ka usool kya hai?" Is ke bare mein batayein.</w:t>
      </w:r>
      <w:r>
        <w:br/>
      </w:r>
      <w:r>
        <w:rPr>
          <w:sz w:val="20"/>
        </w:rPr>
        <w:t>28:36  dekhiye, jahan tak main sochta hoon, shakhsiyat</w:t>
      </w:r>
      <w:r>
        <w:br/>
      </w:r>
      <w:r>
        <w:rPr>
          <w:sz w:val="20"/>
        </w:rPr>
        <w:t>28:46  paidaishi taur par durust shakhsiyat hoti hai. Kyun ke hadith mein aata hai ke kul maulood yulad al-fitrah.</w:t>
      </w:r>
      <w:r>
        <w:br/>
      </w:r>
      <w:r>
        <w:rPr>
          <w:sz w:val="20"/>
        </w:rPr>
        <w:t>28:57  yani har insaan paida hota hai. Yani sahi shakhsiyat par, sahi personality par,</w:t>
      </w:r>
      <w:r>
        <w:br/>
      </w:r>
      <w:r>
        <w:rPr>
          <w:sz w:val="20"/>
        </w:rPr>
        <w:t>29:05  sahi fitrat par. Lekin is ke baad mahaul se, ghar ka mahaul, bahar ka mahaul jo is ki conditioning karta rehta hai. To conditioning jo hai, woh shakhsiyat ko bigaadti hai.</w:t>
      </w:r>
      <w:r>
        <w:br/>
      </w:r>
      <w:r>
        <w:rPr>
          <w:sz w:val="20"/>
        </w:rPr>
        <w:t>29:20  ab jo karna hai, woh yeh hai karna</w:t>
      </w:r>
      <w:r>
        <w:br/>
      </w:r>
      <w:r>
        <w:rPr>
          <w:sz w:val="20"/>
        </w:rPr>
        <w:t>29:23  keh aap apni de-conditioning karen.</w:t>
      </w:r>
      <w:r>
        <w:br/>
      </w:r>
      <w:r>
        <w:rPr>
          <w:sz w:val="20"/>
        </w:rPr>
        <w:t>29:31  lekin conditioning ka waqea to lazman hoga hi hoga. professor watson jo amreeka ka professor tha, us ne yeh baat kahi hai keh conditioning honi hi honi hai har aadmi ki.</w:t>
      </w:r>
      <w:r>
        <w:br/>
      </w:r>
      <w:r>
        <w:rPr>
          <w:sz w:val="20"/>
        </w:rPr>
        <w:t>29:44  har aadmi miss conditioned hai. lekin professor watson ko ek baat nahi jaan saka</w:t>
      </w:r>
      <w:r>
        <w:br/>
      </w:r>
      <w:r>
        <w:rPr>
          <w:sz w:val="20"/>
        </w:rPr>
        <w:t>29:51  keh de-conditioning possible hai. us ki daryaft yahi tak rahi keh har aadmi miss conditioned hai. lekin doosra jo part hai is sachai ka, woh yeh hai keh agar aadmi chahe to apni de-conditioning kar sakta hai.</w:t>
      </w:r>
      <w:r>
        <w:br/>
      </w:r>
      <w:r>
        <w:rPr>
          <w:sz w:val="20"/>
        </w:rPr>
        <w:t>30:09  yeh unhein nahi pata tha. to main yeh manta hoon keh conditioning to aap ki aur har aadmi ki hogi hi hogi.</w:t>
      </w:r>
      <w:r>
        <w:br/>
      </w:r>
      <w:r>
        <w:rPr>
          <w:sz w:val="20"/>
        </w:rPr>
        <w:t>30:19  ise to aap rok nahi sakte. yahan tak mana jata hai keh bachcha pet mein hota hai, tabhi conditioning shuru ho jati hai us ki.</w:t>
      </w:r>
      <w:r>
        <w:br/>
      </w:r>
      <w:r>
        <w:rPr>
          <w:sz w:val="20"/>
        </w:rPr>
        <w:t>30:27  maan ke through. pehle maan ke through, phir family ke through, phir society ke through. phir poora jahan bhi rehta hai, woh jo kuch parhta hai, jo kuch sunta hai, woh sab conditioning ke case ban jate hain us ke liye.</w:t>
      </w:r>
      <w:r>
        <w:br/>
      </w:r>
      <w:r>
        <w:rPr>
          <w:sz w:val="20"/>
        </w:rPr>
        <w:t>30:42  to beharhaal har aadmi miss conditioned hai. har aurat aur har mard.</w:t>
      </w:r>
      <w:r>
        <w:br/>
      </w:r>
      <w:r>
        <w:rPr>
          <w:sz w:val="20"/>
        </w:rPr>
        <w:t>30:49  ab aap agar chahte hain keh aap woh shakhsiyat banen jo Allah ko matloob hai, to aap ko apni de-conditioning karni hogi.</w:t>
      </w:r>
      <w:r>
        <w:br/>
      </w:r>
      <w:r>
        <w:rPr>
          <w:sz w:val="20"/>
        </w:rPr>
        <w:t>30:59  is ke liye Allah taala ne jo ek misaal qaim kar di hai, piaz ki. piaz yani onion. piaz aap jante hain keh ek gol cheez hoti hai.</w:t>
      </w:r>
      <w:r>
        <w:br/>
      </w:r>
      <w:r>
        <w:rPr>
          <w:sz w:val="20"/>
        </w:rPr>
        <w:t>31:09  us ke oopar layer hote hain. layer, layer, layer, layer. aakhir mein ek core hota hai, chhota sa. woh is ka piaz ka core hota hai. har insaan ki ek core personality hai.</w:t>
      </w:r>
      <w:r>
        <w:br/>
      </w:r>
      <w:r>
        <w:rPr>
          <w:sz w:val="20"/>
        </w:rPr>
        <w:t>31:21  us ke oopar layers hain conditioning ke. to conditioning ke layer ko hataye, hataye, hataye yahan tak keh aap ki jo core personality hai,</w:t>
      </w:r>
      <w:r>
        <w:br/>
      </w:r>
      <w:r>
        <w:rPr>
          <w:sz w:val="20"/>
        </w:rPr>
        <w:t>31:30  woh saamne aa jaye. yahi hai de-conditioning. is ke liye aap ko yani self-hammering karni parti hai.</w:t>
      </w:r>
      <w:r>
        <w:br/>
      </w:r>
      <w:r>
        <w:rPr>
          <w:sz w:val="20"/>
        </w:rPr>
        <w:t>31:40  self-hammering. apne yani apne against mein sochna.</w:t>
      </w:r>
      <w:r>
        <w:br/>
      </w:r>
      <w:r>
        <w:rPr>
          <w:sz w:val="20"/>
        </w:rPr>
        <w:t>31:48  aap ko apne against mein sochna parta hai. apne khilaf sochna parta hai.</w:t>
      </w:r>
      <w:r>
        <w:br/>
      </w:r>
      <w:r>
        <w:rPr>
          <w:sz w:val="20"/>
        </w:rPr>
        <w:t>31:56  yani jis tarah dushman aap ke baray mein sochta hai, us tarah sochna parta hai. tab ja kar ke aadmi apni de-conditioning kar pata hai. nahi to phir woh phansa rehta hai, phansa rehta hai, phansa rehta hai isi mein.</w:t>
      </w:r>
      <w:r>
        <w:br/>
      </w:r>
      <w:r>
        <w:rPr>
          <w:sz w:val="20"/>
        </w:rPr>
        <w:t>32:08  miss condition woh paida hota hai, miss condition woh mar jata hai.</w:t>
      </w:r>
      <w:r>
        <w:br/>
      </w:r>
      <w:r>
        <w:rPr>
          <w:sz w:val="20"/>
        </w:rPr>
        <w:t>32:15  doctor farida khanum ne dehli se question kiya hai. unhone likha hai: "recently i attended a program on spirituality in which several speeches were made on spirituality.</w:t>
      </w:r>
      <w:r>
        <w:br/>
      </w:r>
      <w:r>
        <w:rPr>
          <w:sz w:val="20"/>
        </w:rPr>
        <w:t>32:30  but no mention was made of god who is the source of spirituality. what is this kind of spirituality devoid of god?</w:t>
      </w:r>
      <w:r>
        <w:br/>
      </w:r>
      <w:r>
        <w:rPr>
          <w:sz w:val="20"/>
        </w:rPr>
        <w:t>32:41  please explain."</w:t>
      </w:r>
      <w:r>
        <w:br/>
      </w:r>
      <w:r>
        <w:rPr>
          <w:sz w:val="20"/>
        </w:rPr>
        <w:t>32:43  dekhiye, yeh bohat purana nazariya hai jis ko pehle mysticism kaha jata tha. mysticism. ab is ko spirituality kaha jata hai.</w:t>
      </w:r>
      <w:r>
        <w:br/>
      </w:r>
      <w:r>
        <w:rPr>
          <w:sz w:val="20"/>
        </w:rPr>
        <w:t>32:55  is nazariye ka jo khulasa hai, woh yeh hai keh sab kuch insaan ke andar hai.</w:t>
      </w:r>
      <w:r>
        <w:br/>
      </w:r>
      <w:r>
        <w:rPr>
          <w:sz w:val="20"/>
        </w:rPr>
        <w:t>33:02  insaan ke andar hi sachai ka reservoir hai. isi ko unfold karna hai. yani un ke nazdeek ka spirituality naam hai khud apne hi andar ke khazane ko unfold karna.</w:t>
      </w:r>
      <w:r>
        <w:br/>
      </w:r>
      <w:r>
        <w:rPr>
          <w:sz w:val="20"/>
        </w:rPr>
        <w:t>33:20  is par ek kitab hai rajneesh ki, uska naam hai "kundalini andar base". to bohat si kitabein is par hain. ek kitab ko main aap ko hawala de raha hoon.</w:t>
      </w:r>
      <w:r>
        <w:br/>
      </w:r>
      <w:r>
        <w:rPr>
          <w:sz w:val="20"/>
        </w:rPr>
        <w:t>33:31  to is mein unhone is ko explain kiya hai. yeh hindi mein yeh kitab hai.</w:t>
      </w:r>
      <w:r>
        <w:br/>
      </w:r>
      <w:r>
        <w:rPr>
          <w:sz w:val="20"/>
        </w:rPr>
        <w:t>33:38  kundalni kehte hain is ko. Yaani jo ek khaas tarah ka deer hota hai, hiran, jis mein ke ek naafah hota hai.</w:t>
      </w:r>
      <w:r>
        <w:br/>
      </w:r>
      <w:r>
        <w:rPr>
          <w:sz w:val="20"/>
        </w:rPr>
        <w:t>33:50  Yaani mushk hota hai. Khushbudar ek cheez hoti hai.</w:t>
      </w:r>
      <w:r>
        <w:br/>
      </w:r>
      <w:r>
        <w:rPr>
          <w:sz w:val="20"/>
        </w:rPr>
        <w:t>33:56  To is ko nikaal kar ke phir operation kar ke nikala jata hai, phir is ki khushbu ko bohat mehnga bikta hai woh.</w:t>
      </w:r>
      <w:r>
        <w:br/>
      </w:r>
      <w:r>
        <w:rPr>
          <w:sz w:val="20"/>
        </w:rPr>
        <w:t>34:05  Jis ko mushk kehte hain. Angrezi mein musk kehte hain. To</w:t>
      </w:r>
      <w:r>
        <w:br/>
      </w:r>
      <w:r>
        <w:rPr>
          <w:sz w:val="20"/>
        </w:rPr>
        <w:t>34:12  Woh kehte hain is mein ke woh jo naafah jab poora ho jata hai, yaani jab jab mature ho jata hai poori tarah se, to is ki khushbu nikalti hai is mein se.</w:t>
      </w:r>
      <w:r>
        <w:br/>
      </w:r>
      <w:r>
        <w:rPr>
          <w:sz w:val="20"/>
        </w:rPr>
        <w:t>34:23  Ab woh deer jo hota hai, jo hiran, khaas tarah ka hiran hota hai, woh to is ko jab khushbu milti hai to dorta, is ko khushbu ke liye dorne lagta hai, idhar udhar idhar.</w:t>
      </w:r>
      <w:r>
        <w:br/>
      </w:r>
      <w:r>
        <w:rPr>
          <w:sz w:val="20"/>
        </w:rPr>
        <w:t>34:33  Yaani khushbu ko bahar talash karta hai.</w:t>
      </w:r>
      <w:r>
        <w:br/>
      </w:r>
      <w:r>
        <w:rPr>
          <w:sz w:val="20"/>
        </w:rPr>
        <w:t>34:36  Khushbu ko bahar talash karta hai. Haalankeh khushbu is ke andar hoti hai. To is is misaal ko le kar unhon ne kaha hai: "Kundalni andar base". Yaani spirituality andar hai, bahar nahi hai.</w:t>
      </w:r>
      <w:r>
        <w:br/>
      </w:r>
      <w:r>
        <w:rPr>
          <w:sz w:val="20"/>
        </w:rPr>
        <w:t>34:47  Lekin yeh ek misaal hai, is se kuch sabit nahi hota. Analogy is the weakest form of argument kaha jata hai.</w:t>
      </w:r>
      <w:r>
        <w:br/>
      </w:r>
      <w:r>
        <w:rPr>
          <w:sz w:val="20"/>
        </w:rPr>
        <w:t>34:55  To main is misaal ko nahi manta. Main yeh bhi nahi manta ke andar sab kuch khazana bhara hua hai, is ko unfold karna hai. Nahi.</w:t>
      </w:r>
      <w:r>
        <w:br/>
      </w:r>
      <w:r>
        <w:rPr>
          <w:sz w:val="20"/>
        </w:rPr>
        <w:t>35:05  Yeh dunya mein koi bhi achievement siwaye Khuda ki madad ke nahi ho sakta hai. Insaan Khuda ke baghair jo hai.</w:t>
      </w:r>
      <w:r>
        <w:br/>
      </w:r>
      <w:r>
        <w:rPr>
          <w:sz w:val="20"/>
        </w:rPr>
        <w:t>35:14  Hadees mein aata hai ke tum "الا کلکم ذال الا من ہدیت". Tum mein se har shakhs bhatka hua hai, magar woh jis ko main rasta dikhaun.</w:t>
      </w:r>
      <w:r>
        <w:br/>
      </w:r>
      <w:r>
        <w:rPr>
          <w:sz w:val="20"/>
        </w:rPr>
        <w:t>35:27  To God-based spirituality hi spirituality hai. Baqi to sirf ek philosophy hai.</w:t>
      </w:r>
      <w:r>
        <w:br/>
      </w:r>
      <w:r>
        <w:rPr>
          <w:sz w:val="20"/>
        </w:rPr>
        <w:t>35:34  Is se zyada aur kuch nahi.</w:t>
      </w:r>
    </w:p>
    <w:p>
      <w:pPr>
        <w:pStyle w:val="Heading2"/>
      </w:pPr>
      <w:r>
        <w:t>Convincing people to prioritize spiritual gains</w:t>
      </w:r>
    </w:p>
    <w:p>
      <w:r>
        <w:rPr>
          <w:color w:val="666666"/>
          <w:sz w:val="18"/>
        </w:rPr>
        <w:t>Spirituality · Discovery of Paradise March 22, 2015 · 1m 58s · at 53:42 · https://youtu.be/2axrfd7sZkE?t=3222</w:t>
      </w:r>
    </w:p>
    <w:p>
      <w:r>
        <w:rPr>
          <w:i/>
        </w:rPr>
        <w:t>“We have limited time on earth. Most people think they should use it for material gains. How to convince them to use time for spiritual gains instead? What is your comment?”</w:t>
      </w:r>
    </w:p>
    <w:p>
      <w:r>
        <w:rPr>
          <w:sz w:val="20"/>
        </w:rPr>
        <w:t>53:42  maulana, agla sawal badli se kya hai muhammad farhan sahib ne, aur unhon ne likha hai ke: "maulana, we all have limited time in this earth</w:t>
      </w:r>
      <w:r>
        <w:br/>
      </w:r>
      <w:r>
        <w:rPr>
          <w:sz w:val="20"/>
        </w:rPr>
        <w:t>53:54  , so most of the people think that since time is less, so they should utilize it for material gains. the question is how to convince them that time should not be used for material gains, rather spiritual gains.</w:t>
      </w:r>
      <w:r>
        <w:br/>
      </w:r>
      <w:r>
        <w:rPr>
          <w:sz w:val="20"/>
        </w:rPr>
        <w:t>54:11  what is your comment on this?" dekhiye, yeh yeh angle galat hai sochne ka.</w:t>
      </w:r>
      <w:r>
        <w:br/>
      </w:r>
      <w:r>
        <w:rPr>
          <w:sz w:val="20"/>
        </w:rPr>
        <w:t>54:22  masla yeh nahi ke time hamare paas kam hai, masla yeh hai ke hum jo material gain hum chahte hain, woh hum pa nahi sakte.</w:t>
      </w:r>
      <w:r>
        <w:br/>
      </w:r>
      <w:r>
        <w:rPr>
          <w:sz w:val="20"/>
        </w:rPr>
        <w:t>54:34  jaise ke maine misaal di abhi ke ek aadmi ne bohat ziyada paisa kamaya aur global level par uska business hai, lekin ab aakhir mein woh kya kar raha hai?</w:t>
      </w:r>
      <w:r>
        <w:br/>
      </w:r>
      <w:r>
        <w:rPr>
          <w:sz w:val="20"/>
        </w:rPr>
        <w:t>54:45  spirituality ki talash mein hai. woh</w:t>
      </w:r>
      <w:r>
        <w:br/>
      </w:r>
      <w:r>
        <w:rPr>
          <w:sz w:val="20"/>
        </w:rPr>
        <w:t>54:48  to masla yeh nahi hai ke ab time kam hai to hum material gain ki taraf daudein. masla yeh hai ke material gain jo hai, woh achievable hi nahi hai, kyunke material gain ko jo janchne ka criteria hai, woh ek mujhe fulfillable milay.</w:t>
      </w:r>
      <w:r>
        <w:br/>
      </w:r>
      <w:r>
        <w:rPr>
          <w:sz w:val="20"/>
        </w:rPr>
        <w:t>55:06  fulfillment to koi bhi material gain mujhe fulfillable nahi deta. to galat criteria se janchte hain log isko.</w:t>
      </w:r>
      <w:r>
        <w:br/>
      </w:r>
      <w:r>
        <w:rPr>
          <w:sz w:val="20"/>
        </w:rPr>
        <w:t>55:15  sahi criteria yeh hai ke hum janchte hain isko ke kya mujhe fulfillment mila? agar mila to theek hai, nahi mila to phir bekar hai. to poori tareekh batati hai ke kisi ko bhi material gain se fulfillment milta nahi hai.</w:t>
      </w:r>
      <w:r>
        <w:br/>
      </w:r>
      <w:r>
        <w:rPr>
          <w:sz w:val="20"/>
        </w:rPr>
        <w:t>55:32  to yeh yeh hai right criteria jis se cheezon ko judge karna chahiye.</w:t>
      </w:r>
    </w:p>
    <w:p>
      <w:pPr>
        <w:pStyle w:val="Heading2"/>
      </w:pPr>
      <w:r>
        <w:t>Count Yourself Among the People of the Grave</w:t>
      </w:r>
    </w:p>
    <w:p>
      <w:r>
        <w:rPr>
          <w:color w:val="666666"/>
          <w:sz w:val="18"/>
        </w:rPr>
        <w:t>Spirituality · Material Science and Spiritual Science 20 May 2012 · 1m 32s · at 1:01:45 · https://youtu.be/4K6CxjThlxQ?t=3705</w:t>
      </w:r>
    </w:p>
    <w:p>
      <w:r>
        <w:rPr>
          <w:i/>
        </w:rPr>
        <w:t>“Please explain: 'Count yourself among the people of the grave.'”</w:t>
      </w:r>
    </w:p>
    <w:p>
      <w:r>
        <w:rPr>
          <w:sz w:val="20"/>
        </w:rPr>
        <w:t>1:01:45  yeh raaz hai Maulana agla sawal Dilli se hai Mr Saif ur Rehman sahab ka unhon ne poocha hai</w:t>
      </w:r>
      <w:r>
        <w:br/>
      </w:r>
      <w:r>
        <w:rPr>
          <w:sz w:val="20"/>
        </w:rPr>
        <w:t>1:01:52  aap se ke apne aap ko qabar walon mein shumar karo is ko aap explain karen</w:t>
      </w:r>
      <w:r>
        <w:br/>
      </w:r>
      <w:r>
        <w:rPr>
          <w:sz w:val="20"/>
        </w:rPr>
        <w:t>1:02:04  wohi hai jo main ne kaha mout ki yaad koi usloob hai kehne ka kehne ka koi usloob hai mout ka jaise abhi main ne kaha ke kal main ye soch raha tha apne bare mein ke mout kaisi ajeeb ghareeb cheez hai ke meri taraf se goya wo hai compulsory eviction jabri inkhla</w:t>
      </w:r>
      <w:r>
        <w:br/>
      </w:r>
      <w:r>
        <w:rPr>
          <w:sz w:val="20"/>
        </w:rPr>
        <w:t>1:02:29  aur doosri taraf se wapsi ka naam par ho jana</w:t>
      </w:r>
      <w:r>
        <w:br/>
      </w:r>
      <w:r>
        <w:rPr>
          <w:sz w:val="20"/>
        </w:rPr>
        <w:t>1:02:33  to main soch raha tha ke ye ek waqt aye ga jab ke main ye ghar chhoot jaye ga ye family chhoot jaye gi ye team chhoot jaye gi ye Dilli chhoot jaye ga ye India chhoot jaye ga ye dunya chhoot jaye gi phir main lotun ga nahi aap to ye soch se ek ek ajeeb ghareeb qism ki brainstorming hoti hai ye matlab hai is ka koi mysterious baat nahi hai wo</w:t>
      </w:r>
      <w:r>
        <w:br/>
      </w:r>
      <w:r>
        <w:rPr>
          <w:sz w:val="20"/>
        </w:rPr>
        <w:t>1:03:00  mout ki yaad jo hai yani sab se bara source hai brainstorming ka bas is scene mein lad jaiye is ko</w:t>
      </w:r>
    </w:p>
    <w:p>
      <w:pPr>
        <w:pStyle w:val="Heading2"/>
      </w:pPr>
      <w:r>
        <w:t>Dargah culture origin and status in Islam</w:t>
      </w:r>
    </w:p>
    <w:p>
      <w:r>
        <w:rPr>
          <w:color w:val="666666"/>
          <w:sz w:val="18"/>
        </w:rPr>
        <w:t>Spirituality · The Issues of Islam in the Present World November 11, 2012 · 2m 27s · at 1:14:26 · https://youtu.be/COoaUbCCi1c?t=4466</w:t>
      </w:r>
    </w:p>
    <w:p>
      <w:r>
        <w:rPr>
          <w:i/>
        </w:rPr>
        <w:t>“I went to the dargah of Khwaja Moinuddin Chishti in Ajmer. I was extremely surprised to see that Muslims who believe in one God were prostrating to Khwaja Ghareeb Nawaz. My question is: How did the dargah culture originate in India? And what is the status of dargahs and saints in Islam?”</w:t>
      </w:r>
    </w:p>
    <w:p>
      <w:r>
        <w:rPr>
          <w:sz w:val="20"/>
        </w:rPr>
        <w:t>1:14:26  maulana, agla sawal dilli se hai shah imran hasan sahib ka</w:t>
      </w:r>
      <w:r>
        <w:br/>
      </w:r>
      <w:r>
        <w:rPr>
          <w:sz w:val="20"/>
        </w:rPr>
        <w:t>1:14:30  , unhon ne likha hai: "main ek saptah ajmer khwaja moinuddin chishti ki dargah par gaya. mujhe yeh dekh kar atyant aashcharya hua ke ek khuda ko manane wale musalman khwaja garib nawaz ko sajda kar rahe hain.</w:t>
      </w:r>
      <w:r>
        <w:br/>
      </w:r>
      <w:r>
        <w:rPr>
          <w:sz w:val="20"/>
        </w:rPr>
        <w:t>1:14:46  mera poochna yeh hai ke bharat mein dargah culture ki sthapna kis tarah hui? tatha islam dharm mein dargah aur auliya ka kya maqam hai?</w:t>
      </w:r>
      <w:r>
        <w:br/>
      </w:r>
      <w:r>
        <w:rPr>
          <w:sz w:val="20"/>
        </w:rPr>
        <w:t>1:14:57  kripa karke is sandarbh mein apna vichar vyakt karen." dekhiye, yeh hinduized islam hai. yeh</w:t>
      </w:r>
      <w:r>
        <w:br/>
      </w:r>
      <w:r>
        <w:rPr>
          <w:sz w:val="20"/>
        </w:rPr>
        <w:t>1:15:06  wahi phenomenon yahan hua jo maine arz kiya ke arab mein ke hindu jo convert hue, india mein dekhiye, mass conversion hua.</w:t>
      </w:r>
      <w:r>
        <w:br/>
      </w:r>
      <w:r>
        <w:rPr>
          <w:sz w:val="20"/>
        </w:rPr>
        <w:t>1:15:15  aap jante hain, sufiyon ke zamane mein india mein mass conversion hua to un ki tibbat kuch hui nahin.</w:t>
      </w:r>
      <w:r>
        <w:br/>
      </w:r>
      <w:r>
        <w:rPr>
          <w:sz w:val="20"/>
        </w:rPr>
        <w:t>1:15:24  is liye mindset ke sath woh musalmanon mein dakhil ho gaye.</w:t>
      </w:r>
      <w:r>
        <w:br/>
      </w:r>
      <w:r>
        <w:rPr>
          <w:sz w:val="20"/>
        </w:rPr>
        <w:t>1:15:30  to isi ko unhon ne yaani hindu rivajon ko unhon ne islamize kar ke yahan raij kar diya. main ek martaba gaya tha wahan par yaani rishikesh to ek sahib mujhe dikha rahe the to yeh jagah bahut se khade hue the deewaron ke paas, aise but aise hi bithaye hue the.</w:t>
      </w:r>
      <w:r>
        <w:br/>
      </w:r>
      <w:r>
        <w:rPr>
          <w:sz w:val="20"/>
        </w:rPr>
        <w:t>1:15:53  to is ko dekh kar unhon ne hanste hue kaha ke dekhiye, musalmanon mein hinduo mein kya farq hai?</w:t>
      </w:r>
      <w:r>
        <w:br/>
      </w:r>
      <w:r>
        <w:rPr>
          <w:sz w:val="20"/>
        </w:rPr>
        <w:t>1:15:59  hum khada kar poochte hain, aap lita kar poochte hain. matlab qabr, darg, dargah mein jo qabr hai, wahan buddhu leta hua hai, us ko aap pooch rahe hain.</w:t>
      </w:r>
      <w:r>
        <w:br/>
      </w:r>
      <w:r>
        <w:rPr>
          <w:sz w:val="20"/>
        </w:rPr>
        <w:t>1:16:10  to unhon ne kaha ke hum khada kar pooch rahe hain, aap lita kar poochte hain. to yeh yeh islam nahin hai. yeh converted jo hindu the, unhon ne aa kar ke pichhle mindset ke mutabiq kiya, wahi sab chala diya.</w:t>
      </w:r>
      <w:r>
        <w:br/>
      </w:r>
      <w:r>
        <w:rPr>
          <w:sz w:val="20"/>
        </w:rPr>
        <w:t>1:16:25  aur un logon ki tarbiyat thi nahin. sufiyon ke haan ka tarbiyat, tarbiyat, tarbiyat koi nizam nahin tha.</w:t>
      </w:r>
      <w:r>
        <w:br/>
      </w:r>
      <w:r>
        <w:rPr>
          <w:sz w:val="20"/>
        </w:rPr>
        <w:t>1:16:30  sufiyon ke zariye se mass conversion hua, phir sufiyon ne un ki taleem, tarbiyat ka koi intezam kiya nahin. to is ke aaj tak is ke hum bhagat rahe hain.</w:t>
      </w:r>
      <w:r>
        <w:br/>
      </w:r>
      <w:r>
        <w:rPr>
          <w:sz w:val="20"/>
        </w:rPr>
        <w:t>1:16:42  is ko isi liye mein education pe zor deta hoon, siwa education ke aur koi hamare paas starting point nahi hai.</w:t>
      </w:r>
    </w:p>
    <w:p>
      <w:pPr>
        <w:pStyle w:val="Heading2"/>
      </w:pPr>
      <w:r>
        <w:t>Dealing with depression about end times</w:t>
      </w:r>
    </w:p>
    <w:p>
      <w:r>
        <w:rPr>
          <w:color w:val="666666"/>
          <w:sz w:val="18"/>
        </w:rPr>
        <w:t>Spirituality · 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Dealing with frustration despite knowing God's plan</w:t>
      </w:r>
    </w:p>
    <w:p>
      <w:r>
        <w:rPr>
          <w:color w:val="666666"/>
          <w:sz w:val="18"/>
        </w:rPr>
        <w:t>Spirituality · Discovery of Paradise March 22, 2015 · 2m 00s · at 49:17 · https://youtu.be/2axrfd7sZkE?t=2957</w:t>
      </w:r>
    </w:p>
    <w:p>
      <w:r>
        <w:rPr>
          <w:i/>
        </w:rPr>
        <w:t>“When we do not get something in this world, we often fall into frustration in spite of knowing the creation plan of God. Please give guidance for this.”</w:t>
      </w:r>
    </w:p>
    <w:p>
      <w:r>
        <w:rPr>
          <w:sz w:val="20"/>
        </w:rPr>
        <w:t>49:17  to is mein koi sawal hai nahi? ji, yeh comment hai Maulana in ka. theek hai, baat hai. Maulana, agla sawal Dilli se hai Miss Naghma Siddiqui ka, aur unhon ne likha hai:</w:t>
      </w:r>
      <w:r>
        <w:br/>
      </w:r>
      <w:r>
        <w:rPr>
          <w:sz w:val="20"/>
        </w:rPr>
        <w:t>49:32  wen we do not get something in this world, we often fall into frustration in spite of knowing the creation plan of God.</w:t>
      </w:r>
      <w:r>
        <w:br/>
      </w:r>
      <w:r>
        <w:rPr>
          <w:sz w:val="20"/>
        </w:rPr>
        <w:t>49:43  please give guidance for this.</w:t>
      </w:r>
      <w:r>
        <w:br/>
      </w:r>
      <w:r>
        <w:rPr>
          <w:sz w:val="20"/>
        </w:rPr>
        <w:t>49:46  mera jo tajurba hai, wo to yeh hai ke insaan ki ek kamzori hai ke uska dhyan jab jo cheez mil chuki hai, us ka us par dhyan nahi rehta.</w:t>
      </w:r>
      <w:r>
        <w:br/>
      </w:r>
      <w:r>
        <w:rPr>
          <w:sz w:val="20"/>
        </w:rPr>
        <w:t>49:59  is ka jo nahi mili hai, usi pe dhyan rehta hai. yaani mili hui cheez ko for granted le lena aur na mili hui cheez ko apna goal samajhna,</w:t>
      </w:r>
      <w:r>
        <w:br/>
      </w:r>
      <w:r>
        <w:rPr>
          <w:sz w:val="20"/>
        </w:rPr>
        <w:t>50:12  isi ka phenomena hai. yeh yeh aam baat hai ke har aadmi mili hui cheez ko for granted leta hai. misaal ke taur par, mein subah baitha tha, ab suraj nikla to ajeeb ehsaas hua ke suraj nikla mere liye,</w:t>
      </w:r>
      <w:r>
        <w:br/>
      </w:r>
      <w:r>
        <w:rPr>
          <w:sz w:val="20"/>
        </w:rPr>
        <w:t>50:31  mujh se nau yaani nau crore 30 lakh meel door hai suraj, aur wahan se itni achhi roshni bhi bhej raha hai. to kaun sochta hai</w:t>
      </w:r>
      <w:r>
        <w:br/>
      </w:r>
      <w:r>
        <w:rPr>
          <w:sz w:val="20"/>
        </w:rPr>
        <w:t>50:41  suraj ke nikalne ko log for granted lete hain? mujhe aisa laga ke aaj hi suraj mere liye banaya gaya hai, aaj hi suraj mere liye roshan kiya gaya. to logon ka mizaj yeh ban gaya hai ke mili hui cheezon ko for greater khane mein daal dena aur na mili hui cheezon ko usi par dhyan lagana.</w:t>
      </w:r>
      <w:r>
        <w:br/>
      </w:r>
      <w:r>
        <w:rPr>
          <w:sz w:val="20"/>
        </w:rPr>
        <w:t>51:02  lagana to apne is mizaj ka hamein durust karna padega, is mizaj ko correction karna padega, tab ja kar ke wo baat hasil hogi.</w:t>
      </w:r>
    </w:p>
    <w:p>
      <w:pPr>
        <w:pStyle w:val="Heading2"/>
      </w:pPr>
      <w:r>
        <w:t>Dealing with guilt after repeated repentance</w:t>
      </w:r>
    </w:p>
    <w:p>
      <w:r>
        <w:rPr>
          <w:color w:val="666666"/>
          <w:sz w:val="18"/>
        </w:rPr>
        <w:t>Spirituality · Tawbah-e-Nasuh (Sincere Repentance) 16 Feb 2020 - Maulana Wahiduddin Khan · 3m 25s · at 31:33 · https://youtu.be/0CccKs-1Uu8?t=1893</w:t>
      </w:r>
    </w:p>
    <w:p>
      <w:r>
        <w:rPr>
          <w:i/>
        </w:rPr>
        <w:t>“Many a times we do repentance and we mean it as well. But after a while we again end up either repeating the mistake or make new ones. This gives rise to guilty feeling to such a level that we fall in frustration.”</w:t>
      </w:r>
    </w:p>
    <w:p>
      <w:r>
        <w:rPr>
          <w:sz w:val="20"/>
        </w:rPr>
        <w:t>31:33  Allah aap ko sehat de." Maulana ab sawal lena chahenge. aa yeh sawal bheja hai Jamnagar, Gujarat se Aasif Iqbal sahib ne.</w:t>
      </w:r>
      <w:r>
        <w:br/>
      </w:r>
      <w:r>
        <w:rPr>
          <w:sz w:val="20"/>
        </w:rPr>
        <w:t>31:47  unhon ne likha hai: "Maulana many a times we do repentance and we mean it as well.</w:t>
      </w:r>
      <w:r>
        <w:br/>
      </w:r>
      <w:r>
        <w:rPr>
          <w:sz w:val="20"/>
        </w:rPr>
        <w:t>31:55  But after a while we again end up either repeating the mistake or make new ones. This gives rise to guilty feeling to such a level that we fall in frustration.</w:t>
      </w:r>
      <w:r>
        <w:br/>
      </w:r>
      <w:r>
        <w:rPr>
          <w:sz w:val="20"/>
        </w:rPr>
        <w:t>32:09  The frustration is because despite us</w:t>
      </w:r>
      <w:r>
        <w:br/>
      </w:r>
      <w:r>
        <w:rPr>
          <w:sz w:val="20"/>
        </w:rPr>
        <w:t>32:12  not wanting to do the mistake, we end up repeating it. Maulana my question is what should we do? It gives a feeling that we all are useless." bhai yeh toh apne hi ko karna hai.</w:t>
      </w:r>
      <w:r>
        <w:br/>
      </w:r>
      <w:r>
        <w:rPr>
          <w:sz w:val="20"/>
        </w:rPr>
        <w:t>32:27  dekhen main jab naujawan tha, naujwani kon mein,</w:t>
      </w:r>
      <w:r>
        <w:br/>
      </w:r>
      <w:r>
        <w:rPr>
          <w:sz w:val="20"/>
        </w:rPr>
        <w:t>32:31  hum rehte the zamindar family mein. is zamane mein zamindar ka malik hota tha.</w:t>
      </w:r>
      <w:r>
        <w:br/>
      </w:r>
      <w:r>
        <w:rPr>
          <w:sz w:val="20"/>
        </w:rPr>
        <w:t>32:41  is zamane mein toh main ne ek ek dalit ko jis ko is zamane mein chuhar kehte the,</w:t>
      </w:r>
      <w:r>
        <w:br/>
      </w:r>
      <w:r>
        <w:rPr>
          <w:sz w:val="20"/>
        </w:rPr>
        <w:t>32:50  main didde se maar diya. maar diya. toh us ke baad mere andar repeatness aaya ke maine us ko mara.</w:t>
      </w:r>
      <w:r>
        <w:br/>
      </w:r>
      <w:r>
        <w:rPr>
          <w:sz w:val="20"/>
        </w:rPr>
        <w:t>33:00  toh main us ke ghar ko talash karte karte us ke ghar pohancha. us ke ghar pohancha. Nawada is gaon ka naam tha.</w:t>
      </w:r>
      <w:r>
        <w:br/>
      </w:r>
      <w:r>
        <w:rPr>
          <w:sz w:val="20"/>
        </w:rPr>
        <w:t>33:11  aur woh Bawri ke ghar rehta tha. ja ke maine us ka darwaza khatkhataya. woh nikla toh maine poocha ke bhai dekho falan mauqe par maine tum ko maar diya tha.</w:t>
      </w:r>
      <w:r>
        <w:br/>
      </w:r>
      <w:r>
        <w:rPr>
          <w:sz w:val="20"/>
        </w:rPr>
        <w:t>33:24  main us ki maafi mangne ke liye aaya hoon tumhare paas.</w:t>
      </w:r>
      <w:r>
        <w:br/>
      </w:r>
      <w:r>
        <w:rPr>
          <w:sz w:val="20"/>
        </w:rPr>
        <w:t>33:29  toh uska raaz dekhen kya hai?</w:t>
      </w:r>
      <w:r>
        <w:br/>
      </w:r>
      <w:r>
        <w:rPr>
          <w:sz w:val="20"/>
        </w:rPr>
        <w:t>33:34  yeh yeh kahan hai sahib yeh ayat? Surah Nisa. Bahut ba-maani ayat hai yeh. Tauba qareeb.</w:t>
      </w:r>
      <w:r>
        <w:br/>
      </w:r>
      <w:r>
        <w:rPr>
          <w:sz w:val="20"/>
        </w:rPr>
        <w:t>33:46  yani der aap agar aap der ki aap ne to dheere dheere woh aap ke mind mein woh</w:t>
      </w:r>
      <w:r>
        <w:br/>
      </w:r>
      <w:r>
        <w:rPr>
          <w:sz w:val="20"/>
        </w:rPr>
        <w:t>33:54  mit jaye ga. Aap sensitive nahi rahenge is ke liye. Ke jaise hi aap ko ghalti ka ehsas hua, foran ke foran aap usi ko us ki tahlfi ke liye doriye.</w:t>
      </w:r>
      <w:r>
        <w:br/>
      </w:r>
      <w:r>
        <w:rPr>
          <w:sz w:val="20"/>
        </w:rPr>
        <w:t>34:09  Tauba qareeb ka tareeqa ikhtiyar kijiye.</w:t>
      </w:r>
      <w:r>
        <w:br/>
      </w:r>
      <w:r>
        <w:rPr>
          <w:sz w:val="20"/>
        </w:rPr>
        <w:t>34:18  Log jo hain tauba baeed mein phanse hue hain. Ke kar len ge, kar len ge, kar len ge. To tab tak woh mind mein woh cheez oujhal ho jati hai.</w:t>
      </w:r>
      <w:r>
        <w:br/>
      </w:r>
      <w:r>
        <w:rPr>
          <w:sz w:val="20"/>
        </w:rPr>
        <w:t>34:30  To main samajhta hoon ke har aadmi jo yeh shikayat karta ho</w:t>
      </w:r>
      <w:r>
        <w:br/>
      </w:r>
      <w:r>
        <w:rPr>
          <w:sz w:val="20"/>
        </w:rPr>
        <w:t>34:36  To us ko yahi karna chahiye ke tauba qareeb. Tab yeh cheez khatam hogi. Nagpur se Muhammad Irfan Rashidi sahib ne comment bheja hai.</w:t>
      </w:r>
      <w:r>
        <w:br/>
      </w:r>
      <w:r>
        <w:rPr>
          <w:sz w:val="20"/>
        </w:rPr>
        <w:t>34:49  Unhon ne likha hai: "Choti choti misalon se badi badi baatein akhaz karna Maulana sahib yeh aap hi ka wasf hai.</w:t>
      </w:r>
    </w:p>
    <w:p>
      <w:pPr>
        <w:pStyle w:val="Heading2"/>
      </w:pPr>
      <w:r>
        <w:t>Dealing with negative thoughts using dua</w:t>
      </w:r>
    </w:p>
    <w:p>
      <w:r>
        <w:rPr>
          <w:color w:val="666666"/>
          <w:sz w:val="18"/>
        </w:rPr>
        <w:t>Spirituality · Dars-e-Quran, Ch. 2 Verse 54 | March 18, 2018 · 53s · at 1:06:47 · https://youtu.be/xQ2LXsz1oTw?t=4007</w:t>
      </w:r>
    </w:p>
    <w:p>
      <w:r>
        <w:rPr>
          <w:i/>
        </w:rPr>
        <w:t>“My thinking changed after reading your books and listening to dars-e-Quran live talks. My question today is that whenever any wrong or negative thoughts come into my mind, I do dua (supplication).”</w:t>
      </w:r>
    </w:p>
    <w:p>
      <w:r>
        <w:rPr>
          <w:sz w:val="20"/>
        </w:rPr>
        <w:t>1:06:47  chaliye, Maulana, agla sawal Kanpur se bheja hai Zubair Shah sahib ne.</w:t>
      </w:r>
      <w:r>
        <w:br/>
      </w:r>
      <w:r>
        <w:rPr>
          <w:sz w:val="20"/>
        </w:rPr>
        <w:t>1:06:55  انہوں نے لکھا ہے: "مولانا صاحب، my thinking changed after reading your books and listening to Dars Quran live talks.</w:t>
      </w:r>
      <w:r>
        <w:br/>
      </w:r>
      <w:r>
        <w:rPr>
          <w:sz w:val="20"/>
        </w:rPr>
        <w:t>1:07:03  my question today is that when ever any wrong or negative thoughts come into my mind, i do dua,</w:t>
      </w:r>
      <w:r>
        <w:br/>
      </w:r>
      <w:r>
        <w:rPr>
          <w:sz w:val="20"/>
        </w:rPr>
        <w:t>1:07:10  but thoughts do not go away.</w:t>
      </w:r>
      <w:r>
        <w:br/>
      </w:r>
      <w:r>
        <w:rPr>
          <w:sz w:val="20"/>
        </w:rPr>
        <w:t>1:07:17  so what is the reason for my dua not working? what should i do to make myself</w:t>
      </w:r>
      <w:r>
        <w:br/>
      </w:r>
      <w:r>
        <w:rPr>
          <w:sz w:val="20"/>
        </w:rPr>
        <w:t>1:07:23  positive all the time?" dekhiye, aap dua karte hain, alfaaz ko dohrate hain, woh dua nahin hai.</w:t>
      </w:r>
      <w:r>
        <w:br/>
      </w:r>
      <w:r>
        <w:rPr>
          <w:sz w:val="20"/>
        </w:rPr>
        <w:t>1:07:29  jo aap dua karte hain, woh dua nahin hai.</w:t>
      </w:r>
      <w:r>
        <w:br/>
      </w:r>
      <w:r>
        <w:rPr>
          <w:sz w:val="20"/>
        </w:rPr>
        <w:t>1:07:35  dua ek roots deconditioning hai. dua</w:t>
      </w:r>
    </w:p>
    <w:p>
      <w:pPr>
        <w:pStyle w:val="Heading2"/>
      </w:pPr>
      <w:r>
        <w:t>Deconditioning Muslims from cultural Islam to spiritual personality</w:t>
      </w:r>
    </w:p>
    <w:p>
      <w:r>
        <w:rPr>
          <w:color w:val="666666"/>
          <w:sz w:val="18"/>
        </w:rPr>
        <w:t>Spirituality · Root Cause of Terrorism February 22, 2015 · 36s · at 43:12 · https://youtu.be/n0AIGEI7b9U?t=2592</w:t>
      </w:r>
    </w:p>
    <w:p>
      <w:r>
        <w:rPr>
          <w:i/>
        </w:rPr>
        <w:t>“Muslims are so conditioned into thinking that Islam is a cultural system that it is very difficult to decondition them and bring them back to the original teachings of Islam, which is to develop a spiritual personality.”</w:t>
      </w:r>
    </w:p>
    <w:p>
      <w:r>
        <w:rPr>
          <w:sz w:val="20"/>
        </w:rPr>
        <w:t>43:12  maulana, agla sawal doctor farida khanam ne kiya hai delhi se aur unhon ne likha hai: "Muslims are</w:t>
      </w:r>
      <w:r>
        <w:br/>
      </w:r>
      <w:r>
        <w:rPr>
          <w:sz w:val="20"/>
        </w:rPr>
        <w:t>43:20  so conditioned into thinking that Islam is a cultural system that it is very difficult to de-condition</w:t>
      </w:r>
      <w:r>
        <w:br/>
      </w:r>
      <w:r>
        <w:rPr>
          <w:sz w:val="20"/>
        </w:rPr>
        <w:t>43:27  them and bring them back to the original teachings of Islam, which is to develop a spiritual personality</w:t>
      </w:r>
      <w:r>
        <w:br/>
      </w:r>
      <w:r>
        <w:rPr>
          <w:sz w:val="20"/>
        </w:rPr>
        <w:t>43:35  So that they may find a place in paradise, the eternal abode, where only the purified souls will</w:t>
      </w:r>
      <w:r>
        <w:br/>
      </w:r>
      <w:r>
        <w:rPr>
          <w:sz w:val="20"/>
        </w:rPr>
        <w:t>43:43  find a place. haan to theek hai, woh sahi baat hai, sahi hai.</w:t>
      </w:r>
    </w:p>
    <w:p>
      <w:pPr>
        <w:pStyle w:val="Heading2"/>
      </w:pPr>
      <w:r>
        <w:t>Deferring gratification until afterlife</w:t>
      </w:r>
    </w:p>
    <w:p>
      <w:r>
        <w:rPr>
          <w:color w:val="666666"/>
          <w:sz w:val="18"/>
        </w:rPr>
        <w:t>Spirituality · Discovery of God (In Conversation with Maulana) December 25, 2011 · 3m 26s · at 26:33 · https://youtu.be/-1c1d7cFj0s?t=1593</w:t>
      </w:r>
    </w:p>
    <w:p>
      <w:r>
        <w:rPr>
          <w:i/>
        </w:rPr>
        <w:t>“How can one make it easy to defer gratification of desires until the afterlife, especially in an age of instant gratification?”</w:t>
      </w:r>
    </w:p>
    <w:p>
      <w:r>
        <w:rPr>
          <w:sz w:val="20"/>
        </w:rPr>
        <w:t>26:33  maulana, yeh sawal aaya hai patna se mister anwar imam ghazali ka. unhone likha hai: "i would like to know how one can make it easy for oneself to defer the gratification of desires till the post death period, especially today when one sees possibility of instant gratification all around."</w:t>
      </w:r>
      <w:r>
        <w:br/>
      </w:r>
      <w:r>
        <w:rPr>
          <w:sz w:val="20"/>
        </w:rPr>
        <w:t>26:58  bhai, mera jo tajurba hai ya mera jo state hai, mein to samajhta hoon kuch cheez milti nahi. yeh sirf ek ek milne se pehle to lagta hai ke hum yeh pa jayen to hum ko bohat hi achi cheez mil jayegi hum ko.</w:t>
      </w:r>
      <w:r>
        <w:br/>
      </w:r>
      <w:r>
        <w:rPr>
          <w:sz w:val="20"/>
        </w:rPr>
        <w:t>27:13  lekin jab pa leta hai aadmi, to maloom hota hai kuch nahi. jaise ek sath meri mulaqat hui, unhone love marriage ki hai. maine un se poocha ke love marriage ka kya tajurba aap ko hai?</w:t>
      </w:r>
      <w:r>
        <w:br/>
      </w:r>
      <w:r>
        <w:rPr>
          <w:sz w:val="20"/>
        </w:rPr>
        <w:t>27:27  ek top ke aadmi se poocha maine. unhone kaha ke jab tak marriage nahi hui thi, tab to lagta tha ke love marriage koi bohat bari cheez hai. mein aasman mein ud raha tha, jab mujhe ho gayi to zameen mein aa gaya.</w:t>
      </w:r>
      <w:r>
        <w:br/>
      </w:r>
      <w:r>
        <w:rPr>
          <w:sz w:val="20"/>
        </w:rPr>
        <w:t>27:38  ab kuch nahi, wohi same love marriage jo hai, mujhe ab kuch nahi dikhai padti. ab normal lagti hai. woh aisi jis ko bhi mein mein ne padha, jis ko bhi abhi mein ne internet par likhwa ya, nikala,</w:t>
      </w:r>
      <w:r>
        <w:br/>
      </w:r>
      <w:r>
        <w:rPr>
          <w:sz w:val="20"/>
        </w:rPr>
        <w:t>27:51  nikalwaya, woh ke jo super achievers hain, un ki zindagi khatm kaise hui? to sab despair mein mare, sab ke sab.</w:t>
      </w:r>
      <w:r>
        <w:br/>
      </w:r>
      <w:r>
        <w:rPr>
          <w:sz w:val="20"/>
        </w:rPr>
        <w:t>28:01  to milti kahan woh cheez? to ek fareb hai ke hum is cheez ko pa lete hain. to sab se bara question to yahi hai ke kya wajah hai ke hum hum ko fulfillment, fulfillment, fulfillment nahi milta is duniya mein?</w:t>
      </w:r>
      <w:r>
        <w:br/>
      </w:r>
      <w:r>
        <w:rPr>
          <w:sz w:val="20"/>
        </w:rPr>
        <w:t>28:12  jo hum chahte hain, woh hum paate nahi is duniya mein. yeh thori hai ke pa lete hain hum. yeh to ek fareb ki baat hai. mein samajhta hoon ke sab se bara question jo insan ke liye hai, woh yahi hai ke kya wajah hai ke hum jo kuch chahna chahte hain, jo kuch hum chahte hain paana, wohi paane paate nahi hum?</w:t>
      </w:r>
      <w:r>
        <w:br/>
      </w:r>
      <w:r>
        <w:rPr>
          <w:sz w:val="20"/>
        </w:rPr>
        <w:t>28:30  isi se hum mehroom rehte hain aur mar jate hain. paane se pehle lagta hai ke yeh ek cheez mil hi mil jayegi, to hamein bari khushi hogi, hum bohat enjoy karenge.</w:t>
      </w:r>
      <w:r>
        <w:br/>
      </w:r>
      <w:r>
        <w:rPr>
          <w:sz w:val="20"/>
        </w:rPr>
        <w:t>28:39  lekin paane ke baad kahan hota hai? paane ke baad kuch nahi hota. bill gates ko bhi kuch nahi hai. ab jab jab woh shuru mein usko khushiyan nahi hongi, ab toh zindagi uske liye kuch bhi nahi hai,</w:t>
      </w:r>
      <w:r>
        <w:br/>
      </w:r>
      <w:r>
        <w:rPr>
          <w:sz w:val="20"/>
        </w:rPr>
        <w:t>28:53  sivaye liability ke. toh yeh main samajhta hoon ke yeh soch sahi nahi hai ke is duniya mein hum kuch pa lete hain. paane se pehle hum zaroor samajhte hain ke hum paane ke baad hum ko khushi mil jayegi.</w:t>
      </w:r>
      <w:r>
        <w:br/>
      </w:r>
      <w:r>
        <w:rPr>
          <w:sz w:val="20"/>
        </w:rPr>
        <w:t>29:10  ek kitaab likhi hai isne, bert russell ne, uska naam hi hai "happiness". is mein likhta hai ke happiness achievable nahi is duniya mein. aur waqea hai, aap kisi bhi kisi bhi shakhs ko dekhiye jo bare martabe pahuncha ho, jisne bare paise kamaye hon, uska end kya hota hai?</w:t>
      </w:r>
      <w:r>
        <w:br/>
      </w:r>
      <w:r>
        <w:rPr>
          <w:sz w:val="20"/>
        </w:rPr>
        <w:t>29:27  end uska khatma toh aap dekhein ke frustration mein, despair mein khatam hota hai. woh kyunke woh paane ke baad, jo usne apne mind mein samjha tha ke is se mujhe yeh milega, woh milega, woh kuch mila nahi usko.</w:t>
      </w:r>
      <w:r>
        <w:br/>
      </w:r>
      <w:r>
        <w:rPr>
          <w:sz w:val="20"/>
        </w:rPr>
        <w:t>29:42  toh asal sawal toh yahi hai ke kya wajah hai ke hum is duniya mein, hum paane ke bawajood mehroom rehte hain? isi sawal ko jab hum jaan lein, tab paradise hamari goal ban jayegi ke wahan par hamein fulfillment milega.</w:t>
      </w:r>
    </w:p>
    <w:p>
      <w:pPr>
        <w:pStyle w:val="Heading2"/>
      </w:pPr>
      <w:r>
        <w:t>Definition and nature of the heart</w:t>
      </w:r>
    </w:p>
    <w:p>
      <w:r>
        <w:rPr>
          <w:color w:val="666666"/>
          <w:sz w:val="18"/>
        </w:rPr>
        <w:t>Spirituality · Dars-e-Quran, Ch. 2 Verse 50-52 |  March 11, 2018 · 1m 23s · at 51:18 · https://youtu.be/ShSyMy4LPfc?t=3078</w:t>
      </w:r>
    </w:p>
    <w:p>
      <w:r>
        <w:rPr>
          <w:i/>
        </w:rPr>
        <w:t>“What is the heart (qalb) and what is its correct definition?”</w:t>
      </w:r>
    </w:p>
    <w:p>
      <w:r>
        <w:rPr>
          <w:sz w:val="20"/>
        </w:rPr>
        <w:t>51:18  Maulana ab sawal lete hain yeh sawal bheja hai faiz</w:t>
      </w:r>
      <w:r>
        <w:br/>
      </w:r>
      <w:r>
        <w:rPr>
          <w:sz w:val="20"/>
        </w:rPr>
        <w:t>51:23  Qadri sahib ne quim bittu tamil nadu se.</w:t>
      </w:r>
      <w:r>
        <w:br/>
      </w:r>
      <w:r>
        <w:rPr>
          <w:sz w:val="20"/>
        </w:rPr>
        <w:t>51:28  unhon ne likha hai Maulana qalb kya cheez hai aur is ki sahi tareef kya hai is ke</w:t>
      </w:r>
      <w:r>
        <w:br/>
      </w:r>
      <w:r>
        <w:rPr>
          <w:sz w:val="20"/>
        </w:rPr>
        <w:t>51:33  baray mein batain.</w:t>
      </w:r>
      <w:r>
        <w:br/>
      </w:r>
      <w:r>
        <w:rPr>
          <w:sz w:val="20"/>
        </w:rPr>
        <w:t>51:38  dekhen qalb ka matlab wahi hai jis ko hum kehte hain mind.</w:t>
      </w:r>
      <w:r>
        <w:br/>
      </w:r>
      <w:r>
        <w:rPr>
          <w:sz w:val="20"/>
        </w:rPr>
        <w:t>51:43  dimagh zehn mind m i n d.</w:t>
      </w:r>
      <w:r>
        <w:br/>
      </w:r>
      <w:r>
        <w:rPr>
          <w:sz w:val="20"/>
        </w:rPr>
        <w:t>51:48  jo bhi serious maani le liye gaye hain ke qalb ke</w:t>
      </w:r>
      <w:r>
        <w:br/>
      </w:r>
      <w:r>
        <w:rPr>
          <w:sz w:val="20"/>
        </w:rPr>
        <w:t>51:53  wo sahi nahi hain.</w:t>
      </w:r>
      <w:r>
        <w:br/>
      </w:r>
      <w:r>
        <w:rPr>
          <w:sz w:val="20"/>
        </w:rPr>
        <w:t>51:58  ap lisan arab mein dekhiye lisan arab mein likha hua hai ke qalb ka wahi matlab hai jo</w:t>
      </w:r>
      <w:r>
        <w:br/>
      </w:r>
      <w:r>
        <w:rPr>
          <w:sz w:val="20"/>
        </w:rPr>
        <w:t>52:03  zehn ka hai mind ka.</w:t>
      </w:r>
      <w:r>
        <w:br/>
      </w:r>
      <w:r>
        <w:rPr>
          <w:sz w:val="20"/>
        </w:rPr>
        <w:t>52:08  to quran mein jo kaha gaya hai ke qalb ko yani qalb ko le kar ke socho is</w:t>
      </w:r>
      <w:r>
        <w:br/>
      </w:r>
      <w:r>
        <w:rPr>
          <w:sz w:val="20"/>
        </w:rPr>
        <w:t>52:13  ka matlab hai ke zehn ko involve karo.</w:t>
      </w:r>
      <w:r>
        <w:br/>
      </w:r>
      <w:r>
        <w:rPr>
          <w:sz w:val="20"/>
        </w:rPr>
        <w:t>52:18  to islam mein jo thinking hai wo</w:t>
      </w:r>
      <w:r>
        <w:br/>
      </w:r>
      <w:r>
        <w:rPr>
          <w:sz w:val="20"/>
        </w:rPr>
        <w:t>52:24  qalb oriented nahi hai wo mind oriented hai.</w:t>
      </w:r>
      <w:r>
        <w:br/>
      </w:r>
      <w:r>
        <w:rPr>
          <w:sz w:val="20"/>
        </w:rPr>
        <w:t>52:30  islam ki thinking ya islam ki spirituality sab ki sab mind based hai.</w:t>
      </w:r>
      <w:r>
        <w:br/>
      </w:r>
      <w:r>
        <w:rPr>
          <w:sz w:val="20"/>
        </w:rPr>
        <w:t>52:36  is par hum kafi likh chuke hain ap is ko parh sakte hain.</w:t>
      </w:r>
    </w:p>
    <w:p>
      <w:pPr>
        <w:pStyle w:val="Heading2"/>
      </w:pPr>
      <w:r>
        <w:t>Definition of taqwa</w:t>
      </w:r>
    </w:p>
    <w:p>
      <w:r>
        <w:rPr>
          <w:color w:val="666666"/>
          <w:sz w:val="18"/>
        </w:rPr>
        <w:t>Spirituality · Spirit of Ramadan | June 14, 2015 · 4m 18s · at 1:03:08 · https://youtu.be/LMQxfxQcnxQ?t=3788</w:t>
      </w:r>
    </w:p>
    <w:p>
      <w:r>
        <w:rPr>
          <w:i/>
        </w:rPr>
        <w:t>“You said the real thing is taqwa. What is taqwa?”</w:t>
      </w:r>
    </w:p>
    <w:p>
      <w:r>
        <w:rPr>
          <w:sz w:val="20"/>
        </w:rPr>
        <w:t>1:03:08  agar wohi wohi jo the America mein, kaha ji kaise aadmi aap hain? aap ki wajah se maine program sab cancel kar diya. aaj maine sab ko program cancel kar ke tayyar hua ke aap ke saath jaunga aur aap yeh aisa kar rahe hain. kal ko nahin bataya to aisa nahin kiya unhon ne. unhon ne kaha chalo yeh bhi theek hai. sab se acha formula yahi hai. mona, inhi ka agla sawal hai. Maulana, aap ne bataya asal cheez taqwa hai. yeh taqwa</w:t>
      </w:r>
      <w:r>
        <w:br/>
      </w:r>
      <w:r>
        <w:rPr>
          <w:sz w:val="20"/>
        </w:rPr>
        <w:t>1:03:38  kya hai? taqwa spirit ka naam hai.</w:t>
      </w:r>
      <w:r>
        <w:br/>
      </w:r>
      <w:r>
        <w:rPr>
          <w:sz w:val="20"/>
        </w:rPr>
        <w:t>1:03:42  taqwa koi mysterious cheez nahi hai.</w:t>
      </w:r>
      <w:r>
        <w:br/>
      </w:r>
      <w:r>
        <w:rPr>
          <w:sz w:val="20"/>
        </w:rPr>
        <w:t>1:03:46  spirit, spirit yani aik hota hai form, aik hoti hai spirit.</w:t>
      </w:r>
      <w:r>
        <w:br/>
      </w:r>
      <w:r>
        <w:rPr>
          <w:sz w:val="20"/>
        </w:rPr>
        <w:t>1:03:51  to jo log aam tor par log bas form ko jante hain, is form ke peechay jo spirit</w:t>
      </w:r>
      <w:r>
        <w:br/>
      </w:r>
      <w:r>
        <w:rPr>
          <w:sz w:val="20"/>
        </w:rPr>
        <w:t>1:03:55  hai, us se bekhabar hain.</w:t>
      </w:r>
      <w:r>
        <w:br/>
      </w:r>
      <w:r>
        <w:rPr>
          <w:sz w:val="20"/>
        </w:rPr>
        <w:t>1:03:59  misalan roza hai.</w:t>
      </w:r>
      <w:r>
        <w:br/>
      </w:r>
      <w:r>
        <w:rPr>
          <w:sz w:val="20"/>
        </w:rPr>
        <w:t>1:04:04  roze mein yahi jante hain ke kya hamein lena hai? yeh khana, yeh pani, woh saman,</w:t>
      </w:r>
      <w:r>
        <w:br/>
      </w:r>
      <w:r>
        <w:rPr>
          <w:sz w:val="20"/>
        </w:rPr>
        <w:t>1:04:08  yeh chahiye mujhe taake khoob khayein sehri ke waqt, taake bhook na lage.</w:t>
      </w:r>
      <w:r>
        <w:br/>
      </w:r>
      <w:r>
        <w:rPr>
          <w:sz w:val="20"/>
        </w:rPr>
        <w:t>1:04:13  to yeh lena hai.</w:t>
      </w:r>
      <w:r>
        <w:br/>
      </w:r>
      <w:r>
        <w:rPr>
          <w:sz w:val="20"/>
        </w:rPr>
        <w:t>1:04:18  to roze mein log jo jo form logon par pakar rakha hai, woh taking spirit par base karta hai.</w:t>
      </w:r>
      <w:r>
        <w:br/>
      </w:r>
      <w:r>
        <w:rPr>
          <w:sz w:val="20"/>
        </w:rPr>
        <w:t>1:04:23  dosra jo mein ne arz kiya, woh giving spirit, doosron ko dena.</w:t>
      </w:r>
      <w:r>
        <w:br/>
      </w:r>
      <w:r>
        <w:rPr>
          <w:sz w:val="20"/>
        </w:rPr>
        <w:t>1:04:28  to har cheez mein aik form hota hai, aik spirit hoti hai.</w:t>
      </w:r>
      <w:r>
        <w:br/>
      </w:r>
      <w:r>
        <w:rPr>
          <w:sz w:val="20"/>
        </w:rPr>
        <w:t>1:04:33  islam ki jitni bhi taleemat hain, jitni bhi teaching hain,</w:t>
      </w:r>
      <w:r>
        <w:br/>
      </w:r>
      <w:r>
        <w:rPr>
          <w:sz w:val="20"/>
        </w:rPr>
        <w:t>1:04:38  sab spirit ke aitbar se un ki importance hai, form ke aitbar se nahin hai. mona, yeh agla comment aaya hai Shafi Dar sahib ka Kashmir se. respected Maulana sahib, Assalam-o-Alaikum. I heard your last Sunday talk and it was full of inspiration. I was thinking that I am suffering in discrimination somewhere in my job and in my relationship. but your Sunday l</w:t>
      </w:r>
      <w:r>
        <w:br/>
      </w:r>
      <w:r>
        <w:rPr>
          <w:sz w:val="20"/>
        </w:rPr>
        <w:t>1:05:08  lecture helped me a lot and I thank Allah Almighty that He provided me a chance to</w:t>
      </w:r>
      <w:r>
        <w:br/>
      </w:r>
      <w:r>
        <w:rPr>
          <w:sz w:val="20"/>
        </w:rPr>
        <w:t>1:05:13  heer your lecture.</w:t>
      </w:r>
      <w:r>
        <w:br/>
      </w:r>
      <w:r>
        <w:rPr>
          <w:sz w:val="20"/>
        </w:rPr>
        <w:t>1:05:18  Otherwise, I would have died in a state of negative mentality and discrimination.</w:t>
      </w:r>
      <w:r>
        <w:br/>
      </w:r>
      <w:r>
        <w:rPr>
          <w:sz w:val="20"/>
        </w:rPr>
        <w:t>1:05:23  dekhiye, main phir kahunga ke jo aadmi discrimination ki boli bolta hai, woh ka koi talluq Islam</w:t>
      </w:r>
      <w:r>
        <w:br/>
      </w:r>
      <w:r>
        <w:rPr>
          <w:sz w:val="20"/>
        </w:rPr>
        <w:t>1:05:28  se nahi hai.</w:t>
      </w:r>
      <w:r>
        <w:br/>
      </w:r>
      <w:r>
        <w:rPr>
          <w:sz w:val="20"/>
        </w:rPr>
        <w:t>1:05:33  Islam mein discrimination ki bol</w:t>
      </w:r>
      <w:r>
        <w:br/>
      </w:r>
      <w:r>
        <w:rPr>
          <w:sz w:val="20"/>
        </w:rPr>
        <w:t>1:05:38  yi sirf Satan ki thi, Satan ki, na Rasool ki, na Sahabi ki.</w:t>
      </w:r>
      <w:r>
        <w:br/>
      </w:r>
      <w:r>
        <w:rPr>
          <w:sz w:val="20"/>
        </w:rPr>
        <w:t>1:05:43  yeh yeh Rasool Islam ki boli nahi hai.</w:t>
      </w:r>
      <w:r>
        <w:br/>
      </w:r>
      <w:r>
        <w:rPr>
          <w:sz w:val="20"/>
        </w:rPr>
        <w:t>1:05:47  discrimination yeh Satan ki boli hai.</w:t>
      </w:r>
      <w:r>
        <w:br/>
      </w:r>
      <w:r>
        <w:rPr>
          <w:sz w:val="20"/>
        </w:rPr>
        <w:t>1:05:51  Satan ne kaha tha ke khalaq khalaq min deen ke main is se mera darja bada hai aur</w:t>
      </w:r>
      <w:r>
        <w:br/>
      </w:r>
      <w:r>
        <w:rPr>
          <w:sz w:val="20"/>
        </w:rPr>
        <w:t>1:05:55  insaan ka darja chhota hai.</w:t>
      </w:r>
      <w:r>
        <w:br/>
      </w:r>
      <w:r>
        <w:rPr>
          <w:sz w:val="20"/>
        </w:rPr>
        <w:t>1:06:00  toh toh ne is ko badha diya, mujhe peeche peeche kar diya.</w:t>
      </w:r>
      <w:r>
        <w:br/>
      </w:r>
      <w:r>
        <w:rPr>
          <w:sz w:val="20"/>
        </w:rPr>
        <w:t>1:06:04  yeh discriminate ki Rasool Allah par ilzaam lagaya discrimination</w:t>
      </w:r>
      <w:r>
        <w:br/>
      </w:r>
      <w:r>
        <w:rPr>
          <w:sz w:val="20"/>
        </w:rPr>
        <w:t>1:06:08  ka.</w:t>
      </w:r>
      <w:r>
        <w:br/>
      </w:r>
      <w:r>
        <w:rPr>
          <w:sz w:val="20"/>
        </w:rPr>
        <w:t>1:06:12  toh jo aadmi aaj yaad rakhiye, discrimination mein ki boli bolta hai, woh Satan ki boli bolta hai,</w:t>
      </w:r>
      <w:r>
        <w:br/>
      </w:r>
      <w:r>
        <w:rPr>
          <w:sz w:val="20"/>
        </w:rPr>
        <w:t>1:06:15  Satan ki boli bolta hai.</w:t>
      </w:r>
      <w:r>
        <w:br/>
      </w:r>
      <w:r>
        <w:rPr>
          <w:sz w:val="20"/>
        </w:rPr>
        <w:t>1:06:19  isi liye aap poora jo Quran o Hadees hai, kahin padh kar dikha dijiye.</w:t>
      </w:r>
      <w:r>
        <w:br/>
      </w:r>
      <w:r>
        <w:rPr>
          <w:sz w:val="20"/>
        </w:rPr>
        <w:t>1:06:22  koi paighambar bola ho discrimination ki boli, koi Sahabi bola ho discrimination ki boli, yeh sirf Satan hai</w:t>
      </w:r>
      <w:r>
        <w:br/>
      </w:r>
      <w:r>
        <w:rPr>
          <w:sz w:val="20"/>
        </w:rPr>
        <w:t>1:06:25  jo bola tha.</w:t>
      </w:r>
      <w:r>
        <w:br/>
      </w:r>
      <w:r>
        <w:rPr>
          <w:sz w:val="20"/>
        </w:rPr>
        <w:t>1:06:29  isi ko log follow kar rahe hain.</w:t>
      </w:r>
      <w:r>
        <w:br/>
      </w:r>
      <w:r>
        <w:rPr>
          <w:sz w:val="20"/>
        </w:rPr>
        <w:t>1:06:32  ab bohat khatarnak baat yaad rakhiye ke Quran mein hai.</w:t>
      </w:r>
      <w:r>
        <w:br/>
      </w:r>
      <w:r>
        <w:rPr>
          <w:sz w:val="20"/>
        </w:rPr>
        <w:t>1:06:35  lamman tab'a'ka minhum la'amla jah</w:t>
      </w:r>
      <w:r>
        <w:br/>
      </w:r>
      <w:r>
        <w:rPr>
          <w:sz w:val="20"/>
        </w:rPr>
        <w:t>1:06:39  nam minkum ajmaeen haan, Allah taala ne farmaya ke jo shaitan ko follow karega toh main is</w:t>
      </w:r>
      <w:r>
        <w:br/>
      </w:r>
      <w:r>
        <w:rPr>
          <w:sz w:val="20"/>
        </w:rPr>
        <w:t>1:06:44  ka anjaam shaitan ke saath karunga.</w:t>
      </w:r>
      <w:r>
        <w:br/>
      </w:r>
      <w:r>
        <w:rPr>
          <w:sz w:val="20"/>
        </w:rPr>
        <w:t>1:06:49  toh kya yeh yeh risk lene ke tayyar hain woh log jo discrimination ki boli bolte hain? Jo</w:t>
      </w:r>
      <w:r>
        <w:br/>
      </w:r>
      <w:r>
        <w:rPr>
          <w:sz w:val="20"/>
        </w:rPr>
        <w:t>1:06:54  log discrimination ki boli bolte hain, woh Satan ki boli bolte hain.</w:t>
      </w:r>
      <w:r>
        <w:br/>
      </w:r>
      <w:r>
        <w:rPr>
          <w:sz w:val="20"/>
        </w:rPr>
        <w:t>1:06:59  aur Satan ki boli walon ke liye Quran mein hai ke jo boli bolega toh uska</w:t>
      </w:r>
      <w:r>
        <w:br/>
      </w:r>
      <w:r>
        <w:rPr>
          <w:sz w:val="20"/>
        </w:rPr>
        <w:t>1:07:04  wohi hoga anjam jo sitan ka hoga to</w:t>
      </w:r>
      <w:r>
        <w:br/>
      </w:r>
      <w:r>
        <w:rPr>
          <w:sz w:val="20"/>
        </w:rPr>
        <w:t>1:07:09  sochna chahiye in logon ko ke woh kya kis cheez ka risk le rahe hain jo sitan ki</w:t>
      </w:r>
      <w:r>
        <w:br/>
      </w:r>
      <w:r>
        <w:rPr>
          <w:sz w:val="20"/>
        </w:rPr>
        <w:t>1:07:13  بولی، جو risk description کی بولی بولتے ہیں۔</w:t>
      </w:r>
      <w:r>
        <w:br/>
      </w:r>
      <w:r>
        <w:rPr>
          <w:sz w:val="20"/>
        </w:rPr>
        <w:t>1:07:18  bohat bohat hi bohat hi bara risk le rahe hain aise log.</w:t>
      </w:r>
      <w:r>
        <w:br/>
      </w:r>
      <w:r>
        <w:rPr>
          <w:sz w:val="20"/>
        </w:rPr>
        <w:t>1:07:22  discrimination ko main islam mein bilkul hi jaiz nahi samajhta.</w:t>
      </w:r>
    </w:p>
    <w:p>
      <w:pPr>
        <w:pStyle w:val="Heading2"/>
      </w:pPr>
      <w:r>
        <w:t>Detaching from world for God</w:t>
      </w:r>
    </w:p>
    <w:p>
      <w:r>
        <w:rPr>
          <w:color w:val="666666"/>
          <w:sz w:val="18"/>
        </w:rPr>
        <w:t>Spirituality · Self Correction November 09, 2014 Maulana Wahiduddin Khan · 1m 32s · at 52:29 · https://youtu.be/PpwTmeCQkSQ?t=3149</w:t>
      </w:r>
    </w:p>
    <w:p>
      <w:r>
        <w:rPr>
          <w:i/>
        </w:rPr>
        <w:t>“Why is it necessary to divest ourselves from all worldly attachment or addiction to establish contact with God?”</w:t>
      </w:r>
    </w:p>
    <w:p>
      <w:r>
        <w:rPr>
          <w:sz w:val="20"/>
        </w:rPr>
        <w:t>52:29  maulana, agla sawal Delhi se hai doctor Fareeda Khanam ka, aur unhon ne likha hai "Why is it</w:t>
      </w:r>
      <w:r>
        <w:br/>
      </w:r>
      <w:r>
        <w:rPr>
          <w:sz w:val="20"/>
        </w:rPr>
        <w:t>52:36  necessary to divest ourselves from all worldly attachment or addiction to establish contact with God?</w:t>
      </w:r>
      <w:r>
        <w:br/>
      </w:r>
      <w:r>
        <w:rPr>
          <w:sz w:val="20"/>
        </w:rPr>
        <w:t>52:43  " main ne dekhiye, yeh to bohat hi wazeh baat hai ke woh woh cheez destruction banti hai.</w:t>
      </w:r>
      <w:r>
        <w:br/>
      </w:r>
      <w:r>
        <w:rPr>
          <w:sz w:val="20"/>
        </w:rPr>
        <w:t>52:50  destruction to Khuda ya akhirat se musalsal taaluq darkar hai.</w:t>
      </w:r>
      <w:r>
        <w:br/>
      </w:r>
      <w:r>
        <w:rPr>
          <w:sz w:val="20"/>
        </w:rPr>
        <w:t>52:58  is ko Quran hadith mein taahud kaha gaya hai.</w:t>
      </w:r>
      <w:r>
        <w:br/>
      </w:r>
      <w:r>
        <w:rPr>
          <w:sz w:val="20"/>
        </w:rPr>
        <w:t>53:06  taahud ke darje mein taaluq darkar hai.</w:t>
      </w:r>
      <w:r>
        <w:br/>
      </w:r>
      <w:r>
        <w:rPr>
          <w:sz w:val="20"/>
        </w:rPr>
        <w:t>53:14  agar taahud na ho, matlab musalsal taaluq, musalsal tor par isi ko sochna, agar nahi karenge to</w:t>
      </w:r>
      <w:r>
        <w:br/>
      </w:r>
      <w:r>
        <w:rPr>
          <w:sz w:val="20"/>
        </w:rPr>
        <w:t>53:22  distract honge, aur destruction dhire dhire ban jayega.</w:t>
      </w:r>
      <w:r>
        <w:br/>
      </w:r>
      <w:r>
        <w:rPr>
          <w:sz w:val="20"/>
        </w:rPr>
        <w:t>53:30  wohi aadat aur addiction to mein samajhta hoon ke yeh is maamle mein aadmi ko bohat zyada focused hona chahiye.</w:t>
      </w:r>
      <w:r>
        <w:br/>
      </w:r>
      <w:r>
        <w:rPr>
          <w:sz w:val="20"/>
        </w:rPr>
        <w:t>53:37  focused na honge to is ke baad kya hoga? hum distraction mein mubtala ho jayenge.</w:t>
      </w:r>
      <w:r>
        <w:br/>
      </w:r>
      <w:r>
        <w:rPr>
          <w:sz w:val="20"/>
        </w:rPr>
        <w:t>53:45  hamari cheezein, hamari zehan divert ho jayega, aur phir kuch nahi milega.</w:t>
      </w:r>
      <w:r>
        <w:br/>
      </w:r>
      <w:r>
        <w:rPr>
          <w:sz w:val="20"/>
        </w:rPr>
        <w:t>53:53  na deen, na dunya.</w:t>
      </w:r>
    </w:p>
    <w:p>
      <w:pPr>
        <w:pStyle w:val="Heading2"/>
      </w:pPr>
      <w:r>
        <w:t>Developing a God-Oriented Attitude</w:t>
      </w:r>
    </w:p>
    <w:p>
      <w:r>
        <w:rPr>
          <w:color w:val="666666"/>
          <w:sz w:val="18"/>
        </w:rPr>
        <w:t>Spirituality · Divine Love July 31, 2016 · 41s · at 47:41 · https://youtu.be/-gQiWX3l6J4?t=2861</w:t>
      </w:r>
    </w:p>
    <w:p>
      <w:r>
        <w:rPr>
          <w:i/>
        </w:rPr>
        <w:t>“How can we develop a God-oriented attitude in us?”</w:t>
      </w:r>
    </w:p>
    <w:p>
      <w:r>
        <w:rPr>
          <w:sz w:val="20"/>
        </w:rPr>
        <w:t>47:41  Maulana agla sawal aaya hai Ahmedabad se Salman sahib ne kiya hai aur unhon ne aap se</w:t>
      </w:r>
      <w:r>
        <w:br/>
      </w:r>
      <w:r>
        <w:rPr>
          <w:sz w:val="20"/>
        </w:rPr>
        <w:t>47:47  poochha hai ke Maulana sahib how can we develop God oriented attitude in us? Bhai sab se pehle</w:t>
      </w:r>
      <w:r>
        <w:br/>
      </w:r>
      <w:r>
        <w:rPr>
          <w:sz w:val="20"/>
        </w:rPr>
        <w:t>47:53  to bhai kahunga aap do kitabein padhein. Do kitabein.</w:t>
      </w:r>
      <w:r>
        <w:br/>
      </w:r>
      <w:r>
        <w:rPr>
          <w:sz w:val="20"/>
        </w:rPr>
        <w:t>47:58  ek hai Corrie Morrison ki kitab Man Touch Not Stand Alone aur doosri Brei ki jo kitab hai</w:t>
      </w:r>
      <w:r>
        <w:br/>
      </w:r>
      <w:r>
        <w:rPr>
          <w:sz w:val="20"/>
        </w:rPr>
        <w:t>48:04  Mazhab aur Jadeed Challenge.</w:t>
      </w:r>
      <w:r>
        <w:br/>
      </w:r>
      <w:r>
        <w:rPr>
          <w:sz w:val="20"/>
        </w:rPr>
        <w:t>48:10  English mein woh hai God Rises.</w:t>
      </w:r>
      <w:r>
        <w:br/>
      </w:r>
      <w:r>
        <w:rPr>
          <w:sz w:val="20"/>
        </w:rPr>
        <w:t>48:16  in dono kitabon ko pehle aap padhein is ke baad sab raaste aap ko khul jayenge.</w:t>
      </w:r>
    </w:p>
    <w:p>
      <w:pPr>
        <w:pStyle w:val="Heading2"/>
      </w:pPr>
      <w:r>
        <w:t>Developing inner peace for external harmony</w:t>
      </w:r>
    </w:p>
    <w:p>
      <w:r>
        <w:rPr>
          <w:color w:val="666666"/>
          <w:sz w:val="18"/>
        </w:rPr>
        <w:t>Spirituality · Communal Harmony October 16, 2022 · 4m 35s · at 27:29 · https://youtu.be/Ob4BVozf3KY?t=1649</w:t>
      </w:r>
    </w:p>
    <w:p>
      <w:r>
        <w:rPr>
          <w:i/>
        </w:rPr>
        <w:t>“How can we develop inner peace so that it reflects in external actions? Because only when we have inner peace can there be communal harmony.”</w:t>
      </w:r>
    </w:p>
    <w:p>
      <w:r>
        <w:rPr>
          <w:sz w:val="20"/>
        </w:rPr>
        <w:t>27:29  maulana iqbal umri ne chennai se likha hai: "masha allah, bahut achha naksha khencha hai shanti yatra ka." apa, ab ab sawal lena chahunga.</w:t>
      </w:r>
      <w:r>
        <w:br/>
      </w:r>
      <w:r>
        <w:rPr>
          <w:sz w:val="20"/>
        </w:rPr>
        <w:t>27:39  yeh sawal hai ah ali hasan sahib ka lucknow se. unhon ne likha hai ke: "ah how can we develop inner peace so that it reflects in external action?" ah because only when we have inner peace can there be communal harmony.</w:t>
      </w:r>
      <w:r>
        <w:br/>
      </w:r>
      <w:r>
        <w:rPr>
          <w:sz w:val="20"/>
        </w:rPr>
        <w:t>27:58  to</w:t>
      </w:r>
      <w:r>
        <w:br/>
      </w:r>
      <w:r>
        <w:rPr>
          <w:sz w:val="20"/>
        </w:rPr>
        <w:t>27:59  is ke bare mein bataein aap. inner peace ke liye zaroori hai ke hum apni zindagi ko kisi worth while mission mein lagayein.</w:t>
      </w:r>
      <w:r>
        <w:br/>
      </w:r>
      <w:r>
        <w:rPr>
          <w:sz w:val="20"/>
        </w:rPr>
        <w:t>28:09  ji, sirf ah job karna aur business karna is se inner peace nahin aata. hamein khuda se taluq qaim karna parega.</w:t>
      </w:r>
      <w:r>
        <w:br/>
      </w:r>
      <w:r>
        <w:rPr>
          <w:sz w:val="20"/>
        </w:rPr>
        <w:t>28:22  kehte hain ke: "man cannot live by Bible mein, man cannot live by bread alone.</w:t>
      </w:r>
      <w:r>
        <w:br/>
      </w:r>
      <w:r>
        <w:rPr>
          <w:sz w:val="20"/>
        </w:rPr>
        <w:t>28:28  " to hamein inner peace jabhi milega jab hamara khuda se taluq qaim hoga. to is ke liye hamein bahut zyada, main to yahi samajhti hoon ke maulana ki literature padhein aur yeh jo divine mission hai, is mein lag jayein.</w:t>
      </w:r>
      <w:r>
        <w:br/>
      </w:r>
      <w:r>
        <w:rPr>
          <w:sz w:val="20"/>
        </w:rPr>
        <w:t>28:45  kyun ke is waqt sab se bada kaam yahi hai jab jab hamein yeh mehsoos hoga ke hum ek aise kaam mein lage hue hain jo khuda ka kaam hai, khuda ki nusrat karna hai.</w:t>
      </w:r>
      <w:r>
        <w:br/>
      </w:r>
      <w:r>
        <w:rPr>
          <w:sz w:val="20"/>
        </w:rPr>
        <w:t>28:55  to</w:t>
      </w:r>
      <w:r>
        <w:br/>
      </w:r>
      <w:r>
        <w:rPr>
          <w:sz w:val="20"/>
        </w:rPr>
        <w:t>28:56  is se hamein peace milta hai. agar hum sirf dunya ke kaam mein lage rahein to dunya ke kaam to kabhi hal hi nahin hote hain. kabhi aisa nahin hota ke insaan ki jo desires hain, woh itni zyada hain ke woh kabhi hal nahin hongi.</w:t>
      </w:r>
      <w:r>
        <w:br/>
      </w:r>
      <w:r>
        <w:rPr>
          <w:sz w:val="20"/>
        </w:rPr>
        <w:t>29:09  to hamein yeh sochna chahiye ke is dunya mein sirf baqadr zaroorat aur akhirat mein baqadr desire, aur baqi jitne bhi hamare paas time ho zaroorat ke baad, woh sab hum isi mission mein apne aap ko waqf kar dein.</w:t>
      </w:r>
      <w:r>
        <w:br/>
      </w:r>
      <w:r>
        <w:rPr>
          <w:sz w:val="20"/>
        </w:rPr>
        <w:t>29:25  khuda ke kaam mein apne aap ko waqf kar dein, khuda se taluq qaim karein, khuda se connection qaim karein, aur aur baqi jo hai achhe kaam karein.</w:t>
      </w:r>
      <w:r>
        <w:br/>
      </w:r>
      <w:r>
        <w:rPr>
          <w:sz w:val="20"/>
        </w:rPr>
        <w:t>29:35  logon ki madad karna yeh bhi bahut zyada mustahsan qarar diya gaya hai islam mein. to logon ki madad karein, logon ki taleem mein un ki madad karein, har achhe kaam mein saath</w:t>
      </w:r>
      <w:r>
        <w:br/>
      </w:r>
      <w:r>
        <w:rPr>
          <w:sz w:val="20"/>
        </w:rPr>
        <w:t>29:48  dein. jaise rasool allah sallallahu alaihi wasallam ne hilf al-fudul mein saath bahut hi khushi se saath diya tha, aur baad mein bhi kaha: "prophet mil, prophethood milne ke baad bhi aap ne kaha ke agar hilf al-fudul ke liye mujhe bulaya jaye to main aaj bhi jaane ke liye tayyar hoon." kyun ke woh tha ke kisi ne ek bar koi saman khareeda tha aur uska paisa nahin diya tha,</w:t>
      </w:r>
      <w:r>
        <w:br/>
      </w:r>
      <w:r>
        <w:rPr>
          <w:sz w:val="20"/>
        </w:rPr>
        <w:t>30:13  to woh dahai de raha tha ke ab quraish aise ho gaye hain ke hamein saman khareeda aur paisa nahin diya. to yeh baat jo hai, kyun ke society mein yeh kaam bahut zaroori hai, maroof munkir wala kaam bahut zaroori hai.</w:t>
      </w:r>
      <w:r>
        <w:br/>
      </w:r>
      <w:r>
        <w:rPr>
          <w:sz w:val="20"/>
        </w:rPr>
        <w:t>30:28  maroof maani har achhi baat ko society mein us ke liye kaam karna taake log us par chalein, aur munkir hai ke har buri baat se logon ko bachana.</w:t>
      </w:r>
      <w:r>
        <w:br/>
      </w:r>
      <w:r>
        <w:rPr>
          <w:sz w:val="20"/>
        </w:rPr>
        <w:t>30:39  to yeh kaam karna chahiye hamein,</w:t>
      </w:r>
      <w:r>
        <w:br/>
      </w:r>
      <w:r>
        <w:rPr>
          <w:sz w:val="20"/>
        </w:rPr>
        <w:t>30:42  yeh bhi khudai kaam hai, aur da'wah work karna chahiye taake logon ki akhirat sudhre. ek taraf dunya ke bare mein kaam karna hai ke logon ki dunya ki bhalai ke liye kaam karna hai, aur akhirat ki kamyabi ke liye kaam karna hai.</w:t>
      </w:r>
      <w:r>
        <w:br/>
      </w:r>
      <w:r>
        <w:rPr>
          <w:sz w:val="20"/>
        </w:rPr>
        <w:t>30:58  to jab hum apne aap se niklenge aur bahar kaam karenge, tab hamein inner peace milega.</w:t>
      </w:r>
      <w:r>
        <w:br/>
      </w:r>
      <w:r>
        <w:rPr>
          <w:sz w:val="20"/>
        </w:rPr>
        <w:t>31:06  agar hum sochenge ke bas hum apni desires hi par chalte rahein, to desires to hamari kabhi khatam hi nahin hongi. kyun ke desires itni zyada hain, itni zyada hain ke yeh dunya jo hai, is ko support hi nahin karti.</w:t>
      </w:r>
      <w:r>
        <w:br/>
      </w:r>
      <w:r>
        <w:rPr>
          <w:sz w:val="20"/>
        </w:rPr>
        <w:t>31:17  woh to akhirat ke liye hai, akhirat mein hi hamari sari desires fulfill hongi. to mujhe yahi samajh mein aata hai ke khuda se gehra taluq qaim karein.</w:t>
      </w:r>
      <w:r>
        <w:br/>
      </w:r>
      <w:r>
        <w:rPr>
          <w:sz w:val="20"/>
        </w:rPr>
        <w:t>31:27  ji, aur apa yeh bhi hai ke: "an individual is governed by his or her thinking.</w:t>
      </w:r>
      <w:r>
        <w:br/>
      </w:r>
      <w:r>
        <w:rPr>
          <w:sz w:val="20"/>
        </w:rPr>
        <w:t>31:33  " to agar aap tolerance aur avoidance ki ahmiyat ko agar samjhein, as compared to intolerance ya confrontation, to you will realize ke ah result ke aitbar se ah kya important hai.</w:t>
      </w:r>
      <w:r>
        <w:br/>
      </w:r>
      <w:r>
        <w:rPr>
          <w:sz w:val="20"/>
        </w:rPr>
        <w:t>31:48  to Maulana hamesha yeh kehte thay ke: "result oriented, positive, misbat soch rakhiye.</w:t>
      </w:r>
      <w:r>
        <w:br/>
      </w:r>
      <w:r>
        <w:rPr>
          <w:sz w:val="20"/>
        </w:rPr>
        <w:t>31:53  " to is liye yeh bohat ziyada ah zaroori hai, aur agar hum is cheez ko realize karein to automatically hamari jo thinking pattern hai, ah woh positive lines mein develop hone lag jata hai.</w:t>
      </w:r>
    </w:p>
    <w:p>
      <w:pPr>
        <w:pStyle w:val="Heading2"/>
      </w:pPr>
      <w:r>
        <w:t>Developing love for Allah</w:t>
      </w:r>
    </w:p>
    <w:p>
      <w:r>
        <w:rPr>
          <w:color w:val="666666"/>
          <w:sz w:val="18"/>
        </w:rPr>
        <w:t>Spirituality · Islam in A New Age March 18, 2012 · 2m 28s · at 59:40 · https://youtu.be/P5hzq_NheY0?t=3580</w:t>
      </w:r>
    </w:p>
    <w:p>
      <w:r>
        <w:rPr>
          <w:i/>
        </w:rPr>
        <w:t>“How can one develop love for Allah in the heart? What should be done for this? People want to love Allah but also want to continue their other loves; they do not want to sacrifice.”</w:t>
      </w:r>
    </w:p>
    <w:p>
      <w:r>
        <w:rPr>
          <w:sz w:val="20"/>
        </w:rPr>
        <w:t>59:40  Maulana, agla sawal aya hai Kashmir se Mr Arif Jilani sahib ka. unhon ne likha hai ke Allah se mohabbat karne ke liye dil kaise lag jaye, is ke liye kya kya jaye?</w:t>
      </w:r>
      <w:r>
        <w:br/>
      </w:r>
      <w:r>
        <w:rPr>
          <w:sz w:val="20"/>
        </w:rPr>
        <w:t>59:53  wazahat farmayen.</w:t>
      </w:r>
      <w:r>
        <w:br/>
      </w:r>
      <w:r>
        <w:rPr>
          <w:sz w:val="20"/>
        </w:rPr>
        <w:t>1:00:00  asal mein log chahte hain ke Allah se mohabbat to karen aur doosron se mohabbatें bhi jari rahen. sacrifice karna chahte nahi,</w:t>
      </w:r>
      <w:r>
        <w:br/>
      </w:r>
      <w:r>
        <w:rPr>
          <w:sz w:val="20"/>
        </w:rPr>
        <w:t>1:00:10  tab is liye aisa اولاد karte hain. agar aap ko Allah se mohabbat karna hai aur mohabbat ka jo inaam hai, wo lena hai to doosri mohabbatوں ko chhodna padega aap ko.</w:t>
      </w:r>
      <w:r>
        <w:br/>
      </w:r>
      <w:r>
        <w:rPr>
          <w:sz w:val="20"/>
        </w:rPr>
        <w:t>1:00:26  madi mohabbat, family ki mohabbat, beta beti ki mohabbat, job ki mohabbat, business ki mohabbat. yani chahte hain ke log wo bhi mohabbatیں ج</w:t>
      </w:r>
      <w:r>
        <w:br/>
      </w:r>
      <w:r>
        <w:rPr>
          <w:sz w:val="20"/>
        </w:rPr>
        <w:t>1:00:35  ari rahen aur sath sath, yani Khuda ki mohabbat bhi mil jaye. ye to mumkin nahi hai. ya to aisi baat na kijiye, baat kar rahe the is ke liye jo price hai, dijiye is ki price.</w:t>
      </w:r>
      <w:r>
        <w:br/>
      </w:r>
      <w:r>
        <w:rPr>
          <w:sz w:val="20"/>
        </w:rPr>
        <w:t>1:00:49  price yahi hai ke doosri mohabbatیں chhodni padengi.</w:t>
      </w:r>
      <w:r>
        <w:br/>
      </w:r>
      <w:r>
        <w:rPr>
          <w:sz w:val="20"/>
        </w:rPr>
        <w:t>1:00:56  bahut simple si baat hai, is mein koi nahi, nahi, koi pecheeda baat nahi hai ke ghair Allah ki mohabbat chhodie, apne aap Allah ki mohabbat aap ke dil mein baith jayegi.</w:t>
      </w:r>
      <w:r>
        <w:br/>
      </w:r>
      <w:r>
        <w:rPr>
          <w:sz w:val="20"/>
        </w:rPr>
        <w:t>1:01:12  ye yahi is ki price hai. agar aap price dene ke tayyar nahi hain to phir mohabbat Khuda ki baat hi mat kijiye. phir be faida baat karna</w:t>
      </w:r>
      <w:r>
        <w:br/>
      </w:r>
      <w:r>
        <w:rPr>
          <w:sz w:val="20"/>
        </w:rPr>
        <w:t>1:01:26  kuch bhi is ke doosri doosra nuskha is ka nahi hai. ye alhamdulillah Quran ki pehli ayat hai alhamdulillah to ek hai alhamdulillah ghair Allah ek hai alhubb lillah ek hai alhubb lillah to alhubb lillah se apne ko door kar lijiye, bas alhubb lillah apne aap aa jayega.</w:t>
      </w:r>
      <w:r>
        <w:br/>
      </w:r>
      <w:r>
        <w:rPr>
          <w:sz w:val="20"/>
        </w:rPr>
        <w:t>1:01:51  to ya to aap is</w:t>
      </w:r>
      <w:r>
        <w:br/>
      </w:r>
      <w:r>
        <w:rPr>
          <w:sz w:val="20"/>
        </w:rPr>
        <w:t>1:01:52  price dijiye, nahi price dene ke tayyar hain to phir ye baat mat kahiye aur is ki umeed na rakhiye ke Allah taala ke haan aap jab pahunchenge to wahan aap ko, yani wo reward milega jo Allah se mohabbat karne wale bando ke liye muqaddar hai.</w:t>
      </w:r>
    </w:p>
    <w:p>
      <w:pPr>
        <w:pStyle w:val="Heading2"/>
      </w:pPr>
      <w:r>
        <w:t>Developing sensitivity to avoid distraction</w:t>
      </w:r>
    </w:p>
    <w:p>
      <w:r>
        <w:rPr>
          <w:color w:val="666666"/>
          <w:sz w:val="18"/>
        </w:rPr>
        <w:t>Spirituality · Save Yourself from Distraction August 21, 2016 · 3m 48s · at 1:09:29 · https://youtu.be/wP3Dj-tccDQ?t=4169</w:t>
      </w:r>
    </w:p>
    <w:p>
      <w:r>
        <w:rPr>
          <w:i/>
        </w:rPr>
        <w:t>“You said to one of the questioners today that sensitivity checks whether we are getting distracted or not. My question is, how can we develop sensitivity?”</w:t>
      </w:r>
    </w:p>
    <w:p>
      <w:r>
        <w:rPr>
          <w:sz w:val="20"/>
        </w:rPr>
        <w:t>1:09:29  Maulana, haan Maulana, agla sawal Mumbai say hai Waqar sahib ka aur unhon nay likha hai: "Maulana sahib,</w:t>
      </w:r>
      <w:r>
        <w:br/>
      </w:r>
      <w:r>
        <w:rPr>
          <w:sz w:val="20"/>
        </w:rPr>
        <w:t>1:09:37  You said to one of the question today that sensitivity checks whether we are getting distracted or not.</w:t>
      </w:r>
      <w:r>
        <w:br/>
      </w:r>
      <w:r>
        <w:rPr>
          <w:sz w:val="20"/>
        </w:rPr>
        <w:t>1:09:44  my question is, how can we develop sensitivity?" Bhai sochen, log sochtay nahi, hamesha koi bhi cheez</w:t>
      </w:r>
      <w:r>
        <w:br/>
      </w:r>
      <w:r>
        <w:rPr>
          <w:sz w:val="20"/>
        </w:rPr>
        <w:t>1:09:52  ho, usi mein phans jatay hain.</w:t>
      </w:r>
      <w:r>
        <w:br/>
      </w:r>
      <w:r>
        <w:rPr>
          <w:sz w:val="20"/>
        </w:rPr>
        <w:t>1:09:55  jaisay mein aap ko aik aik qissa batata hoon, aik aalim thay, ab un ka intiqal ho gaya,</w:t>
      </w:r>
      <w:r>
        <w:br/>
      </w:r>
      <w:r>
        <w:rPr>
          <w:sz w:val="20"/>
        </w:rPr>
        <w:t>1:10:02  baqaida aalim thay woh.</w:t>
      </w:r>
      <w:r>
        <w:br/>
      </w:r>
      <w:r>
        <w:rPr>
          <w:sz w:val="20"/>
        </w:rPr>
        <w:t>1:10:04  to mein ne aik aik bohat hi, yaani aik fiqhi, is par woh fiqh ke ustaad maane jatay</w:t>
      </w:r>
      <w:r>
        <w:br/>
      </w:r>
      <w:r>
        <w:rPr>
          <w:sz w:val="20"/>
        </w:rPr>
        <w:t>1:10:12  thay, fiqh mein unhon ne research kiya tha, doctorate kiya tha.</w:t>
      </w:r>
      <w:r>
        <w:br/>
      </w:r>
      <w:r>
        <w:rPr>
          <w:sz w:val="20"/>
        </w:rPr>
        <w:t>1:10:16  to mein ne fiqh par aik mazmoon likha, to mein ne chaha ke un ki rai loon.</w:t>
      </w:r>
      <w:r>
        <w:br/>
      </w:r>
      <w:r>
        <w:rPr>
          <w:sz w:val="20"/>
        </w:rPr>
        <w:t>1:10:24  mujhe apartment liya, to mein un ke ghar par gaya apna mazmoon le kar aur mein parhta tha,</w:t>
      </w:r>
      <w:r>
        <w:br/>
      </w:r>
      <w:r>
        <w:rPr>
          <w:sz w:val="20"/>
        </w:rPr>
        <w:t>1:10:31  woh suntay thay, lekin is beech mein bar bar un ka aik chota bacha tha, bar bar aata</w:t>
      </w:r>
      <w:r>
        <w:br/>
      </w:r>
      <w:r>
        <w:rPr>
          <w:sz w:val="20"/>
        </w:rPr>
        <w:t>1:10:39  tha, woh foran mutawajjah ho jatay, us ko pakartay thay, choomte thay, yeh karte hue.</w:t>
      </w:r>
      <w:r>
        <w:br/>
      </w:r>
      <w:r>
        <w:rPr>
          <w:sz w:val="20"/>
        </w:rPr>
        <w:t>1:10:46  yeh yeh kyun nahi? aik aap makana baat hai, aap ne kisi ko time diya hai to us</w:t>
      </w:r>
      <w:r>
        <w:br/>
      </w:r>
      <w:r>
        <w:rPr>
          <w:sz w:val="20"/>
        </w:rPr>
        <w:t>1:10:53  waqt bachon ko keh dein ke tum mat jao.</w:t>
      </w:r>
      <w:r>
        <w:br/>
      </w:r>
      <w:r>
        <w:rPr>
          <w:sz w:val="20"/>
        </w:rPr>
        <w:t>1:10:57  man'a kyun nahi karte? aap man'a kyun nahi karte? mein ne aik bohat baray aalim ka qissa suna,</w:t>
      </w:r>
      <w:r>
        <w:br/>
      </w:r>
      <w:r>
        <w:rPr>
          <w:sz w:val="20"/>
        </w:rPr>
        <w:t>1:11:05  parha ke aik bohat baray aalim thay, un ka koi program par jana tha, un ko to aindah</w:t>
      </w:r>
      <w:r>
        <w:br/>
      </w:r>
      <w:r>
        <w:rPr>
          <w:sz w:val="20"/>
        </w:rPr>
        <w:t>1:11:13  waqt par chota bacha aa kar un ke paon pakar liya, us ne abba abba kehne laga, ab</w:t>
      </w:r>
      <w:r>
        <w:br/>
      </w:r>
      <w:r>
        <w:rPr>
          <w:sz w:val="20"/>
        </w:rPr>
        <w:t>1:11:20  woh isi mein masghool ho gaye, yahan tak ke program late pohanchay.</w:t>
      </w:r>
      <w:r>
        <w:br/>
      </w:r>
      <w:r>
        <w:rPr>
          <w:sz w:val="20"/>
        </w:rPr>
        <w:t>1:11:25  yeh sab aap ke, yaani yeh cheezein jo distract karti hain aap ko, samjhein ke aap aap aap</w:t>
      </w:r>
      <w:r>
        <w:br/>
      </w:r>
      <w:r>
        <w:rPr>
          <w:sz w:val="20"/>
        </w:rPr>
        <w:t>1:11:33  zindagi ka koi qadar nahi jantay.</w:t>
      </w:r>
      <w:r>
        <w:br/>
      </w:r>
      <w:r>
        <w:rPr>
          <w:sz w:val="20"/>
        </w:rPr>
        <w:t>1:11:36  aap choti choti baatein aap ko kahein aap ko distract kar deti hain.</w:t>
      </w:r>
      <w:r>
        <w:br/>
      </w:r>
      <w:r>
        <w:rPr>
          <w:sz w:val="20"/>
        </w:rPr>
        <w:t>1:11:41  aap ko sochna chahiye ke is waqt bachon ko bhagana hai, aap ko bhago, hum ko program mein</w:t>
      </w:r>
      <w:r>
        <w:br/>
      </w:r>
      <w:r>
        <w:rPr>
          <w:sz w:val="20"/>
        </w:rPr>
        <w:t>1:11:49  jana hai, bhago, hum ko is waqt yeh sunna hai.</w:t>
      </w:r>
      <w:r>
        <w:br/>
      </w:r>
      <w:r>
        <w:rPr>
          <w:sz w:val="20"/>
        </w:rPr>
        <w:t>1:11:53  bhai yeh sab kijiye, yeh kya? koi bhi aa ke aap ko distract kar de? yeh koi baat</w:t>
      </w:r>
      <w:r>
        <w:br/>
      </w:r>
      <w:r>
        <w:rPr>
          <w:sz w:val="20"/>
        </w:rPr>
        <w:t>1:12:01  hui? yeh to bohat hi, yaani insan ke andar jo Allah taala ne siftat diye, us ko istemal</w:t>
      </w:r>
      <w:r>
        <w:br/>
      </w:r>
      <w:r>
        <w:rPr>
          <w:sz w:val="20"/>
        </w:rPr>
        <w:t>1:12:09  na karna hai.</w:t>
      </w:r>
      <w:r>
        <w:br/>
      </w:r>
      <w:r>
        <w:rPr>
          <w:sz w:val="20"/>
        </w:rPr>
        <w:t>1:12:10  okay, so we will end today session, we will be back next Sunday same time 10:30 AM.</w:t>
      </w:r>
      <w:r>
        <w:br/>
      </w:r>
      <w:r>
        <w:rPr>
          <w:sz w:val="20"/>
        </w:rPr>
        <w:t>1:12:18  thank you.</w:t>
      </w:r>
    </w:p>
    <w:p>
      <w:pPr>
        <w:pStyle w:val="Heading2"/>
      </w:pPr>
      <w:r>
        <w:t>Developing strong connection with God</w:t>
      </w:r>
    </w:p>
    <w:p>
      <w:r>
        <w:rPr>
          <w:color w:val="666666"/>
          <w:sz w:val="18"/>
        </w:rPr>
        <w:t>Spirituality · Problem and Shukr March 15, 2015 · 1m 25s · at 50:49 · https://youtu.be/O4gfXHtntcc?t=3049</w:t>
      </w:r>
    </w:p>
    <w:p>
      <w:r>
        <w:rPr>
          <w:i/>
        </w:rPr>
        <w:t>“I want to develop strong connection with God but find myself lacking in it. How can I create strong connection like you have? Please advise me.”</w:t>
      </w:r>
    </w:p>
    <w:p>
      <w:r>
        <w:rPr>
          <w:sz w:val="20"/>
        </w:rPr>
        <w:t>50:49  ibadat hai maulana agla sawal feheem sahab ne kiya hai nagpur se aur unhon ne likha hai ke</w:t>
      </w:r>
      <w:r>
        <w:br/>
      </w:r>
      <w:r>
        <w:rPr>
          <w:sz w:val="20"/>
        </w:rPr>
        <w:t>50:57  مولانا I want to develop strong conviction in God but find myself lacking in it</w:t>
      </w:r>
      <w:r>
        <w:br/>
      </w:r>
      <w:r>
        <w:rPr>
          <w:sz w:val="20"/>
        </w:rPr>
        <w:t>51:04  How can I create strong conviction like you have please advise me</w:t>
      </w:r>
      <w:r>
        <w:br/>
      </w:r>
      <w:r>
        <w:rPr>
          <w:sz w:val="20"/>
        </w:rPr>
        <w:t>51:11  ke khuda ke upar jo conviction hai woh chahte hain ke aap un ko koi formula batayen jaise</w:t>
      </w:r>
      <w:r>
        <w:br/>
      </w:r>
      <w:r>
        <w:rPr>
          <w:sz w:val="20"/>
        </w:rPr>
        <w:t>51:17  aap ka strong conviction hai khuda pe waise woh develop kar saken</w:t>
      </w:r>
      <w:r>
        <w:br/>
      </w:r>
      <w:r>
        <w:rPr>
          <w:sz w:val="20"/>
        </w:rPr>
        <w:t>51:23  dekhen sirf ek hi formula hai woh hai apne aap ko distraction se bachana</w:t>
      </w:r>
      <w:r>
        <w:br/>
      </w:r>
      <w:r>
        <w:rPr>
          <w:sz w:val="20"/>
        </w:rPr>
        <w:t>51:29  bas ek hi cheez hai distraction se bachana log phanse rehte hain</w:t>
      </w:r>
      <w:r>
        <w:br/>
      </w:r>
      <w:r>
        <w:rPr>
          <w:sz w:val="20"/>
        </w:rPr>
        <w:t>51:35  idhar udhar god mein aur chahte hain ke god ka ki marifat unhein hasil ho yeh impossible hai</w:t>
      </w:r>
      <w:r>
        <w:br/>
      </w:r>
      <w:r>
        <w:rPr>
          <w:sz w:val="20"/>
        </w:rPr>
        <w:t>51:45  kisi ka shair hai ke</w:t>
      </w:r>
      <w:r>
        <w:br/>
      </w:r>
      <w:r>
        <w:rPr>
          <w:sz w:val="20"/>
        </w:rPr>
        <w:t>51:49  ke hum khuda khwahi o hum dunya doon ay khayalast o muhalast o junoon</w:t>
      </w:r>
      <w:r>
        <w:br/>
      </w:r>
      <w:r>
        <w:rPr>
          <w:sz w:val="20"/>
        </w:rPr>
        <w:t>51:55  to apne ko aap jab tak distract nahi karenge doosri cheezon se hata kar ke allah par</w:t>
      </w:r>
      <w:r>
        <w:br/>
      </w:r>
      <w:r>
        <w:rPr>
          <w:sz w:val="20"/>
        </w:rPr>
        <w:t>52:01  apna focus nahi karenge tab tak kuch nahi hone wala distraction se bachane ka matlab hai apna</w:t>
      </w:r>
      <w:r>
        <w:br/>
      </w:r>
      <w:r>
        <w:rPr>
          <w:sz w:val="20"/>
        </w:rPr>
        <w:t>52:07  focus other god se hatana aur god par focus dalna yeh to aap ko khud karna padega</w:t>
      </w:r>
    </w:p>
    <w:p>
      <w:pPr>
        <w:pStyle w:val="Heading2"/>
      </w:pPr>
      <w:r>
        <w:t>Developing the virtue of gratitude</w:t>
      </w:r>
    </w:p>
    <w:p>
      <w:r>
        <w:rPr>
          <w:color w:val="666666"/>
          <w:sz w:val="18"/>
        </w:rPr>
        <w:t>Spirituality · Wisdom of Hadith Maulana Wahiduddin Khan February 23, 2014 · 1m 13s · at 1:18:32 · https://youtu.be/5E_MIQpToK4?t=4712</w:t>
      </w:r>
    </w:p>
    <w:p>
      <w:r>
        <w:rPr>
          <w:i/>
        </w:rPr>
        <w:t>“I like the spirit of gratitude, please guide me how I can develop this virtue.”</w:t>
      </w:r>
    </w:p>
    <w:p>
      <w:r>
        <w:rPr>
          <w:sz w:val="20"/>
        </w:rPr>
        <w:t>1:18:32  maulana, agla sawal roorkee se hai sajid anwar sahib ka.</w:t>
      </w:r>
      <w:r>
        <w:br/>
      </w:r>
      <w:r>
        <w:rPr>
          <w:sz w:val="20"/>
        </w:rPr>
        <w:t>1:18:36  انہوں نے لکھا ہے: "مولانا، I like the جذبہ شکر، please guide me how I can develop this</w:t>
      </w:r>
      <w:r>
        <w:br/>
      </w:r>
      <w:r>
        <w:rPr>
          <w:sz w:val="20"/>
        </w:rPr>
        <w:t>1:18:44  virtue." mera khayal hai ke baat yeh hai ke log cheezon ko for granted le lete hain, for</w:t>
      </w:r>
      <w:r>
        <w:br/>
      </w:r>
      <w:r>
        <w:rPr>
          <w:sz w:val="20"/>
        </w:rPr>
        <w:t>1:18:52  granted sochte nahi hain.</w:t>
      </w:r>
      <w:r>
        <w:br/>
      </w:r>
      <w:r>
        <w:rPr>
          <w:sz w:val="20"/>
        </w:rPr>
        <w:t>1:18:53  jaise pani piya aap ne to for granted le gaye, to pani hai.</w:t>
      </w:r>
      <w:r>
        <w:br/>
      </w:r>
      <w:r>
        <w:rPr>
          <w:sz w:val="20"/>
        </w:rPr>
        <w:t>1:18:59  agar aap sochen ke pani se pehle gases theen, do gases ekatha hogaeen to woh liquid ban gae,</w:t>
      </w:r>
      <w:r>
        <w:br/>
      </w:r>
      <w:r>
        <w:rPr>
          <w:sz w:val="20"/>
        </w:rPr>
        <w:t>1:19:07  woh itni mufeed hamare liye ho gae ke hum us ko istemal karte hain.</w:t>
      </w:r>
      <w:r>
        <w:br/>
      </w:r>
      <w:r>
        <w:rPr>
          <w:sz w:val="20"/>
        </w:rPr>
        <w:t>1:19:13  yani to baaton ko sochte hain to shukr hi shukr aega.</w:t>
      </w:r>
      <w:r>
        <w:br/>
      </w:r>
      <w:r>
        <w:rPr>
          <w:sz w:val="20"/>
        </w:rPr>
        <w:t>1:19:18  to cheezon ko for granted na lena balkeh shukr sochna, is se farq is ke bare mein yahi</w:t>
      </w:r>
      <w:r>
        <w:br/>
      </w:r>
      <w:r>
        <w:rPr>
          <w:sz w:val="20"/>
        </w:rPr>
        <w:t>1:19:25  hai.</w:t>
      </w:r>
      <w:r>
        <w:br/>
      </w:r>
      <w:r>
        <w:rPr>
          <w:sz w:val="20"/>
        </w:rPr>
        <w:t>1:19:27  main samajhta hoon ke shukr ka yani isi se shukr aata hai.</w:t>
      </w:r>
      <w:r>
        <w:br/>
      </w:r>
      <w:r>
        <w:rPr>
          <w:sz w:val="20"/>
        </w:rPr>
        <w:t>1:19:32  agar aap for granted lete rahen to shukr nahin aega.</w:t>
      </w:r>
      <w:r>
        <w:br/>
      </w:r>
      <w:r>
        <w:rPr>
          <w:sz w:val="20"/>
        </w:rPr>
        <w:t>1:19:37  aur jab sochen aur us ko daryaft karen to to shukr aana lazmi hai.</w:t>
      </w:r>
      <w:r>
        <w:br/>
      </w:r>
      <w:r>
        <w:rPr>
          <w:sz w:val="20"/>
        </w:rPr>
        <w:t>1:19:43  aap shukr ke baghair nahin reh sakte.</w:t>
      </w:r>
    </w:p>
    <w:p>
      <w:pPr>
        <w:pStyle w:val="Heading2"/>
      </w:pPr>
      <w:r>
        <w:t>Did earlier Muslims misunderstand meditation?</w:t>
      </w:r>
    </w:p>
    <w:p>
      <w:r>
        <w:rPr>
          <w:color w:val="666666"/>
          <w:sz w:val="18"/>
        </w:rPr>
        <w:t>Spirituality · Realisation of God January 19, 2014 · 57s · at 58:08 · https://youtu.be/uIn3AfDkk6Y?t=3488</w:t>
      </w:r>
    </w:p>
    <w:p>
      <w:r>
        <w:rPr>
          <w:i/>
        </w:rPr>
        <w:t>“In the long history of Islam, the practice of meditation continued, not the method of mind-based spirituality. So did the earlier people not understand this verse of the Quran?”</w:t>
      </w:r>
    </w:p>
    <w:p>
      <w:r>
        <w:rPr>
          <w:sz w:val="20"/>
        </w:rPr>
        <w:t>58:08  molana, in ka aik aur sawal hai. unhon ne likha hai: "islam ki lambi tareekh mein meditation ka tareeqa jari raha, mind base spirituality ka tareeqa nahin.</w:t>
      </w:r>
      <w:r>
        <w:br/>
      </w:r>
      <w:r>
        <w:rPr>
          <w:sz w:val="20"/>
        </w:rPr>
        <w:t>58:20  to kya pichle logon ne quran ki is ayat ko samjha hi nahin?" mein yeh kahoon ga ke dekhiye, saada sawal nahin hai. aap meri is kitab ka inkar kijiye jo aaj hi tayyar hui hai, is ko aap parhiye.</w:t>
      </w:r>
      <w:r>
        <w:br/>
      </w:r>
      <w:r>
        <w:rPr>
          <w:sz w:val="20"/>
        </w:rPr>
        <w:t>58:34  is ko parhne ke baad sawal kijiye.</w:t>
      </w:r>
      <w:r>
        <w:br/>
      </w:r>
      <w:r>
        <w:rPr>
          <w:sz w:val="20"/>
        </w:rPr>
        <w:t>58:36  mera tareeqa yeh hai, mein ne bar bar kaha hai ke jis baat ko mein tafseel se likh chuka hota hoon to mein chahta hoon ke log parhein is ko, phir sawal karein.</w:t>
      </w:r>
      <w:r>
        <w:br/>
      </w:r>
      <w:r>
        <w:rPr>
          <w:sz w:val="20"/>
        </w:rPr>
        <w:t>58:46  baghair parhe sawal karna yeh art of questioning ke khilaf hai. to agar aap jante hain, is janna chahte hain is masle ko to meri kitab ko parhiye.</w:t>
      </w:r>
      <w:r>
        <w:br/>
      </w:r>
      <w:r>
        <w:rPr>
          <w:sz w:val="20"/>
        </w:rPr>
        <w:t>58:55  is ka naam hai "izhar-e-deen". phir sawal kijiye to mein inshallah is ka jawab doon ga.</w:t>
      </w:r>
      <w:r>
        <w:br/>
      </w:r>
      <w:r>
        <w:rPr>
          <w:sz w:val="20"/>
        </w:rPr>
        <w:t>59:03  in mubhas par bohat hi tafseeli guftagu is kitab mein</w:t>
      </w:r>
      <w:r>
        <w:br/>
      </w:r>
      <w:r>
        <w:rPr>
          <w:sz w:val="20"/>
        </w:rPr>
        <w:t>59:06  hai. molana, agla sawal chennai se hai molana iqbal umri ka. unhon ne likha hai: "molana, tafakkur ka practical data ahl-e-maghrib ke paas hai.</w:t>
      </w:r>
    </w:p>
    <w:p>
      <w:pPr>
        <w:pStyle w:val="Heading2"/>
      </w:pPr>
      <w:r>
        <w:t>Difference Between Ideal and Spiritual Islam</w:t>
      </w:r>
    </w:p>
    <w:p>
      <w:r>
        <w:rPr>
          <w:color w:val="666666"/>
          <w:sz w:val="18"/>
        </w:rPr>
        <w:t>Spirituality · Kashmir, A Lesson September 14, 2014 · 19m 54s · at 51:23 · https://youtu.be/JQoYEj0Vntc?t=3083</w:t>
      </w:r>
    </w:p>
    <w:p>
      <w:r>
        <w:rPr>
          <w:i/>
        </w:rPr>
        <w:t>“In the series of learning from you, and of course I am learning, I want to know the difference between ideal Islam and spiritual Islam.”</w:t>
      </w:r>
    </w:p>
    <w:p>
      <w:r>
        <w:rPr>
          <w:sz w:val="20"/>
        </w:rPr>
        <w:t>51:23  Maaz sahib, yeh agla sawal aaya hai Shahab Haider ka Delhi se</w:t>
      </w:r>
      <w:r>
        <w:br/>
      </w:r>
      <w:r>
        <w:rPr>
          <w:sz w:val="20"/>
        </w:rPr>
        <w:t>51:28  . In the series of learning from you, and of course I am learning, I want to know the difference between ideal Islam and spiritual Islam.</w:t>
      </w:r>
      <w:r>
        <w:br/>
      </w:r>
      <w:r>
        <w:rPr>
          <w:sz w:val="20"/>
        </w:rPr>
        <w:t>51:41  Ideal Islam ka jo term aap ne istemal kiya hai toh main samajhta hoon ke yeh toh kahin Quran o Hadees mein aaya nahi hai. Yeh term toh koi aaya nahi Quran o Hadees mein. Ideal Islam.</w:t>
      </w:r>
      <w:r>
        <w:br/>
      </w:r>
      <w:r>
        <w:rPr>
          <w:sz w:val="20"/>
        </w:rPr>
        <w:t>51:55  Jahan tak main jaanta hoon.</w:t>
      </w:r>
      <w:r>
        <w:br/>
      </w:r>
      <w:r>
        <w:rPr>
          <w:sz w:val="20"/>
        </w:rPr>
        <w:t>51:59  Kya ideal hai, woh Allah ko pata hai. Hum khud nahi jaan sakte ke yeh hai ideal. Hum toh bas koshish kar sakte hain.</w:t>
      </w:r>
      <w:r>
        <w:br/>
      </w:r>
      <w:r>
        <w:rPr>
          <w:sz w:val="20"/>
        </w:rPr>
        <w:t>52:10  Albatta jis cheez ko main spirituality kehta hoon, woh ek woh wahi cheez hai jis ke liye yaani Quran mein Rabania aaya hai.</w:t>
      </w:r>
      <w:r>
        <w:br/>
      </w:r>
      <w:r>
        <w:rPr>
          <w:sz w:val="20"/>
        </w:rPr>
        <w:t>52:24  KUN RABBAANIYYAN Rabania hi ke maani mein bolta hoon main spirituality ko. Aur woh Rabania kya hai?</w:t>
      </w:r>
      <w:r>
        <w:br/>
      </w:r>
      <w:r>
        <w:rPr>
          <w:sz w:val="20"/>
        </w:rPr>
        <w:t>52:35  REB-ORIENTED THINKING Rab ko apna concentrated banana.</w:t>
      </w:r>
      <w:r>
        <w:br/>
      </w:r>
      <w:r>
        <w:rPr>
          <w:sz w:val="20"/>
        </w:rPr>
        <w:t>52:41  Jab ek aadmi aisa kare ke woh Rab ko discover kare aur woh apni source ko Rab ki taraf divert kare aur cheezon mein Rab ki jhalakiyan dekhe, woh is tarah ki zindagi guzare toh isi ka naam hai Rabani zindagi.</w:t>
      </w:r>
      <w:r>
        <w:br/>
      </w:r>
      <w:r>
        <w:rPr>
          <w:sz w:val="20"/>
        </w:rPr>
        <w:t>52:59  Doosre ko kaha gaya hai KUN RABBAANIYYAN Rabani bano.</w:t>
      </w:r>
      <w:r>
        <w:br/>
      </w:r>
      <w:r>
        <w:rPr>
          <w:sz w:val="20"/>
        </w:rPr>
        <w:t>53:03  Toh Qurani lafz agar aap pasand karte hain toh woh hai Rabani. Aur agar koi aur lafz aap bolna chahein toh woh hai spirituality.</w:t>
      </w:r>
      <w:r>
        <w:br/>
      </w:r>
      <w:r>
        <w:rPr>
          <w:sz w:val="20"/>
        </w:rPr>
        <w:t>53:14  Yaani Rabani insaan hi ko sense mein bolta hoon main. Spiritual insaan. Baqi jo aap ne farmaya ideal Islam toh mere ilm ke mutabiq ideal Islam ka term jo hai Quran o Hadees mein istemal nahi hua hai.</w:t>
      </w:r>
      <w:r>
        <w:br/>
      </w:r>
      <w:r>
        <w:rPr>
          <w:sz w:val="20"/>
        </w:rPr>
        <w:t>53:32  Next question is from Raj Malik unhon ne apni location define nahi ki hai. Maulana sahib, aap se guzarish hai ke Kashmir mein aap ka kutabcha "Qayamat ka Alarm" zyada se zyada distribute kiya jaye taake log yeh samajh sakein ke Qayamat Kubra is se badi aur azeem hai.</w:t>
      </w:r>
      <w:r>
        <w:br/>
      </w:r>
      <w:r>
        <w:rPr>
          <w:sz w:val="20"/>
        </w:rPr>
        <w:t>53:57  Theek hai, inshallah aap ka yeh session acha hai aur hamare saathi'on ne kiya bhi hai, un ko phailaya hai wahan par. Abhi thoda sa crisis khatam ho toh hum un se kahenge ke bhai yeh kitaab ko aur phailaiye, aur phailaiye, inshallah.</w:t>
      </w:r>
      <w:r>
        <w:br/>
      </w:r>
      <w:r>
        <w:rPr>
          <w:sz w:val="20"/>
        </w:rPr>
        <w:t>54:14  Maaz sahib, agla question aaya hai Maulana Iqbal Umri ka Chennai se. Maulana, ideal achievement hamara goal nahi hai kya?</w:t>
      </w:r>
      <w:r>
        <w:br/>
      </w:r>
      <w:r>
        <w:rPr>
          <w:sz w:val="20"/>
        </w:rPr>
        <w:t>54:25  Is mein profits ka bhi exception hai aur woh bhi achieve nahi kar sake?</w:t>
      </w:r>
      <w:r>
        <w:br/>
      </w:r>
      <w:r>
        <w:rPr>
          <w:sz w:val="20"/>
        </w:rPr>
        <w:t>54:36  Dekhein, yeh ek question clear nahi hai. Ideal achievement ka lafz sahi nahi hai.</w:t>
      </w:r>
      <w:r>
        <w:br/>
      </w:r>
      <w:r>
        <w:rPr>
          <w:sz w:val="20"/>
        </w:rPr>
        <w:t>54:45  Agar yeh is ka matlab agar yeh le rahe hain ke ideal ko achieve karna toh ideal ko achieve karne ke silsile mein ke yaani justice ka nizam qaim karna, human rights ke voice ko khatam kar dena,</w:t>
      </w:r>
      <w:r>
        <w:br/>
      </w:r>
      <w:r>
        <w:rPr>
          <w:sz w:val="20"/>
        </w:rPr>
        <w:t>55:03  aur bohat hi mayari hukoomat qaim karna</w:t>
      </w:r>
      <w:r>
        <w:br/>
      </w:r>
      <w:r>
        <w:rPr>
          <w:sz w:val="20"/>
        </w:rPr>
        <w:t>55:09  yeh goal profit ka hota hi nahin. yeh to leaderon ne goal bana rakha hai. yeh to non-achievable hai. kyunke dekhiye, maine bar bar yeh baat kahi hai ke dunya mein Allah ne insaan ko azadi hai.</w:t>
      </w:r>
      <w:r>
        <w:br/>
      </w:r>
      <w:r>
        <w:rPr>
          <w:sz w:val="20"/>
        </w:rPr>
        <w:t>55:26  azadi bilkul absolute hai. khud Khuda bhi is ki azadi ko aap ka waris nahin karta. aap dekhen ke Khuda ke khilaf beshumar kitaben likhi gayi hain.</w:t>
      </w:r>
      <w:r>
        <w:br/>
      </w:r>
      <w:r>
        <w:rPr>
          <w:sz w:val="20"/>
        </w:rPr>
        <w:t>55:40  God delusion, God is dead pata nahin kaisi yeh kitaben hain. to kya Khuda ne in ka hath paon tod dala? woh phir bhi dandan rahe hain?</w:t>
      </w:r>
      <w:r>
        <w:br/>
      </w:r>
      <w:r>
        <w:rPr>
          <w:sz w:val="20"/>
        </w:rPr>
        <w:t>55:52  woh to yeh bohat bari baat hai. jaanna chahiye ke Allah taala ne insaan ko qayamat tak ke liye total freedom diya hai.</w:t>
      </w:r>
      <w:r>
        <w:br/>
      </w:r>
      <w:r>
        <w:rPr>
          <w:sz w:val="20"/>
        </w:rPr>
        <w:t>56:07  woh kuch bhi kahe, us ko azadi rahe gi.</w:t>
      </w:r>
      <w:r>
        <w:br/>
      </w:r>
      <w:r>
        <w:rPr>
          <w:sz w:val="20"/>
        </w:rPr>
        <w:t>56:10  pakad jo hogi, woh qayamat mein hogi. to jab aisa hai to paighambar ideal system kaise banaye ga? kaise banaye ga? bataiye. Ideal system ke liye zaroori hai ke in insanon ko zer kiya jaye jin ko freedom mila hua hai.</w:t>
      </w:r>
      <w:r>
        <w:br/>
      </w:r>
      <w:r>
        <w:rPr>
          <w:sz w:val="20"/>
        </w:rPr>
        <w:t>56:26  to kya sab ko qatl kar le ga? to qatl kar le ga to system kahan banega?</w:t>
      </w:r>
      <w:r>
        <w:br/>
      </w:r>
      <w:r>
        <w:rPr>
          <w:sz w:val="20"/>
        </w:rPr>
        <w:t>56:35  isi liye dekhiye, insaan ne Hazrat Yahya paighambar the, un ko qatl kar diya. insaan ne Hazrat Umar itne oonche darje ke khaleefa the, un ko qatl kar diya.</w:t>
      </w:r>
      <w:r>
        <w:br/>
      </w:r>
      <w:r>
        <w:rPr>
          <w:sz w:val="20"/>
        </w:rPr>
        <w:t>56:47  yeh sab hota hi hota hai. to due to human freedom it is not possible to establish ideal system in this world to kaise paighambar kare ga?</w:t>
      </w:r>
      <w:r>
        <w:br/>
      </w:r>
      <w:r>
        <w:rPr>
          <w:sz w:val="20"/>
        </w:rPr>
        <w:t>57:05  to paighambar dekhiye, apne aap ko ideal bana sakta hai. apne aap ko. aur banaya. har paighambar ne apne aap ko ideal banaya.</w:t>
      </w:r>
      <w:r>
        <w:br/>
      </w:r>
      <w:r>
        <w:rPr>
          <w:sz w:val="20"/>
        </w:rPr>
        <w:t>57:16  isi liye to kaha ke سُومُّ كَمَرَ رَأْتُمُنِي أُسَلِّ mujhe dekho, jaisa main karta hoon, waisa karo. to har paighambar ne apni zaat ko ideal banaya.</w:t>
      </w:r>
      <w:r>
        <w:br/>
      </w:r>
      <w:r>
        <w:rPr>
          <w:sz w:val="20"/>
        </w:rPr>
        <w:t>57:27  lekin yeh yeh sirf possible hi nahin hai ke system ko ideal banaya jaye.</w:t>
      </w:r>
      <w:r>
        <w:br/>
      </w:r>
      <w:r>
        <w:rPr>
          <w:sz w:val="20"/>
        </w:rPr>
        <w:t>57:32  is zamane mein kuch uthe, yani Arab mein bhi, non-Arab mein bhi, aise jinhon ne ideal system ko goal banaya.</w:t>
      </w:r>
      <w:r>
        <w:br/>
      </w:r>
      <w:r>
        <w:rPr>
          <w:sz w:val="20"/>
        </w:rPr>
        <w:t>57:41  lekin kya ideal system bana paye woh? sirf unhon ne sirf yeh kiya ke ek naya larai ka ek maidan khol diya. log lar rahe hain ideal system ke liye.</w:t>
      </w:r>
      <w:r>
        <w:br/>
      </w:r>
      <w:r>
        <w:rPr>
          <w:sz w:val="20"/>
        </w:rPr>
        <w:t>57:52  lar rahe hain, bahar ja rahe hain. halanke ideal system ban nahin sakta.</w:t>
      </w:r>
      <w:r>
        <w:br/>
      </w:r>
      <w:r>
        <w:rPr>
          <w:sz w:val="20"/>
        </w:rPr>
        <w:t>57:58  aur kitaben likhi gayi hain jo mislan Madina mein jo state qaim thi, aisi kitaben likh rakhi hain jaise ke wahan bagh o bahar tha. koi bagh o bahar nahin tha wahan pe.</w:t>
      </w:r>
      <w:r>
        <w:br/>
      </w:r>
      <w:r>
        <w:rPr>
          <w:sz w:val="20"/>
        </w:rPr>
        <w:t>58:08  bagh o bahar ho nahin sakta hai. to sare andaaz mein kitaben likh rakhi hain logon ne. to us ko le kar log samajhte hain ke wahan bagh o bahar tha.</w:t>
      </w:r>
      <w:r>
        <w:br/>
      </w:r>
      <w:r>
        <w:rPr>
          <w:sz w:val="20"/>
        </w:rPr>
        <w:t>58:20  na bagh o bahar tha aur na bagh o bahar ban sakta hai.</w:t>
      </w:r>
      <w:r>
        <w:br/>
      </w:r>
      <w:r>
        <w:rPr>
          <w:sz w:val="20"/>
        </w:rPr>
        <w:t>58:23  isi liye maine jo study ki hai to maine jaana hai ke individual level par ek aadmi apne aap ko ideal bana sakta hai.</w:t>
      </w:r>
      <w:r>
        <w:br/>
      </w:r>
      <w:r>
        <w:rPr>
          <w:sz w:val="20"/>
        </w:rPr>
        <w:t>58:33  lekin system ko ideal bana de woh, yeh impossible hai. na paighambar ke zamane mein hua, na ab ho sakta hai. dekhiye, yeh bohat bari baat hai.</w:t>
      </w:r>
      <w:r>
        <w:br/>
      </w:r>
      <w:r>
        <w:rPr>
          <w:sz w:val="20"/>
        </w:rPr>
        <w:t>58:44  isi liye hum ne dekhiye, hum ne apne CPS ka jo mission hai, us mein hamara ek goal dawat hai.</w:t>
      </w:r>
      <w:r>
        <w:br/>
      </w:r>
      <w:r>
        <w:rPr>
          <w:sz w:val="20"/>
        </w:rPr>
        <w:t>58:53  hamara goal system ko qaim karna nahin hai. hum ne jo goal ikhtiyar kiya hai, woh hai ke Allah ke message ko logon tak pahunchana.</w:t>
      </w:r>
      <w:r>
        <w:br/>
      </w:r>
      <w:r>
        <w:rPr>
          <w:sz w:val="20"/>
        </w:rPr>
        <w:t>59:08  Allah ke message ko logon tak pahunchana. yeh dawat, tablegh. yani pahunchana hamara target hai. pahunchana. System bana dalna, yeh hamara target nahin hai.</w:t>
      </w:r>
      <w:r>
        <w:br/>
      </w:r>
      <w:r>
        <w:rPr>
          <w:sz w:val="20"/>
        </w:rPr>
        <w:t>59:20  System banane ka jo target jinhon ne liya hai, jin logon ne. bohat si jamaaten hain, aap jante hain. India se le kar Arab tak. System banane ke naam par kya hai?</w:t>
      </w:r>
      <w:r>
        <w:br/>
      </w:r>
      <w:r>
        <w:rPr>
          <w:sz w:val="20"/>
        </w:rPr>
        <w:t>59:30  maar kaat, maar kaat, maar kaat. koi system to bana nahin. aur maar kaat khoob khoob hui.</w:t>
      </w:r>
      <w:r>
        <w:br/>
      </w:r>
      <w:r>
        <w:rPr>
          <w:sz w:val="20"/>
        </w:rPr>
        <w:t>59:40  is wajah se hum ne samjha hai quran o hadith ke mutalliq se ke system ke maamle mein woh jo samajh jisko sanction kare, bas.</w:t>
      </w:r>
      <w:r>
        <w:br/>
      </w:r>
      <w:r>
        <w:rPr>
          <w:sz w:val="20"/>
        </w:rPr>
        <w:t>59:55  jitna samajh accept kar raha hai, jitna samajh ke liye acceptable hai, woh itna aap samajh mein qaim kijiye.</w:t>
      </w:r>
      <w:r>
        <w:br/>
      </w:r>
      <w:r>
        <w:rPr>
          <w:sz w:val="20"/>
        </w:rPr>
        <w:t>1:00:05  albata apni zaat ke maamle mein aap khud ko ideal baniye. is mein koi rukawat nahin hai. aap jaise chahein baat kijiye, jaise chahiye sochiye, jis tarah se chahein apne ko ideal banaiye.</w:t>
      </w:r>
      <w:r>
        <w:br/>
      </w:r>
      <w:r>
        <w:rPr>
          <w:sz w:val="20"/>
        </w:rPr>
        <w:t>1:00:20  to hamara manna yeh hai ke islam ko hum yahi samajhte hain ke in terms of individual idealism, in terms of practical pragmatism</w:t>
      </w:r>
      <w:r>
        <w:br/>
      </w:r>
      <w:r>
        <w:rPr>
          <w:sz w:val="20"/>
        </w:rPr>
        <w:t>1:00:35  yeh is ko hum samajhte hain ke yahi islam hai. to society mein koi yeh goal banaye ke hum ko social justice qaim karna hai ideal sense mein, to aisi cheez hai jis se fasaad barpa hoga.</w:t>
      </w:r>
      <w:r>
        <w:br/>
      </w:r>
      <w:r>
        <w:rPr>
          <w:sz w:val="20"/>
        </w:rPr>
        <w:t>1:00:47  kyun ke social justice ke naam par aap ladenge kisi se, kisi ko hukumat ko khatam karne ke liye koshish karenge, ab hukumat bhi waar karegi aap ke upar, to aap se hukumat ladai yahan hogi.</w:t>
      </w:r>
      <w:r>
        <w:br/>
      </w:r>
      <w:r>
        <w:rPr>
          <w:sz w:val="20"/>
        </w:rPr>
        <w:t>1:00:57  jaisa ke aap jante hain, muslim mulkon mein ho raha hai yeh.</w:t>
      </w:r>
      <w:r>
        <w:br/>
      </w:r>
      <w:r>
        <w:rPr>
          <w:sz w:val="20"/>
        </w:rPr>
        <w:t>1:01:01  muslim mulkon mein roz aap jante hain ke wahan par wahan ke muslim awam aur hukumat aapas mein lad rahe hain. kyun ke leaderon ne yeh kar rakha hai ke humein humein nizam mein haq, nizam adl qaim kar rakha hai.</w:t>
      </w:r>
      <w:r>
        <w:br/>
      </w:r>
      <w:r>
        <w:rPr>
          <w:sz w:val="20"/>
        </w:rPr>
        <w:t>1:01:15  yeh bilkul bilkul hi yani ghair islami baat hai yeh.</w:t>
      </w:r>
      <w:r>
        <w:br/>
      </w:r>
      <w:r>
        <w:rPr>
          <w:sz w:val="20"/>
        </w:rPr>
        <w:t>1:01:23  samaji satah par woh hoga jis ko samajh sanction kar raha ho, itna hi is se zyada nahin.</w:t>
      </w:r>
      <w:r>
        <w:br/>
      </w:r>
      <w:r>
        <w:rPr>
          <w:sz w:val="20"/>
        </w:rPr>
        <w:t>1:01:33  apni zaat ke liye albata aap jo kar sakte hain, kijiye. aur goal jo hai, goal dawat hai Allah hai. peaceful yani peaceful dawah work mein koi rukawat nahin.</w:t>
      </w:r>
      <w:r>
        <w:br/>
      </w:r>
      <w:r>
        <w:rPr>
          <w:sz w:val="20"/>
        </w:rPr>
        <w:t>1:01:44  is mein koi takrao nahin. koi maar kaat nahin.</w:t>
      </w:r>
      <w:r>
        <w:br/>
      </w:r>
      <w:r>
        <w:rPr>
          <w:sz w:val="20"/>
        </w:rPr>
        <w:t>1:01:49  to hamara nishana jo hai, peaceful dawah work hai, hamara nishana justice ka nizam qaim karna nahin hai. isi liye. aur yahi yahi jo hai islam ka taqaza hai.</w:t>
      </w:r>
      <w:r>
        <w:br/>
      </w:r>
      <w:r>
        <w:rPr>
          <w:sz w:val="20"/>
        </w:rPr>
        <w:t>1:02:03  maulana, yeh agla question aaya hai doctor farida khanam ka Delhi se.</w:t>
      </w:r>
      <w:r>
        <w:br/>
      </w:r>
      <w:r>
        <w:rPr>
          <w:sz w:val="20"/>
        </w:rPr>
        <w:t>1:02:09  There are some people who say that Kashmir has witnessed divine wrath because of their involvement in militancy, and they are not interested in Dawa work.</w:t>
      </w:r>
      <w:r>
        <w:br/>
      </w:r>
      <w:r>
        <w:rPr>
          <w:sz w:val="20"/>
        </w:rPr>
        <w:t>1:02:27  dekhiye, do baatein ek doosre se alag alag hain.</w:t>
      </w:r>
      <w:r>
        <w:br/>
      </w:r>
      <w:r>
        <w:rPr>
          <w:sz w:val="20"/>
        </w:rPr>
        <w:t>1:02:32  ek yeh ke kashmiriyon ne jo nizam mustafa ka naarah lagaya aur jo wahan par islam ke upar tehreekein chalayin, is ko galat kehna. to main is ko galat kehta hoon.</w:t>
      </w:r>
      <w:r>
        <w:br/>
      </w:r>
      <w:r>
        <w:rPr>
          <w:sz w:val="20"/>
        </w:rPr>
        <w:t>1:02:43  main kehta hoon kashmiriyon ko chahiye ke woh dawat ka kaam karein. aur nizam mustafa bilkul hi main is ko bilkul hi galat samajhta hoon.</w:t>
      </w:r>
      <w:r>
        <w:br/>
      </w:r>
      <w:r>
        <w:rPr>
          <w:sz w:val="20"/>
        </w:rPr>
        <w:t>1:02:54  yani yeh leaderon ka naarah hai, yeh rasool Allah salallahu alaihi wasallam ka naarah nahin hai. to yeh</w:t>
      </w:r>
      <w:r>
        <w:br/>
      </w:r>
      <w:r>
        <w:rPr>
          <w:sz w:val="20"/>
        </w:rPr>
        <w:t>1:03:01  ek cheez hai. doosri cheez ke wrath hona, dabluyoo araa tee ech, ke jo kuch hua woh Allah ka ghazab tha. to yeh kisi insan ko haq nahin hai ke yeh kahe.</w:t>
      </w:r>
      <w:r>
        <w:br/>
      </w:r>
      <w:r>
        <w:rPr>
          <w:sz w:val="20"/>
        </w:rPr>
        <w:t>1:03:12  Allah ka wrath agar tha to woh Allah ko maloom hai. hum ko, aap ko nahin maloom hai. to main yeh kabhi bhi nahin kahunga ke Kashmir mein ya aur kahin jo waqiyat hote hain, woh Allah ka wrath hai.</w:t>
      </w:r>
      <w:r>
        <w:br/>
      </w:r>
      <w:r>
        <w:rPr>
          <w:sz w:val="20"/>
        </w:rPr>
        <w:t>1:03:27  yeh main nahin kahunga.</w:t>
      </w:r>
      <w:r>
        <w:br/>
      </w:r>
      <w:r>
        <w:rPr>
          <w:sz w:val="20"/>
        </w:rPr>
        <w:t>1:03:29  lekin main yeh zaroor kahunga ke musalman jahan bhi hain, jo siyasi hukumatain, siyasat tehreekein chala rahe hain, woh bilkul ghair islami hai.</w:t>
      </w:r>
      <w:r>
        <w:br/>
      </w:r>
      <w:r>
        <w:rPr>
          <w:sz w:val="20"/>
        </w:rPr>
        <w:t>1:03:38  iska islam se koi talluq nahin hai. chahe falasteen ho, chahe Kashmir ho, ya Pakistan ho, ya Iraq ho, jahan jahan islam ke naam par political tehreekein chal rahi hain, woh sab mere radd galat hain.</w:t>
      </w:r>
      <w:r>
        <w:br/>
      </w:r>
      <w:r>
        <w:rPr>
          <w:sz w:val="20"/>
        </w:rPr>
        <w:t>1:03:53  unhein dawat ka kaam karna chahiye. dawat hai Allah ka kaam.</w:t>
      </w:r>
      <w:r>
        <w:br/>
      </w:r>
      <w:r>
        <w:rPr>
          <w:sz w:val="20"/>
        </w:rPr>
        <w:t>1:03:58  to ek kaam, ek to ek cheez hai un ke un ke kaam ke baray mein ek hukum lagana. to is ka mujhe right hai.</w:t>
      </w:r>
      <w:r>
        <w:br/>
      </w:r>
      <w:r>
        <w:rPr>
          <w:sz w:val="20"/>
        </w:rPr>
        <w:t>1:04:08  woh mein karta hoon. lekin yeh kehna hai ke woh wrath tha, yeh yeh is ka mujhe right nahi hai. is liye mein yeh lafz kabhi bolta nahi.</w:t>
      </w:r>
      <w:r>
        <w:br/>
      </w:r>
      <w:r>
        <w:rPr>
          <w:sz w:val="20"/>
        </w:rPr>
        <w:t>1:04:20  maulana, yeh agla question aaya hai doctor pradhan ka Delhi se</w:t>
      </w:r>
      <w:r>
        <w:br/>
      </w:r>
      <w:r>
        <w:rPr>
          <w:sz w:val="20"/>
        </w:rPr>
        <w:t>1:04:25  . Maulana, if we had thought somebody less than us, then how should we seek forgiveness from him? dekhiye, is maamlay mein hadith se do tareeqa maloom hota hai.</w:t>
      </w:r>
      <w:r>
        <w:br/>
      </w:r>
      <w:r>
        <w:rPr>
          <w:sz w:val="20"/>
        </w:rPr>
        <w:t>1:04:38  ke agar hum ne koi aisa kaam kiya kisi ke sath jo Allah ke nazdeek ghalat tha, to ek tareeqa yeh hai ke aap us ko ja kar talafi karen, mil kar ke us se.</w:t>
      </w:r>
      <w:r>
        <w:br/>
      </w:r>
      <w:r>
        <w:rPr>
          <w:sz w:val="20"/>
        </w:rPr>
        <w:t>1:04:54  doosra tareeqa yeh hai ke agar yeh mumkin nahi hai to us ke liye dua karen. yani us ko talafi karna, compensate karna, agar mumkin ho us se mil kar ke to talafi karna chahiye.</w:t>
      </w:r>
      <w:r>
        <w:br/>
      </w:r>
      <w:r>
        <w:rPr>
          <w:sz w:val="20"/>
        </w:rPr>
        <w:t>1:05:10  aur nahi to us ke liye dua ke khudaaya mujh se yeh ghalati hui to us ke liye meri taraf se</w:t>
      </w:r>
      <w:r>
        <w:br/>
      </w:r>
      <w:r>
        <w:rPr>
          <w:sz w:val="20"/>
        </w:rPr>
        <w:t>1:05:22  koi bara inaam likh de. to to ya to talafi ya dua.</w:t>
      </w:r>
      <w:r>
        <w:br/>
      </w:r>
      <w:r>
        <w:rPr>
          <w:sz w:val="20"/>
        </w:rPr>
        <w:t>1:05:31  yeh do cheezein hadith se maloom hoti hain. halaat ke aitbaar se dono mein se koi bhi cheez ikhtiyar ki ja sakti hai.</w:t>
      </w:r>
      <w:r>
        <w:br/>
      </w:r>
      <w:r>
        <w:rPr>
          <w:sz w:val="20"/>
        </w:rPr>
        <w:t>1:05:44  maulana, yeh agla experience sharing hai ans ka Delhi se.</w:t>
      </w:r>
      <w:r>
        <w:br/>
      </w:r>
      <w:r>
        <w:rPr>
          <w:sz w:val="20"/>
        </w:rPr>
        <w:t>1:05:50  maulana, mere ek friend kuch atheist ki baaton mein aa kar behak gaye aur us ko laga ke mera mazhab Islam nahi, Islam kahin dhoka to nahi hai.</w:t>
      </w:r>
      <w:r>
        <w:br/>
      </w:r>
      <w:r>
        <w:rPr>
          <w:sz w:val="20"/>
        </w:rPr>
        <w:t>1:06:04  maulana, phir us ne God Arises padhi dobara se, bilkul neutral ho kar, aise jaise woh Muslim nahi hai.</w:t>
      </w:r>
      <w:r>
        <w:br/>
      </w:r>
      <w:r>
        <w:rPr>
          <w:sz w:val="20"/>
        </w:rPr>
        <w:t>1:06:14  phir us ko Islam rediscover hua.</w:t>
      </w:r>
      <w:r>
        <w:br/>
      </w:r>
      <w:r>
        <w:rPr>
          <w:sz w:val="20"/>
        </w:rPr>
        <w:t>1:06:17  maulana, kya yeh us ke liye marifat thi? khuli hui marifat thi. isi ka to marifat hai. marifat isi ka naam discovery ka naam marifat hai.</w:t>
      </w:r>
      <w:r>
        <w:br/>
      </w:r>
      <w:r>
        <w:rPr>
          <w:sz w:val="20"/>
        </w:rPr>
        <w:t>1:06:30  yani jis cheez ko hum traditional term mein kehte hain marifat, isi ka scientific term hai discovery.</w:t>
      </w:r>
      <w:r>
        <w:br/>
      </w:r>
      <w:r>
        <w:rPr>
          <w:sz w:val="20"/>
        </w:rPr>
        <w:t>1:06:40  donon bilkul ek hi cheez hain.</w:t>
      </w:r>
      <w:r>
        <w:br/>
      </w:r>
      <w:r>
        <w:rPr>
          <w:sz w:val="20"/>
        </w:rPr>
        <w:t>1:06:45  aap secular term use karen to discovery kahiye aur religious term use karen to us ko aap marifat kahiye.</w:t>
      </w:r>
      <w:r>
        <w:br/>
      </w:r>
      <w:r>
        <w:rPr>
          <w:sz w:val="20"/>
        </w:rPr>
        <w:t>1:06:53  donon ek hi baat hai. agla question aaya hai farhad umri sahib ka Delhi se. ek news thi ke Indian military ke tireless effort par Kashmir ke floods mein unhon ne kaam kiya.</w:t>
      </w:r>
      <w:r>
        <w:br/>
      </w:r>
      <w:r>
        <w:rPr>
          <w:sz w:val="20"/>
        </w:rPr>
        <w:t>1:07:10  yeh news mein ne apne ek Muslim dost ko dikhai to unhon ne yeh comment kiya: "duty ki hai, koi koi ehsaan nahi kiya hai." Maulana, is pe comment karen.</w:t>
      </w:r>
      <w:r>
        <w:br/>
      </w:r>
      <w:r>
        <w:rPr>
          <w:sz w:val="20"/>
        </w:rPr>
        <w:t>1:07:23  mein to samajhta hoon ke jinhon ne aisa bola, woh gunah kiya. unhon ne unhon ne duty ki hai to bolne walay ne gunah kiya. dekhiye, har haal mein humein acknowledge karna hai kisi ki khidmat ko.</w:t>
      </w:r>
      <w:r>
        <w:br/>
      </w:r>
      <w:r>
        <w:rPr>
          <w:sz w:val="20"/>
        </w:rPr>
        <w:t>1:07:39  hata ke aap ka ek yani mera tareeqa hai ke jo hamara jo driver hai, jis ko hum paisa diya jata hai, woh bhi mujhe kahin pohanchata hai to mein us ko shukriya karta hoon.</w:t>
      </w:r>
      <w:r>
        <w:br/>
      </w:r>
      <w:r>
        <w:rPr>
          <w:sz w:val="20"/>
        </w:rPr>
        <w:t>1:07:53  dekhiye, acknowledge karna hai ya kya karna hai, ek ibadat hai yeh. us ko is tarah mein nahi lena hai ke woh duty kiya unhon ne. aise log na Islam ko jante, na un ke andar sharafat hai, na insaniyat hai.</w:t>
      </w:r>
      <w:r>
        <w:br/>
      </w:r>
      <w:r>
        <w:rPr>
          <w:sz w:val="20"/>
        </w:rPr>
        <w:t>1:08:09  jo log aisa kahein ke unhon ne apni duty kiya to mere qad mein un ke andar animal animal thinking hai. animal thinking</w:t>
      </w:r>
      <w:r>
        <w:br/>
      </w:r>
      <w:r>
        <w:rPr>
          <w:sz w:val="20"/>
        </w:rPr>
        <w:t>1:08:19  hai. animal thinking hai. yeh bohat hi sasti qism ke log hain yeh. warna koi shakhs kuch bhi kare to aap ko acknowledge karna chahiye.</w:t>
      </w:r>
      <w:r>
        <w:br/>
      </w:r>
      <w:r>
        <w:rPr>
          <w:sz w:val="20"/>
        </w:rPr>
        <w:t>1:08:29  aap ka mulazim ho tab bhi kehna chahiye ke shukriya.</w:t>
      </w:r>
      <w:r>
        <w:br/>
      </w:r>
      <w:r>
        <w:rPr>
          <w:sz w:val="20"/>
        </w:rPr>
        <w:t>1:08:35  yani woh to hamare mulazim nahi hain aur woh itna kaam kar rahe hain. kehte hain bechare military ko bhi maare gaye isi mein. yani kai army ko bhi is mein inko jaan dena para.</w:t>
      </w:r>
      <w:r>
        <w:br/>
      </w:r>
      <w:r>
        <w:rPr>
          <w:sz w:val="20"/>
        </w:rPr>
        <w:t>1:08:47  is tarah se kaam kar rahe hain woh. mein to bohat zyada inko samajhta hoon ke bohat hi qabil qadar kaam kar rahe hain woh. jis ne yeh kaha to mere nazdeek gunah ki baat kahi unhon ne.</w:t>
      </w:r>
      <w:r>
        <w:br/>
      </w:r>
      <w:r>
        <w:rPr>
          <w:sz w:val="20"/>
        </w:rPr>
        <w:t>1:09:02  aur usooli baat mein yeh kehna chahta hoon ke jab aap acknowledge karte hain, shukriya ada karte hain to aap ibadat karte hain apne liye.</w:t>
      </w:r>
      <w:r>
        <w:br/>
      </w:r>
      <w:r>
        <w:rPr>
          <w:sz w:val="20"/>
        </w:rPr>
        <w:t>1:09:13  aur dekhiye, ek bohat hi zyada relevant hadith hai ke malam yashkurun nas lam yashkurullaha jo aadmi insaan ka shukr nahi karega, woh Allah ka shukr bhi nahi kar</w:t>
      </w:r>
      <w:r>
        <w:br/>
      </w:r>
      <w:r>
        <w:rPr>
          <w:sz w:val="20"/>
        </w:rPr>
        <w:t>1:09:28  ega. shukr ka matlab hota hai acknowledge karna, eteraaf karna. to</w:t>
      </w:r>
      <w:r>
        <w:br/>
      </w:r>
      <w:r>
        <w:rPr>
          <w:sz w:val="20"/>
        </w:rPr>
        <w:t>1:09:39  yani aap ko to aisa mauqa jo hai opportunity ke taur par lena chahiye, jahan aap keh saken ke mein aap ka eteraaf karta hoon, mein aap ka acknowledge karta hoon, aap ka shukr guzar hoon.</w:t>
      </w:r>
      <w:r>
        <w:br/>
      </w:r>
      <w:r>
        <w:rPr>
          <w:sz w:val="20"/>
        </w:rPr>
        <w:t>1:09:52  aise koi mauqa pesh aaye to us ko bator opportunity ke lijiye,</w:t>
      </w:r>
      <w:r>
        <w:br/>
      </w:r>
      <w:r>
        <w:rPr>
          <w:sz w:val="20"/>
        </w:rPr>
        <w:t>1:09:56  ibadat ke opportunity, maarfat ke opportunity.</w:t>
      </w:r>
      <w:r>
        <w:br/>
      </w:r>
      <w:r>
        <w:rPr>
          <w:sz w:val="20"/>
        </w:rPr>
        <w:t>1:10:03  jinhon ne yeh baat kahi, woh bilkul yani mein samajhta hoon ke insensitive ho gaye. insensitive sensitivity un ka andar nahi hogi aur na woh Quran o hadith ko samajhte honge.</w:t>
      </w:r>
      <w:r>
        <w:br/>
      </w:r>
      <w:r>
        <w:rPr>
          <w:sz w:val="20"/>
        </w:rPr>
        <w:t>1:10:16  aise hi bas animal ki tarah jeete honge, animal ki tarah un ka tareeqa hoga.</w:t>
      </w:r>
      <w:r>
        <w:br/>
      </w:r>
      <w:r>
        <w:rPr>
          <w:sz w:val="20"/>
        </w:rPr>
        <w:t>1:10:24  maulana, yeh next question aaya hai rajat malhotra ka Paris se. How can we explain to people that materialism should be need-based only?</w:t>
      </w:r>
      <w:r>
        <w:br/>
      </w:r>
      <w:r>
        <w:rPr>
          <w:sz w:val="20"/>
        </w:rPr>
        <w:t>1:10:35  dekhiye, need ka koi yani in terms of quantity aap us ko us ko define nahi kar sakte ke itne rupay, itna ghar, itna bistar, itna kapda yeh nahi ho sakta.</w:t>
      </w:r>
      <w:r>
        <w:br/>
      </w:r>
      <w:r>
        <w:rPr>
          <w:sz w:val="20"/>
        </w:rPr>
        <w:t>1:10:51  yeh aap ke apne upar hai ke aap ko khud introspection kar ke jaan na hoga ke meri need kya hai.</w:t>
      </w:r>
      <w:r>
        <w:br/>
      </w:r>
      <w:r>
        <w:rPr>
          <w:sz w:val="20"/>
        </w:rPr>
        <w:t>1:11:02  need kisi ki kam ho sakti hai, kisi ki zyada ho sakti hai.</w:t>
      </w:r>
      <w:r>
        <w:br/>
      </w:r>
      <w:r>
        <w:rPr>
          <w:sz w:val="20"/>
        </w:rPr>
        <w:t>1:11:08  to yeh koi mushkil kaam nahi hai ke aap agar aadmi ke andar sincerity ho to jaan sakta ho ke meri need kya hai.</w:t>
      </w:r>
    </w:p>
    <w:p>
      <w:pPr>
        <w:pStyle w:val="Heading2"/>
      </w:pPr>
      <w:r>
        <w:t>Difference Between Meditation and Contemplation</w:t>
      </w:r>
    </w:p>
    <w:p>
      <w:r>
        <w:rPr>
          <w:color w:val="666666"/>
          <w:sz w:val="18"/>
        </w:rPr>
        <w:t>Spirituality · The Importance of Thinking November 10, 2013 · 49s · at 1:04:26 · https://youtu.be/y16CddTHoqE?t=3866</w:t>
      </w:r>
    </w:p>
    <w:p>
      <w:r>
        <w:rPr>
          <w:i/>
        </w:rPr>
        <w:t>“People always take meditation same as contemplation. What is the difference? Are they two different things?”</w:t>
      </w:r>
    </w:p>
    <w:p>
      <w:r>
        <w:rPr>
          <w:sz w:val="20"/>
        </w:rPr>
        <w:t>1:04:26  Maulana, agla sawal Ibrahim sahib ne kiya hai Kolkata se. Unhon ne likha hai: "Maulana, people always take meditation same as contemplation. What is dono alag cheezein hain?</w:t>
      </w:r>
      <w:r>
        <w:br/>
      </w:r>
      <w:r>
        <w:rPr>
          <w:sz w:val="20"/>
        </w:rPr>
        <w:t>1:04:39  aap dictionary mein dekh lijie.</w:t>
      </w:r>
      <w:r>
        <w:br/>
      </w:r>
      <w:r>
        <w:rPr>
          <w:sz w:val="20"/>
        </w:rPr>
        <w:t>1:04:41  kon aadmi kehta hai dono ek hain? mujhe to nahi pata. ji, aap dictionary mein bhi dekh lijie. Meditation alag cheez hai, contemplation alag cheez hai. yeh mujh se poochne ki wajah aap dictionary mein dekh lijie.</w:t>
      </w:r>
      <w:r>
        <w:br/>
      </w:r>
      <w:r>
        <w:rPr>
          <w:sz w:val="20"/>
        </w:rPr>
        <w:t>1:04:54  jo aadmi dono ke ek ka hai, wo wo Quran kis zaban mein bolta hai? wo English language mein dono ke do alag zabanein hain. is se poochien ke kis dictionary mein nikala hai tum ne ke dono ke ek mani hain?</w:t>
      </w:r>
      <w:r>
        <w:br/>
      </w:r>
      <w:r>
        <w:rPr>
          <w:sz w:val="20"/>
        </w:rPr>
        <w:t>1:05:09  ke sahib, yahi yahi na kiya sawal</w:t>
      </w:r>
      <w:r>
        <w:br/>
      </w:r>
      <w:r>
        <w:rPr>
          <w:sz w:val="20"/>
        </w:rPr>
        <w:t>1:05:11  hai? ji, maulana.</w:t>
      </w:r>
    </w:p>
    <w:p>
      <w:pPr>
        <w:pStyle w:val="Heading2"/>
      </w:pPr>
      <w:r>
        <w:t>Difference Between Spirituality and Divinity</w:t>
      </w:r>
    </w:p>
    <w:p>
      <w:r>
        <w:rPr>
          <w:color w:val="666666"/>
          <w:sz w:val="18"/>
        </w:rPr>
        <w:t>Spirituality · Spirituality in Simple Living, High Thinking October 27, 2019 Maulana Wahiduddin Khan · 1m 00s · at 36:26 · https://youtu.be/Kr28g15eFr8?t=2186</w:t>
      </w:r>
    </w:p>
    <w:p>
      <w:r>
        <w:rPr>
          <w:i/>
        </w:rPr>
        <w:t>“Are spirituality and divinity the same or is there a difference between them?”</w:t>
      </w:r>
    </w:p>
    <w:p>
      <w:r>
        <w:rPr>
          <w:sz w:val="20"/>
        </w:rPr>
        <w:t>36:26  simple living and high thinking is the super formula of self management which makes the man the richest person." maulana, ab agla sawal lena chahenge.</w:t>
      </w:r>
      <w:r>
        <w:br/>
      </w:r>
      <w:r>
        <w:rPr>
          <w:sz w:val="20"/>
        </w:rPr>
        <w:t>36:40  yeh sawal maulana iqbal umri ne chennai se bheja hai. unho ne aapse poocha hai ke spirituality aur divinity dono ek hi hain ya in dono mein farq hai?</w:t>
      </w:r>
      <w:r>
        <w:br/>
      </w:r>
      <w:r>
        <w:rPr>
          <w:sz w:val="20"/>
        </w:rPr>
        <w:t>36:53  main samajhta hoon ke same nahi hai kyunke spirituality secular formula hai aur divinity to religious formula hai.</w:t>
      </w:r>
      <w:r>
        <w:br/>
      </w:r>
      <w:r>
        <w:rPr>
          <w:sz w:val="20"/>
        </w:rPr>
        <w:t>37:04  yani dono mein kuch similarity ho sakti hai lekin basically yeh spirituality ek secular formula hai</w:t>
      </w:r>
      <w:r>
        <w:br/>
      </w:r>
      <w:r>
        <w:rPr>
          <w:sz w:val="20"/>
        </w:rPr>
        <w:t>37:19  aur doosra jo lafz bataya aap ne woh to religious formula hai.</w:t>
      </w:r>
    </w:p>
    <w:p>
      <w:pPr>
        <w:pStyle w:val="Heading2"/>
      </w:pPr>
      <w:r>
        <w:t>Difference Between Tawbah and Istighfar</w:t>
      </w:r>
    </w:p>
    <w:p>
      <w:r>
        <w:rPr>
          <w:color w:val="666666"/>
          <w:sz w:val="18"/>
        </w:rPr>
        <w:t>Spirituality · Importance of Patience October 26, 2014 · 3m 06s · at 52:09 · https://youtu.be/XdOlp9-fPG0?t=3129</w:t>
      </w:r>
    </w:p>
    <w:p>
      <w:r>
        <w:rPr>
          <w:i/>
        </w:rPr>
        <w:t>“What is the difference between tawbah and istighfar?”</w:t>
      </w:r>
    </w:p>
    <w:p>
      <w:r>
        <w:rPr>
          <w:sz w:val="20"/>
        </w:rPr>
        <w:t>52:09  maulana, agla sawal rampur se hai muhammad matloob sahib ka, aur wo aap se yeh jaanna chahte hain ke "what is the difference between tauba and istighfar?" dekhen, tauba ke lafzi ma'ne hain paltna.</w:t>
      </w:r>
      <w:r>
        <w:br/>
      </w:r>
      <w:r>
        <w:rPr>
          <w:sz w:val="20"/>
        </w:rPr>
        <w:t>52:26  tauba ya taubon ke lafzi ma'ne hote hain paltna. yaani ek hum ghalat kaam ho gaya tha hum se to hum palte.</w:t>
      </w:r>
      <w:r>
        <w:br/>
      </w:r>
      <w:r>
        <w:rPr>
          <w:sz w:val="20"/>
        </w:rPr>
        <w:t>52:36  that is tauba.</w:t>
      </w:r>
      <w:r>
        <w:br/>
      </w:r>
      <w:r>
        <w:rPr>
          <w:sz w:val="20"/>
        </w:rPr>
        <w:t>52:38  to quran mein aata hai ke "sum yatubuna min qareeb" ke jab ghalati ho jaye to foran hi lotna chahiye. dekhiye, is ko yaad rakhiye is baat ko ke islam mein tauba baeed nahi hai, sirf tauba qareeb hai.</w:t>
      </w:r>
      <w:r>
        <w:br/>
      </w:r>
      <w:r>
        <w:rPr>
          <w:sz w:val="20"/>
        </w:rPr>
        <w:t>52:57  yeh bohat important baat hai. tauba ke baad istighf</w:t>
      </w:r>
      <w:r>
        <w:br/>
      </w:r>
      <w:r>
        <w:rPr>
          <w:sz w:val="20"/>
        </w:rPr>
        <w:t>53:02  far aata hai. istighfar ke lafzi ma'ne hain bakhshish chahna. tauba ke lafzi ma'ne hain lotna. jab aap lotenge, yaani abhi ghalati se lotenge, you turn lenge, to is ke baad kya karenge?</w:t>
      </w:r>
      <w:r>
        <w:br/>
      </w:r>
      <w:r>
        <w:rPr>
          <w:sz w:val="20"/>
        </w:rPr>
        <w:t>53:17  aap duaein karenge, maghfirat mangenge. ise kehte hain istighfar. to tauba ke baad istighfar aata hai. pehle tauba, is ke baad istigh</w:t>
      </w:r>
      <w:r>
        <w:br/>
      </w:r>
      <w:r>
        <w:rPr>
          <w:sz w:val="20"/>
        </w:rPr>
        <w:t>53:29  far. lekin tauba ke bare mein ek bohat aham baat hai ke quran mein hai ke "sum yatubuna min qareeb". phir jald hi wo tauba karte hain, yaani ghalati se palte hain.</w:t>
      </w:r>
      <w:r>
        <w:br/>
      </w:r>
      <w:r>
        <w:rPr>
          <w:sz w:val="20"/>
        </w:rPr>
        <w:t>53:43  is par maine ghor kiya ke tauba qareeb kyun hai quran majeed mein. is ki wajah dekhen, yeh hai ke nafsiyat ke mutale se yeh baat samajh mein aati hai</w:t>
      </w:r>
      <w:r>
        <w:br/>
      </w:r>
      <w:r>
        <w:rPr>
          <w:sz w:val="20"/>
        </w:rPr>
        <w:t>53:56  ke aadmi ke mind mein jab ek baat aati hai ke maine falan kaam ghalat kiya, to pehle din zamir is ko tokta hai.</w:t>
      </w:r>
      <w:r>
        <w:br/>
      </w:r>
      <w:r>
        <w:rPr>
          <w:sz w:val="20"/>
        </w:rPr>
        <w:t>54:06  achha, agar aap tauba na karen to dheere dheere dheere usi waqt condition hone lagte hain. condition to dheere dheere is ki is ki burai khatm ho jati hai.</w:t>
      </w:r>
      <w:r>
        <w:br/>
      </w:r>
      <w:r>
        <w:rPr>
          <w:sz w:val="20"/>
        </w:rPr>
        <w:t>54:20  kahin memory mein rehta hai, aisa maine kiya tha, lekin is ki burai khatm ho jati hai. to phir tauba ka speed bhi khatm ho jati hai.</w:t>
      </w:r>
      <w:r>
        <w:br/>
      </w:r>
      <w:r>
        <w:rPr>
          <w:sz w:val="20"/>
        </w:rPr>
        <w:t>54:33  to jaise hi aadmi ko ehsas ho ke mujh se ghalati ho gayi, to jaldi se is ko tauba karna chahiye. yaani tauba ka ma'na wapas hona chahiye.</w:t>
      </w:r>
      <w:r>
        <w:br/>
      </w:r>
      <w:r>
        <w:rPr>
          <w:sz w:val="20"/>
        </w:rPr>
        <w:t>54:43  wapas hone ka ma'na hai ke ghalati ki islaah karni chahiye. aur istighfar yaani allah se dua karna chahiye.</w:t>
      </w:r>
      <w:r>
        <w:br/>
      </w:r>
      <w:r>
        <w:rPr>
          <w:sz w:val="20"/>
        </w:rPr>
        <w:t>54:54  apni taraf se aadmi jo tauba karta hai, us mein allah ki madad chahiye is ki. to goya ke istighfar ka matlab hota hai ke aadmi tauba ke baad jo nayi zindagi bana raha hai, us mein allah ki madad ka talib hona.</w:t>
      </w:r>
      <w:r>
        <w:br/>
      </w:r>
      <w:r>
        <w:rPr>
          <w:sz w:val="20"/>
        </w:rPr>
        <w:t>55:09  yeh matlab hai is ka.</w:t>
      </w:r>
    </w:p>
    <w:p>
      <w:pPr>
        <w:pStyle w:val="Heading2"/>
      </w:pPr>
      <w:r>
        <w:t>Difference Between Wahdat al-Wujud and Shahud</w:t>
      </w:r>
    </w:p>
    <w:p>
      <w:r>
        <w:rPr>
          <w:color w:val="666666"/>
          <w:sz w:val="18"/>
        </w:rPr>
        <w:t>Spirituality · Unseen God July 30, 2017 Maulana Wahiduddin Khan · 1m 09s · at 1:01:00 · https://youtu.be/MOkCdGFAVR4?t=3660</w:t>
      </w:r>
    </w:p>
    <w:p>
      <w:r>
        <w:rPr>
          <w:i/>
        </w:rPr>
        <w:t>“What is the difference between Wahdat al-Wujud and Shahud? How can we integrate both of them at the same time?”</w:t>
      </w:r>
    </w:p>
    <w:p>
      <w:r>
        <w:rPr>
          <w:sz w:val="20"/>
        </w:rPr>
        <w:t>1:01:00  maulana agla sawal swat pakistan se bheja hai sher bahadur khan sahab ne unhone likha hai maulana</w:t>
      </w:r>
      <w:r>
        <w:br/>
      </w:r>
      <w:r>
        <w:rPr>
          <w:sz w:val="20"/>
        </w:rPr>
        <w:t>1:01:09  sahib what is the difference between wahdat al wajood and wahdat al shuhood</w:t>
      </w:r>
      <w:r>
        <w:br/>
      </w:r>
      <w:r>
        <w:rPr>
          <w:sz w:val="20"/>
        </w:rPr>
        <w:t>1:01:15  how can we integrate both of them at the same time</w:t>
      </w:r>
      <w:r>
        <w:br/>
      </w:r>
      <w:r>
        <w:rPr>
          <w:sz w:val="20"/>
        </w:rPr>
        <w:t>1:01:21  main to dono hi galat samajhta hoon aur dono ko main ek hi samajhta hoon mujh se bohat</w:t>
      </w:r>
      <w:r>
        <w:br/>
      </w:r>
      <w:r>
        <w:rPr>
          <w:sz w:val="20"/>
        </w:rPr>
        <w:t>1:01:24  poochhein aap mujh se mat poochhein</w:t>
      </w:r>
      <w:r>
        <w:br/>
      </w:r>
      <w:r>
        <w:rPr>
          <w:sz w:val="20"/>
        </w:rPr>
        <w:t>1:01:29  wahdat-e-shuhood pe in ko laqab diya gaya bohat bara yaani mureed-e-alif-e-saani lekin main nahin manta</w:t>
      </w:r>
      <w:r>
        <w:br/>
      </w:r>
      <w:r>
        <w:rPr>
          <w:sz w:val="20"/>
        </w:rPr>
        <w:t>1:01:35  is ko wahdat-ul-wujood wahdat-e-shuhood mein koi farq nahin maine diya yeh to dono ke dono</w:t>
      </w:r>
      <w:r>
        <w:br/>
      </w:r>
      <w:r>
        <w:rPr>
          <w:sz w:val="20"/>
        </w:rPr>
        <w:t>1:01:41  gumrahi hain seedhe seedhe maaniye Allah ko tauheed ke maani mein yeh sab kya wahdat-ul-wujood wahdat-e-shuhood</w:t>
      </w:r>
      <w:r>
        <w:br/>
      </w:r>
      <w:r>
        <w:rPr>
          <w:sz w:val="20"/>
        </w:rPr>
        <w:t>1:01:48  ke alfaaz kyun bolte hain aap tauheed ke maani boliye jo quran ke maani alfaaz hain</w:t>
      </w:r>
      <w:r>
        <w:br/>
      </w:r>
      <w:r>
        <w:rPr>
          <w:sz w:val="20"/>
        </w:rPr>
        <w:t>1:01:55  qul huwallahu ahad</w:t>
      </w:r>
      <w:r>
        <w:br/>
      </w:r>
      <w:r>
        <w:rPr>
          <w:sz w:val="20"/>
        </w:rPr>
        <w:t>1:01:57  is ko maaniye aap yeh kya yeh to yaani</w:t>
      </w:r>
      <w:r>
        <w:br/>
      </w:r>
      <w:r>
        <w:rPr>
          <w:sz w:val="20"/>
        </w:rPr>
        <w:t>1:02:01  gumrah kun yeh term hai wahdat-e-wajood bhi wahdat-e-shuhood bhi</w:t>
      </w:r>
    </w:p>
    <w:p>
      <w:pPr>
        <w:pStyle w:val="Heading2"/>
      </w:pPr>
      <w:r>
        <w:t>Difference between Sufi and real jihad</w:t>
      </w:r>
    </w:p>
    <w:p>
      <w:r>
        <w:rPr>
          <w:color w:val="666666"/>
          <w:sz w:val="18"/>
        </w:rPr>
        <w:t>Spirituality · Jihad Fillah June 23, 2013 · 1m 10s · at 49:44 · https://youtu.be/NRTno1eQTos?t=2984</w:t>
      </w:r>
    </w:p>
    <w:p>
      <w:r>
        <w:rPr>
          <w:i/>
        </w:rPr>
        <w:t>“What is the difference between Sufi jihad fi Allah and real jihad fi Allah?”</w:t>
      </w:r>
    </w:p>
    <w:p>
      <w:r>
        <w:rPr>
          <w:sz w:val="20"/>
        </w:rPr>
        <w:t>49:44  maulana, agla sawal bhi tamil nadu se hai muhammad ilyas sahab ne kiya hai. unhon ne aap se poocha hai ke sufi jehad fi Allah aur haqeeqi jehad fi Allah mein farq kya hai?</w:t>
      </w:r>
      <w:r>
        <w:br/>
      </w:r>
      <w:r>
        <w:rPr>
          <w:sz w:val="20"/>
        </w:rPr>
        <w:t>49:55  kya kya sufi jehad fi Allah aur haqeeqi jehad fi Allah mein farq kya hai? main bhi samjha nahi kya keh rahe hain. nahi, is ka sawal clear nahi hai.</w:t>
      </w:r>
      <w:r>
        <w:br/>
      </w:r>
      <w:r>
        <w:rPr>
          <w:sz w:val="20"/>
        </w:rPr>
        <w:t>50:05  mere nazdeek beharhal sufi logon ka tareeqa jo hai, woh jehad ka tareeqa nahi hai. albatta mujahida lafz bolte hain woh log.</w:t>
      </w:r>
      <w:r>
        <w:br/>
      </w:r>
      <w:r>
        <w:rPr>
          <w:sz w:val="20"/>
        </w:rPr>
        <w:t>50:13  jehad ek ek term hai, ek istilaah hai jis ka matlab yeh hai ke aap ek do fareeq hain, ek aap hain, ek doosra fareeq hai, is se takrao karna.</w:t>
      </w:r>
      <w:r>
        <w:br/>
      </w:r>
      <w:r>
        <w:rPr>
          <w:sz w:val="20"/>
        </w:rPr>
        <w:t>50:23  to is ke liye jehad ka lafz bolte hain. mujahida to mujahid e nafs ke maani mein hota hai ke aap warzishain, yani rohani warzishain karte hain aur is ke baad apne, yani apne andar jo dil mein jo chupa hua hai, us ko unfold karte hain.</w:t>
      </w:r>
      <w:r>
        <w:br/>
      </w:r>
      <w:r>
        <w:rPr>
          <w:sz w:val="20"/>
        </w:rPr>
        <w:t>50:41  matlab yeh in ka mafroza hai.</w:t>
      </w:r>
      <w:r>
        <w:br/>
      </w:r>
      <w:r>
        <w:rPr>
          <w:sz w:val="20"/>
        </w:rPr>
        <w:t>50:43  main nahi, main main samajhta hoon ke aisa kuch hai, lekin lafz jehad to main nahi samajhta ke bolte hain sufi log. mere ilm mein to aisa nahi hai.</w:t>
      </w:r>
    </w:p>
    <w:p>
      <w:pPr>
        <w:pStyle w:val="Heading2"/>
      </w:pPr>
      <w:r>
        <w:t>Difference between contemplation and meditation?</w:t>
      </w:r>
    </w:p>
    <w:p>
      <w:r>
        <w:rPr>
          <w:color w:val="666666"/>
          <w:sz w:val="18"/>
        </w:rPr>
        <w:t>Spirituality · Jihad Fillah June 23, 2013 · 1m 37s · at 48:07 · https://youtu.be/NRTno1eQTos?t=2887</w:t>
      </w:r>
    </w:p>
    <w:p>
      <w:r>
        <w:rPr>
          <w:i/>
        </w:rPr>
        <w:t>“What is the difference between tafakkur (contemplation) and muraqabah (meditation)?”</w:t>
      </w:r>
    </w:p>
    <w:p>
      <w:r>
        <w:rPr>
          <w:sz w:val="20"/>
        </w:rPr>
        <w:t>48:07  Maulana, agla sawal Tamil Nadu se hai Maulana Iqbal Umri ka. unhon ne aap se poocha hai ke tafakkur aur muraqba mein farq kya hai?</w:t>
      </w:r>
      <w:r>
        <w:br/>
      </w:r>
      <w:r>
        <w:rPr>
          <w:sz w:val="20"/>
        </w:rPr>
        <w:t>48:17  is ke baray mein bataein. dekhein, jahan tak main jaanta hoon, muraqba alag cheez hai, tafakkur alag cheez hai.</w:t>
      </w:r>
      <w:r>
        <w:br/>
      </w:r>
      <w:r>
        <w:rPr>
          <w:sz w:val="20"/>
        </w:rPr>
        <w:t>48:27  tafakkur mein aqal istemaal hoti hai. aqal ko hum istemaal karein to is ka naam hai tafakkur. ab muraqba mein to woh log dil farz karte hain ke dil mein sab kuch hota hai, to dil par tawajjuh dete hain.</w:t>
      </w:r>
      <w:r>
        <w:br/>
      </w:r>
      <w:r>
        <w:rPr>
          <w:sz w:val="20"/>
        </w:rPr>
        <w:t>48:41  ab main to yeh manta nahin ke dil mein sab kuch hota hai. dil ko to circulation of blood ka zariya hai bas. lekin woh log yeh mante hain ke dil mein khazana maarfat</w:t>
      </w:r>
      <w:r>
        <w:br/>
      </w:r>
      <w:r>
        <w:rPr>
          <w:sz w:val="20"/>
        </w:rPr>
        <w:t>48:52  hai aur is par dhyan doge to is se khazana milega maarfat ka. to yeh ek mafrooze par qaim hai saara. muraqba saara ka saara ek mafrooze par qaim hai ke dil mein sab kuch hai, is par dhyan kahan lagao, is se sab cheez mil jayegi.</w:t>
      </w:r>
      <w:r>
        <w:br/>
      </w:r>
      <w:r>
        <w:rPr>
          <w:sz w:val="20"/>
        </w:rPr>
        <w:t>49:10  to per main is ko sahi nahin manta.</w:t>
      </w:r>
      <w:r>
        <w:br/>
      </w:r>
      <w:r>
        <w:rPr>
          <w:sz w:val="20"/>
        </w:rPr>
        <w:t>49:13  mere nazdeek jo sahi cheez hai, woh tafakkur hai, yaani ghour o fikr. ghour o fikr to ghour o fikr mein aadmi apne aqal ko istemaal kar sakta hai, dalail ko dekhta hai, tajziya karta hai,</w:t>
      </w:r>
      <w:r>
        <w:br/>
      </w:r>
      <w:r>
        <w:rPr>
          <w:sz w:val="20"/>
        </w:rPr>
        <w:t>49:30  analysis karta hai. to woh ek alag cheez hai. dono mein bilkul yaani satana nawaan ka maamla hai ke woh alag cheez hai, woh alag cheez hai.</w:t>
      </w:r>
    </w:p>
    <w:p>
      <w:pPr>
        <w:pStyle w:val="Heading2"/>
      </w:pPr>
      <w:r>
        <w:t>Difference between guidance and misguidance</w:t>
      </w:r>
    </w:p>
    <w:p>
      <w:r>
        <w:rPr>
          <w:color w:val="666666"/>
          <w:sz w:val="18"/>
        </w:rPr>
        <w:t>Spirituality · Islamic Pacifism Q&amp;A 8 May 2011 · 3m 38s · at 0:13 · https://youtu.be/5ZersGDNVcw?t=13</w:t>
      </w:r>
    </w:p>
    <w:p>
      <w:r>
        <w:rPr>
          <w:i/>
        </w:rPr>
        <w:t>“I have so far observed this difference between guidance and misguidance: misguidance has a limit; it either stops at a breaking point or rapidly advances on one issue, while guidance is unlimited—just as ma‘rifat has no limit and the process of tazkiyah continues for a lifetime. Please tell us something about this.”</w:t>
      </w:r>
    </w:p>
    <w:p>
      <w:r>
        <w:rPr>
          <w:sz w:val="20"/>
        </w:rPr>
        <w:t>0:13  maulana, ye sawal aaya hai mr amir bin yusuf ka pakistan se. unhone likha hai: "maine abhi tak hidayat aur gumrahi mein ye difference mehsoos kiya hai ki gumrahi ki limit hoti hai,</w:t>
      </w:r>
      <w:r>
        <w:br/>
      </w:r>
      <w:r>
        <w:rPr>
          <w:sz w:val="20"/>
        </w:rPr>
        <w:t>0:29  wo kisi break par ruk jaati hai, ya kisi ek issue par tezi se aage badh jaati hai, jabki hidayat unlimited hoti hai, jaise marifat ki koi limit nahi, tazkiya ka amal lifetime chalta hai." iske bare mein kuch bataen.</w:t>
      </w:r>
      <w:r>
        <w:br/>
      </w:r>
      <w:r>
        <w:rPr>
          <w:sz w:val="20"/>
        </w:rPr>
        <w:t>0:52  baat sahi hai, lekin main unhen kahunga ki gumrahi ruk jaati hai.</w:t>
      </w:r>
      <w:r>
        <w:br/>
      </w:r>
      <w:r>
        <w:rPr>
          <w:sz w:val="20"/>
        </w:rPr>
        <w:t>1:01  nahi, warning milta hai: "ruk jao." speed breaker jo aata hai, wo warning ke liye hota hai.</w:t>
      </w:r>
      <w:r>
        <w:br/>
      </w:r>
      <w:r>
        <w:rPr>
          <w:sz w:val="20"/>
        </w:rPr>
        <w:t>1:10  speed breaker ke bawajood log gumrahi se hatate nahi, phir bhi usi par chalte rehte hain, usi raah mein. to main yeh kahunga ki hidayat ke raaste par aap chalenge to ismein koi speed breaker nahi aata,</w:t>
      </w:r>
      <w:r>
        <w:br/>
      </w:r>
      <w:r>
        <w:rPr>
          <w:sz w:val="20"/>
        </w:rPr>
        <w:t>1:29  lekin ismein bhi aata hai. main balki yun kahunga ki speed breaker to zindagi ka hissa hai.</w:t>
      </w:r>
      <w:r>
        <w:br/>
      </w:r>
      <w:r>
        <w:rPr>
          <w:sz w:val="20"/>
        </w:rPr>
        <w:t>1:39  speed breaker jo hai, zindagi ka hissa hai. rasool Allah ko masle pesh aaye, sahaba ko masle pesh aaye, wo sab isi par.</w:t>
      </w:r>
      <w:r>
        <w:br/>
      </w:r>
      <w:r>
        <w:rPr>
          <w:sz w:val="20"/>
        </w:rPr>
        <w:t>1:48  speed breaker hi to the.</w:t>
      </w:r>
      <w:r>
        <w:br/>
      </w:r>
      <w:r>
        <w:rPr>
          <w:sz w:val="20"/>
        </w:rPr>
        <w:t>1:50  to speed breaker jo hai, wo aapko aapke test ke liye hota hai ki aap ruk jaate hain ya aage badhte hain. ruk jaate hain ya aage badhte hain.</w:t>
      </w:r>
      <w:r>
        <w:br/>
      </w:r>
      <w:r>
        <w:rPr>
          <w:sz w:val="20"/>
        </w:rPr>
        <w:t>2:03  to speed breaker jo hai, is aadmi ke liye jo sach bach seeker hai, jo sachai ko daryaft kar chuka hai,</w:t>
      </w:r>
      <w:r>
        <w:br/>
      </w:r>
      <w:r>
        <w:rPr>
          <w:sz w:val="20"/>
        </w:rPr>
        <w:t>2:10  uske liye speed breaker jo hai, wo sirf ek mehmid banta hai, ek instructional ban jaata hai. aur aur aur zyada incentive ke saath wo aage badhta hai.</w:t>
      </w:r>
      <w:r>
        <w:br/>
      </w:r>
      <w:r>
        <w:rPr>
          <w:sz w:val="20"/>
        </w:rPr>
        <w:t>2:22  lekin jinke andar seeker, seeking spirit nahi hai,</w:t>
      </w:r>
      <w:r>
        <w:br/>
      </w:r>
      <w:r>
        <w:rPr>
          <w:sz w:val="20"/>
        </w:rPr>
        <w:t>2:29  jo daryaft ke darje mein sachai ko nahi paya unhone, to unke liye jab record koi aati hai to usi mein bhatak jaate hain. record unke upar chha jaati hai.</w:t>
      </w:r>
      <w:r>
        <w:br/>
      </w:r>
      <w:r>
        <w:rPr>
          <w:sz w:val="20"/>
        </w:rPr>
        <w:t>2:41  to zyada sahi taur par yeh kahun ki isi speed breaker zindagi ke</w:t>
      </w:r>
      <w:r>
        <w:br/>
      </w:r>
      <w:r>
        <w:rPr>
          <w:sz w:val="20"/>
        </w:rPr>
        <w:t>2:46  ek part hai. isi speed breaker ka matlab hai rukawatein, mushkilat, muwan'e, hurdles.</w:t>
      </w:r>
      <w:r>
        <w:br/>
      </w:r>
      <w:r>
        <w:rPr>
          <w:sz w:val="20"/>
        </w:rPr>
        <w:t>2:59  yeh zindagi ka ek part hai. wo sab ko pesh aate hain.</w:t>
      </w:r>
      <w:r>
        <w:br/>
      </w:r>
      <w:r>
        <w:rPr>
          <w:sz w:val="20"/>
        </w:rPr>
        <w:t>3:04  paighambar ko bhi aur ghair paighambar ko bhi. aur wo darasal ek test hota hai. agar aap, yaani aapka zehan bedaar hai,</w:t>
      </w:r>
      <w:r>
        <w:br/>
      </w:r>
      <w:r>
        <w:rPr>
          <w:sz w:val="20"/>
        </w:rPr>
        <w:t>3:20  aapka shaoor bedaar hai,</w:t>
      </w:r>
      <w:r>
        <w:br/>
      </w:r>
      <w:r>
        <w:rPr>
          <w:sz w:val="20"/>
        </w:rPr>
        <w:t>3:22  aap cheezon ko analysis karna jaante hain, to isse aapko koi nuksan nahi pahunchega. aap aage badhte chale jayenge. lekin agar aapka zehan bedaar nahi hai, aapka shaoor bedaar nahi hai, aap usko explain karne ki taqat aapke andar nahi hai,</w:t>
      </w:r>
      <w:r>
        <w:br/>
      </w:r>
      <w:r>
        <w:rPr>
          <w:sz w:val="20"/>
        </w:rPr>
        <w:t>3:38  to negative result niklega, aap phans karte jayenge ismein. aur aapki zindagi mein stop ho jayega.</w:t>
      </w:r>
    </w:p>
    <w:p>
      <w:pPr>
        <w:pStyle w:val="Heading2"/>
      </w:pPr>
      <w:r>
        <w:t>Difference between ma'rifat and mushahida</w:t>
      </w:r>
    </w:p>
    <w:p>
      <w:r>
        <w:rPr>
          <w:color w:val="666666"/>
          <w:sz w:val="18"/>
        </w:rPr>
        <w:t>Spirituality · Concept of God December 7, 2014 · 59s · at 1:10:32 · https://youtu.be/dCgL9lp8EAo?t=4232</w:t>
      </w:r>
    </w:p>
    <w:p>
      <w:r>
        <w:rPr>
          <w:i/>
        </w:rPr>
        <w:t>“What is the difference between ma'rifat and mushahida?”</w:t>
      </w:r>
    </w:p>
    <w:p>
      <w:r>
        <w:rPr>
          <w:sz w:val="20"/>
        </w:rPr>
        <w:t>1:10:32  Maulana, agla sawal Naseer Allah sahib ne Bangalore se kiya hai, aur unhon ne likha hai: "Maulana, marifat aur mushahida mein farq kya hai?" Maulana, marifat ka lafz istemal karte hi Salafi log mushahida ke ma'ni samajhte hain.</w:t>
      </w:r>
      <w:r>
        <w:br/>
      </w:r>
      <w:r>
        <w:rPr>
          <w:sz w:val="20"/>
        </w:rPr>
        <w:t>1:10:52  Sahi marifat aur sahi mushahida mein farq kya hai, is ke bare mein bataein. Bhai, mushahida wohi samajhni hai. Marifat se alag cheez hai, mushahida alag cheez hai.</w:t>
      </w:r>
      <w:r>
        <w:br/>
      </w:r>
      <w:r>
        <w:rPr>
          <w:sz w:val="20"/>
        </w:rPr>
        <w:t>1:11:04  Main is sawal ko samjha nahin hoon. Mushahida ka matlab observation, woh ek alag cheez hai. Marifat ka matlab realization, woh alag cheez hai.</w:t>
      </w:r>
      <w:r>
        <w:br/>
      </w:r>
      <w:r>
        <w:rPr>
          <w:sz w:val="20"/>
        </w:rPr>
        <w:t>1:11:17  Main aap ka sawal nahin samjha. Salafi log kab? Main ne to kabhi suna nahin ke Salafi log mushahida aur marifat ko ek samajhte hain. Main ne to kabhi suna nahin. Yeh baat meri unknown hai.</w:t>
      </w:r>
    </w:p>
    <w:p>
      <w:pPr>
        <w:pStyle w:val="Heading2"/>
      </w:pPr>
      <w:r>
        <w:t>Difference between poetic and divine reflection</w:t>
      </w:r>
    </w:p>
    <w:p>
      <w:r>
        <w:rPr>
          <w:color w:val="666666"/>
          <w:sz w:val="18"/>
        </w:rPr>
        <w:t>Spirituality · Divine Ideology of Life I 11 July 2010 · 1m 46s · at 1:32:06 · https://youtu.be/wOmHVfyjMJY?t=5526</w:t>
      </w:r>
    </w:p>
    <w:p>
      <w:r>
        <w:rPr>
          <w:i/>
        </w:rPr>
        <w:t>“One of my companions told me that reflection can be poetic and also divine; a poet also draws lessons from events. Please explain the difference between poetic reflection and divine reflection.”</w:t>
      </w:r>
    </w:p>
    <w:p>
      <w:r>
        <w:rPr>
          <w:sz w:val="20"/>
        </w:rPr>
        <w:t>1:32:06  baat ko as a customs yeh araij hua. mein nahi keh raha hoon ke sahi galat, woh alag cheez hai. Maulana, agla sawal kya hai?</w:t>
      </w:r>
      <w:r>
        <w:br/>
      </w:r>
      <w:r>
        <w:rPr>
          <w:sz w:val="20"/>
        </w:rPr>
        <w:t>1:32:16  Maulana Abdul Basit Umri ne Doha, Qatar se. unhon ne likha hai ke Maulana, hamare ek saathi ne mujh se kaha ke tafakkur shairana bhi hota hai aur rabbani bhi.</w:t>
      </w:r>
      <w:r>
        <w:br/>
      </w:r>
      <w:r>
        <w:rPr>
          <w:sz w:val="20"/>
        </w:rPr>
        <w:t>1:32:30  Shair bhi waqiaat se koi sabaq nikalta hai.</w:t>
      </w:r>
      <w:r>
        <w:br/>
      </w:r>
      <w:r>
        <w:rPr>
          <w:sz w:val="20"/>
        </w:rPr>
        <w:t>1:32:34  Hamein dono mein farq ko jaanna chahiye. Maulana, is bare mein wajahaat kijiye. Shair jo karta hai, uska naam hai takhayyul.</w:t>
      </w:r>
      <w:r>
        <w:br/>
      </w:r>
      <w:r>
        <w:rPr>
          <w:sz w:val="20"/>
        </w:rPr>
        <w:t>1:32:44  Tafakkur nahi hai woh. takhayyul. jaise Iqbal ne kaha: "nahi tera nashamand qasr-e-saltani gumbad par." toh tu shahi hai basera kar pahadon ki chataanon mein.</w:t>
      </w:r>
      <w:r>
        <w:br/>
      </w:r>
      <w:r>
        <w:rPr>
          <w:sz w:val="20"/>
        </w:rPr>
        <w:t>1:33:01  Yeh kya hai? Yeh shairi hai. takhayyuli. Yeh tafakkur nahi hai yeh. kaun hai jo ja ke paanch chataanon mein rahega aur basti chhod dega?</w:t>
      </w:r>
      <w:r>
        <w:br/>
      </w:r>
      <w:r>
        <w:rPr>
          <w:sz w:val="20"/>
        </w:rPr>
        <w:t>1:33:11  Iqbal ne bhi aisa nahi kiya. khud Iqbal ne bhi aisa nahi kiya. unhon ne apna ghar banaya Lahore mein.</w:t>
      </w:r>
      <w:r>
        <w:br/>
      </w:r>
      <w:r>
        <w:rPr>
          <w:sz w:val="20"/>
        </w:rPr>
        <w:t>1:33:17  Maine khud unke ghar ko dekha hai. toh shair jo hai, us jo karta hai, uska naam hai takhayyul. takhayyul.</w:t>
      </w:r>
      <w:r>
        <w:br/>
      </w:r>
      <w:r>
        <w:rPr>
          <w:sz w:val="20"/>
        </w:rPr>
        <w:t>1:33:28  Aur doosri cheez jo hai, uska naam hai tafakkur, tadabbur, tadakkur. woh ek alag bilkul alag cheez hai. mein shairi ko bilkul bekaar samajhta hoon.</w:t>
      </w:r>
      <w:r>
        <w:br/>
      </w:r>
      <w:r>
        <w:rPr>
          <w:sz w:val="20"/>
        </w:rPr>
        <w:t>1:33:38  Quran mein, Hadees mein isko kahin shairi ko pasand nahi kiya gaya hai. tamam Sahaba jo the, pehle shairi kiya karte the. Islam aaya toh sab ki shairi khatm ho gayi.</w:t>
      </w:r>
      <w:r>
        <w:br/>
      </w:r>
      <w:r>
        <w:rPr>
          <w:sz w:val="20"/>
        </w:rPr>
        <w:t>1:33:49  Toh jo log shairi karte hain, unhein shairi chhod dena chahiye. yeh sab</w:t>
      </w:r>
    </w:p>
    <w:p>
      <w:pPr>
        <w:pStyle w:val="Heading2"/>
      </w:pPr>
      <w:r>
        <w:t>Difference between religion and spirituality</w:t>
      </w:r>
    </w:p>
    <w:p>
      <w:r>
        <w:rPr>
          <w:color w:val="666666"/>
          <w:sz w:val="18"/>
        </w:rPr>
        <w:t>Spirituality · Spirituality in Simple Living, High Thinking October 27, 2019 Maulana Wahiduddin Khan · 1m 15s · at 48:29 · https://youtu.be/Kr28g15eFr8?t=2909</w:t>
      </w:r>
    </w:p>
    <w:p>
      <w:r>
        <w:rPr>
          <w:i/>
        </w:rPr>
        <w:t>“Through your guidance of simple living, we can save ourselves from lots of distractions to attain spirituality. My question is, is there any difference between religion and spirituality?”</w:t>
      </w:r>
    </w:p>
    <w:p>
      <w:r>
        <w:rPr>
          <w:sz w:val="20"/>
        </w:rPr>
        <w:t>48:29  maulana, agla sawal Muhammad Abdullah sahib ne bheja hai Kolkata se. unhon ne likha hai: "maulana, through your guidance of simple living, we can save us from lot of distractions to attain spirituality.</w:t>
      </w:r>
      <w:r>
        <w:br/>
      </w:r>
      <w:r>
        <w:rPr>
          <w:sz w:val="20"/>
        </w:rPr>
        <w:t>48:47  my question is, if there is any difference between religion and spirituality?" aap se mein dekhen, yani</w:t>
      </w:r>
      <w:r>
        <w:br/>
      </w:r>
      <w:r>
        <w:rPr>
          <w:sz w:val="20"/>
        </w:rPr>
        <w:t>49:01  ya to mein samajhta hoon ke essence to dono ka ek hai, essence lekin term fareeq farq hai.</w:t>
      </w:r>
      <w:r>
        <w:br/>
      </w:r>
      <w:r>
        <w:rPr>
          <w:sz w:val="20"/>
        </w:rPr>
        <w:t>49:15  religion term agar istemal karein aap to aap religion ka lafz istemal karenge,</w:t>
      </w:r>
      <w:r>
        <w:br/>
      </w:r>
      <w:r>
        <w:rPr>
          <w:sz w:val="20"/>
        </w:rPr>
        <w:t>49:25  aur secular term istemal karein aap to us ke liye aap ko secular term istemal karenge.</w:t>
      </w:r>
      <w:r>
        <w:br/>
      </w:r>
      <w:r>
        <w:rPr>
          <w:sz w:val="20"/>
        </w:rPr>
        <w:t>49:34  aap to essence dono ka ek hai lekin term different hai.</w:t>
      </w:r>
    </w:p>
    <w:p>
      <w:pPr>
        <w:pStyle w:val="Heading2"/>
      </w:pPr>
      <w:r>
        <w:t>Difference between religion and spirituality</w:t>
      </w:r>
    </w:p>
    <w:p>
      <w:r>
        <w:rPr>
          <w:color w:val="666666"/>
          <w:sz w:val="18"/>
        </w:rPr>
        <w:t>Spirituality · Nation Building On India's Republic Day Jan 26, 2020 Maulana Wahiduddin Khan · 1m 31s · at 1:01:23 · https://youtu.be/58CVocbLAb8?t=3683</w:t>
      </w:r>
    </w:p>
    <w:p>
      <w:r>
        <w:rPr>
          <w:i/>
        </w:rPr>
        <w:t>“What is the difference between religion and spirituality? Some people say they are okay with spirituality but not with religion. Please give clarity on this subject and how to address such people.”</w:t>
      </w:r>
    </w:p>
    <w:p>
      <w:r>
        <w:rPr>
          <w:sz w:val="20"/>
        </w:rPr>
        <w:t>1:01:23  Maulana agla sawal kya hai Muhammad Naseem sahib ne merit se. Unhon ne likha hai: "Maulana what is the difference between religion and spirituality?</w:t>
      </w:r>
      <w:r>
        <w:br/>
      </w:r>
      <w:r>
        <w:rPr>
          <w:sz w:val="20"/>
        </w:rPr>
        <w:t>1:01:36  Some people say we are okay with spirituality but not okay with religion. Please give us clarity on this subject.</w:t>
      </w:r>
      <w:r>
        <w:br/>
      </w:r>
      <w:r>
        <w:rPr>
          <w:sz w:val="20"/>
        </w:rPr>
        <w:t>1:01:46  Then how can we address such people</w:t>
      </w:r>
      <w:r>
        <w:br/>
      </w:r>
      <w:r>
        <w:rPr>
          <w:sz w:val="20"/>
        </w:rPr>
        <w:t>1:01:48  ?" Aisay log na to religion ruk jatay na spirituality ruk jatay.</w:t>
      </w:r>
      <w:r>
        <w:br/>
      </w:r>
      <w:r>
        <w:rPr>
          <w:sz w:val="20"/>
        </w:rPr>
        <w:t>1:02:00  Mein ne dono ko parha hai mein kar sakta hoon ke religion spirituality hai aur spirituality religion hai. Religion spirituality hai aur spirituality religion hai.</w:t>
      </w:r>
      <w:r>
        <w:br/>
      </w:r>
      <w:r>
        <w:rPr>
          <w:sz w:val="20"/>
        </w:rPr>
        <w:t>1:02:15  Aap kahain ke sab mutala kijiye to aap janen ke</w:t>
      </w:r>
      <w:r>
        <w:br/>
      </w:r>
      <w:r>
        <w:rPr>
          <w:sz w:val="20"/>
        </w:rPr>
        <w:t>1:02:23  Ek hindu se meri mulaqat hui to us ne kaha ke mein quran ko parhta hoon aur gita bhi parhta hoon.</w:t>
      </w:r>
      <w:r>
        <w:br/>
      </w:r>
      <w:r>
        <w:rPr>
          <w:sz w:val="20"/>
        </w:rPr>
        <w:t>1:02:33  To mein jab gita ko parhta hoon to lagta hai ke mein quran ko parh raha hoon. Aaj jab quran ko parhta hoon to lagta hai ke mein gita ko parh raha hoon. Yeh un ka apna nazariya hai lekin spirituality ke bare mein kahoon ga ke spirituality religion hai aur religion spirituality hai.</w:t>
      </w:r>
    </w:p>
    <w:p>
      <w:pPr>
        <w:pStyle w:val="Heading2"/>
      </w:pPr>
      <w:r>
        <w:t>Difference between spirit and form</w:t>
      </w:r>
    </w:p>
    <w:p>
      <w:r>
        <w:rPr>
          <w:color w:val="666666"/>
          <w:sz w:val="18"/>
        </w:rPr>
        <w:t>Spirituality · Discovery of God (In Conversation with Maulana) December 25, 2011 · 1m 20s · at 39:46 · https://youtu.be/-1c1d7cFj0s?t=2386</w:t>
      </w:r>
    </w:p>
    <w:p>
      <w:r>
        <w:rPr>
          <w:i/>
        </w:rPr>
        <w:t>“What is the difference between the terms spirit and form?”</w:t>
      </w:r>
    </w:p>
    <w:p>
      <w:r>
        <w:rPr>
          <w:sz w:val="20"/>
        </w:rPr>
        <w:t>39:46  maulana, inka ek aur sawal hai. Unhone likha hai ke is spirit aur form ki istilaah mein farq kya hai?</w:t>
      </w:r>
      <w:r>
        <w:br/>
      </w:r>
      <w:r>
        <w:rPr>
          <w:sz w:val="20"/>
        </w:rPr>
        <w:t>39:52  istilaah acha term. Istilaah ka matlab term.</w:t>
      </w:r>
      <w:r>
        <w:br/>
      </w:r>
      <w:r>
        <w:rPr>
          <w:sz w:val="20"/>
        </w:rPr>
        <w:t>40:00  bhai, spirit jo hai, woh inner content ka naam hai aur form outer content ka naam hai.</w:t>
      </w:r>
      <w:r>
        <w:br/>
      </w:r>
      <w:r>
        <w:rPr>
          <w:sz w:val="20"/>
        </w:rPr>
        <w:t>40:10  yani jise ibadat hai, ibadat yani dil ke andar khushu jo hota hai, woh hoga spirit hai iski.</w:t>
      </w:r>
      <w:r>
        <w:br/>
      </w:r>
      <w:r>
        <w:rPr>
          <w:sz w:val="20"/>
        </w:rPr>
        <w:t>40:22  aur kharij mein aap rooh ko sajda karte hain, uska form hai. To Islam ke jitne bhi aamal hain, jaise aap ne kaha la ilaha illallah, yeh bhi uska ab ek form hai.</w:t>
      </w:r>
      <w:r>
        <w:br/>
      </w:r>
      <w:r>
        <w:rPr>
          <w:sz w:val="20"/>
        </w:rPr>
        <w:t>40:35  kuch alfaaz aap bole aur uski spirit yeh hai ke aap ko yani Allah ka khauf aap ke andar aa gaya, Allah ki mohabbat aap ke andar aa gayi, Allah ki azmat aap ke dil mein aa gayi.</w:t>
      </w:r>
      <w:r>
        <w:br/>
      </w:r>
      <w:r>
        <w:rPr>
          <w:sz w:val="20"/>
        </w:rPr>
        <w:t>40:49  to inner content ka naam hai spirit aur outer jo jo uska yani pehlu hai, uska naam hai form.</w:t>
      </w:r>
    </w:p>
    <w:p>
      <w:pPr>
        <w:pStyle w:val="Heading2"/>
      </w:pPr>
      <w:r>
        <w:t>Difference between spirituality and Shariah</w:t>
      </w:r>
    </w:p>
    <w:p>
      <w:r>
        <w:rPr>
          <w:color w:val="666666"/>
          <w:sz w:val="18"/>
        </w:rPr>
        <w:t>Spirituality · The Age of Giving Global Thanks Dec 15. 2019—Maulana Wahiduddin Khan · 1m 07s · at 49:53 · https://youtu.be/254Pgn6Ldts?t=2993</w:t>
      </w:r>
    </w:p>
    <w:p>
      <w:r>
        <w:rPr>
          <w:i/>
        </w:rPr>
        <w:t>“How do you see the difference between spirituality and Shariah?”</w:t>
      </w:r>
    </w:p>
    <w:p>
      <w:r>
        <w:rPr>
          <w:sz w:val="20"/>
        </w:rPr>
        <w:t>49:53  molana, agla sawal pakistan se muhammad arsalan sahib ne bheja hai. unhon ne aapse poocha hai: "how do you see the difference between spirituality and shariat?" dekhiye,</w:t>
      </w:r>
      <w:r>
        <w:br/>
      </w:r>
      <w:r>
        <w:rPr>
          <w:sz w:val="20"/>
        </w:rPr>
        <w:t>50:07  jahan tak mere sath taluq hai, main to koi difference nahi samajhta. baqi jo scholars hain, scholars ke nazdeek farq hai.</w:t>
      </w:r>
      <w:r>
        <w:br/>
      </w:r>
      <w:r>
        <w:rPr>
          <w:sz w:val="20"/>
        </w:rPr>
        <w:t>50:23  spirituality un ka, is ka taluq tasawwuf se hai aur shariat ka taluq fiqh islam se hai.</w:t>
      </w:r>
      <w:r>
        <w:br/>
      </w:r>
      <w:r>
        <w:rPr>
          <w:sz w:val="20"/>
        </w:rPr>
        <w:t>50:36  baqi mere nazdeek to wohi fiqh hai, wohi shariat hai, wohi tasawwuf hai, wohi sab.</w:t>
      </w:r>
      <w:r>
        <w:br/>
      </w:r>
      <w:r>
        <w:rPr>
          <w:sz w:val="20"/>
        </w:rPr>
        <w:t>50:48  main to universal outlook mere andar hai allah ke fazl se.</w:t>
      </w:r>
    </w:p>
    <w:p>
      <w:pPr>
        <w:pStyle w:val="Heading2"/>
      </w:pPr>
      <w:r>
        <w:t>Difference between spirituality and religion</w:t>
      </w:r>
    </w:p>
    <w:p>
      <w:r>
        <w:rPr>
          <w:color w:val="666666"/>
          <w:sz w:val="18"/>
        </w:rPr>
        <w:t>Spirituality · Discovery of Paradise November 15, 2020 Maulana Wahiduddin Khan · 2m 51s · at 29:16 · https://youtu.be/Ig1kHk5K3zE?t=1756</w:t>
      </w:r>
    </w:p>
    <w:p>
      <w:r>
        <w:rPr>
          <w:i/>
        </w:rPr>
        <w:t>“What is spirituality and what is religion? What is the difference between the two? Please clarify.”</w:t>
      </w:r>
    </w:p>
    <w:p>
      <w:r>
        <w:rPr>
          <w:sz w:val="20"/>
        </w:rPr>
        <w:t>29:16  muhammad bilal shafi sahib ne sawal bheja hai. unho ne aapse poocha hai ke: "maulana, spirituality kya hai aur religion kya hai?\</w:t>
      </w:r>
      <w:r>
        <w:br/>
      </w:r>
      <w:r>
        <w:rPr>
          <w:sz w:val="20"/>
        </w:rPr>
        <w:t>29:28  in dono mein kya difference hai? is ko wazeh karen."</w:t>
      </w:r>
      <w:r>
        <w:br/>
      </w:r>
      <w:r>
        <w:rPr>
          <w:sz w:val="20"/>
        </w:rPr>
        <w:t>29:33  main samajhta hoon ke yeh bohat saada question nahi hai.</w:t>
      </w:r>
      <w:r>
        <w:br/>
      </w:r>
      <w:r>
        <w:rPr>
          <w:sz w:val="20"/>
        </w:rPr>
        <w:t>29:42  it required life long study.</w:t>
      </w:r>
      <w:r>
        <w:br/>
      </w:r>
      <w:r>
        <w:rPr>
          <w:sz w:val="20"/>
        </w:rPr>
        <w:t>29:51  to agar aap janna chahte hain to deep study karni pare gi. woh possible nahi hai.</w:t>
      </w:r>
      <w:r>
        <w:br/>
      </w:r>
      <w:r>
        <w:rPr>
          <w:sz w:val="20"/>
        </w:rPr>
        <w:t>30:05  Mahboob bhai ne comment bheja hai Mumbai se. unho ne likha hai: "Maulana, Allah se dua hai ke aap ki guidance mere liye aur zameen par basne wale sabhi insano ke liye lambi muddat tak rahe.</w:t>
      </w:r>
      <w:r>
        <w:br/>
      </w:r>
      <w:r>
        <w:rPr>
          <w:sz w:val="20"/>
        </w:rPr>
        <w:t>30:24  aap ki Allah har tarah se hifazat kare."</w:t>
      </w:r>
      <w:r>
        <w:br/>
      </w:r>
      <w:r>
        <w:rPr>
          <w:sz w:val="20"/>
        </w:rPr>
        <w:t>30:30  Masha Allah, Masha Allah, Masha Allah. Tariq Badar sahib ne comment bheja hai Pakistan se.</w:t>
      </w:r>
      <w:r>
        <w:br/>
      </w:r>
      <w:r>
        <w:rPr>
          <w:sz w:val="20"/>
        </w:rPr>
        <w:t>30:42  unho ne likha hai: "Maulana sahib, your two books are extraordinary in discovering God.</w:t>
      </w:r>
      <w:r>
        <w:br/>
      </w:r>
      <w:r>
        <w:rPr>
          <w:sz w:val="20"/>
        </w:rPr>
        <w:t>30:52  these two books are Allah Akbar and Kitab e Marifat. we are trying that these books reaches to maximum people in Pakistan."</w:t>
      </w:r>
      <w:r>
        <w:br/>
      </w:r>
      <w:r>
        <w:rPr>
          <w:sz w:val="20"/>
        </w:rPr>
        <w:t>31:07  Okay, we will end the session now. Thank you.</w:t>
      </w:r>
    </w:p>
    <w:p>
      <w:pPr>
        <w:pStyle w:val="Heading2"/>
      </w:pPr>
      <w:r>
        <w:t>Difference between tafakkur and muraqabah</w:t>
      </w:r>
    </w:p>
    <w:p>
      <w:r>
        <w:rPr>
          <w:color w:val="666666"/>
          <w:sz w:val="18"/>
        </w:rPr>
        <w:t>Spirituality · Realisation of God January 19, 2014 · 1m 05s · at 59:06 · https://youtu.be/uIn3AfDkk6Y?t=3546</w:t>
      </w:r>
    </w:p>
    <w:p>
      <w:r>
        <w:rPr>
          <w:i/>
        </w:rPr>
        <w:t>“Maulana, the practical data of reflection is with the Westerners; they explored by using reason. Please clarify the difference between reflection (tafakkur) and meditation (muraqabah).”</w:t>
      </w:r>
    </w:p>
    <w:p>
      <w:r>
        <w:rPr>
          <w:sz w:val="20"/>
        </w:rPr>
        <w:t>59:06  hai. molana, agla sawal chennai se hai molana iqbal umri ka. unhon ne likha hai: "molana, tafakkur ka practical data ahl-e-maghrib ke paas hai.</w:t>
      </w:r>
      <w:r>
        <w:br/>
      </w:r>
      <w:r>
        <w:rPr>
          <w:sz w:val="20"/>
        </w:rPr>
        <w:t>59:18  unhon ne aql ko use karne ki wajah se explore kiya hai. molana, tafakkur aur murakabe ka farq wazeh karein." yeh sab cheezein mein tafseel se is kitab mein likh chuka hoon.</w:t>
      </w:r>
      <w:r>
        <w:br/>
      </w:r>
      <w:r>
        <w:rPr>
          <w:sz w:val="20"/>
        </w:rPr>
        <w:t>59:30  yeh sab baatein to hum bar bar likh chuke hain. kitab "barfraj" jo mot si kitab hai, us mein bhi tafseel se maujood hai yeh baat</w:t>
      </w:r>
      <w:r>
        <w:br/>
      </w:r>
      <w:r>
        <w:rPr>
          <w:sz w:val="20"/>
        </w:rPr>
        <w:t>59:37  . to mein arz karoon ga ke is in baaton ko parh kar sawal kiya jaye taake koi naya pehlu khule jahan aap parhein, parh kar sawal karein ge to koi naya pehlu nikalen ge.</w:t>
      </w:r>
      <w:r>
        <w:br/>
      </w:r>
      <w:r>
        <w:rPr>
          <w:sz w:val="20"/>
        </w:rPr>
        <w:t>59:50  aap is naye pehlu se inshallah is ki wazahat ki jaye gi. to mein yahi kahoon ga ke kitab "marifat" mein hum ne jo is ki wazahat ki hai, us ko parhiye.</w:t>
      </w:r>
      <w:r>
        <w:br/>
      </w:r>
      <w:r>
        <w:rPr>
          <w:sz w:val="20"/>
        </w:rPr>
        <w:t>59:59  phir agle yani agle sunday ko aap sawal kar sakte hain.</w:t>
      </w:r>
    </w:p>
    <w:p>
      <w:pPr>
        <w:pStyle w:val="Heading2"/>
      </w:pPr>
      <w:r>
        <w:t>Difference between true and false hope</w:t>
      </w:r>
    </w:p>
    <w:p>
      <w:r>
        <w:rPr>
          <w:color w:val="666666"/>
          <w:sz w:val="18"/>
        </w:rPr>
        <w:t>Spirituality · The Road to Paradise December 30, 2012 Maulana Wahiduddin Khan · 1m 30s · at 1:12:34 · https://youtu.be/vUiaPsYF4Tk?t=4354</w:t>
      </w:r>
    </w:p>
    <w:p>
      <w:r>
        <w:rPr>
          <w:i/>
        </w:rPr>
        <w:t>“What is the difference between true hope and false hope?”</w:t>
      </w:r>
    </w:p>
    <w:p>
      <w:r>
        <w:rPr>
          <w:sz w:val="20"/>
        </w:rPr>
        <w:t>1:12:34  maulana, agla sawal mumbai se hai, raza sahab ka. unhon ne aapse poocha hai: "what is the difference between true hope and false hope?" is ke bare mein batayen.</w:t>
      </w:r>
      <w:r>
        <w:br/>
      </w:r>
      <w:r>
        <w:rPr>
          <w:sz w:val="20"/>
        </w:rPr>
        <w:t>1:12:46  bhai, main yahi kahunga ke agar aap quran ko padhen to quran khud bata dega ke kaun si sachi hope hoti hai, kaun si false hope hoti hai.</w:t>
      </w:r>
      <w:r>
        <w:br/>
      </w:r>
      <w:r>
        <w:rPr>
          <w:sz w:val="20"/>
        </w:rPr>
        <w:t>1:13:06  yeh baaten, yeh sab baaten batane ke liye to quran aaya hai, aur aur kaun si baaten batane ke liye?</w:t>
      </w:r>
      <w:r>
        <w:br/>
      </w:r>
      <w:r>
        <w:rPr>
          <w:sz w:val="20"/>
        </w:rPr>
        <w:t>1:13:13  main har ek se kehta hoon, sab logon se ke aap ek baar kam az kam aisa kijiye ke bilkul open mind ke sath, open mind ke sath, empty mind ke sath quran ko padhiye.</w:t>
      </w:r>
      <w:r>
        <w:br/>
      </w:r>
      <w:r>
        <w:rPr>
          <w:sz w:val="20"/>
        </w:rPr>
        <w:t>1:13:27  yeh janne ke liye sirf ke quran aap ko kya keh raha hai, kis tarah woh address kar raha hai, kya criterion de raha hai aap ko.</w:t>
      </w:r>
      <w:r>
        <w:br/>
      </w:r>
      <w:r>
        <w:rPr>
          <w:sz w:val="20"/>
        </w:rPr>
        <w:t>1:13:39  isi mein yeh baat bhi mil jayegi aap ko ke what is true hope, what is false hope. to main samajhta hoon kam az kam itna har aadmi ko karna chahiye ke sirf is maqsad se quran padhe, koi doosra maqsad nahin.</w:t>
      </w:r>
      <w:r>
        <w:br/>
      </w:r>
      <w:r>
        <w:rPr>
          <w:sz w:val="20"/>
        </w:rPr>
        <w:t>1:13:55  keh quran kiya message is ko de raha hai, to is mein jawab mil jayega.</w:t>
      </w:r>
    </w:p>
    <w:p>
      <w:pPr>
        <w:pStyle w:val="Heading2"/>
      </w:pPr>
      <w:r>
        <w:t>Different types of nafs and conscience</w:t>
      </w:r>
    </w:p>
    <w:p>
      <w:r>
        <w:rPr>
          <w:color w:val="666666"/>
          <w:sz w:val="18"/>
        </w:rPr>
        <w:t>Spirituality · The Concept of Divine Help June 16, 2013 · 1m 17s · at 59:32 · https://youtu.be/b0QaxGSnAOI?t=3572</w:t>
      </w:r>
    </w:p>
    <w:p>
      <w:r>
        <w:rPr>
          <w:i/>
        </w:rPr>
        <w:t>“How many types of nafs are there? Is conscience also a type of nafs?”</w:t>
      </w:r>
    </w:p>
    <w:p>
      <w:r>
        <w:rPr>
          <w:sz w:val="20"/>
        </w:rPr>
        <w:t>59:32  maulana, agla sawal aaya hai jalalabad, uttar pradesh se farhan khan sahab</w:t>
      </w:r>
      <w:r>
        <w:br/>
      </w:r>
      <w:r>
        <w:rPr>
          <w:sz w:val="20"/>
        </w:rPr>
        <w:t>59:38  ka. unhon ne likha hai: "maulana, nafs kitni tarah ka hota hai? kya zamir bhi aik tarah ka nafs hota hai?</w:t>
      </w:r>
      <w:r>
        <w:br/>
      </w:r>
      <w:r>
        <w:rPr>
          <w:sz w:val="20"/>
        </w:rPr>
        <w:t>59:47  is ke baray mein batayen."</w:t>
      </w:r>
      <w:r>
        <w:br/>
      </w:r>
      <w:r>
        <w:rPr>
          <w:sz w:val="20"/>
        </w:rPr>
        <w:t>59:57  dekhen, quran mein to do lafz istemal hue hain, teen laf</w:t>
      </w:r>
      <w:r>
        <w:br/>
      </w:r>
      <w:r>
        <w:rPr>
          <w:sz w:val="20"/>
        </w:rPr>
        <w:t>1:00:03  z istemal hue hain: nafs ammara aur nafs mutmainnah aur nafs lawwamah. nafs lawwamah, nafs ammara, nafs mutmainnah.</w:t>
      </w:r>
      <w:r>
        <w:br/>
      </w:r>
      <w:r>
        <w:rPr>
          <w:sz w:val="20"/>
        </w:rPr>
        <w:t>1:00:15  in baaton ko samajhne ke liye barkhast sahab kitaben padhiye. yahan, yahan is sawal se koi wazahat se aap baat clear nahin ho sakti hai. aap kitaben padhiye, is se aap baat samajh lenge.</w:t>
      </w:r>
      <w:r>
        <w:br/>
      </w:r>
      <w:r>
        <w:rPr>
          <w:sz w:val="20"/>
        </w:rPr>
        <w:t>1:00:27  khas taur par hamari jo tafsir hai, tazkirul quran, is ka mutala kijiye.</w:t>
      </w:r>
      <w:r>
        <w:br/>
      </w:r>
      <w:r>
        <w:rPr>
          <w:sz w:val="20"/>
        </w:rPr>
        <w:t>1:00:32  baqi teen lafz istemal hue hain quran majeed mein: nafs ammara, al nafs, nafs ammara, nafs mutmainnah aur nafs lawwamah.</w:t>
      </w:r>
    </w:p>
    <w:p>
      <w:pPr>
        <w:pStyle w:val="Heading2"/>
      </w:pPr>
      <w:r>
        <w:t>Differing emphases after self-purification</w:t>
      </w:r>
    </w:p>
    <w:p>
      <w:r>
        <w:rPr>
          <w:color w:val="666666"/>
          <w:sz w:val="18"/>
        </w:rPr>
        <w:t>Spirituality · Importance of Travel in Religion July 28, 2024 · 2m 12s · at 45:00 · https://youtu.be/a5tfBcUSYXc?t=2700</w:t>
      </w:r>
    </w:p>
    <w:p>
      <w:r>
        <w:rPr>
          <w:i/>
        </w:rPr>
        <w:t>“There are multiple points of view in religious thoughts. Everyone agrees upon tazkiyah nafs, but after that some people emphasize on dawah work, some on jihad, some on charity, some on Sufism, and some on iqamat-e-din.”</w:t>
      </w:r>
    </w:p>
    <w:p>
      <w:r>
        <w:rPr>
          <w:sz w:val="20"/>
        </w:rPr>
        <w:t>45:00  May Allah help me." Apa yeh ek sawal bheja hai Pakistan ne. Pakistan se Anis Rehman sahib ne aaj ke topic se to related nahi hai, lekin phir bhi main aap se poochna chahunga.</w:t>
      </w:r>
      <w:r>
        <w:br/>
      </w:r>
      <w:r>
        <w:rPr>
          <w:sz w:val="20"/>
        </w:rPr>
        <w:t>45:14  Un ka sawal hai ke "There are multiple points of views on religious thoughts.</w:t>
      </w:r>
      <w:r>
        <w:br/>
      </w:r>
      <w:r>
        <w:rPr>
          <w:sz w:val="20"/>
        </w:rPr>
        <w:t>45:20  Everyone agrees upon tazkiya-e-nafs, but after that some people emphasize on da'wah work, some on jihad, some on charity, some on sufism, and some on iqamat-e-deen.</w:t>
      </w:r>
      <w:r>
        <w:br/>
      </w:r>
      <w:r>
        <w:rPr>
          <w:sz w:val="20"/>
        </w:rPr>
        <w:t>45:35  So everyone has their references and details, and it seems right. How to know which one should we choose?</w:t>
      </w:r>
      <w:r>
        <w:br/>
      </w:r>
      <w:r>
        <w:rPr>
          <w:sz w:val="20"/>
        </w:rPr>
        <w:t>45:44  Is ke baray mein batayen."</w:t>
      </w:r>
      <w:r>
        <w:br/>
      </w:r>
      <w:r>
        <w:rPr>
          <w:sz w:val="20"/>
        </w:rPr>
        <w:t>45:49  Dekhiye, tazkiya-e-nafs to theek hai, hamesha apne aap, apna apne aap ko purification of the self karna hai, aur yeh dono sath sath chalega.</w:t>
      </w:r>
      <w:r>
        <w:br/>
      </w:r>
      <w:r>
        <w:rPr>
          <w:sz w:val="20"/>
        </w:rPr>
        <w:t>45:59  Apna tazkiya aur jo kuch hamare paas hai, us ko doosron se share karna hai. Lekin iqamat-e-deen ka to koi reference nahi.</w:t>
      </w:r>
      <w:r>
        <w:br/>
      </w:r>
      <w:r>
        <w:rPr>
          <w:sz w:val="20"/>
        </w:rPr>
        <w:t>46:07  Maulana ne apni kitab "Tabeeri Ghalati Mein" aur "Deen Ki Siyasi Ta'beer" mein bohat hi clear tareeqay se bataya hai ke woh iqamat-e-deen ka woh bilkul galat hawale hain.</w:t>
      </w:r>
      <w:r>
        <w:br/>
      </w:r>
      <w:r>
        <w:rPr>
          <w:sz w:val="20"/>
        </w:rPr>
        <w:t>46:17  Ab aap aap khud tafseer dekhiye aur khud us ko discover kijiye, samjhiye us ko ke kya is Quran ke mutabiq hai aur Rasool Allah (SAW) ki kya sunnat hai aur Sahaba ka kya uswa hai.</w:t>
      </w:r>
      <w:r>
        <w:br/>
      </w:r>
      <w:r>
        <w:rPr>
          <w:sz w:val="20"/>
        </w:rPr>
        <w:t>46:33  Yeh sab teeno cheez aap dekhiye aur us ke mutabiq jo ho, woh aap kijiye. Tazkiya-e-nafs to sab ka hi tha. Ji, der der tak raat ko ibadat karna kitna zyada mushkil kaam hai.</w:t>
      </w:r>
      <w:r>
        <w:br/>
      </w:r>
      <w:r>
        <w:rPr>
          <w:sz w:val="20"/>
        </w:rPr>
        <w:t>46:44  Isi liye kar dein apna tazkiya-e-nafs karne ke liye. To phir us ke baad saare log da'wah work kar rahe thay, saare Sahaba.</w:t>
      </w:r>
      <w:r>
        <w:br/>
      </w:r>
      <w:r>
        <w:rPr>
          <w:sz w:val="20"/>
        </w:rPr>
        <w:t>46:52  To woh hum karenge na? Yeh nahi ke koi ek aadmi agar kuch keh raha hai to us ko, us ko thori hum follow karenge. Saare Sahaba kya kaam kar rahe hain?</w:t>
      </w:r>
      <w:r>
        <w:br/>
      </w:r>
      <w:r>
        <w:rPr>
          <w:sz w:val="20"/>
        </w:rPr>
        <w:t>47:01  Saare Prophet kya kaam kar rahe hain? Quran kya keh raha hai? Aap us ko dekhiye aur us ke mutabiq apna la'ih-e-amal mutayyan kijiye.</w:t>
      </w:r>
      <w:r>
        <w:br/>
      </w:r>
      <w:r>
        <w:rPr>
          <w:sz w:val="20"/>
        </w:rPr>
        <w:t>47:10  Ji ji, apa bilkul aap ne sahi farmaya.</w:t>
      </w:r>
    </w:p>
    <w:p>
      <w:pPr>
        <w:pStyle w:val="Heading2"/>
      </w:pPr>
      <w:r>
        <w:t>Discovering Modesty Before Others</w:t>
      </w:r>
    </w:p>
    <w:p>
      <w:r>
        <w:rPr>
          <w:color w:val="666666"/>
          <w:sz w:val="18"/>
        </w:rPr>
        <w:t>Spirituality · The Prophet An Example of Modesty August 27, 2017 · 1m 29s · at 46:36 · https://youtu.be/aR3V4c8fQC4?t=2796</w:t>
      </w:r>
    </w:p>
    <w:p>
      <w:r>
        <w:rPr>
          <w:i/>
        </w:rPr>
        <w:t>“Man is ready to discover his helplessness in comparison to God, but how should he discover his modesty in comparison to other men?”</w:t>
      </w:r>
    </w:p>
    <w:p>
      <w:r>
        <w:rPr>
          <w:sz w:val="20"/>
        </w:rPr>
        <w:t>46:36  doctor naghma siddiqui ne sawal likha hai delhi se, unhon ne likha hai, "Man is ready to discover his helplessness in comparison to God, but how should he discover his modesty in comparison to other men?" is ke bare mein batayein.</w:t>
      </w:r>
      <w:r>
        <w:br/>
      </w:r>
      <w:r>
        <w:rPr>
          <w:sz w:val="20"/>
        </w:rPr>
        <w:t>46:56  deykhiye, modesty ka taluq other men se nahi hai,</w:t>
      </w:r>
      <w:r>
        <w:br/>
      </w:r>
      <w:r>
        <w:rPr>
          <w:sz w:val="20"/>
        </w:rPr>
        <w:t>47:03  God se hai.</w:t>
      </w:r>
      <w:r>
        <w:br/>
      </w:r>
      <w:r>
        <w:rPr>
          <w:sz w:val="20"/>
        </w:rPr>
        <w:t>47:07  other men se to woh apne aap aa jata hai, alag se discover nahi karna hai.</w:t>
      </w:r>
      <w:r>
        <w:br/>
      </w:r>
      <w:r>
        <w:rPr>
          <w:sz w:val="20"/>
        </w:rPr>
        <w:t>47:16  allah rab ul alameen ke muqable mein jab aap apni modesty ko discover karte hain to aap aal madaris ban jaate hain, aal madaris, har aitbar se madaris, chahe doosra insan ho ya kuch bhi ho.</w:t>
      </w:r>
      <w:r>
        <w:br/>
      </w:r>
      <w:r>
        <w:rPr>
          <w:sz w:val="20"/>
        </w:rPr>
        <w:t>47:34  to hamara jo</w:t>
      </w:r>
      <w:r>
        <w:br/>
      </w:r>
      <w:r>
        <w:rPr>
          <w:sz w:val="20"/>
        </w:rPr>
        <w:t>47:39  humein jo karna hai woh yahi hai ke hum alhamdulillah rabbil alameen ki reality ko discover karein.</w:t>
      </w:r>
      <w:r>
        <w:br/>
      </w:r>
      <w:r>
        <w:rPr>
          <w:sz w:val="20"/>
        </w:rPr>
        <w:t>47:49  ab al-kabri lillah ko hum jaanein,</w:t>
      </w:r>
      <w:r>
        <w:br/>
      </w:r>
      <w:r>
        <w:rPr>
          <w:sz w:val="20"/>
        </w:rPr>
        <w:t>47:56  is ke baad apne aap sari baatein aa jaati hain, baqiya baaton ko alag se janne ki zaroorat baqi nahin rehti.</w:t>
      </w:r>
    </w:p>
    <w:p>
      <w:pPr>
        <w:pStyle w:val="Heading2"/>
      </w:pPr>
      <w:r>
        <w:t>Discovering one's helplessness before God daily</w:t>
      </w:r>
    </w:p>
    <w:p>
      <w:r>
        <w:rPr>
          <w:color w:val="666666"/>
          <w:sz w:val="18"/>
        </w:rPr>
        <w:t>Spirituality · Dars-e-Quran, Chapter 2, Verse 37 | January  07, 2018 · 3m 10s · at 1:13:33 · https://youtu.be/ao6Cr57KuEM?t=4413</w:t>
      </w:r>
    </w:p>
    <w:p>
      <w:r>
        <w:rPr>
          <w:i/>
        </w:rPr>
        <w:t>“Maulana, can we discover our own helplessness every day? Because God...”</w:t>
      </w:r>
    </w:p>
    <w:p>
      <w:r>
        <w:rPr>
          <w:sz w:val="20"/>
        </w:rPr>
        <w:t>1:13:33  ji maulana, agla sawal aaya hai doha qatar se</w:t>
      </w:r>
      <w:r>
        <w:br/>
      </w:r>
      <w:r>
        <w:rPr>
          <w:sz w:val="20"/>
        </w:rPr>
        <w:t>1:13:39  maulana abdul basit umri sahib ka.</w:t>
      </w:r>
      <w:r>
        <w:br/>
      </w:r>
      <w:r>
        <w:rPr>
          <w:sz w:val="20"/>
        </w:rPr>
        <w:t>1:13:47  انہوں نے لکھا ہے: "مولانا، کیا اپنے urges کو ہم روزانہ دریافت کر سکتے ہیں؟ کیونکہ خدا</w:t>
      </w:r>
      <w:r>
        <w:br/>
      </w:r>
      <w:r>
        <w:rPr>
          <w:sz w:val="20"/>
        </w:rPr>
        <w:t>1:13:54  se gehra ta'alluq edges ki daryaft ke baad hi hota hai." rozana aap kehte hain har moment, har</w:t>
      </w:r>
      <w:r>
        <w:br/>
      </w:r>
      <w:r>
        <w:rPr>
          <w:sz w:val="20"/>
        </w:rPr>
        <w:t>1:14:02  lamha woh cheez</w:t>
      </w:r>
      <w:r>
        <w:br/>
      </w:r>
      <w:r>
        <w:rPr>
          <w:sz w:val="20"/>
        </w:rPr>
        <w:t>1:14:10  , yani discoverable hoti hai.</w:t>
      </w:r>
      <w:r>
        <w:br/>
      </w:r>
      <w:r>
        <w:rPr>
          <w:sz w:val="20"/>
        </w:rPr>
        <w:t>1:14:18  yani har har cheez mein hum ko daryaft hota hai ke yeh baat kaise hogi.</w:t>
      </w:r>
      <w:r>
        <w:br/>
      </w:r>
      <w:r>
        <w:rPr>
          <w:sz w:val="20"/>
        </w:rPr>
        <w:t>1:14:26  isi isi baat ko hutoobur ne kaha tha ke tum ek glass pani piyo aur pani to body</w:t>
      </w:r>
      <w:r>
        <w:br/>
      </w:r>
      <w:r>
        <w:rPr>
          <w:sz w:val="20"/>
        </w:rPr>
        <w:t>1:14:34  mein ja kar ke,</w:t>
      </w:r>
      <w:r>
        <w:br/>
      </w:r>
      <w:r>
        <w:rPr>
          <w:sz w:val="20"/>
        </w:rPr>
        <w:t>1:14:42  , yani hazam ho jae.</w:t>
      </w:r>
      <w:r>
        <w:br/>
      </w:r>
      <w:r>
        <w:rPr>
          <w:sz w:val="20"/>
        </w:rPr>
        <w:t>1:14:47  to isi pe shukr wajib hai.</w:t>
      </w:r>
      <w:r>
        <w:br/>
      </w:r>
      <w:r>
        <w:rPr>
          <w:sz w:val="20"/>
        </w:rPr>
        <w:t>1:14:53  yani ek glass pani ka aap piyen to ek system chahiye body ke andar.</w:t>
      </w:r>
      <w:r>
        <w:br/>
      </w:r>
      <w:r>
        <w:rPr>
          <w:sz w:val="20"/>
        </w:rPr>
        <w:t>1:14:58  wo system is ko accept kare to pani milega, aap ko nahin to pani nahin milega.</w:t>
      </w:r>
      <w:r>
        <w:br/>
      </w:r>
      <w:r>
        <w:rPr>
          <w:sz w:val="20"/>
        </w:rPr>
        <w:t>1:15:03  to wo system kis ne banaya? wo to khaliq ne banaya.</w:t>
      </w:r>
      <w:r>
        <w:br/>
      </w:r>
      <w:r>
        <w:rPr>
          <w:sz w:val="20"/>
        </w:rPr>
        <w:t>1:15:08  to ek glass pani pe shukr wajib hai, chawal ke ek dane par shukr wajib hai,</w:t>
      </w:r>
      <w:r>
        <w:br/>
      </w:r>
      <w:r>
        <w:rPr>
          <w:sz w:val="20"/>
        </w:rPr>
        <w:t>1:15:13  sans lete hain aap, is par shukr wajib hai.</w:t>
      </w:r>
      <w:r>
        <w:br/>
      </w:r>
      <w:r>
        <w:rPr>
          <w:sz w:val="20"/>
        </w:rPr>
        <w:t>1:15:18  har cheez par, har cheez par, har cheez par.</w:t>
      </w:r>
      <w:r>
        <w:br/>
      </w:r>
      <w:r>
        <w:rPr>
          <w:sz w:val="20"/>
        </w:rPr>
        <w:t>1:15:23  yeh to aik continuous process hai, yeh koi aik waqt ki baat nahi hai.</w:t>
      </w:r>
      <w:r>
        <w:br/>
      </w:r>
      <w:r>
        <w:rPr>
          <w:sz w:val="20"/>
        </w:rPr>
        <w:t>1:15:28  Okay, we will end the session now.</w:t>
      </w:r>
      <w:r>
        <w:br/>
      </w:r>
      <w:r>
        <w:rPr>
          <w:sz w:val="20"/>
        </w:rPr>
        <w:t>1:15:33  We want to remind the viewers that if they want to support or sponsor the Quran distribution drives,</w:t>
      </w:r>
      <w:r>
        <w:br/>
      </w:r>
      <w:r>
        <w:rPr>
          <w:sz w:val="20"/>
        </w:rPr>
        <w:t>1:15:38  deen de can r</w:t>
      </w:r>
      <w:r>
        <w:br/>
      </w:r>
      <w:r>
        <w:rPr>
          <w:sz w:val="20"/>
        </w:rPr>
        <w:t>1:15:43  ite to us at info@cpsglobal.org. Thank you.</w:t>
      </w:r>
    </w:p>
    <w:p>
      <w:pPr>
        <w:pStyle w:val="Heading2"/>
      </w:pPr>
      <w:r>
        <w:t>Distinguishing heart, mind, and soul thoughts?</w:t>
      </w:r>
    </w:p>
    <w:p>
      <w:r>
        <w:rPr>
          <w:color w:val="666666"/>
          <w:sz w:val="18"/>
        </w:rPr>
        <w:t>Spirituality · God Oriented Life July 9, 2023 · 13m 17s · at 41:03 · https://youtu.be/0bQxMeOk5c8?t=2463</w:t>
      </w:r>
    </w:p>
    <w:p>
      <w:r>
        <w:rPr>
          <w:i/>
        </w:rPr>
        <w:t>“Does our heart and mind have a connection with our soul? How do we know if the thoughts that arise are from our heart and mind or the voice of the soul? Can we hear the voice of the soul? How do we know if it is a thought from our mind or from our heart?”</w:t>
      </w:r>
    </w:p>
    <w:p>
      <w:r>
        <w:rPr>
          <w:sz w:val="20"/>
        </w:rPr>
        <w:t>41:03  apa, ek sawal bheja hai Rohit Kumar ji ne, Amritsar se program ko</w:t>
      </w:r>
      <w:r>
        <w:br/>
      </w:r>
      <w:r>
        <w:rPr>
          <w:sz w:val="20"/>
        </w:rPr>
        <w:t>41:10  dekh rahe hain. woh unhon ne likha hai, "Apa ji, kya hamare dil aur dimagh ka taluq hamari rooh se hota hai? hamare andar jo khayal paida hote hain, hamein kaise pata chale ke woh hamare dil aur dimagh ka khayal hai ya rooh ki awaz?</w:t>
      </w:r>
      <w:r>
        <w:br/>
      </w:r>
      <w:r>
        <w:rPr>
          <w:sz w:val="20"/>
        </w:rPr>
        <w:t>41:25  kya rooh ki awaz hamein sunai deti hai? hamein kaise pata chale ke yeh hamare mann ka khayal hai ya hamare dimagh ka?" apa, kripa is ko clear karen.</w:t>
      </w:r>
      <w:r>
        <w:br/>
      </w:r>
      <w:r>
        <w:rPr>
          <w:sz w:val="20"/>
        </w:rPr>
        <w:t>41:41  insaan ke andar asal cheez dimaghi hai, mind hi hai. woh hamein feel hota hai jaise hum koi bohat khush hue hain to hamein heart lagta hai ke hamara zyada beat barh gayi hai ya koi sad ho gaye hain.</w:t>
      </w:r>
      <w:r>
        <w:br/>
      </w:r>
      <w:r>
        <w:rPr>
          <w:sz w:val="20"/>
        </w:rPr>
        <w:t>41:54  to aisa heart ke level par hamein is ka effect mehsoos hota hai. woh effect hai, asal to mind hi hai. wahi hamari personality hai, wahi usi ko rooh aap keh sakte hain.</w:t>
      </w:r>
      <w:r>
        <w:br/>
      </w:r>
      <w:r>
        <w:rPr>
          <w:sz w:val="20"/>
        </w:rPr>
        <w:t>42:05  wahi consciousness jo hai, to wahi hai. mind hi yeh sab kuch hai.</w:t>
      </w:r>
      <w:r>
        <w:br/>
      </w:r>
      <w:r>
        <w:rPr>
          <w:sz w:val="20"/>
        </w:rPr>
        <w:t>42:10  woh is ka sirf ehsaas hum ko alag alag mehsoos hota hai. kabhi heart pe mehsoos hota hai. to kyunke heart jo hai na, blood ko pump karta hai.</w:t>
      </w:r>
      <w:r>
        <w:br/>
      </w:r>
      <w:r>
        <w:rPr>
          <w:sz w:val="20"/>
        </w:rPr>
        <w:t>42:21  ab hamein zyada hum woh ho gaye, bohat zyada ehtejaj mein aa gaye. kya kahein ge is ko? to woh as heart ke, us ko baray beat, heart beat barh jati hai.</w:t>
      </w:r>
      <w:r>
        <w:br/>
      </w:r>
      <w:r>
        <w:rPr>
          <w:sz w:val="20"/>
        </w:rPr>
        <w:t>42:33  to aisa lagta hai ke heart mein is ka asar, heart ki wajah se aisa hua. aisa nahi hai, woh to effect hai.</w:t>
      </w:r>
      <w:r>
        <w:br/>
      </w:r>
      <w:r>
        <w:rPr>
          <w:sz w:val="20"/>
        </w:rPr>
        <w:t>42:40  asal to mind hi hai. mind hi sochta hai, lekin mind itna zabardast tareeqay se automatic system hai woh ke foran feel kar leta hai.</w:t>
      </w:r>
      <w:r>
        <w:br/>
      </w:r>
      <w:r>
        <w:rPr>
          <w:sz w:val="20"/>
        </w:rPr>
        <w:t>42:51  is ko der nahi lagti hai fail karne mein. ji to is liye hum samajh nahi paate ke hum ko mind se humein yeh baat hui hai. humein lagta hai ke heart se hui hai.</w:t>
      </w:r>
      <w:r>
        <w:br/>
      </w:r>
      <w:r>
        <w:rPr>
          <w:sz w:val="20"/>
        </w:rPr>
        <w:t>43:01  woh asal cheez mind, insaan ke dimagh mein mind hi hai.</w:t>
      </w:r>
      <w:r>
        <w:br/>
      </w:r>
      <w:r>
        <w:rPr>
          <w:sz w:val="20"/>
        </w:rPr>
        <w:t>43:05  ji ji aur bilkul apa aap ne sahi kaha ke main cheez to mind hi hai. aur shuru se hi Allah taala ne sab ke andar, jis ka apa aya ke lafz nafs lawwama aur nafs ammara ke insaan ke andar consciousness bhi hai aur ego bhi hai.</w:t>
      </w:r>
      <w:r>
        <w:br/>
      </w:r>
      <w:r>
        <w:rPr>
          <w:sz w:val="20"/>
        </w:rPr>
        <w:t>43:20  to ab yeh aap par depend karta hai ke aap kis ko feed karte hain. to agar aap consciousness ko feed karenge to khayal achhe honge, aap ki personality positive banegi.</w:t>
      </w:r>
      <w:r>
        <w:br/>
      </w:r>
      <w:r>
        <w:rPr>
          <w:sz w:val="20"/>
        </w:rPr>
        <w:t>43:29  ego ko feed karenge to negative personality banegi.</w:t>
      </w:r>
      <w:r>
        <w:br/>
      </w:r>
      <w:r>
        <w:rPr>
          <w:sz w:val="20"/>
        </w:rPr>
        <w:t>43:33  to yeh integral part hai of the mind and of the personality. aur aksar is ko na samajhne se logon ke andar confusion ho jati hai. woh sochte hain ke rooh alag hai, dimagh alag hai, dil alag hai.</w:t>
      </w:r>
      <w:r>
        <w:br/>
      </w:r>
      <w:r>
        <w:rPr>
          <w:sz w:val="20"/>
        </w:rPr>
        <w:t>43:45  lekin asal mein main cheez aik hi hai, dimagh. aur is mein Allah taala ne aik upright nature shuru se hi dala hua hai. to yeh hamare upar depend karta hai that how we build our personalities.</w:t>
      </w:r>
      <w:r>
        <w:br/>
      </w:r>
      <w:r>
        <w:rPr>
          <w:sz w:val="20"/>
        </w:rPr>
        <w:t>43:56  asal mein woh pehle zamane mein jab researches nahi hui thi na, ji tab log samajhte the</w:t>
      </w:r>
      <w:r>
        <w:br/>
      </w:r>
      <w:r>
        <w:rPr>
          <w:sz w:val="20"/>
        </w:rPr>
        <w:t>44:02  alag alag. ab science ki jo research se pata chala hai ke asal cheez mind hi hai. bilkul ji ji apa aik sawal, yeh hashim ali sahib ne multan se kiya, pakistan se.</w:t>
      </w:r>
      <w:r>
        <w:br/>
      </w:r>
      <w:r>
        <w:rPr>
          <w:sz w:val="20"/>
        </w:rPr>
        <w:t>44:13  aap is ka jawab de chuki hain. shayad unhon ne late session ko join kiya, but yeh aap se pooch rahe hain ke what is the meaning of purification of heart?</w:t>
      </w:r>
      <w:r>
        <w:br/>
      </w:r>
      <w:r>
        <w:rPr>
          <w:sz w:val="20"/>
        </w:rPr>
        <w:t>44:23  to is ke bare mein aap batain. woh is zamane mein dekhiye, heart ka lafz bola jata tha jaise whole heartedly.</w:t>
      </w:r>
      <w:r>
        <w:br/>
      </w:r>
      <w:r>
        <w:rPr>
          <w:sz w:val="20"/>
        </w:rPr>
        <w:t>44:33  woh bola jata tha, riwaj mein tha. ab whole mindedly nahi, koi bolega. woh bola jata tha. to wohi Islam mein bhi woh alfaaz to wohi sab aa jate hain jo language mein istemal hote hain.</w:t>
      </w:r>
      <w:r>
        <w:br/>
      </w:r>
      <w:r>
        <w:rPr>
          <w:sz w:val="20"/>
        </w:rPr>
        <w:t>44:45  to asal mein purification of the mind hai. ji woh bola jata tha, is liye purification of the heart bola jane laga. ji to wohi mind, wohi is ka aik thought process poora chalana parega.</w:t>
      </w:r>
      <w:r>
        <w:br/>
      </w:r>
      <w:r>
        <w:rPr>
          <w:sz w:val="20"/>
        </w:rPr>
        <w:t>44:57  ji jahan hum ne koi ghalti ki, is ko foran is ko rectify karna parega</w:t>
      </w:r>
      <w:r>
        <w:br/>
      </w:r>
      <w:r>
        <w:rPr>
          <w:sz w:val="20"/>
        </w:rPr>
        <w:t>45:03  a. musalsal watch karna parega ke hamare andar koi ghalt idea, hum ne koi ghalt kaam kiya ho, kisi ko nuqsan pohanchaya ho.</w:t>
      </w:r>
      <w:r>
        <w:br/>
      </w:r>
      <w:r>
        <w:rPr>
          <w:sz w:val="20"/>
        </w:rPr>
        <w:t>45:12  to yeh sab cheezon ko check karte rehna parega. agar check nahi karenge to dheere dheere hamari poori personality pollute ho jayegi.</w:t>
      </w:r>
      <w:r>
        <w:br/>
      </w:r>
      <w:r>
        <w:rPr>
          <w:sz w:val="20"/>
        </w:rPr>
        <w:t>45:23  aik bar mujhe yaad aata hai ke taqreeban shayad 25, 20, 25 saal ke Maulana rahe honge. ji to un ki jeb mein kuch so do so rupiya tha kisi ka.</w:t>
      </w:r>
      <w:r>
        <w:br/>
      </w:r>
      <w:r>
        <w:rPr>
          <w:sz w:val="20"/>
        </w:rPr>
        <w:t>45:34  ab pata nahi kyun un ko aisa feel hua ke kahin mein mar jaon to pata nahi chalega kis ka paisa hai. hmm to un ko neend hi nahi aa rahi thi.</w:t>
      </w:r>
      <w:r>
        <w:br/>
      </w:r>
      <w:r>
        <w:rPr>
          <w:sz w:val="20"/>
        </w:rPr>
        <w:t>45:44  ji ji phir unhon ne lalten jalai. woh gaon ka zamana tha. lalten jalai, aik kaghaz qalam liya aur likha ke mein mar jaon to yeh paisa falan ko de diya jaye.</w:t>
      </w:r>
      <w:r>
        <w:br/>
      </w:r>
      <w:r>
        <w:rPr>
          <w:sz w:val="20"/>
        </w:rPr>
        <w:t>45:54  ji to itna zyada insaan ko conscious rehna hai ke hum se koi ghalti na ho jaye.</w:t>
      </w:r>
      <w:r>
        <w:br/>
      </w:r>
      <w:r>
        <w:rPr>
          <w:sz w:val="20"/>
        </w:rPr>
        <w:t>46:00  jab conscious rahenge to phir woh sensitivity develop ho jayegi aur phir hum har ghalt kaam se khud ba khud bachne lagenge. bohat achha example yaad dilaya apa aap ne.</w:t>
      </w:r>
      <w:r>
        <w:br/>
      </w:r>
      <w:r>
        <w:rPr>
          <w:sz w:val="20"/>
        </w:rPr>
        <w:t>46:11  to asal cheez wohi hai jo aap ne kaha ke is nature pe lotna, jis nature pe Allah taala ne insaan ko paida kiya hai. ke apne dil mein kisi ke liye hate nahi rakhna, kisi ke andar malech, kisi ke liye</w:t>
      </w:r>
      <w:r>
        <w:br/>
      </w:r>
      <w:r>
        <w:rPr>
          <w:sz w:val="20"/>
        </w:rPr>
        <w:t>46:25  malech nahi rakhna, aur doosre ke liye khair khwah banna. God oriented life bana batana. to yahi yahi hai purification of heart.</w:t>
      </w:r>
      <w:r>
        <w:br/>
      </w:r>
      <w:r>
        <w:rPr>
          <w:sz w:val="20"/>
        </w:rPr>
        <w:t>46:34  and Quran mein aya hai ke only truly dost people be entered into paradise who have sound heart. to sound heart ka matlab hi yahi hai ke purified personality.</w:t>
      </w:r>
      <w:r>
        <w:br/>
      </w:r>
      <w:r>
        <w:rPr>
          <w:sz w:val="20"/>
        </w:rPr>
        <w:t>46:45  to yeh to jannat ki condition hai apa.</w:t>
      </w:r>
      <w:r>
        <w:br/>
      </w:r>
      <w:r>
        <w:rPr>
          <w:sz w:val="20"/>
        </w:rPr>
        <w:t>46:49  to aur yeh bhi tha ke jaise ab aba jo hain baat cheet karne ke andaaz mein kabhi bohat hi matlab bohat hi koi baat nahi samajh raha hai na to thoda tez bol dete the samjhane ke is liye ke us ko samajh mein nahi aa raha hai.</w:t>
      </w:r>
      <w:r>
        <w:br/>
      </w:r>
      <w:r>
        <w:rPr>
          <w:sz w:val="20"/>
        </w:rPr>
        <w:t>47:07  ke aap ki samajh mein nahi aata aisa kuch keh diya.</w:t>
      </w:r>
      <w:r>
        <w:br/>
      </w:r>
      <w:r>
        <w:rPr>
          <w:sz w:val="20"/>
        </w:rPr>
        <w:t>47:10  aisi koi baat aisi keh di na to koi bhi time ho, raat ka time ho, din ka time ho, agar aisi koi baat ho gayi to woh us ke ghar jaate the us se maafii maangne.</w:t>
      </w:r>
      <w:r>
        <w:br/>
      </w:r>
      <w:r>
        <w:rPr>
          <w:sz w:val="20"/>
        </w:rPr>
        <w:t>47:22  to yeh mashhoor ho gaya tha ke agar yeh waheeduddin khan be waqt kisi ke ghar jayen to samajh lo maafii maangne aaye honge.</w:t>
      </w:r>
      <w:r>
        <w:br/>
      </w:r>
      <w:r>
        <w:rPr>
          <w:sz w:val="20"/>
        </w:rPr>
        <w:t>47:31  to ghaltiyaan hoti hain, insaan hain, insaan ghalti karta hai. to humein maafii maangne ke liye tayyar rehna cha</w:t>
      </w:r>
      <w:r>
        <w:br/>
      </w:r>
      <w:r>
        <w:rPr>
          <w:sz w:val="20"/>
        </w:rPr>
        <w:t>47:38  ahiye. bilkul apa bohat ziyada hum logon ki hammering hoti thi. ke aap ghalti kyun nahi maante? foran ghalti maaniye. to bohat achhe examples bataye apa aap ne.</w:t>
      </w:r>
      <w:r>
        <w:br/>
      </w:r>
      <w:r>
        <w:rPr>
          <w:sz w:val="20"/>
        </w:rPr>
        <w:t>47:48  apa aakhri sawal aaj ke session ka.</w:t>
      </w:r>
      <w:r>
        <w:br/>
      </w:r>
      <w:r>
        <w:rPr>
          <w:sz w:val="20"/>
        </w:rPr>
        <w:t>47:52  apa aap ki conversation se to yahi seekha aaj hum ne ke tazkiya makes a person, builds a person with a noble personality, brings a man closer to God, and also enables him to be a deserving candidate for the company of angels.</w:t>
      </w:r>
      <w:r>
        <w:br/>
      </w:r>
      <w:r>
        <w:rPr>
          <w:sz w:val="20"/>
        </w:rPr>
        <w:t>48:10  lekin apa ek hi cheez is ko derail kar sakti hai aur woh hai distraction.</w:t>
      </w:r>
      <w:r>
        <w:br/>
      </w:r>
      <w:r>
        <w:rPr>
          <w:sz w:val="20"/>
        </w:rPr>
        <w:t>48:17  maulana sahib kehte the ke one of the successful principle to lead a life, successful life in this world is that you should be able to abandon one thing in favor of another.</w:t>
      </w:r>
      <w:r>
        <w:br/>
      </w:r>
      <w:r>
        <w:rPr>
          <w:sz w:val="20"/>
        </w:rPr>
        <w:t>48:29  to koi bhi insaan zindagi mein do do priorities nahi rakh sakta. focus mein ek hi cheez hoti hai. to agar aap ka focus, aap ki priority tazkiya hai, so you have to abandon all those things which are irrelevant for tazkiya</w:t>
      </w:r>
      <w:r>
        <w:br/>
      </w:r>
      <w:r>
        <w:rPr>
          <w:sz w:val="20"/>
        </w:rPr>
        <w:t>48:44  . to apa kal mila ke jo ek sab se aham question hai, saare log aaj ki date mein isi mein mubtala hain, isi mein phanse hue hain.</w:t>
      </w:r>
      <w:r>
        <w:br/>
      </w:r>
      <w:r>
        <w:rPr>
          <w:sz w:val="20"/>
        </w:rPr>
        <w:t>48:55  distraction to kaise apne aap ko distraction se bachayen? yeh apa aaj ka aakhri sawal hai. isi par main chahunga ke aap session ko khatam karen.</w:t>
      </w:r>
      <w:r>
        <w:br/>
      </w:r>
      <w:r>
        <w:rPr>
          <w:sz w:val="20"/>
        </w:rPr>
        <w:t>49:07  distraction hi main cheez hai jis ki wajah se hum apna tazkiya nahi kar paate.</w:t>
      </w:r>
      <w:r>
        <w:br/>
      </w:r>
      <w:r>
        <w:rPr>
          <w:sz w:val="20"/>
        </w:rPr>
        <w:t>49:14  to baar baar hum distract hote rehte hain. aur sab se pehle humein yeh jaanna hai ke hamare paas bohat hi limited period of time hai.</w:t>
      </w:r>
      <w:r>
        <w:br/>
      </w:r>
      <w:r>
        <w:rPr>
          <w:sz w:val="20"/>
        </w:rPr>
        <w:t>49:23  hamare paas waqt bohat kam hai. agar hum is mein distract hote rahenge baar baar to pata chalega ke hamara time hi khatam ho gaya. ab hum kuch karne ki position mein hi nahi</w:t>
      </w:r>
      <w:r>
        <w:br/>
      </w:r>
      <w:r>
        <w:rPr>
          <w:sz w:val="20"/>
        </w:rPr>
        <w:t>49:34  hain. to yeh baat humein samajhna hai aur apne aap ko poori tarah se har waqt tayyar rakhna hai ke jahan bhi koi un ko jahan bhi aisa lage ke yeh cheez humein matlab sab se pehle to humein apna goal set kar lena hai ke hamara goal kya hai?</w:t>
      </w:r>
      <w:r>
        <w:br/>
      </w:r>
      <w:r>
        <w:rPr>
          <w:sz w:val="20"/>
        </w:rPr>
        <w:t>49:53  kya spirituality hamara goal hai? Khuda se connection qaim karna hamara goal hai?</w:t>
      </w:r>
      <w:r>
        <w:br/>
      </w:r>
      <w:r>
        <w:rPr>
          <w:sz w:val="20"/>
        </w:rPr>
        <w:t>49:58  ya duniya ka bhi koi goal ho to humein us goal ko sab se pehle set kar lena hai. is ke baad dekhna hai ke kya koi aisi cheez hai jo is mein hamare woh obstacle create kar rahi hai.</w:t>
      </w:r>
      <w:r>
        <w:br/>
      </w:r>
      <w:r>
        <w:rPr>
          <w:sz w:val="20"/>
        </w:rPr>
        <w:t>50:12  matlab bohat saare log hain jo lazeez khano ke chakkar mein rehte hain. aur ladies khaas taur par shopping ke chakkar mein rehti hain.</w:t>
      </w:r>
      <w:r>
        <w:br/>
      </w:r>
      <w:r>
        <w:rPr>
          <w:sz w:val="20"/>
        </w:rPr>
        <w:t>50:22  kitne hi un ke paas samaan ho lekin shopping karne chali jaati hain.</w:t>
      </w:r>
      <w:r>
        <w:br/>
      </w:r>
      <w:r>
        <w:rPr>
          <w:sz w:val="20"/>
        </w:rPr>
        <w:t>50:26  entertainment hai, daawaten hain aur bohat saari cheezen aisi hain. to yeh saari cheezon se apne aap ko bachana padega.</w:t>
      </w:r>
      <w:r>
        <w:br/>
      </w:r>
      <w:r>
        <w:rPr>
          <w:sz w:val="20"/>
        </w:rPr>
        <w:t>50:35  jab Maulana keh dete hain need based life guzarni padegi. kyunke yeh to saari zindagi bazaar mein to roz nayi nayi cheezen aati rehti hain.</w:t>
      </w:r>
      <w:r>
        <w:br/>
      </w:r>
      <w:r>
        <w:rPr>
          <w:sz w:val="20"/>
        </w:rPr>
        <w:t>50:43  agar hum yeh karenge ke hum ko roz nayi nayi cheez chahiye, ab is se hum bore ho gaye, dil bhar gaya to hum phir isi mein. Maulana ke kamre mein chaalis saal wahi ek hi</w:t>
      </w:r>
      <w:r>
        <w:br/>
      </w:r>
      <w:r>
        <w:rPr>
          <w:sz w:val="20"/>
        </w:rPr>
        <w:t>50:55  furniture raha. ji ji ji bilkul apa. woh kuch laane hi nahi dete the. abhi bhi wahi pada hai apa. ek baar kya hua, ek lambi si sofa bhi nahi thi, lambi bench thi.</w:t>
      </w:r>
      <w:r>
        <w:br/>
      </w:r>
      <w:r>
        <w:rPr>
          <w:sz w:val="20"/>
        </w:rPr>
        <w:t>51:06  achi thi woh. san usnein laye ke yeh abba ke kamre mein rakh dete hain. aur log aate hain baithne baithne ke liye. to maine kaha abba rakhne to denge nahin.</w:t>
      </w:r>
      <w:r>
        <w:br/>
      </w:r>
      <w:r>
        <w:rPr>
          <w:sz w:val="20"/>
        </w:rPr>
        <w:t>51:16  to jab woh namaz parhne lage na tab maine khamosh use ek taraf rakhwa diya.</w:t>
      </w:r>
      <w:r>
        <w:br/>
      </w:r>
      <w:r>
        <w:rPr>
          <w:sz w:val="20"/>
        </w:rPr>
        <w:t>51:21  ji namaz parha parh ke sab se pehle unhon ne is ko bahar nikala. to woh kehte thay main status ko mein change nahin karta.</w:t>
      </w:r>
      <w:r>
        <w:br/>
      </w:r>
      <w:r>
        <w:rPr>
          <w:sz w:val="20"/>
        </w:rPr>
        <w:t>51:31  kyunke woh distraction ban jata hai. ji to is tarah se woh distraction se bohat door rehte thay. koi bhi aisa kaam nahin karte thay jaise shadiyon mein jana, dawatوں mein jana, taqreebon mein jana, yeh sab nahin karte thay.</w:t>
      </w:r>
      <w:r>
        <w:br/>
      </w:r>
      <w:r>
        <w:rPr>
          <w:sz w:val="20"/>
        </w:rPr>
        <w:t>51:46  shuru shuru mein logon ne bohat shikayatein keen ke kahin aana jana nahin karte.</w:t>
      </w:r>
      <w:r>
        <w:br/>
      </w:r>
      <w:r>
        <w:rPr>
          <w:sz w:val="20"/>
        </w:rPr>
        <w:t>51:50  lekin woh dheere dheere log bhi samajh lete hain ke yeh nahin aaye jayenge to phir kehna bhi chhod dete hain woh. ji to yeh har aadmi ka distraction alag alag hota hai.</w:t>
      </w:r>
      <w:r>
        <w:br/>
      </w:r>
      <w:r>
        <w:rPr>
          <w:sz w:val="20"/>
        </w:rPr>
        <w:t>52:02  woh hamein khud hi is ko discover karna hai ke hamara kya distraction hai. to aur is se hamein apne aap ko hum bachana hai.</w:t>
      </w:r>
      <w:r>
        <w:br/>
      </w:r>
      <w:r>
        <w:rPr>
          <w:sz w:val="20"/>
        </w:rPr>
        <w:t>52:12  kyunke hamare bilkul focused hum reh</w:t>
      </w:r>
      <w:r>
        <w:br/>
      </w:r>
      <w:r>
        <w:rPr>
          <w:sz w:val="20"/>
        </w:rPr>
        <w:t>52:15  ein. jo maine kaha tha na shehad ki makhi ki tarah hum focused rahein. tabhi hum kai kar sakte hain. ab jaise hum hi logon ka hai, jagah jagah log bulane lagte hain.</w:t>
      </w:r>
      <w:r>
        <w:br/>
      </w:r>
      <w:r>
        <w:rPr>
          <w:sz w:val="20"/>
        </w:rPr>
        <w:t>52:24  kahin program bula rahe hain, kahin kuch kar rahe hain. yeh yeh kaam hai, woh kaam hai. to hum nahin jaate ke hamare paas bohat kaam hai. to is tarah se har aadmi ka alag alag distraction hota hai.</w:t>
      </w:r>
      <w:r>
        <w:br/>
      </w:r>
      <w:r>
        <w:rPr>
          <w:sz w:val="20"/>
        </w:rPr>
        <w:t>52:35  aur jab tak ke woh apne aap ko is distraction se nahin bachayega, tab tak woh focus</w:t>
      </w:r>
      <w:r>
        <w:br/>
      </w:r>
      <w:r>
        <w:rPr>
          <w:sz w:val="20"/>
        </w:rPr>
        <w:t>52:41  nahin kar sakta. jab focus nahin karega to is ko woh jo is ko paana chahta hai, woh na woh dunya ka koi goal hasil kar sakta hai, na koi akhirat ke hisab se koi goal hasil kar sakta hai.</w:t>
      </w:r>
      <w:r>
        <w:br/>
      </w:r>
      <w:r>
        <w:rPr>
          <w:sz w:val="20"/>
        </w:rPr>
        <w:t>52:54  jab tak ke woh apne aap ko har distraction se na bachaye. ji jazak Allah apa for doing a very good session today.</w:t>
      </w:r>
      <w:r>
        <w:br/>
      </w:r>
      <w:r>
        <w:rPr>
          <w:sz w:val="20"/>
        </w:rPr>
        <w:t>53:05  aap ko aaj ka session kaisa laga? aap</w:t>
      </w:r>
      <w:r>
        <w:br/>
      </w:r>
      <w:r>
        <w:rPr>
          <w:sz w:val="20"/>
        </w:rPr>
        <w:t>53:09  is ke bare mein zaroor comment section mein likhiye. and also if you want apa fareeda apa to take a topic of your choice, do mention the list of topics in the comment section.</w:t>
      </w:r>
      <w:r>
        <w:br/>
      </w:r>
      <w:r>
        <w:rPr>
          <w:sz w:val="20"/>
        </w:rPr>
        <w:t>53:21  we will be back next sunday same time. thank you for watching today sunday session.</w:t>
      </w:r>
    </w:p>
    <w:p>
      <w:pPr>
        <w:pStyle w:val="Heading2"/>
      </w:pPr>
      <w:r>
        <w:t>Distinguishing right thinking from negativity</w:t>
      </w:r>
    </w:p>
    <w:p>
      <w:r>
        <w:rPr>
          <w:color w:val="666666"/>
          <w:sz w:val="18"/>
        </w:rPr>
        <w:t>Spirituality · Nation Building On India's Republic Day Jan 26, 2020 Maulana Wahiduddin Khan · 2m 13s · at 1:02:55 · https://youtu.be/58CVocbLAb8?t=3775</w:t>
      </w:r>
    </w:p>
    <w:p>
      <w:r>
        <w:rPr>
          <w:i/>
        </w:rPr>
        <w:t>“In Islam, thinking is also worship. What a thrilling quote! But it sometimes is difficult to discover which type of thinking is graded as prayer. Most of the time our thinking leads towards negativity. Please guide us on right thinking.”</w:t>
      </w:r>
    </w:p>
    <w:p>
      <w:r>
        <w:rPr>
          <w:sz w:val="20"/>
        </w:rPr>
        <w:t>1:02:55  sajid ahmed khan sahib ne nakpoor se sawal bheja hai. unhon ne likha hai: "islam mein sochna bhi ibadat hai. What a thrilling quote</w:t>
      </w:r>
      <w:r>
        <w:br/>
      </w:r>
      <w:r>
        <w:rPr>
          <w:sz w:val="20"/>
        </w:rPr>
        <w:t>1:03:05  . But it sometimes is difficult to discover which type of thinking is graded in prayer. Most of the time our thinking leads towards negativity.</w:t>
      </w:r>
      <w:r>
        <w:br/>
      </w:r>
      <w:r>
        <w:rPr>
          <w:sz w:val="20"/>
        </w:rPr>
        <w:t>1:03:18  Please guide us on right thinking."</w:t>
      </w:r>
      <w:r>
        <w:br/>
      </w:r>
      <w:r>
        <w:rPr>
          <w:sz w:val="20"/>
        </w:rPr>
        <w:t>1:03:27  ek lafz mein mein kahoon ga ke positive thinking۔ agar thinking positive nahi hai kisi ki nafrat sikhati hai aap ko kisi ladna sikhati hai to wo galat thinking hai.</w:t>
      </w:r>
      <w:r>
        <w:br/>
      </w:r>
      <w:r>
        <w:rPr>
          <w:sz w:val="20"/>
        </w:rPr>
        <w:t>1:03:43  kyunke wo thinking jo aap ke andar mohabbat paida kare insaniyat paida kare aur doosre se ka khair khwah banaye wo sachi thinking hai.</w:t>
      </w:r>
      <w:r>
        <w:br/>
      </w:r>
      <w:r>
        <w:rPr>
          <w:sz w:val="20"/>
        </w:rPr>
        <w:t>1:03:55  to sachi thinking positive thinking hai. sachi thinking positive thinking hai.</w:t>
      </w:r>
      <w:r>
        <w:br/>
      </w:r>
      <w:r>
        <w:rPr>
          <w:sz w:val="20"/>
        </w:rPr>
        <w:t>1:04:07  Okay we will end the</w:t>
      </w:r>
      <w:r>
        <w:br/>
      </w:r>
      <w:r>
        <w:rPr>
          <w:sz w:val="20"/>
        </w:rPr>
        <w:t>1:04:09  session now۔ Thank you۔</w:t>
      </w:r>
    </w:p>
    <w:p>
      <w:pPr>
        <w:pStyle w:val="Heading2"/>
      </w:pPr>
      <w:r>
        <w:t>Distraction during contemplation and reflection</w:t>
      </w:r>
    </w:p>
    <w:p>
      <w:r>
        <w:rPr>
          <w:color w:val="666666"/>
          <w:sz w:val="18"/>
        </w:rPr>
        <w:t>Spirituality · 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Divine wisdom vs philosophical wisdom</w:t>
      </w:r>
    </w:p>
    <w:p>
      <w:r>
        <w:rPr>
          <w:color w:val="666666"/>
          <w:sz w:val="18"/>
        </w:rPr>
        <w:t>Spirituality · How to Develop Pratical Wisdom May 5, 2024 · 4m 28s · at 21:03 · https://youtu.be/QIKxtH-MyMM?t=1263</w:t>
      </w:r>
    </w:p>
    <w:p>
      <w:r>
        <w:rPr>
          <w:i/>
        </w:rPr>
        <w:t>“How is wisdom from God different from philosophical wisdom?”</w:t>
      </w:r>
    </w:p>
    <w:p>
      <w:r>
        <w:rPr>
          <w:sz w:val="20"/>
        </w:rPr>
        <w:t>21:03  ji apa aik sawal, kyun ke aap ne abhi philosophy ko le kar bare achhe se samjhaya, to doctor naghma siddiqui ne dilli se sawal bheja ke "How is wisdom from God different from philosophical wisdom?" is ko bhi aap wazeh kar dein.</w:t>
      </w:r>
      <w:r>
        <w:br/>
      </w:r>
      <w:r>
        <w:rPr>
          <w:sz w:val="20"/>
        </w:rPr>
        <w:t>21:19  mere khayal se abhi aap ne touch upon bhi kiya, kyun ke philosophy is man made, and wisdom jo hamein milti hai woh wahi ki shakal mein, through revelation ke zariye se hum is ko paas</w:t>
      </w:r>
      <w:r>
        <w:br/>
      </w:r>
      <w:r>
        <w:rPr>
          <w:sz w:val="20"/>
        </w:rPr>
        <w:t>21:30  kute hain. to thoda sa agar aap is ko expand kar dein, apa. asal mein aqal ki limitation hai. ji greek philosophers jo hain, woh aqal ke zariye se baton ko samajhna chah rahe thay, to is wajah se un ko matlab poori rehnumai un ko nahi mili.</w:t>
      </w:r>
      <w:r>
        <w:br/>
      </w:r>
      <w:r>
        <w:rPr>
          <w:sz w:val="20"/>
        </w:rPr>
        <w:t>21:47  unhon ne falsafa bohat zyada develop kiya, baad mein muslim philosophers ne bhi develop kiya, lekin woh kisi nateejay tak nahi pahunch paye. jab</w:t>
      </w:r>
      <w:r>
        <w:br/>
      </w:r>
      <w:r>
        <w:rPr>
          <w:sz w:val="20"/>
        </w:rPr>
        <w:t>21:56  ke agar hum quran ki rehnumai mein yeh ghor o fikr karte hain to hum aik nateejay tak pahunchte hain. to aik main baat yeh hai ke jab hum samajhte hain ke yeh dunya jo hai, yeh sirf yeh eternal nahi hai, hamein ephemeral aik life hai hamari, hamein kuch din yahan rehna hai,</w:t>
      </w:r>
      <w:r>
        <w:br/>
      </w:r>
      <w:r>
        <w:rPr>
          <w:sz w:val="20"/>
        </w:rPr>
        <w:t>22:18  yeh ideal nahi hai, balkeh ideal jo hai, woh perfect world, ideal world akhirat hai.</w:t>
      </w:r>
      <w:r>
        <w:br/>
      </w:r>
      <w:r>
        <w:rPr>
          <w:sz w:val="20"/>
        </w:rPr>
        <w:t>22:25  to yeh samajh kar hum ko jab tak yeh understanding hamare andar na hogi, hum koi bhi baat nahi samjhe samajh sakte. kyun ke tamam greek philosophers se le kar ke ideal king, ideal man, aik Al-Jilli aik philosopher tha, woh Insan, Insan al-kamil,</w:t>
      </w:r>
      <w:r>
        <w:br/>
      </w:r>
      <w:r>
        <w:rPr>
          <w:sz w:val="20"/>
        </w:rPr>
        <w:t>22:45  a perfect man, isi mein woh lage rahe, lage rahe. halankeh is dunya mein perfection hai hi nahi, to kahan se milega?</w:t>
      </w:r>
      <w:r>
        <w:br/>
      </w:r>
      <w:r>
        <w:rPr>
          <w:sz w:val="20"/>
        </w:rPr>
        <w:t>22:54  isi liye hamein chahiye ke hum wahi ki rehnumai mein yeh koshish karein in baton ko samajhne ki. is ne Alexander, Aristotle ne bohat koshish ki thi Alexander par ke woh jo hai aik ideal king banega, lekin woh nahi ideal king bana.</w:t>
      </w:r>
      <w:r>
        <w:br/>
      </w:r>
      <w:r>
        <w:rPr>
          <w:sz w:val="20"/>
        </w:rPr>
        <w:t>23:15  kingdom milti, woh kehte hain power corrupts and absolute power corrupts, absolutely. to</w:t>
      </w:r>
      <w:r>
        <w:br/>
      </w:r>
      <w:r>
        <w:rPr>
          <w:sz w:val="20"/>
        </w:rPr>
        <w:t>23:21  woh is dunya mein jo cheez mumkin nahi, us ke upar woh apne ghore daurate rahe, to is waja se unhein kuch mila nahi. finally logon ne switch kiya science ki taraf, tab ja ke dunya ko bohat kuch science ke zariye se, technology ke zariye se dunya ko bohat kuch mila.</w:t>
      </w:r>
      <w:r>
        <w:br/>
      </w:r>
      <w:r>
        <w:rPr>
          <w:sz w:val="20"/>
        </w:rPr>
        <w:t>23:41  philosophy jo kehte thay queen of of arts hai, lekin philosophy se logon ko kuch mila nahi, kyunke woh limitations hain philosophy ki.</w:t>
      </w:r>
      <w:r>
        <w:br/>
      </w:r>
      <w:r>
        <w:rPr>
          <w:sz w:val="20"/>
        </w:rPr>
        <w:t>23:52  agar unhon ne Khuda ki revelation jo hai, us ki rehnumai mein kaam kiya hota, tab un ko sare rehnuma usool milte.</w:t>
      </w:r>
      <w:r>
        <w:br/>
      </w:r>
      <w:r>
        <w:rPr>
          <w:sz w:val="20"/>
        </w:rPr>
        <w:t>24:01  jaise Maulana ne aik aik Arsalah ka aik nikala hai, shumarah 2018 mein, January 2018</w:t>
      </w:r>
      <w:r>
        <w:br/>
      </w:r>
      <w:r>
        <w:rPr>
          <w:sz w:val="20"/>
        </w:rPr>
        <w:t>24:10  , to us mein bohat sare rehnuma usool bataye hain jo ke Rasool Allah salallaho alaihi wasallam ki zindagi se unhon ne liye hain.</w:t>
      </w:r>
      <w:r>
        <w:br/>
      </w:r>
      <w:r>
        <w:rPr>
          <w:sz w:val="20"/>
        </w:rPr>
        <w:t>24:19  to conclusion jo hai, woh wahan se unhon ne draw kiya hai. to pehle log samajhte nahi thay wisdom aur practical wisdom ka farq.</w:t>
      </w:r>
      <w:r>
        <w:br/>
      </w:r>
      <w:r>
        <w:rPr>
          <w:sz w:val="20"/>
        </w:rPr>
        <w:t>24:28  to Maulana ne bar bar is par likha aur bohat mehnat ki ke agar jab tak ke hum practical wisdom ko samjhenge nahi, hum apne mamlaat ko rectify nahi kar sakte.</w:t>
      </w:r>
      <w:r>
        <w:br/>
      </w:r>
      <w:r>
        <w:rPr>
          <w:sz w:val="20"/>
        </w:rPr>
        <w:t>24:40  to yeh farq hai, kyunke hamare paas poora ilm hi nahi hai. jab poora ilm hi nahi hai, to hum kisi bhi baaton ko, jo hai teh tak pohnch nahi sakte.</w:t>
      </w:r>
      <w:r>
        <w:br/>
      </w:r>
      <w:r>
        <w:rPr>
          <w:sz w:val="20"/>
        </w:rPr>
        <w:t>24:52  ji apa, aur apa Maulana ne kafi is ke bare mein baat cheet bhi ki hai. Burton Russell ka jaise bohat example dete thay ke "all is life is study philosophy", but he failed to come up with any credible ideology.</w:t>
      </w:r>
      <w:r>
        <w:br/>
      </w:r>
      <w:r>
        <w:rPr>
          <w:sz w:val="20"/>
        </w:rPr>
        <w:t>25:08  to kisi ne kaha bhi ke he was a philosopher of no philosophy. aur apa Hazrat Mass se bhi attributed hain ke jab woh aakhri dinon mein thay aur log un se knowledge lene ke liye jatay thay, to woh kehte thay ke "save yourself from absurd philosophy or absurd reasoning".</w:t>
      </w:r>
      <w:r>
        <w:br/>
      </w:r>
      <w:r>
        <w:rPr>
          <w:sz w:val="20"/>
        </w:rPr>
        <w:t>25:26  to kaha gaya tha ke bhai aap because it is unscientific. apa</w:t>
      </w:r>
    </w:p>
    <w:p>
      <w:pPr>
        <w:pStyle w:val="Heading2"/>
      </w:pPr>
      <w:r>
        <w:t>Does Same Explanation for Distraction Apply to Taqwa</w:t>
      </w:r>
    </w:p>
    <w:p>
      <w:r>
        <w:rPr>
          <w:color w:val="666666"/>
          <w:sz w:val="18"/>
        </w:rPr>
        <w:t>Spirituality · Dars-e-Quran, Chapter 2, Verse 35 | December 17, 2017 · 36s · at 1:13:36 · https://youtu.be/Cd8MlWM7B9w?t=4416</w:t>
      </w:r>
    </w:p>
    <w:p>
      <w:r>
        <w:rPr>
          <w:i/>
        </w:rPr>
        <w:t>“Will the same explanation you gave for distraction also apply to taqwa?”</w:t>
      </w:r>
    </w:p>
    <w:p>
      <w:r>
        <w:rPr>
          <w:sz w:val="20"/>
        </w:rPr>
        <w:t>1:13:36  Maulana, agla sawal lene se pehle ek comment parhna chahenge jo Muhammad Bilal Shafi sahib ne kiya hai.</w:t>
      </w:r>
      <w:r>
        <w:br/>
      </w:r>
      <w:r>
        <w:rPr>
          <w:sz w:val="20"/>
        </w:rPr>
        <w:t>1:13:42  ah, Kolkata se unhon ne likha hai, Maulana, as long as we keep searching for a role in life in terms of others, we can't find it. this was happening with me. then i recalled the creation plan of God as you always explain. it is to find a place for myself in jannat by striving for tazkiyah and marifat. once that happens, we can do</w:t>
      </w:r>
    </w:p>
    <w:p>
      <w:pPr>
        <w:pStyle w:val="Heading2"/>
      </w:pPr>
      <w:r>
        <w:t>Does a Rabbani personality have desires?</w:t>
      </w:r>
    </w:p>
    <w:p>
      <w:r>
        <w:rPr>
          <w:color w:val="666666"/>
          <w:sz w:val="18"/>
        </w:rPr>
        <w:t>Spirituality · Concept of God December 7, 2014 · 1m 21s · at 53:37 · https://youtu.be/dCgL9lp8EAo?t=3217</w:t>
      </w:r>
    </w:p>
    <w:p>
      <w:r>
        <w:rPr>
          <w:i/>
        </w:rPr>
        <w:t>“Does a Rabbani personality also have any desires?”</w:t>
      </w:r>
    </w:p>
    <w:p>
      <w:r>
        <w:rPr>
          <w:sz w:val="20"/>
        </w:rPr>
        <w:t>53:37  maulana, agla sawal Delhi se hai,</w:t>
      </w:r>
      <w:r>
        <w:br/>
      </w:r>
      <w:r>
        <w:rPr>
          <w:sz w:val="20"/>
        </w:rPr>
        <w:t>53:40  ans sahib ne kiya hai aur unhone aap se poocha hai ke "Does a Rabbani personality also have any desires?" is ke baray mein batayen.</w:t>
      </w:r>
      <w:r>
        <w:br/>
      </w:r>
      <w:r>
        <w:rPr>
          <w:sz w:val="20"/>
        </w:rPr>
        <w:t>53:56  dekhen, jahan jahan tak main samajhta hoon ke sachi desire to sirf aik hi rehti hai ke khudaya mujhe bakhsh de, mujhe jannat mein dakhla de.</w:t>
      </w:r>
      <w:r>
        <w:br/>
      </w:r>
      <w:r>
        <w:rPr>
          <w:sz w:val="20"/>
        </w:rPr>
        <w:t>54:08  aur koi desire political position, fame, stage par numayan hona, baray baray ghar aur bari bari carain, yeh desire nahi ho sakti.</w:t>
      </w:r>
      <w:r>
        <w:br/>
      </w:r>
      <w:r>
        <w:rPr>
          <w:sz w:val="20"/>
        </w:rPr>
        <w:t>54:20  Allah ta'ala bator need ke, bator zaroorat ke sab de dega aap ko. zaroor dega. kyunke Quran mein hai ke</w:t>
      </w:r>
      <w:r>
        <w:br/>
      </w:r>
      <w:r>
        <w:rPr>
          <w:sz w:val="20"/>
        </w:rPr>
        <w:t>54:32  "وما من دعوة فی الارض الا علی اللہ رزقہ" . to aap ke need ke baghair to jo cheezen darkar hain, woh zaroor dega Allah aap ko.</w:t>
      </w:r>
      <w:r>
        <w:br/>
      </w:r>
      <w:r>
        <w:rPr>
          <w:sz w:val="20"/>
        </w:rPr>
        <w:t>54:42  lekin aap ke jo gehre, yani aap ke dil ki gehraiyon mein jo jo desire ublegi, woh to Allah ki maghfirat aur Allah ki jannat ke liye hogi.</w:t>
      </w:r>
    </w:p>
    <w:p>
      <w:pPr>
        <w:pStyle w:val="Heading2"/>
      </w:pPr>
      <w:r>
        <w:t>Does spirituality make one powerful?</w:t>
      </w:r>
    </w:p>
    <w:p>
      <w:r>
        <w:rPr>
          <w:color w:val="666666"/>
          <w:sz w:val="18"/>
        </w:rPr>
        <w:t>Spirituality · God Gives in Abundance 13 Oct 2019 - Maulana Wahiduddin Khan · 1m 35s · at 46:45 · https://youtu.be/eC4RaczXBzM?t=2805</w:t>
      </w:r>
    </w:p>
    <w:p>
      <w:r>
        <w:rPr>
          <w:i/>
        </w:rPr>
        <w:t>“I refrained from spirituality for years. I thought to believe in myself. Initially it worked, but now I am feeling a lot of anxiety and depression. My question is that does spirituality really make one powerful?”</w:t>
      </w:r>
    </w:p>
    <w:p>
      <w:r>
        <w:rPr>
          <w:sz w:val="20"/>
        </w:rPr>
        <w:t>46:45  Maulana, yeh sawal Kashmir se Riyaz Ahmed sahib ne bheja hai, jo engineer hain aur is waqt class mein maujood hain.</w:t>
      </w:r>
      <w:r>
        <w:br/>
      </w:r>
      <w:r>
        <w:rPr>
          <w:sz w:val="20"/>
        </w:rPr>
        <w:t>46:55  unhon ne likha hai ke: "I refrained from spirituality for years. I thought to believe in myself.</w:t>
      </w:r>
      <w:r>
        <w:br/>
      </w:r>
      <w:r>
        <w:rPr>
          <w:sz w:val="20"/>
        </w:rPr>
        <w:t>47:05  Initially it worked, but now I am feeling a lot of anxiety and depression. My question is that does spirituality really makes one powerful?" is ko is ke bare mein bataein.</w:t>
      </w:r>
      <w:r>
        <w:br/>
      </w:r>
      <w:r>
        <w:rPr>
          <w:sz w:val="20"/>
        </w:rPr>
        <w:t>47:21  is mein koi shaq nahin ke spiritually source of energy hai, har cheez ka zariya hai.</w:t>
      </w:r>
      <w:r>
        <w:br/>
      </w:r>
      <w:r>
        <w:rPr>
          <w:sz w:val="20"/>
        </w:rPr>
        <w:t>47:38  lekin yaad rakhiye,</w:t>
      </w:r>
      <w:r>
        <w:br/>
      </w:r>
      <w:r>
        <w:rPr>
          <w:sz w:val="20"/>
        </w:rPr>
        <w:t>47:44  aap ko apne criteria par nahin mile gi koi cheez. Allah ke criteria mein cheezein hain. to first of all, aap ko janna chahiye ke Allah Rabbul Aalameen ka criteria kya hai.</w:t>
      </w:r>
      <w:r>
        <w:br/>
      </w:r>
      <w:r>
        <w:rPr>
          <w:sz w:val="20"/>
        </w:rPr>
        <w:t>48:03  baghair is ke jaane hue, aap ko umeed rakha hai, aap to woh is ka mushtaq hoga ke: "tamanna ala Allah."</w:t>
      </w:r>
    </w:p>
    <w:p>
      <w:pPr>
        <w:pStyle w:val="Heading2"/>
      </w:pPr>
      <w:r>
        <w:t>Dua to diffuse negative thoughts</w:t>
      </w:r>
    </w:p>
    <w:p>
      <w:r>
        <w:rPr>
          <w:color w:val="666666"/>
          <w:sz w:val="18"/>
        </w:rPr>
        <w:t>Spirituality · What is Akhirat March 12, 2006 Maulana Wahiduddin Khan · 19m 36s · at 34:03 · https://youtu.be/F41-6s4TdW0?t=2043</w:t>
      </w:r>
    </w:p>
    <w:p>
      <w:r>
        <w:rPr>
          <w:i/>
        </w:rPr>
        <w:t>“Sometimes despite my best efforts to avoid negative thoughts, I am incapable of diffusing them. Is there any dua which can help me diffuse the negative thought?”</w:t>
      </w:r>
    </w:p>
    <w:p>
      <w:r>
        <w:rPr>
          <w:sz w:val="20"/>
        </w:rPr>
        <w:t>34:03  agla sawal is from hussain bano</w:t>
      </w:r>
      <w:r>
        <w:br/>
      </w:r>
      <w:r>
        <w:rPr>
          <w:sz w:val="20"/>
        </w:rPr>
        <w:t>34:06  she says that sometimes in her case despite her best efforts to avoid negative thoughts she is incapable of diffusing that</w:t>
      </w:r>
      <w:r>
        <w:br/>
      </w:r>
      <w:r>
        <w:rPr>
          <w:sz w:val="20"/>
        </w:rPr>
        <w:t>34:18  thought so she says that is there any dua which can help her diffuse the negative thought and</w:t>
      </w:r>
      <w:r>
        <w:br/>
      </w:r>
      <w:r>
        <w:rPr>
          <w:sz w:val="20"/>
        </w:rPr>
        <w:t>34:26  deal with the life related issue</w:t>
      </w:r>
      <w:r>
        <w:br/>
      </w:r>
      <w:r>
        <w:rPr>
          <w:sz w:val="20"/>
        </w:rPr>
        <w:t>34:30  dekhiye ek baat samajh lijiye</w:t>
      </w:r>
      <w:r>
        <w:br/>
      </w:r>
      <w:r>
        <w:rPr>
          <w:sz w:val="20"/>
        </w:rPr>
        <w:t>34:33  ke negative thought</w:t>
      </w:r>
      <w:r>
        <w:br/>
      </w:r>
      <w:r>
        <w:rPr>
          <w:sz w:val="20"/>
        </w:rPr>
        <w:t>34:36  mukammal maani mein</w:t>
      </w:r>
      <w:r>
        <w:br/>
      </w:r>
      <w:r>
        <w:rPr>
          <w:sz w:val="20"/>
        </w:rPr>
        <w:t>34:39  khatm nahi hota</w:t>
      </w:r>
      <w:r>
        <w:br/>
      </w:r>
      <w:r>
        <w:rPr>
          <w:sz w:val="20"/>
        </w:rPr>
        <w:t>34:42  kisi ke liye bhi nahi khatm hota</w:t>
      </w:r>
      <w:r>
        <w:br/>
      </w:r>
      <w:r>
        <w:rPr>
          <w:sz w:val="20"/>
        </w:rPr>
        <w:t>34:45  is liye</w:t>
      </w:r>
      <w:r>
        <w:br/>
      </w:r>
      <w:r>
        <w:rPr>
          <w:sz w:val="20"/>
        </w:rPr>
        <w:t>34:48  yeh ek musalsal amal hai agar wo musalsal amal na ho to rozana aap neki kaise kamayenge</w:t>
      </w:r>
      <w:r>
        <w:br/>
      </w:r>
      <w:r>
        <w:rPr>
          <w:sz w:val="20"/>
        </w:rPr>
        <w:t>34:57  aap ghor kijiye</w:t>
      </w:r>
      <w:r>
        <w:br/>
      </w:r>
      <w:r>
        <w:rPr>
          <w:sz w:val="20"/>
        </w:rPr>
        <w:t>34:59  ke agar aap ki umar 30 saal hai usi waqt sare manfi jazbat aap ne maar kar dale</w:t>
      </w:r>
      <w:r>
        <w:br/>
      </w:r>
      <w:r>
        <w:rPr>
          <w:sz w:val="20"/>
        </w:rPr>
        <w:t>35:07  ek dam khatm kar liya to phir aap ghair qabil ho gaye</w:t>
      </w:r>
      <w:r>
        <w:br/>
      </w:r>
      <w:r>
        <w:rPr>
          <w:sz w:val="20"/>
        </w:rPr>
        <w:t>35:11  aur wo taraqqi ka amal jo hai wo to wahin ka wahin ruk gaya</w:t>
      </w:r>
      <w:r>
        <w:br/>
      </w:r>
      <w:r>
        <w:rPr>
          <w:sz w:val="20"/>
        </w:rPr>
        <w:t>35:16  is ko achhe se samjhiye ke</w:t>
      </w:r>
      <w:r>
        <w:br/>
      </w:r>
      <w:r>
        <w:rPr>
          <w:sz w:val="20"/>
        </w:rPr>
        <w:t>35:19  yeh jo jis ko mein management keh raha hoon</w:t>
      </w:r>
      <w:r>
        <w:br/>
      </w:r>
      <w:r>
        <w:rPr>
          <w:sz w:val="20"/>
        </w:rPr>
        <w:t>35:23  ke ghusse ko sambhalna</w:t>
      </w:r>
      <w:r>
        <w:br/>
      </w:r>
      <w:r>
        <w:rPr>
          <w:sz w:val="20"/>
        </w:rPr>
        <w:t>35:25  manfi khayalat ko sambhalna</w:t>
      </w:r>
      <w:r>
        <w:br/>
      </w:r>
      <w:r>
        <w:rPr>
          <w:sz w:val="20"/>
        </w:rPr>
        <w:t>35:27  yeh aik amal hai</w:t>
      </w:r>
      <w:r>
        <w:br/>
      </w:r>
      <w:r>
        <w:rPr>
          <w:sz w:val="20"/>
        </w:rPr>
        <w:t>35:30  woh amal barabar jari rahega taakeh aap ka zaati</w:t>
      </w:r>
      <w:r>
        <w:br/>
      </w:r>
      <w:r>
        <w:rPr>
          <w:sz w:val="20"/>
        </w:rPr>
        <w:t>35:34  tarraqi jo hai woh kabhi khatm na ho chalta rahe chalta rahe chalta rahe</w:t>
      </w:r>
      <w:r>
        <w:br/>
      </w:r>
      <w:r>
        <w:rPr>
          <w:sz w:val="20"/>
        </w:rPr>
        <w:t>35:39  yeh toh bohat achi baat hai ke khatm nahi hota khatm nahi ho khatm ho jaye toh is</w:t>
      </w:r>
      <w:r>
        <w:br/>
      </w:r>
      <w:r>
        <w:rPr>
          <w:sz w:val="20"/>
        </w:rPr>
        <w:t>35:44  ka matlab yeh hai ke zaati tarraqi ka amal ruk jaye ga aap ka</w:t>
      </w:r>
      <w:r>
        <w:br/>
      </w:r>
      <w:r>
        <w:rPr>
          <w:sz w:val="20"/>
        </w:rPr>
        <w:t>35:49  doosri baat dekhiye yeh hai</w:t>
      </w:r>
      <w:r>
        <w:br/>
      </w:r>
      <w:r>
        <w:rPr>
          <w:sz w:val="20"/>
        </w:rPr>
        <w:t>35:52  keh quran se yahi maloom hota hai ke 100 feesad kabhi bhi kisi ka khatm nahi hota</w:t>
      </w:r>
      <w:r>
        <w:br/>
      </w:r>
      <w:r>
        <w:rPr>
          <w:sz w:val="20"/>
        </w:rPr>
        <w:t>35:58  woh quran se maloom hota hai khuda aakhirat mein khatm karega</w:t>
      </w:r>
      <w:r>
        <w:br/>
      </w:r>
      <w:r>
        <w:rPr>
          <w:sz w:val="20"/>
        </w:rPr>
        <w:t>36:06  jin logon ke liye yeh faisla kiya jaye ga ke unhein jannat mein dakhil kiya jaye ga toh</w:t>
      </w:r>
      <w:r>
        <w:br/>
      </w:r>
      <w:r>
        <w:rPr>
          <w:sz w:val="20"/>
        </w:rPr>
        <w:t>36:13  thode bohat jo reh gaye hain is ko khuda wahan pak kar dega</w:t>
      </w:r>
      <w:r>
        <w:br/>
      </w:r>
      <w:r>
        <w:rPr>
          <w:sz w:val="20"/>
        </w:rPr>
        <w:t>36:17  isi tarah aata hai quran mein keh yaani</w:t>
      </w:r>
      <w:r>
        <w:br/>
      </w:r>
      <w:r>
        <w:rPr>
          <w:sz w:val="20"/>
        </w:rPr>
        <w:t>36:23  ahl e jannat ke darmiyan dunya mein jo aik doosre ke khilaf shikayatein aur mali the is ko khuda</w:t>
      </w:r>
      <w:r>
        <w:br/>
      </w:r>
      <w:r>
        <w:rPr>
          <w:sz w:val="20"/>
        </w:rPr>
        <w:t>36:31  nikal dega wahan</w:t>
      </w:r>
      <w:r>
        <w:br/>
      </w:r>
      <w:r>
        <w:rPr>
          <w:sz w:val="20"/>
        </w:rPr>
        <w:t>36:35  toh aik woh log hain jo management na karein isi mein jeete rahein woh toh jahannum mein jayein</w:t>
      </w:r>
      <w:r>
        <w:br/>
      </w:r>
      <w:r>
        <w:rPr>
          <w:sz w:val="20"/>
        </w:rPr>
        <w:t>36:40  ge doosre woh log hain jo management karein khuloos se</w:t>
      </w:r>
      <w:r>
        <w:br/>
      </w:r>
      <w:r>
        <w:rPr>
          <w:sz w:val="20"/>
        </w:rPr>
        <w:t>36:46  aur management karte karte kuch thoda sa phir bhi reh jaye as of in</w:t>
      </w:r>
      <w:r>
        <w:br/>
      </w:r>
      <w:r>
        <w:rPr>
          <w:sz w:val="20"/>
        </w:rPr>
        <w:t>36:53  ke liye khuda ne wada kiya hai ke un ko un ko aakhri taur par yani final purification khuda kar dega aur phir jab jannat mein jayenge wo to wo puri tarah masbat shakhsiyat le kar jayenge</w:t>
      </w:r>
      <w:r>
        <w:br/>
      </w:r>
      <w:r>
        <w:rPr>
          <w:sz w:val="20"/>
        </w:rPr>
        <w:t>37:12  this question is from ayesha</w:t>
      </w:r>
      <w:r>
        <w:br/>
      </w:r>
      <w:r>
        <w:rPr>
          <w:sz w:val="20"/>
        </w:rPr>
        <w:t>37:14  she says that according to hadith simplicity is a part of faith then can you explain the relation between the two</w:t>
      </w:r>
      <w:r>
        <w:br/>
      </w:r>
      <w:r>
        <w:rPr>
          <w:sz w:val="20"/>
        </w:rPr>
        <w:t>37:26  dekhiye simplicity jo hai woh aap ko</w:t>
      </w:r>
      <w:r>
        <w:br/>
      </w:r>
      <w:r>
        <w:rPr>
          <w:sz w:val="20"/>
        </w:rPr>
        <w:t>37:32  is qabil banati hai keh aap apne waqt ko bacha sakein apne paise ko bacha sakein apne tawajjuh</w:t>
      </w:r>
      <w:r>
        <w:br/>
      </w:r>
      <w:r>
        <w:rPr>
          <w:sz w:val="20"/>
        </w:rPr>
        <w:t>37:39  ko bacha sakein</w:t>
      </w:r>
      <w:r>
        <w:br/>
      </w:r>
      <w:r>
        <w:rPr>
          <w:sz w:val="20"/>
        </w:rPr>
        <w:t>37:41  yeh hai dono ke darmiyan taluq</w:t>
      </w:r>
      <w:r>
        <w:br/>
      </w:r>
      <w:r>
        <w:rPr>
          <w:sz w:val="20"/>
        </w:rPr>
        <w:t>37:46  jo jin logon ke beech mein jin logon ke andar simplicity na ho har waqt un ko kaha</w:t>
      </w:r>
      <w:r>
        <w:br/>
      </w:r>
      <w:r>
        <w:rPr>
          <w:sz w:val="20"/>
        </w:rPr>
        <w:t>37:51  rehta hai keh bhai aaj khana paka hai yeh sofa sirf toh purana hoga is ko badalna hai</w:t>
      </w:r>
      <w:r>
        <w:br/>
      </w:r>
      <w:r>
        <w:rPr>
          <w:sz w:val="20"/>
        </w:rPr>
        <w:t>37:57  aur car mein dekho is ka yeh ho gaya hai toh simplicity na hone ki yeh qeemat deni padti</w:t>
      </w:r>
      <w:r>
        <w:br/>
      </w:r>
      <w:r>
        <w:rPr>
          <w:sz w:val="20"/>
        </w:rPr>
        <w:t>38:03  hai keh aap ki tawajjuh har waqt bhatakti rahe</w:t>
      </w:r>
      <w:r>
        <w:br/>
      </w:r>
      <w:r>
        <w:rPr>
          <w:sz w:val="20"/>
        </w:rPr>
        <w:t>38:07  aur simplicity agar aajaye keh jo hai wohi theek hai main mizaj</w:t>
      </w:r>
      <w:r>
        <w:br/>
      </w:r>
      <w:r>
        <w:rPr>
          <w:sz w:val="20"/>
        </w:rPr>
        <w:t>38:11  allah ta'ala allah ke fazl se yeh hai ke jo hai wohi theek hai jo khana hai wohi</w:t>
      </w:r>
      <w:r>
        <w:br/>
      </w:r>
      <w:r>
        <w:rPr>
          <w:sz w:val="20"/>
        </w:rPr>
        <w:t>38:16  theek hai jo kapra hai wohi theek hai to mein apne ko status goist kehta hoon</w:t>
      </w:r>
      <w:r>
        <w:br/>
      </w:r>
      <w:r>
        <w:rPr>
          <w:sz w:val="20"/>
        </w:rPr>
        <w:t>38:21  status goist shayad mein tareekh ka sab se bara status goist hoon ke jo hai wohi theek hai</w:t>
      </w:r>
      <w:r>
        <w:br/>
      </w:r>
      <w:r>
        <w:rPr>
          <w:sz w:val="20"/>
        </w:rPr>
        <w:t>38:29  is se mein apne aap ko bachata hoon is baat se ke meri tawajjuh bhatke ho</w:t>
      </w:r>
      <w:r>
        <w:br/>
      </w:r>
      <w:r>
        <w:rPr>
          <w:sz w:val="20"/>
        </w:rPr>
        <w:t>38:36  ek hi nuqte par laga rahe yeh hai woh inaam jo milta hai is aadmi ko jo simplicity</w:t>
      </w:r>
      <w:r>
        <w:br/>
      </w:r>
      <w:r>
        <w:rPr>
          <w:sz w:val="20"/>
        </w:rPr>
        <w:t>38:44  ko apna lifestyle banaye</w:t>
      </w:r>
      <w:r>
        <w:br/>
      </w:r>
      <w:r>
        <w:rPr>
          <w:sz w:val="20"/>
        </w:rPr>
        <w:t>38:50  nighma would like to ask that sometimes we are not able to diffuse the ghussa foran can we still get the unlimited inaam for that or some part of that would be deducted</w:t>
      </w:r>
      <w:r>
        <w:br/>
      </w:r>
      <w:r>
        <w:rPr>
          <w:sz w:val="20"/>
        </w:rPr>
        <w:t>39:06  haan dekhiye yeh aasan kaam nahi hai hadees mein aata hai ke agar aap kisi se ghussa ho</w:t>
      </w:r>
      <w:r>
        <w:br/>
      </w:r>
      <w:r>
        <w:rPr>
          <w:sz w:val="20"/>
        </w:rPr>
        <w:t>39:13  jayen aur bol chaal band ho jaye to teen din ke liye maaf hai</w:t>
      </w:r>
      <w:r>
        <w:br/>
      </w:r>
      <w:r>
        <w:rPr>
          <w:sz w:val="20"/>
        </w:rPr>
        <w:t>39:21  teen din ke liye maaf hai chauthe din ke liye maaf nahi hai</w:t>
      </w:r>
      <w:r>
        <w:br/>
      </w:r>
      <w:r>
        <w:rPr>
          <w:sz w:val="20"/>
        </w:rPr>
        <w:t>39:25  kaha khuda ne aap ko allowance diya hai ek din do din teen din management karo management karo</w:t>
      </w:r>
      <w:r>
        <w:br/>
      </w:r>
      <w:r>
        <w:rPr>
          <w:sz w:val="20"/>
        </w:rPr>
        <w:t>39:32  management karo kaha qudrati muddat yahi hai</w:t>
      </w:r>
      <w:r>
        <w:br/>
      </w:r>
      <w:r>
        <w:rPr>
          <w:sz w:val="20"/>
        </w:rPr>
        <w:t>39:37  teen din jo hai woh qudrati muddat hai teen din ke baad woh ghair qudrati ho jata hai</w:t>
      </w:r>
      <w:r>
        <w:br/>
      </w:r>
      <w:r>
        <w:rPr>
          <w:sz w:val="20"/>
        </w:rPr>
        <w:t>39:42  phir woh qabil maafi nahi hai</w:t>
      </w:r>
      <w:r>
        <w:br/>
      </w:r>
      <w:r>
        <w:rPr>
          <w:sz w:val="20"/>
        </w:rPr>
        <w:t>39:46  to ya to din andeer aap diffuse karen nahi to khuda ne aap ko waqt diya hai teen</w:t>
      </w:r>
      <w:r>
        <w:br/>
      </w:r>
      <w:r>
        <w:rPr>
          <w:sz w:val="20"/>
        </w:rPr>
        <w:t>39:51  din ka teen din ke andar aap ko zaroor management kar lena chahiye is ke baad maafi nahi hogi</w:t>
      </w:r>
      <w:r>
        <w:br/>
      </w:r>
      <w:r>
        <w:rPr>
          <w:sz w:val="20"/>
        </w:rPr>
        <w:t>40:01  this question is from sadia khan</w:t>
      </w:r>
      <w:r>
        <w:br/>
      </w:r>
      <w:r>
        <w:rPr>
          <w:sz w:val="20"/>
        </w:rPr>
        <w:t>40:04  she would like to ask that people in various other disciplines they exchange and learn without any reservation then why do people become biased in the case of religious dialogue</w:t>
      </w:r>
      <w:r>
        <w:br/>
      </w:r>
      <w:r>
        <w:rPr>
          <w:sz w:val="20"/>
        </w:rPr>
        <w:t>40:22  haan yeh zyada tar india mein hai bahar ke deshon mein nahi hai kyunke india mein mazhab ko party se jod diya gaya hai</w:t>
      </w:r>
      <w:r>
        <w:br/>
      </w:r>
      <w:r>
        <w:rPr>
          <w:sz w:val="20"/>
        </w:rPr>
        <w:t>40:36  jaise nehru ne likha hai</w:t>
      </w:r>
      <w:r>
        <w:br/>
      </w:r>
      <w:r>
        <w:rPr>
          <w:sz w:val="20"/>
        </w:rPr>
        <w:t>40:39  is baat ko is tareeqe se ke pehle zamane mein jamhooriyat jab india mein nahi aayi thi</w:t>
      </w:r>
      <w:r>
        <w:br/>
      </w:r>
      <w:r>
        <w:rPr>
          <w:sz w:val="20"/>
        </w:rPr>
        <w:t>40:46  to yahan par khoob log musalman hote the yahan tak group conversion hota tha poora poora gaon akhathe</w:t>
      </w:r>
      <w:r>
        <w:br/>
      </w:r>
      <w:r>
        <w:rPr>
          <w:sz w:val="20"/>
        </w:rPr>
        <w:t>40:53  musalman ho gaye poori biradari akthi musalman ho gayi to nehru ne likha hai ke koi is ko</w:t>
      </w:r>
      <w:r>
        <w:br/>
      </w:r>
      <w:r>
        <w:rPr>
          <w:sz w:val="20"/>
        </w:rPr>
        <w:t>40:58  bara nahi manta tha</w:t>
      </w:r>
      <w:r>
        <w:br/>
      </w:r>
      <w:r>
        <w:rPr>
          <w:sz w:val="20"/>
        </w:rPr>
        <w:t>41:00  yani hindu society</w:t>
      </w:r>
      <w:r>
        <w:br/>
      </w:r>
      <w:r>
        <w:rPr>
          <w:sz w:val="20"/>
        </w:rPr>
        <w:t>41:03  bara nahi manti thi ke bohat se log musalman ho rahe hain ho jayen</w:t>
      </w:r>
      <w:r>
        <w:br/>
      </w:r>
      <w:r>
        <w:rPr>
          <w:sz w:val="20"/>
        </w:rPr>
        <w:t>41:07  yahan tak ek waqia likha unhon ne ke kashmir mein bohat se log musalman hue to jo maharajah</w:t>
      </w:r>
      <w:r>
        <w:br/>
      </w:r>
      <w:r>
        <w:rPr>
          <w:sz w:val="20"/>
        </w:rPr>
        <w:t>41:14  wahan ka tha us ne ek aadmi bheja apna banaras</w:t>
      </w:r>
      <w:r>
        <w:br/>
      </w:r>
      <w:r>
        <w:rPr>
          <w:sz w:val="20"/>
        </w:rPr>
        <w:t>41:19  ke ja kar pata karo ke kya unhein reconvert</w:t>
      </w:r>
      <w:r>
        <w:br/>
      </w:r>
      <w:r>
        <w:rPr>
          <w:sz w:val="20"/>
        </w:rPr>
        <w:t>41:21  kya jaye in hinduo ko reconvert kiya jaye to panditon ne keh diya ke nahi nahi koi</w:t>
      </w:r>
      <w:r>
        <w:br/>
      </w:r>
      <w:r>
        <w:rPr>
          <w:sz w:val="20"/>
        </w:rPr>
        <w:t>41:27  zarurat nahi ho gaye hone do un ko ye likha hai nehru ne apni kitab discovery of india</w:t>
      </w:r>
      <w:r>
        <w:br/>
      </w:r>
      <w:r>
        <w:rPr>
          <w:sz w:val="20"/>
        </w:rPr>
        <w:t>41:33  mein to wo kehte hain ke ye phenomenon jo hai jamhooriyat ka phenomenon hai jab india mein jamhooriyat</w:t>
      </w:r>
      <w:r>
        <w:br/>
      </w:r>
      <w:r>
        <w:rPr>
          <w:sz w:val="20"/>
        </w:rPr>
        <w:t>41:42  aai to number ki ahmiyat barh gayi ab har ek chahta hai ke mera number jo hai wo</w:t>
      </w:r>
      <w:r>
        <w:br/>
      </w:r>
      <w:r>
        <w:rPr>
          <w:sz w:val="20"/>
        </w:rPr>
        <w:t>41:47  ghate nahi to vote bank ki policy ne ye hassasiyat paida ki hai</w:t>
      </w:r>
      <w:r>
        <w:br/>
      </w:r>
      <w:r>
        <w:rPr>
          <w:sz w:val="20"/>
        </w:rPr>
        <w:t>41:54  jo itna conversion par itna zyada log hassas ho gaye hain wo darasal vote bank ki policy hai</w:t>
      </w:r>
      <w:r>
        <w:br/>
      </w:r>
      <w:r>
        <w:rPr>
          <w:sz w:val="20"/>
        </w:rPr>
        <w:t>42:00  aur jamhooriyat ke baad ye baat aai hai ye baat johal ne nehru ne apni kitab discovery of</w:t>
      </w:r>
      <w:r>
        <w:br/>
      </w:r>
      <w:r>
        <w:rPr>
          <w:sz w:val="20"/>
        </w:rPr>
        <w:t>42:06  india mein likhi</w:t>
      </w:r>
      <w:r>
        <w:br/>
      </w:r>
      <w:r>
        <w:rPr>
          <w:sz w:val="20"/>
        </w:rPr>
        <w:t>42:06  hai</w:t>
      </w:r>
      <w:r>
        <w:br/>
      </w:r>
      <w:r>
        <w:rPr>
          <w:sz w:val="20"/>
        </w:rPr>
        <w:t>42:10  doctor m i pradhan has a question that what is the definition of takabbur pride</w:t>
      </w:r>
      <w:r>
        <w:br/>
      </w:r>
      <w:r>
        <w:rPr>
          <w:sz w:val="20"/>
        </w:rPr>
        <w:t>42:19  dekhiye ek hadith mein bataya gaya hai is ko ek hadith mein poocha gaya yahi baat theek yahi</w:t>
      </w:r>
      <w:r>
        <w:br/>
      </w:r>
      <w:r>
        <w:rPr>
          <w:sz w:val="20"/>
        </w:rPr>
        <w:t>42:25  sawal to aap ne do lafz mein is ka jawab diya batrul haqq ke baghbatul naas</w:t>
      </w:r>
      <w:r>
        <w:br/>
      </w:r>
      <w:r>
        <w:rPr>
          <w:sz w:val="20"/>
        </w:rPr>
        <w:t>42:33  kibr kya hai aap ne bataya ke batrul haqq ke baghbatul naas yani sachai aaye to is ko</w:t>
      </w:r>
      <w:r>
        <w:br/>
      </w:r>
      <w:r>
        <w:rPr>
          <w:sz w:val="20"/>
        </w:rPr>
        <w:t>42:40  brush side kar dena is ko english mein kehte hain brush side</w:t>
      </w:r>
      <w:r>
        <w:br/>
      </w:r>
      <w:r>
        <w:rPr>
          <w:sz w:val="20"/>
        </w:rPr>
        <w:t>42:45  sachai ko brush side karna aur logon ko kam samajhna haqeer samajhna</w:t>
      </w:r>
      <w:r>
        <w:br/>
      </w:r>
      <w:r>
        <w:rPr>
          <w:sz w:val="20"/>
        </w:rPr>
        <w:t>42:52  ye kya hai ye to jahil aadmi hai ye kya hai ye to ghareeb aadmi hai to mawazna</w:t>
      </w:r>
      <w:r>
        <w:br/>
      </w:r>
      <w:r>
        <w:rPr>
          <w:sz w:val="20"/>
        </w:rPr>
        <w:t>42:58  kar ke yani kisi ek pehlu se aap zyada hon ke ilm mein zyada</w:t>
      </w:r>
      <w:r>
        <w:br/>
      </w:r>
      <w:r>
        <w:rPr>
          <w:sz w:val="20"/>
        </w:rPr>
        <w:t>43:05  hain education mein zyada hain paise mein zyada hain koi bara ghar aap ke paas hai</w:t>
      </w:r>
      <w:r>
        <w:br/>
      </w:r>
      <w:r>
        <w:rPr>
          <w:sz w:val="20"/>
        </w:rPr>
        <w:t>43:10  to wo mawazna jo hai aap ke zehn mein agar aa jaye to aap in logon ko kam samjhen</w:t>
      </w:r>
      <w:r>
        <w:br/>
      </w:r>
      <w:r>
        <w:rPr>
          <w:sz w:val="20"/>
        </w:rPr>
        <w:t>43:15  ge jin ke paas aap ke muqable mein kam hai</w:t>
      </w:r>
      <w:r>
        <w:br/>
      </w:r>
      <w:r>
        <w:rPr>
          <w:sz w:val="20"/>
        </w:rPr>
        <w:t>43:19  in term of house in term of car in term of money to batar al-haq ke baghbat al-nas</w:t>
      </w:r>
      <w:r>
        <w:br/>
      </w:r>
      <w:r>
        <w:rPr>
          <w:sz w:val="20"/>
        </w:rPr>
        <w:t>43:26  haq samne aaye to is ko aadmi jhaRk de is ko brush side kar de aur</w:t>
      </w:r>
      <w:r>
        <w:br/>
      </w:r>
      <w:r>
        <w:rPr>
          <w:sz w:val="20"/>
        </w:rPr>
        <w:t>43:33  sirf is bana par logon ko haqeer samjhe ke un ke paas</w:t>
      </w:r>
      <w:r>
        <w:br/>
      </w:r>
      <w:r>
        <w:rPr>
          <w:sz w:val="20"/>
        </w:rPr>
        <w:t>43:37  kam hai aap ke paas zyada hai material in terms of material cheez material cheezon mein ye do</w:t>
      </w:r>
      <w:r>
        <w:br/>
      </w:r>
      <w:r>
        <w:rPr>
          <w:sz w:val="20"/>
        </w:rPr>
        <w:t>43:44  cheezein batayi gayi hain hadith mein kibr ki pehchan</w:t>
      </w:r>
      <w:r>
        <w:br/>
      </w:r>
      <w:r>
        <w:rPr>
          <w:sz w:val="20"/>
        </w:rPr>
        <w:t>43:51  das question is from mariya khan</w:t>
      </w:r>
      <w:r>
        <w:br/>
      </w:r>
      <w:r>
        <w:rPr>
          <w:sz w:val="20"/>
        </w:rPr>
        <w:t>43:54  she says that india has a large number of religions and people have an open dialogue also but then why do riots take place here riots ke bare mein</w:t>
      </w:r>
      <w:r>
        <w:br/>
      </w:r>
      <w:r>
        <w:rPr>
          <w:sz w:val="20"/>
        </w:rPr>
        <w:t>44:09  dekhiye india mein ek bohat bari ghalati hui hai jis ko hum bhugat rahe hain ke prash de</w:t>
      </w:r>
      <w:r>
        <w:br/>
      </w:r>
      <w:r>
        <w:rPr>
          <w:sz w:val="20"/>
        </w:rPr>
        <w:t>44:14  rahe hain yahan ke jo thinkers the ya reformers jo the unhone ghalat formula apply karna chaha</w:t>
      </w:r>
      <w:r>
        <w:br/>
      </w:r>
      <w:r>
        <w:rPr>
          <w:sz w:val="20"/>
        </w:rPr>
        <w:t>44:23  ghair qudrati formula wo kya ke all mazahib sachhe</w:t>
      </w:r>
      <w:r>
        <w:br/>
      </w:r>
      <w:r>
        <w:rPr>
          <w:sz w:val="20"/>
        </w:rPr>
        <w:t>44:29  hain unhone ye rai banai</w:t>
      </w:r>
      <w:r>
        <w:br/>
      </w:r>
      <w:r>
        <w:rPr>
          <w:sz w:val="20"/>
        </w:rPr>
        <w:t>44:35  keh jab tak yeh na maana jaaye keh main bhi sacha tum bhi sachay tab tak jhagda hota</w:t>
      </w:r>
      <w:r>
        <w:br/>
      </w:r>
      <w:r>
        <w:rPr>
          <w:sz w:val="20"/>
        </w:rPr>
        <w:t>44:39  rehta hai main kahoon ga ghair qudrati formula hai aur khud hinduon mein kuch top ke logon ne</w:t>
      </w:r>
      <w:r>
        <w:br/>
      </w:r>
      <w:r>
        <w:rPr>
          <w:sz w:val="20"/>
        </w:rPr>
        <w:t>44:46  is ke khilaaf kaha maslan RSS ke guru thay</w:t>
      </w:r>
      <w:r>
        <w:br/>
      </w:r>
      <w:r>
        <w:rPr>
          <w:sz w:val="20"/>
        </w:rPr>
        <w:t>44:50  guru golwalkar bohat top ke aadmi thay RSS ke unhon</w:t>
      </w:r>
      <w:r>
        <w:br/>
      </w:r>
      <w:r>
        <w:rPr>
          <w:sz w:val="20"/>
        </w:rPr>
        <w:t>44:54  ne kaha keh nature abhors uniformity</w:t>
      </w:r>
      <w:r>
        <w:br/>
      </w:r>
      <w:r>
        <w:rPr>
          <w:sz w:val="20"/>
        </w:rPr>
        <w:t>44:59  nature abhors uniformity</w:t>
      </w:r>
      <w:r>
        <w:br/>
      </w:r>
      <w:r>
        <w:rPr>
          <w:sz w:val="20"/>
        </w:rPr>
        <w:t>45:02  to beharhaal ziyada logon ne</w:t>
      </w:r>
      <w:r>
        <w:br/>
      </w:r>
      <w:r>
        <w:rPr>
          <w:sz w:val="20"/>
        </w:rPr>
        <w:t>45:07  right khatam karne ka ya jhagda khatam karne ka formula yeh bataya jis ko main kehta hoon mutual</w:t>
      </w:r>
      <w:r>
        <w:br/>
      </w:r>
      <w:r>
        <w:rPr>
          <w:sz w:val="20"/>
        </w:rPr>
        <w:t>45:14  recognition tum is ko maano main tum ko maano</w:t>
      </w:r>
      <w:r>
        <w:br/>
      </w:r>
      <w:r>
        <w:rPr>
          <w:sz w:val="20"/>
        </w:rPr>
        <w:t>45:19  mun tura haji begum to mera haji bago</w:t>
      </w:r>
      <w:r>
        <w:br/>
      </w:r>
      <w:r>
        <w:rPr>
          <w:sz w:val="20"/>
        </w:rPr>
        <w:t>45:22  tum bhi sachay main bhi sacha to is ko main kehta hoon mutual recognition</w:t>
      </w:r>
      <w:r>
        <w:br/>
      </w:r>
      <w:r>
        <w:rPr>
          <w:sz w:val="20"/>
        </w:rPr>
        <w:t>45:28  that was wrong formula that was a ghair qudrati formula kyunkeh farq to hai farq kaise mitayen ge</w:t>
      </w:r>
      <w:r>
        <w:br/>
      </w:r>
      <w:r>
        <w:rPr>
          <w:sz w:val="20"/>
        </w:rPr>
        <w:t>45:34  aap sahi formula jo main ne diya hai woh hai mutual respect</w:t>
      </w:r>
      <w:r>
        <w:br/>
      </w:r>
      <w:r>
        <w:rPr>
          <w:sz w:val="20"/>
        </w:rPr>
        <w:t>45:40  mutual</w:t>
      </w:r>
      <w:r>
        <w:br/>
      </w:r>
      <w:r>
        <w:rPr>
          <w:sz w:val="20"/>
        </w:rPr>
        <w:t>45:41  respect yani follow one and respect all</w:t>
      </w:r>
      <w:r>
        <w:br/>
      </w:r>
      <w:r>
        <w:rPr>
          <w:sz w:val="20"/>
        </w:rPr>
        <w:t>45:47  تو وہ جو فارمولا دیا ان لوگوں نے mutual recognition کا اسی سے بھڑکاؤ آتا ہے کہ آپ</w:t>
      </w:r>
      <w:r>
        <w:br/>
      </w:r>
      <w:r>
        <w:rPr>
          <w:sz w:val="20"/>
        </w:rPr>
        <w:t>45:54  yeh maanein keh Islam jo hai isi par chalne se jannat mile gi woh bharkay ga aadmi yeh</w:t>
      </w:r>
      <w:r>
        <w:br/>
      </w:r>
      <w:r>
        <w:rPr>
          <w:sz w:val="20"/>
        </w:rPr>
        <w:t>46:00  kaise imaanon ki mere tareeqay se chalne par bhi jannat mile gi</w:t>
      </w:r>
      <w:r>
        <w:br/>
      </w:r>
      <w:r>
        <w:rPr>
          <w:sz w:val="20"/>
        </w:rPr>
        <w:t>46:05  ab bharkao aata hai main kehta hoon keh yeh ghair qudrati hai</w:t>
      </w:r>
      <w:r>
        <w:br/>
      </w:r>
      <w:r>
        <w:rPr>
          <w:sz w:val="20"/>
        </w:rPr>
        <w:t>46:12  aap keh nahi sakte ek moti si kitaab mere paas hai doctor bhagwan das ki is mein dikhaya</w:t>
      </w:r>
      <w:r>
        <w:br/>
      </w:r>
      <w:r>
        <w:rPr>
          <w:sz w:val="20"/>
        </w:rPr>
        <w:t>46:17  unhon ne keh saaray mazhab ek yeh bilkul saari kitaab jo hai woh yaani woh saari itni moti</w:t>
      </w:r>
      <w:r>
        <w:br/>
      </w:r>
      <w:r>
        <w:rPr>
          <w:sz w:val="20"/>
        </w:rPr>
        <w:t>46:25  si kitaab jo hai woh kya hai blunder of mistakes hai woh</w:t>
      </w:r>
      <w:r>
        <w:br/>
      </w:r>
      <w:r>
        <w:rPr>
          <w:sz w:val="20"/>
        </w:rPr>
        <w:t>46:31  to beharhaal yeh maanna keh Khuda ek hai yeh maanna keh Khuda do hai yeh maanna keh Khuda</w:t>
      </w:r>
      <w:r>
        <w:br/>
      </w:r>
      <w:r>
        <w:rPr>
          <w:sz w:val="20"/>
        </w:rPr>
        <w:t>46:36  teen hai to ek sab ek hi kaise ho sakta hai kaise ho sakta hai aap bataiye to</w:t>
      </w:r>
      <w:r>
        <w:br/>
      </w:r>
      <w:r>
        <w:rPr>
          <w:sz w:val="20"/>
        </w:rPr>
        <w:t>46:42  beharhaal main yeh kahoon ga keh jarr jo hai woh galat formula hai bad qismati se jis ko gandhi</w:t>
      </w:r>
      <w:r>
        <w:br/>
      </w:r>
      <w:r>
        <w:rPr>
          <w:sz w:val="20"/>
        </w:rPr>
        <w:t>46:48  نے بھی اختیار کیا اور بہت سے لوگوں نے بڑے ٹاپ کے لوگوں نے کہ mutual recognition</w:t>
      </w:r>
      <w:r>
        <w:br/>
      </w:r>
      <w:r>
        <w:rPr>
          <w:sz w:val="20"/>
        </w:rPr>
        <w:t>46:54  tum mujh ko sacha maano main tum ko sacha maanta hoon</w:t>
      </w:r>
      <w:r>
        <w:br/>
      </w:r>
      <w:r>
        <w:rPr>
          <w:sz w:val="20"/>
        </w:rPr>
        <w:t>46:58  main galat samajhta hoon is ko Ram Rahim ek hai galat samajhta hoon main is ko</w:t>
      </w:r>
      <w:r>
        <w:br/>
      </w:r>
      <w:r>
        <w:rPr>
          <w:sz w:val="20"/>
        </w:rPr>
        <w:t>47:05  sehi formola jo qudrati formola hai woh hai follow one and respect all</w:t>
      </w:r>
      <w:r>
        <w:br/>
      </w:r>
      <w:r>
        <w:rPr>
          <w:sz w:val="20"/>
        </w:rPr>
        <w:t>47:11  in terms of respect hai uniformity</w:t>
      </w:r>
      <w:r>
        <w:br/>
      </w:r>
      <w:r>
        <w:rPr>
          <w:sz w:val="20"/>
        </w:rPr>
        <w:t>47:16  yani</w:t>
      </w:r>
      <w:r>
        <w:br/>
      </w:r>
      <w:r>
        <w:rPr>
          <w:sz w:val="20"/>
        </w:rPr>
        <w:t>47:17  jaisa ke main ne abhi ek lady se kaha ke gender equality ke muqable mein woh bhi gender</w:t>
      </w:r>
      <w:r>
        <w:br/>
      </w:r>
      <w:r>
        <w:rPr>
          <w:sz w:val="20"/>
        </w:rPr>
        <w:t>47:23  equality bhi isi qism ki fallacy hai har mazhab sachha to sare dono barabar</w:t>
      </w:r>
      <w:r>
        <w:br/>
      </w:r>
      <w:r>
        <w:rPr>
          <w:sz w:val="20"/>
        </w:rPr>
        <w:t>47:29  gender equality ek fallacy par buniyad rakhti hai to main ne kaha ke sahi kya hai sahi yeh</w:t>
      </w:r>
      <w:r>
        <w:br/>
      </w:r>
      <w:r>
        <w:rPr>
          <w:sz w:val="20"/>
        </w:rPr>
        <w:t>47:35  hai ke equal in respect and different</w:t>
      </w:r>
      <w:r>
        <w:br/>
      </w:r>
      <w:r>
        <w:rPr>
          <w:sz w:val="20"/>
        </w:rPr>
        <w:t>47:43  in role equal in respect and different in role isi tarah se yeh aage aap rozmarra ki zindagi</w:t>
      </w:r>
      <w:r>
        <w:br/>
      </w:r>
      <w:r>
        <w:rPr>
          <w:sz w:val="20"/>
        </w:rPr>
        <w:t>47:52  mein aap letters agree aur disagree ka formula chalate hain</w:t>
      </w:r>
      <w:r>
        <w:br/>
      </w:r>
      <w:r>
        <w:rPr>
          <w:sz w:val="20"/>
        </w:rPr>
        <w:t>47:57  letters agree aur disagree wohi formula aap mazhab mein chaliye yeh kyun chahte hain ke sab mazhab</w:t>
      </w:r>
      <w:r>
        <w:br/>
      </w:r>
      <w:r>
        <w:rPr>
          <w:sz w:val="20"/>
        </w:rPr>
        <w:t>48:03  ekaan sab mazahib sacha sab mazahib ek yeh galat formula hai toh baharhal main yeh kahunga ki india mein riot ko khatam karne ka yeh formula galat hai ki mutual recognition chalaya jaye nahi hai mutual respect chalaya jaye aur peaceful dialogue ek doosre ko respect dete hue hum peaceful dialogue karein yeh hai hal meri nazar mein</w:t>
      </w:r>
      <w:r>
        <w:br/>
      </w:r>
      <w:r>
        <w:rPr>
          <w:sz w:val="20"/>
        </w:rPr>
        <w:t>48:30  faraaz ahmed would like to know what are huqooq ul ibad and how significant they are dekhiye ek hadith mein isko bahut sada andaaz mein bayan kiya gaya hai</w:t>
      </w:r>
      <w:r>
        <w:br/>
      </w:r>
      <w:r>
        <w:rPr>
          <w:sz w:val="20"/>
        </w:rPr>
        <w:t>48:47  jo apne liye chaho wahi doosron ke liye chaho yeh huqooq ul ibad hain</w:t>
      </w:r>
      <w:r>
        <w:br/>
      </w:r>
      <w:r>
        <w:rPr>
          <w:sz w:val="20"/>
        </w:rPr>
        <w:t>48:53  jo apne liye chaho woh doosre ke liye chaho masalan main chahta hoon ki mujhe gaali na de main doosre ko gaali na doon main chahta hoon ki mera maal koi na loote toh main doosre ka maal na looton main chahta hoon ki koi mere sath ista'saal ka muamla na kare toh main doosre ko ista'saal na karoon bahut sada formula</w:t>
      </w:r>
      <w:r>
        <w:br/>
      </w:r>
      <w:r>
        <w:rPr>
          <w:sz w:val="20"/>
        </w:rPr>
        <w:t>49:15  jo cheez tum apne liye chahte ho usi ko doosre ke liye chaho</w:t>
      </w:r>
      <w:r>
        <w:br/>
      </w:r>
      <w:r>
        <w:rPr>
          <w:sz w:val="20"/>
        </w:rPr>
        <w:t>49:21  haan persian mein kaha gaya hai ke yahan se barkhudmipsandi bar deegar mipsand</w:t>
      </w:r>
      <w:r>
        <w:br/>
      </w:r>
      <w:r>
        <w:rPr>
          <w:sz w:val="20"/>
        </w:rPr>
        <w:t>49:28  isi formula ko persian mein kaha gaya hai ke yahan se barkhudmipsandi bar deegar mipsand jo cheez tum</w:t>
      </w:r>
      <w:r>
        <w:br/>
      </w:r>
      <w:r>
        <w:rPr>
          <w:sz w:val="20"/>
        </w:rPr>
        <w:t>49:34  ko apne liye pasand nahi hai wohi doosron ke liye pasand karo yeh hai saada formula 10 question</w:t>
      </w:r>
      <w:r>
        <w:br/>
      </w:r>
      <w:r>
        <w:rPr>
          <w:sz w:val="20"/>
        </w:rPr>
        <w:t>49:40  is from Priya. She says, "What is the most ahem rukawat in personality development?"</w:t>
      </w:r>
      <w:r>
        <w:br/>
      </w:r>
      <w:r>
        <w:rPr>
          <w:sz w:val="20"/>
        </w:rPr>
        <w:t>49:53  adar din personality development kisi aur cheez ko ahmiyat de dena</w:t>
      </w:r>
      <w:r>
        <w:br/>
      </w:r>
      <w:r>
        <w:rPr>
          <w:sz w:val="20"/>
        </w:rPr>
        <w:t>50:02  yani yeh jo cheez hai personality development is ke sath kisi bhi doosri cheez ko aap ahmiyat de</w:t>
      </w:r>
      <w:r>
        <w:br/>
      </w:r>
      <w:r>
        <w:rPr>
          <w:sz w:val="20"/>
        </w:rPr>
        <w:t>50:09  den to bas woh kaam ruk jayega kisi bhi cheez ko duniya mein aap ko hazaron cheezon</w:t>
      </w:r>
      <w:r>
        <w:br/>
      </w:r>
      <w:r>
        <w:rPr>
          <w:sz w:val="20"/>
        </w:rPr>
        <w:t>50:19  ka samna parta hai</w:t>
      </w:r>
      <w:r>
        <w:br/>
      </w:r>
      <w:r>
        <w:rPr>
          <w:sz w:val="20"/>
        </w:rPr>
        <w:t>50:22  misalan material cheezein misalan consumers mein hazaron lakhon item hain</w:t>
      </w:r>
      <w:r>
        <w:br/>
      </w:r>
      <w:r>
        <w:rPr>
          <w:sz w:val="20"/>
        </w:rPr>
        <w:t>50:30  ab aap kahein yeh to mere pas nahi hai is ke baghair kaise kaam chalega</w:t>
      </w:r>
      <w:r>
        <w:br/>
      </w:r>
      <w:r>
        <w:rPr>
          <w:sz w:val="20"/>
        </w:rPr>
        <w:t>50:36  to jaisa main ne kal wahan hyderabad mein ek misal di thi ke log jo hain jante nahi</w:t>
      </w:r>
      <w:r>
        <w:br/>
      </w:r>
      <w:r>
        <w:rPr>
          <w:sz w:val="20"/>
        </w:rPr>
        <w:t>50:43  ke aurat kitni qeemti cheez hai is ko kam andaza karte hain</w:t>
      </w:r>
      <w:r>
        <w:br/>
      </w:r>
      <w:r>
        <w:rPr>
          <w:sz w:val="20"/>
        </w:rPr>
        <w:t>50:50  sab se bara qusoor mardon ka hai ke unhon ne aurat ki khoobiyon ko kam andaza kiya aur</w:t>
      </w:r>
      <w:r>
        <w:br/>
      </w:r>
      <w:r>
        <w:rPr>
          <w:sz w:val="20"/>
        </w:rPr>
        <w:t>50:56  aurat ka role jo hai misbat role woh duniya ke samne bohat kam aa saka jaisa main ne</w:t>
      </w:r>
      <w:r>
        <w:br/>
      </w:r>
      <w:r>
        <w:rPr>
          <w:sz w:val="20"/>
        </w:rPr>
        <w:t>51:01  bataya tha ke aap ko ek aurat dein</w:t>
      </w:r>
      <w:r>
        <w:br/>
      </w:r>
      <w:r>
        <w:rPr>
          <w:sz w:val="20"/>
        </w:rPr>
        <w:t>51:06  ek america ka sab se bara scientist paida kiya</w:t>
      </w:r>
      <w:r>
        <w:br/>
      </w:r>
      <w:r>
        <w:rPr>
          <w:sz w:val="20"/>
        </w:rPr>
        <w:t>51:11  pichhli baar mein ne bataya tha anderson</w:t>
      </w:r>
      <w:r>
        <w:br/>
      </w:r>
      <w:r>
        <w:rPr>
          <w:sz w:val="20"/>
        </w:rPr>
        <w:t>51:15  anderson ne 1300</w:t>
      </w:r>
      <w:r>
        <w:br/>
      </w:r>
      <w:r>
        <w:rPr>
          <w:sz w:val="20"/>
        </w:rPr>
        <w:t>51:18  ijadaten is se</w:t>
      </w:r>
      <w:r>
        <w:br/>
      </w:r>
      <w:r>
        <w:rPr>
          <w:sz w:val="20"/>
        </w:rPr>
        <w:t>51:21  mansoob</w:t>
      </w:r>
      <w:r>
        <w:br/>
      </w:r>
      <w:r>
        <w:rPr>
          <w:sz w:val="20"/>
        </w:rPr>
        <w:t>51:22  hain 1300 ijadaten kin is ne aur kis ne is ko banaya tha ek aurat ne is ki</w:t>
      </w:r>
      <w:r>
        <w:br/>
      </w:r>
      <w:r>
        <w:rPr>
          <w:sz w:val="20"/>
        </w:rPr>
        <w:t>51:27  maan ne to aurat ko</w:t>
      </w:r>
      <w:r>
        <w:br/>
      </w:r>
      <w:r>
        <w:rPr>
          <w:sz w:val="20"/>
        </w:rPr>
        <w:t>51:33  mard ne kam andaza kiya is liye wo is ki</w:t>
      </w:r>
      <w:r>
        <w:br/>
      </w:r>
      <w:r>
        <w:rPr>
          <w:sz w:val="20"/>
        </w:rPr>
        <w:t>51:39  is ko wo nahin kar saka</w:t>
      </w:r>
      <w:r>
        <w:br/>
      </w:r>
      <w:r>
        <w:rPr>
          <w:sz w:val="20"/>
        </w:rPr>
        <w:t>51:43  is ko yani is ko hasil nahin kar saka to personality development jo hai kisi bhi cheez ko</w:t>
      </w:r>
      <w:r>
        <w:br/>
      </w:r>
      <w:r>
        <w:rPr>
          <w:sz w:val="20"/>
        </w:rPr>
        <w:t>51:51  chahe wo koi bhi cheez ho is ko aap primary bana len is ko secondary bana den to</w:t>
      </w:r>
      <w:r>
        <w:br/>
      </w:r>
      <w:r>
        <w:rPr>
          <w:sz w:val="20"/>
        </w:rPr>
        <w:t>51:57  bas wo ruk jayega to ek hi baat meri zindagi kahne ke liye hai ke jab aap</w:t>
      </w:r>
      <w:r>
        <w:br/>
      </w:r>
      <w:r>
        <w:rPr>
          <w:sz w:val="20"/>
        </w:rPr>
        <w:t>52:02  jaan len ke personality development jo hai</w:t>
      </w:r>
      <w:r>
        <w:br/>
      </w:r>
      <w:r>
        <w:rPr>
          <w:sz w:val="20"/>
        </w:rPr>
        <w:t>52:07  ya</w:t>
      </w:r>
      <w:r>
        <w:br/>
      </w:r>
      <w:r>
        <w:rPr>
          <w:sz w:val="20"/>
        </w:rPr>
        <w:t>52:07  purification of soul jo hai sab se badi cheez hai iske baad doosra faisla yeh kar li jiye ki kisi bhi doosri cheez ko main primary ahmiyat nahi doonga bas yahi wahid formula hai</w:t>
      </w:r>
      <w:r>
        <w:br/>
      </w:r>
      <w:r>
        <w:rPr>
          <w:sz w:val="20"/>
        </w:rPr>
        <w:t>52:24  das question is from sadia khan she says that why is it that of all the countries only india is best for religious dialogue</w:t>
      </w:r>
      <w:r>
        <w:br/>
      </w:r>
      <w:r>
        <w:rPr>
          <w:sz w:val="20"/>
        </w:rPr>
        <w:t>52:34  and why is it that openness and tolerance is maximum in india as compared to other con</w:t>
      </w:r>
      <w:r>
        <w:br/>
      </w:r>
      <w:r>
        <w:rPr>
          <w:sz w:val="20"/>
        </w:rPr>
        <w:t>52:40  tries kiska question hai sadia dekhiye yeh india ka jo plus point hai wahi iska minus point bhi hai yeh is india ka plus point jo hai wahi iska minus point bhi hai ki yeh theory bahut pehle se chali aa rahi hai gita gita ke zamane se chali aa rahi hai every religion is true har rasta ek hi sachai ki taraf jata hai yeh gita chala raha hai toh yeh iska plus point hai lekin</w:t>
      </w:r>
    </w:p>
    <w:p>
      <w:pPr>
        <w:pStyle w:val="Heading2"/>
      </w:pPr>
      <w:r>
        <w:t>Education that instills fear of God</w:t>
      </w:r>
    </w:p>
    <w:p>
      <w:r>
        <w:rPr>
          <w:color w:val="666666"/>
          <w:sz w:val="18"/>
        </w:rPr>
        <w:t>Spirituality · Collective Repentance I Feb 24, 2013 Maulana Wahiduddin Khan · 1m 16s · at 1:19:33 · https://youtu.be/lkkolxAL38c?t=4773</w:t>
      </w:r>
    </w:p>
    <w:p>
      <w:r>
        <w:rPr>
          <w:i/>
        </w:rPr>
        <w:t>“What is that education which produces fear of God? Madrassa education does not produce fear of God.”</w:t>
      </w:r>
    </w:p>
    <w:p>
      <w:r>
        <w:rPr>
          <w:sz w:val="20"/>
        </w:rPr>
        <w:t>1:19:33  Maulana, agla sawal Dhampur se hai Mahtab Ahmed sahib ka. Unhon ne likha hai: "Maulana sahib, woh kon si taleem hai jis se khauf e Khuda paida hota hai?</w:t>
      </w:r>
      <w:r>
        <w:br/>
      </w:r>
      <w:r>
        <w:rPr>
          <w:sz w:val="20"/>
        </w:rPr>
        <w:t>1:19:46  Madrasay ki taleem se khauf e Khuda to paida hota nahi."</w:t>
      </w:r>
      <w:r>
        <w:br/>
      </w:r>
      <w:r>
        <w:rPr>
          <w:sz w:val="20"/>
        </w:rPr>
        <w:t>1:19:52  Is ka taluq taleem se nahi hai, aap khud aadmi ki apni soch se hai, apni soch ko train karna parta hai, new thinking ko train karna parta hai, tab fakhr aata hai.</w:t>
      </w:r>
      <w:r>
        <w:br/>
      </w:r>
      <w:r>
        <w:rPr>
          <w:sz w:val="20"/>
        </w:rPr>
        <w:t>1:20:05  Aisa nahi ke koi professional taleem ya madrasay ki taleem se fakhr aa jaye,</w:t>
      </w:r>
      <w:r>
        <w:br/>
      </w:r>
      <w:r>
        <w:rPr>
          <w:sz w:val="20"/>
        </w:rPr>
        <w:t>1:20:11  Yeh bilkul naam ke andar hai, bilkul naam ke andar. Yani sab se ahem cheez is mamle mein hai woh art of thinking, art of thinking, apne mind ko is tarah train karna ke cheezon ko aap is tarah dekhen, aise right angle se dekhen ke woh aap ko</w:t>
      </w:r>
      <w:r>
        <w:br/>
      </w:r>
      <w:r>
        <w:rPr>
          <w:sz w:val="20"/>
        </w:rPr>
        <w:t>1:20:31  Allah ki mohabbat, Allah ka khauf paida kare aap ke andar. To apni way of think, apni apni way of thinking ko train karna hai, woh mamla yeh hai, yeh madrasay ki taleem se is ka koi taluq nahi hai.</w:t>
      </w:r>
    </w:p>
    <w:p>
      <w:pPr>
        <w:pStyle w:val="Heading2"/>
      </w:pPr>
      <w:r>
        <w:t>Effectiveness of Sufi meditation for stress</w:t>
      </w:r>
    </w:p>
    <w:p>
      <w:r>
        <w:rPr>
          <w:color w:val="666666"/>
          <w:sz w:val="18"/>
        </w:rPr>
        <w:t>Spirituality · Contribution of Sufism in India May 29, 2011 · 3m 00s · at 1:35:23 · https://youtu.be/lzxSaTnomio?t=5723</w:t>
      </w:r>
    </w:p>
    <w:p>
      <w:r>
        <w:rPr>
          <w:i/>
        </w:rPr>
        <w:t>“Sufism focuses on meditation. How far is the practice successful to mitigate stress? Kindly comment.”</w:t>
      </w:r>
    </w:p>
    <w:p>
      <w:r>
        <w:rPr>
          <w:sz w:val="20"/>
        </w:rPr>
        <w:t>1:35:23  miss satohi malhotra ne dili se sawal kiya hai, unhon ne likha hai: "sufism focuses on meditation.</w:t>
      </w:r>
      <w:r>
        <w:br/>
      </w:r>
      <w:r>
        <w:rPr>
          <w:sz w:val="20"/>
        </w:rPr>
        <w:t>1:35:32  how far is the practice successful to mitigate stress?" kindly comment. dekhen, main to meditation ko nahi manta,</w:t>
      </w:r>
      <w:r>
        <w:br/>
      </w:r>
      <w:r>
        <w:rPr>
          <w:sz w:val="20"/>
        </w:rPr>
        <w:t>1:35:46  main to contemplation ko manta hoon. tamam sufiyon ka meditation hai, yani jo kehte hain muraqba.</w:t>
      </w:r>
      <w:r>
        <w:br/>
      </w:r>
      <w:r>
        <w:rPr>
          <w:sz w:val="20"/>
        </w:rPr>
        <w:t>1:35:54  yeh method ki baat hai. un ka jo method hai, woh muraqba based hai, yani</w:t>
      </w:r>
      <w:r>
        <w:br/>
      </w:r>
      <w:r>
        <w:rPr>
          <w:sz w:val="20"/>
        </w:rPr>
        <w:t>1:36:04  meditation par. hum jo mante hain, jo spirituality ko, hamari jo spirituality hai, woh contemplation base karti hai, yani soch, ghor o fikr, sochna, tafakkur, tadabbur, is par base karti hai.</w:t>
      </w:r>
      <w:r>
        <w:br/>
      </w:r>
      <w:r>
        <w:rPr>
          <w:sz w:val="20"/>
        </w:rPr>
        <w:t>1:36:15  to yeh method ka farq hai.</w:t>
      </w:r>
      <w:r>
        <w:br/>
      </w:r>
      <w:r>
        <w:rPr>
          <w:sz w:val="20"/>
        </w:rPr>
        <w:t>1:36:20  mr amir bin yousaf ne pakistan se likha hai: "main ne aap se toheed ke bohat sare points seekhe hain, magar sufism ne to mazaaraat aur hindu muslim mix culture create kiya.</w:t>
      </w:r>
      <w:r>
        <w:br/>
      </w:r>
      <w:r>
        <w:rPr>
          <w:sz w:val="20"/>
        </w:rPr>
        <w:t>1:36:35  arab ke musalman aur hamare hindustan aur pakistan ke musalman mein jo toheed ke problems hain, woh sab sufism ki education ki wajah se hain.</w:t>
      </w:r>
      <w:r>
        <w:br/>
      </w:r>
      <w:r>
        <w:rPr>
          <w:sz w:val="20"/>
        </w:rPr>
        <w:t>1:36:46  is ke bare mein aap kya kahenge?"</w:t>
      </w:r>
      <w:r>
        <w:br/>
      </w:r>
      <w:r>
        <w:rPr>
          <w:sz w:val="20"/>
        </w:rPr>
        <w:t>1:36:49  aaj kal jo so called muahideen hain, un mein yeh bohat kharabiyan hain. agar aap minus point talash karenge na, to so called muahideen, muahideen jo hain toheed wale, un ka kharabi kami nahi hai.</w:t>
      </w:r>
      <w:r>
        <w:br/>
      </w:r>
      <w:r>
        <w:rPr>
          <w:sz w:val="20"/>
        </w:rPr>
        <w:t>1:37:04  to aap bajaye is ke ke minus point talash karein, aap positive point talash kijiye. is waqt jo main ne koshish ki thi, woh yeh thi ke jo thirst, jo thirst tha, mera thirst ke kis tarike se musalmanon ka jo mind jo hai, chala ja raha hai tashaddud ki taraf.</w:t>
      </w:r>
      <w:r>
        <w:br/>
      </w:r>
      <w:r>
        <w:rPr>
          <w:sz w:val="20"/>
        </w:rPr>
        <w:t>1:37:20  is ko bari cheez samjhe baithe hain: gun culture, bomb culture, suicide culture, bohat bari cheez samjhe baithe hain. isi se woh dunya mein phir se aik islami empire qaim karenge.</w:t>
      </w:r>
      <w:r>
        <w:br/>
      </w:r>
      <w:r>
        <w:rPr>
          <w:sz w:val="20"/>
        </w:rPr>
        <w:t>1:37:30  sab yeh sab bilkul false, false, false, yani false, false foot par based</w:t>
      </w:r>
      <w:r>
        <w:br/>
      </w:r>
      <w:r>
        <w:rPr>
          <w:sz w:val="20"/>
        </w:rPr>
        <w:t>1:37:37  hai. to false foot is ko hatana kisi tarike se aur aman wala jo tareeqa hai, us par lana. main thirst mera is par yeh tha.</w:t>
      </w:r>
      <w:r>
        <w:br/>
      </w:r>
      <w:r>
        <w:rPr>
          <w:sz w:val="20"/>
        </w:rPr>
        <w:t>1:37:46  baqi minus point har cheez mein hote hain, plus point har cheez mein hote hain. to aap ko justice karna chahiye. justice. okay, i would like to read a comment.</w:t>
      </w:r>
      <w:r>
        <w:br/>
      </w:r>
      <w:r>
        <w:rPr>
          <w:sz w:val="20"/>
        </w:rPr>
        <w:t>1:37:57  it has come from dr farida khanam, who is written and spoken a lot about sufism.</w:t>
      </w:r>
      <w:r>
        <w:br/>
      </w:r>
      <w:r>
        <w:rPr>
          <w:sz w:val="20"/>
        </w:rPr>
        <w:t>1:38:03  she has written: "the early sufis did not deviate from sharia. it was in later times that many innovations were made." aur model that is cps model, aur early sufis, we don't have to follow what is happening today in dargahs.</w:t>
      </w:r>
    </w:p>
    <w:p>
      <w:pPr>
        <w:pStyle w:val="Heading2"/>
      </w:pPr>
      <w:r>
        <w:t>Elaborate on contentment as door to gratitude</w:t>
      </w:r>
    </w:p>
    <w:p>
      <w:r>
        <w:rPr>
          <w:color w:val="666666"/>
          <w:sz w:val="18"/>
        </w:rPr>
        <w:t>Spirituality · Age of Consumerism January 6, 2013 · 1m 31s · at 1:20:59 · https://youtu.be/zJRZ1OKUhgA?t=4859</w:t>
      </w:r>
    </w:p>
    <w:p>
      <w:r>
        <w:rPr>
          <w:i/>
        </w:rPr>
        <w:t>“Contentment is the door to gratitude. Can you please elaborate on this?”</w:t>
      </w:r>
    </w:p>
    <w:p>
      <w:r>
        <w:rPr>
          <w:sz w:val="20"/>
        </w:rPr>
        <w:t>1:20:59  aap ise phir se sochiye to aap yeh baat aap ko clear ho jayegi. maulana, agla sawal dilli se hai, miss naghma siddiqui ka</w:t>
      </w:r>
      <w:r>
        <w:br/>
      </w:r>
      <w:r>
        <w:rPr>
          <w:sz w:val="20"/>
        </w:rPr>
        <w:t>1:21:10  . unhone aapse poocha hai: "contentment is the door to shukr. can you please elaborate on this?" sahi hai, contentment se aap destruction se bach jaate hain.</w:t>
      </w:r>
      <w:r>
        <w:br/>
      </w:r>
      <w:r>
        <w:rPr>
          <w:sz w:val="20"/>
        </w:rPr>
        <w:t>1:21:25  besk baat hai distrakshan. distrakshan agar aap containment ka tareeqa na ikhtiyar karein to kya hoga?</w:t>
      </w:r>
      <w:r>
        <w:br/>
      </w:r>
      <w:r>
        <w:rPr>
          <w:sz w:val="20"/>
        </w:rPr>
        <w:t>1:21:36  shauq ke peeche daudeinge, khwahish ke peeche daudeinge, numaish ke peeche daudeinge, fashion ke peeche daudeinge. to kya hai?</w:t>
      </w:r>
      <w:r>
        <w:br/>
      </w:r>
      <w:r>
        <w:rPr>
          <w:sz w:val="20"/>
        </w:rPr>
        <w:t>1:21:46  distract hote rahenge. jab distract hote rahenge to Allah ke bare mein sochne ka sochne ka waqt hi aap ke paas nahi hoga. jab aap Allah ke liye sochenge, tab to shukr aayega.</w:t>
      </w:r>
      <w:r>
        <w:br/>
      </w:r>
      <w:r>
        <w:rPr>
          <w:sz w:val="20"/>
        </w:rPr>
        <w:t>1:21:56  nahi to shukr aayega kaise? shukr jo hai, ek deep thinking se aata hai.</w:t>
      </w:r>
      <w:r>
        <w:br/>
      </w:r>
      <w:r>
        <w:rPr>
          <w:sz w:val="20"/>
        </w:rPr>
        <w:t>1:22:02  shukr yeh nahi ke lip service karte hue kuch bol dein. aap Khuda tera shukr hai, yeh shukr nahi hai. shukr yeh hai ke aap deep thinking karein.</w:t>
      </w:r>
      <w:r>
        <w:br/>
      </w:r>
      <w:r>
        <w:rPr>
          <w:sz w:val="20"/>
        </w:rPr>
        <w:t>1:22:11  aap ko ek discovery ho, us discovery aap ke munh se nikal pade. to us ke liye zaroori hai ke aap logon ko distraction se bachayein, warna warna shukr koi lip service hogi, haqeeqi shukr nahi hoga.</w:t>
      </w:r>
    </w:p>
    <w:p>
      <w:pPr>
        <w:pStyle w:val="Heading2"/>
      </w:pPr>
      <w:r>
        <w:t>Elaboration on patience with reflection</w:t>
      </w:r>
    </w:p>
    <w:p>
      <w:r>
        <w:rPr>
          <w:color w:val="666666"/>
          <w:sz w:val="18"/>
        </w:rPr>
        <w:t>Spirituality · Patience and Crisis 22 Dec 2019 - Maulana Wahiduddin Khan · 2m 39s · at 43:26 · https://youtu.be/ddnUKbhEoCI?t=2606</w:t>
      </w:r>
    </w:p>
    <w:p>
      <w:r>
        <w:rPr>
          <w:i/>
        </w:rPr>
        <w:t>“Thank you for giving such a clear lecture on the importance of patience and advanced training for paradise. Yesterday you said patience with reflection is the best thing. Can you please elaborate on patience with reflection?”</w:t>
      </w:r>
    </w:p>
    <w:p>
      <w:r>
        <w:rPr>
          <w:sz w:val="20"/>
        </w:rPr>
        <w:t>43:26  maulana agla comment aur sawal dilli se aaya hai doctor naghma siddiqui ka. unhone likha hai: "maulana jazak allah for giving such a clear lecture on the importance of sabr aur advance training for jannat.</w:t>
      </w:r>
      <w:r>
        <w:br/>
      </w:r>
      <w:r>
        <w:rPr>
          <w:sz w:val="20"/>
        </w:rPr>
        <w:t>43:43  yesterday maulana you had said sabr with tadabbur is the best thing. can you please elaborate on this?"</w:t>
      </w:r>
      <w:r>
        <w:br/>
      </w:r>
      <w:r>
        <w:rPr>
          <w:sz w:val="20"/>
        </w:rPr>
        <w:t>43:57  sabr with tadabbur. ji. ji.</w:t>
      </w:r>
      <w:r>
        <w:br/>
      </w:r>
      <w:r>
        <w:rPr>
          <w:sz w:val="20"/>
        </w:rPr>
        <w:t>44:04  main toh samajhta hoon ke sabr aur tadabbur dono laazim malzoom hain. sabr ke baghair tadabbur nahi, tadabbur ke baghair sabr nahi.</w:t>
      </w:r>
      <w:r>
        <w:br/>
      </w:r>
      <w:r>
        <w:rPr>
          <w:sz w:val="20"/>
        </w:rPr>
        <w:t>44:18  aap ko apne aap ko sambhalna padta hai, apne aap ko thamna padta hai. tab aap sabr kar payenge, tab aap tadabbur kar payenge.</w:t>
      </w:r>
      <w:r>
        <w:br/>
      </w:r>
      <w:r>
        <w:rPr>
          <w:sz w:val="20"/>
        </w:rPr>
        <w:t>44:32  apne aap ko thamna.</w:t>
      </w:r>
      <w:r>
        <w:br/>
      </w:r>
      <w:r>
        <w:rPr>
          <w:sz w:val="20"/>
        </w:rPr>
        <w:t>44:38  toh yeh bataiye toh aap ke liye khushi ka lamha hona chahiye, na ke ghusse ka lamha.</w:t>
      </w:r>
      <w:r>
        <w:br/>
      </w:r>
      <w:r>
        <w:rPr>
          <w:sz w:val="20"/>
        </w:rPr>
        <w:t>44:51  maulana ah agla comment bheja hai tampa florida se tariq ali sahib ne. unhone likha hai: "maulana i hope you would agree if i say that patience during difficult times in fact allows the mind to function in an efficient manner during the times of crisis,</w:t>
      </w:r>
      <w:r>
        <w:br/>
      </w:r>
      <w:r>
        <w:rPr>
          <w:sz w:val="20"/>
        </w:rPr>
        <w:t>45:14  because this ensures good decision making. in addition it leads to the development of human faculties to their fullest, to their full capacity in order to face all kinds of situations in life.</w:t>
      </w:r>
      <w:r>
        <w:br/>
      </w:r>
      <w:r>
        <w:rPr>
          <w:sz w:val="20"/>
        </w:rPr>
        <w:t>45:30  most of all it helps in discovering god's wonders and accepting his will." bahut achha explain kiya aap ne, bahut achha explain kiya aap ne.</w:t>
      </w:r>
      <w:r>
        <w:br/>
      </w:r>
      <w:r>
        <w:rPr>
          <w:sz w:val="20"/>
        </w:rPr>
        <w:t>45:43  jazakum allah. miss tuti malhotra ne dilli se likha hai: "maulana today the importance of patience has been very clearly explained.</w:t>
      </w:r>
      <w:r>
        <w:br/>
      </w:r>
      <w:r>
        <w:rPr>
          <w:sz w:val="20"/>
        </w:rPr>
        <w:t>45:55  at answers the questions when people ask the limit of observing patience. if there is no limit to paradise, then there is no limit to patience.</w:t>
      </w:r>
    </w:p>
    <w:p>
      <w:pPr>
        <w:pStyle w:val="Heading2"/>
      </w:pPr>
      <w:r>
        <w:t>Elaboration on the Concept of Ihsan</w:t>
      </w:r>
    </w:p>
    <w:p>
      <w:r>
        <w:rPr>
          <w:color w:val="666666"/>
          <w:sz w:val="18"/>
        </w:rPr>
        <w:t>Spirituality · Hadith-e-Jibril, April 21, 2013 · 1m 11s · at 1:23:22 · https://youtu.be/0rF6Ou0pDog?t=5002</w:t>
      </w:r>
    </w:p>
    <w:p>
      <w:r>
        <w:rPr>
          <w:i/>
        </w:rPr>
        <w:t>“Can you elaborate more on Al-Ihsan?”</w:t>
      </w:r>
    </w:p>
    <w:p>
      <w:r>
        <w:rPr>
          <w:sz w:val="20"/>
        </w:rPr>
        <w:t>1:23:22  bas. Maulana, agla sawal Mumbai se hai Mahbub Sahab ka. unhon ne likha hai can you elaborate more on Al-ihsan.</w:t>
      </w:r>
      <w:r>
        <w:br/>
      </w:r>
      <w:r>
        <w:rPr>
          <w:sz w:val="20"/>
        </w:rPr>
        <w:t>1:23:38  ihsan jo hai amal hi ka aala darja hai. agla agla darja hai. amal mani ke hote hain karna. ihsan ka matlab hai ziyada behtar tor par karna.</w:t>
      </w:r>
      <w:r>
        <w:br/>
      </w:r>
      <w:r>
        <w:rPr>
          <w:sz w:val="20"/>
        </w:rPr>
        <w:t>1:23:51  bas yahi matlab hai. to kisi bhi cheez ko ziyada achhe tareeqe se aap karein to woh ihsan ho jayega. aur sirf karein to woh amal hoga.</w:t>
      </w:r>
      <w:r>
        <w:br/>
      </w:r>
      <w:r>
        <w:rPr>
          <w:sz w:val="20"/>
        </w:rPr>
        <w:t>1:24:03  to yeh momin ki aik sifat hai ke chunke is ka concern sachai hota hai, is ka concern Allah ki qurbat hota hai, to aur ziyada behtar karne ki koshish karta hai.</w:t>
      </w:r>
      <w:r>
        <w:br/>
      </w:r>
      <w:r>
        <w:rPr>
          <w:sz w:val="20"/>
        </w:rPr>
        <w:t>1:24:15  aur ziyada behtar karne ki koshish karta hai. to mominana spirit jo hai woh aap ko Muslim bana deti hai. yani aur ziyada achha karne ka jazba paida hota hai aap ke andar.</w:t>
      </w:r>
      <w:r>
        <w:br/>
      </w:r>
      <w:r>
        <w:rPr>
          <w:sz w:val="20"/>
        </w:rPr>
        <w:t>1:24:28  bas itni hi hai. is mein koi mysterious baat nahin hai.</w:t>
      </w:r>
    </w:p>
    <w:p>
      <w:pPr>
        <w:pStyle w:val="Heading2"/>
      </w:pPr>
      <w:r>
        <w:t>Eliminating desires for simple living</w:t>
      </w:r>
    </w:p>
    <w:p>
      <w:r>
        <w:rPr>
          <w:color w:val="666666"/>
          <w:sz w:val="18"/>
        </w:rPr>
        <w:t>Spirituality · Realization of God in the Age of Science March 1, 2020 Maulana Wahiduddin Khan · 1m 52s · at 34:26 · https://youtu.be/duUnwicq5Yw?t=2066</w:t>
      </w:r>
    </w:p>
    <w:p>
      <w:r>
        <w:rPr>
          <w:i/>
        </w:rPr>
        <w:t>“I love your talk today. I believe the real problem of not being able to connect with God is due to having unlimited desires in ourselves. These desires keep distracting us from the remembrance of God. My question is: how can we eliminate these desires and come to the level of simple living?”</w:t>
      </w:r>
    </w:p>
    <w:p>
      <w:r>
        <w:rPr>
          <w:sz w:val="20"/>
        </w:rPr>
        <w:t>34:26  Maulana, sawal lena chahenge? aa yeh sawal bheja hai Lucknow se Mr. Gopal Krishan ne.</w:t>
      </w:r>
      <w:r>
        <w:br/>
      </w:r>
      <w:r>
        <w:rPr>
          <w:sz w:val="20"/>
        </w:rPr>
        <w:t>34:36  unhon ne likha hai: "Maulana sahib, i loved your talk today. i believe the real problem of not being able to connect with God is due to having unlimited desires in ourselves.</w:t>
      </w:r>
      <w:r>
        <w:br/>
      </w:r>
      <w:r>
        <w:rPr>
          <w:sz w:val="20"/>
        </w:rPr>
        <w:t>34:51  these desires keep distracting us from the remembrance of God. my question is: how can we eliminate these desires and come to the level of simple living?"</w:t>
      </w:r>
      <w:r>
        <w:br/>
      </w:r>
      <w:r>
        <w:rPr>
          <w:sz w:val="20"/>
        </w:rPr>
        <w:t>35:11  mein baat yahi samajhta hoon ke aadmi apni taraf se</w:t>
      </w:r>
      <w:r>
        <w:br/>
      </w:r>
      <w:r>
        <w:rPr>
          <w:sz w:val="20"/>
        </w:rPr>
        <w:t>35:22  saari koshish kara le</w:t>
      </w:r>
      <w:r>
        <w:br/>
      </w:r>
      <w:r>
        <w:rPr>
          <w:sz w:val="20"/>
        </w:rPr>
        <w:t>35:27  aur phir is ke baad woh dua kare. aoozu billah!</w:t>
      </w:r>
      <w:r>
        <w:br/>
      </w:r>
      <w:r>
        <w:rPr>
          <w:sz w:val="20"/>
        </w:rPr>
        <w:t>35:39  dua</w:t>
      </w:r>
      <w:r>
        <w:br/>
      </w:r>
      <w:r>
        <w:rPr>
          <w:sz w:val="20"/>
        </w:rPr>
        <w:t>35:43  aur koshish dono jab ek jagah ho jayen to is ke baad zaroor yeh maqam insaan ko mil jata hai.</w:t>
      </w:r>
      <w:r>
        <w:br/>
      </w:r>
      <w:r>
        <w:rPr>
          <w:sz w:val="20"/>
        </w:rPr>
        <w:t>36:03  qamar shahid siddiqui sahib ne comment bheja hai. unho ne location nahi likhi hai. un ka comment hai: "we know the creator through his science.</w:t>
      </w:r>
      <w:r>
        <w:br/>
      </w:r>
      <w:r>
        <w:rPr>
          <w:sz w:val="20"/>
        </w:rPr>
        <w:t>36:12  the balance in universe cannot be made through several powers at a time.</w:t>
      </w:r>
    </w:p>
    <w:p>
      <w:pPr>
        <w:pStyle w:val="Heading2"/>
      </w:pPr>
      <w:r>
        <w:t>Explain Taleef-e-Qalb with an example</w:t>
      </w:r>
    </w:p>
    <w:p>
      <w:r>
        <w:rPr>
          <w:color w:val="666666"/>
          <w:sz w:val="18"/>
        </w:rPr>
        <w:t>Spirituality · Creative Solution or Ijtihadi Hal September 16, 2012 · 3m 49s · at 1:01:33 · https://youtu.be/yBKbiu0d_1A?t=3693</w:t>
      </w:r>
    </w:p>
    <w:p>
      <w:r>
        <w:rPr>
          <w:i/>
        </w:rPr>
        <w:t>“Please explain Tālīf al-Qalb (softening the heart) with an example.”</w:t>
      </w:r>
    </w:p>
    <w:p>
      <w:r>
        <w:rPr>
          <w:sz w:val="20"/>
        </w:rPr>
        <w:t>1:01:33  maulana, agla sawal dilli se hai nafees sahab ka. unhon ne aap se talif-e-qalb ke bare mein poocha hai aur unhon ne likha hai ke agar koi misaal de kar agar aap samjhane ki koshish karein to bohat meharbani hogi.</w:t>
      </w:r>
      <w:r>
        <w:br/>
      </w:r>
      <w:r>
        <w:rPr>
          <w:sz w:val="20"/>
        </w:rPr>
        <w:t>1:01:50  dekhein, talif-e-qalb jo hai, is ko angrezi mein kahen ge "softening". "softening the heart" dil ko naram karna aur yeh ek fitrat ka qanoon hai.</w:t>
      </w:r>
      <w:r>
        <w:br/>
      </w:r>
      <w:r>
        <w:rPr>
          <w:sz w:val="20"/>
        </w:rPr>
        <w:t>1:02:07  aap har kaam mein aap aisa karte hain. aap jab business karte hain ya aap job karte hain, aap rishtedaron se milte hain, har jagah aap yeh usool istemal karte hain.</w:t>
      </w:r>
      <w:r>
        <w:br/>
      </w:r>
      <w:r>
        <w:rPr>
          <w:sz w:val="20"/>
        </w:rPr>
        <w:t>1:02:18  talif-e-qalb ka, yani dil ko naram karne wali baat,</w:t>
      </w:r>
      <w:r>
        <w:br/>
      </w:r>
      <w:r>
        <w:rPr>
          <w:sz w:val="20"/>
        </w:rPr>
        <w:t>1:02:24  to yeh koi anokhi baat nahi hai. isi ka islam mein dawat ke maqsad ke liye istemal kiya gaya hai.</w:t>
      </w:r>
      <w:r>
        <w:br/>
      </w:r>
      <w:r>
        <w:rPr>
          <w:sz w:val="20"/>
        </w:rPr>
        <w:t>1:02:31  woh kaise? jaise ke aap naram boli bolein, achhe alfaz mein us ko خطاب karein.</w:t>
      </w:r>
      <w:r>
        <w:br/>
      </w:r>
      <w:r>
        <w:rPr>
          <w:sz w:val="20"/>
        </w:rPr>
        <w:t>1:02:45  ek kitab, woh farz ki jiye ke kharidne ki likha raha hai, aap free mein de dein us ko. yeh sab talif-e-qalb hai.</w:t>
      </w:r>
      <w:r>
        <w:br/>
      </w:r>
      <w:r>
        <w:rPr>
          <w:sz w:val="20"/>
        </w:rPr>
        <w:t>1:02:54  jaise ek sahab ne mujhe waqea bataya ke woh bus mein safar kar rahe the to hamare haan ki chhapi hui kitab, uska naam hai "insan apne aap ko pehchan".</w:t>
      </w:r>
      <w:r>
        <w:br/>
      </w:r>
      <w:r>
        <w:rPr>
          <w:sz w:val="20"/>
        </w:rPr>
        <w:t>1:03:07  woh urdu mein, hindi mein, english mein, teeno zabano mein milti hai. to woh parh rahe the us ko</w:t>
      </w:r>
      <w:r>
        <w:br/>
      </w:r>
      <w:r>
        <w:rPr>
          <w:sz w:val="20"/>
        </w:rPr>
        <w:t>1:03:13  to ek ghair muslim wahan baithe hue the. un ko yeh naam kuch, ek ek woh kuch naam se attract hue, woh ke "insan ne apne aap ko pehchan".</w:t>
      </w:r>
      <w:r>
        <w:br/>
      </w:r>
      <w:r>
        <w:rPr>
          <w:sz w:val="20"/>
        </w:rPr>
        <w:t>1:03:25  to unhon ne kaha ke yeh kitab kya mein kharid sakta hoon? matlab is kitab ko chahte the ke paise de kar khareedein. to unhon ne kaha, "main aap ko gift deta hoon, yeh hai talif-e-qalb"</w:t>
      </w:r>
      <w:r>
        <w:br/>
      </w:r>
      <w:r>
        <w:rPr>
          <w:sz w:val="20"/>
        </w:rPr>
        <w:t>1:03:40  . to talif-e-qalb koi anokhi cheez nahi hai. mauqa mauqe ke lehaz se, jaise aap kisi jagah gaye, kisi gurudware mein, mandir mein, to wahan prashad diya.</w:t>
      </w:r>
      <w:r>
        <w:br/>
      </w:r>
      <w:r>
        <w:rPr>
          <w:sz w:val="20"/>
        </w:rPr>
        <w:t>1:03:54  unhon ne ab aap kahein ke "hai yeh to yeh to shirk hai, yeh to yeh to jaiz nahi hai". to yeh talif-e-qalb ke khilaf hoga. aap le lijiye us ko bohat shauq se, shukriya ka ada karte hue,</w:t>
      </w:r>
      <w:r>
        <w:br/>
      </w:r>
      <w:r>
        <w:rPr>
          <w:sz w:val="20"/>
        </w:rPr>
        <w:t>1:04:06  woh talif-e-qalb ki niyat se lijiye us ko to sawab ho jaye ga aap ko. to talif-e-qalb ka koi laga bata usool nahi hai.</w:t>
      </w:r>
      <w:r>
        <w:br/>
      </w:r>
      <w:r>
        <w:rPr>
          <w:sz w:val="20"/>
        </w:rPr>
        <w:t>1:04:18  mauqa ke lehaz se mad'u ko ke dil ko naram karna aur us ko is aisa, yani aisi situation create karna ke bohat hi normal zehan ke sath woh aap se baat kare, aap kitab ko parhe.</w:t>
      </w:r>
      <w:r>
        <w:br/>
      </w:r>
      <w:r>
        <w:rPr>
          <w:sz w:val="20"/>
        </w:rPr>
        <w:t>1:04:37  bas isi ka naam talif-e-qalb hai. is ka is ki koi fees nahi bana sakte hum.</w:t>
      </w:r>
      <w:r>
        <w:br/>
      </w:r>
      <w:r>
        <w:rPr>
          <w:sz w:val="20"/>
        </w:rPr>
        <w:t>1:04:44  koi is ki fees nahi hai ke aap jab mandir mein jayein to prashad qabool kar lein. aisi koi fees nahi hai. har mauqe ke lehaz se talif-e-qalb hoti hai.</w:t>
      </w:r>
      <w:r>
        <w:br/>
      </w:r>
      <w:r>
        <w:rPr>
          <w:sz w:val="20"/>
        </w:rPr>
        <w:t>1:04:57  to agar aap ko dawat ka jazba aap ke andar zinda hai, aap mad'u ke sath aap khair khwah hain, yani aap ke andar mad'u friendly zehan hai, aap ke andar mad'u friendly zehan hai, to aap khud foran aap ko samajh mein aa jaye ga ke yahan par hum talif-e-qalb ka kaun sa tareeqa istemal karein jo mu'assir ho.</w:t>
      </w:r>
    </w:p>
    <w:p>
      <w:pPr>
        <w:pStyle w:val="Heading2"/>
      </w:pPr>
      <w:r>
        <w:t>Explain inner meaning vs inner reality</w:t>
      </w:r>
    </w:p>
    <w:p>
      <w:r>
        <w:rPr>
          <w:color w:val="666666"/>
          <w:sz w:val="18"/>
        </w:rPr>
        <w:t>Spirituality · Discovery of Paradise March 22, 2015 · 2m 24s · at 51:18 · https://youtu.be/2axrfd7sZkE?t=3078</w:t>
      </w:r>
    </w:p>
    <w:p>
      <w:r>
        <w:rPr>
          <w:i/>
        </w:rPr>
        <w:t>“Maulana, knowing the inner meaning is intellectual development, knowing the inner reality is spirituality. Please explain this further.”</w:t>
      </w:r>
    </w:p>
    <w:p>
      <w:r>
        <w:rPr>
          <w:sz w:val="20"/>
        </w:rPr>
        <w:t>51:18  Maulana, agla sawal Chennai se kiya hai Maulana Iqbal Umri ne, aur unhon ne likha hai: "Maulana, inner meaning ko janna hi intellectual development hai,</w:t>
      </w:r>
      <w:r>
        <w:br/>
      </w:r>
      <w:r>
        <w:rPr>
          <w:sz w:val="20"/>
        </w:rPr>
        <w:t>51:32  inner reality ko janna hi spirituality hai. Maulana, is ki mazeed wazahat karein."</w:t>
      </w:r>
      <w:r>
        <w:br/>
      </w:r>
      <w:r>
        <w:rPr>
          <w:sz w:val="20"/>
        </w:rPr>
        <w:t>51:42  mera matlab yeh hai ke log cheezon ko face value pe lete hain,</w:t>
      </w:r>
      <w:r>
        <w:br/>
      </w:r>
      <w:r>
        <w:rPr>
          <w:sz w:val="20"/>
        </w:rPr>
        <w:t>51:47  face value par is ke gehrai mein ja kar nahi sochte. misaal ke taur par, suraj nikla to bas nikal aaya, us ko bas face value pe le liya ke suraj to nikalta hi hai.</w:t>
      </w:r>
      <w:r>
        <w:br/>
      </w:r>
      <w:r>
        <w:rPr>
          <w:sz w:val="20"/>
        </w:rPr>
        <w:t>51:59  lekin mein ne socha ke suraj itni badi cheez hai ke</w:t>
      </w:r>
      <w:r>
        <w:br/>
      </w:r>
      <w:r>
        <w:rPr>
          <w:sz w:val="20"/>
        </w:rPr>
        <w:t>52:06  billion trillion saal se kaise isi tarah se nikal raha hai, aur</w:t>
      </w:r>
      <w:r>
        <w:br/>
      </w:r>
      <w:r>
        <w:rPr>
          <w:sz w:val="20"/>
        </w:rPr>
        <w:t>52:10  itne bahut hi thick distance par wo hai. is ka distance kam ho jaye, tab bhi wo mere liye wo bekar ho jayega.</w:t>
      </w:r>
      <w:r>
        <w:br/>
      </w:r>
      <w:r>
        <w:rPr>
          <w:sz w:val="20"/>
        </w:rPr>
        <w:t>52:22  zyada ho jaye, tab bhi bekar ho jayega. to is ki, yaani is ki takhleeq ke bare mein mein sochne laga.</w:t>
      </w:r>
      <w:r>
        <w:br/>
      </w:r>
      <w:r>
        <w:rPr>
          <w:sz w:val="20"/>
        </w:rPr>
        <w:t>52:32  to agar aap cheezon ko, yaani face value par lein, to aap is ki jo real meaning hai, us se bekhabar rahenge.</w:t>
      </w:r>
      <w:r>
        <w:br/>
      </w:r>
      <w:r>
        <w:rPr>
          <w:sz w:val="20"/>
        </w:rPr>
        <w:t>52:41  lekin face value ke aage jo is ki deeper sense mein jayein, aap to aap ko is ki haqeeqat maloom hogi.</w:t>
      </w:r>
      <w:r>
        <w:br/>
      </w:r>
      <w:r>
        <w:rPr>
          <w:sz w:val="20"/>
        </w:rPr>
        <w:t>52:51  yeh har cheez mein hota hai, har cheez mein hota hai. aisa</w:t>
      </w:r>
      <w:r>
        <w:br/>
      </w:r>
      <w:r>
        <w:rPr>
          <w:sz w:val="20"/>
        </w:rPr>
        <w:t>52:57  ek phool mein ne dekha to us mein saath makhi aayi aur use lagi is ka nectar lene. to mein ne socha, kaisi ajeeb baat hai ke ek ek ek poda hai, us ke neeche ek tana hai, phir shaakh hai, phir patti hai, wahan par ek phool hai.</w:t>
      </w:r>
      <w:r>
        <w:br/>
      </w:r>
      <w:r>
        <w:rPr>
          <w:sz w:val="20"/>
        </w:rPr>
        <w:t>53:16  is phool ke andar nature ne wahan par ek nectar rakh diya, us ko leti hai shayad ki makhi.</w:t>
      </w:r>
      <w:r>
        <w:br/>
      </w:r>
      <w:r>
        <w:rPr>
          <w:sz w:val="20"/>
        </w:rPr>
        <w:t>53:24  to face value pe lein to kuch nahi dikhai dega, lekin jab aap deeper sense mein lein to us mein bahut zabardast wisdom dikhai dega aap ko.</w:t>
      </w:r>
      <w:r>
        <w:br/>
      </w:r>
      <w:r>
        <w:rPr>
          <w:sz w:val="20"/>
        </w:rPr>
        <w:t>53:34  yeh har cheez ka mamla hai.</w:t>
      </w:r>
    </w:p>
    <w:p>
      <w:pPr>
        <w:pStyle w:val="Heading2"/>
      </w:pPr>
      <w:r>
        <w:t>Explaining Taleef-e-Qalb softening hearts</w:t>
      </w:r>
    </w:p>
    <w:p>
      <w:r>
        <w:rPr>
          <w:color w:val="666666"/>
          <w:sz w:val="18"/>
        </w:rPr>
        <w:t>Spirituality · Creative Solution or Ijtihadi Hal I 16th Sept. 2012 - Maulana Wahiduddin Khan · 3m 49s · at 1:01:57 · https://youtu.be/yhR_5zojzHI?t=3717</w:t>
      </w:r>
    </w:p>
    <w:p>
      <w:r>
        <w:rPr>
          <w:i/>
        </w:rPr>
        <w:t>“Please explain Taleef-e-Qalb (softening of hearts). If you give an example and try to explain, it would be very kind.”</w:t>
      </w:r>
    </w:p>
    <w:p>
      <w:r>
        <w:rPr>
          <w:sz w:val="20"/>
        </w:rPr>
        <w:t>1:01:57  maulana, agla sawal dilli se hai nafees sahab ka. unhon ne aap se talif-e-qalb ke bare mein poocha hai aur unhon ne likha hai ke agar koi udharan de kar agar aap samjhane ka priyas karen to ateeq kripa hogi.</w:t>
      </w:r>
      <w:r>
        <w:br/>
      </w:r>
      <w:r>
        <w:rPr>
          <w:sz w:val="20"/>
        </w:rPr>
        <w:t>1:02:14  dekhen, talif-e-qalb jo hai, is ko angrezi mein kahen ge "softening". "softening the heart".</w:t>
      </w:r>
      <w:r>
        <w:br/>
      </w:r>
      <w:r>
        <w:rPr>
          <w:sz w:val="20"/>
        </w:rPr>
        <w:t>1:02:24  dil ko narm karna</w:t>
      </w:r>
      <w:r>
        <w:br/>
      </w:r>
      <w:r>
        <w:rPr>
          <w:sz w:val="20"/>
        </w:rPr>
        <w:t>1:02:27  aur yeh ek fitrat ka qanoon hai. aap har kaam mein aap aisa karte hain. aap jab business karte hain ya aap job karte hain, aap rishtedaron se milte hain, har jagah aap yeh usool istemal karte hain.</w:t>
      </w:r>
      <w:r>
        <w:br/>
      </w:r>
      <w:r>
        <w:rPr>
          <w:sz w:val="20"/>
        </w:rPr>
        <w:t>1:02:43  talif-e-qalb ka, yani dil ko narm karne wali baat.</w:t>
      </w:r>
      <w:r>
        <w:br/>
      </w:r>
      <w:r>
        <w:rPr>
          <w:sz w:val="20"/>
        </w:rPr>
        <w:t>1:02:49  to yeh koi anokhi baat nahi hai. isi ka islam mein dawat ke maqsad ke liye istemal kiya gaya hai.</w:t>
      </w:r>
      <w:r>
        <w:br/>
      </w:r>
      <w:r>
        <w:rPr>
          <w:sz w:val="20"/>
        </w:rPr>
        <w:t>1:02:56  woh kaise? jaise ke aap narm boli bolen, achhe alfaz mein is ko khitab karen.</w:t>
      </w:r>
      <w:r>
        <w:br/>
      </w:r>
      <w:r>
        <w:rPr>
          <w:sz w:val="20"/>
        </w:rPr>
        <w:t>1:03:09  ek kitab, woh farz ki jiye ke kharidne ke liye keh raha hai, aap free mein de den is ko. yeh sab talif-e-qalb hai.</w:t>
      </w:r>
      <w:r>
        <w:br/>
      </w:r>
      <w:r>
        <w:rPr>
          <w:sz w:val="20"/>
        </w:rPr>
        <w:t>1:03:18  jaise ek sahab ne mujhe waqea bataya ke woh bus mein safar kar rahe the to hamare haan ki chhapi hui kitab, is ka naam hai "insan apne aap ko pehchan".</w:t>
      </w:r>
      <w:r>
        <w:br/>
      </w:r>
      <w:r>
        <w:rPr>
          <w:sz w:val="20"/>
        </w:rPr>
        <w:t>1:03:32  woh urdu mein, hindi mein, english mein, teeno zubanon mein milti hai.</w:t>
      </w:r>
      <w:r>
        <w:br/>
      </w:r>
      <w:r>
        <w:rPr>
          <w:sz w:val="20"/>
        </w:rPr>
        <w:t>1:03:36  to woh parh rahe the is ko to ek ghair muslim wahan baithe hue the. un ko yeh naam kuch, ek ek, woh kuch naam se attract hue, woh ke "insan ne apne aap ko pehchan".</w:t>
      </w:r>
      <w:r>
        <w:br/>
      </w:r>
      <w:r>
        <w:rPr>
          <w:sz w:val="20"/>
        </w:rPr>
        <w:t>1:03:50  to unhon ne kaha ke yeh kitab kya main kharid sakta hoon? matlab is kitab ko chahte the ke paise de kar khareeden. to unhon ne kaha "main aap ko gift deta hoon".</w:t>
      </w:r>
      <w:r>
        <w:br/>
      </w:r>
      <w:r>
        <w:rPr>
          <w:sz w:val="20"/>
        </w:rPr>
        <w:t>1:04:03  yeh hai talif-e-qalb.</w:t>
      </w:r>
      <w:r>
        <w:br/>
      </w:r>
      <w:r>
        <w:rPr>
          <w:sz w:val="20"/>
        </w:rPr>
        <w:t>1:04:05  to talif-e-qalb koi anokhi cheez nahi hai. mauqa mauqe ke lehaz se, jaise aap kisi jagah gaye, kisi gurudware mein, mandir mein to wahan prashad diya.</w:t>
      </w:r>
      <w:r>
        <w:br/>
      </w:r>
      <w:r>
        <w:rPr>
          <w:sz w:val="20"/>
        </w:rPr>
        <w:t>1:04:19  unhon ne ab aap kahen ke "hai yeh to, yeh to shirk hai, yeh to, yeh to jaiz nahi hai". to yeh talif-e-qalb ke khilaf hoga.</w:t>
      </w:r>
      <w:r>
        <w:br/>
      </w:r>
      <w:r>
        <w:rPr>
          <w:sz w:val="20"/>
        </w:rPr>
        <w:t>1:04:26  aap le lijye is ko bohat shauq se, shukriya ka ada karte hue. woh talif-e-qalb ki niyat se lijye is ko to sawab ho jaye ga aap ko.</w:t>
      </w:r>
      <w:r>
        <w:br/>
      </w:r>
      <w:r>
        <w:rPr>
          <w:sz w:val="20"/>
        </w:rPr>
        <w:t>1:04:37  to talif-e-qalb ka koi laga bata usool nahi hai. mauqe ke lehaz se mad'u ko ke dil ko narm karna aur is ko aisa,</w:t>
      </w:r>
      <w:r>
        <w:br/>
      </w:r>
      <w:r>
        <w:rPr>
          <w:sz w:val="20"/>
        </w:rPr>
        <w:t>1:04:54  yani aisi situation create karna ke bohat hi normal zehan ke sath woh aapse baat kare, aap kitab ko padhen.</w:t>
      </w:r>
      <w:r>
        <w:br/>
      </w:r>
      <w:r>
        <w:rPr>
          <w:sz w:val="20"/>
        </w:rPr>
        <w:t>1:05:02  bas isi ka naam talif-e-qalb hai. is ka, is ki koi fees nahi bana sakte hum. koi is ki fees nahi hai ke aaj jab mandir mein jayen to barsaat qabool kar len.</w:t>
      </w:r>
      <w:r>
        <w:br/>
      </w:r>
      <w:r>
        <w:rPr>
          <w:sz w:val="20"/>
        </w:rPr>
        <w:t>1:05:14  aisi koi fees nahi hai.</w:t>
      </w:r>
      <w:r>
        <w:br/>
      </w:r>
      <w:r>
        <w:rPr>
          <w:sz w:val="20"/>
        </w:rPr>
        <w:t>1:05:17  har mauqe ke lehaz se talif-e-qalb hoti hai. to agar aap ko dawat ka jazba aap ke andar zinda hai, aap mad'u ke sath aap khair khwah hain, yani aap ke andar mad'u friendly zehan hai, aap ke andar mad'u friendly zehan hai, to aap khud foran aap ko samajh mein aa jaye ga ke yahan par hum talif-e-qalb ka kaun sa tareeqa istemal karen jo mu'assir ho.</w:t>
      </w:r>
    </w:p>
    <w:p>
      <w:pPr>
        <w:pStyle w:val="Heading2"/>
      </w:pPr>
      <w:r>
        <w:t>Explaining taqwa and positive attitude</w:t>
      </w:r>
    </w:p>
    <w:p>
      <w:r>
        <w:rPr>
          <w:color w:val="666666"/>
          <w:sz w:val="18"/>
        </w:rPr>
        <w:t>Spirituality · Age of Democracy May 25, 2014 · 1m 03s · at 56:23 · https://youtu.be/pyZy1-EhW1Q?t=3383</w:t>
      </w:r>
    </w:p>
    <w:p>
      <w:r>
        <w:rPr>
          <w:i/>
        </w:rPr>
        <w:t>“In one of the Sunday lectures, the story of Prophet Yusuf, you mentioned about taqwa and sabr. Please explain with an example: what is taqwa, how can I lead a life of taqwa, and also what is positive attitude, and how can we achieve positive attitude?”</w:t>
      </w:r>
    </w:p>
    <w:p>
      <w:r>
        <w:rPr>
          <w:sz w:val="20"/>
        </w:rPr>
        <w:t>56:23  Maulana, agla sawal Delhi se kiya hai Danish Faz</w:t>
      </w:r>
      <w:r>
        <w:br/>
      </w:r>
      <w:r>
        <w:rPr>
          <w:sz w:val="20"/>
        </w:rPr>
        <w:t>56:27  il sahib ne. unhone likha hai: "Maulana, in one of the Sundays lecture, the story of Prophet Yusuf, you mentioned about taqwa and sabr.</w:t>
      </w:r>
      <w:r>
        <w:br/>
      </w:r>
      <w:r>
        <w:rPr>
          <w:sz w:val="20"/>
        </w:rPr>
        <w:t>56:39  Maulana, please explain with an example what is taqwa, how I can lead a life of taqwa, and also what is positive attitude, and how we can achieve positive attitude." main is par ab bahut zyada likh chuke hain.</w:t>
      </w:r>
      <w:r>
        <w:br/>
      </w:r>
      <w:r>
        <w:rPr>
          <w:sz w:val="20"/>
        </w:rPr>
        <w:t>56:56  kitaabon ko padhiye</w:t>
      </w:r>
      <w:r>
        <w:br/>
      </w:r>
      <w:r>
        <w:rPr>
          <w:sz w:val="20"/>
        </w:rPr>
        <w:t>56:57  e. main ne baar baar kaha hai aap logon se ke kitaab ko padh kar ke jo point is mein reh gaya, woh bataiye. yeh general andaaz mein question mat kijiye.</w:t>
      </w:r>
      <w:r>
        <w:br/>
      </w:r>
      <w:r>
        <w:rPr>
          <w:sz w:val="20"/>
        </w:rPr>
        <w:t>57:09  to bahut zyada likh chuke hain. hum in kitaabon ko padhiye aur padh kar ke bataiye ke wahan kaun si baat</w:t>
      </w:r>
      <w:r>
        <w:br/>
      </w:r>
      <w:r>
        <w:rPr>
          <w:sz w:val="20"/>
        </w:rPr>
        <w:t>57:20  clear nahin hui hai. to is par inshallah main arz karunga.</w:t>
      </w:r>
      <w:r>
        <w:br/>
      </w:r>
      <w:r>
        <w:rPr>
          <w:sz w:val="20"/>
        </w:rPr>
        <w:t>57:27  Maulana, agla sawal Ahmed sahib ne kiya hai Japan se. unhone likha hai: "Quran talks about Satan in serious ways, that it is it is an open enemy of Muslim.</w:t>
      </w:r>
    </w:p>
    <w:p>
      <w:pPr>
        <w:pStyle w:val="Heading2"/>
      </w:pPr>
      <w:r>
        <w:t>Explanation of reconciliation of hearts</w:t>
      </w:r>
    </w:p>
    <w:p>
      <w:r>
        <w:rPr>
          <w:color w:val="666666"/>
          <w:sz w:val="18"/>
        </w:rPr>
        <w:t>Spirituality · Creative Solution or Ijtihadi Hul 16th Sep '12 SLOW · 3m 46s · at 1:03:36 · https://youtu.be/Ri7r6K65b2Y?t=3816</w:t>
      </w:r>
    </w:p>
    <w:p>
      <w:r>
        <w:rPr>
          <w:i/>
        </w:rPr>
        <w:t>“Please explain about 'taleef-e-qalb' (reconciliation of hearts). If you could explain with an example, it would be very kind.”</w:t>
      </w:r>
    </w:p>
    <w:p>
      <w:r>
        <w:rPr>
          <w:sz w:val="20"/>
        </w:rPr>
        <w:t>1:03:36  maulana, agla sawal dilli se hai nafeez sahib ka.</w:t>
      </w:r>
      <w:r>
        <w:br/>
      </w:r>
      <w:r>
        <w:rPr>
          <w:sz w:val="20"/>
        </w:rPr>
        <w:t>1:03:40  unhon ne aap se talif-e-qalb ke bare mein poocha hai aur unhon ne likha hai ke agar</w:t>
      </w:r>
      <w:r>
        <w:br/>
      </w:r>
      <w:r>
        <w:rPr>
          <w:sz w:val="20"/>
        </w:rPr>
        <w:t>1:03:47  koi misaal de kar agar aap samjhane ka koshish karen to bohat meharbani hogi.</w:t>
      </w:r>
      <w:r>
        <w:br/>
      </w:r>
      <w:r>
        <w:rPr>
          <w:sz w:val="20"/>
        </w:rPr>
        <w:t>1:03:53  dekhen, talif-e-qalb jo hai, is ko angrezi mein kahenge "softening".</w:t>
      </w:r>
      <w:r>
        <w:br/>
      </w:r>
      <w:r>
        <w:rPr>
          <w:sz w:val="20"/>
        </w:rPr>
        <w:t>1:03:59  "softening the heart" dil ko naram karna, aur yeh ek fitrat ka qanoon hai.</w:t>
      </w:r>
      <w:r>
        <w:br/>
      </w:r>
      <w:r>
        <w:rPr>
          <w:sz w:val="20"/>
        </w:rPr>
        <w:t>1:04:05  aap har kaam mein aisa karte hain.</w:t>
      </w:r>
      <w:r>
        <w:br/>
      </w:r>
      <w:r>
        <w:rPr>
          <w:sz w:val="20"/>
        </w:rPr>
        <w:t>1:04:08  aap jab business karte hain ya aap job karte hain, aap rishtedaron se milte hain, har jagah</w:t>
      </w:r>
      <w:r>
        <w:br/>
      </w:r>
      <w:r>
        <w:rPr>
          <w:sz w:val="20"/>
        </w:rPr>
        <w:t>1:04:15  aap yeh usool istemal karte hain talif-e-qalb ka, yaani dil ko naram karne wali baat.</w:t>
      </w:r>
      <w:r>
        <w:br/>
      </w:r>
      <w:r>
        <w:rPr>
          <w:sz w:val="20"/>
        </w:rPr>
        <w:t>1:04:22  to yeh koi anokhi baat nahin hai.</w:t>
      </w:r>
      <w:r>
        <w:br/>
      </w:r>
      <w:r>
        <w:rPr>
          <w:sz w:val="20"/>
        </w:rPr>
        <w:t>1:04:25  isi ka islam mein dawat ke maqsad ke liye istemal kiya gaya hai.</w:t>
      </w:r>
      <w:r>
        <w:br/>
      </w:r>
      <w:r>
        <w:rPr>
          <w:sz w:val="20"/>
        </w:rPr>
        <w:t>1:04:31  woh kaise? jaise ke aap naram boli bolen, achhe alfaaz mein is ko khitab karen.</w:t>
      </w:r>
      <w:r>
        <w:br/>
      </w:r>
      <w:r>
        <w:rPr>
          <w:sz w:val="20"/>
        </w:rPr>
        <w:t>1:04:37  ek kitab woh farz ki jiye ke khareedne ke liye keh raha hai, aap free mein de den is</w:t>
      </w:r>
      <w:r>
        <w:br/>
      </w:r>
      <w:r>
        <w:rPr>
          <w:sz w:val="20"/>
        </w:rPr>
        <w:t>1:04:45  ko.</w:t>
      </w:r>
      <w:r>
        <w:br/>
      </w:r>
      <w:r>
        <w:rPr>
          <w:sz w:val="20"/>
        </w:rPr>
        <w:t>1:04:46  yeh sab talif-e-qalb hai.</w:t>
      </w:r>
      <w:r>
        <w:br/>
      </w:r>
      <w:r>
        <w:rPr>
          <w:sz w:val="20"/>
        </w:rPr>
        <w:t>1:04:49  jaise ek sahab ne mujhe waqea bataya ke woh bus mein safar kar rahe the to hamare haan</w:t>
      </w:r>
      <w:r>
        <w:br/>
      </w:r>
      <w:r>
        <w:rPr>
          <w:sz w:val="20"/>
        </w:rPr>
        <w:t>1:04:56  ki chhapi hui kitaab, is ka naam hai "insaan apne aap ko pehchan".</w:t>
      </w:r>
      <w:r>
        <w:br/>
      </w:r>
      <w:r>
        <w:rPr>
          <w:sz w:val="20"/>
        </w:rPr>
        <w:t>1:05:02  woh urdu mein, hindi mein, english mein, teeno zabanon mein milti hai.</w:t>
      </w:r>
      <w:r>
        <w:br/>
      </w:r>
      <w:r>
        <w:rPr>
          <w:sz w:val="20"/>
        </w:rPr>
        <w:t>1:05:07  to woh parh rahe the is ko to ek ghair muslim wahan baithe hue the, un ko yeh</w:t>
      </w:r>
      <w:r>
        <w:br/>
      </w:r>
      <w:r>
        <w:rPr>
          <w:sz w:val="20"/>
        </w:rPr>
        <w:t>1:05:15  naam kuch ek ek woh kuch naam se attract hue, woh ke "insaan ne apne aap ko pehchan".</w:t>
      </w:r>
      <w:r>
        <w:br/>
      </w:r>
      <w:r>
        <w:rPr>
          <w:sz w:val="20"/>
        </w:rPr>
        <w:t>1:05:22  to unhon ne kaha ke yeh kitaab kya mein khareed sakta hoon? matlab is kitaab ko chahte the</w:t>
      </w:r>
      <w:r>
        <w:br/>
      </w:r>
      <w:r>
        <w:rPr>
          <w:sz w:val="20"/>
        </w:rPr>
        <w:t>1:05:30  ke paise de kar khareedein.</w:t>
      </w:r>
      <w:r>
        <w:br/>
      </w:r>
      <w:r>
        <w:rPr>
          <w:sz w:val="20"/>
        </w:rPr>
        <w:t>1:05:32  to unhon ne kaha is ko mein aap ko gift deta hoon.</w:t>
      </w:r>
      <w:r>
        <w:br/>
      </w:r>
      <w:r>
        <w:rPr>
          <w:sz w:val="20"/>
        </w:rPr>
        <w:t>1:05:37  yeh hai talif-e-qalb.</w:t>
      </w:r>
      <w:r>
        <w:br/>
      </w:r>
      <w:r>
        <w:rPr>
          <w:sz w:val="20"/>
        </w:rPr>
        <w:t>1:05:39  to talif-e-qalb koi anokhi cheez nahi hai.</w:t>
      </w:r>
      <w:r>
        <w:br/>
      </w:r>
      <w:r>
        <w:rPr>
          <w:sz w:val="20"/>
        </w:rPr>
        <w:t>1:05:43  mauqa mauqa ke lehaz se, jaise aap kisi jagah gaye, kisi gurudware mein, mandir mein to wahan parshad</w:t>
      </w:r>
      <w:r>
        <w:br/>
      </w:r>
      <w:r>
        <w:rPr>
          <w:sz w:val="20"/>
        </w:rPr>
        <w:t>1:05:50  diya.</w:t>
      </w:r>
      <w:r>
        <w:br/>
      </w:r>
      <w:r>
        <w:rPr>
          <w:sz w:val="20"/>
        </w:rPr>
        <w:t>1:05:52  ab aap kahein ke "ae yeh to yeh to shirk hai, yeh to yeh to jaiz nahi hai".</w:t>
      </w:r>
      <w:r>
        <w:br/>
      </w:r>
      <w:r>
        <w:rPr>
          <w:sz w:val="20"/>
        </w:rPr>
        <w:t>1:05:59  to yeh talif-e-qalb ke khilaf hoga.</w:t>
      </w:r>
      <w:r>
        <w:br/>
      </w:r>
      <w:r>
        <w:rPr>
          <w:sz w:val="20"/>
        </w:rPr>
        <w:t>1:06:02  aap le lijiye is ko bohat shauq se, shukriya ada karte hue, aur woh talif-e-qalb ki niyat</w:t>
      </w:r>
      <w:r>
        <w:br/>
      </w:r>
      <w:r>
        <w:rPr>
          <w:sz w:val="20"/>
        </w:rPr>
        <w:t>1:06:10  se lijiye is ko to sawab ho jaye ga aap ko.</w:t>
      </w:r>
      <w:r>
        <w:br/>
      </w:r>
      <w:r>
        <w:rPr>
          <w:sz w:val="20"/>
        </w:rPr>
        <w:t>1:06:15  to talif-e-qalb ka koi laga bata hasil nahi hai.</w:t>
      </w:r>
      <w:r>
        <w:br/>
      </w:r>
      <w:r>
        <w:rPr>
          <w:sz w:val="20"/>
        </w:rPr>
        <w:t>1:06:19  mauqa ke lehaz se mad'u ko ke dil ko naram karna aur us ko is aisa, yani aisi</w:t>
      </w:r>
      <w:r>
        <w:br/>
      </w:r>
      <w:r>
        <w:rPr>
          <w:sz w:val="20"/>
        </w:rPr>
        <w:t>1:06:27  situation create karna ke bohat hi normal zehan ke sath woh aap se baat kare, aap kitaab ko</w:t>
      </w:r>
      <w:r>
        <w:br/>
      </w:r>
      <w:r>
        <w:rPr>
          <w:sz w:val="20"/>
        </w:rPr>
        <w:t>1:06:35  parhein.</w:t>
      </w:r>
      <w:r>
        <w:br/>
      </w:r>
      <w:r>
        <w:rPr>
          <w:sz w:val="20"/>
        </w:rPr>
        <w:t>1:06:36  bas isi ka naam talif-e-qalb hai.</w:t>
      </w:r>
      <w:r>
        <w:br/>
      </w:r>
      <w:r>
        <w:rPr>
          <w:sz w:val="20"/>
        </w:rPr>
        <w:t>1:06:39  is ka is ki koi fees nahi bana sakte aap.</w:t>
      </w:r>
      <w:r>
        <w:br/>
      </w:r>
      <w:r>
        <w:rPr>
          <w:sz w:val="20"/>
        </w:rPr>
        <w:t>1:06:43  koi is ki fees nahi hai ke aap jab mandir mein jayein to parshad qabool kar lein.</w:t>
      </w:r>
      <w:r>
        <w:br/>
      </w:r>
      <w:r>
        <w:rPr>
          <w:sz w:val="20"/>
        </w:rPr>
        <w:t>1:06:51  aisi koi fees nahi hai.</w:t>
      </w:r>
      <w:r>
        <w:br/>
      </w:r>
      <w:r>
        <w:rPr>
          <w:sz w:val="20"/>
        </w:rPr>
        <w:t>1:06:53  har mauqa ke lehaz se talif-e-qalb hoti hai.</w:t>
      </w:r>
      <w:r>
        <w:br/>
      </w:r>
      <w:r>
        <w:rPr>
          <w:sz w:val="20"/>
        </w:rPr>
        <w:t>1:06:57  to agar aap ko dawat ka jazba aap ke andar deta hai, aap madu ke sath aap ka</w:t>
      </w:r>
      <w:r>
        <w:br/>
      </w:r>
      <w:r>
        <w:rPr>
          <w:sz w:val="20"/>
        </w:rPr>
        <w:t>1:07:04  rafqa hain, yaani aap ke andar madu friendly zehan hai, aap ke andar madu friendly zehan hai, to</w:t>
      </w:r>
      <w:r>
        <w:br/>
      </w:r>
      <w:r>
        <w:rPr>
          <w:sz w:val="20"/>
        </w:rPr>
        <w:t>1:07:12  aap khud foran aap ko samajh mein aa jayega ke yahan par hum talif e qalb ka kaun</w:t>
      </w:r>
      <w:r>
        <w:br/>
      </w:r>
      <w:r>
        <w:rPr>
          <w:sz w:val="20"/>
        </w:rPr>
        <w:t>1:07:20  sa tareeqa istemal karen jo moasser ho.</w:t>
      </w:r>
    </w:p>
    <w:p>
      <w:pPr>
        <w:pStyle w:val="Heading2"/>
      </w:pPr>
      <w:r>
        <w:t>Explanation of taqwa</w:t>
      </w:r>
    </w:p>
    <w:p>
      <w:r>
        <w:rPr>
          <w:color w:val="666666"/>
          <w:sz w:val="18"/>
        </w:rPr>
        <w:t>Spirituality · Divine Ideology of Life I 11 July 2010 · 1m 54s · at 1:14:49 · https://youtu.be/wOmHVfyjMJY?t=4489</w:t>
      </w:r>
    </w:p>
    <w:p>
      <w:r>
        <w:rPr>
          <w:i/>
        </w:rPr>
        <w:t>“Maulana, tell us about taqwa.”</w:t>
      </w:r>
    </w:p>
    <w:p>
      <w:r>
        <w:rPr>
          <w:sz w:val="20"/>
        </w:rPr>
        <w:t>1:14:49  Maulana, agla sawal kya hai? Mr. Muhammad Asif Riyaz ne Patna se. unhon ne likha hai ke Maulana sahib tell us about taqwa</w:t>
      </w:r>
      <w:r>
        <w:br/>
      </w:r>
      <w:r>
        <w:rPr>
          <w:sz w:val="20"/>
        </w:rPr>
        <w:t>1:15:00  dekhen, taqwa ka jo literal meaning hai, woh to bachna. bachna. baqaya kehte hain dhal ko.</w:t>
      </w:r>
      <w:r>
        <w:br/>
      </w:r>
      <w:r>
        <w:rPr>
          <w:sz w:val="20"/>
        </w:rPr>
        <w:t>1:15:11  to jab aap ke andar yeh yeh thinking develop kare ke mujhe bach kar chalna hai, burai ko chhodna hai, achhai ko lena hai, jis mein khuda ki marzi na ho, us se door jao, bhagna hai, marzi ho to us ko aage chalna hai is raste mein, yeh hai bachna.</w:t>
      </w:r>
      <w:r>
        <w:br/>
      </w:r>
      <w:r>
        <w:rPr>
          <w:sz w:val="20"/>
        </w:rPr>
        <w:t>1:15:29  to jab aap study karte hain, sochte hain, aur aap Allah ke raste par aate hain to it is but natural ke aap ke andar ek test develop hota hai, bachne wala test ke bhai is se bacho.</w:t>
      </w:r>
      <w:r>
        <w:br/>
      </w:r>
      <w:r>
        <w:rPr>
          <w:sz w:val="20"/>
        </w:rPr>
        <w:t>1:15:45  yeh khuda ki narazgi is mein hai, yeh is mein to yeh aage badho, is mein khuda ki khushnoodi milegi. yani taqwa. to taqwa bhi dekhiye, ek process hai, develop karta hai.</w:t>
      </w:r>
      <w:r>
        <w:br/>
      </w:r>
      <w:r>
        <w:rPr>
          <w:sz w:val="20"/>
        </w:rPr>
        <w:t>1:15:56  woh</w:t>
      </w:r>
      <w:r>
        <w:br/>
      </w:r>
      <w:r>
        <w:rPr>
          <w:sz w:val="20"/>
        </w:rPr>
        <w:t>1:15:59  bigining hoti hai yahan se,</w:t>
      </w:r>
      <w:r>
        <w:br/>
      </w:r>
      <w:r>
        <w:rPr>
          <w:sz w:val="20"/>
        </w:rPr>
        <w:t>1:16:03  phir barhte barhte barhte woh bohat aage ja tak pohnch jata hai. to jab aadmi ke andar woh test develop ho jaye ke Allah wali zindagi guzarna hai,</w:t>
      </w:r>
      <w:r>
        <w:br/>
      </w:r>
      <w:r>
        <w:rPr>
          <w:sz w:val="20"/>
        </w:rPr>
        <w:t>1:16:19  jis mein Allah ki narazgi ko us se bachna hai, to phir woh Allah ki madad aanay lagti hai us ko.</w:t>
      </w:r>
      <w:r>
        <w:br/>
      </w:r>
      <w:r>
        <w:rPr>
          <w:sz w:val="20"/>
        </w:rPr>
        <w:t>1:16:27  to dheere dheere woh sahih maani mein muttaqi insaan ban jata hai. yeh sari cheezein yaad rakhiye, process taluq hoti hai. process achaanak nahi hoti kabhi bhi, ek intellectual process hota hai yeh.</w:t>
      </w:r>
    </w:p>
    <w:p>
      <w:pPr>
        <w:pStyle w:val="Heading2"/>
      </w:pPr>
      <w:r>
        <w:t>Explanation of wahdat al-wujud and shuhud</w:t>
      </w:r>
    </w:p>
    <w:p>
      <w:r>
        <w:rPr>
          <w:color w:val="666666"/>
          <w:sz w:val="18"/>
        </w:rPr>
        <w:t>Spirituality · Dars-e-Quran, Chapter 2, Verse 37 | January  07, 2018 · 1m 36s · at 1:07:00 · https://youtu.be/ao6Cr57KuEM?t=4020</w:t>
      </w:r>
    </w:p>
    <w:p>
      <w:r>
        <w:rPr>
          <w:i/>
        </w:rPr>
        <w:t>“Maulana, please explain wahdat al-wujud and wahdat al-shuhud.”</w:t>
      </w:r>
    </w:p>
    <w:p>
      <w:r>
        <w:rPr>
          <w:sz w:val="20"/>
        </w:rPr>
        <w:t>1:07:00  maulana, agla sawal bheja hai khursheed dar sahab ne</w:t>
      </w:r>
      <w:r>
        <w:br/>
      </w:r>
      <w:r>
        <w:rPr>
          <w:sz w:val="20"/>
        </w:rPr>
        <w:t>1:07:05  srinagar se.</w:t>
      </w:r>
      <w:r>
        <w:br/>
      </w:r>
      <w:r>
        <w:rPr>
          <w:sz w:val="20"/>
        </w:rPr>
        <w:t>1:07:10  unhone likha hai: "maulana, please explain wahdat ul wajood aur wahdat us sujud is ke bare mein bataein." yeh</w:t>
      </w:r>
      <w:r>
        <w:br/>
      </w:r>
      <w:r>
        <w:rPr>
          <w:sz w:val="20"/>
        </w:rPr>
        <w:t>1:07:15  hamara topic nahi hai, yeh to is bekar ki behas hai.</w:t>
      </w:r>
      <w:r>
        <w:br/>
      </w:r>
      <w:r>
        <w:rPr>
          <w:sz w:val="20"/>
        </w:rPr>
        <w:t>1:07:20  wahdat e wajood, wahdat e shuhood mein bilkul bekar ki behas hai, jaise is se pehle khallaq makhlooq aur ghair</w:t>
      </w:r>
      <w:r>
        <w:br/>
      </w:r>
      <w:r>
        <w:rPr>
          <w:sz w:val="20"/>
        </w:rPr>
        <w:t>1:07:25  makhlooq yeh bekar ki behas thi.</w:t>
      </w:r>
      <w:r>
        <w:br/>
      </w:r>
      <w:r>
        <w:rPr>
          <w:sz w:val="20"/>
        </w:rPr>
        <w:t>1:07:30  to ummat kai baar aisa hua ke bekar ki behas mein phanse rahe hain log,</w:t>
      </w:r>
      <w:r>
        <w:br/>
      </w:r>
      <w:r>
        <w:rPr>
          <w:sz w:val="20"/>
        </w:rPr>
        <w:t>1:07:35  aur jo asal baat thi janne ki, scientific discovery, us ko parha hi nahi.</w:t>
      </w:r>
      <w:r>
        <w:br/>
      </w:r>
      <w:r>
        <w:rPr>
          <w:sz w:val="20"/>
        </w:rPr>
        <w:t>1:07:40  wahdat e wajood bhi naqabil e fahm hai, wahdat e shuhood bhi naqabil e fahm hai.</w:t>
      </w:r>
      <w:r>
        <w:br/>
      </w:r>
      <w:r>
        <w:rPr>
          <w:sz w:val="20"/>
        </w:rPr>
        <w:t>1:07:46  quran makhlooq hai, quran ghair makhlooq, dono hi naqabil e fahm hain mere liye.</w:t>
      </w:r>
      <w:r>
        <w:br/>
      </w:r>
      <w:r>
        <w:rPr>
          <w:sz w:val="20"/>
        </w:rPr>
        <w:t>1:07:51  yeh ilm nahi hai, yeh yeh munh shigaafiyan hain.</w:t>
      </w:r>
      <w:r>
        <w:br/>
      </w:r>
      <w:r>
        <w:rPr>
          <w:sz w:val="20"/>
        </w:rPr>
        <w:t>1:07:56  yeh jo behasein hain ke quran makhlooq hai, ghair makhlooq, aur wahdat e wajood hai, ke wahdat e shuhood, yeh</w:t>
      </w:r>
      <w:r>
        <w:br/>
      </w:r>
      <w:r>
        <w:rPr>
          <w:sz w:val="20"/>
        </w:rPr>
        <w:t>1:08:01  sab فنی bahasain hain,</w:t>
      </w:r>
      <w:r>
        <w:br/>
      </w:r>
      <w:r>
        <w:rPr>
          <w:sz w:val="20"/>
        </w:rPr>
        <w:t>1:08:06  munh shagaafiyon ki bahasain hain.</w:t>
      </w:r>
      <w:r>
        <w:br/>
      </w:r>
      <w:r>
        <w:rPr>
          <w:sz w:val="20"/>
        </w:rPr>
        <w:t>1:08:11  yeh koi ilm nahin hai.</w:t>
      </w:r>
      <w:r>
        <w:br/>
      </w:r>
      <w:r>
        <w:rPr>
          <w:sz w:val="20"/>
        </w:rPr>
        <w:t>1:08:15  donon mein se kisi ko main ilm nahin samajhta.</w:t>
      </w:r>
      <w:r>
        <w:br/>
      </w:r>
      <w:r>
        <w:rPr>
          <w:sz w:val="20"/>
        </w:rPr>
        <w:t>1:08:19  ilm to science hai, aur science koi parhta nahin, samajhta hai ke dushmanon ka ilm hai.</w:t>
      </w:r>
      <w:r>
        <w:br/>
      </w:r>
      <w:r>
        <w:rPr>
          <w:sz w:val="20"/>
        </w:rPr>
        <w:t>1:08:23  maulana, agla comment aaya hai ahmad sodan sahib ka ali garh se.</w:t>
      </w:r>
      <w:r>
        <w:br/>
      </w:r>
      <w:r>
        <w:rPr>
          <w:sz w:val="20"/>
        </w:rPr>
        <w:t>1:08:28  انہوں نے لکھا ہے: "This is the key to all humanity in the society."</w:t>
      </w:r>
      <w:r>
        <w:br/>
      </w:r>
      <w:r>
        <w:rPr>
          <w:sz w:val="20"/>
        </w:rPr>
        <w:t>1:08:32  regret in mistakes is</w:t>
      </w:r>
    </w:p>
    <w:p>
      <w:pPr>
        <w:pStyle w:val="Heading2"/>
      </w:pPr>
      <w:r>
        <w:t>Extracting divine wisdom from daily experiences</w:t>
      </w:r>
    </w:p>
    <w:p>
      <w:r>
        <w:rPr>
          <w:color w:val="666666"/>
          <w:sz w:val="18"/>
        </w:rPr>
        <w:t>Spirituality · How to Lead a Life of Fulfilment September 24, 2017 · 2m 26s · at 50:38 · https://youtu.be/WUoQOo2_zd8?t=3038</w:t>
      </w:r>
    </w:p>
    <w:p>
      <w:r>
        <w:rPr>
          <w:i/>
        </w:rPr>
        <w:t>“Kindly guide us how we can extract divine wisdom from daily experiences.”</w:t>
      </w:r>
    </w:p>
    <w:p>
      <w:r>
        <w:rPr>
          <w:sz w:val="20"/>
        </w:rPr>
        <w:t>50:38  isi tarah amir mori sahib ne bhi srinagar se yeh sawal bheja hai unhon ne likha hai</w:t>
      </w:r>
      <w:r>
        <w:br/>
      </w:r>
      <w:r>
        <w:rPr>
          <w:sz w:val="20"/>
        </w:rPr>
        <w:t>50:42  ke</w:t>
      </w:r>
      <w:r>
        <w:br/>
      </w:r>
      <w:r>
        <w:rPr>
          <w:sz w:val="20"/>
        </w:rPr>
        <w:t>50:44  molana kindly guide us how we can extract divine wisdom from our daily experiences</w:t>
      </w:r>
      <w:r>
        <w:br/>
      </w:r>
      <w:r>
        <w:rPr>
          <w:sz w:val="20"/>
        </w:rPr>
        <w:t>50:51  and become creative thinker as our mind always remain engulfed in materialistic things</w:t>
      </w:r>
      <w:r>
        <w:br/>
      </w:r>
      <w:r>
        <w:rPr>
          <w:sz w:val="20"/>
        </w:rPr>
        <w:t>51:00  dekhen yahi to is surah nahl jo hai yahi to lesson is ka hai aaj jo maine</w:t>
      </w:r>
      <w:r>
        <w:br/>
      </w:r>
      <w:r>
        <w:rPr>
          <w:sz w:val="20"/>
        </w:rPr>
        <w:t>51:07  surah nahl ka reference diya yahi to hai</w:t>
      </w:r>
      <w:r>
        <w:br/>
      </w:r>
      <w:r>
        <w:rPr>
          <w:sz w:val="20"/>
        </w:rPr>
        <w:t>51:13  ke honey bee ati hai brittle world mein yani phoolon ki duniya mein magar leti kya hai leti</w:t>
      </w:r>
      <w:r>
        <w:br/>
      </w:r>
      <w:r>
        <w:rPr>
          <w:sz w:val="20"/>
        </w:rPr>
        <w:t>51:22  hai nectar to aap business world mein hon</w:t>
      </w:r>
      <w:r>
        <w:br/>
      </w:r>
      <w:r>
        <w:rPr>
          <w:sz w:val="20"/>
        </w:rPr>
        <w:t>51:29  apne</w:t>
      </w:r>
      <w:r>
        <w:br/>
      </w:r>
      <w:r>
        <w:rPr>
          <w:sz w:val="20"/>
        </w:rPr>
        <w:t>51:30  job mein hon shopping center mein hon kuch bhi hon mind ko active rakhiye to har jagah mind jo hai nectar of wisdom nikalta rahega</w:t>
      </w:r>
      <w:r>
        <w:br/>
      </w:r>
      <w:r>
        <w:rPr>
          <w:sz w:val="20"/>
        </w:rPr>
        <w:t>51:46  nectar of wisdom kahin alag se nahi rakha hua hai woh har cheez ke andar hai</w:t>
      </w:r>
      <w:r>
        <w:br/>
      </w:r>
      <w:r>
        <w:rPr>
          <w:sz w:val="20"/>
        </w:rPr>
        <w:t>51:55  jaise jo shehad ki makhi ka jo nectar hai alag se nahi rakha hua hai woh phoolon ke andar hai to insan ke liye jo nectar of wisdom hai woh kahin alag se rakhi hui nahi hai har cheez mein hai</w:t>
      </w:r>
      <w:r>
        <w:br/>
      </w:r>
      <w:r>
        <w:rPr>
          <w:sz w:val="20"/>
        </w:rPr>
        <w:t>52:14  to aap apne mind ko alive rakhiye</w:t>
      </w:r>
      <w:r>
        <w:br/>
      </w:r>
      <w:r>
        <w:rPr>
          <w:sz w:val="20"/>
        </w:rPr>
        <w:t>52:21  mein bohat si misalein de sakta hoon ke kis tarah se mujhe</w:t>
      </w:r>
      <w:r>
        <w:br/>
      </w:r>
      <w:r>
        <w:rPr>
          <w:sz w:val="20"/>
        </w:rPr>
        <w:t>52:26  business world mein</w:t>
      </w:r>
      <w:r>
        <w:br/>
      </w:r>
      <w:r>
        <w:rPr>
          <w:sz w:val="20"/>
        </w:rPr>
        <w:t>52:29  aur har jagah</w:t>
      </w:r>
      <w:r>
        <w:br/>
      </w:r>
      <w:r>
        <w:rPr>
          <w:sz w:val="20"/>
        </w:rPr>
        <w:t>52:32  kahin bhi main hota hoon mujhe item milte rehte hain</w:t>
      </w:r>
      <w:r>
        <w:br/>
      </w:r>
      <w:r>
        <w:rPr>
          <w:sz w:val="20"/>
        </w:rPr>
        <w:t>52:37  kahin bhi agar aap mera safarnama padhein to safarnamay mein aise beshumar misalein hain ke main kahin</w:t>
      </w:r>
      <w:r>
        <w:br/>
      </w:r>
      <w:r>
        <w:rPr>
          <w:sz w:val="20"/>
        </w:rPr>
        <w:t>52:45  bhi hota hoon lekin mera mind trigger hota hai aur mujhe nectar milta rehta hai</w:t>
      </w:r>
      <w:r>
        <w:br/>
      </w:r>
      <w:r>
        <w:rPr>
          <w:sz w:val="20"/>
        </w:rPr>
        <w:t>52:54  yeh agar aap chahein to mere safarnama padh kar ke is is hikmat ko jaan sakte hain</w:t>
      </w:r>
    </w:p>
    <w:p>
      <w:pPr>
        <w:pStyle w:val="Heading2"/>
      </w:pPr>
      <w:r>
        <w:t>Eye-Opening Experiences in Sunday Classes</w:t>
      </w:r>
    </w:p>
    <w:p>
      <w:r>
        <w:rPr>
          <w:color w:val="666666"/>
          <w:sz w:val="18"/>
        </w:rPr>
        <w:t>Spirituality · Concept of Death in Islam August 26, 2012 · 2m 22s · at 1:28:50 · https://youtu.be/y0TJxKi0L94?t=5330</w:t>
      </w:r>
    </w:p>
    <w:p>
      <w:r>
        <w:rPr>
          <w:i/>
        </w:rPr>
        <w:t>“I was aware of the hadith 'Death is the destroyer of pleasures', but today's explanation gave deeper meaning to it, and it worked as an eye-opener. Maulana sahib, my question is: when we attend these Sunday classes, we experience many such eye-opening events, and it brings thrill and change in mindset. What is your guidance on this?”</w:t>
      </w:r>
    </w:p>
    <w:p>
      <w:r>
        <w:rPr>
          <w:sz w:val="20"/>
        </w:rPr>
        <w:t>1:28:50  maulana, agla sawal raipur se hai, idrees sahib</w:t>
      </w:r>
      <w:r>
        <w:br/>
      </w:r>
      <w:r>
        <w:rPr>
          <w:sz w:val="20"/>
        </w:rPr>
        <w:t>1:28:54  ne poocha hai, unhone likha hai: maut lazzat ko dha dene wali hai. I was aware of this hadith, but today's explanation gave deeper meaning to it, and it worked as an eye-opener.</w:t>
      </w:r>
      <w:r>
        <w:br/>
      </w:r>
      <w:r>
        <w:rPr>
          <w:sz w:val="20"/>
        </w:rPr>
        <w:t>1:29:09  maulana sahib but my question is, when we attend these Sunday classes, we experience many such eye-opening events, and it brings thrill and change in mindset.</w:t>
      </w:r>
      <w:r>
        <w:br/>
      </w:r>
      <w:r>
        <w:rPr>
          <w:sz w:val="20"/>
        </w:rPr>
        <w:t>1:29:22  but after some days, the intensity of the thrill gets diluted, and slowly we tend to drift back to usual mindset.</w:t>
      </w:r>
      <w:r>
        <w:br/>
      </w:r>
      <w:r>
        <w:rPr>
          <w:sz w:val="20"/>
        </w:rPr>
        <w:t>1:29:32  it seems permanent change in mindset is a very slow process. why does this happen, and is it possible to stop this drifting backwards?</w:t>
      </w:r>
      <w:r>
        <w:br/>
      </w:r>
      <w:r>
        <w:rPr>
          <w:sz w:val="20"/>
        </w:rPr>
        <w:t>1:29:43  kindly comment. dekhen, bohat hi aasan hai, bohat aasan</w:t>
      </w:r>
      <w:r>
        <w:br/>
      </w:r>
      <w:r>
        <w:rPr>
          <w:sz w:val="20"/>
        </w:rPr>
        <w:t>1:29:49  hai. ek maa baap jinke haan bachcha paida ho, woh baar baar us ko dekhte hain, baar baar us se pyar karte hain, baar baar us ko yaani chhoote hain, kiss karte hain.</w:t>
      </w:r>
      <w:r>
        <w:br/>
      </w:r>
      <w:r>
        <w:rPr>
          <w:sz w:val="20"/>
        </w:rPr>
        <w:t>1:30:03  to yeh baar baar jo karte hain, us se woh love jo hai, baqi rehti hai. agar ab maa baap aisa na karen to bachcha alag ho jayega, maa baap alag ho jayenge, phir koi ta'alluq nahi rahega.</w:t>
      </w:r>
      <w:r>
        <w:br/>
      </w:r>
      <w:r>
        <w:rPr>
          <w:sz w:val="20"/>
        </w:rPr>
        <w:t>1:30:14  to</w:t>
      </w:r>
      <w:r>
        <w:br/>
      </w:r>
      <w:r>
        <w:rPr>
          <w:sz w:val="20"/>
        </w:rPr>
        <w:t>1:30:15  aap jo sunte hain Sunday class mein, us ko repeat kijiye, phir suniye, phir suniye. kyunke yeh to aap jaante hain ke us ko aap download kar ke dobara sun sakte hain.</w:t>
      </w:r>
      <w:r>
        <w:br/>
      </w:r>
      <w:r>
        <w:rPr>
          <w:sz w:val="20"/>
        </w:rPr>
        <w:t>1:30:26  ek hi baar sun kar ke aap koi chhod dete hain us ko. jis tarah aap apne bachche ko baar baar dekh kar khush hote hain, baar baar us ko pyar kar ke khush hote hain, aur is tarah se us mohabbat ko continue rakhte hain.</w:t>
      </w:r>
      <w:r>
        <w:br/>
      </w:r>
      <w:r>
        <w:rPr>
          <w:sz w:val="20"/>
        </w:rPr>
        <w:t>1:30:43  isi tarah se aap is ko bhi kijiye, bar bar dekhiye, bar bar suniye, is par charcha kijiye.</w:t>
      </w:r>
      <w:r>
        <w:br/>
      </w:r>
      <w:r>
        <w:rPr>
          <w:sz w:val="20"/>
        </w:rPr>
        <w:t>1:30:50  meri rai yahi hai ke jo log bhi Sunday class mein aate hain, agar woh sirf ek bar aaye aur ek bar sun liya to is se un ko bohat kam faida hoga.</w:t>
      </w:r>
      <w:r>
        <w:br/>
      </w:r>
      <w:r>
        <w:rPr>
          <w:sz w:val="20"/>
        </w:rPr>
        <w:t>1:31:01  jis ko ziyada faida lena hai, zaroori hai ke woh download kar ke dobara sune, dobara sune, dobara sune. tabhi poora faida mil sakta hai is ka.</w:t>
      </w:r>
    </w:p>
    <w:p>
      <w:pPr>
        <w:pStyle w:val="Heading2"/>
      </w:pPr>
      <w:r>
        <w:t>Focus on ego or Satan's whispers</w:t>
      </w:r>
    </w:p>
    <w:p>
      <w:r>
        <w:rPr>
          <w:color w:val="666666"/>
          <w:sz w:val="18"/>
        </w:rPr>
        <w:t>Spirituality · Q&amp;A 04 DEC 2011 Maulana Wahiduddin Khan · 6m 26s · at 19:20 · https://youtu.be/KIMNmuUZoGo?t=1160</w:t>
      </w:r>
    </w:p>
    <w:p>
      <w:r>
        <w:rPr>
          <w:i/>
        </w:rPr>
        <w:t>“To protect ourselves from Satan, what should we focus on most? Ego or Satan's whispers?”</w:t>
      </w:r>
    </w:p>
    <w:p>
      <w:r>
        <w:rPr>
          <w:sz w:val="20"/>
        </w:rPr>
        <w:t>19:20  maulana, agla sawal aya hai mr sajid ka, hyderabad se. unhon ne likha hai: "shaitan se bachne ke liye hum ko sab se zyada kis cheez par nigah rakhna chahiye?</w:t>
      </w:r>
      <w:r>
        <w:br/>
      </w:r>
      <w:r>
        <w:rPr>
          <w:sz w:val="20"/>
        </w:rPr>
        <w:t>19:33  ego par ya shaitan ke waswase par?"</w:t>
      </w:r>
      <w:r>
        <w:br/>
      </w:r>
      <w:r>
        <w:rPr>
          <w:sz w:val="20"/>
        </w:rPr>
        <w:t>19:39  shaitan se bachne ke liye zaroorat hai apna dushman banna. khud apne sath dushmani karni parti hai. tab aap shaitan se bach sakte hain.</w:t>
      </w:r>
      <w:r>
        <w:br/>
      </w:r>
      <w:r>
        <w:rPr>
          <w:sz w:val="20"/>
        </w:rPr>
        <w:t>19:50  agar aap apne dost bane hue hon to aap shaitan se bach nahi sakte aap. isi liye mein kaha karta hoon ke</w:t>
      </w:r>
      <w:r>
        <w:br/>
      </w:r>
      <w:r>
        <w:rPr>
          <w:sz w:val="20"/>
        </w:rPr>
        <w:t>19:58  merciless hammering, merciless introspection yani be rehamana muhasiba.</w:t>
      </w:r>
      <w:r>
        <w:br/>
      </w:r>
      <w:r>
        <w:rPr>
          <w:sz w:val="20"/>
        </w:rPr>
        <w:t>20:06  isi ko mein kehta hoon dushman banna parta hai. ek hi lazmi shart hai woh hai apna be rehamana muhasiba.</w:t>
      </w:r>
      <w:r>
        <w:br/>
      </w:r>
      <w:r>
        <w:rPr>
          <w:sz w:val="20"/>
        </w:rPr>
        <w:t>20:15  tab aap shaitan se bach jayen ge. matlab namumkin hai shaitan se bachna. aur aaj kal insanon ki yani jo aaj kal pehle bhi sab se bari jo kamzori insanon mein pata hoon mein ke woh ek ek lafz mil jata hai is ko to isi lafz se woh justify kar leta hai apne ko.</w:t>
      </w:r>
      <w:r>
        <w:br/>
      </w:r>
      <w:r>
        <w:rPr>
          <w:sz w:val="20"/>
        </w:rPr>
        <w:t>20:33  her aadmi ko chahe woh dako bhi kyun na ho. ek dako se unhon ne kaha ke tum dake marte ho? us ne kaha mein daka marta hoon to mein dekho logon ko paisa deta hoon.</w:t>
      </w:r>
      <w:r>
        <w:br/>
      </w:r>
      <w:r>
        <w:rPr>
          <w:sz w:val="20"/>
        </w:rPr>
        <w:t>20:46  akela thori mahaz aap ko leta hoon. kuch khud leta hoon, kuch gharibon ko de deta hoon. is se justify kar liya aap ne dako ko?</w:t>
      </w:r>
      <w:r>
        <w:br/>
      </w:r>
      <w:r>
        <w:rPr>
          <w:sz w:val="20"/>
        </w:rPr>
        <w:t>20:55  to sab se buri cheez hai alfaz ka fitna. her aadmi chahe kuch bhi kuch bhi ghalat rai banaye, kuch bhi ghair ilmi rai banaye, kuch bhi be buniyad rai banaye.</w:t>
      </w:r>
      <w:r>
        <w:br/>
      </w:r>
      <w:r>
        <w:rPr>
          <w:sz w:val="20"/>
        </w:rPr>
        <w:t>21:11  us ko lafz mil jayega.</w:t>
      </w:r>
      <w:r>
        <w:br/>
      </w:r>
      <w:r>
        <w:rPr>
          <w:sz w:val="20"/>
        </w:rPr>
        <w:t>21:14  lafz mil jayega.</w:t>
      </w:r>
      <w:r>
        <w:br/>
      </w:r>
      <w:r>
        <w:rPr>
          <w:sz w:val="20"/>
        </w:rPr>
        <w:t>21:18  misalan ek sahab ne kaha ke sahab quran mein namaz ki tafseel kahan hai? yeh aap namaz jo banai hai aap ne, aap logon ne yeh to khud sakhta hai.</w:t>
      </w:r>
      <w:r>
        <w:br/>
      </w:r>
      <w:r>
        <w:rPr>
          <w:sz w:val="20"/>
        </w:rPr>
        <w:t>21:30  to mein ne kaha koi bhi cheez jo aap mante hon ke quran mein hai us ki bhi tafseel kahan hai?</w:t>
      </w:r>
      <w:r>
        <w:br/>
      </w:r>
      <w:r>
        <w:rPr>
          <w:sz w:val="20"/>
        </w:rPr>
        <w:t>21:37  us ki bhi tafseel kahan hai? misalan un ka nazariya tha ke quran ka maqsad hai yani woh nizam-e-adil qaim karna.</w:t>
      </w:r>
      <w:r>
        <w:br/>
      </w:r>
      <w:r>
        <w:rPr>
          <w:sz w:val="20"/>
        </w:rPr>
        <w:t>21:49  yani ideal system, perfect system qaim karna. maine kaha woh kahan tafseel uski hai?</w:t>
      </w:r>
      <w:r>
        <w:br/>
      </w:r>
      <w:r>
        <w:rPr>
          <w:sz w:val="20"/>
        </w:rPr>
        <w:t>21:56  toh koi bhi cheez jo aap kahenge ke Quran mein Quran mein iska hukum diya gaya hai toh uski tafseel nahi milegi aap ko.</w:t>
      </w:r>
      <w:r>
        <w:br/>
      </w:r>
      <w:r>
        <w:rPr>
          <w:sz w:val="20"/>
        </w:rPr>
        <w:t>22:06  namazi ki baatein nahi hain. lekin phir bhi woh nahi mana unhone. kyunke kuch na kuch lafz phir mil jata hai aadmi ko. toh sab se bada fitna alfaaz ka fitna hai.</w:t>
      </w:r>
      <w:r>
        <w:br/>
      </w:r>
      <w:r>
        <w:rPr>
          <w:sz w:val="20"/>
        </w:rPr>
        <w:t>22:17  koi bhi daleel aap dijiye.</w:t>
      </w:r>
      <w:r>
        <w:br/>
      </w:r>
      <w:r>
        <w:rPr>
          <w:sz w:val="20"/>
        </w:rPr>
        <w:t>22:20  woh isko ek ek lafz mil jayega isko. ek dilchasp misaal yeh hai ke ek martaba mein Lucknow mein tha toh Hazrat Zehd ke paas ek road aise mudti thi.</w:t>
      </w:r>
      <w:r>
        <w:br/>
      </w:r>
      <w:r>
        <w:rPr>
          <w:sz w:val="20"/>
        </w:rPr>
        <w:t>22:32  wahan mein tha corner par. ek road idhar ja rahi thi, ek road idhar se mud rahi thi.</w:t>
      </w:r>
      <w:r>
        <w:br/>
      </w:r>
      <w:r>
        <w:rPr>
          <w:sz w:val="20"/>
        </w:rPr>
        <w:t>22:39  toh maine dekha ke ek ek ek ladka cycle par dodata dodata hua idhar se aaya. bahut tezi se. phir jahan mudna tha usko wahan ek dehati bechara chal raha tha paidal, use takra gaya woh.</w:t>
      </w:r>
      <w:r>
        <w:br/>
      </w:r>
      <w:r>
        <w:rPr>
          <w:sz w:val="20"/>
        </w:rPr>
        <w:t>22:54  toh dehati gir gaya.</w:t>
      </w:r>
      <w:r>
        <w:br/>
      </w:r>
      <w:r>
        <w:rPr>
          <w:sz w:val="20"/>
        </w:rPr>
        <w:t>22:58  bayaar ghareeb aadmi lagta tha woh koi. toh ladka jo hai takra gaya toh cycle bhi gir gayi, woh aadmi bhi gir gaya. toh woh aadmi kehta hai ke ghanti kyun nahi bajai?</w:t>
      </w:r>
      <w:r>
        <w:br/>
      </w:r>
      <w:r>
        <w:rPr>
          <w:sz w:val="20"/>
        </w:rPr>
        <w:t>23:15  toh ladka kehta hai ghanti na ho toh?</w:t>
      </w:r>
      <w:r>
        <w:br/>
      </w:r>
      <w:r>
        <w:rPr>
          <w:sz w:val="20"/>
        </w:rPr>
        <w:t>23:20  phir woh kehta hai ke break kyun nahi lagaya? break na ho toh? phir usne kaha bechare ne ke tumhari ghanti bhi nahi hai, break bhi nahi hai, tez kyun dodate ho?</w:t>
      </w:r>
      <w:r>
        <w:br/>
      </w:r>
      <w:r>
        <w:rPr>
          <w:sz w:val="20"/>
        </w:rPr>
        <w:t>23:31  tab bhi lafz mil gaya usko. kaha tum se pooch kyun dodau? yeh bahut hi khatarnak baat hai ke insaan ko lafz milta rehta hai.</w:t>
      </w:r>
      <w:r>
        <w:br/>
      </w:r>
      <w:r>
        <w:rPr>
          <w:sz w:val="20"/>
        </w:rPr>
        <w:t>23:41  Shaitan ko mil gaya Allah ke muqable mein lafz. ab gaur kijiye ke Allah taala ne kaha ke tum Adam ke aage sajda karo.</w:t>
      </w:r>
      <w:r>
        <w:br/>
      </w:r>
      <w:r>
        <w:rPr>
          <w:sz w:val="20"/>
        </w:rPr>
        <w:t>23:51  jhuk jao. toh Shaitan ne kya kaha? main kyun jhuku? aap ne paida kiya mujhko aag se, usko mitti se.</w:t>
      </w:r>
      <w:r>
        <w:br/>
      </w:r>
      <w:r>
        <w:rPr>
          <w:sz w:val="20"/>
        </w:rPr>
        <w:t>24:00  toh main is se superior hoon. toh Allah ke muqable pe lafz mil gaya usko.</w:t>
      </w:r>
      <w:r>
        <w:br/>
      </w:r>
      <w:r>
        <w:rPr>
          <w:sz w:val="20"/>
        </w:rPr>
        <w:t>24:07  yaad rakhiye sab se buri cheez yeh hai ke aap ko lafz milta rahe. aap speechless na ho paayein. jab tak aadmi ka zariya rok woh speechless hota ho kahin na kahein.</w:t>
      </w:r>
      <w:r>
        <w:br/>
      </w:r>
      <w:r>
        <w:rPr>
          <w:sz w:val="20"/>
        </w:rPr>
        <w:t>24:18  kahin na kahin usko daleel jhuka de. kahin na kahin Allah ka khauf jhuka de.</w:t>
      </w:r>
      <w:r>
        <w:br/>
      </w:r>
      <w:r>
        <w:rPr>
          <w:sz w:val="20"/>
        </w:rPr>
        <w:t>24:23  kahin na kahin usko uski sincerity rok de. nahi toh rokayenge nahi aap. yani bolte rahenge, bolte rahenge, bolte rahenge.</w:t>
      </w:r>
      <w:r>
        <w:br/>
      </w:r>
      <w:r>
        <w:rPr>
          <w:sz w:val="20"/>
        </w:rPr>
        <w:t>24:32  toh main isi liye main kehta hoon ke sab se bura fitna alfaaz ka fitna hai. aage aap jhukna na chahein toh Shaitan la kar aage nahi jhuka.</w:t>
      </w:r>
      <w:r>
        <w:br/>
      </w:r>
      <w:r>
        <w:rPr>
          <w:sz w:val="20"/>
        </w:rPr>
        <w:t>24:42  usko lafz milta raha, wahan bhi lafz milta raha.</w:t>
      </w:r>
      <w:r>
        <w:br/>
      </w:r>
      <w:r>
        <w:rPr>
          <w:sz w:val="20"/>
        </w:rPr>
        <w:t>24:45  toh yeh bahut hi serious baat hai. dekhiye aap maut se pehle duniya mein azaad hain toh kuch bhi bol sakte hain. maut ke baad kya karenge?</w:t>
      </w:r>
      <w:r>
        <w:br/>
      </w:r>
      <w:r>
        <w:rPr>
          <w:sz w:val="20"/>
        </w:rPr>
        <w:t>24:54  jab hajj ke maidan mein aap ikhatta honge toh kya karenge wahan? kya Allah taala ke saath bhi lafz baazi karenge aap? wahan bhi lafz bol ke jeet sakte hain aap?</w:t>
      </w:r>
      <w:r>
        <w:br/>
      </w:r>
      <w:r>
        <w:rPr>
          <w:sz w:val="20"/>
        </w:rPr>
        <w:t>25:04  aur Allah taala hukum de ke isko le jao, jahannum mein daal do. kya aap ke paas taqat hogi? aap rok lenge apne aap ko farishte se?</w:t>
      </w:r>
      <w:r>
        <w:br/>
      </w:r>
      <w:r>
        <w:rPr>
          <w:sz w:val="20"/>
        </w:rPr>
        <w:t>25:14  toh sab se bura fitna mere nazdeek alfaaz ka fitna hai. har aadmi ko woh lafz mil jata hai. jis ko dekhiye duniya ke bade bade zalim jo hain unko woh lafz mile hue the.</w:t>
      </w:r>
      <w:r>
        <w:br/>
      </w:r>
      <w:r>
        <w:rPr>
          <w:sz w:val="20"/>
        </w:rPr>
        <w:t>25:25  hum jo kar rahe hain iski wajah yeh hai. hum jo hain ke iski wajah yeh hai.</w:t>
      </w:r>
      <w:r>
        <w:br/>
      </w:r>
      <w:r>
        <w:rPr>
          <w:sz w:val="20"/>
        </w:rPr>
        <w:t>25:31  to mein Allah se panah mangta hoon ke Allah taala mujhe alfaaz ke fitne se bachaye aur afsos logon ke liye dua karta hoon ke aap logon ko Allah taala itni samajh de ke aap alfaaz ke fitne se bachein.</w:t>
      </w:r>
    </w:p>
    <w:p>
      <w:pPr>
        <w:pStyle w:val="Heading2"/>
      </w:pPr>
      <w:r>
        <w:t>Focus to avoid Satan: ego or whispers?</w:t>
      </w:r>
    </w:p>
    <w:p>
      <w:r>
        <w:rPr>
          <w:color w:val="666666"/>
          <w:sz w:val="18"/>
        </w:rPr>
        <w:t>Spirituality · The Problem of Evil December 4, 2011 · 6m 11s · at 1:18:35 · https://youtu.be/SMqtVjaGHfw?t=4715</w:t>
      </w:r>
    </w:p>
    <w:p>
      <w:r>
        <w:rPr>
          <w:i/>
        </w:rPr>
        <w:t>“To protect ourselves from Satan, what should we focus on most: the ego or Satan's whispers?”</w:t>
      </w:r>
    </w:p>
    <w:p>
      <w:r>
        <w:rPr>
          <w:sz w:val="20"/>
        </w:rPr>
        <w:t>1:18:35  maulana, agla sawal aaya hai mr sajid ka, hyderabad se. unhon ne likha hai: "shaitan se bachne ke liye hum ko sab se zyada kis cheez par nigah rakhna chahiye?</w:t>
      </w:r>
      <w:r>
        <w:br/>
      </w:r>
      <w:r>
        <w:rPr>
          <w:sz w:val="20"/>
        </w:rPr>
        <w:t>1:18:47  ego par ya shaitan ke waswase par?" shaitan se bachne ke liye zaroorat hai apna dushman banna.</w:t>
      </w:r>
      <w:r>
        <w:br/>
      </w:r>
      <w:r>
        <w:rPr>
          <w:sz w:val="20"/>
        </w:rPr>
        <w:t>1:18:57  khud apne sath dushmani karni parti hai, tab aap shaitan se bach sakte hain.</w:t>
      </w:r>
      <w:r>
        <w:br/>
      </w:r>
      <w:r>
        <w:rPr>
          <w:sz w:val="20"/>
        </w:rPr>
        <w:t>1:19:04  agar aap apne dost bane hue hain to aap shaitan se bach sakte hain. aap isi liye mein kaha karta hoon ke merciless hammering, merciless introspection yani be rehamana muhasba,</w:t>
      </w:r>
      <w:r>
        <w:br/>
      </w:r>
      <w:r>
        <w:rPr>
          <w:sz w:val="20"/>
        </w:rPr>
        <w:t>1:19:20  isi ko baqayda dushman banna parta hai.</w:t>
      </w:r>
      <w:r>
        <w:br/>
      </w:r>
      <w:r>
        <w:rPr>
          <w:sz w:val="20"/>
        </w:rPr>
        <w:t>1:19:22  ek hi laazmi shart hai, woh hai apna be rehamana muhasba, tab aap shaitan se bach jayenge. woh namumkin hai shaitan se bachna.</w:t>
      </w:r>
      <w:r>
        <w:br/>
      </w:r>
      <w:r>
        <w:rPr>
          <w:sz w:val="20"/>
        </w:rPr>
        <w:t>1:19:33  aur aaj kal insanon ki yani jo aaj kal pehle bhi sab se bari jo kamzori insanon mein pata hoon mein ke woh ek ek lafz mil jata hai us ko to usi lafz se woh justify kar leta hai apne ko.</w:t>
      </w:r>
      <w:r>
        <w:br/>
      </w:r>
      <w:r>
        <w:rPr>
          <w:sz w:val="20"/>
        </w:rPr>
        <w:t>1:19:45  har aadmi ko chahe woh dako bhi kyun na ho. ek dako se unhon ne kaha ke tum dake marte ho? mein ne kaha mein daka marta hoon to mein dekho logon ko paisa deta hoon, akela thori mehzab ko leta hoon, kuch khud leta hoon, kuch gharibon ko de deta hoon.</w:t>
      </w:r>
      <w:r>
        <w:br/>
      </w:r>
      <w:r>
        <w:rPr>
          <w:sz w:val="20"/>
        </w:rPr>
        <w:t>1:20:02  is se justify kar liya apne dake ko.</w:t>
      </w:r>
      <w:r>
        <w:br/>
      </w:r>
      <w:r>
        <w:rPr>
          <w:sz w:val="20"/>
        </w:rPr>
        <w:t>1:20:07  to sab se buri cheez hai alfaaz ka fitna. har aadmi chahe kuch bhi, kuch bhi ghalat rai banaye, kuch bhi ghair ilmi rai banaye, kuch bhi be buniyad rai banaye, us ko lafz mil jayega,</w:t>
      </w:r>
      <w:r>
        <w:br/>
      </w:r>
      <w:r>
        <w:rPr>
          <w:sz w:val="20"/>
        </w:rPr>
        <w:t>1:20:24  lafz mil jayega.</w:t>
      </w:r>
      <w:r>
        <w:br/>
      </w:r>
      <w:r>
        <w:rPr>
          <w:sz w:val="20"/>
        </w:rPr>
        <w:t>1:20:28  misalan ek sahib ne kaha ke sahib quran mein namaz ki tafseel</w:t>
      </w:r>
      <w:r>
        <w:br/>
      </w:r>
      <w:r>
        <w:rPr>
          <w:sz w:val="20"/>
        </w:rPr>
        <w:t>1:20:34  kahan hai? yeh aap namaz jo banai hai aap ne, aap logon ne, yeh to khud sakhta hai. to mein ne kaha koi bhi cheez jo aap mante hon ke quran mein hai, us ki bhi tafseel kahan hai?</w:t>
      </w:r>
      <w:r>
        <w:br/>
      </w:r>
      <w:r>
        <w:rPr>
          <w:sz w:val="20"/>
        </w:rPr>
        <w:t>1:20:47  is ki bhi tafseel kahan hai? misaal ke taur par un ka nazariya tha ke quran ka maqsad hai yani woh nizaam-e-adl qaim karna, yani ideal system, perfect system qaim karna.</w:t>
      </w:r>
      <w:r>
        <w:br/>
      </w:r>
      <w:r>
        <w:rPr>
          <w:sz w:val="20"/>
        </w:rPr>
        <w:t>1:21:02  main ne kaha woh kahan tafseel is ki hai?</w:t>
      </w:r>
      <w:r>
        <w:br/>
      </w:r>
      <w:r>
        <w:rPr>
          <w:sz w:val="20"/>
        </w:rPr>
        <w:t>1:21:04  to koi bhi cheez jo aap kahenge ke quran mein, quran mein is ka hukum diya gaya to is ki tafseel nahi milegi aap ko.</w:t>
      </w:r>
      <w:r>
        <w:br/>
      </w:r>
      <w:r>
        <w:rPr>
          <w:sz w:val="20"/>
        </w:rPr>
        <w:t>1:21:15  namazi ki baat nahi hai, lekin phir bhi woh nahi mana unhon ne kyunke kuch na kuch lafz phir mil jata hai aadmi ko. to sab se bara fitna alfaaz ka fitna hai.</w:t>
      </w:r>
      <w:r>
        <w:br/>
      </w:r>
      <w:r>
        <w:rPr>
          <w:sz w:val="20"/>
        </w:rPr>
        <w:t>1:21:25  koi bhi daleel aap dijiye, woh us ko aik aik lafz mil jayega. us ko</w:t>
      </w:r>
      <w:r>
        <w:br/>
      </w:r>
      <w:r>
        <w:rPr>
          <w:sz w:val="20"/>
        </w:rPr>
        <w:t>1:21:31  aik dilchasp misaal yeh hai ke aik martaba main lucknow mein tha to hazrat zaid ke paas aik road aise mudti thi. wahan main tha corner par, aik road idhar ja rahi thi, aik road idhar se mud rahi thi.</w:t>
      </w:r>
      <w:r>
        <w:br/>
      </w:r>
      <w:r>
        <w:rPr>
          <w:sz w:val="20"/>
        </w:rPr>
        <w:t>1:21:46  to main ne dekha ke aik aik aik larka cycle par dauda dauda hua idhar se aaya,</w:t>
      </w:r>
      <w:r>
        <w:br/>
      </w:r>
      <w:r>
        <w:rPr>
          <w:sz w:val="20"/>
        </w:rPr>
        <w:t>1:21:52  bohat tezi se. phir jahan mudna tha us ko, wahan aik dehati bechara chal raha tha paidal, use takra gaya woh to dehati gir gaya.</w:t>
      </w:r>
      <w:r>
        <w:br/>
      </w:r>
      <w:r>
        <w:rPr>
          <w:sz w:val="20"/>
        </w:rPr>
        <w:t>1:22:04  bazaahir ghareeb aadmi lagta tha woh koi. to larka jo hai takra gaya to cycle bhi gir gayi, woh aadmi bhi gir gaya. to woh aadmi kehta hai ke ghanti kyun nahi bajai?</w:t>
      </w:r>
      <w:r>
        <w:br/>
      </w:r>
      <w:r>
        <w:rPr>
          <w:sz w:val="20"/>
        </w:rPr>
        <w:t>1:22:20  to larka kehta hai ghanti na ho to phir woh kehta hai ke break kyun nahi lagaya? break na ho to phir us ne kaha bechare ne ke tumhari ghanti bhi nahi, break bhi nahi, tez kyun daudate ho?</w:t>
      </w:r>
      <w:r>
        <w:br/>
      </w:r>
      <w:r>
        <w:rPr>
          <w:sz w:val="20"/>
        </w:rPr>
        <w:t>1:22:36  tab bhi Allah lafz mil gaya us ko. kya tum se pooch kyun daudaun? yeh bohat hi khatarnak baat hai ke insaan ko lafz milta rehta hai.</w:t>
      </w:r>
      <w:r>
        <w:br/>
      </w:r>
      <w:r>
        <w:rPr>
          <w:sz w:val="20"/>
        </w:rPr>
        <w:t>1:22:45  shaitan ko mil gaya Allah ke muqable mein lafz.</w:t>
      </w:r>
      <w:r>
        <w:br/>
      </w:r>
      <w:r>
        <w:rPr>
          <w:sz w:val="20"/>
        </w:rPr>
        <w:t>1:22:49  aur ghaur kijiye ke Allah taala ne kaha ke tum Adam ke aage sajda karo, jhuk jao. to shaitan ne kya kaha?</w:t>
      </w:r>
      <w:r>
        <w:br/>
      </w:r>
      <w:r>
        <w:rPr>
          <w:sz w:val="20"/>
        </w:rPr>
        <w:t>1:22:57  main kyun jhukun? aap ne paida kiya mujh ko aag se, us ko mitti se, to main us se superior hoon. to Allah ke muqable pe lafz mil gaya us ko.</w:t>
      </w:r>
      <w:r>
        <w:br/>
      </w:r>
      <w:r>
        <w:rPr>
          <w:sz w:val="20"/>
        </w:rPr>
        <w:t>1:23:10  yaad rakhiye, sab se buri cheez yeh hai ke aap ko lafz milta rahe, aap specialist na ho paayein.</w:t>
      </w:r>
      <w:r>
        <w:br/>
      </w:r>
      <w:r>
        <w:rPr>
          <w:sz w:val="20"/>
        </w:rPr>
        <w:t>1:23:17  jab tak aadmi ka zariya rok, woh specialist hota ho, kahin na kahin, kahin na kahin us ko daleel jhuka de, kahin na kahin Allah ka khauf jhuka de, kahin na kahin us ko us ki us ki sincerity rok de.</w:t>
      </w:r>
      <w:r>
        <w:br/>
      </w:r>
      <w:r>
        <w:rPr>
          <w:sz w:val="20"/>
        </w:rPr>
        <w:t>1:23:30  nahi to rokayega nahi, aap yani bolte rahenge, bolte rahenge, bolte rahenge. to main isi liye main kehta hoon ke sab se bara fitna alfaaz ka fitna hai.</w:t>
      </w:r>
      <w:r>
        <w:br/>
      </w:r>
      <w:r>
        <w:rPr>
          <w:sz w:val="20"/>
        </w:rPr>
        <w:t>1:23:40  agar aap jhukna na chahein to shaitan la ke aage nahi jhuka, us ko lafz milta raha, wahan bhi lafz milta raha.</w:t>
      </w:r>
      <w:r>
        <w:br/>
      </w:r>
      <w:r>
        <w:rPr>
          <w:sz w:val="20"/>
        </w:rPr>
        <w:t>1:23:47  to yeh bohat hi serious baat hai. dekhiye, aap maut se pehle dunya mein azaad hain to kuch bhi bol sakte hain. maut ke baad kya karenge?</w:t>
      </w:r>
      <w:r>
        <w:br/>
      </w:r>
      <w:r>
        <w:rPr>
          <w:sz w:val="20"/>
        </w:rPr>
        <w:t>1:23:56  jab hajj ke maidan mein aap ikhatta honge to kya karenge? woh kya? Allah taala ke saath bhi lafz baazi karenge? aap wahan bhi lafz bol ke jeet sakte hain?</w:t>
      </w:r>
      <w:r>
        <w:br/>
      </w:r>
      <w:r>
        <w:rPr>
          <w:sz w:val="20"/>
        </w:rPr>
        <w:t>1:24:04  aap aur Allah taala hukum de ke us ko le jao, jahannum mein daal do? kya aap ke paas taqat hogi? aap rok lenge apne apne aap ko farishte se?</w:t>
      </w:r>
      <w:r>
        <w:br/>
      </w:r>
      <w:r>
        <w:rPr>
          <w:sz w:val="20"/>
        </w:rPr>
        <w:t>1:24:15  to sab se bara fitna mere nazdeek alfaaz ka fitna hai. har aadmi ko woh lafz mil jata hai. jis ko dekhiye, dunya ke baray baray zalim jo hain, un ko woh lafz mile hue thay ke hum jo kar rahe hain, is ki wajah yeh hai, hum jo ke is ki wajah yeh hai.</w:t>
      </w:r>
      <w:r>
        <w:br/>
      </w:r>
      <w:r>
        <w:rPr>
          <w:sz w:val="20"/>
        </w:rPr>
        <w:t>1:24:31  to main Allah se panah mangta hoon ke Allah taala mujhe alfaaz ke fitne se bachaye. aur aap sab logon ke liye dua karta hoon ke aap log Allah taala itni samajh dein ke aap alfaaz ke fitne se bachein.</w:t>
      </w:r>
    </w:p>
    <w:p>
      <w:pPr>
        <w:pStyle w:val="Heading2"/>
      </w:pPr>
      <w:r>
        <w:t>Focusing on God amid worldly duties</w:t>
      </w:r>
    </w:p>
    <w:p>
      <w:r>
        <w:rPr>
          <w:color w:val="666666"/>
          <w:sz w:val="18"/>
        </w:rPr>
        <w:t>Spirituality · Three levels of Realization 4 July 2010 - Maulana Wahiduddin Khan · 1m 29s · at 1:09:22 · https://youtu.be/H-kx5TldzfQ?t=4162</w:t>
      </w:r>
    </w:p>
    <w:p>
      <w:r>
        <w:rPr>
          <w:i/>
        </w:rPr>
        <w:t>“In this world we have so many duties to perform. In such a situation, how can we focus on God? What should be done in such a situation so that we may find nearness to God?”</w:t>
      </w:r>
    </w:p>
    <w:p>
      <w:r>
        <w:rPr>
          <w:sz w:val="20"/>
        </w:rPr>
        <w:t>1:09:22  maulana agla sawal kiya hai doctor farida khanoom ne new delhi se. she is written: "in this world we have so many duties to perform in such a situation</w:t>
      </w:r>
      <w:r>
        <w:br/>
      </w:r>
      <w:r>
        <w:rPr>
          <w:sz w:val="20"/>
        </w:rPr>
        <w:t>1:09:36  how can we focus on god? what should be done in such a situation so that we may find nearness to god?" bhai yeh kaam har aadmi karte hi karta hai har ghar mein jaise aik baap hai to wo focus apne bete pe rehta hai</w:t>
      </w:r>
      <w:r>
        <w:br/>
      </w:r>
      <w:r>
        <w:rPr>
          <w:sz w:val="20"/>
        </w:rPr>
        <w:t>1:09:55  hazaar doosre problem hain us ko bhula deta hai us ko apni beti ki education ke liye apne bete ko settle karne ke liye apne bete ko achi married life ke liye wo sochta din bhar sochta hai raat din sochta hai to har aadmi apne ghar mein dekh sakta hai ke kis tarah se aadmi apne aap ko deviation se bachata hai distraction se bachata hai yeh to har aadmi karta</w:t>
      </w:r>
      <w:r>
        <w:br/>
      </w:r>
      <w:r>
        <w:rPr>
          <w:sz w:val="20"/>
        </w:rPr>
        <w:t>1:10:21  he karta hai yeh ek aisi baat hai jis ko har aadmi khud apne experience se samajh sakta</w:t>
      </w:r>
      <w:r>
        <w:br/>
      </w:r>
      <w:r>
        <w:rPr>
          <w:sz w:val="20"/>
        </w:rPr>
        <w:t>1:10:26  hai har ghar mein is is ka demonstration ho raha hai demonstration</w:t>
      </w:r>
      <w:r>
        <w:br/>
      </w:r>
      <w:r>
        <w:rPr>
          <w:sz w:val="20"/>
        </w:rPr>
        <w:t>1:10:33  ke kis tarah tum har har har deviation se bacha sakte ho har distraction se apne ko door</w:t>
      </w:r>
      <w:r>
        <w:br/>
      </w:r>
      <w:r>
        <w:rPr>
          <w:sz w:val="20"/>
        </w:rPr>
        <w:t>1:10:39  kar sakte ho wapas apna focus single rakh sakte ho apne bete par apne job par apne business</w:t>
      </w:r>
      <w:r>
        <w:br/>
      </w:r>
      <w:r>
        <w:rPr>
          <w:sz w:val="20"/>
        </w:rPr>
        <w:t>1:10:45  par wohi aadmi ko Khuda ke liye karna hai.</w:t>
      </w:r>
    </w:p>
    <w:p>
      <w:pPr>
        <w:pStyle w:val="Heading2"/>
      </w:pPr>
      <w:r>
        <w:t>Focusing on God amidst worldly duties</w:t>
      </w:r>
    </w:p>
    <w:p>
      <w:r>
        <w:rPr>
          <w:color w:val="666666"/>
          <w:sz w:val="18"/>
        </w:rPr>
        <w:t>Spirituality · Three levels of Realization July 4, 2010 · 1m 26s · at 1:09:39 · https://youtu.be/NtCTVVov3Nw?t=4179</w:t>
      </w:r>
    </w:p>
    <w:p>
      <w:r>
        <w:rPr>
          <w:i/>
        </w:rPr>
        <w:t>“In this world we have so many duties to perform. In such a situation, how can we focus on God? What should be done so that we may find nearness to God?”</w:t>
      </w:r>
    </w:p>
    <w:p>
      <w:r>
        <w:rPr>
          <w:sz w:val="20"/>
        </w:rPr>
        <w:t>1:09:39  molana agla sawal kiya hai doctor farida khanoom ne new delhi se she is written in this world we have so many duties to perform in such a situation how can we focus on god</w:t>
      </w:r>
      <w:r>
        <w:br/>
      </w:r>
      <w:r>
        <w:rPr>
          <w:sz w:val="20"/>
        </w:rPr>
        <w:t>1:09:55  what should be done in such a situation so that we may find nearness to god</w:t>
      </w:r>
      <w:r>
        <w:br/>
      </w:r>
      <w:r>
        <w:rPr>
          <w:sz w:val="20"/>
        </w:rPr>
        <w:t>1:10:03  bhai yeh kaam har aadmi karta hi karta hai har ghar mein jaise aik baap hai to woh</w:t>
      </w:r>
      <w:r>
        <w:br/>
      </w:r>
      <w:r>
        <w:rPr>
          <w:sz w:val="20"/>
        </w:rPr>
        <w:t>1:10:08  focus apne bete pe rehta hai hazar doosre problem hain is ko bhula deta hai is ko apni</w:t>
      </w:r>
      <w:r>
        <w:br/>
      </w:r>
      <w:r>
        <w:rPr>
          <w:sz w:val="20"/>
        </w:rPr>
        <w:t>1:10:15  beti ki education ke liye apne bete ko settle karne ke liye apne bete ko achi married life</w:t>
      </w:r>
      <w:r>
        <w:br/>
      </w:r>
      <w:r>
        <w:rPr>
          <w:sz w:val="20"/>
        </w:rPr>
        <w:t>1:10:21  ke liye woh sochta hai din bhar sochta hai raat din sochta hai</w:t>
      </w:r>
      <w:r>
        <w:br/>
      </w:r>
      <w:r>
        <w:rPr>
          <w:sz w:val="20"/>
        </w:rPr>
        <w:t>1:10:26  to har admi apnay ghar mein dekh sakta hai ke kis tarah se admi apnay aap ko deviation se bachata hai distraction se bachata hai yeh to har admi karta hi karta hai yeh aik aisi baat hai jis ko har admi khud apnay experience se samajh sakta hai</w:t>
      </w:r>
      <w:r>
        <w:br/>
      </w:r>
      <w:r>
        <w:rPr>
          <w:sz w:val="20"/>
        </w:rPr>
        <w:t>1:10:42  har ghar mein is is ka demonstration ho raha hai demonstration ke kis tarah tum har har har deviation se bacha sakte ho har distraction se apnay ko door kar sakte ho apas apna focus single rakh sakte ho apnay betay par apnay job par apnay business par wohi admi ko khuda ke liye karna hai</w:t>
      </w:r>
    </w:p>
    <w:p>
      <w:pPr>
        <w:pStyle w:val="Heading2"/>
      </w:pPr>
      <w:r>
        <w:t>Formula for living in gratitude in this world</w:t>
      </w:r>
    </w:p>
    <w:p>
      <w:r>
        <w:rPr>
          <w:color w:val="666666"/>
          <w:sz w:val="18"/>
        </w:rPr>
        <w:t>Spirituality · The Message of Eid Al-Adha November 6, 2011 Maulana Wahiduddin Khan · 2m 28s · at 1:31:41 · https://youtu.be/y59PU_RD2cg?t=5501</w:t>
      </w:r>
    </w:p>
    <w:p>
      <w:r>
        <w:rPr>
          <w:i/>
        </w:rPr>
        <w:t>“Maulana, what is the formula for living in a state of gratitude in this world of test?”</w:t>
      </w:r>
    </w:p>
    <w:p>
      <w:r>
        <w:rPr>
          <w:sz w:val="20"/>
        </w:rPr>
        <w:t>1:31:41  maulana, yeh sawal aaya hai maulana abdul basit ka doha qatar se. unhon ne likha hai: "maulana, shukr ki halat mein jeene ka formula kya hai is imtehan ki duniya mein?" is ke baray mein batayen.</w:t>
      </w:r>
      <w:r>
        <w:br/>
      </w:r>
      <w:r>
        <w:rPr>
          <w:sz w:val="20"/>
        </w:rPr>
        <w:t>1:32:06  mera tajruba to yahi hai ke shukr ke item ko bar bar daryaft karna parta hai, warna aadmi bhool jata hai. bar bar daryaft karna parta hai shukr ka item,</w:t>
      </w:r>
      <w:r>
        <w:br/>
      </w:r>
      <w:r>
        <w:rPr>
          <w:sz w:val="20"/>
        </w:rPr>
        <w:t>1:32:20  kyun ke waqeat hotay hain to woh waqeat awaz laga kar nahi atay. mislan hum yahan bethe hain to aakhri din aa rahi hai, to aakhri din chala kar to aati nahi hai.</w:t>
      </w:r>
      <w:r>
        <w:br/>
      </w:r>
      <w:r>
        <w:rPr>
          <w:sz w:val="20"/>
        </w:rPr>
        <w:t>1:32:32  to humein, hum yaani humein kuch khabar nahi hai, aakhri din aa rahi hai, hum saans le rahe hain. to humein discover karna paray ga ke Allah taala ki kitni bari ehsan hai ke woh hamari kisi zaati intezam ke baghair, hamari kisi bill ada kiye baghair, aakhri din ki supply har waqt ho rahi hai.</w:t>
      </w:r>
      <w:r>
        <w:br/>
      </w:r>
      <w:r>
        <w:rPr>
          <w:sz w:val="20"/>
        </w:rPr>
        <w:t>1:32:58  aise hum bol rahe hain, aap sun rahe hain, yeh bhi beech mein jo hua hai ya jo electronic jo beech mein zariya hai, woh chalata nahi hai.</w:t>
      </w:r>
      <w:r>
        <w:br/>
      </w:r>
      <w:r>
        <w:rPr>
          <w:sz w:val="20"/>
        </w:rPr>
        <w:t>1:33:09  to humein discover karna paray ga ke Allah taala ne kitna bara intezam kiya hai. to shukr ke item ko jo bar bar discover karta rahe, usi ka andar shukr jazba rahe ga, warna nahi rahe ga.</w:t>
      </w:r>
    </w:p>
    <w:p>
      <w:pPr>
        <w:pStyle w:val="Heading2"/>
      </w:pPr>
      <w:r>
        <w:t>Formula for peace of mind</w:t>
      </w:r>
    </w:p>
    <w:p>
      <w:r>
        <w:rPr>
          <w:color w:val="666666"/>
          <w:sz w:val="18"/>
        </w:rPr>
        <w:t>Spirituality · On Death June 08, 2014 · 1m 09s · at 49:15 · https://youtu.be/p0lSKQ0edmw?t=2955</w:t>
      </w:r>
    </w:p>
    <w:p>
      <w:r>
        <w:rPr>
          <w:i/>
        </w:rPr>
        <w:t>“I am usually distracted, restless and not at peace. Please give me a master formula so that I can achieve peace of mind.”</w:t>
      </w:r>
    </w:p>
    <w:p>
      <w:r>
        <w:rPr>
          <w:sz w:val="20"/>
        </w:rPr>
        <w:t>49:15  maulana, agla sawal aaya hai Indore se. Abdul sahib ne kiya hai. unhon ne likha hai ke "Moulana am usually distracted, restless and not at peace</w:t>
      </w:r>
      <w:r>
        <w:br/>
      </w:r>
      <w:r>
        <w:rPr>
          <w:sz w:val="20"/>
        </w:rPr>
        <w:t>49:28  . Please give me a master formula so that I can achieve peace of mind." Kya matlab? Maulana, unhon ne example to nahin diya, but kaha hai ke woh usually bohat ziyada restless rehte hain.</w:t>
      </w:r>
      <w:r>
        <w:br/>
      </w:r>
      <w:r>
        <w:rPr>
          <w:sz w:val="20"/>
        </w:rPr>
        <w:t>49:41  Peace of mind nahin hai. to koi aap un ko aisa koi formula bataen jis se... Bhai, dekhiye, is tarah ke jo question hain, to jab tak specific taur par aadmi na bataye ke kahan woh distract ho raha hai, to hum kya bataenge?</w:t>
      </w:r>
      <w:r>
        <w:br/>
      </w:r>
      <w:r>
        <w:rPr>
          <w:sz w:val="20"/>
        </w:rPr>
        <w:t>49:57  General taur par to hum bata chuke. General taur par to hum bata chuke. Ab is aadmi ka case specific sense mein kya hai, woh us ko batana parega.</w:t>
      </w:r>
      <w:r>
        <w:br/>
      </w:r>
      <w:r>
        <w:rPr>
          <w:sz w:val="20"/>
        </w:rPr>
        <w:t>50:11  tab hum bataenge ke woh kaise apnay aap ko is se bachaye. Warna jahan tak general sense mein batane ki baat hai, woh to hum bata chuke.</w:t>
      </w:r>
    </w:p>
    <w:p>
      <w:pPr>
        <w:pStyle w:val="Heading2"/>
      </w:pPr>
      <w:r>
        <w:t>Formula to recognize Satan's deception</w:t>
      </w:r>
    </w:p>
    <w:p>
      <w:r>
        <w:rPr>
          <w:color w:val="666666"/>
          <w:sz w:val="18"/>
        </w:rPr>
        <w:t>Spirituality · Islam &amp; Prophet of Islam 21 Oct, 2012 - Maulana Wahiduddin Khan · 1m 03s · at 1:11:58 · https://youtu.be/2hwtfOyNeS0?t=4318</w:t>
      </w:r>
    </w:p>
    <w:p>
      <w:r>
        <w:rPr>
          <w:i/>
        </w:rPr>
        <w:t>“Satan misleads everyone in different ways. Is there any formula to recognize Satan's deception so I can protect myself from it? Please tell me.”</w:t>
      </w:r>
    </w:p>
    <w:p>
      <w:r>
        <w:rPr>
          <w:sz w:val="20"/>
        </w:rPr>
        <w:t>1:11:58  maulana, agla sawal aya hai doha qatar se maulana abdul basit umri sahib ka. unhon ne likha hai: "maulana shaitan har ek ko alag alag andaaz se behkata hai.</w:t>
      </w:r>
      <w:r>
        <w:br/>
      </w:r>
      <w:r>
        <w:rPr>
          <w:sz w:val="20"/>
        </w:rPr>
        <w:t>1:12:11  to maulana tazeen shaitan ko pehchan'ne ka koi formula agar hai to aap hamein bataiye taake mein apne aap ko is se bacha sakoon." dekhiye, is ka koi formula nahin hota.</w:t>
      </w:r>
      <w:r>
        <w:br/>
      </w:r>
      <w:r>
        <w:rPr>
          <w:sz w:val="20"/>
        </w:rPr>
        <w:t>1:12:25  is ka formula hai dua. jab bhi aisi koi cheez aap ke dil mein aati hai to foran parhiye: "Allahumma inni a'udhu bika min hamazati al-shayatin".</w:t>
      </w:r>
      <w:r>
        <w:br/>
      </w:r>
      <w:r>
        <w:rPr>
          <w:sz w:val="20"/>
        </w:rPr>
        <w:t>1:12:37  foran parhiye: "Allahumma inni a'udhu bika min hamazati al-shayatin". aur koi doosra formula nahin. us waqt Allah ki taraf se aap ko madad mile gi.</w:t>
      </w:r>
      <w:r>
        <w:br/>
      </w:r>
      <w:r>
        <w:rPr>
          <w:sz w:val="20"/>
        </w:rPr>
        <w:t>1:12:48  allah ki taraf se aap ke dil se parda hate ga aur aap ko sahi rehnumai allah ki taraf se hasil hogi. bas yahi formula hai aur koi doosra formula nahin.</w:t>
      </w:r>
    </w:p>
    <w:p>
      <w:pPr>
        <w:pStyle w:val="Heading2"/>
      </w:pPr>
      <w:r>
        <w:t>Formula to recognize Satan's deception</w:t>
      </w:r>
    </w:p>
    <w:p>
      <w:r>
        <w:rPr>
          <w:color w:val="666666"/>
          <w:sz w:val="18"/>
        </w:rPr>
        <w:t>Spirituality · Islam and Prophet of Islam 21st October 2012 · 1m 02s · at 1:15:07 · https://youtu.be/pg1Malshh6Y?t=4507</w:t>
      </w:r>
    </w:p>
    <w:p>
      <w:r>
        <w:rPr>
          <w:i/>
        </w:rPr>
        <w:t>“Maulana, Satan misleads everyone in different ways. Is there any formula to recognize the deception of Satan? Please tell us so that I can...”</w:t>
      </w:r>
    </w:p>
    <w:p>
      <w:r>
        <w:rPr>
          <w:sz w:val="20"/>
        </w:rPr>
        <w:t>1:15:06  ko nahi mante.</w:t>
      </w:r>
      <w:r>
        <w:br/>
      </w:r>
      <w:r>
        <w:rPr>
          <w:sz w:val="20"/>
        </w:rPr>
        <w:t>1:15:07  maulana, agla sawal aya hai doha qatar se maulana abdul basit umri sahib ka.</w:t>
      </w:r>
      <w:r>
        <w:br/>
      </w:r>
      <w:r>
        <w:rPr>
          <w:sz w:val="20"/>
        </w:rPr>
        <w:t>1:15:13  unhon ne likha hai: "maulana, shaitan har ek ko alag alag andaz se behkata hai.</w:t>
      </w:r>
      <w:r>
        <w:br/>
      </w:r>
      <w:r>
        <w:rPr>
          <w:sz w:val="20"/>
        </w:rPr>
        <w:t>1:15:19  to maulana, tazeen shaitan ko pehchanne ka koi formula agar hai to aap hamein bataiye taake main apne</w:t>
      </w:r>
      <w:r>
        <w:br/>
      </w:r>
      <w:r>
        <w:rPr>
          <w:sz w:val="20"/>
        </w:rPr>
        <w:t>1:15:27  aap ko is se bacha sakoon." dekhiye ke is ka koi formula nahi hota, is ka formula hai</w:t>
      </w:r>
      <w:r>
        <w:br/>
      </w:r>
      <w:r>
        <w:rPr>
          <w:sz w:val="20"/>
        </w:rPr>
        <w:t>1:15:35  dua.</w:t>
      </w:r>
      <w:r>
        <w:br/>
      </w:r>
      <w:r>
        <w:rPr>
          <w:sz w:val="20"/>
        </w:rPr>
        <w:t>1:15:36  jab bhi aisi koi cheez aap ke dil mein aati hai to foran padhiye: "allahumma inni aoozu bik</w:t>
      </w:r>
      <w:r>
        <w:br/>
      </w:r>
      <w:r>
        <w:rPr>
          <w:sz w:val="20"/>
        </w:rPr>
        <w:t>1:15:44  min hamadat al-shaitan".</w:t>
      </w:r>
      <w:r>
        <w:br/>
      </w:r>
      <w:r>
        <w:rPr>
          <w:sz w:val="20"/>
        </w:rPr>
        <w:t>1:15:46  foran padhiye: "allahumma inni aoozu bik min hamadat al-shaitan" aur koi doosra formula nahi.</w:t>
      </w:r>
      <w:r>
        <w:br/>
      </w:r>
      <w:r>
        <w:rPr>
          <w:sz w:val="20"/>
        </w:rPr>
        <w:t>1:15:52  is waqt allah ki taraf se aap ko madad milegi, allah ki taraf se aap ke dil</w:t>
      </w:r>
      <w:r>
        <w:br/>
      </w:r>
      <w:r>
        <w:rPr>
          <w:sz w:val="20"/>
        </w:rPr>
        <w:t>1:15:59  se parda hatega aur aap ko sahi rehnumai allah ki taraf se hasil hogi.</w:t>
      </w:r>
      <w:r>
        <w:br/>
      </w:r>
      <w:r>
        <w:rPr>
          <w:sz w:val="20"/>
        </w:rPr>
        <w:t>1:16:06  bas yahi formula hai aur koi doosra formula nahi.</w:t>
      </w:r>
    </w:p>
    <w:p>
      <w:pPr>
        <w:pStyle w:val="Heading2"/>
      </w:pPr>
      <w:r>
        <w:t>God realization and family life balance</w:t>
      </w:r>
    </w:p>
    <w:p>
      <w:r>
        <w:rPr>
          <w:color w:val="666666"/>
          <w:sz w:val="18"/>
        </w:rPr>
        <w:t>Spirituality · Realization of God December 18, 2016 Maulana Wahiduddin Khan · 1m 31s · at 52:35 · https://youtu.be/LHKb2btTIT8?t=3155</w:t>
      </w:r>
    </w:p>
    <w:p>
      <w:r>
        <w:rPr>
          <w:i/>
        </w:rPr>
        <w:t>“Don't you think that God realization will make a person move away from his family life? Deep God realization may lead to imbalance as a person will forget his responsibilities.”</w:t>
      </w:r>
    </w:p>
    <w:p>
      <w:r>
        <w:rPr>
          <w:sz w:val="20"/>
        </w:rPr>
        <w:t>52:35  nobody can even imagine mashallah Maulana agla sawal aah Ahmedabad se kiya hai Shah Alam sahib ne</w:t>
      </w:r>
      <w:r>
        <w:br/>
      </w:r>
      <w:r>
        <w:rPr>
          <w:sz w:val="20"/>
        </w:rPr>
        <w:t>52:42  aur unhone likha hai Maulana Sahab don't you think that God realization will make a person move</w:t>
      </w:r>
      <w:r>
        <w:br/>
      </w:r>
      <w:r>
        <w:rPr>
          <w:sz w:val="20"/>
        </w:rPr>
        <w:t>52:50  away from his family life deep God realization may lead to imbalance as a person will forget his</w:t>
      </w:r>
      <w:r>
        <w:br/>
      </w:r>
      <w:r>
        <w:rPr>
          <w:sz w:val="20"/>
        </w:rPr>
        <w:t>52:58  family duties and get more involved in spirituality what is your opinion on this Maulana sahib dekhen family</w:t>
      </w:r>
      <w:r>
        <w:br/>
      </w:r>
      <w:r>
        <w:rPr>
          <w:sz w:val="20"/>
        </w:rPr>
        <w:t>53:05  to aap ka hath paon hai meri family yeh hai meri family hath paon hai mera meri mission</w:t>
      </w:r>
      <w:r>
        <w:br/>
      </w:r>
      <w:r>
        <w:rPr>
          <w:sz w:val="20"/>
        </w:rPr>
        <w:t>53:13  mein bharpoor sath diya meri family ne aisi cheez hai family ko apna soul concern banana bas family</w:t>
      </w:r>
      <w:r>
        <w:br/>
      </w:r>
      <w:r>
        <w:rPr>
          <w:sz w:val="20"/>
        </w:rPr>
        <w:t>53:20  family family warna family to bohat bari helper hai aur bohat bari Allah ki madad hai family khooni</w:t>
      </w:r>
      <w:r>
        <w:br/>
      </w:r>
      <w:r>
        <w:rPr>
          <w:sz w:val="20"/>
        </w:rPr>
        <w:t>53:28  rishta jo hai khooni rishta ki wajah se family aap ki jo madad karti hai woh bohat hi</w:t>
      </w:r>
      <w:r>
        <w:br/>
      </w:r>
      <w:r>
        <w:rPr>
          <w:sz w:val="20"/>
        </w:rPr>
        <w:t>53:36  ajeeb o ghareeb cheez hai to log family ko pyar o mohabbat ka markaz bana lete hain woh</w:t>
      </w:r>
      <w:r>
        <w:br/>
      </w:r>
      <w:r>
        <w:rPr>
          <w:sz w:val="20"/>
        </w:rPr>
        <w:t>53:43  aisi cheez hai qabil e ghhor warna family to taqat hai aap ki aap ki bohat bara yani source</w:t>
      </w:r>
      <w:r>
        <w:br/>
      </w:r>
      <w:r>
        <w:rPr>
          <w:sz w:val="20"/>
        </w:rPr>
        <w:t>53:51  hai aap ke liye family bohat bari nemat hai family to family ko pyar o mohabbat ka center</w:t>
      </w:r>
      <w:r>
        <w:br/>
      </w:r>
      <w:r>
        <w:rPr>
          <w:sz w:val="20"/>
        </w:rPr>
        <w:t>53:58  na banaiye balkay family ko shukr ka center banaiye shukr bas itna hi karna hai family ko aap</w:t>
      </w:r>
    </w:p>
    <w:p>
      <w:pPr>
        <w:pStyle w:val="Heading2"/>
      </w:pPr>
      <w:r>
        <w:t>God realization when basic needs unmet</w:t>
      </w:r>
    </w:p>
    <w:p>
      <w:r>
        <w:rPr>
          <w:color w:val="666666"/>
          <w:sz w:val="18"/>
        </w:rPr>
        <w:t>Spirituality · Discovery of Paradise November 15, 2020 Maulana Wahiduddin Khan · 59s · at 28:16 · https://youtu.be/Ig1kHk5K3zE?t=1696</w:t>
      </w:r>
    </w:p>
    <w:p>
      <w:r>
        <w:rPr>
          <w:i/>
        </w:rPr>
        <w:t>“How about God realization for those who are put into test where even basic needs are not met? Please guide in this.”</w:t>
      </w:r>
    </w:p>
    <w:p>
      <w:r>
        <w:rPr>
          <w:sz w:val="20"/>
        </w:rPr>
        <w:t>28:16  maulana abdul razzaq sahib ne mumbai se sawal bheja hai. unho ne likha hai: "how about god realization for those who are put into test where even basic needs are not met?" maulana, please guide on this.</w:t>
      </w:r>
      <w:r>
        <w:br/>
      </w:r>
      <w:r>
        <w:rPr>
          <w:sz w:val="20"/>
        </w:rPr>
        <w:t>28:42  basic need to har aadmi ko mili hui hai. yeh soch hi galat hai ke basic need kisi ko nahi mili.</w:t>
      </w:r>
      <w:r>
        <w:br/>
      </w:r>
      <w:r>
        <w:rPr>
          <w:sz w:val="20"/>
        </w:rPr>
        <w:t>28:53  main is ko nahi manta.</w:t>
      </w:r>
      <w:r>
        <w:br/>
      </w:r>
      <w:r>
        <w:rPr>
          <w:sz w:val="20"/>
        </w:rPr>
        <w:t>28:58  aap soul life par qanaat kijiye to soul life ke aitbaar se har aadmi ko basic need mili hui hai.</w:t>
      </w:r>
    </w:p>
    <w:p>
      <w:pPr>
        <w:pStyle w:val="Heading2"/>
      </w:pPr>
      <w:r>
        <w:t>Guidance on Nafs Ammarah</w:t>
      </w:r>
    </w:p>
    <w:p>
      <w:r>
        <w:rPr>
          <w:color w:val="666666"/>
          <w:sz w:val="18"/>
        </w:rPr>
        <w:t>Spirituality · The Importance of the Quran May 15, 2016 Maulana Wahiduddin Khan · 1m 16s · at 1:05:39 · https://youtu.be/9a-OOUR_bLg?t=3939</w:t>
      </w:r>
    </w:p>
    <w:p>
      <w:r>
        <w:rPr>
          <w:i/>
        </w:rPr>
        <w:t>“Please guide us about Nafs Ammarah.”</w:t>
      </w:r>
    </w:p>
    <w:p>
      <w:r>
        <w:rPr>
          <w:sz w:val="20"/>
        </w:rPr>
        <w:t>1:05:39  Maulana, agla sawal Gujarat se kya hai Najaf Azeem Baig sahib ne aur unhone aap se poocha hai ke nafs e ammara ke bare mein kuch hamein guide karein.</w:t>
      </w:r>
      <w:r>
        <w:br/>
      </w:r>
      <w:r>
        <w:rPr>
          <w:sz w:val="20"/>
        </w:rPr>
        <w:t>1:05:59  Dekhein, Quran mein do lafz aaye hain: nafs e ammara, nafs e lawwama.</w:t>
      </w:r>
      <w:r>
        <w:br/>
      </w:r>
      <w:r>
        <w:rPr>
          <w:sz w:val="20"/>
        </w:rPr>
        <w:t>1:06:07  Nafs e ammara, nafs e lawwama. Mein samajhta hoon ke nafs e ammara ka matlab hai ego aur nafs e lawwama ka matlab hai consciousness.</w:t>
      </w:r>
      <w:r>
        <w:br/>
      </w:r>
      <w:r>
        <w:rPr>
          <w:sz w:val="20"/>
        </w:rPr>
        <w:t>1:06:22  Consciousness aap ka zinda ho, aap consciousness ke upar chalein to aap ke andar taqwa hoga aur aap ka ego par chalein, ego jab uthe aap ka to aap ke andar pride aa jayega.</w:t>
      </w:r>
      <w:r>
        <w:br/>
      </w:r>
      <w:r>
        <w:rPr>
          <w:sz w:val="20"/>
        </w:rPr>
        <w:t>1:06:49  Yeh matlab samjhe hain is ka.</w:t>
      </w:r>
    </w:p>
    <w:p>
      <w:pPr>
        <w:pStyle w:val="Heading2"/>
      </w:pPr>
      <w:r>
        <w:t>Guidance to avoid negative thinking</w:t>
      </w:r>
    </w:p>
    <w:p>
      <w:r>
        <w:rPr>
          <w:color w:val="666666"/>
          <w:sz w:val="18"/>
        </w:rPr>
        <w:t>Spirituality · Collective Repentance I Feb 24, 2013 Maulana Wahiduddin Khan · 1m 47s · at 1:17:45 · https://youtu.be/lkkolxAL38c?t=4665</w:t>
      </w:r>
    </w:p>
    <w:p>
      <w:r>
        <w:rPr>
          <w:i/>
        </w:rPr>
        <w:t>“Maulana, please guide us on how we can save ourselves from negative thinking.”</w:t>
      </w:r>
    </w:p>
    <w:p>
      <w:r>
        <w:rPr>
          <w:sz w:val="20"/>
        </w:rPr>
        <w:t>1:17:45  maulana, agla sawal roorkee se hai sajid anwar sahib ka. unhone aap se poocha hai: "maulana, please guide as to how we can save our self from negative thinking?"</w:t>
      </w:r>
      <w:r>
        <w:br/>
      </w:r>
      <w:r>
        <w:rPr>
          <w:sz w:val="20"/>
        </w:rPr>
        <w:t>1:18:00  bhai, main jo tareeqa mera batata hoon aap ko ke negative thought to hamesha ate hi ate hain, lekin jaise mujhe mehsoos hua ke mere andar koi degree thoda thought aaya to jaldi se parhta hoon main: "Allahumma inni aoozu, aoozu bik min hamdi aadi shaadi"</w:t>
      </w:r>
      <w:r>
        <w:br/>
      </w:r>
      <w:r>
        <w:rPr>
          <w:sz w:val="20"/>
        </w:rPr>
        <w:t>1:18:20  aur woh foran nikal jata hai. "Allahumma inni aoozu bik min hamdi aadi shaadi" parhta hoon aur nikal jata hai. To yeh mumkin nahi, yaad rakhiye, dunya mein ke kisi aadmi ke negative thought sary se na aayen.</w:t>
      </w:r>
      <w:r>
        <w:br/>
      </w:r>
      <w:r>
        <w:rPr>
          <w:sz w:val="20"/>
        </w:rPr>
        <w:t>1:18:35  Yeh to mumkin nahi, negative thought aayenge, bas jaldi se woh nikaliye, jaldi se nikaliye is ko</w:t>
      </w:r>
      <w:r>
        <w:br/>
      </w:r>
      <w:r>
        <w:rPr>
          <w:sz w:val="20"/>
        </w:rPr>
        <w:t>1:18:45  aur koi doosra formula ize kar len.</w:t>
      </w:r>
      <w:r>
        <w:br/>
      </w:r>
      <w:r>
        <w:rPr>
          <w:sz w:val="20"/>
        </w:rPr>
        <w:t>1:18:53  Maulana, agla Quran mein kaha gaya: "Misr Shaitani"</w:t>
      </w:r>
      <w:r>
        <w:br/>
      </w:r>
      <w:r>
        <w:rPr>
          <w:sz w:val="20"/>
        </w:rPr>
        <w:t>1:19:00  Haan, is ko kehte hain "Misr Shaitani". Woh lazman hoga, Shaitan aazad hai to aap ko bas bhi karega, touch bhi karega.</w:t>
      </w:r>
      <w:r>
        <w:br/>
      </w:r>
      <w:r>
        <w:rPr>
          <w:sz w:val="20"/>
        </w:rPr>
        <w:t>1:19:10  Badalna der, aap bilkul aap hoshiyar ho jaiye aur is ko khatam kijiye apne andar se.</w:t>
      </w:r>
      <w:r>
        <w:br/>
      </w:r>
      <w:r>
        <w:rPr>
          <w:sz w:val="20"/>
        </w:rPr>
        <w:t>1:19:18  Aur mera tareeqa to yahi hai, mera tajurba hai ke jaise hi main parhta hoon: "Allahumma inni aoozu bik min hamdi aadi shaitain", woh sab khatam ho jata hai, within second khatam ho jata hai.</w:t>
      </w:r>
    </w:p>
    <w:p>
      <w:pPr>
        <w:pStyle w:val="Heading2"/>
      </w:pPr>
      <w:r>
        <w:t>Guidelines to Become Deserving of Paradise</w:t>
      </w:r>
    </w:p>
    <w:p>
      <w:r>
        <w:rPr>
          <w:color w:val="666666"/>
          <w:sz w:val="18"/>
        </w:rPr>
        <w:t>Spirituality · Discovery of Modern Age I 10th Feb. 13 · 2m 33s · at 1:04:40 · https://youtu.be/Yp5T0KacY84?t=3880</w:t>
      </w:r>
    </w:p>
    <w:p>
      <w:r>
        <w:rPr>
          <w:i/>
        </w:rPr>
        <w:t>“Paradise is the real goal and destination for which man should strive. Can you give some guidelines on how one should become a deserving candidate for Paradise?”</w:t>
      </w:r>
    </w:p>
    <w:p>
      <w:r>
        <w:rPr>
          <w:sz w:val="20"/>
        </w:rPr>
        <w:t>1:04:40  maulana, agla sawal Dilli se hai miss Naghma Siddiqui ka.</w:t>
      </w:r>
      <w:r>
        <w:br/>
      </w:r>
      <w:r>
        <w:rPr>
          <w:sz w:val="20"/>
        </w:rPr>
        <w:t>1:04:46  انہوں نے لکھا ہے: "Paradise is the real goal or destination for which man should strive for."</w:t>
      </w:r>
      <w:r>
        <w:br/>
      </w:r>
      <w:r>
        <w:rPr>
          <w:sz w:val="20"/>
        </w:rPr>
        <w:t>1:04:52  "Can you give some guidelines on how one should become a deserving candidate for Paradise?" Dekhiye, Quran</w:t>
      </w:r>
      <w:r>
        <w:br/>
      </w:r>
      <w:r>
        <w:rPr>
          <w:sz w:val="20"/>
        </w:rPr>
        <w:t>1:04:57  mein hai ke "zalk jadao muntziqa" ke jannat us ke liye hai jo apna tazkiya kare.</w:t>
      </w:r>
      <w:r>
        <w:br/>
      </w:r>
      <w:r>
        <w:rPr>
          <w:sz w:val="20"/>
        </w:rPr>
        <w:t>1:05:03  tazkiya ka matlab kya hai? Apne ko tayyar kare.</w:t>
      </w:r>
      <w:r>
        <w:br/>
      </w:r>
      <w:r>
        <w:rPr>
          <w:sz w:val="20"/>
        </w:rPr>
        <w:t>1:05:09  tayyar kiya maeni hai? Dekhiye, Quran mein bohat si ayatein hain is hawale se ke jannat ke log</w:t>
      </w:r>
      <w:r>
        <w:br/>
      </w:r>
      <w:r>
        <w:rPr>
          <w:sz w:val="20"/>
        </w:rPr>
        <w:t>1:05:15  bohat zyada un ke andar pak mind hoga, woh bohat zyada peaceful honge.</w:t>
      </w:r>
      <w:r>
        <w:br/>
      </w:r>
      <w:r>
        <w:rPr>
          <w:sz w:val="20"/>
        </w:rPr>
        <w:t>1:05:20  un ke andar bohat zyada, yani blushing hogi ek doosre ke liye.</w:t>
      </w:r>
      <w:r>
        <w:br/>
      </w:r>
      <w:r>
        <w:rPr>
          <w:sz w:val="20"/>
        </w:rPr>
        <w:t>1:05:26  woh kabhi kisi ke division create nahi karenge.</w:t>
      </w:r>
      <w:r>
        <w:br/>
      </w:r>
      <w:r>
        <w:rPr>
          <w:sz w:val="20"/>
        </w:rPr>
        <w:t>1:05:32  woh kabhi manfi boli nahi bolenge.</w:t>
      </w:r>
      <w:r>
        <w:br/>
      </w:r>
      <w:r>
        <w:rPr>
          <w:sz w:val="20"/>
        </w:rPr>
        <w:t>1:05:37  woh Alhamdulillah, Quran mein hai ke "wa khil alhamdu lillahi rabbil alameen".</w:t>
      </w:r>
      <w:r>
        <w:br/>
      </w:r>
      <w:r>
        <w:rPr>
          <w:sz w:val="20"/>
        </w:rPr>
        <w:t>1:05:43  woh hamd-e-khudawandi mein jiyenge, yani Khuda ki glory mein jiyenge.</w:t>
      </w:r>
      <w:r>
        <w:br/>
      </w:r>
      <w:r>
        <w:rPr>
          <w:sz w:val="20"/>
        </w:rPr>
        <w:t>1:05:49  yeh sari siftien paida kijiye.</w:t>
      </w:r>
      <w:r>
        <w:br/>
      </w:r>
      <w:r>
        <w:rPr>
          <w:sz w:val="20"/>
        </w:rPr>
        <w:t>1:05:54  yeh to quran mein aap dekh sakte hain.</w:t>
      </w:r>
      <w:r>
        <w:br/>
      </w:r>
      <w:r>
        <w:rPr>
          <w:sz w:val="20"/>
        </w:rPr>
        <w:t>1:06:00  quran mein hai ke "fi maqad-is-sidqi minda malik-il-muqtadir".</w:t>
      </w:r>
      <w:r>
        <w:br/>
      </w:r>
      <w:r>
        <w:rPr>
          <w:sz w:val="20"/>
        </w:rPr>
        <w:t>1:06:06  jannat walay Allah ke paas sachai ki seat par honge.</w:t>
      </w:r>
      <w:r>
        <w:br/>
      </w:r>
      <w:r>
        <w:rPr>
          <w:sz w:val="20"/>
        </w:rPr>
        <w:t>1:06:11  aap yeh samjhiye ke jinke andar waqi woh personality hogi jo sachai wali personality hai.</w:t>
      </w:r>
      <w:r>
        <w:br/>
      </w:r>
      <w:r>
        <w:rPr>
          <w:sz w:val="20"/>
        </w:rPr>
        <w:t>1:06:17  aaj kal to bas to har aadmi jhoot bolta hai.</w:t>
      </w:r>
      <w:r>
        <w:br/>
      </w:r>
      <w:r>
        <w:rPr>
          <w:sz w:val="20"/>
        </w:rPr>
        <w:t>1:06:23  koi direct, koi indirect.</w:t>
      </w:r>
      <w:r>
        <w:br/>
      </w:r>
      <w:r>
        <w:rPr>
          <w:sz w:val="20"/>
        </w:rPr>
        <w:t>1:06:28  jisko dekhiye, woh jhoot bolta hai.</w:t>
      </w:r>
      <w:r>
        <w:br/>
      </w:r>
      <w:r>
        <w:rPr>
          <w:sz w:val="20"/>
        </w:rPr>
        <w:t>1:06:34  mujhe to koi aadmi nahi maloom jo jhoot na bolta ho.</w:t>
      </w:r>
      <w:r>
        <w:br/>
      </w:r>
      <w:r>
        <w:rPr>
          <w:sz w:val="20"/>
        </w:rPr>
        <w:t>1:06:40  koi negative jhoot bol raha hai, koi beautiful jhoot bol raha hai.</w:t>
      </w:r>
      <w:r>
        <w:br/>
      </w:r>
      <w:r>
        <w:rPr>
          <w:sz w:val="20"/>
        </w:rPr>
        <w:t>1:06:46  to kya aise log zahir hai ke wahan baithe qabil nahi ho sakte? "fi maqad-is-sidqi minda malik-il-muqtadir".</w:t>
      </w:r>
      <w:r>
        <w:br/>
      </w:r>
      <w:r>
        <w:rPr>
          <w:sz w:val="20"/>
        </w:rPr>
        <w:t>1:06:51  aap ko bohat soch kar ke jeena hoga dunya mein ke mezban se sirf sach nikle.</w:t>
      </w:r>
      <w:r>
        <w:br/>
      </w:r>
      <w:r>
        <w:rPr>
          <w:sz w:val="20"/>
        </w:rPr>
        <w:t>1:06:57  sach kya hai? jo reality ho, jo waqi ke mutabiq ho, jo bahar ke jo haqaiq hain, us</w:t>
      </w:r>
      <w:r>
        <w:br/>
      </w:r>
      <w:r>
        <w:rPr>
          <w:sz w:val="20"/>
        </w:rPr>
        <w:t>1:07:03  se collaborate kar raha ho, woh sach hai.</w:t>
      </w:r>
      <w:r>
        <w:br/>
      </w:r>
      <w:r>
        <w:rPr>
          <w:sz w:val="20"/>
        </w:rPr>
        <w:t>1:07:08  yeh sab siftien apne andar paida karna, apne aap ko jannat ka deserving candidate banana hai.</w:t>
      </w:r>
    </w:p>
    <w:p>
      <w:pPr>
        <w:pStyle w:val="Heading2"/>
      </w:pPr>
      <w:r>
        <w:t>Guidelines to Become a Deserving Candidate for Paradise</w:t>
      </w:r>
    </w:p>
    <w:p>
      <w:r>
        <w:rPr>
          <w:color w:val="666666"/>
          <w:sz w:val="18"/>
        </w:rPr>
        <w:t>Spirituality · Discovery of Modern Age February 10, 2013 · 2m 31s · at 1:03:50 · https://youtu.be/qYGA53ii7E4?t=3830</w:t>
      </w:r>
    </w:p>
    <w:p>
      <w:r>
        <w:rPr>
          <w:i/>
        </w:rPr>
        <w:t>“Paradise is the real goal and destination for which man should strive. Can you give some guidelines on how one should become a deserving candidate for Paradise?”</w:t>
      </w:r>
    </w:p>
    <w:p>
      <w:r>
        <w:rPr>
          <w:sz w:val="20"/>
        </w:rPr>
        <w:t>1:03:50  hamara agla sawal Dilli se hai Miss Naghma Siddiqui ka. unhon ne likha hai: "Paradise is the real goal or destination for which man should strive for.</w:t>
      </w:r>
      <w:r>
        <w:br/>
      </w:r>
      <w:r>
        <w:rPr>
          <w:sz w:val="20"/>
        </w:rPr>
        <w:t>1:04:03  Can you give some guidelines on how one should become a deserving candidate for paradise?"</w:t>
      </w:r>
      <w:r>
        <w:br/>
      </w:r>
      <w:r>
        <w:rPr>
          <w:sz w:val="20"/>
        </w:rPr>
        <w:t>1:04:11  dekhiye, Quran mein hai ke zalik jaza muntazaka ke jannat us ke liye hai jo apna tazkiya kare.</w:t>
      </w:r>
      <w:r>
        <w:br/>
      </w:r>
      <w:r>
        <w:rPr>
          <w:sz w:val="20"/>
        </w:rPr>
        <w:t>1:04:21  tazkiya ka matlab kya hai? apne ko tayyar kare. tayyar kiya maani hain? dekhiye, Quran mein bohat si ayat hain, is se maloom hota hai ke jannat ke log bohat ziyada un ke andar pak mind hoga, woh bohat ziyada peaceful honge</w:t>
      </w:r>
      <w:r>
        <w:br/>
      </w:r>
      <w:r>
        <w:rPr>
          <w:sz w:val="20"/>
        </w:rPr>
        <w:t>1:04:39  , un ke andar bohat ziyada yani willing hogi ek doosray ke liye. woh kabhi kisi ke distance create nahin karenge, woh kabhi manfi boli nahin bolengay.</w:t>
      </w:r>
      <w:r>
        <w:br/>
      </w:r>
      <w:r>
        <w:rPr>
          <w:sz w:val="20"/>
        </w:rPr>
        <w:t>1:04:51  Quran mein hai ke "Wa khil alhamdu lillahi rabbil alameen". woh hamd e ilahi mein jeeyenge, yani Khuda glory mein jeeyenge. yeh sari sifatain paida kijiye.</w:t>
      </w:r>
      <w:r>
        <w:br/>
      </w:r>
      <w:r>
        <w:rPr>
          <w:sz w:val="20"/>
        </w:rPr>
        <w:t>1:05:03  yeh to Quran mein aap dekh sakte hain. Quran mein hai ke "Fi maqad is sidqi min al maliki muqdadi".</w:t>
      </w:r>
      <w:r>
        <w:br/>
      </w:r>
      <w:r>
        <w:rPr>
          <w:sz w:val="20"/>
        </w:rPr>
        <w:t>1:05:11  jannat walay Allah ke paas sachai ki seat par honge.</w:t>
      </w:r>
      <w:r>
        <w:br/>
      </w:r>
      <w:r>
        <w:rPr>
          <w:sz w:val="20"/>
        </w:rPr>
        <w:t>1:05:17  aap yeh samjhiye ke jin ke andar waqai woh personality hogi jo sachai wali personality hai. aaj kal to bas har aadmi jhoot bolta hai, koi direct, koi indirect.</w:t>
      </w:r>
      <w:r>
        <w:br/>
      </w:r>
      <w:r>
        <w:rPr>
          <w:sz w:val="20"/>
        </w:rPr>
        <w:t>1:05:32  jis ko dekhein, woh jhoot bolta hai.</w:t>
      </w:r>
      <w:r>
        <w:br/>
      </w:r>
      <w:r>
        <w:rPr>
          <w:sz w:val="20"/>
        </w:rPr>
        <w:t>1:05:36  mujhe to koi aadmi nahin maloom jo jhoot na bolta ho. koi naked jhoot bol raha hai, koi beautiful jhoot bol raha hai. to kya hai?</w:t>
      </w:r>
      <w:r>
        <w:br/>
      </w:r>
      <w:r>
        <w:rPr>
          <w:sz w:val="20"/>
        </w:rPr>
        <w:t>1:05:46  aise log zahir hai ke wahan baithne ke qabil nahi ho sakte. "fi maqad alsidqi min almiliki muqdadi" . aap ko bohat soch kar ke jeena hoga dunya mein ke meri zuban se sirf sach nikle.</w:t>
      </w:r>
      <w:r>
        <w:br/>
      </w:r>
      <w:r>
        <w:rPr>
          <w:sz w:val="20"/>
        </w:rPr>
        <w:t>1:06:00  sach kya hai? jo reality ho, jo waqe ke mutabiq ho, jo bahar ke jo haqaiq hain, us se collaborate kar raha ho, woh sach hai.</w:t>
      </w:r>
      <w:r>
        <w:br/>
      </w:r>
      <w:r>
        <w:rPr>
          <w:sz w:val="20"/>
        </w:rPr>
        <w:t>1:06:12  in sab sifatain apne andar paida karna, apne aap ko jannat ka deserving candidate banana hai.</w:t>
      </w:r>
    </w:p>
    <w:p>
      <w:pPr>
        <w:pStyle w:val="Heading2"/>
      </w:pPr>
      <w:r>
        <w:t>Hearing the Voice of Angels at Appropriate Times</w:t>
      </w:r>
    </w:p>
    <w:p>
      <w:r>
        <w:rPr>
          <w:color w:val="666666"/>
          <w:sz w:val="18"/>
        </w:rPr>
        <w:t>Spirituality · Man and Angels April 27, 2014 · 3m 38s · at 1:04:31 · https://youtu.be/b3fk1cakPeo?t=3871</w:t>
      </w:r>
    </w:p>
    <w:p>
      <w:r>
        <w:rPr>
          <w:i/>
        </w:rPr>
        <w:t>“According to you, the voice of angel can be heard or understood after the event has passed. Is there a way where we can understand or hear the voice of the angels at appropriate times?”</w:t>
      </w:r>
    </w:p>
    <w:p>
      <w:r>
        <w:rPr>
          <w:sz w:val="20"/>
        </w:rPr>
        <w:t>1:04:31  Maulana, agla sawal Delhi se kiya hai Muhammad Akram Khan sahib ne. Unhon ne likha hai: "According to you, the voice of angel can be heard or understood after the event has passed.</w:t>
      </w:r>
      <w:r>
        <w:br/>
      </w:r>
      <w:r>
        <w:rPr>
          <w:sz w:val="20"/>
        </w:rPr>
        <w:t>1:04:45  Is there a way where we can understand or hear the voice of the angels at appropriate times?"</w:t>
      </w:r>
      <w:r>
        <w:br/>
      </w:r>
      <w:r>
        <w:rPr>
          <w:sz w:val="20"/>
        </w:rPr>
        <w:t>1:04:55  Dekhiye, yeh sara mamla is par depend karta hai ke aap kitna zyada apne ko objective banayein. Kitna zyada aap mind ko free karein.</w:t>
      </w:r>
      <w:r>
        <w:br/>
      </w:r>
      <w:r>
        <w:rPr>
          <w:sz w:val="20"/>
        </w:rPr>
        <w:t>1:05:08  Log phanse rehte hain, distraction mein jeete hain. Toh na shuru mein sun paate hain un ke aur na aakhir mein sun paate hain.</w:t>
      </w:r>
      <w:r>
        <w:br/>
      </w:r>
      <w:r>
        <w:rPr>
          <w:sz w:val="20"/>
        </w:rPr>
        <w:t>1:05:20  Sab se pehle toh pehle cheez hai ke aap apne ko objective banayein, sincere banayein. Aap</w:t>
      </w:r>
      <w:r>
        <w:br/>
      </w:r>
      <w:r>
        <w:rPr>
          <w:sz w:val="20"/>
        </w:rPr>
        <w:t>1:05:30  apni degradation karein. Tab yeh hoga. Warna na shuru mein samajh mein aayega na aakhir mein samajh mein aayega. Apne zehen ko jitna zyada aap yani clear karenge,</w:t>
      </w:r>
      <w:r>
        <w:br/>
      </w:r>
      <w:r>
        <w:rPr>
          <w:sz w:val="20"/>
        </w:rPr>
        <w:t>1:05:46  Har aadmi jeeta hai jungle of thought mein. Toh apne ko clear karna padta hai. Nahi toh kuch bhi samajh mein nahi aayega na shuru mein na aakhir mein.</w:t>
      </w:r>
      <w:r>
        <w:br/>
      </w:r>
      <w:r>
        <w:rPr>
          <w:sz w:val="20"/>
        </w:rPr>
        <w:t>1:05:57  Main toh Allah ke fazl se kabhi bhi in cheezon mein nahi jiya main. Negative thought aur doosron ko blame dena ya duniya ke lazzatein, comfort life, luxury, yeh sab cheezon ka kabhi bhi haris nahi raha.</w:t>
      </w:r>
      <w:r>
        <w:br/>
      </w:r>
      <w:r>
        <w:rPr>
          <w:sz w:val="20"/>
        </w:rPr>
        <w:t>1:06:14  Bilkul nature par meri zindagi hamesha nature par hoti thi. Nature. Is wajah se main bohat jald pakad leta tha.</w:t>
      </w:r>
      <w:r>
        <w:br/>
      </w:r>
      <w:r>
        <w:rPr>
          <w:sz w:val="20"/>
        </w:rPr>
        <w:t>1:06:23  Log nature par jeete nahi, masnooi zindagi guzarte hain. Toh kaise pakadenge woh?</w:t>
      </w:r>
      <w:r>
        <w:br/>
      </w:r>
      <w:r>
        <w:rPr>
          <w:sz w:val="20"/>
        </w:rPr>
        <w:t>1:06:36  Maulana, ek comment bheja hai Iqbal Umri sahib ne Chennai se. Unhon ne likha hai: "Quran mein jitne bhi waqiyat hain, woh Khudai management ki daleel hain aur farishte tools of manager hain.</w:t>
      </w:r>
      <w:r>
        <w:br/>
      </w:r>
      <w:r>
        <w:rPr>
          <w:sz w:val="20"/>
        </w:rPr>
        <w:t>1:06:53  Arabi ek Arabi ayat hai: Yudahbirul amra minassamaa'i ilarḍi." Maulana, kya yeh sahi hai?</w:t>
      </w:r>
      <w:r>
        <w:br/>
      </w:r>
      <w:r>
        <w:rPr>
          <w:sz w:val="20"/>
        </w:rPr>
        <w:t>1:07:02  Haan, theek hai. Theek.</w:t>
      </w:r>
      <w:r>
        <w:br/>
      </w:r>
      <w:r>
        <w:rPr>
          <w:sz w:val="20"/>
        </w:rPr>
        <w:t>1:07:09  So we will end this session now. Thank you.</w:t>
      </w:r>
    </w:p>
    <w:p>
      <w:pPr>
        <w:pStyle w:val="Heading2"/>
      </w:pPr>
      <w:r>
        <w:t>Highest level of God realization</w:t>
      </w:r>
    </w:p>
    <w:p>
      <w:r>
        <w:rPr>
          <w:color w:val="666666"/>
          <w:sz w:val="18"/>
        </w:rPr>
        <w:t>Spirituality · Realization of God December 18, 2016 Maulana Wahiduddin Khan · 1m 23s · at 50:33 · https://youtu.be/LHKb2btTIT8?t=3033</w:t>
      </w:r>
    </w:p>
    <w:p>
      <w:r>
        <w:rPr>
          <w:i/>
        </w:rPr>
        <w:t>“According to you, what is the highest level of God realization?”</w:t>
      </w:r>
    </w:p>
    <w:p>
      <w:r>
        <w:rPr>
          <w:sz w:val="20"/>
        </w:rPr>
        <w:t>50:33  guiding us on a continuous basis Maulana us ke baad agla sawal lete hain jo Delhi se aah</w:t>
      </w:r>
      <w:r>
        <w:br/>
      </w:r>
      <w:r>
        <w:rPr>
          <w:sz w:val="20"/>
        </w:rPr>
        <w:t>50:41  صہیب صاحب نے کیا ہے اور انہوں انہوں نے آپ سے پوچھا ہے مولانا صاحب according to you what</w:t>
      </w:r>
      <w:r>
        <w:br/>
      </w:r>
      <w:r>
        <w:rPr>
          <w:sz w:val="20"/>
        </w:rPr>
        <w:t>50:49  is the highest level of God realization dekhen yeh Quran mein is ko bata diya gaya hai do</w:t>
      </w:r>
      <w:r>
        <w:br/>
      </w:r>
      <w:r>
        <w:rPr>
          <w:sz w:val="20"/>
        </w:rPr>
        <w:t>50:56  cheezain Quran mein hain jo yeh batati hain ke highest level of marifat kya hai ek ayat hai</w:t>
      </w:r>
      <w:r>
        <w:br/>
      </w:r>
      <w:r>
        <w:rPr>
          <w:sz w:val="20"/>
        </w:rPr>
        <w:t>51:04  allazina amanu ashadd hubban lillah jo marifat wale hain woh Allah ko bohat zyada mohabbat karte ban jate</w:t>
      </w:r>
      <w:r>
        <w:br/>
      </w:r>
      <w:r>
        <w:rPr>
          <w:sz w:val="20"/>
        </w:rPr>
        <w:t>51:11  hain yaani marifat aap ko Allah se bohat zyada mohabbat karne wala bana de yeh hai aala satah</w:t>
      </w:r>
      <w:r>
        <w:br/>
      </w:r>
      <w:r>
        <w:rPr>
          <w:sz w:val="20"/>
        </w:rPr>
        <w:t>51:19  aur doosri ayat hai wa lam yakhsha illa Allah yaani woh dara nahi siwaye Allah ke is ka matlab</w:t>
      </w:r>
      <w:r>
        <w:br/>
      </w:r>
      <w:r>
        <w:rPr>
          <w:sz w:val="20"/>
        </w:rPr>
        <w:t>51:27  hai ke Allah is ka soul concern ban jaye is ka matlab yeh hai ke Allah is ka</w:t>
      </w:r>
      <w:r>
        <w:br/>
      </w:r>
      <w:r>
        <w:rPr>
          <w:sz w:val="20"/>
        </w:rPr>
        <w:t>51:34  soul concern ban jaye to yeh do cheezain hain ek aitbar se yeh hai ke Allah se be</w:t>
      </w:r>
      <w:r>
        <w:br/>
      </w:r>
      <w:r>
        <w:rPr>
          <w:sz w:val="20"/>
        </w:rPr>
        <w:t>51:42  panah mohabbat aur doosre aitbar se Allah se be panah Allah ko sab se kuch apna samajh lena</w:t>
      </w:r>
      <w:r>
        <w:br/>
      </w:r>
      <w:r>
        <w:rPr>
          <w:sz w:val="20"/>
        </w:rPr>
        <w:t>51:49  soul concern ban lena yahi hai aala darje ki pehchan.</w:t>
      </w:r>
    </w:p>
    <w:p>
      <w:pPr>
        <w:pStyle w:val="Heading2"/>
      </w:pPr>
      <w:r>
        <w:t>How can we attain paradise</w:t>
      </w:r>
    </w:p>
    <w:p>
      <w:r>
        <w:rPr>
          <w:color w:val="666666"/>
          <w:sz w:val="18"/>
        </w:rPr>
        <w:t>Spirituality · Don't Be Angry Culture January 15, 2012 · 1m 42s · at 1:24:57 · https://youtu.be/NrA3X8y_FLY?t=5097</w:t>
      </w:r>
    </w:p>
    <w:p>
      <w:r>
        <w:rPr>
          <w:i/>
        </w:rPr>
        <w:t>“How can we get paradise?”</w:t>
      </w:r>
    </w:p>
    <w:p>
      <w:r>
        <w:rPr>
          <w:sz w:val="20"/>
        </w:rPr>
        <w:t>1:24:57  hain. is ke ilawa meri ek kitaab chhapi hai, yani "Prophet of Peace", is mein bhi aap yeh baatein pa sakte hain. Maulana, agla sawal ek school student ka aaya hai jinka naam hai Bilal Pradhan.</w:t>
      </w:r>
      <w:r>
        <w:br/>
      </w:r>
      <w:r>
        <w:rPr>
          <w:sz w:val="20"/>
        </w:rPr>
        <w:t>1:25:11  unhon ne poocha hai aap se ke "How can we get paradise?". is ke bare mein bataein.</w:t>
      </w:r>
      <w:r>
        <w:br/>
      </w:r>
      <w:r>
        <w:rPr>
          <w:sz w:val="20"/>
        </w:rPr>
        <w:t>1:25:32  dekhein, quran mein is ka jawab hai ke "Zalika jaza man tazakka". paradise is ke liye hai jo apna tazkiya kare.</w:t>
      </w:r>
      <w:r>
        <w:br/>
      </w:r>
      <w:r>
        <w:rPr>
          <w:sz w:val="20"/>
        </w:rPr>
        <w:t>1:25:45  tazkiya ka matlab hai purify karna. yani aap, yani, yani apne soul ko purify karna, apne aap ko pak karna.</w:t>
      </w:r>
      <w:r>
        <w:br/>
      </w:r>
      <w:r>
        <w:rPr>
          <w:sz w:val="20"/>
        </w:rPr>
        <w:t>1:25:58  pak karna kya hai?</w:t>
      </w:r>
      <w:r>
        <w:br/>
      </w:r>
      <w:r>
        <w:rPr>
          <w:sz w:val="20"/>
        </w:rPr>
        <w:t>1:26:00  negative thinking se pak karna, nafrat se pak karna, hasad se pak karna, haras se pak karna. jitne bhi negative cheezein hain, use pak karna.</w:t>
      </w:r>
      <w:r>
        <w:br/>
      </w:r>
      <w:r>
        <w:rPr>
          <w:sz w:val="20"/>
        </w:rPr>
        <w:t>1:26:13  to is se aap ke andar ek ek shakhsiyat banti hai, yani purified soul banta hai. wahi purified soul jo hai, is ke liye isi ke liye jannat hai.</w:t>
      </w:r>
      <w:r>
        <w:br/>
      </w:r>
      <w:r>
        <w:rPr>
          <w:sz w:val="20"/>
        </w:rPr>
        <w:t>1:26:24  "Zalika jaza mantazakka".</w:t>
      </w:r>
      <w:r>
        <w:br/>
      </w:r>
      <w:r>
        <w:rPr>
          <w:sz w:val="20"/>
        </w:rPr>
        <w:t>1:26:29  jannat is ke liye jo apna tazkiya kare, yani apne ko purify kare. to yeh hai quran mein is ka jawab.</w:t>
      </w:r>
    </w:p>
    <w:p>
      <w:pPr>
        <w:pStyle w:val="Heading2"/>
      </w:pPr>
      <w:r>
        <w:t>How can we remain positive twenty-four hours</w:t>
      </w:r>
    </w:p>
    <w:p>
      <w:r>
        <w:rPr>
          <w:color w:val="666666"/>
          <w:sz w:val="18"/>
        </w:rPr>
        <w:t>Spirituality · Living in a New Age | March 26, 2017 · 1m 19s · at 46:24 · https://youtu.be/iST0AxQscKo?t=2784</w:t>
      </w:r>
    </w:p>
    <w:p>
      <w:r>
        <w:rPr>
          <w:i/>
        </w:rPr>
        <w:t>“How can we remain positive twenty-four hours? What is the obstacle? God's mercy is available for twenty-four hours.”</w:t>
      </w:r>
    </w:p>
    <w:p>
      <w:r>
        <w:rPr>
          <w:sz w:val="20"/>
        </w:rPr>
        <w:t>46:24  maulana agla sawal karachi pakistan se likha hai faisal abdul sahab ne aur unhone aapse poocha</w:t>
      </w:r>
      <w:r>
        <w:br/>
      </w:r>
      <w:r>
        <w:rPr>
          <w:sz w:val="20"/>
        </w:rPr>
        <w:t>46:30  hai ke Maulana sahib how can we remain positive twenty four hours? kyon ke ke rukawat kya hai?</w:t>
      </w:r>
      <w:r>
        <w:br/>
      </w:r>
      <w:r>
        <w:rPr>
          <w:sz w:val="20"/>
        </w:rPr>
        <w:t>46:36  chobees ghantay Allah ki rehmat</w:t>
      </w:r>
      <w:r>
        <w:br/>
      </w:r>
      <w:r>
        <w:rPr>
          <w:sz w:val="20"/>
        </w:rPr>
        <w:t>46:42  baras rahi hai.</w:t>
      </w:r>
      <w:r>
        <w:br/>
      </w:r>
      <w:r>
        <w:rPr>
          <w:sz w:val="20"/>
        </w:rPr>
        <w:t>46:46  to kya is mein mushkil kya hai? mushkil kya hai is mein? apni apni soch ko Allah wali soch banaiye.</w:t>
      </w:r>
      <w:r>
        <w:br/>
      </w:r>
      <w:r>
        <w:rPr>
          <w:sz w:val="20"/>
        </w:rPr>
        <w:t>46:51  insan pe kyon atka rakha hai apni soch ko aap ne? to Allah ki rehmat baras rahi hai</w:t>
      </w:r>
      <w:r>
        <w:br/>
      </w:r>
      <w:r>
        <w:rPr>
          <w:sz w:val="20"/>
        </w:rPr>
        <w:t>46:55  subah subah raat din.</w:t>
      </w:r>
      <w:r>
        <w:br/>
      </w:r>
      <w:r>
        <w:rPr>
          <w:sz w:val="20"/>
        </w:rPr>
        <w:t>46:59  woh aap ko dikhai nahi deta.</w:t>
      </w:r>
      <w:r>
        <w:br/>
      </w:r>
      <w:r>
        <w:rPr>
          <w:sz w:val="20"/>
        </w:rPr>
        <w:t>47:04  koi insan kahin bol diya.</w:t>
      </w:r>
      <w:r>
        <w:br/>
      </w:r>
      <w:r>
        <w:rPr>
          <w:sz w:val="20"/>
        </w:rPr>
        <w:t>47:08  koi speech de di woh sunai deta hai aap ko? farishton ki awaz suniye.</w:t>
      </w:r>
      <w:r>
        <w:br/>
      </w:r>
      <w:r>
        <w:rPr>
          <w:sz w:val="20"/>
        </w:rPr>
        <w:t>47:13  Allah ki pukar ko suniye.</w:t>
      </w:r>
      <w:r>
        <w:br/>
      </w:r>
      <w:r>
        <w:rPr>
          <w:sz w:val="20"/>
        </w:rPr>
        <w:t>47:18  puri universe puri universe puri universe jo keh rahi hai us ko suniye.</w:t>
      </w:r>
      <w:r>
        <w:br/>
      </w:r>
      <w:r>
        <w:rPr>
          <w:sz w:val="20"/>
        </w:rPr>
        <w:t>47:23  Quran mein hai ke sari zameen o aasman Allah ki tasbeeh kar rahe hain.</w:t>
      </w:r>
      <w:r>
        <w:br/>
      </w:r>
      <w:r>
        <w:rPr>
          <w:sz w:val="20"/>
        </w:rPr>
        <w:t>47:28  is ka matlab yahi hai ke sare zameen o aasman ek message de rahe hain ke aye insan</w:t>
      </w:r>
      <w:r>
        <w:br/>
      </w:r>
      <w:r>
        <w:rPr>
          <w:sz w:val="20"/>
        </w:rPr>
        <w:t>47:33  be positive ban positive ban positive ban.</w:t>
      </w:r>
      <w:r>
        <w:br/>
      </w:r>
      <w:r>
        <w:rPr>
          <w:sz w:val="20"/>
        </w:rPr>
        <w:t>47:38  to mushkil kya hai? Maulana agla</w:t>
      </w:r>
    </w:p>
    <w:p>
      <w:pPr>
        <w:pStyle w:val="Heading2"/>
      </w:pPr>
      <w:r>
        <w:t>How to Always Grow Iman</w:t>
      </w:r>
    </w:p>
    <w:p>
      <w:r>
        <w:rPr>
          <w:color w:val="666666"/>
          <w:sz w:val="18"/>
        </w:rPr>
        <w:t>Spirituality · Importance of Wisdom | August 24, 2014 · 2m 50s · at 59:31 · https://youtu.be/ZVPLm7fV0t0?t=3571</w:t>
      </w:r>
    </w:p>
    <w:p>
      <w:r>
        <w:rPr>
          <w:i/>
        </w:rPr>
        <w:t>“Sometimes I feel that the level of my iman is decreasing. Maulana sahib, please tell me how can I always grow my iman?”</w:t>
      </w:r>
    </w:p>
    <w:p>
      <w:r>
        <w:rPr>
          <w:sz w:val="20"/>
        </w:rPr>
        <w:t>59:31  maulana, agla sawal ajmer se hai doctor safina tabassum ka.</w:t>
      </w:r>
      <w:r>
        <w:br/>
      </w:r>
      <w:r>
        <w:rPr>
          <w:sz w:val="20"/>
        </w:rPr>
        <w:t>59:37  اور انہوں نے لکھا ہے کہ: Sometimes I feel that the level of my iman is decreasing.</w:t>
      </w:r>
      <w:r>
        <w:br/>
      </w:r>
      <w:r>
        <w:rPr>
          <w:sz w:val="20"/>
        </w:rPr>
        <w:t>59:43  مولانا صاحب، please tell me how can I always grow my iman? دیکھیں، یہ کوئی پریشانی کی بات نہیں ہے۔</w:t>
      </w:r>
      <w:r>
        <w:br/>
      </w:r>
      <w:r>
        <w:rPr>
          <w:sz w:val="20"/>
        </w:rPr>
        <w:t>59:49  ek waqia aata hai, woh main aap ko sunana chahta hoon ke ek sahabi the, un ka naam tha hanzala. to madine mein woh ek martaba ghar se nikle aur ja rahe the rasool Allah sal Allah aleh wasallam ke paas. to hazrat umar se mulaqat hui. to hazrat umar ne poocha: kahan ja rahe ho? to unhone kaha ke: naafiq hanzala. apne bar</w:t>
      </w:r>
      <w:r>
        <w:br/>
      </w:r>
      <w:r>
        <w:rPr>
          <w:sz w:val="20"/>
        </w:rPr>
        <w:t>1:00:19  mein kaha ke: mein to munafiq ho gaya. nafiq hanzala.</w:t>
      </w:r>
      <w:r>
        <w:br/>
      </w:r>
      <w:r>
        <w:rPr>
          <w:sz w:val="20"/>
        </w:rPr>
        <w:t>1:00:25  to hazrat umar ne poocha ke: aisa kyun hai? kaha ke: hum rasool Allah salallahu alaihi wasallam</w:t>
      </w:r>
      <w:r>
        <w:br/>
      </w:r>
      <w:r>
        <w:rPr>
          <w:sz w:val="20"/>
        </w:rPr>
        <w:t>1:00:31  ke paas jab hote hain, Allah aur rasool ki baatein sunte hain, to hamare dil mein imaan hota hai.</w:t>
      </w:r>
      <w:r>
        <w:br/>
      </w:r>
      <w:r>
        <w:rPr>
          <w:sz w:val="20"/>
        </w:rPr>
        <w:t>1:00:38  ab bahar jaate hain, ghar baar mein mashgool hote hain, to woh rooh nahi maujood rehti.</w:t>
      </w:r>
      <w:r>
        <w:br/>
      </w:r>
      <w:r>
        <w:rPr>
          <w:sz w:val="20"/>
        </w:rPr>
        <w:t>1:00:44  to hazrat umar ne kaha: woh to mera bhi haal hai.</w:t>
      </w:r>
      <w:r>
        <w:br/>
      </w:r>
      <w:r>
        <w:rPr>
          <w:sz w:val="20"/>
        </w:rPr>
        <w:t>1:00:50  unhone kaha: nafiq umar.</w:t>
      </w:r>
      <w:r>
        <w:br/>
      </w:r>
      <w:r>
        <w:rPr>
          <w:sz w:val="20"/>
        </w:rPr>
        <w:t>1:00:54  unhone kaha: nafiq hanzala.</w:t>
      </w:r>
      <w:r>
        <w:br/>
      </w:r>
      <w:r>
        <w:rPr>
          <w:sz w:val="20"/>
        </w:rPr>
        <w:t>1:00:59  unhone kaha: nafiq umar.</w:t>
      </w:r>
      <w:r>
        <w:br/>
      </w:r>
      <w:r>
        <w:rPr>
          <w:sz w:val="20"/>
        </w:rPr>
        <w:t>1:01:03  to gaye rasool Allah salallahu alaihi wasallam ke paas.</w:t>
      </w:r>
      <w:r>
        <w:br/>
      </w:r>
      <w:r>
        <w:rPr>
          <w:sz w:val="20"/>
        </w:rPr>
        <w:t>1:01:07  unhone apna qissa bataya.</w:t>
      </w:r>
      <w:r>
        <w:br/>
      </w:r>
      <w:r>
        <w:rPr>
          <w:sz w:val="20"/>
        </w:rPr>
        <w:t>1:01:12  to rasool Allah salallahu alaihi wasallam ne kaha ke: yeh yeh nifaq ki baat nahi hai.</w:t>
      </w:r>
      <w:r>
        <w:br/>
      </w:r>
      <w:r>
        <w:rPr>
          <w:sz w:val="20"/>
        </w:rPr>
        <w:t>1:01:16  yeh to hota hi hai, har ek andar hi aisa hota hai. aur ajeeb</w:t>
      </w:r>
      <w:r>
        <w:br/>
      </w:r>
      <w:r>
        <w:rPr>
          <w:sz w:val="20"/>
        </w:rPr>
        <w:t>1:01:20  baat yeh hai ke rasool Allah salallahu alaihi wasallam ne apne bare mein khud farmaya ke: mere</w:t>
      </w:r>
      <w:r>
        <w:br/>
      </w:r>
      <w:r>
        <w:rPr>
          <w:sz w:val="20"/>
        </w:rPr>
        <w:t>1:01:26  upar bhi kaifiyat taari hoti hai.</w:t>
      </w:r>
      <w:r>
        <w:br/>
      </w:r>
      <w:r>
        <w:rPr>
          <w:sz w:val="20"/>
        </w:rPr>
        <w:t>1:01:32  yeh to dunya ki zindagi ke mamlaat hain.</w:t>
      </w:r>
      <w:r>
        <w:br/>
      </w:r>
      <w:r>
        <w:rPr>
          <w:sz w:val="20"/>
        </w:rPr>
        <w:t>1:01:39  aap ka shaoor agar zinda hai to shaoor criterion hai.</w:t>
      </w:r>
      <w:r>
        <w:br/>
      </w:r>
      <w:r>
        <w:rPr>
          <w:sz w:val="20"/>
        </w:rPr>
        <w:t>1:01:45  yaani ehsas ki satah par ya</w:t>
      </w:r>
      <w:r>
        <w:br/>
      </w:r>
      <w:r>
        <w:rPr>
          <w:sz w:val="20"/>
        </w:rPr>
        <w:t>1:01:51  feeling ki satah par kami peshi ho to is mein koi pareshani ki baat nahi hai.</w:t>
      </w:r>
      <w:r>
        <w:br/>
      </w:r>
      <w:r>
        <w:rPr>
          <w:sz w:val="20"/>
        </w:rPr>
        <w:t>1:01:56  ek hai level of consciousness, ek hai level of feeling.</w:t>
      </w:r>
      <w:r>
        <w:br/>
      </w:r>
      <w:r>
        <w:rPr>
          <w:sz w:val="20"/>
        </w:rPr>
        <w:t>1:02:01  to level of consciousness agar is mein koi kami nahi aayi hai, maslan ek conviction aap ka baqi</w:t>
      </w:r>
      <w:r>
        <w:br/>
      </w:r>
      <w:r>
        <w:rPr>
          <w:sz w:val="20"/>
        </w:rPr>
        <w:t>1:02:06  hai, Allah ke wajood par conviction aap ka baqi hai, rasool Allah salallahu alaihi wasallam ki sadaqat</w:t>
      </w:r>
      <w:r>
        <w:br/>
      </w:r>
      <w:r>
        <w:rPr>
          <w:sz w:val="20"/>
        </w:rPr>
        <w:t>1:02:11  par aap ka conviction baqi hai, to that is the level of consciousness.</w:t>
      </w:r>
      <w:r>
        <w:br/>
      </w:r>
      <w:r>
        <w:rPr>
          <w:sz w:val="20"/>
        </w:rPr>
        <w:t>1:02:16  to level of consciousness jo hai,</w:t>
      </w:r>
    </w:p>
    <w:p>
      <w:pPr>
        <w:pStyle w:val="Heading2"/>
      </w:pPr>
      <w:r>
        <w:t>How to Avoid Youthful Negligence about Death</w:t>
      </w:r>
    </w:p>
    <w:p>
      <w:r>
        <w:rPr>
          <w:color w:val="666666"/>
          <w:sz w:val="18"/>
        </w:rPr>
        <w:t>Spirituality · Concept of Death in Islam August 26, 2012 · 1m 59s · at 1:08:16 · https://youtu.be/y0TJxKi0L94?t=4096</w:t>
      </w:r>
    </w:p>
    <w:p>
      <w:r>
        <w:rPr>
          <w:i/>
        </w:rPr>
        <w:t>“I am young today and see death as something far away. How can I save myself from this negligence? Please explain.”</w:t>
      </w:r>
    </w:p>
    <w:p>
      <w:r>
        <w:rPr>
          <w:sz w:val="20"/>
        </w:rPr>
        <w:t>1:08:16  Maulana, agla sawal Tamil Nadu se hai, Maulana Iqbal Umri sahib ka. unhon ne likha hai Maulana, aaj mein jawan hoon, maut ko door dekh raha hoon.</w:t>
      </w:r>
      <w:r>
        <w:br/>
      </w:r>
      <w:r>
        <w:rPr>
          <w:sz w:val="20"/>
        </w:rPr>
        <w:t>1:08:29  is ghaflat se mein kaise bachu, is ke baray mein batayein. isi liye to Allah taala ne maut ka waqt koi nahi rakha.</w:t>
      </w:r>
      <w:r>
        <w:br/>
      </w:r>
      <w:r>
        <w:rPr>
          <w:sz w:val="20"/>
        </w:rPr>
        <w:t>1:08:40  bacha hi marta hai, jawan hi marta hai, bara hi marta hai.</w:t>
      </w:r>
      <w:r>
        <w:br/>
      </w:r>
      <w:r>
        <w:rPr>
          <w:sz w:val="20"/>
        </w:rPr>
        <w:t>1:08:45  jaise mein aksar sochta rehta hoon, aksar sochta rehta hoon mein ke mere teen bachay mar chukay, mere apnay.</w:t>
      </w:r>
      <w:r>
        <w:br/>
      </w:r>
      <w:r>
        <w:rPr>
          <w:sz w:val="20"/>
        </w:rPr>
        <w:t>1:08:55  zahair hai ke woh bachay mujh se bohat chotay thay. to bas sochta rehta hoon, mere teen bachay mar chukay, mere chotay bhai mar chukay, meri choti behan mar chuki.</w:t>
      </w:r>
      <w:r>
        <w:br/>
      </w:r>
      <w:r>
        <w:rPr>
          <w:sz w:val="20"/>
        </w:rPr>
        <w:t>1:09:09  to aadmi yeh waqiat aadmi ko is liye hotay hain ke aadmi soche ke tum se chotay jo mar gaye hain, tum kyun nahi maroge?</w:t>
      </w:r>
      <w:r>
        <w:br/>
      </w:r>
      <w:r>
        <w:rPr>
          <w:sz w:val="20"/>
        </w:rPr>
        <w:t>1:09:21  Allah taala ne yaani maut ka agar ek fix kar diya hota, fix ke nawway saal mein har aadmi ko marna hai, tab to sochna mushkil hota.</w:t>
      </w:r>
      <w:r>
        <w:br/>
      </w:r>
      <w:r>
        <w:rPr>
          <w:sz w:val="20"/>
        </w:rPr>
        <w:t>1:09:33  lekin jab hum dekhte hain ke bacha hi mara, bacha hi marta hai, nojawan marta hai, har har umar ke log martay rehte hain barabar.</w:t>
      </w:r>
      <w:r>
        <w:br/>
      </w:r>
      <w:r>
        <w:rPr>
          <w:sz w:val="20"/>
        </w:rPr>
        <w:t>1:09:43  to yeh isi liye hai ke yeh waqiat aadmi ke liye reminder banay, reminder.</w:t>
      </w:r>
      <w:r>
        <w:br/>
      </w:r>
      <w:r>
        <w:rPr>
          <w:sz w:val="20"/>
        </w:rPr>
        <w:t>1:09:50  sochein ke dekho, mujh se chota yeh hai mar gaya to mein mein kyun nahi marunga?</w:t>
      </w:r>
      <w:r>
        <w:br/>
      </w:r>
      <w:r>
        <w:rPr>
          <w:sz w:val="20"/>
        </w:rPr>
        <w:t>1:09:59  to logon mein wohi mein jo arz kiya ke logon mein soch jagana hai, intellectual awakening lana hai, isi ki kami hai. sari kami isi cheez ki hai.</w:t>
      </w:r>
    </w:p>
    <w:p>
      <w:pPr>
        <w:pStyle w:val="Heading2"/>
      </w:pPr>
      <w:r>
        <w:t>How to Develop Maulana's Passionate Madness</w:t>
      </w:r>
    </w:p>
    <w:p>
      <w:r>
        <w:rPr>
          <w:color w:val="666666"/>
          <w:sz w:val="18"/>
        </w:rPr>
        <w:t>Spirituality · The Meaning of Ummat-i-Wasat Nov 25, 2018 · 2m 21s · at 46:16 · https://youtu.be/3POFfvXaFss?t=2776</w:t>
      </w:r>
    </w:p>
    <w:p>
      <w:r>
        <w:rPr>
          <w:i/>
        </w:rPr>
        <w:t>“Moulana, my question is not related to today's class. Recently, when we travelled to Rajouri for the dawah meet, we received a book containing your speech at Srinagar Tagore Hall, in which you repeatedly said, 'I am a madman.' How can I develop that madness like you?”</w:t>
      </w:r>
    </w:p>
    <w:p>
      <w:r>
        <w:rPr>
          <w:sz w:val="20"/>
        </w:rPr>
        <w:t>46:16  maulana, agla sawal lete hain. yeh mahboob bhai ne mumbai se bheja hai, unhone likha hai: "maulana, my question is not related to today's class.</w:t>
      </w:r>
      <w:r>
        <w:br/>
      </w:r>
      <w:r>
        <w:rPr>
          <w:sz w:val="20"/>
        </w:rPr>
        <w:t>46:29  recently, when we travel to rajouri for the dawah meet, the rajouri team gifted all of us some books. one of them was a book which is basically our speech given at srinagar tagore hall.</w:t>
      </w:r>
      <w:r>
        <w:br/>
      </w:r>
      <w:r>
        <w:rPr>
          <w:sz w:val="20"/>
        </w:rPr>
        <w:t>46:46  you repeatedly said in that speech: 'main toh ek deewana aadmi hoon.' my request is, maulana, that how I could develop that deewangi like you?</w:t>
      </w:r>
      <w:r>
        <w:br/>
      </w:r>
      <w:r>
        <w:rPr>
          <w:sz w:val="20"/>
        </w:rPr>
        <w:t>46:58  what is your advice?" bhai, dua kijiye aur Quran poori rasool Allah ki seerat ko padhiye, sahaba ke halaat ko padhiye.</w:t>
      </w:r>
      <w:r>
        <w:br/>
      </w:r>
      <w:r>
        <w:rPr>
          <w:sz w:val="20"/>
        </w:rPr>
        <w:t>47:09  main ne toh yahi kiya tha,</w:t>
      </w:r>
      <w:r>
        <w:br/>
      </w:r>
      <w:r>
        <w:rPr>
          <w:sz w:val="20"/>
        </w:rPr>
        <w:t>47:14  main ne toh yahi kiya tha ke dua ki hai, Quran ko padha, hadith ko padha, seerat ko padha, sahaba ke halaat ko padha, isi ka outcome tha deewangi.</w:t>
      </w:r>
      <w:r>
        <w:br/>
      </w:r>
      <w:r>
        <w:rPr>
          <w:sz w:val="20"/>
        </w:rPr>
        <w:t>47:28  aap bhi yahi kijiye.</w:t>
      </w:r>
      <w:r>
        <w:br/>
      </w:r>
      <w:r>
        <w:rPr>
          <w:sz w:val="20"/>
        </w:rPr>
        <w:t>47:35  doctor naghma siddiqui ne dilli se likha hai: "i understood our role as the middle nation as the mission of all muslims, for which god has given all support in terms of infrastructure virtually free.</w:t>
      </w:r>
      <w:r>
        <w:br/>
      </w:r>
      <w:r>
        <w:rPr>
          <w:sz w:val="20"/>
        </w:rPr>
        <w:t>47:52  may god help us to perform this task." mr. asad parvez ne boston, usa se likha hai: "i gave a copy of the quran to my global strategy professor.</w:t>
      </w:r>
      <w:r>
        <w:br/>
      </w:r>
      <w:r>
        <w:rPr>
          <w:sz w:val="20"/>
        </w:rPr>
        <w:t>48:06  he said he was waiting for a long time to find out about islam, but never had the opportunity. people are waiting, but we never avail the opportunity.</w:t>
      </w:r>
      <w:r>
        <w:br/>
      </w:r>
      <w:r>
        <w:rPr>
          <w:sz w:val="20"/>
        </w:rPr>
        <w:t>48:19  this is the experience that i gain from this interaction."</w:t>
      </w:r>
      <w:r>
        <w:br/>
      </w:r>
      <w:r>
        <w:rPr>
          <w:sz w:val="20"/>
        </w:rPr>
        <w:t>48:26  ibn abdul rehman sahib ne srinagar se likha hai: "no one has a better speech than that of those who engage in dawah activities.</w:t>
      </w:r>
    </w:p>
    <w:p>
      <w:pPr>
        <w:pStyle w:val="Heading2"/>
      </w:pPr>
      <w:r>
        <w:t>How to Feel Gratitude Continuously</w:t>
      </w:r>
    </w:p>
    <w:p>
      <w:r>
        <w:rPr>
          <w:color w:val="666666"/>
          <w:sz w:val="18"/>
        </w:rPr>
        <w:t>Spirituality · God and Man February 19, 2012 · 2m 19s · at 1:12:07 · https://youtu.be/rL4g0LOU3wo?t=4327</w:t>
      </w:r>
    </w:p>
    <w:p>
      <w:r>
        <w:rPr>
          <w:i/>
        </w:rPr>
        <w:t>“How can we maintain a continuous feeling of gratitude (shukr)?”</w:t>
      </w:r>
    </w:p>
    <w:p>
      <w:r>
        <w:rPr>
          <w:sz w:val="20"/>
        </w:rPr>
        <w:t>1:12:07  Maulana, agle sawal se pehle aik comment parhna chahein ge jo Mr. Shamsher Vict ne likha hai Australia se. unhon ne likha hai ke "I really enjoyed today's lecture." agla sawal Maulana hai Miss Naghma Siddiqui ka Delhi se</w:t>
      </w:r>
      <w:r>
        <w:br/>
      </w:r>
      <w:r>
        <w:rPr>
          <w:sz w:val="20"/>
        </w:rPr>
        <w:t>1:12:22  . unhon ne poocha hai "How to be in feeling of. shukr on continuous basis? abhi hum is yani shukr kaise nahi karein ge hum har waqt?</w:t>
      </w:r>
      <w:r>
        <w:br/>
      </w:r>
      <w:r>
        <w:rPr>
          <w:sz w:val="20"/>
        </w:rPr>
        <w:t>1:12:35  har waqt hamein mein to sochta hoon ke saans leta hoon aur aur aur oxygen mujhe inhale karta hoon, carbon exhale karta hoon.</w:t>
      </w:r>
      <w:r>
        <w:br/>
      </w:r>
      <w:r>
        <w:rPr>
          <w:sz w:val="20"/>
        </w:rPr>
        <w:t>1:12:47  yani har second yeh waqia hota hai, har second.</w:t>
      </w:r>
      <w:r>
        <w:br/>
      </w:r>
      <w:r>
        <w:rPr>
          <w:sz w:val="20"/>
        </w:rPr>
        <w:t>1:12:50  to kaisi ajeeb baat hai ke mere jism mein jo nizam hai, kharij mein is ke mutabiq nizam hai. yani mere carbon ko darakht le leta hai aur darakht is ke badle mujhe oxygen deta hai.</w:t>
      </w:r>
      <w:r>
        <w:br/>
      </w:r>
      <w:r>
        <w:rPr>
          <w:sz w:val="20"/>
        </w:rPr>
        <w:t>1:13:03  to mein oxygen inhale karta hoon aur carbon exhale karta hoon. aur woh kitna zabardast exchange hota hai ke darakht mere carbon ko le leta hai aur mujhe oxygen supply karta hai.</w:t>
      </w:r>
      <w:r>
        <w:br/>
      </w:r>
      <w:r>
        <w:rPr>
          <w:sz w:val="20"/>
        </w:rPr>
        <w:t>1:13:17  yeh har second aik aik yeh reminder hai, har har second ke liye aik reminder hai. to mein to aik aik aik second bhi aisa nahi hota ke mein shukr ke baghair rahoon.</w:t>
      </w:r>
      <w:r>
        <w:br/>
      </w:r>
      <w:r>
        <w:rPr>
          <w:sz w:val="20"/>
        </w:rPr>
        <w:t>1:13:28  kyun ke har saans mujhe reminder hota hai mere liye, har saans. har saans reminder hota hai ke aye aye insan Khuda ka shukr kar.</w:t>
      </w:r>
      <w:r>
        <w:br/>
      </w:r>
      <w:r>
        <w:rPr>
          <w:sz w:val="20"/>
        </w:rPr>
        <w:t>1:13:40  yani aap ghor kijiye ke agar aisa ho ke mere andar se jo carbon nikla woh darakht na le to har sa'at dunya rehne ke qabil na rahe.</w:t>
      </w:r>
      <w:r>
        <w:br/>
      </w:r>
      <w:r>
        <w:rPr>
          <w:sz w:val="20"/>
        </w:rPr>
        <w:t>1:13:52  dunya mein carbon gas bhar jaye gi aur is dunya mein aap reh nahi paein ge. ya darakht agar oxygen supply na kare to hum kahan tak theli liye phirein ge oxygen ki?</w:t>
      </w:r>
      <w:r>
        <w:br/>
      </w:r>
      <w:r>
        <w:rPr>
          <w:sz w:val="20"/>
        </w:rPr>
        <w:t>1:14:03  to dono halaton mein mar jayein ge.</w:t>
      </w:r>
      <w:r>
        <w:br/>
      </w:r>
      <w:r>
        <w:rPr>
          <w:sz w:val="20"/>
        </w:rPr>
        <w:t>1:14:06  to har second yeh aik reminder hai insan ke liye ke aye insan Khuda ka shukr kar. yeh sirf soch ki baat hai, soch. agar sochein to aap har har second, har lamha, har har moment aap shukr mein jiyen ge.</w:t>
      </w:r>
    </w:p>
    <w:p>
      <w:pPr>
        <w:pStyle w:val="Heading2"/>
      </w:pPr>
      <w:r>
        <w:t>How to Love God While Worshipping</w:t>
      </w:r>
    </w:p>
    <w:p>
      <w:r>
        <w:rPr>
          <w:color w:val="666666"/>
          <w:sz w:val="18"/>
        </w:rPr>
        <w:t>Spirituality · Love of God 19 Sept 2021 - Prof. Farida Khanam · 3m 12s · at 28:28 · https://youtu.be/mpGeGz_Cfrw?t=1708</w:t>
      </w:r>
    </w:p>
    <w:p>
      <w:r>
        <w:rPr>
          <w:i/>
        </w:rPr>
        <w:t>“We worship God, but how can one love God?”</w:t>
      </w:r>
    </w:p>
    <w:p>
      <w:r>
        <w:rPr>
          <w:sz w:val="20"/>
        </w:rPr>
        <w:t>28:28  apne andar koi bhi ghil, koi malice nahi pata. to wohi jo abhi aap ne kaha na ke ji, mere andar kisi ke liye bhi koi grudge nahi hai. to yeh cheez jo hai woh bilkul aadmi ko jannat ka mustahiq thehrati hai. apa, yeh sawal ahmedabad se miss shaista ne bheja hai aur unhon ne aap se poocha hai ke: "we all worship god, but how can one love god?" is ko th</w:t>
      </w:r>
      <w:r>
        <w:br/>
      </w:r>
      <w:r>
        <w:rPr>
          <w:sz w:val="20"/>
        </w:rPr>
        <w:t>28:58  wada aur wazeh kar dein.</w:t>
      </w:r>
      <w:r>
        <w:br/>
      </w:r>
      <w:r>
        <w:rPr>
          <w:sz w:val="20"/>
        </w:rPr>
        <w:t>29:04  worship to dekhiye, jo hum logon ko batai gayi hai, namaz, roza, hajj, zakat, woh to samajh lijiye</w:t>
      </w:r>
      <w:r>
        <w:br/>
      </w:r>
      <w:r>
        <w:rPr>
          <w:sz w:val="20"/>
        </w:rPr>
        <w:t>29:10  ke woh minimum hai, minimum qualification hai Khuda se talluq ki.</w:t>
      </w:r>
      <w:r>
        <w:br/>
      </w:r>
      <w:r>
        <w:rPr>
          <w:sz w:val="20"/>
        </w:rPr>
        <w:t>29:16  lekin is ko jab hum aur zyada gehrai mein jayenge, is ki marifat wali hum worship karenge.</w:t>
      </w:r>
      <w:r>
        <w:br/>
      </w:r>
      <w:r>
        <w:rPr>
          <w:sz w:val="20"/>
        </w:rPr>
        <w:t>29:22  ek baar rasool Allah salallaho alaihi wasallam ke paas</w:t>
      </w:r>
      <w:r>
        <w:br/>
      </w:r>
      <w:r>
        <w:rPr>
          <w:sz w:val="20"/>
        </w:rPr>
        <w:t>29:29  kuch log baithe hue the to ek aadmi aaye, bohat hi saaf kapda pehne hue.</w:t>
      </w:r>
      <w:r>
        <w:br/>
      </w:r>
      <w:r>
        <w:rPr>
          <w:sz w:val="20"/>
        </w:rPr>
        <w:t>29:35  matlab is zamane mein woh koi gaadiyan aur car to hoti nahi thi, log safar karte the jo</w:t>
      </w:r>
      <w:r>
        <w:br/>
      </w:r>
      <w:r>
        <w:rPr>
          <w:sz w:val="20"/>
        </w:rPr>
        <w:t>29:41  aisi onton par, to safar mein kapde wupde kharab ho jate the.</w:t>
      </w:r>
      <w:r>
        <w:br/>
      </w:r>
      <w:r>
        <w:rPr>
          <w:sz w:val="20"/>
        </w:rPr>
        <w:t>29:47  to woh bohat saaf suthre kapde mein aaya aur us ne kuch sawalat puche.</w:t>
      </w:r>
      <w:r>
        <w:br/>
      </w:r>
      <w:r>
        <w:rPr>
          <w:sz w:val="20"/>
        </w:rPr>
        <w:t>29:53  is mein se ek sawal yeh tha ke: "tum ke Khuda ki worship aisa karo ke</w:t>
      </w:r>
      <w:r>
        <w:br/>
      </w:r>
      <w:r>
        <w:rPr>
          <w:sz w:val="20"/>
        </w:rPr>
        <w:t>29:59  jaise ke tum Khuda ko dekh rahe ho, aur agar tum Khuda ko dekh nahi rahe ho to</w:t>
      </w:r>
      <w:r>
        <w:br/>
      </w:r>
      <w:r>
        <w:rPr>
          <w:sz w:val="20"/>
        </w:rPr>
        <w:t>30:05  Khuda tum ko dekh raha hai." to yeh jo excellence, ehsan wala darja tha, to yeh tha marifat wala.</w:t>
      </w:r>
      <w:r>
        <w:br/>
      </w:r>
      <w:r>
        <w:rPr>
          <w:sz w:val="20"/>
        </w:rPr>
        <w:t>30:11  ek hai ke jo aam log worship karte hain ke unhon ne sab kuch yaad kiya hua hota</w:t>
      </w:r>
      <w:r>
        <w:br/>
      </w:r>
      <w:r>
        <w:rPr>
          <w:sz w:val="20"/>
        </w:rPr>
        <w:t>30:17  hai, us ko time time par woh padh lete hain, aur ek hai bohat hi ghaur o fikr</w:t>
      </w:r>
      <w:r>
        <w:br/>
      </w:r>
      <w:r>
        <w:rPr>
          <w:sz w:val="20"/>
        </w:rPr>
        <w:t>30:23  ke sath, bohat hi Khuda ko yaad karte hue, khushu o khuzu wali ibadat</w:t>
      </w:r>
      <w:r>
        <w:br/>
      </w:r>
      <w:r>
        <w:rPr>
          <w:sz w:val="20"/>
        </w:rPr>
        <w:t>30:29  karna.</w:t>
      </w:r>
      <w:r>
        <w:br/>
      </w:r>
      <w:r>
        <w:rPr>
          <w:sz w:val="20"/>
        </w:rPr>
        <w:t>30:34  to yeh hoti hai marifat wali worship.</w:t>
      </w:r>
      <w:r>
        <w:br/>
      </w:r>
      <w:r>
        <w:rPr>
          <w:sz w:val="20"/>
        </w:rPr>
        <w:t>30:38  to yeh khuda ki marifat hasil karne ke liye is ko bohat hi zyada gehrai se is mein jana hoga.</w:t>
      </w:r>
      <w:r>
        <w:br/>
      </w:r>
      <w:r>
        <w:rPr>
          <w:sz w:val="20"/>
        </w:rPr>
        <w:t>30:42  ibadat to wahi rahengi, lekin is ki spirit ko bohat zyada, bohat zyada spirit is ke andar</w:t>
      </w:r>
      <w:r>
        <w:br/>
      </w:r>
      <w:r>
        <w:rPr>
          <w:sz w:val="20"/>
        </w:rPr>
        <w:t>30:47  paida karna hoga.</w:t>
      </w:r>
      <w:r>
        <w:br/>
      </w:r>
      <w:r>
        <w:rPr>
          <w:sz w:val="20"/>
        </w:rPr>
        <w:t>30:51  tab hamare andar khuda ki marifat paida hogi.</w:t>
      </w:r>
      <w:r>
        <w:br/>
      </w:r>
      <w:r>
        <w:rPr>
          <w:sz w:val="20"/>
        </w:rPr>
        <w:t>30:56  jaise ke sahaba log karte the</w:t>
      </w:r>
      <w:r>
        <w:br/>
      </w:r>
      <w:r>
        <w:rPr>
          <w:sz w:val="20"/>
        </w:rPr>
        <w:t>31:00  ke bohat zyada namaz is tarah parhte the ke ke lambi lambi quran ki ayaten parhte the, is</w:t>
      </w:r>
      <w:r>
        <w:br/>
      </w:r>
      <w:r>
        <w:rPr>
          <w:sz w:val="20"/>
        </w:rPr>
        <w:t>31:04  par ghor o fikr karte rehte the.</w:t>
      </w:r>
      <w:r>
        <w:br/>
      </w:r>
      <w:r>
        <w:rPr>
          <w:sz w:val="20"/>
        </w:rPr>
        <w:t>31:09  namaz ke baad jab masjid nabwi se bahar jate the to bhi ghor o fikr karte hue chale</w:t>
      </w:r>
      <w:r>
        <w:br/>
      </w:r>
      <w:r>
        <w:rPr>
          <w:sz w:val="20"/>
        </w:rPr>
        <w:t>31:13  jate the, aapas mein baat cheet nahi karte the.</w:t>
      </w:r>
      <w:r>
        <w:br/>
      </w:r>
      <w:r>
        <w:rPr>
          <w:sz w:val="20"/>
        </w:rPr>
        <w:t>31:17  to yeh ghor o fikr, tadabbur o tafakkur jo hai, yeh bohat zyada zaroori hai khuda ki marifat</w:t>
      </w:r>
      <w:r>
        <w:br/>
      </w:r>
      <w:r>
        <w:rPr>
          <w:sz w:val="20"/>
        </w:rPr>
        <w:t>31:22  hasil karne ke liye.</w:t>
      </w:r>
      <w:r>
        <w:br/>
      </w:r>
      <w:r>
        <w:rPr>
          <w:sz w:val="20"/>
        </w:rPr>
        <w:t>31:26  ji, ah, ek</w:t>
      </w:r>
      <w:r>
        <w:br/>
      </w:r>
      <w:r>
        <w:rPr>
          <w:sz w:val="20"/>
        </w:rPr>
        <w:t>31:30  sawal lucknow se, balkeh ah, do sawal hain, ah, farooq sahab ne bheje hain lucknow se.</w:t>
      </w:r>
    </w:p>
    <w:p>
      <w:pPr>
        <w:pStyle w:val="Heading2"/>
      </w:pPr>
      <w:r>
        <w:t>How to Pacify One's Ego</w:t>
      </w:r>
    </w:p>
    <w:p>
      <w:r>
        <w:rPr>
          <w:color w:val="666666"/>
          <w:sz w:val="18"/>
        </w:rPr>
        <w:t>Spirituality · Journey of History December 23, 2012 · 1m 05s · at 1:17:18 · https://youtu.be/bvjWl3U3Dmw?t=4638</w:t>
      </w:r>
    </w:p>
    <w:p>
      <w:r>
        <w:rPr>
          <w:i/>
        </w:rPr>
        <w:t>“Maulana, how can one pacify one's ego?”</w:t>
      </w:r>
    </w:p>
    <w:p>
      <w:r>
        <w:rPr>
          <w:sz w:val="20"/>
        </w:rPr>
        <w:t>1:17:18  maulana, agla sawal mis salma ka hai dilli se. unhon ne aap se poocha hai: "maulana sahib, how can one pacify ones ego?" is ke bare mein</w:t>
      </w:r>
      <w:r>
        <w:br/>
      </w:r>
      <w:r>
        <w:rPr>
          <w:sz w:val="20"/>
        </w:rPr>
        <w:t>1:17:28  bataye. dekhiye, ego koi buri cheez nahi hai. ego, ego koi buri cheez nahi hai. ego jab jab argus ban jaye tab tab bura hai.</w:t>
      </w:r>
      <w:r>
        <w:br/>
      </w:r>
      <w:r>
        <w:rPr>
          <w:sz w:val="20"/>
        </w:rPr>
        <w:t>1:17:42  aap ego jo hai us se determination aata hai, us se azm aata hai, us se confidence aata hai.</w:t>
      </w:r>
      <w:r>
        <w:br/>
      </w:r>
      <w:r>
        <w:rPr>
          <w:sz w:val="20"/>
        </w:rPr>
        <w:t>1:17:51  to ego to bari achi cheez hai, lekin jab woh kibr ban jaye, argus ban jaye, pride ban jaye tab bura hai. woh to bohat aasan hai janna ke kahan se ek had khatm ho jaye, kahan se doosri had shuru ho jaye.</w:t>
      </w:r>
      <w:r>
        <w:br/>
      </w:r>
      <w:r>
        <w:rPr>
          <w:sz w:val="20"/>
        </w:rPr>
        <w:t>1:18:07  to aap apni ego ko argus yani organs tak na pohnchne dijiye. bas bohat acha hai. ego to koi mein samajhta hoon ke Allah taala ki nemat hai.</w:t>
      </w:r>
      <w:r>
        <w:br/>
      </w:r>
      <w:r>
        <w:rPr>
          <w:sz w:val="20"/>
        </w:rPr>
        <w:t>1:18:18  yeh</w:t>
      </w:r>
    </w:p>
    <w:p>
      <w:pPr>
        <w:pStyle w:val="Heading2"/>
      </w:pPr>
      <w:r>
        <w:t>How to Remember Death Frequently</w:t>
      </w:r>
    </w:p>
    <w:p>
      <w:r>
        <w:rPr>
          <w:color w:val="666666"/>
          <w:sz w:val="18"/>
        </w:rPr>
        <w:t>Spirituality · Quran A Miracle June 01, 2014 · 1m 41s · at 57:13 · https://youtu.be/8KM3lDsj4PY?t=3433</w:t>
      </w:r>
    </w:p>
    <w:p>
      <w:r>
        <w:rPr>
          <w:i/>
        </w:rPr>
        <w:t>“In a hadith it is said to remember death frequently, the destroyer of pleasures. My question is: how should death be remembered? And how did the Prophet and his companions remember death?”</w:t>
      </w:r>
    </w:p>
    <w:p>
      <w:r>
        <w:rPr>
          <w:sz w:val="20"/>
        </w:rPr>
        <w:t>57:13  Maulana agla sawal bhi Pakistan se hai Muhammad Sajjad Nawaz sahib ne kiya hai unhon ne likha hai hadith mein kaha gaya hai ke lazzaton ko dhah dene wali maut ko bohat zyada yaad kiya karo.</w:t>
      </w:r>
      <w:r>
        <w:br/>
      </w:r>
      <w:r>
        <w:rPr>
          <w:sz w:val="20"/>
        </w:rPr>
        <w:t>57:27  Mera sawal yeh hai ke maut ko kaise yaad kiya jaye? Aur Rasool Allah aur Sahaba maut ko kaise yaad karte thay? Is ke bare mein bataein.</w:t>
      </w:r>
      <w:r>
        <w:br/>
      </w:r>
      <w:r>
        <w:rPr>
          <w:sz w:val="20"/>
        </w:rPr>
        <w:t>57:38  Bhai yaad karne ke maani nahi ke maut maut maut maut maut maut kiya jaye. Yeh to ridiculous baat hai. Agar aap jaise Allah Allah Allah Allah log karte hain kuch log.</w:t>
      </w:r>
      <w:r>
        <w:br/>
      </w:r>
      <w:r>
        <w:rPr>
          <w:sz w:val="20"/>
        </w:rPr>
        <w:t>57:50  Aise aap maut maut maut maut karein yeh yaad karna nahi hai. Yaad karne ka matlab hai ke is par sochna sochte rehna.</w:t>
      </w:r>
      <w:r>
        <w:br/>
      </w:r>
      <w:r>
        <w:rPr>
          <w:sz w:val="20"/>
        </w:rPr>
        <w:t>58:05  Daily aap dekhte hain ke log mar rahe hain. News mein khabrein aati hain media mein khabrein aati hain. Aap ke mohalle mein koi marta hai. To aap sochiye is ko ke mujhe bhi is liye marna hai.</w:t>
      </w:r>
      <w:r>
        <w:br/>
      </w:r>
      <w:r>
        <w:rPr>
          <w:sz w:val="20"/>
        </w:rPr>
        <w:t>58:17  To yaad ke maani yahan sochne ke hain. To maut ke waqeaat jo hain sari dunya mein ho rahe hain.</w:t>
      </w:r>
      <w:r>
        <w:br/>
      </w:r>
      <w:r>
        <w:rPr>
          <w:sz w:val="20"/>
        </w:rPr>
        <w:t>58:26  Har din aap ko koi na koi khabar milti hai kisi ke marne ki. Is ko le kar sochiye ke isi tarah mein bhi mar jaon ga ek din mar jaon ga. Aur mein bhi Allah ke samne khada kar diya jaon ga.</w:t>
      </w:r>
      <w:r>
        <w:br/>
      </w:r>
      <w:r>
        <w:rPr>
          <w:sz w:val="20"/>
        </w:rPr>
        <w:t>58:37  To jab aap is tarah sochenge to aap ka bilkul badal jaye ga sab kuch. Pattern badal jaye ga.</w:t>
      </w:r>
      <w:r>
        <w:br/>
      </w:r>
      <w:r>
        <w:rPr>
          <w:sz w:val="20"/>
        </w:rPr>
        <w:t>58:45  Jo pattern aap ne bana rakha hai woh bilkul badal jaye ga. Ek aur hi pattern zindagi ka banega. Yeh matlab hai is hadith ka.</w:t>
      </w:r>
    </w:p>
    <w:p>
      <w:pPr>
        <w:pStyle w:val="Heading2"/>
      </w:pPr>
      <w:r>
        <w:t>How to achieve self-renewal in comfortable life?</w:t>
      </w:r>
    </w:p>
    <w:p>
      <w:r>
        <w:rPr>
          <w:color w:val="666666"/>
          <w:sz w:val="18"/>
        </w:rPr>
        <w:t>Spirituality · The Prophet An Example of Modesty August 27, 2017 · 2m 16s · at 53:57 · https://youtu.be/aR3V4c8fQC4?t=3237</w:t>
      </w:r>
    </w:p>
    <w:p>
      <w:r>
        <w:rPr>
          <w:i/>
        </w:rPr>
        <w:t>“Often it happens that even while living a very comfortable life, we get bored of everything and start taking everything for granted, which reduces the feeling of gratitude towards our Creator. So in such a situation, how can we do self-renewal? Please advice.”</w:t>
      </w:r>
    </w:p>
    <w:p>
      <w:r>
        <w:rPr>
          <w:sz w:val="20"/>
        </w:rPr>
        <w:t>53:57  agar yeh hai to bas kafi hai aap ke liye. molana, agla sawal bheja hai abdul rehman sahab ne dilli se, unhon ne likha hai, "aksar aisa hota hai ke hum bohat comfortable life jeete hue bhi har cheez se bore ho jate hain aur har cheez ko for granted lene lagte hain jis se apne creator ke liye shukr ka jazba bohat kam ho jata hai.</w:t>
      </w:r>
      <w:r>
        <w:br/>
      </w:r>
      <w:r>
        <w:rPr>
          <w:sz w:val="20"/>
        </w:rPr>
        <w:t>54:22  to aise mein hum apna self renewal kaise karein? is ki advice karein." bas quran ko samajh kar parhiye, hadithon ko samajh kar parhiye, rasool Allah ki zindagi ko samajh kar mutala kijiye,</w:t>
      </w:r>
      <w:r>
        <w:br/>
      </w:r>
      <w:r>
        <w:rPr>
          <w:sz w:val="20"/>
        </w:rPr>
        <w:t>54:40  sahaba ki zindagi ko samajh kar mutala kijiye. samajh kar is liye keh raha hoon mein, ek sath ek mulaqat hui jo urdu jante the to mere sath kuch aur log the to mein ne to nahi, doosron ne un se sawal kiya.</w:t>
      </w:r>
      <w:r>
        <w:br/>
      </w:r>
      <w:r>
        <w:rPr>
          <w:sz w:val="20"/>
        </w:rPr>
        <w:t>54:59  yeh baat aayi thi ke unhon ne kunz ul amal ka poora, yani ramzan ke mahine mein, pichle ramzan mein poora poora kunz ul amal ko parhaya.</w:t>
      </w:r>
      <w:r>
        <w:br/>
      </w:r>
      <w:r>
        <w:rPr>
          <w:sz w:val="20"/>
        </w:rPr>
        <w:t>55:15  kunz ul amal ek moti kitab hai</w:t>
      </w:r>
      <w:r>
        <w:br/>
      </w:r>
      <w:r>
        <w:rPr>
          <w:sz w:val="20"/>
        </w:rPr>
        <w:t>55:20  to is mein sahaba ki, tabeen ki aur aala darje ke musalmanon ki bohat si baatein hain. to hamare sathiyon ne un se poocha ke kunz ul amal ki koi ek baat bataiye,</w:t>
      </w:r>
      <w:r>
        <w:br/>
      </w:r>
      <w:r>
        <w:rPr>
          <w:sz w:val="20"/>
        </w:rPr>
        <w:t>55:34  wisdom ki jo hamari mufeed ho. to aap yaqeen kijiye ke koi ek baat na bata sake. woh jab ke woh urdu jante the, ab poori poori kunz ul amal unhon ne ramzan mein parhi thi.</w:t>
      </w:r>
      <w:r>
        <w:br/>
      </w:r>
      <w:r>
        <w:rPr>
          <w:sz w:val="20"/>
        </w:rPr>
        <w:t>55:47  to log parhte hain lekin wahi hai ke Hazrat Aisha ne jo kaha tha ke "أولئك قروا ولم يقروا" aksar logon par yahi saadiq aata hai ke "أولئك قروا ولم يقروا".</w:t>
      </w:r>
      <w:r>
        <w:br/>
      </w:r>
      <w:r>
        <w:rPr>
          <w:sz w:val="20"/>
        </w:rPr>
        <w:t>56:04  ab mein kya karoon? yeh mein kahunga ke bhai sahi tareeqe se parhiye</w:t>
      </w:r>
    </w:p>
    <w:p>
      <w:pPr>
        <w:pStyle w:val="Heading2"/>
      </w:pPr>
      <w:r>
        <w:t>How to always realize our helplessness before God</w:t>
      </w:r>
    </w:p>
    <w:p>
      <w:r>
        <w:rPr>
          <w:color w:val="666666"/>
          <w:sz w:val="18"/>
        </w:rPr>
        <w:t>Spirituality · Man and the Laws of Nature April 1, 2012 · 3m 02s · at 1:46:47 · https://youtu.be/coIrwYQgb6Y?t=6407</w:t>
      </w:r>
    </w:p>
    <w:p>
      <w:r>
        <w:rPr>
          <w:i/>
        </w:rPr>
        <w:t>“Man is truly helpless, but he thinks he is in control due to the support given by God. How can we continue to realize our helplessness at all times?”</w:t>
      </w:r>
    </w:p>
    <w:p>
      <w:r>
        <w:rPr>
          <w:sz w:val="20"/>
        </w:rPr>
        <w:t>1:46:47  Maulana, agla sawal Miss Naghma Siddiqui ka hai Delhi se.</w:t>
      </w:r>
      <w:r>
        <w:br/>
      </w:r>
      <w:r>
        <w:rPr>
          <w:sz w:val="20"/>
        </w:rPr>
        <w:t>1:46:51  unho'n ne likha hai: "main is truly helpless, but he thinks he is in control due to the support given by God.</w:t>
      </w:r>
      <w:r>
        <w:br/>
      </w:r>
      <w:r>
        <w:rPr>
          <w:sz w:val="20"/>
        </w:rPr>
        <w:t>1:47:01  how can we continue to realize our helplessness at all times?"</w:t>
      </w:r>
      <w:r>
        <w:br/>
      </w:r>
      <w:r>
        <w:rPr>
          <w:sz w:val="20"/>
        </w:rPr>
        <w:t>1:47:09  yeh to sochne se hota hai.</w:t>
      </w:r>
      <w:r>
        <w:br/>
      </w:r>
      <w:r>
        <w:rPr>
          <w:sz w:val="20"/>
        </w:rPr>
        <w:t>1:47:13  har mere, mujhe to har tajrube mein is ka woh hota hai jaise ke main farz kijiye yeh uthata hoon, ab is ka yeh dhakan gir jata hai. is ko main girne se bacha nahi pata.</w:t>
      </w:r>
      <w:r>
        <w:br/>
      </w:r>
      <w:r>
        <w:rPr>
          <w:sz w:val="20"/>
        </w:rPr>
        <w:t>1:47:24  isi bajaye helplessness ka tajruba hota hai.</w:t>
      </w:r>
      <w:r>
        <w:br/>
      </w:r>
      <w:r>
        <w:rPr>
          <w:sz w:val="20"/>
        </w:rPr>
        <w:t>1:47:29  yani helplessness jo hai, woh har har lamha tajruba hota hai. is ka abhi main bol raha hoon, aap ko yaad hoga pichhle mahine ek baar meri zuban nahi chal rahi thi, main bol nahi pata tha.</w:t>
      </w:r>
      <w:r>
        <w:br/>
      </w:r>
      <w:r>
        <w:rPr>
          <w:sz w:val="20"/>
        </w:rPr>
        <w:t>1:47:40  to ab yeh to main sochta rehta hoon ke mujhe apni zuban pe ikhtiyar nahi hai. isi jagah main bol raha tha aur bol nahi pata tha. isi isi jagah to abhi abhi tak sochta hoon ke woh kaisa ajeeb tha ke mere paas zuban hai,</w:t>
      </w:r>
      <w:r>
        <w:br/>
      </w:r>
      <w:r>
        <w:rPr>
          <w:sz w:val="20"/>
        </w:rPr>
        <w:t>1:47:57  mere paas dimagh hai, sab kuch hai lekin bol nahi pa raha hoon main.</w:t>
      </w:r>
      <w:r>
        <w:br/>
      </w:r>
      <w:r>
        <w:rPr>
          <w:sz w:val="20"/>
        </w:rPr>
        <w:t>1:48:02  to yeh to har lamha jo aap beetta hai, aap par ya doosron par, woh is is baat ko yaad dilata hai, reminder hai ke insan helpless hai.</w:t>
      </w:r>
      <w:r>
        <w:br/>
      </w:r>
      <w:r>
        <w:rPr>
          <w:sz w:val="20"/>
        </w:rPr>
        <w:t>1:48:17  ab yani mujhe to har lamha is ka tajruba hota hai. jaise subah mein ek choti si baat karta hoon, subah mein nikla, main apni toliya ko dhoop mein phailana chahta chahta tha.</w:t>
      </w:r>
      <w:r>
        <w:br/>
      </w:r>
      <w:r>
        <w:rPr>
          <w:sz w:val="20"/>
        </w:rPr>
        <w:t>1:48:31  to main dekha to dhoop nikli hui nahi thi, badal tha. to main ne socha ke mere bas mein yeh nahi ke mere aur suraj ke beech mein jo badal hai, hata doon taake mera toliya jo hai, jab tak main wapas aaon to woh sookh</w:t>
      </w:r>
      <w:r>
        <w:br/>
      </w:r>
      <w:r>
        <w:rPr>
          <w:sz w:val="20"/>
        </w:rPr>
        <w:t>1:48:45  jaye. main aksar yahan karta hoon ke jab main yahan aata hoon to toliya phaila deta hoon aur jab wapas aata hoon to sookh jata hai. to aaj jab main phailane laga to laga ke to badal hain, woh shayad na sookh paye.</w:t>
      </w:r>
      <w:r>
        <w:br/>
      </w:r>
      <w:r>
        <w:rPr>
          <w:sz w:val="20"/>
        </w:rPr>
        <w:t>1:49:00  to main main ne socha ke badal ko main hata nahi sakta, mere bas mein nahi hai. yani suraj chamak raha hai badal ke upar lekin main us ko apne paas bula loon, yeh pasbol nahi hai.</w:t>
      </w:r>
      <w:r>
        <w:br/>
      </w:r>
      <w:r>
        <w:rPr>
          <w:sz w:val="20"/>
        </w:rPr>
        <w:t>1:49:11  to yeh sochne ki baat hai. aap sochein to har cheez mein is ka tajruba hota hai, har cheez mein. yahan tak ke main to baitha rehta hoon, aankh band kar leta hoon, sochta hoon ke meri aankh band ho gayi to kuch dikhai nahi de raha.</w:t>
      </w:r>
      <w:r>
        <w:br/>
      </w:r>
      <w:r>
        <w:rPr>
          <w:sz w:val="20"/>
        </w:rPr>
        <w:t>1:49:25  idhar bhi andhera hai, idhar bhi andhera hai. to aankh agar chhin jaye aadmi se, aap jante hain ke bohat se log hain, un ki aankh chhin jati hai.</w:t>
      </w:r>
      <w:r>
        <w:br/>
      </w:r>
      <w:r>
        <w:rPr>
          <w:sz w:val="20"/>
        </w:rPr>
        <w:t>1:49:36  to yeh yeh sochne ki</w:t>
      </w:r>
      <w:r>
        <w:br/>
      </w:r>
      <w:r>
        <w:rPr>
          <w:sz w:val="20"/>
        </w:rPr>
        <w:t>1:49:38  baat hai. sochein, aap to har har moment aap ko tajruba hoga insan ke izzat izzat ka. is ka taluq sochne se aur kisi cheez se nahi.</w:t>
      </w:r>
    </w:p>
    <w:p>
      <w:pPr>
        <w:pStyle w:val="Heading2"/>
      </w:pPr>
      <w:r>
        <w:t>How to avoid deviation from God's path?</w:t>
      </w:r>
    </w:p>
    <w:p>
      <w:r>
        <w:rPr>
          <w:color w:val="666666"/>
          <w:sz w:val="18"/>
        </w:rPr>
        <w:t>Spirituality · Discovery of God November 3, 2019 Maulana Wahiduddin Khan · 4m 37s · at 49:59 · https://youtu.be/WUaOl0Kwwng?t=2999</w:t>
      </w:r>
    </w:p>
    <w:p>
      <w:r>
        <w:rPr>
          <w:i/>
        </w:rPr>
        <w:t>“Maulana, your concern has always been God. You have never deviated from it, but we are afraid that we might deviate. Maulana, how can we save ourselves from deviation?”</w:t>
      </w:r>
    </w:p>
    <w:p>
      <w:r>
        <w:rPr>
          <w:sz w:val="20"/>
        </w:rPr>
        <w:t>49:59  un ka bhi parhna chahenge. dono ek jaise sawal hain. unhon ne likha hai: "maulana, aap ka concern hamesha god raha hai.</w:t>
      </w:r>
      <w:r>
        <w:br/>
      </w:r>
      <w:r>
        <w:rPr>
          <w:sz w:val="20"/>
        </w:rPr>
        <w:t>50:08  aap kabhi bhi is se derail nahi hue, lekin hamare liye yeh andesha rehta hai ke hum derail ho jaen. maulana, hum apne aap ko derail hone se kaise bacha sakte hain?"</w:t>
      </w:r>
      <w:r>
        <w:br/>
      </w:r>
      <w:r>
        <w:rPr>
          <w:sz w:val="20"/>
        </w:rPr>
        <w:t>50:31  main apna ek qissa batata hoon aap ko.</w:t>
      </w:r>
      <w:r>
        <w:br/>
      </w:r>
      <w:r>
        <w:rPr>
          <w:sz w:val="20"/>
        </w:rPr>
        <w:t>50:37  main pehle naujawan umar mein kuch shair waghera parha karta tha. shair to nahi tha, lekin parhta tha. to us zamane mein bohat se logon ko parha maine, top ke bhi jaise ghalib,</w:t>
      </w:r>
      <w:r>
        <w:br/>
      </w:r>
      <w:r>
        <w:rPr>
          <w:sz w:val="20"/>
        </w:rPr>
        <w:t>50:54  zauq waghera, aur doosre logon ko bhi. is zamane mein shair ki taraf, yani kalam bohat sa parha parha tha maine,</w:t>
      </w:r>
      <w:r>
        <w:br/>
      </w:r>
      <w:r>
        <w:rPr>
          <w:sz w:val="20"/>
        </w:rPr>
        <w:t>51:09  lekin sirf ek hi kalam mujhe attract kiya, woh tha fani ka, fani badaioni. to is zamane mein maine ek mazmoon likha tha: "fani haqeeqat ki talash mein sargardan." maine paya ke ek hi insaan tha shair ki duniya mein jo sachai ki talash mein, yani jo mutrashi tha,</w:t>
      </w:r>
      <w:r>
        <w:br/>
      </w:r>
      <w:r>
        <w:rPr>
          <w:sz w:val="20"/>
        </w:rPr>
        <w:t>51:33  seeker tha, woh tha fani. to maine likha: "fani haqeeqat ki talash mein sargardan." to is is ke ek shair mere liye bohat important ban ban gaya.</w:t>
      </w:r>
      <w:r>
        <w:br/>
      </w:r>
      <w:r>
        <w:rPr>
          <w:sz w:val="20"/>
        </w:rPr>
        <w:t>51:51  ek shair,</w:t>
      </w:r>
      <w:r>
        <w:br/>
      </w:r>
      <w:r>
        <w:rPr>
          <w:sz w:val="20"/>
        </w:rPr>
        <w:t>51:57  woh wahi meri, wahi shair bhi, meri tasweer hai. woh shair yeh tha:</w:t>
      </w:r>
      <w:r>
        <w:br/>
      </w:r>
      <w:r>
        <w:rPr>
          <w:sz w:val="20"/>
        </w:rPr>
        <w:t>52:10  "fareb jalwa aur kitna mukammal</w:t>
      </w:r>
      <w:r>
        <w:br/>
      </w:r>
      <w:r>
        <w:rPr>
          <w:sz w:val="20"/>
        </w:rPr>
        <w:t>52:13  , aye maaz Allah, bari mushkil se dil ko bazm-e-alam se utha paya."</w:t>
      </w:r>
      <w:r>
        <w:br/>
      </w:r>
      <w:r>
        <w:rPr>
          <w:sz w:val="20"/>
        </w:rPr>
        <w:t>52:22  yeh meri tasweer hai. fareb jalwa, yani duniya ki har chamak, har raunaq, fareb jalwa hai.</w:t>
      </w:r>
      <w:r>
        <w:br/>
      </w:r>
      <w:r>
        <w:rPr>
          <w:sz w:val="20"/>
        </w:rPr>
        <w:t>52:31  yeh kuch bhi nahi hai, sarag hai.</w:t>
      </w:r>
      <w:r>
        <w:br/>
      </w:r>
      <w:r>
        <w:rPr>
          <w:sz w:val="20"/>
        </w:rPr>
        <w:t>52:40  to fareb jalwa aur kitna mukammal</w:t>
      </w:r>
      <w:r>
        <w:br/>
      </w:r>
      <w:r>
        <w:rPr>
          <w:sz w:val="20"/>
        </w:rPr>
        <w:t>52:43  , aye maaz Allah, bari mushkil se dil ko bazm-e-alam se utha paya. to aap ko yahi karna parega ke aalami raunaq se apne ko utha len.</w:t>
      </w:r>
      <w:r>
        <w:br/>
      </w:r>
      <w:r>
        <w:rPr>
          <w:sz w:val="20"/>
        </w:rPr>
        <w:t>52:58  koi aalami raunaq aap ko attract na kar sake. to isi maine isi ko attend kiya, isi se mujhe faida hua.</w:t>
      </w:r>
      <w:r>
        <w:br/>
      </w:r>
      <w:r>
        <w:rPr>
          <w:sz w:val="20"/>
        </w:rPr>
        <w:t>53:11  fareb jalwa aur kitna mukammal</w:t>
      </w:r>
      <w:r>
        <w:br/>
      </w:r>
      <w:r>
        <w:rPr>
          <w:sz w:val="20"/>
        </w:rPr>
        <w:t>53:14  , aye maaz Allah, bari mushkil se dil ko bazm-e-alam se utha paya. to aap ko yahi karna parega ke aalami raunaq se apne ko utha len.</w:t>
      </w:r>
      <w:r>
        <w:br/>
      </w:r>
      <w:r>
        <w:rPr>
          <w:sz w:val="20"/>
        </w:rPr>
        <w:t>53:25  is mein sari woh cheezein shamil hain jo insaan ko attract karti hain.</w:t>
      </w:r>
      <w:r>
        <w:br/>
      </w:r>
      <w:r>
        <w:rPr>
          <w:sz w:val="20"/>
        </w:rPr>
        <w:t>53:37  maulana, agla comment bangalore se Faisal Saleem sahib ne bheja hai. unhone likha hai: "your lec</w:t>
      </w:r>
    </w:p>
    <w:p>
      <w:pPr>
        <w:pStyle w:val="Heading2"/>
      </w:pPr>
      <w:r>
        <w:t>How to avoid distractions and purify thoughts</w:t>
      </w:r>
    </w:p>
    <w:p>
      <w:r>
        <w:rPr>
          <w:color w:val="666666"/>
          <w:sz w:val="18"/>
        </w:rPr>
        <w:t>Spirituality · Discovery of God November 3, 2019 Maulana Wahiduddin Khan · 48s · at 49:11 · https://youtu.be/WUaOl0Kwwng?t=2951</w:t>
      </w:r>
    </w:p>
    <w:p>
      <w:r>
        <w:rPr>
          <w:i/>
        </w:rPr>
        <w:t>“Your discovery of God is a milestone for all of us. We all find it difficult to see the existence of God in routine experiences due to lot of distractions. Maulana, please tell us how it is possible to avoid the distractions and purify our thoughts.”</w:t>
      </w:r>
    </w:p>
    <w:p>
      <w:r>
        <w:rPr>
          <w:sz w:val="20"/>
        </w:rPr>
        <w:t>49:11  thank you maulana sahab for your guidance. may allah help us to discover god and spread his message to entire humanity." maulana, agla sawal nagpur se bheja hai sajid ahmad khan sahab ne.</w:t>
      </w:r>
      <w:r>
        <w:br/>
      </w:r>
      <w:r>
        <w:rPr>
          <w:sz w:val="20"/>
        </w:rPr>
        <w:t>49:27  unhon ne likha hai: "maulana sahab, your discovery of god is a milestone for all of us. we all find it difficult to see the existence of god in routine experiences due to lot of distractions.</w:t>
      </w:r>
      <w:r>
        <w:br/>
      </w:r>
      <w:r>
        <w:rPr>
          <w:sz w:val="20"/>
        </w:rPr>
        <w:t>49:44  maulana, please tell us how it is possible to avoid the distraction and purify our thoughts." maulana, isi se milta julta sawal maulana israr khatib sahab ne bhi kiya hai chennai se.</w:t>
      </w:r>
    </w:p>
    <w:p>
      <w:pPr>
        <w:pStyle w:val="Heading2"/>
      </w:pPr>
      <w:r>
        <w:t>How to awaken conscience permanently?</w:t>
      </w:r>
    </w:p>
    <w:p>
      <w:r>
        <w:rPr>
          <w:color w:val="666666"/>
          <w:sz w:val="18"/>
        </w:rPr>
        <w:t>Spirituality · Personality Building January 05, 2014 · 3m 06s · at 1:16:05 · https://youtu.be/3Zppdm2K4ug?t=4565</w:t>
      </w:r>
    </w:p>
    <w:p>
      <w:r>
        <w:rPr>
          <w:i/>
        </w:rPr>
        <w:t>“How can I awaken my conscience permanently? Please guide me.”</w:t>
      </w:r>
    </w:p>
    <w:p>
      <w:r>
        <w:rPr>
          <w:sz w:val="20"/>
        </w:rPr>
        <w:t>1:16:05  Maulana, agla sawal aya hai Islamabad, Pakistan se Waseem Bari sahib ka. Unhon ne likha hai: "Maulana, how can I awaken my conscience permanently?</w:t>
      </w:r>
      <w:r>
        <w:br/>
      </w:r>
      <w:r>
        <w:rPr>
          <w:sz w:val="20"/>
        </w:rPr>
        <w:t>1:16:19  please gaid mi." woh to aaj aaj mein isi bola ke jo aaj aaj mein ne kaha ke recharge yor maind, apne maind ko bar bar charge kijie.</w:t>
      </w:r>
      <w:r>
        <w:br/>
      </w:r>
      <w:r>
        <w:rPr>
          <w:sz w:val="20"/>
        </w:rPr>
        <w:t>1:16:36  to har lamha yaad rakhen jo ayat mein ne parhi, jo hadith mein ne parhi, to har momint, har momint kuch na kuch guzarta hai aap ke sath.</w:t>
      </w:r>
      <w:r>
        <w:br/>
      </w:r>
      <w:r>
        <w:rPr>
          <w:sz w:val="20"/>
        </w:rPr>
        <w:t>1:16:47  koi expiriens, koi abzarveshan, kisi se kuch suntay hain, kuch parhtay hain, har har momint. to aap apne shaoor ko, apne maind ko agar develop kar saken ke is se extract kare aadmi,</w:t>
      </w:r>
      <w:r>
        <w:br/>
      </w:r>
      <w:r>
        <w:rPr>
          <w:sz w:val="20"/>
        </w:rPr>
        <w:t>1:17:00  ise aap extract kar saken, ise nikal saken, woh cheez jis ko mein kehta hoon point of reference,</w:t>
      </w:r>
      <w:r>
        <w:br/>
      </w:r>
      <w:r>
        <w:rPr>
          <w:sz w:val="20"/>
        </w:rPr>
        <w:t>1:17:08  tab yeh silsila jari rahega, jari rahega, jari rahega. agar aisa nahi karenge to to discontinue ho jayega, phir jari nahi reh sakta. to har cheez aap ek paon uthate hain zameen par, tab bhi is mein ek point of reference hota hai.</w:t>
      </w:r>
      <w:r>
        <w:br/>
      </w:r>
      <w:r>
        <w:rPr>
          <w:sz w:val="20"/>
        </w:rPr>
        <w:t>1:17:24  aap aankh khol kar dekhte hain, tab bhi point of reference hota hai.</w:t>
      </w:r>
      <w:r>
        <w:br/>
      </w:r>
      <w:r>
        <w:rPr>
          <w:sz w:val="20"/>
        </w:rPr>
        <w:t>1:17:29  misalan jab mein apne ghar se nikla to bahar cheezain dikhai de rahi theen. to mein ne socha ke agar bahar roshni na ho, mujhe mujhe aankh mili hui ho aur bahar roshni na ho to mein kuch nahi dekhunga.</w:t>
      </w:r>
      <w:r>
        <w:br/>
      </w:r>
      <w:r>
        <w:rPr>
          <w:sz w:val="20"/>
        </w:rPr>
        <w:t>1:17:44  aankh nahi dekhti jab tak ke roshni bahar maujood na ho. to bahar lait hona chahiye, tab aap ki aankh dekh pati hai kisi cheez ko.</w:t>
      </w:r>
      <w:r>
        <w:br/>
      </w:r>
      <w:r>
        <w:rPr>
          <w:sz w:val="20"/>
        </w:rPr>
        <w:t>1:17:54  to isi is mein ek point of reference tha ke kaisa ajib hai khuda ke is ne jab mujhe aankh diya to bahar lait bhi is ne bherh di, suraj ko chamka bhi diya sath sath.</w:t>
      </w:r>
      <w:r>
        <w:br/>
      </w:r>
      <w:r>
        <w:rPr>
          <w:sz w:val="20"/>
        </w:rPr>
        <w:t>1:18:07  to har momint, har momint aisi cheez guzarti hai aap ke sath jis mein aap ko ek point of reference maujood hota hai.</w:t>
      </w:r>
      <w:r>
        <w:br/>
      </w:r>
      <w:r>
        <w:rPr>
          <w:sz w:val="20"/>
        </w:rPr>
        <w:t>1:18:15  jaise mein bol raha hoon to aap ghor kijie ke jo speech hai, power of speech, to sari universe mein kisi ko hasil nahi.</w:t>
      </w:r>
      <w:r>
        <w:br/>
      </w:r>
      <w:r>
        <w:rPr>
          <w:sz w:val="20"/>
        </w:rPr>
        <w:t>1:18:26  do sitaron ke beech mein koi exchange nahi hota, do planet ke beech mein koi baat cheet nahi hoti, kisi sher aur hathi ke beech mein baat cheet nahi hoti.</w:t>
      </w:r>
      <w:r>
        <w:br/>
      </w:r>
      <w:r>
        <w:rPr>
          <w:sz w:val="20"/>
        </w:rPr>
        <w:t>1:18:37  kyun ke in ko yeh yeh jo speech aap ko hasil hai, power hai, woh in ko nahi hasil hai.</w:t>
      </w:r>
      <w:r>
        <w:br/>
      </w:r>
      <w:r>
        <w:rPr>
          <w:sz w:val="20"/>
        </w:rPr>
        <w:t>1:18:43  to har waqt aap bolte hain, woh bhi ek point of reference hai. to asal cheez jo hai woh hai ke awaken maind.</w:t>
      </w:r>
      <w:r>
        <w:br/>
      </w:r>
      <w:r>
        <w:rPr>
          <w:sz w:val="20"/>
        </w:rPr>
        <w:t>1:18:52  awaken maind agar aap ke andar hai to har cheez aap ke liye point of reference banti rahegi aur phir woh continue rahega.</w:t>
      </w:r>
      <w:r>
        <w:br/>
      </w:r>
      <w:r>
        <w:rPr>
          <w:sz w:val="20"/>
        </w:rPr>
        <w:t>1:19:01  aap ka process is mein, is mein discontinue nahi hoga. yahi hai raaz.</w:t>
      </w:r>
    </w:p>
    <w:p>
      <w:pPr>
        <w:pStyle w:val="Heading2"/>
      </w:pPr>
      <w:r>
        <w:t>How to become God's desired person?</w:t>
      </w:r>
    </w:p>
    <w:p>
      <w:r>
        <w:rPr>
          <w:color w:val="666666"/>
          <w:sz w:val="18"/>
        </w:rPr>
        <w:t>Spirituality · Islamic Pacifism Q&amp;A 8 May 2011 · 4m 02s · at 21:48 · https://youtu.be/5ZersGDNVcw?t=1308</w:t>
      </w:r>
    </w:p>
    <w:p>
      <w:r>
        <w:rPr>
          <w:i/>
        </w:rPr>
        <w:t>“How can a person become the desired person of God?”</w:t>
      </w:r>
    </w:p>
    <w:p>
      <w:r>
        <w:rPr>
          <w:sz w:val="20"/>
        </w:rPr>
        <w:t>21:48  Mr. Muhammad Daniyal ne Patna se sawal kiya hai. Unhon ne likha hai: "Koi shakhs Khuda ka matloob insaan kaise banay?" Is ke baray mein batayein.</w:t>
      </w:r>
      <w:r>
        <w:br/>
      </w:r>
      <w:r>
        <w:rPr>
          <w:sz w:val="20"/>
        </w:rPr>
        <w:t>22:07  Yeh to bohat mushkil sawal hai.</w:t>
      </w:r>
      <w:r>
        <w:br/>
      </w:r>
      <w:r>
        <w:rPr>
          <w:sz w:val="20"/>
        </w:rPr>
        <w:t>22:22  Baaki mein yahi keh sakta hoon ke takhallaqu be akhlaq Allah. Allah ke jo sifat hain, attributes hain, woh apne andar paida karna.</w:t>
      </w:r>
      <w:r>
        <w:br/>
      </w:r>
      <w:r>
        <w:rPr>
          <w:sz w:val="20"/>
        </w:rPr>
        <w:t>22:35  Aur sab se bari sifat Allah Ta'ala ki hai,</w:t>
      </w:r>
      <w:r>
        <w:br/>
      </w:r>
      <w:r>
        <w:rPr>
          <w:sz w:val="20"/>
        </w:rPr>
        <w:t>22:38  Rehman aur Raheem hona. Jo shuru hi mein bataya gaya hai. Rehman Raheem ke ma'ani kya hain? Yak tarfa tor par doosray ke baray mein wilshir hona.</w:t>
      </w:r>
      <w:r>
        <w:br/>
      </w:r>
      <w:r>
        <w:rPr>
          <w:sz w:val="20"/>
        </w:rPr>
        <w:t>22:54  Yak tarfa tor par positive mind ke sath duniya mein rehna. Yak tarfa tor par apne seene ko doosron ke liye achay jazbaat ka maskan banana.</w:t>
      </w:r>
      <w:r>
        <w:br/>
      </w:r>
      <w:r>
        <w:rPr>
          <w:sz w:val="20"/>
        </w:rPr>
        <w:t>23:11  To kaun Khuda ka matloob hai, yeh to aakhirat mein pata chalay ga. Duniya mein pata nahi chal sakta hai. Lekin Quran mein aik aik Surah hai jis mein hai ke razi Allah anhum wa radu.</w:t>
      </w:r>
      <w:r>
        <w:br/>
      </w:r>
      <w:r>
        <w:rPr>
          <w:sz w:val="20"/>
        </w:rPr>
        <w:t>23:23  Surah Al-Fajr. Is mein aik criteria milta hai humein.</w:t>
      </w:r>
      <w:r>
        <w:br/>
      </w:r>
      <w:r>
        <w:rPr>
          <w:sz w:val="20"/>
        </w:rPr>
        <w:t>23:30  Surah Al-Fajr mein. Ke do baat kahi gayi hain ke Allah kisi ko,</w:t>
      </w:r>
      <w:r>
        <w:br/>
      </w:r>
      <w:r>
        <w:rPr>
          <w:sz w:val="20"/>
        </w:rPr>
        <w:t>23:38  Allah Ta'ala jab kisi ko</w:t>
      </w:r>
      <w:r>
        <w:br/>
      </w:r>
      <w:r>
        <w:rPr>
          <w:sz w:val="20"/>
        </w:rPr>
        <w:t>23:43  Achay halaat deta hai, us ko</w:t>
      </w:r>
      <w:r>
        <w:br/>
      </w:r>
      <w:r>
        <w:rPr>
          <w:sz w:val="20"/>
        </w:rPr>
        <w:t>23:48  To woh hota hai ibtila ke liye, aazmaish ke liye. Lekin woh us ko apna fakhr bana leta hai. Ke Khuda ne mujhe yeh diya, Khuda ne mujhe woh diya. To aap ko kuch milay, achi cheez duniya ki.</w:t>
      </w:r>
      <w:r>
        <w:br/>
      </w:r>
      <w:r>
        <w:rPr>
          <w:sz w:val="20"/>
        </w:rPr>
        <w:t>24:02  Aap ko daulat milay, building milay, property milay.</w:t>
      </w:r>
      <w:r>
        <w:br/>
      </w:r>
      <w:r>
        <w:rPr>
          <w:sz w:val="20"/>
        </w:rPr>
        <w:t>24:06  To woh ibtila ke liye hota hai. Aazmaish ke liye hota hai. Ke aap us ko pa kar kaise bantay hain. Lekin hota kya hai ke log fakhr mein mubtala ho jatay hain.</w:t>
      </w:r>
      <w:r>
        <w:br/>
      </w:r>
      <w:r>
        <w:rPr>
          <w:sz w:val="20"/>
        </w:rPr>
        <w:t>24:19  Naaz mein mubtala hotay hain. Us ko apna pride bana letay hain, pride.</w:t>
      </w:r>
      <w:r>
        <w:br/>
      </w:r>
      <w:r>
        <w:rPr>
          <w:sz w:val="20"/>
        </w:rPr>
        <w:t>24:24  Phir us isi Surah mein hai ke jab Allah Ta'ala kisi ko tangi deta hai, tang haali mein mubtala karta hai, to woh bhi ibtila ke liye hota hai.</w:t>
      </w:r>
      <w:r>
        <w:br/>
      </w:r>
      <w:r>
        <w:rPr>
          <w:sz w:val="20"/>
        </w:rPr>
        <w:t>24:34  Woh bhi ibtila ke liye, aazmaish ke liye hota hai. Lekin yahan bhi aadmi kya karta hai? Ghalat ta'assur leta hai. Kehta hai ke dekho, Khuda ne mujhe</w:t>
      </w:r>
      <w:r>
        <w:br/>
      </w:r>
      <w:r>
        <w:rPr>
          <w:sz w:val="20"/>
        </w:rPr>
        <w:t>24:42  Bad haal kar diya? Kaisa Khuda hai? Kisi ko acha diya, kisi ko bura kar diya. Dekho, falan falan ko, un ko yeh mila hua hai, ab yeh kuch nahi mila.</w:t>
      </w:r>
      <w:r>
        <w:br/>
      </w:r>
      <w:r>
        <w:rPr>
          <w:sz w:val="20"/>
        </w:rPr>
        <w:t>24:52  to shikayati nafsiyat. Yani ek shakal, ek shakal mein fakhr ki nafsiyat. Doosri shakal mein shikayat ki nafsiyat. Yeh dono hi Khuda ke liye ghair matloob hain.</w:t>
      </w:r>
      <w:r>
        <w:br/>
      </w:r>
      <w:r>
        <w:rPr>
          <w:sz w:val="20"/>
        </w:rPr>
        <w:t>25:04  to is ke baad farmaya ke an-nafs al-mutmainnah jo hai, woh Allah ko matloob hai. An-nafs al-mutmainnah ka matlab hota hai complex free soul.</w:t>
      </w:r>
      <w:r>
        <w:br/>
      </w:r>
      <w:r>
        <w:rPr>
          <w:sz w:val="20"/>
        </w:rPr>
        <w:t>25:17  complex free soul. To inhi ke bare mein kaha hai ke Allah is se raazi hoga. To</w:t>
      </w:r>
      <w:r>
        <w:br/>
      </w:r>
      <w:r>
        <w:rPr>
          <w:sz w:val="20"/>
        </w:rPr>
        <w:t>25:24  fi waqe Allah kisi se raazi ho gaya. Fi waqe koi Allah ka matloob ban jab ban gaya, yeh to qayamat mein pata chalega. Lekin aap koshish kar sakte hain is tareeqe se ke apne ko aap complex free soul banayein.</w:t>
      </w:r>
      <w:r>
        <w:br/>
      </w:r>
      <w:r>
        <w:rPr>
          <w:sz w:val="20"/>
        </w:rPr>
        <w:t>25:38  apne ko an-nafs al-mutmainnah banayein.</w:t>
      </w:r>
      <w:r>
        <w:br/>
      </w:r>
      <w:r>
        <w:rPr>
          <w:sz w:val="20"/>
        </w:rPr>
        <w:t>25:41  har cheez ko is nazar se dekha jis nazar se Khuda is ko dekhta hai.</w:t>
      </w:r>
    </w:p>
    <w:p>
      <w:pPr>
        <w:pStyle w:val="Heading2"/>
      </w:pPr>
      <w:r>
        <w:t>How to deepen tazkiyah of the mind</w:t>
      </w:r>
    </w:p>
    <w:p>
      <w:r>
        <w:rPr>
          <w:color w:val="666666"/>
          <w:sz w:val="18"/>
        </w:rPr>
        <w:t>Spirituality · Divine Management in History April 7, 2013 · 48s · at 1:18:08 · https://youtu.be/wcBzG56LuPY?t=4688</w:t>
      </w:r>
    </w:p>
    <w:p>
      <w:r>
        <w:rPr>
          <w:i/>
        </w:rPr>
        <w:t>“To my understanding, the only purpose to have a meaningful life in this world is to have tazkiyah of the mind. Maulana, I would need your further guidance to tell me how the process of tazkiyah can be taken to its deepest core.”</w:t>
      </w:r>
    </w:p>
    <w:p>
      <w:r>
        <w:rPr>
          <w:sz w:val="20"/>
        </w:rPr>
        <w:t>1:18:08  maulana, agla sawal noida se hai, miss rufeena ansari ka</w:t>
      </w:r>
      <w:r>
        <w:br/>
      </w:r>
      <w:r>
        <w:rPr>
          <w:sz w:val="20"/>
        </w:rPr>
        <w:t>1:18:12  . unhone likha hai: "maulana sahib, to my understanding, the only purpose to have a meaningful life in this world is to have tazkiya of the mind.</w:t>
      </w:r>
      <w:r>
        <w:br/>
      </w:r>
      <w:r>
        <w:rPr>
          <w:sz w:val="20"/>
        </w:rPr>
        <w:t>1:18:24  maulana, i would need your further guidance to tell me how the process of tazkiya can be taken to its deepest core." bhai, aap ne bahut sahi kaha hai, unhone</w:t>
      </w:r>
      <w:r>
        <w:br/>
      </w:r>
      <w:r>
        <w:rPr>
          <w:sz w:val="20"/>
        </w:rPr>
        <w:t>1:18:37  yahi hamara mission hai aur sari kitabon mein isi ki detail hai. mein samajhta hoon ke sab se achha yeh hai ke aap tazkirat al quran ko padhein, jo urdu ke alawa angrezi mein bhi available hai, us mein aap ko sari baat mil jayegi.</w:t>
      </w:r>
    </w:p>
    <w:p>
      <w:pPr>
        <w:pStyle w:val="Heading2"/>
      </w:pPr>
      <w:r>
        <w:t>How to defeat Satan daily</w:t>
      </w:r>
    </w:p>
    <w:p>
      <w:r>
        <w:rPr>
          <w:color w:val="666666"/>
          <w:sz w:val="18"/>
        </w:rPr>
        <w:t>Spirituality · Spirit of the Mission September 16, 2018 · 1m 49s · at 48:24 · https://youtu.be/rjiTU2v3U30?t=2904</w:t>
      </w:r>
    </w:p>
    <w:p>
      <w:r>
        <w:rPr>
          <w:i/>
        </w:rPr>
        <w:t>“Maulana, how can we beat Satan in our daily life? What is your advice to all of us?”</w:t>
      </w:r>
    </w:p>
    <w:p>
      <w:r>
        <w:rPr>
          <w:sz w:val="20"/>
        </w:rPr>
        <w:t>48:24  is adat ko khatam karna hai, bas phir apnay aap sab kuch theek ho jaye ga. Maulana, agla sawal ranchi se kiya hai syed saddam sahib ne, aur unhon ne aap se poocha hai ke: 'Maulana sahib, how can we beat shaitan in our daily life?</w:t>
      </w:r>
      <w:r>
        <w:br/>
      </w:r>
      <w:r>
        <w:rPr>
          <w:sz w:val="20"/>
        </w:rPr>
        <w:t>48:43  what is your advice to all of us?'</w:t>
      </w:r>
      <w:r>
        <w:br/>
      </w:r>
      <w:r>
        <w:rPr>
          <w:sz w:val="20"/>
        </w:rPr>
        <w:t>48:53  bhai, main toh yeh karta hoon ke mere paas bhi shaitan aata hai subah shaam, raat din har waqt.</w:t>
      </w:r>
      <w:r>
        <w:br/>
      </w:r>
      <w:r>
        <w:rPr>
          <w:sz w:val="20"/>
        </w:rPr>
        <w:t>49:04  toh usi waqt din andher mein parhta hoon:</w:t>
      </w:r>
      <w:r>
        <w:br/>
      </w:r>
      <w:r>
        <w:rPr>
          <w:sz w:val="20"/>
        </w:rPr>
        <w:t>49:14  'allahumma inni a'udhu bika min ash-shaytanir rajeem, la hawla wa la quwwata illa billahil 'aliyyil 'adheem'. bas shaitan bhag jata hai. itna asaan hai shaitan ko bhagana, lekin koi musalman pe amal nahi karta.</w:t>
      </w:r>
      <w:r>
        <w:br/>
      </w:r>
      <w:r>
        <w:rPr>
          <w:sz w:val="20"/>
        </w:rPr>
        <w:t>49:33  jab sahi aap ko mehsoos ho ke</w:t>
      </w:r>
      <w:r>
        <w:br/>
      </w:r>
      <w:r>
        <w:rPr>
          <w:sz w:val="20"/>
        </w:rPr>
        <w:t>49:38  is tarah ka khayal dil mein aaya negative, toh jaldi se parhiye: 'allahumma inni a'udhu bika min ash-shaytanir rajeem'.</w:t>
      </w:r>
      <w:r>
        <w:br/>
      </w:r>
      <w:r>
        <w:rPr>
          <w:sz w:val="20"/>
        </w:rPr>
        <w:t>49:53  bas woh bhag jaye ga. kuch karna hi nahi hai, siwaye is ke dil se, dil se is ko aap bolein.</w:t>
      </w:r>
      <w:r>
        <w:br/>
      </w:r>
      <w:r>
        <w:rPr>
          <w:sz w:val="20"/>
        </w:rPr>
        <w:t>50:05  aap kar ke dekh lijiye.</w:t>
      </w:r>
    </w:p>
    <w:p>
      <w:pPr>
        <w:pStyle w:val="Heading2"/>
      </w:pPr>
      <w:r>
        <w:t>How to develop a purified personality despite mistakes</w:t>
      </w:r>
    </w:p>
    <w:p>
      <w:r>
        <w:rPr>
          <w:color w:val="666666"/>
          <w:sz w:val="18"/>
        </w:rPr>
        <w:t>Spirituality · Paradise September 18, 2016 · 2m 05s · at 53:16 · https://youtu.be/R2kZlD0PbGQ?t=3196</w:t>
      </w:r>
    </w:p>
    <w:p>
      <w:r>
        <w:rPr>
          <w:i/>
        </w:rPr>
        <w:t>“Often we do wrongdoings, and in spite of not wanting to, we continue to make mistakes. In such a situation, how can we develop a purified personality?”</w:t>
      </w:r>
    </w:p>
    <w:p>
      <w:r>
        <w:rPr>
          <w:sz w:val="20"/>
        </w:rPr>
        <w:t>53:16  ji Maulana, agla sawal kiya hai miss Naghma Siddiqui ne Delhi se.</w:t>
      </w:r>
      <w:r>
        <w:br/>
      </w:r>
      <w:r>
        <w:rPr>
          <w:sz w:val="20"/>
        </w:rPr>
        <w:t>53:21  انہوں نے لکھا ہے: "Often we do wrong doings and in spite of not wanting to we continue</w:t>
      </w:r>
      <w:r>
        <w:br/>
      </w:r>
      <w:r>
        <w:rPr>
          <w:sz w:val="20"/>
        </w:rPr>
        <w:t>53:27  to make mistakes. In such a situation, how can we develop a purified personality?" Dekhiye, purified personality ka</w:t>
      </w:r>
      <w:r>
        <w:br/>
      </w:r>
      <w:r>
        <w:rPr>
          <w:sz w:val="20"/>
        </w:rPr>
        <w:t>53:33  matlab yeh nahi hai ke ke koi ghalti na kare aadmi, yeh matlab nahi hai.</w:t>
      </w:r>
      <w:r>
        <w:br/>
      </w:r>
      <w:r>
        <w:rPr>
          <w:sz w:val="20"/>
        </w:rPr>
        <w:t>53:38  hadees mein aata hai ke: "kul bani Adam khattaon wa khair ul khattain at tawwaboon".</w:t>
      </w:r>
      <w:r>
        <w:br/>
      </w:r>
      <w:r>
        <w:rPr>
          <w:sz w:val="20"/>
        </w:rPr>
        <w:t>53:44  tu khata karna, yani aadmi khata na kare, yeh koi baat nahi hai.</w:t>
      </w:r>
      <w:r>
        <w:br/>
      </w:r>
      <w:r>
        <w:rPr>
          <w:sz w:val="20"/>
        </w:rPr>
        <w:t>53:50  khata ho aur aadmi foran lotay, tauba ka matlab hai lotna.</w:t>
      </w:r>
      <w:r>
        <w:br/>
      </w:r>
      <w:r>
        <w:rPr>
          <w:sz w:val="20"/>
        </w:rPr>
        <w:t>53:55  tu balkay aik hadees yahan tak hai ke insaan agar ghalti na kare to Allah aik aur makhlooq</w:t>
      </w:r>
      <w:r>
        <w:br/>
      </w:r>
      <w:r>
        <w:rPr>
          <w:sz w:val="20"/>
        </w:rPr>
        <w:t>54:01  paida kare ga jo ghalti kare aur tauba kare.</w:t>
      </w:r>
      <w:r>
        <w:br/>
      </w:r>
      <w:r>
        <w:rPr>
          <w:sz w:val="20"/>
        </w:rPr>
        <w:t>54:07  kyun? is ki wajah kiya hai? yeh ghalti se to hamara irtiqaa hota hai.</w:t>
      </w:r>
      <w:r>
        <w:br/>
      </w:r>
      <w:r>
        <w:rPr>
          <w:sz w:val="20"/>
        </w:rPr>
        <w:t>54:13  ghalti jo hai, yaad rakhiye, har ghalti, har khata hamare liye kiya hai? woh shock treatment hai.</w:t>
      </w:r>
      <w:r>
        <w:br/>
      </w:r>
      <w:r>
        <w:rPr>
          <w:sz w:val="20"/>
        </w:rPr>
        <w:t>54:18  shock treatment na ho to hum islaah bhi apni nahi kar paen ge.</w:t>
      </w:r>
      <w:r>
        <w:br/>
      </w:r>
      <w:r>
        <w:rPr>
          <w:sz w:val="20"/>
        </w:rPr>
        <w:t>54:24  ghalti aap ko jhanjhoarti hai, brainstorming paida karti hai.</w:t>
      </w:r>
      <w:r>
        <w:br/>
      </w:r>
      <w:r>
        <w:rPr>
          <w:sz w:val="20"/>
        </w:rPr>
        <w:t>54:30  to woh shock treatment hai.</w:t>
      </w:r>
      <w:r>
        <w:br/>
      </w:r>
      <w:r>
        <w:rPr>
          <w:sz w:val="20"/>
        </w:rPr>
        <w:t>54:35  to ghalti karna koi koi aib ki baat nahi hai.</w:t>
      </w:r>
      <w:r>
        <w:br/>
      </w:r>
      <w:r>
        <w:rPr>
          <w:sz w:val="20"/>
        </w:rPr>
        <w:t>54:41  ghalti ke baad foran aadmi chaokar na ho jaye aur apni islaah kare.</w:t>
      </w:r>
      <w:r>
        <w:br/>
      </w:r>
      <w:r>
        <w:rPr>
          <w:sz w:val="20"/>
        </w:rPr>
        <w:t>54:47  yeh baat quran mein maujood hai: "sab yatooboon min qareeb".</w:t>
      </w:r>
      <w:r>
        <w:br/>
      </w:r>
      <w:r>
        <w:rPr>
          <w:sz w:val="20"/>
        </w:rPr>
        <w:t>54:52  jaldi hi tauba kar lete hain.</w:t>
      </w:r>
      <w:r>
        <w:br/>
      </w:r>
      <w:r>
        <w:rPr>
          <w:sz w:val="20"/>
        </w:rPr>
        <w:t>54:58  woh toh matlab jo hai, jo matloob hai, woh yeh hai ke ghalti ke baad aadmi chaokar na</w:t>
      </w:r>
      <w:r>
        <w:br/>
      </w:r>
      <w:r>
        <w:rPr>
          <w:sz w:val="20"/>
        </w:rPr>
        <w:t>55:04  ho jaye, foran tauba kare, apni islaah kare.</w:t>
      </w:r>
      <w:r>
        <w:br/>
      </w:r>
      <w:r>
        <w:rPr>
          <w:sz w:val="20"/>
        </w:rPr>
        <w:t>55:10  yeh hai tareeqa.</w:t>
      </w:r>
      <w:r>
        <w:br/>
      </w:r>
      <w:r>
        <w:rPr>
          <w:sz w:val="20"/>
        </w:rPr>
        <w:t>55:15  ghalti na kare, yeh toh koi hal nahi hai.</w:t>
      </w:r>
    </w:p>
    <w:p>
      <w:pPr>
        <w:pStyle w:val="Heading2"/>
      </w:pPr>
      <w:r>
        <w:t>How to develop love for God?</w:t>
      </w:r>
    </w:p>
    <w:p>
      <w:r>
        <w:rPr>
          <w:color w:val="666666"/>
          <w:sz w:val="18"/>
        </w:rPr>
        <w:t>Spirituality · Discovery of God November 3, 2019 Maulana Wahiduddin Khan · 5m 49s · at 36:19 · https://youtu.be/WUaOl0Kwwng?t=2179</w:t>
      </w:r>
    </w:p>
    <w:p>
      <w:r>
        <w:rPr>
          <w:i/>
        </w:rPr>
        <w:t>“How can we develop strong affection and love of God and how does it help us?”</w:t>
      </w:r>
    </w:p>
    <w:p>
      <w:r>
        <w:rPr>
          <w:sz w:val="20"/>
        </w:rPr>
        <w:t>36:19  ameen." inshallah. molana, ab sawal lena chahenge. yeh sawal bheja hai doctor naghma siddiqui ne delhi se.</w:t>
      </w:r>
      <w:r>
        <w:br/>
      </w:r>
      <w:r>
        <w:rPr>
          <w:sz w:val="20"/>
        </w:rPr>
        <w:t>36:31  unhon ne likha hai: "how can we develop strong affection or love of god and how does it help us?" dekhiye, iska ek hi jawab hai.</w:t>
      </w:r>
      <w:r>
        <w:br/>
      </w:r>
      <w:r>
        <w:rPr>
          <w:sz w:val="20"/>
        </w:rPr>
        <w:t>36:50  aur is jawab ko maine ek tajrube se jana.</w:t>
      </w:r>
      <w:r>
        <w:br/>
      </w:r>
      <w:r>
        <w:rPr>
          <w:sz w:val="20"/>
        </w:rPr>
        <w:t>36:59  ek martaba main,</w:t>
      </w:r>
      <w:r>
        <w:br/>
      </w:r>
      <w:r>
        <w:rPr>
          <w:sz w:val="20"/>
        </w:rPr>
        <w:t>37:04  yani bachpan ke zamane mein, jab main apne sathiyon ke hamrah jaya karta tha mela dussehra dekhne ke liye,</w:t>
      </w:r>
      <w:r>
        <w:br/>
      </w:r>
      <w:r>
        <w:rPr>
          <w:sz w:val="20"/>
        </w:rPr>
        <w:t>37:17  to ek martaba aisa hua ke hum hum log pahunche jab mele mein to wahan bari bheed thi aur ek bachcha ro raha tha, daud raha tha idhar udhar.</w:t>
      </w:r>
      <w:r>
        <w:br/>
      </w:r>
      <w:r>
        <w:rPr>
          <w:sz w:val="20"/>
        </w:rPr>
        <w:t>37:35  "meri maa, meri</w:t>
      </w:r>
      <w:r>
        <w:br/>
      </w:r>
      <w:r>
        <w:rPr>
          <w:sz w:val="20"/>
        </w:rPr>
        <w:t>37:36  maa!" ek karta tha woh. to kai logon ne, auraton ne bhi, mardon ne bhi, isko kuch biscuit wagera diya aur apni god mein uthana chaha.</w:t>
      </w:r>
      <w:r>
        <w:br/>
      </w:r>
      <w:r>
        <w:rPr>
          <w:sz w:val="20"/>
        </w:rPr>
        <w:t>37:46  chhota bachcha tha woh to sab ko marta tha woh, yani "hato, hat</w:t>
      </w:r>
      <w:r>
        <w:br/>
      </w:r>
      <w:r>
        <w:rPr>
          <w:sz w:val="20"/>
        </w:rPr>
        <w:t>37:54  wahan se, hato!" na kuch khata tha, na kisi god mein jata tha woh. yahan tak ke uski jo baat thi, jo bichhad gayi thi,</w:t>
      </w:r>
      <w:r>
        <w:br/>
      </w:r>
      <w:r>
        <w:rPr>
          <w:sz w:val="20"/>
        </w:rPr>
        <w:t>38:10  woh aa gayi. jaise hi usne dekha apni maa ko, daud kar lapat gaya uske sath, daud kar lapat gaya uske sath.</w:t>
      </w:r>
      <w:r>
        <w:br/>
      </w:r>
      <w:r>
        <w:rPr>
          <w:sz w:val="20"/>
        </w:rPr>
        <w:t>38:24  to ajib baat hai ke main kaisa sahi hua. main zindagi mein bachpan se bahut si cheezon ke taraf lapka, bahut si cheezon ko apna banana chaha,</w:t>
      </w:r>
      <w:r>
        <w:br/>
      </w:r>
      <w:r>
        <w:rPr>
          <w:sz w:val="20"/>
        </w:rPr>
        <w:t>38:42  lekin thodi thodi doori mein maine chhod diya. meri raghbat hat gayi.</w:t>
      </w:r>
      <w:r>
        <w:br/>
      </w:r>
      <w:r>
        <w:rPr>
          <w:sz w:val="20"/>
        </w:rPr>
        <w:t>38:52  aakhir mein mujhe jab discovery hui allah rab ul alameen ki to sare apne wajood ke sath, apne sare jazbat ke sath, apne poori spirit ke sath usi se jud gaya.</w:t>
      </w:r>
      <w:r>
        <w:br/>
      </w:r>
      <w:r>
        <w:rPr>
          <w:sz w:val="20"/>
        </w:rPr>
        <w:t>39:10  yahan tak ke</w:t>
      </w:r>
      <w:r>
        <w:br/>
      </w:r>
      <w:r>
        <w:rPr>
          <w:sz w:val="20"/>
        </w:rPr>
        <w:t>39:14  woh kitab allah taala ne likhwai, jo angrezi mein jisko tarjuma kiya hai doctor farida khanam ne, aur aur arabi mein uska tarjuma kiya hai doctor zafar sahib khan ne.</w:t>
      </w:r>
      <w:r>
        <w:br/>
      </w:r>
      <w:r>
        <w:rPr>
          <w:sz w:val="20"/>
        </w:rPr>
        <w:t>39:35  isi tarah se bahut si zubanon mein iske tarjume hue hain aur aam taur par har jagah woh phail chuki hai.</w:t>
      </w:r>
      <w:r>
        <w:br/>
      </w:r>
      <w:r>
        <w:rPr>
          <w:sz w:val="20"/>
        </w:rPr>
        <w:t>39:46  phir ab aakhir mein mera mission yeh ban gaya ke mein Allah ki kitab ko sari dunya mein phailaoon.</w:t>
      </w:r>
      <w:r>
        <w:br/>
      </w:r>
      <w:r>
        <w:rPr>
          <w:sz w:val="20"/>
        </w:rPr>
        <w:t>39:58  to mein yeh keh sakta hoon ke Allah ko paana us ki</w:t>
      </w:r>
      <w:r>
        <w:br/>
      </w:r>
      <w:r>
        <w:rPr>
          <w:sz w:val="20"/>
        </w:rPr>
        <w:t>40:07  us ki creation ke through hota hai.</w:t>
      </w:r>
      <w:r>
        <w:br/>
      </w:r>
      <w:r>
        <w:rPr>
          <w:sz w:val="20"/>
        </w:rPr>
        <w:t>40:13  aap parhiye is is ayat ko jis ne Hazrat Musa ne kaha tha ke "Rab mere liye Khuda mujhe dikha kaisi kitab jo rooh hogi us waqt Musa ke andar.</w:t>
      </w:r>
      <w:r>
        <w:br/>
      </w:r>
      <w:r>
        <w:rPr>
          <w:sz w:val="20"/>
        </w:rPr>
        <w:t>40:27  Khuda mujhe dikha taake mein us ko dekhon." to Khuda ne ek demonstration diya us waqt ke Khuda ne apni tajalli dali</w:t>
      </w:r>
      <w:r>
        <w:br/>
      </w:r>
      <w:r>
        <w:rPr>
          <w:sz w:val="20"/>
        </w:rPr>
        <w:t>40:43  door pahaar par to pahaar reze reze ho gaya Khuda ne kaha "agar tu dekhna chahta hai to dekhne ka tareeqa yahi hai, yaani indirect mein bhi tum dekh sakte ho, us ko direct nahi,</w:t>
      </w:r>
      <w:r>
        <w:br/>
      </w:r>
      <w:r>
        <w:rPr>
          <w:sz w:val="20"/>
        </w:rPr>
        <w:t>41:02  tum mujhe direct nahi de sakte ho, indirect mein bhi." yeh wahi position hai jo jo quantum physics ki position hai ke matter ko hum yeh jo matter hai, world of matter,</w:t>
      </w:r>
      <w:r>
        <w:br/>
      </w:r>
      <w:r>
        <w:rPr>
          <w:sz w:val="20"/>
        </w:rPr>
        <w:t>41:20  us ko hum direct nahi dekh sakte, us ke effect ke through hum dekh sakte hain. to ajeeb baat hai ke Allah ne jab apne aap ko na qabil deed banaya ke insaan us ko dekh na sake to isi waqt yeh bhi muqaddar kar diya ke insaan indirect way mein Allah ko dekh sake, yaani us ki nematton ke through,</w:t>
      </w:r>
      <w:r>
        <w:br/>
      </w:r>
      <w:r>
        <w:rPr>
          <w:sz w:val="20"/>
        </w:rPr>
        <w:t>41:46  us ki creation ke through, us ki jo blessing hai, us ke through. to jitna zyada aap Allah ki blessing ko daryaft karein, utne zyada aap Allah Rab ul Alameen ko daryaft kar sakenge.</w:t>
      </w:r>
    </w:p>
    <w:p>
      <w:pPr>
        <w:pStyle w:val="Heading2"/>
      </w:pPr>
      <w:r>
        <w:t>How to develop spiritual wisdom</w:t>
      </w:r>
    </w:p>
    <w:p>
      <w:r>
        <w:rPr>
          <w:color w:val="666666"/>
          <w:sz w:val="18"/>
        </w:rPr>
        <w:t>Spirituality · The Concept of Help Feb 9, 2020—Maulana Wahiduddin Khan · 2m 48s · at 39:19 · https://youtu.be/WScXmduh1AQ?t=2359</w:t>
      </w:r>
    </w:p>
    <w:p>
      <w:r>
        <w:rPr>
          <w:i/>
        </w:rPr>
        <w:t>“I need to know how I can develop ma'rifat (wisdom).”</w:t>
      </w:r>
    </w:p>
    <w:p>
      <w:r>
        <w:rPr>
          <w:sz w:val="20"/>
        </w:rPr>
        <w:t>39:19  Maulana, agla sawal lete hain. yeh sawal poocha hai Karim Nagar se Zaman Aiza ne.</w:t>
      </w:r>
      <w:r>
        <w:br/>
      </w:r>
      <w:r>
        <w:rPr>
          <w:sz w:val="20"/>
        </w:rPr>
        <w:t>39:30  Unhone aap se poocha hai ke: "I need to know how I can develop marifat wisdom."</w:t>
      </w:r>
      <w:r>
        <w:br/>
      </w:r>
      <w:r>
        <w:rPr>
          <w:sz w:val="20"/>
        </w:rPr>
        <w:t>39:42  Dekhiye, mera jo tajurba hai ke wisdom ya marifat to aap ke andar bhari hui hai, jis tarah se seb mein ras bhara hota hai,</w:t>
      </w:r>
      <w:r>
        <w:br/>
      </w:r>
      <w:r>
        <w:rPr>
          <w:sz w:val="20"/>
        </w:rPr>
        <w:t>39:59  seb mein ras bhare bhara hua hota hai. lekin seb ka ras pani ke liye seb ko crush karna parta hai.</w:t>
      </w:r>
      <w:r>
        <w:br/>
      </w:r>
      <w:r>
        <w:rPr>
          <w:sz w:val="20"/>
        </w:rPr>
        <w:t>40:09  Crush to aap apne ko crush hone ke dete nahi. Aap aap koi bhi koi dhoondte hain, koi aasani, koi help.</w:t>
      </w:r>
      <w:r>
        <w:br/>
      </w:r>
      <w:r>
        <w:rPr>
          <w:sz w:val="20"/>
        </w:rPr>
        <w:t>40:25  Mera dekh, self bari help. Yeh ek aadmi wisdom diya jaye, aur wisdom aati hai</w:t>
      </w:r>
      <w:r>
        <w:br/>
      </w:r>
      <w:r>
        <w:rPr>
          <w:sz w:val="20"/>
        </w:rPr>
        <w:t>40:33  crush ki technology ke zariye. Yeh bohat achi misaal hai ke Allah Ta'ala ne seb paida kiya. Seb mein ras bhara hua hota hai, bohat hi mufeed ras, faide wala.</w:t>
      </w:r>
      <w:r>
        <w:br/>
      </w:r>
      <w:r>
        <w:rPr>
          <w:sz w:val="20"/>
        </w:rPr>
        <w:t>40:45  lekin seb ka ras paane ke liye aap ko seb ko crush karna parta hai. Aise insaan ki ke andar jo khoobiyan hain, bhari hui hain, us ko crush karne ki zaroorat hai.</w:t>
      </w:r>
      <w:r>
        <w:br/>
      </w:r>
      <w:r>
        <w:rPr>
          <w:sz w:val="20"/>
        </w:rPr>
        <w:t>41:00  Sab se barhe is zamane mein jahan jahan to dekha hai maine, bachon ka sabz jis mein un ke maa baap hote hain, maa baap woh crush karne ki technique ko istemal nahi hone dete.</w:t>
      </w:r>
      <w:r>
        <w:br/>
      </w:r>
      <w:r>
        <w:rPr>
          <w:sz w:val="20"/>
        </w:rPr>
        <w:t>41:13  Yeh bachon ko lath par, lath par, lath par phir ek dam bekar bekar kar dete hain. Jis tarah se sirf jab tak crush na kiya jaye, uska ras nahi nikla.</w:t>
      </w:r>
      <w:r>
        <w:br/>
      </w:r>
      <w:r>
        <w:rPr>
          <w:sz w:val="20"/>
        </w:rPr>
        <w:t>41:27  Isi tarah se bachhe jab tak thokar na khayein, kuch museebat na uthayein, tab tak kuch nahi aata un ko. Yeh meri zindagi ka tajurba hai.</w:t>
      </w:r>
      <w:r>
        <w:br/>
      </w:r>
      <w:r>
        <w:rPr>
          <w:sz w:val="20"/>
        </w:rPr>
        <w:t>41:43  aur jo hadith maine sunai aap ko, woh hadith us ki</w:t>
      </w:r>
      <w:r>
        <w:br/>
      </w:r>
      <w:r>
        <w:rPr>
          <w:sz w:val="20"/>
        </w:rPr>
        <w:t>41:49  deeni aitbaar se us ki tasdeeq hai.</w:t>
      </w:r>
      <w:r>
        <w:br/>
      </w:r>
      <w:r>
        <w:rPr>
          <w:sz w:val="20"/>
        </w:rPr>
        <w:t>41:56  Riyaz Bhatt sahib ne Bangalore se likha hai: "Today lecture was an eye opener for all of us who try to find comfort and satisfaction together.</w:t>
      </w:r>
    </w:p>
    <w:p>
      <w:pPr>
        <w:pStyle w:val="Heading2"/>
      </w:pPr>
      <w:r>
        <w:t>How to develop the Rabbani mindset?</w:t>
      </w:r>
    </w:p>
    <w:p>
      <w:r>
        <w:rPr>
          <w:color w:val="666666"/>
          <w:sz w:val="18"/>
        </w:rPr>
        <w:t>Spirituality · Between Hell and Paradise January 27, 2013 · 1m 58s · at 1:06:43 · https://youtu.be/0IItFxGXPQ4?t=4003</w:t>
      </w:r>
    </w:p>
    <w:p>
      <w:r>
        <w:rPr>
          <w:i/>
        </w:rPr>
        <w:t>“In one of your talks you mentioned about three types of mindset: distorted, technical, and Rabbani. The last one Rabbani being the most desired one to understand the Quran and the Hadith. My question is that how to develop the Rabbani mindset?”</w:t>
      </w:r>
    </w:p>
    <w:p>
      <w:r>
        <w:rPr>
          <w:sz w:val="20"/>
        </w:rPr>
        <w:t>1:06:43  maulana, agla sawal roorkee se hai, sajid anwar sahab ka.</w:t>
      </w:r>
      <w:r>
        <w:br/>
      </w:r>
      <w:r>
        <w:rPr>
          <w:sz w:val="20"/>
        </w:rPr>
        <w:t>1:06:47  unhone likha hai: "In one of your talks you mentioned about three types of mindset: distorted, technical, and Rabbani.</w:t>
      </w:r>
      <w:r>
        <w:br/>
      </w:r>
      <w:r>
        <w:rPr>
          <w:sz w:val="20"/>
        </w:rPr>
        <w:t>1:06:58  The last one Rabbani being the most desired one to understand the Quran and the Hadith. Maulana, my question is that how to develop the Rabbani mindset?</w:t>
      </w:r>
      <w:r>
        <w:br/>
      </w:r>
      <w:r>
        <w:rPr>
          <w:sz w:val="20"/>
        </w:rPr>
        <w:t>1:07:09  Please guide us."</w:t>
      </w:r>
      <w:r>
        <w:br/>
      </w:r>
      <w:r>
        <w:rPr>
          <w:sz w:val="20"/>
        </w:rPr>
        <w:t>1:07:12  dekhiye, rabbani mindset koi purasarar tor par nahin banta, soch kar banta hai, soch kar ke.</w:t>
      </w:r>
      <w:r>
        <w:br/>
      </w:r>
      <w:r>
        <w:rPr>
          <w:sz w:val="20"/>
        </w:rPr>
        <w:t>1:07:22  jaise aaj maine baatein kahin toh har lamha aap sochein ke mere mind mein jo baatein aa rahi hain, woh fibren theory wali aati hain ke jo khula hai, us ki woh aa rahi hain.</w:t>
      </w:r>
      <w:r>
        <w:br/>
      </w:r>
      <w:r>
        <w:rPr>
          <w:sz w:val="20"/>
        </w:rPr>
        <w:t>1:07:35  matlab jo mila hua nahin hai, us par focus mein kar raha hoon ke main mile hue par focus kar raha hoon.</w:t>
      </w:r>
      <w:r>
        <w:br/>
      </w:r>
      <w:r>
        <w:rPr>
          <w:sz w:val="20"/>
        </w:rPr>
        <w:t>1:07:41  sab se badi baat yeh hai har jaanna, har lamha yeh sochiye ke mera focus kahan ja raha hai, mile hue par ya na mile hue par.</w:t>
      </w:r>
      <w:r>
        <w:br/>
      </w:r>
      <w:r>
        <w:rPr>
          <w:sz w:val="20"/>
        </w:rPr>
        <w:t>1:07:50  isi se aap ke andar rabbani shakhsiyat banegi.</w:t>
      </w:r>
      <w:r>
        <w:br/>
      </w:r>
      <w:r>
        <w:rPr>
          <w:sz w:val="20"/>
        </w:rPr>
        <w:t>1:07:55  jaise aaj maine misaal di apni ke kal shaam se le kar aaj ki subah tak bahut se item mujhe shukr ke milte rahe, milte rahe,</w:t>
      </w:r>
      <w:r>
        <w:br/>
      </w:r>
      <w:r>
        <w:rPr>
          <w:sz w:val="20"/>
        </w:rPr>
        <w:t>1:08:04  yahan tak ke bilkul shukr mein ghark ho gaya aur aa kar apne bench pe baitha. aur us waqt jo akhbar mila, us mein kya hai ke nashukri ke item mein log misr mein lad rahe hain, aapas mein maar rahe hain ek doosre ko.</w:t>
      </w:r>
      <w:r>
        <w:br/>
      </w:r>
      <w:r>
        <w:rPr>
          <w:sz w:val="20"/>
        </w:rPr>
        <w:t>1:08:20  wo keh rahe hain laal ansar ko, yaani nashukri ke item ko hum bhoolenge nahi, us ko hum yaad rakhenge taake hum aur zyada satan ke perway bane rahen.</w:t>
      </w:r>
      <w:r>
        <w:br/>
      </w:r>
      <w:r>
        <w:rPr>
          <w:sz w:val="20"/>
        </w:rPr>
        <w:t>1:08:32  isi ko jaanna aur us ke mutabiq zehan ko activate karna, yeh rabbani shakhsiyat banane ka tareeqa hai.</w:t>
      </w:r>
    </w:p>
    <w:p>
      <w:pPr>
        <w:pStyle w:val="Heading2"/>
      </w:pPr>
      <w:r>
        <w:t>How to discover one's helplessness despite ability?</w:t>
      </w:r>
    </w:p>
    <w:p>
      <w:r>
        <w:rPr>
          <w:color w:val="666666"/>
          <w:sz w:val="18"/>
        </w:rPr>
        <w:t>Spirituality · Three levels of Realization 4 July 2010 - Maulana Wahiduddin Khan · 2m 27s · at 1:06:55 · https://youtu.be/H-kx5TldzfQ?t=4015</w:t>
      </w:r>
    </w:p>
    <w:p>
      <w:r>
        <w:rPr>
          <w:i/>
        </w:rPr>
        <w:t>“Maulana, while having ability, how can we discover our helplessness?”</w:t>
      </w:r>
    </w:p>
    <w:p>
      <w:r>
        <w:rPr>
          <w:sz w:val="20"/>
        </w:rPr>
        <w:t>1:06:55  maulana agla sawal abdul basit ne kiya hai doha qatar se unhon ne likha hai: "maulana ikhtiyar rakhte hue kaise apne ajz ko daryaft karein?" yani kis tarah ki soch se hum apne ajz ko daryaft karein?</w:t>
      </w:r>
      <w:r>
        <w:br/>
      </w:r>
      <w:r>
        <w:rPr>
          <w:sz w:val="20"/>
        </w:rPr>
        <w:t>1:07:17  ajz ki daryaft har waqt hoti rehti hai har waqt hoti rehti hai</w:t>
      </w:r>
      <w:r>
        <w:br/>
      </w:r>
      <w:r>
        <w:rPr>
          <w:sz w:val="20"/>
        </w:rPr>
        <w:t>1:07:22  hum koi na koi cheez hum se jaise ab mein farz ki jiye ke yeh uthata hoon aksar hota hai slip kar ke gir jata hai to mein ne apne ajz ko daryaft kiya ke khuda itni bari universe ko manage kar raha hai aur koi aisa na ho ke koi sitara gir pade koi planet gir pade koi star gir pade</w:t>
      </w:r>
      <w:r>
        <w:br/>
      </w:r>
      <w:r>
        <w:rPr>
          <w:sz w:val="20"/>
        </w:rPr>
        <w:t>1:07:45  ab jaise mein kal parson ki baat batata hoon mera daant jo hai wo zuban mein kuch injury ho gayi zuban mein khane khate waqt ittefaq se zuban kahin daant ke is mein aa gayi is ki zad mein aa gayi to zuban mein injury ho gayi</w:t>
      </w:r>
      <w:r>
        <w:br/>
      </w:r>
      <w:r>
        <w:rPr>
          <w:sz w:val="20"/>
        </w:rPr>
        <w:t>1:08:06  bhai doctor ke paas jana para to mein ne socha jate hue ke insaan itna helpless hai ke khud apne daant hain aur apni zuban hai apne daant se bhi apni zuban ko bacha nahi sakta wo</w:t>
      </w:r>
      <w:r>
        <w:br/>
      </w:r>
      <w:r>
        <w:rPr>
          <w:sz w:val="20"/>
        </w:rPr>
        <w:t>1:08:24  yeh bohat anokha mere liye experience tha wo daant bhi meri zuban bhi meri</w:t>
      </w:r>
      <w:r>
        <w:br/>
      </w:r>
      <w:r>
        <w:rPr>
          <w:sz w:val="20"/>
        </w:rPr>
        <w:t>1:08:31  aur mein khud apne daant se apni zuban ko bacha nahi sakta</w:t>
      </w:r>
      <w:r>
        <w:br/>
      </w:r>
      <w:r>
        <w:rPr>
          <w:sz w:val="20"/>
        </w:rPr>
        <w:t>1:08:37  to har waqt har waqt tajruba hota hai is tajrube mein lesson jo chupa hua hai us ko lesson nikaliye har waqt koi na koi aisi cheez hoti hai jo batati hai ke insaan helpless hai to helplessness ka koi koi wo koi course nahi hai wo apne aql ko active karna hai apni soch ko active karna hai</w:t>
      </w:r>
      <w:r>
        <w:br/>
      </w:r>
      <w:r>
        <w:rPr>
          <w:sz w:val="20"/>
        </w:rPr>
        <w:t>1:09:07  yani mein kahoon ke intellectual awakening jitni hogi utni aap is baat ko janenge yani zehni bedari jitna hoga jitni zyada utni zyada aap is se waqif ho jayenge.</w:t>
      </w:r>
    </w:p>
    <w:p>
      <w:pPr>
        <w:pStyle w:val="Heading2"/>
      </w:pPr>
      <w:r>
        <w:t>How to do merciless self-introspection</w:t>
      </w:r>
    </w:p>
    <w:p>
      <w:r>
        <w:rPr>
          <w:color w:val="666666"/>
          <w:sz w:val="18"/>
        </w:rPr>
        <w:t>Spirituality · The Problem of Evil December 4, 2011 · 1m 53s · at 1:42:42 · https://youtu.be/SMqtVjaGHfw?t=6162</w:t>
      </w:r>
    </w:p>
    <w:p>
      <w:r>
        <w:rPr>
          <w:i/>
        </w:rPr>
        <w:t>“How can one do merciless introspection of oneself?”</w:t>
      </w:r>
    </w:p>
    <w:p>
      <w:r>
        <w:rPr>
          <w:sz w:val="20"/>
        </w:rPr>
        <w:t>1:42:42  maulana, agla sawal hai miss naghma siddiqui ka. unhon ne likha hai: "how can one do merciless introspection of oneself?" dekhein, aam tor par yeh hota hai ke aadmi apne ko bacha kar rakhna chahta hai,</w:t>
      </w:r>
      <w:r>
        <w:br/>
      </w:r>
      <w:r>
        <w:rPr>
          <w:sz w:val="20"/>
        </w:rPr>
        <w:t>1:42:58  isi liye jhoot bolta hai, toast kar ke bolta hai, baton ko inferior andaaz mein pesh karta hai. dekhein, mein bacha raha hoon, meri ghalti na sabit ho.</w:t>
      </w:r>
      <w:r>
        <w:br/>
      </w:r>
      <w:r>
        <w:rPr>
          <w:sz w:val="20"/>
        </w:rPr>
        <w:t>1:43:10  to yeh to bohat hi... mein is ko third class ki baat samajhta hoon. aadmi ke andar openness hona chahiye.</w:t>
      </w:r>
      <w:r>
        <w:br/>
      </w:r>
      <w:r>
        <w:rPr>
          <w:sz w:val="20"/>
        </w:rPr>
        <w:t>1:43:18  dekhen, agar aadmi yeh jaan le ke mujhe meri meri jo</w:t>
      </w:r>
      <w:r>
        <w:br/>
      </w:r>
      <w:r>
        <w:rPr>
          <w:sz w:val="20"/>
        </w:rPr>
        <w:t>1:43:27  meri jo kamyabi hai, dunya o akhirat mein, woh isi par depend karti hai, to aadmi is bare mein hote hain, yani kaash ho jayega.</w:t>
      </w:r>
      <w:r>
        <w:br/>
      </w:r>
      <w:r>
        <w:rPr>
          <w:sz w:val="20"/>
        </w:rPr>
        <w:t>1:43:37  jaise jaise ke aaj kal larkiyan baghair booty, apna booty parlour gaye hue, baghair unko tazkar nahi milti.</w:t>
      </w:r>
      <w:r>
        <w:br/>
      </w:r>
      <w:r>
        <w:rPr>
          <w:sz w:val="20"/>
        </w:rPr>
        <w:t>1:43:46  jo booti parliiter nahi jata hai, apne kamre mein aaina dekh kar apni apni ko woh karta hai. To jis jis cheez ke bare mein aadmi, yani kaashs ho, usko qareeb karta hi karta hai.</w:t>
      </w:r>
      <w:r>
        <w:br/>
      </w:r>
      <w:r>
        <w:rPr>
          <w:sz w:val="20"/>
        </w:rPr>
        <w:t>1:44:01  woh usko chhod nahi sakta hai. Woh</w:t>
      </w:r>
      <w:r>
        <w:br/>
      </w:r>
      <w:r>
        <w:rPr>
          <w:sz w:val="20"/>
        </w:rPr>
        <w:t>1:44:05  to jo kaashs hai is mamle mein, yani jo conscious hai is mamle mein ke mujhe log dekhen to main acha lagoon, to woh apna to apne ko sanwarta rehta hai.</w:t>
      </w:r>
      <w:r>
        <w:br/>
      </w:r>
      <w:r>
        <w:rPr>
          <w:sz w:val="20"/>
        </w:rPr>
        <w:t>1:44:21  lekin jisko yeh jo is mamle mein conscious ho jaye ke mujhe Allah taala ke haan, yani Allah ki rehmaton mein hissa daar banna hai, to woh zaroor karega use.</w:t>
      </w:r>
      <w:r>
        <w:br/>
      </w:r>
      <w:r>
        <w:rPr>
          <w:sz w:val="20"/>
        </w:rPr>
        <w:t>1:44:33  yani woh kiye baghair reh nahi sakta hai. Woh</w:t>
      </w:r>
    </w:p>
    <w:p>
      <w:pPr>
        <w:pStyle w:val="Heading2"/>
      </w:pPr>
      <w:r>
        <w:t>How to enlarge the heart for thought purification</w:t>
      </w:r>
    </w:p>
    <w:p>
      <w:r>
        <w:rPr>
          <w:color w:val="666666"/>
          <w:sz w:val="18"/>
        </w:rPr>
        <w:t>Spirituality · Tawbah-e-Nasuh (Sincere Repentance) 16 Feb 2020 - Maulana Wahiduddin Khan · 2m 20s · at 38:38 · https://youtu.be/0CccKs-1Uu8?t=2318</w:t>
      </w:r>
    </w:p>
    <w:p>
      <w:r>
        <w:rPr>
          <w:i/>
        </w:rPr>
        <w:t>“To clean one's thoughts, a very big heart is needed, especially for a dai. My question is: How can we all make our hearts big?”</w:t>
      </w:r>
    </w:p>
    <w:p>
      <w:r>
        <w:rPr>
          <w:sz w:val="20"/>
        </w:rPr>
        <w:t>38:38  maulana agla sawal lete hain. yeh sawal lucknow se bheja hai muhammad waqas sahab ne. unhon ne likha hai: "maulana thought ki safai ke liye bohat bara dil chahiye.</w:t>
      </w:r>
      <w:r>
        <w:br/>
      </w:r>
      <w:r>
        <w:rPr>
          <w:sz w:val="20"/>
        </w:rPr>
        <w:t>38:52  khas kar ek dai ke liye.</w:t>
      </w:r>
      <w:r>
        <w:br/>
      </w:r>
      <w:r>
        <w:rPr>
          <w:sz w:val="20"/>
        </w:rPr>
        <w:t>38:55  mera sawal yeh hai ke hum sab apna dil bara kaise karen?" yeh dil to bara hota hi hai.</w:t>
      </w:r>
      <w:r>
        <w:br/>
      </w:r>
      <w:r>
        <w:rPr>
          <w:sz w:val="20"/>
        </w:rPr>
        <w:t>39:05  jo dil allah ne paida kiya hai, woh to bara hota hi hai. hum is ko chhota kar lete hain.</w:t>
      </w:r>
      <w:r>
        <w:br/>
      </w:r>
      <w:r>
        <w:rPr>
          <w:sz w:val="20"/>
        </w:rPr>
        <w:t>39:15  aur chhota karne ki sab se bari wajah jo hai, woh hai</w:t>
      </w:r>
      <w:r>
        <w:br/>
      </w:r>
      <w:r>
        <w:rPr>
          <w:sz w:val="20"/>
        </w:rPr>
        <w:t>39:22  woh hai</w:t>
      </w:r>
      <w:r>
        <w:br/>
      </w:r>
      <w:r>
        <w:rPr>
          <w:sz w:val="20"/>
        </w:rPr>
        <w:t>39:27  kya kehte hain is ko?</w:t>
      </w:r>
      <w:r>
        <w:br/>
      </w:r>
      <w:r>
        <w:rPr>
          <w:sz w:val="20"/>
        </w:rPr>
        <w:t>39:42  yani apne ko kuch samajh lena. apne ko kuch samajh lena.</w:t>
      </w:r>
      <w:r>
        <w:br/>
      </w:r>
      <w:r>
        <w:rPr>
          <w:sz w:val="20"/>
        </w:rPr>
        <w:t>39:51  jab apne ko kuch na samjhen aap. is waqt hota hai jab allah ki barai jo hai, barai us ko aap discover karen.</w:t>
      </w:r>
      <w:r>
        <w:br/>
      </w:r>
      <w:r>
        <w:rPr>
          <w:sz w:val="20"/>
        </w:rPr>
        <w:t>40:05  mashhoor misal hai ke ek ek lakeer hai, woh lakeer ko tum chhota karna chahte ho to is ke paas doosri lakeer lambi kheench do.</w:t>
      </w:r>
      <w:r>
        <w:br/>
      </w:r>
      <w:r>
        <w:rPr>
          <w:sz w:val="20"/>
        </w:rPr>
        <w:t>40:18  main samajhta hoon ke sab se bara jo tareeqa hai, woh yeh ke aap sochen ke allah sab se sab se bara hai. allah sab se bara hai.</w:t>
      </w:r>
      <w:r>
        <w:br/>
      </w:r>
      <w:r>
        <w:rPr>
          <w:sz w:val="20"/>
        </w:rPr>
        <w:t>40:30  jab aap yeh jaan lenge, discover karenge ke sab se bara to allah hai</w:t>
      </w:r>
      <w:r>
        <w:br/>
      </w:r>
      <w:r>
        <w:rPr>
          <w:sz w:val="20"/>
        </w:rPr>
        <w:t>40:36  aur main to kuch bhi nahi hoon, tab ja kar yeh sifat aayegi aap ke andar. baghair is ke nahi aa sakti hai. lakeer chhoti kheenchne se kuch nahi hota.</w:t>
      </w:r>
      <w:r>
        <w:br/>
      </w:r>
      <w:r>
        <w:rPr>
          <w:sz w:val="20"/>
        </w:rPr>
        <w:t>40:47  allah ko apne dil mein bithayen aap, is se hota hai.</w:t>
      </w:r>
    </w:p>
    <w:p>
      <w:pPr>
        <w:pStyle w:val="Heading2"/>
      </w:pPr>
      <w:r>
        <w:t>How to focus on hereafter and paradise</w:t>
      </w:r>
    </w:p>
    <w:p>
      <w:r>
        <w:rPr>
          <w:color w:val="666666"/>
          <w:sz w:val="18"/>
        </w:rPr>
        <w:t>Spirituality · God in the Age of Science January 08, 2017 · 1m 59s · at 49:34 · https://youtu.be/au1bRdQDZ0U?t=2974</w:t>
      </w:r>
    </w:p>
    <w:p>
      <w:r>
        <w:rPr>
          <w:i/>
        </w:rPr>
        <w:t>“Our focus remains in this world in such a situation. Please guide us as to how to focus on the hereafter and make paradise.”</w:t>
      </w:r>
    </w:p>
    <w:p>
      <w:r>
        <w:rPr>
          <w:sz w:val="20"/>
        </w:rPr>
        <w:t>49:34  comment bheja hai jazak Allah maulana sahab today lecture was very thought provoking maulana agla sawal doctor farida</w:t>
      </w:r>
      <w:r>
        <w:br/>
      </w:r>
      <w:r>
        <w:rPr>
          <w:sz w:val="20"/>
        </w:rPr>
        <w:t>49:41  khanam ne bheja hai delhi se unho ne likha hai our focus remains on this world in such</w:t>
      </w:r>
      <w:r>
        <w:br/>
      </w:r>
      <w:r>
        <w:rPr>
          <w:sz w:val="20"/>
        </w:rPr>
        <w:t>49:49  a such situation please guide us as to how to focus on the hereafter and make paradise our</w:t>
      </w:r>
      <w:r>
        <w:br/>
      </w:r>
      <w:r>
        <w:rPr>
          <w:sz w:val="20"/>
        </w:rPr>
        <w:t>49:56  sole concern dekhein is ka sirf yeh karna hai hamein ke present world jis pe aap focus kiye</w:t>
      </w:r>
      <w:r>
        <w:br/>
      </w:r>
      <w:r>
        <w:rPr>
          <w:sz w:val="20"/>
        </w:rPr>
        <w:t>50:03  hue hain is ki meaning kya hai yaani why this present world jab tak aakhirat se joda nahi</w:t>
      </w:r>
      <w:r>
        <w:br/>
      </w:r>
      <w:r>
        <w:rPr>
          <w:sz w:val="20"/>
        </w:rPr>
        <w:t>50:11  toh meaning less ho jayegi yeh yaani bazahir toh present world hum ko lagti hai meaning full</w:t>
      </w:r>
      <w:r>
        <w:br/>
      </w:r>
      <w:r>
        <w:rPr>
          <w:sz w:val="20"/>
        </w:rPr>
        <w:t>50:18  world lekin aakhirat is ko alag kar dein toh meaning less ho jati hai woh kis liye yaani</w:t>
      </w:r>
      <w:r>
        <w:br/>
      </w:r>
      <w:r>
        <w:rPr>
          <w:sz w:val="20"/>
        </w:rPr>
        <w:t>50:26  itni meaning full kainat hai yeh itni meaning full kainat hai ke is ka ek end hona chahiye</w:t>
      </w:r>
      <w:r>
        <w:br/>
      </w:r>
      <w:r>
        <w:rPr>
          <w:sz w:val="20"/>
        </w:rPr>
        <w:t>50:33  toh end kahan hai yeh duniya mein toh hai nahi toh aakhirat ko jab hum shamil karte hain</w:t>
      </w:r>
      <w:r>
        <w:br/>
      </w:r>
      <w:r>
        <w:rPr>
          <w:sz w:val="20"/>
        </w:rPr>
        <w:t>50:41  tab lagta hai ke yeh duniya meaning meaning ful hai aap ko pata hai ke is waqt haakk</w:t>
      </w:r>
      <w:r>
        <w:br/>
      </w:r>
      <w:r>
        <w:rPr>
          <w:sz w:val="20"/>
        </w:rPr>
        <w:t>50:48  jo sab se bara theoretical scientist mana jata hai is zamane mein woh bar bar yeh keh raha</w:t>
      </w:r>
      <w:r>
        <w:br/>
      </w:r>
      <w:r>
        <w:rPr>
          <w:sz w:val="20"/>
        </w:rPr>
        <w:t>50:56  hai ke yeh duniya to 50 saal mein khatam ho jaye gi khatam hone ke baad laane ke</w:t>
      </w:r>
      <w:r>
        <w:br/>
      </w:r>
      <w:r>
        <w:rPr>
          <w:sz w:val="20"/>
        </w:rPr>
        <w:t>51:03  qabil nahi rahe gi to hamein hamein space colony develop karna parega is ke space colony ka</w:t>
      </w:r>
      <w:r>
        <w:br/>
      </w:r>
      <w:r>
        <w:rPr>
          <w:sz w:val="20"/>
        </w:rPr>
        <w:t>51:11  ek science science fiction hai to aadmi sirf yahi baat to socha hai ke present world jo</w:t>
      </w:r>
      <w:r>
        <w:br/>
      </w:r>
      <w:r>
        <w:rPr>
          <w:sz w:val="20"/>
        </w:rPr>
        <w:t>51:18  hai woh meaning ful meaning less hai ila yeh ke hum is ke sath akhirat ko jorein mein</w:t>
      </w:r>
      <w:r>
        <w:br/>
      </w:r>
      <w:r>
        <w:rPr>
          <w:sz w:val="20"/>
        </w:rPr>
        <w:t>51:25  samajhta hoon ke yahi soch hai jo aadmi ko yani continuously sachai pe qabu rakh sakti hai ji</w:t>
      </w:r>
    </w:p>
    <w:p>
      <w:pPr>
        <w:pStyle w:val="Heading2"/>
      </w:pPr>
      <w:r>
        <w:t>How to focus youth on spiritual development?</w:t>
      </w:r>
    </w:p>
    <w:p>
      <w:r>
        <w:rPr>
          <w:color w:val="666666"/>
          <w:sz w:val="18"/>
        </w:rPr>
        <w:t>Spirituality · Pillars of Western Thought October 6, 2013 · 1m 44s · at 1:08:19 · https://youtu.be/o4WfPvju5_M?t=4099</w:t>
      </w:r>
    </w:p>
    <w:p>
      <w:r>
        <w:rPr>
          <w:i/>
        </w:rPr>
        <w:t>“I am working with youths in my area, but find it extremely difficult to address their minds towards peace and spirituality, as their prime focus is money. How can we tackle the youths of today and make them focus on spiritual and intellectual development?”</w:t>
      </w:r>
    </w:p>
    <w:p>
      <w:r>
        <w:rPr>
          <w:sz w:val="20"/>
        </w:rPr>
        <w:t>1:08:19  maulana chennai se agla sawal kiya hai. mister sameer mehta ne</w:t>
      </w:r>
      <w:r>
        <w:br/>
      </w:r>
      <w:r>
        <w:rPr>
          <w:sz w:val="20"/>
        </w:rPr>
        <w:t>1:08:24  . unhon ne likha hai: "maulana sahib, i am working on youths in my area, but find it extremely difficult to address their minds towards peace and spirituality, as their prime focus is money.</w:t>
      </w:r>
      <w:r>
        <w:br/>
      </w:r>
      <w:r>
        <w:rPr>
          <w:sz w:val="20"/>
        </w:rPr>
        <w:t>1:08:40  how can we tackle the youths of today and make them focus on spiritual and intellectual development?"</w:t>
      </w:r>
      <w:r>
        <w:br/>
      </w:r>
      <w:r>
        <w:rPr>
          <w:sz w:val="20"/>
        </w:rPr>
        <w:t>1:08:48  bhai, hum bhi isi duniya mein hain. humein to aisa nahi hai. hamara tajurba to aisa nahi hai. aap shayad pure majmoo'e ko, crowd ko ko address karte honge.</w:t>
      </w:r>
      <w:r>
        <w:br/>
      </w:r>
      <w:r>
        <w:rPr>
          <w:sz w:val="20"/>
        </w:rPr>
        <w:t>1:09:00  hum individual ko address karte hain. aap aik jalsa karein, bheed bhaad jama karein aur taqreer karein to wahan aap ko result nahi milega. hum bhi aisa nahi karte.</w:t>
      </w:r>
      <w:r>
        <w:br/>
      </w:r>
      <w:r>
        <w:rPr>
          <w:sz w:val="20"/>
        </w:rPr>
        <w:t>1:09:11  aap</w:t>
      </w:r>
      <w:r>
        <w:br/>
      </w:r>
      <w:r>
        <w:rPr>
          <w:sz w:val="20"/>
        </w:rPr>
        <w:t>1:09:12  individual ko focus kijiye, fard fard ko focus kijiye to aap ko khasi shikayatein hi hongi. jo log bhi bheed ko address karte hain to woh bheed ki psychology alag hoti hai,</w:t>
      </w:r>
      <w:r>
        <w:br/>
      </w:r>
      <w:r>
        <w:rPr>
          <w:sz w:val="20"/>
        </w:rPr>
        <w:t>1:09:26  fard ki psychology alag hoti hai.</w:t>
      </w:r>
      <w:r>
        <w:br/>
      </w:r>
      <w:r>
        <w:rPr>
          <w:sz w:val="20"/>
        </w:rPr>
        <w:t>1:09:30  bheed ki psychology ka bharkane wala koi aap ko issue ho to to bara acha hai. kisi issue par aap ko bharkana ho to bheed jama kijiye, zyada taqreer kijiye.</w:t>
      </w:r>
      <w:r>
        <w:br/>
      </w:r>
      <w:r>
        <w:rPr>
          <w:sz w:val="20"/>
        </w:rPr>
        <w:t>1:09:40  log bhark uthein ge aur is ke baad sarkon par aa jayenge. lekin insaan banane banane ke liye yeh tareeqa sahi nahi hai. insaan banane ka tareeqa hai ke aap individual ko, individual ko address karein.</w:t>
      </w:r>
      <w:r>
        <w:br/>
      </w:r>
      <w:r>
        <w:rPr>
          <w:sz w:val="20"/>
        </w:rPr>
        <w:t>1:09:53  aik hum to yahi karte hain. hum hum to samajhte hain ke hamara mashal bara kamyabi ke sath chal raha hai.</w:t>
      </w:r>
    </w:p>
    <w:p>
      <w:pPr>
        <w:pStyle w:val="Heading2"/>
      </w:pPr>
      <w:r>
        <w:t>How to get rid of recurring sins</w:t>
      </w:r>
    </w:p>
    <w:p>
      <w:r>
        <w:rPr>
          <w:color w:val="666666"/>
          <w:sz w:val="18"/>
        </w:rPr>
        <w:t>Spirituality · The Method of Planning August 14, 2016 · 37s · at 54:33 · https://youtu.be/84WV8NS2VKQ?t=3273</w:t>
      </w:r>
    </w:p>
    <w:p>
      <w:r>
        <w:rPr>
          <w:i/>
        </w:rPr>
        <w:t>“I want to get rid of sins but then I keep getting into it. Please advise me how I can get out of doing sin.”</w:t>
      </w:r>
    </w:p>
    <w:p>
      <w:r>
        <w:rPr>
          <w:sz w:val="20"/>
        </w:rPr>
        <w:t>54:33  Maulana, agla sawal Bhubaneshwar se kiya hai Safdar Hashim sahib ne, unhon ne likha hai ke I want</w:t>
      </w:r>
      <w:r>
        <w:br/>
      </w:r>
      <w:r>
        <w:rPr>
          <w:sz w:val="20"/>
        </w:rPr>
        <w:t>54:39  to get rid of sins but then I keep getting into it.</w:t>
      </w:r>
      <w:r>
        <w:br/>
      </w:r>
      <w:r>
        <w:rPr>
          <w:sz w:val="20"/>
        </w:rPr>
        <w:t>54:46  molana sahib, please advise me how I can get out of doing sin.</w:t>
      </w:r>
      <w:r>
        <w:br/>
      </w:r>
      <w:r>
        <w:rPr>
          <w:sz w:val="20"/>
        </w:rPr>
        <w:t>54:52  sindh s a i n? ji, bhai, quran parhiye aur main kya keh sakta hoon? quran ko samajh kar</w:t>
      </w:r>
      <w:r>
        <w:br/>
      </w:r>
      <w:r>
        <w:rPr>
          <w:sz w:val="20"/>
        </w:rPr>
        <w:t>54:58  parhiye bar bar, yeh main keh sakta hoon.</w:t>
      </w:r>
      <w:r>
        <w:br/>
      </w:r>
      <w:r>
        <w:rPr>
          <w:sz w:val="20"/>
        </w:rPr>
        <w:t>55:04  quran ko samajh kar bar bar parhiye.</w:t>
      </w:r>
    </w:p>
    <w:p>
      <w:pPr>
        <w:pStyle w:val="Heading2"/>
      </w:pPr>
      <w:r>
        <w:t>How to know and measure realization of God</w:t>
      </w:r>
    </w:p>
    <w:p>
      <w:r>
        <w:rPr>
          <w:color w:val="666666"/>
          <w:sz w:val="18"/>
        </w:rPr>
        <w:t>Spirituality · Three levels of Realization 4 July 2010 - Maulana Wahiduddin Khan · 1m 55s · at 1:26:26 · https://youtu.be/H-kx5TldzfQ?t=5186</w:t>
      </w:r>
    </w:p>
    <w:p>
      <w:r>
        <w:rPr>
          <w:i/>
        </w:rPr>
        <w:t>“How will we know that we have realized God? Is there any way to measure the level of realization?”</w:t>
      </w:r>
    </w:p>
    <w:p>
      <w:r>
        <w:rPr>
          <w:sz w:val="20"/>
        </w:rPr>
        <w:t>1:26:26  maulana, agla sawal aaya hai mr shakeel ur rehman ka, delhi se. unhon ne poocha hai ke "how we will come to know that we have realized god?</w:t>
      </w:r>
      <w:r>
        <w:br/>
      </w:r>
      <w:r>
        <w:rPr>
          <w:sz w:val="20"/>
        </w:rPr>
        <w:t>1:26:37  is there any way to measure the level of realization?"</w:t>
      </w:r>
      <w:r>
        <w:br/>
      </w:r>
      <w:r>
        <w:rPr>
          <w:sz w:val="20"/>
        </w:rPr>
        <w:t>1:26:46  dekhein, quran majeed mein do aayatein hain jo batati hain criteria.</w:t>
      </w:r>
      <w:r>
        <w:br/>
      </w:r>
      <w:r>
        <w:rPr>
          <w:sz w:val="20"/>
        </w:rPr>
        <w:t>1:26:55  ek hai "allazina amanu ashadd hubba lillah", doosra hai "wa lam yaks illa lillah".</w:t>
      </w:r>
      <w:r>
        <w:br/>
      </w:r>
      <w:r>
        <w:rPr>
          <w:sz w:val="20"/>
        </w:rPr>
        <w:t>1:27:05  har aadmi khud apne ko jaanch kar dekh sakta hai ke kya is ke andar yeh baat aayi hai ke is ne sab se zyada concern khuda ko banaya ho aur sab zyada is ko khuda se ki ki pakad ka dar rehta ho.</w:t>
      </w:r>
      <w:r>
        <w:br/>
      </w:r>
      <w:r>
        <w:rPr>
          <w:sz w:val="20"/>
        </w:rPr>
        <w:t>1:27:22  accountability, yani accountability ka gah</w:t>
      </w:r>
    </w:p>
    <w:p>
      <w:pPr>
        <w:pStyle w:val="Heading2"/>
      </w:pPr>
      <w:r>
        <w:t>How to know blessings from roza shock</w:t>
      </w:r>
    </w:p>
    <w:p>
      <w:r>
        <w:rPr>
          <w:color w:val="666666"/>
          <w:sz w:val="18"/>
        </w:rPr>
        <w:t>Spirituality · Roza (Fasting) Shock May 26, 2019 · 1m 06s · at 37:47 · https://youtu.be/GXYhGriFRpM?t=2267</w:t>
      </w:r>
    </w:p>
    <w:p>
      <w:r>
        <w:rPr>
          <w:i/>
        </w:rPr>
        <w:t>“The concept of 'roza shock' is completely new for me. My question is: how can we know that we have received some blessings from God in the form of 'roza shock'? Please guide us in this.”</w:t>
      </w:r>
    </w:p>
    <w:p>
      <w:r>
        <w:rPr>
          <w:sz w:val="20"/>
        </w:rPr>
        <w:t>37:47  maulana, agla sawal bheja hai sajid anwar sahib ne mumbai se. unhon ne likha hai: "maulana, the concept of roza shock is completely new for me.</w:t>
      </w:r>
      <w:r>
        <w:br/>
      </w:r>
      <w:r>
        <w:rPr>
          <w:sz w:val="20"/>
        </w:rPr>
        <w:t>37:59  my question is that as how we can know that we have received some blessings from god in the form of roza shock</w:t>
      </w:r>
      <w:r>
        <w:br/>
      </w:r>
      <w:r>
        <w:rPr>
          <w:sz w:val="20"/>
        </w:rPr>
        <w:t>38:08  ? please guide us in this." maulana, bas sochna, tadabbur, tafakkur. quran mein khud likha hua hai ke quran is liye utra hai ke log is par ghaur karein.</w:t>
      </w:r>
      <w:r>
        <w:br/>
      </w:r>
      <w:r>
        <w:rPr>
          <w:sz w:val="20"/>
        </w:rPr>
        <w:t>38:22  yaani quran mein book of contemplation hai. yeh khud quran mein likha hua hai ke quran book of contemplation hai.</w:t>
      </w:r>
      <w:r>
        <w:br/>
      </w:r>
      <w:r>
        <w:rPr>
          <w:sz w:val="20"/>
        </w:rPr>
        <w:t>38:36  to lekin aap jab roze ko khane peene ka mahina bana dein aur quran ko bas lafzi tilawat ko bana ki kitaab bana dein to ghalati aap ki hui.</w:t>
      </w:r>
    </w:p>
    <w:p>
      <w:pPr>
        <w:pStyle w:val="Heading2"/>
      </w:pPr>
      <w:r>
        <w:t>How to know if someone is God realized</w:t>
      </w:r>
    </w:p>
    <w:p>
      <w:r>
        <w:rPr>
          <w:color w:val="666666"/>
          <w:sz w:val="18"/>
        </w:rPr>
        <w:t>Spirituality · Realization of God December 18, 2016 Maulana Wahiduddin Khan · 1m 00s · at 55:45 · https://youtu.be/LHKb2btTIT8?t=3345</w:t>
      </w:r>
    </w:p>
    <w:p>
      <w:r>
        <w:rPr>
          <w:i/>
        </w:rPr>
        <w:t>“Is there a way to know whether a person is God realized or not?”</w:t>
      </w:r>
    </w:p>
    <w:p>
      <w:r>
        <w:rPr>
          <w:sz w:val="20"/>
        </w:rPr>
        <w:t>55:45  agla sawal lucknow say kiya hai ghafoor alam sahib nay aur unhonay aap say poocha hai kay</w:t>
      </w:r>
      <w:r>
        <w:br/>
      </w:r>
      <w:r>
        <w:rPr>
          <w:sz w:val="20"/>
        </w:rPr>
        <w:t>55:52  Is there a way, Maulana Sahib, to know whether a person is God-realized or not?</w:t>
      </w:r>
      <w:r>
        <w:br/>
      </w:r>
      <w:r>
        <w:rPr>
          <w:sz w:val="20"/>
        </w:rPr>
        <w:t>56:00  aakhri mani mein to sirf Allah hi ko pata hai lekin yani alamat kay tor par har aadmi</w:t>
      </w:r>
      <w:r>
        <w:br/>
      </w:r>
      <w:r>
        <w:rPr>
          <w:sz w:val="20"/>
        </w:rPr>
        <w:t>56:07  pehchan leta hai pehchan sakta hai in terms yani alamat kay mani mein aap pehchan saktay hain lekin</w:t>
      </w:r>
      <w:r>
        <w:br/>
      </w:r>
      <w:r>
        <w:rPr>
          <w:sz w:val="20"/>
        </w:rPr>
        <w:t>56:15  aakhri ilm to sirf Allah ko hai woh kisi aur ko nahi hai aur woh kiya hai is</w:t>
      </w:r>
      <w:r>
        <w:br/>
      </w:r>
      <w:r>
        <w:rPr>
          <w:sz w:val="20"/>
        </w:rPr>
        <w:t>56:22  insan ki is insan kay face us ka lehja bolnay ka us ki baatein us ki positivity yeh</w:t>
      </w:r>
      <w:r>
        <w:br/>
      </w:r>
      <w:r>
        <w:rPr>
          <w:sz w:val="20"/>
        </w:rPr>
        <w:t>56:30  dekh kay aap pehchan lain kay aadmi kaisa hai yeh koi mushkil nahi hai pehchan na lekin aakhri ilm</w:t>
      </w:r>
      <w:r>
        <w:br/>
      </w:r>
      <w:r>
        <w:rPr>
          <w:sz w:val="20"/>
        </w:rPr>
        <w:t>56:38  jo hai bilashuba woh Allah kay pas hai woh kisi aur kay pas nahi hai Maulana Pakistan say</w:t>
      </w:r>
    </w:p>
    <w:p>
      <w:pPr>
        <w:pStyle w:val="Heading2"/>
      </w:pPr>
      <w:r>
        <w:t>How to live in God's glory not our own?</w:t>
      </w:r>
    </w:p>
    <w:p>
      <w:r>
        <w:rPr>
          <w:color w:val="666666"/>
          <w:sz w:val="18"/>
        </w:rPr>
        <w:t>Spirituality · Man and Paradise August 18, 2013 · 1m 38s · at 47:49 · https://youtu.be/v7eX25YAjDU?t=2869</w:t>
      </w:r>
    </w:p>
    <w:p>
      <w:r>
        <w:rPr>
          <w:i/>
        </w:rPr>
        <w:t>“We are helpless, but still we live in our own glory. How can we live in the glory of God?”</w:t>
      </w:r>
    </w:p>
    <w:p>
      <w:r>
        <w:rPr>
          <w:sz w:val="20"/>
        </w:rPr>
        <w:t>47:49  molana, agla sawal dilli se hai miss naghma siddiqui ka. unhon ne likha hai: "Maulana, in this world we are helpless, but still we often live in our own glory.</w:t>
      </w:r>
      <w:r>
        <w:br/>
      </w:r>
      <w:r>
        <w:rPr>
          <w:sz w:val="20"/>
        </w:rPr>
        <w:t>48:04  My question is, how can we live in the glory of God?"</w:t>
      </w:r>
      <w:r>
        <w:br/>
      </w:r>
      <w:r>
        <w:rPr>
          <w:sz w:val="20"/>
        </w:rPr>
        <w:t>48:09  daikhen, jo log apni glory mein jeete hain, is ka naam glory nahin hai, is ka naam hai arrogance.</w:t>
      </w:r>
      <w:r>
        <w:br/>
      </w:r>
      <w:r>
        <w:rPr>
          <w:sz w:val="20"/>
        </w:rPr>
        <w:t>48:19  yeh arrogance ka beautiful word hai. yeh jo log apni glory mein jeete hon, woh haqeeqat mein arrogance mein jeete hain, aur arrogance jo hai, woh bilashuba jaiz nahin hai.</w:t>
      </w:r>
      <w:r>
        <w:br/>
      </w:r>
      <w:r>
        <w:rPr>
          <w:sz w:val="20"/>
        </w:rPr>
        <w:t>48:34  aik hadith hai ke aisa shakhs jannat mein nahin jaega jis ke andar aik rai ke barabar bhi arrogance ho.</w:t>
      </w:r>
      <w:r>
        <w:br/>
      </w:r>
      <w:r>
        <w:rPr>
          <w:sz w:val="20"/>
        </w:rPr>
        <w:t>48:45  man la yutahhir jannat min kan fi qalbihi mithqal habbat khard min kibr</w:t>
      </w:r>
      <w:r>
        <w:br/>
      </w:r>
      <w:r>
        <w:rPr>
          <w:sz w:val="20"/>
        </w:rPr>
        <w:t>48:54  la yutahhir jannat min kan fi qalbihi mithqal habbat khard min kibr</w:t>
      </w:r>
      <w:r>
        <w:br/>
      </w:r>
      <w:r>
        <w:rPr>
          <w:sz w:val="20"/>
        </w:rPr>
        <w:t>48:59  woh aadmi jannat mein nahin jae, nahin jaega jis ke andar rai ke daane ke barabar bhi kibr ho. to main daikh, glory jo log self glory mein jeete hain, woh arrogance mein jeete hain, aur agar arrogance mein jeena to yeh to bohat hi risky baat hai.</w:t>
      </w:r>
      <w:r>
        <w:br/>
      </w:r>
      <w:r>
        <w:rPr>
          <w:sz w:val="20"/>
        </w:rPr>
        <w:t>49:19  bohat bara risk le rahe hain aise log akhirat ke aitbar se.</w:t>
      </w:r>
    </w:p>
    <w:p>
      <w:pPr>
        <w:pStyle w:val="Heading2"/>
      </w:pPr>
      <w:r>
        <w:t>How to maintain high state of ma'rifat</w:t>
      </w:r>
    </w:p>
    <w:p>
      <w:r>
        <w:rPr>
          <w:color w:val="666666"/>
          <w:sz w:val="18"/>
        </w:rPr>
        <w:t>Spirituality · Realization of God in the Age of Science March 1, 2020 Maulana Wahiduddin Khan · 5m 10s · at 36:19 · https://youtu.be/duUnwicq5Yw?t=2179</w:t>
      </w:r>
    </w:p>
    <w:p>
      <w:r>
        <w:rPr>
          <w:i/>
        </w:rPr>
        <w:t>“Sometimes I feel my ma'rifat is high and sometimes I feel it is low. I get very frustrated with this high and low experience. My question is: how can I always be in a state of high ma'rifat?”</w:t>
      </w:r>
    </w:p>
    <w:p>
      <w:r>
        <w:rPr>
          <w:sz w:val="20"/>
        </w:rPr>
        <w:t>36:19  a definite clash may otherwise occur. he is Allah alone as a sole power who controls and manages entire universe." molana, agla sawal bheja hai ahmedabad se</w:t>
      </w:r>
      <w:r>
        <w:br/>
      </w:r>
      <w:r>
        <w:rPr>
          <w:sz w:val="20"/>
        </w:rPr>
        <w:t>36:37  firoze khan sahib ne. unho ne likha hai: "molana, sometimes i feel my marifat is high and sometimes i feel it is low.</w:t>
      </w:r>
      <w:r>
        <w:br/>
      </w:r>
      <w:r>
        <w:rPr>
          <w:sz w:val="20"/>
        </w:rPr>
        <w:t>36:48  i get very frustrated with this high and low experience. my question is: how can i always be in a state of high marifat?</w:t>
      </w:r>
      <w:r>
        <w:br/>
      </w:r>
      <w:r>
        <w:rPr>
          <w:sz w:val="20"/>
        </w:rPr>
        <w:t>36:58  please advise." kyunke woh unnatural hai,</w:t>
      </w:r>
      <w:r>
        <w:br/>
      </w:r>
      <w:r>
        <w:rPr>
          <w:sz w:val="20"/>
        </w:rPr>
        <w:t>37:02  unnatural hai. woh kabhi bhi marifat, kabhi bhi</w:t>
      </w:r>
      <w:r>
        <w:br/>
      </w:r>
      <w:r>
        <w:rPr>
          <w:sz w:val="20"/>
        </w:rPr>
        <w:t>37:12  aso aso aso hoti hai. is mein up down hota hai. yeh bilkul natural hai. is ki tamanna nahi karna chahiye.</w:t>
      </w:r>
      <w:r>
        <w:br/>
      </w:r>
      <w:r>
        <w:rPr>
          <w:sz w:val="20"/>
        </w:rPr>
        <w:t>37:25  bas koshish, apni koshish</w:t>
      </w:r>
      <w:r>
        <w:br/>
      </w:r>
      <w:r>
        <w:rPr>
          <w:sz w:val="20"/>
        </w:rPr>
        <w:t>37:28  jaari rakhni chahiye.</w:t>
      </w:r>
      <w:r>
        <w:br/>
      </w:r>
      <w:r>
        <w:rPr>
          <w:sz w:val="20"/>
        </w:rPr>
        <w:t>37:34  zubair siddiqui sahib ne meerut se likha hai: "agar bara gunah hum se ho gaya ho to kya hum apne khalq se yeh umeed rakh sakte hain ke woh hamari galtiyon ko aakhirat mein maaf kar dega?</w:t>
      </w:r>
      <w:r>
        <w:br/>
      </w:r>
      <w:r>
        <w:rPr>
          <w:sz w:val="20"/>
        </w:rPr>
        <w:t>37:48  kaise apne dil ko sukoon mein rakhen? molana sahib, sara waqt guilt feeling mein guzar jata hai.</w:t>
      </w:r>
      <w:r>
        <w:br/>
      </w:r>
      <w:r>
        <w:rPr>
          <w:sz w:val="20"/>
        </w:rPr>
        <w:t>37:57  nahi, dekhiye, is ka jawab khud quran mein maujood hai. yaani quran mein ek ayat hai jis ko tamam jo baray baray ulma hue hain,</w:t>
      </w:r>
      <w:r>
        <w:br/>
      </w:r>
      <w:r>
        <w:rPr>
          <w:sz w:val="20"/>
        </w:rPr>
        <w:t>38:12  including sahaba,</w:t>
      </w:r>
      <w:r>
        <w:br/>
      </w:r>
      <w:r>
        <w:rPr>
          <w:sz w:val="20"/>
        </w:rPr>
        <w:t>38:14  isko quran ki sab se zyada arjo ayat kehte hain. arjo ka maani hopeful hai.</w:t>
      </w:r>
      <w:r>
        <w:br/>
      </w:r>
      <w:r>
        <w:rPr>
          <w:sz w:val="20"/>
        </w:rPr>
        <w:t>38:29  is ayat, woh ayat aap ke samne parhi jayegi aur is ka tarjuma kiya jayega. saheeh sahib,</w:t>
      </w:r>
      <w:r>
        <w:br/>
      </w:r>
      <w:r>
        <w:rPr>
          <w:sz w:val="20"/>
        </w:rPr>
        <w:t>38:41  allazina asrafoo</w:t>
      </w:r>
      <w:r>
        <w:br/>
      </w:r>
      <w:r>
        <w:rPr>
          <w:sz w:val="20"/>
        </w:rPr>
        <w:t>38:45  surah zumar, chapter number 39, verse number 53: qul ya ibadi allazina asrafoo ala anfusihim la taqnato min rahmatillah, innallaha yaghfirudh dhunuba jameea, innahu huwal ghafurur rahim.</w:t>
      </w:r>
      <w:r>
        <w:br/>
      </w:r>
      <w:r>
        <w:rPr>
          <w:sz w:val="20"/>
        </w:rPr>
        <w:t>39:02  tum kaho: aye mere bando jinho ne apne jano par zulm ki hai, Allah ki rehmat se na umeed na ho.</w:t>
      </w:r>
      <w:r>
        <w:br/>
      </w:r>
      <w:r>
        <w:rPr>
          <w:sz w:val="20"/>
        </w:rPr>
        <w:t>39:10  beshak Allah maaf karta hai tamam gunaho ko. beshak woh maghfirat karne wala, reham karne wala hai. jab mein is ayat ko parhta hoon to jo jo tamam is mein hai,</w:t>
      </w:r>
      <w:r>
        <w:br/>
      </w:r>
      <w:r>
        <w:rPr>
          <w:sz w:val="20"/>
        </w:rPr>
        <w:t>39:27  jabhi</w:t>
      </w:r>
      <w:r>
        <w:br/>
      </w:r>
      <w:r>
        <w:rPr>
          <w:sz w:val="20"/>
        </w:rPr>
        <w:t>39:28  to mujhe ajeeb maloom hota hai ke Allah taala ka yeh shayad sab se bara tohfa apne bando ke liye hai</w:t>
      </w:r>
      <w:r>
        <w:br/>
      </w:r>
      <w:r>
        <w:rPr>
          <w:sz w:val="20"/>
        </w:rPr>
        <w:t>39:41  ke agar tum tauba-e-nasuh karo, agar tum</w:t>
      </w:r>
      <w:r>
        <w:br/>
      </w:r>
      <w:r>
        <w:rPr>
          <w:sz w:val="20"/>
        </w:rPr>
        <w:t>39:49  tumhare andar repentance aaye aur tum sach much Allah se maafi mango to Allah zaroor maaf kar dega.</w:t>
      </w:r>
      <w:r>
        <w:br/>
      </w:r>
      <w:r>
        <w:rPr>
          <w:sz w:val="20"/>
        </w:rPr>
        <w:t>40:05  yeh Quran ki sab se zyada hopeful ayat hai. Ek martaba aur aap is ko parh dijiye aur hawala badal dijiye.</w:t>
      </w:r>
      <w:r>
        <w:br/>
      </w:r>
      <w:r>
        <w:rPr>
          <w:sz w:val="20"/>
        </w:rPr>
        <w:t>40:17  Surah Az-Zumar, Surah number 39, verse number 53,</w:t>
      </w:r>
      <w:r>
        <w:br/>
      </w:r>
      <w:r>
        <w:rPr>
          <w:sz w:val="20"/>
        </w:rPr>
        <w:t>40:23  ayat number 53: Qul ya ibadi allazina asrafu ala anfusihim la taqnatu min rahmatillah, innallaha yaghfirudh dhunuba jami'a, innahu huwal Ghafurur Rahim.</w:t>
      </w:r>
      <w:r>
        <w:br/>
      </w:r>
      <w:r>
        <w:rPr>
          <w:sz w:val="20"/>
        </w:rPr>
        <w:t>40:36  tum kaho: Ae mere bando jinho ne apni janon par zulm kiya hai,</w:t>
      </w:r>
      <w:r>
        <w:br/>
      </w:r>
      <w:r>
        <w:rPr>
          <w:sz w:val="20"/>
        </w:rPr>
        <w:t>40:41  Allah ki rehmat se mayoos na ho. Beshak Allah maaf karne wala hai tamam gunahon ko. Beshak woh bakhsne wala, reham karne wala hai.</w:t>
      </w:r>
      <w:r>
        <w:br/>
      </w:r>
      <w:r>
        <w:rPr>
          <w:sz w:val="20"/>
        </w:rPr>
        <w:t>41:00  Doctor Safeena Tabassum ne Saharanpur se comment bheja hai. Unhone likha hai: "Maulana sahib, aaj aap ne mere andar imaan taaza kar diya.</w:t>
      </w:r>
      <w:r>
        <w:br/>
      </w:r>
      <w:r>
        <w:rPr>
          <w:sz w:val="20"/>
        </w:rPr>
        <w:t>41:11  Inshallah, main ek nayi spirit ke sath poori tarah se is mission ka part rahungi. Allah CPS ke efforts ko kamyab dein.</w:t>
      </w:r>
      <w:r>
        <w:br/>
      </w:r>
      <w:r>
        <w:rPr>
          <w:sz w:val="20"/>
        </w:rPr>
        <w:t>41:21  Allah hum sab ko gumrahi se bachaye. Jazak Allah Maulana sahib."</w:t>
      </w:r>
      <w:r>
        <w:br/>
      </w:r>
      <w:r>
        <w:rPr>
          <w:sz w:val="20"/>
        </w:rPr>
        <w:t>41:27  Mashallah!</w:t>
      </w:r>
    </w:p>
    <w:p>
      <w:pPr>
        <w:pStyle w:val="Heading2"/>
      </w:pPr>
      <w:r>
        <w:t>How to overcome frustration and purify soul</w:t>
      </w:r>
    </w:p>
    <w:p>
      <w:r>
        <w:rPr>
          <w:color w:val="666666"/>
          <w:sz w:val="18"/>
        </w:rPr>
        <w:t>Spirituality · Hadith-e-Jibril, April 21, 2013 · 5m 54s · at 1:02:36 · https://youtu.be/0rF6Ou0pDog?t=3756</w:t>
      </w:r>
    </w:p>
    <w:p>
      <w:r>
        <w:rPr>
          <w:i/>
        </w:rPr>
        <w:t>“How can one come out of frustration and find the truth of life? How can one purify one's soul? I am in a lot of negativity.”</w:t>
      </w:r>
    </w:p>
    <w:p>
      <w:r>
        <w:rPr>
          <w:sz w:val="20"/>
        </w:rPr>
        <w:t>1:02:36  maulana, agla sawal aya hai Ghulam Ali sahib ka. unhon ne apni location nahi likhi hai par un ka sawal yeh hai Maulana sahib Please tell me how can one come out of frustration and find the truth of life?</w:t>
      </w:r>
      <w:r>
        <w:br/>
      </w:r>
      <w:r>
        <w:rPr>
          <w:sz w:val="20"/>
        </w:rPr>
        <w:t>1:02:51  How can one purify one's soul?</w:t>
      </w:r>
      <w:r>
        <w:br/>
      </w:r>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How to practice introspection for ma'rifat</w:t>
      </w:r>
    </w:p>
    <w:p>
      <w:r>
        <w:rPr>
          <w:color w:val="666666"/>
          <w:sz w:val="18"/>
        </w:rPr>
        <w:t>Spirituality · The Importance of Thinking November 10, 2013 · 2m 24s · at 51:35 · https://youtu.be/y16CddTHoqE?t=3095</w:t>
      </w:r>
    </w:p>
    <w:p>
      <w:r>
        <w:rPr>
          <w:i/>
        </w:rPr>
        <w:t>“Introspection is most important for high ma'rifat. Maulana, please advise on how to do introspection.”</w:t>
      </w:r>
    </w:p>
    <w:p>
      <w:r>
        <w:rPr>
          <w:sz w:val="20"/>
        </w:rPr>
        <w:t>51:35  Maulana, agla sawal Dilli se hai Miss Naghma Siddiqui</w:t>
      </w:r>
      <w:r>
        <w:br/>
      </w:r>
      <w:r>
        <w:rPr>
          <w:sz w:val="20"/>
        </w:rPr>
        <w:t>51:39  ka. unhon ne likha hai: "Introspection is most important for high marifat." Maulana, please advise us how to do introspection.</w:t>
      </w:r>
      <w:r>
        <w:br/>
      </w:r>
      <w:r>
        <w:rPr>
          <w:sz w:val="20"/>
        </w:rPr>
        <w:t>51:54  dekhiye, introspection toh unfold hota hai, automatically unfold hota hai.</w:t>
      </w:r>
      <w:r>
        <w:br/>
      </w:r>
      <w:r>
        <w:rPr>
          <w:sz w:val="20"/>
        </w:rPr>
        <w:t>52:04  sab se bari cheez jo chahiye, woh modesty hai. modesty jaise hi modesty aayi, sab unfold hone laga.</w:t>
      </w:r>
      <w:r>
        <w:br/>
      </w:r>
      <w:r>
        <w:rPr>
          <w:sz w:val="20"/>
        </w:rPr>
        <w:t>52:16  Hadees mein likha aata hai: "man tawada' rafa' Allah". jo modesty ikhtiyar karta hai, Allah us ko buland karta hai.</w:t>
      </w:r>
      <w:r>
        <w:br/>
      </w:r>
      <w:r>
        <w:rPr>
          <w:sz w:val="20"/>
        </w:rPr>
        <w:t>52:26  yeh automatic baat nahi hai.</w:t>
      </w:r>
      <w:r>
        <w:br/>
      </w:r>
      <w:r>
        <w:rPr>
          <w:sz w:val="20"/>
        </w:rPr>
        <w:t>52:29  modesty karega toh us ke uska sab potential unfold hone lagenge.</w:t>
      </w:r>
      <w:r>
        <w:br/>
      </w:r>
      <w:r>
        <w:rPr>
          <w:sz w:val="20"/>
        </w:rPr>
        <w:t>52:38  tabhi introspection aayega aur Allah se qurbat sari sab kuch aati chali jayegi. qurbat toh "man tawada' rafa' Allah".</w:t>
      </w:r>
      <w:r>
        <w:br/>
      </w:r>
      <w:r>
        <w:rPr>
          <w:sz w:val="20"/>
        </w:rPr>
        <w:t>52:48  jo modesty ikhtiyar karta hai toh Allah us ko buland karta hai. yani modesty ki sathi se beginning hoti hai.</w:t>
      </w:r>
      <w:r>
        <w:br/>
      </w:r>
      <w:r>
        <w:rPr>
          <w:sz w:val="20"/>
        </w:rPr>
        <w:t>52:57  agar aap ke andar modesty na ho toh aap ka toh beginning bhi nahi hogi.</w:t>
      </w:r>
      <w:r>
        <w:br/>
      </w:r>
      <w:r>
        <w:rPr>
          <w:sz w:val="20"/>
        </w:rPr>
        <w:t>53:05  toh sab kuch ka raaz mere dukh modesty hai. apne aap ko jo aadmi bana le ke "no arrogance, no pride, no hate, no negative thinking".</w:t>
      </w:r>
      <w:r>
        <w:br/>
      </w:r>
      <w:r>
        <w:rPr>
          <w:sz w:val="20"/>
        </w:rPr>
        <w:t>53:18  jab yeh yeh kar le apne aap ko, yeh arrogance ka ulta kya hai? ke aap ke andar</w:t>
      </w:r>
      <w:r>
        <w:br/>
      </w:r>
      <w:r>
        <w:rPr>
          <w:sz w:val="20"/>
        </w:rPr>
        <w:t>53:30  har qism ka negative thought khatm ho jaye. apne ko bara samajh kar zehan khatm ho jaye.</w:t>
      </w:r>
      <w:r>
        <w:br/>
      </w:r>
      <w:r>
        <w:rPr>
          <w:sz w:val="20"/>
        </w:rPr>
        <w:t>53:40  to yeh yeh modesty hai. modesty jab aaye gi to phir sab baat ab aanay shuru ho jaye gi marifat ki. to marifat ke ke mamle mein modesty is the starting point.</w:t>
      </w:r>
    </w:p>
    <w:p>
      <w:pPr>
        <w:pStyle w:val="Heading2"/>
      </w:pPr>
      <w:r>
        <w:t>How to practice patience and earn reward?</w:t>
      </w:r>
    </w:p>
    <w:p>
      <w:r>
        <w:rPr>
          <w:color w:val="666666"/>
          <w:sz w:val="18"/>
        </w:rPr>
        <w:t>Spirituality · Problem and Shukr March 15, 2015 · 3m 22s · at 55:51 · https://youtu.be/SPBsXjH1hzM?t=3351</w:t>
      </w:r>
    </w:p>
    <w:p>
      <w:r>
        <w:rPr>
          <w:i/>
        </w:rPr>
        <w:t>“I agree with you in what you said today, that we should accept Allah's plan and be patient towards men and thankful towards Allah. But practically, when I try to implement this, I lose patience in certain situations, even though mentally I want to follow. How can I correct myself to exercise patience and earn the reward of Allah?”</w:t>
      </w:r>
    </w:p>
    <w:p>
      <w:r>
        <w:rPr>
          <w:sz w:val="20"/>
        </w:rPr>
        <w:t>55:51  Maulana, agla sawal kya hai? Adil Muhammad Sahib ne Muradabad se, aur unhon ne likha hai ke Maulana, I agree with you in what you said today, that we should accept Allah's plan and be patient towards men and thankful towards Allah.</w:t>
      </w:r>
      <w:r>
        <w:br/>
      </w:r>
      <w:r>
        <w:rPr>
          <w:sz w:val="20"/>
        </w:rPr>
        <w:t>56:10  baat Maulana, practically, when I try to implement this, then I lose patience in certain situations,</w:t>
      </w:r>
      <w:r>
        <w:br/>
      </w:r>
      <w:r>
        <w:rPr>
          <w:sz w:val="20"/>
        </w:rPr>
        <w:t>56:19  I want to follow and agree with what you just said today. How can I correct myself as I want to exercise patience and earn the reward of Allah?</w:t>
      </w:r>
      <w:r>
        <w:br/>
      </w:r>
      <w:r>
        <w:rPr>
          <w:sz w:val="20"/>
        </w:rPr>
        <w:t>56:32  please guide me from where to begin, as i really want to change myself. dekhiye, patience jo hai, wahi to prize hai.</w:t>
      </w:r>
      <w:r>
        <w:br/>
      </w:r>
      <w:r>
        <w:rPr>
          <w:sz w:val="20"/>
        </w:rPr>
        <w:t>56:41  patience jo hai, wahi price hai dunya mein hamd aur shukr ke sath jeene ke liye. to aap price nahi denge to cheez milegi kaise aap ko?</w:t>
      </w:r>
      <w:r>
        <w:br/>
      </w:r>
      <w:r>
        <w:rPr>
          <w:sz w:val="20"/>
        </w:rPr>
        <w:t>56:52  aap ko ek car khareedna hai to kya aap baghair price diye car mil jayegi aap ko?</w:t>
      </w:r>
      <w:r>
        <w:br/>
      </w:r>
      <w:r>
        <w:rPr>
          <w:sz w:val="20"/>
        </w:rPr>
        <w:t>56:59  to woh to price hai, kyunke dunya mein qabt hi rahega, problem hi rahega, challenge hi rahenge, in in unbounded situation hi rahegi.</w:t>
      </w:r>
      <w:r>
        <w:br/>
      </w:r>
      <w:r>
        <w:rPr>
          <w:sz w:val="20"/>
        </w:rPr>
        <w:t>57:10  achha, is ko aap badal nahi sakte, kyunke woh to Khuda ke God given yani freedom ki wajah se hai. to patience jo price hai, is price ko diye baghair aap ko kabhi bhi apne andar positive personality nahi bana payenge.</w:t>
      </w:r>
      <w:r>
        <w:br/>
      </w:r>
      <w:r>
        <w:rPr>
          <w:sz w:val="20"/>
        </w:rPr>
        <w:t>57:26  aap</w:t>
      </w:r>
      <w:r>
        <w:br/>
      </w:r>
      <w:r>
        <w:rPr>
          <w:sz w:val="20"/>
        </w:rPr>
        <w:t>57:27  jab positive personality nahi bana payenge to na shukr hoga na hamd hoga. to is ke to aap ko kuch aur dhoondna hi nahi hai.</w:t>
      </w:r>
      <w:r>
        <w:br/>
      </w:r>
      <w:r>
        <w:rPr>
          <w:sz w:val="20"/>
        </w:rPr>
        <w:t>57:36  is ko yeh samajh kar ada karna hai ke jo price hai, jo mujhe dena hi dena hai, jis tarah car khareedne ke liye mujhe price deni padti hai, tab mujhe car milti hai.</w:t>
      </w:r>
      <w:r>
        <w:br/>
      </w:r>
      <w:r>
        <w:rPr>
          <w:sz w:val="20"/>
        </w:rPr>
        <w:t>57:46  aise hi price yahan bhi ek muamla hai. patience ki price to deni hi padegi. is ka koi doosra shortcut nahi hai.</w:t>
      </w:r>
      <w:r>
        <w:br/>
      </w:r>
      <w:r>
        <w:rPr>
          <w:sz w:val="20"/>
        </w:rPr>
        <w:t>57:54  is ka</w:t>
      </w:r>
      <w:r>
        <w:br/>
      </w:r>
      <w:r>
        <w:rPr>
          <w:sz w:val="20"/>
        </w:rPr>
        <w:t>57:58  Maulana, agla comment aaya hai Kashmir se Shad Hussain sahib ka, aur unhone likha hai ke Maulana, thank you for unfolding the meanings of hamd and qabt in a wonderful contrast.</w:t>
      </w:r>
      <w:r>
        <w:br/>
      </w:r>
      <w:r>
        <w:rPr>
          <w:sz w:val="20"/>
        </w:rPr>
        <w:t>58:13  your explanation gives us thrilling perception about Quranic terms. may God reward you.</w:t>
      </w:r>
    </w:p>
    <w:p>
      <w:pPr>
        <w:pStyle w:val="Heading2"/>
      </w:pPr>
      <w:r>
        <w:t>How to pray amidst fear and despair</w:t>
      </w:r>
    </w:p>
    <w:p>
      <w:r>
        <w:rPr>
          <w:color w:val="666666"/>
          <w:sz w:val="18"/>
        </w:rPr>
        <w:t>Spirituality · Patience and Crisis 22 Dec 2019 - Maulana Wahiduddin Khan · 3m 15s · at 48:31 · https://youtu.be/ddnUKbhEoCI?t=2911</w:t>
      </w:r>
    </w:p>
    <w:p>
      <w:r>
        <w:rPr>
          <w:i/>
        </w:rPr>
        <w:t>“Hazrat, when there is fear and terror everywhere, despondency and darkness, how should one pray? Please tell me about this.”</w:t>
      </w:r>
    </w:p>
    <w:p>
      <w:r>
        <w:rPr>
          <w:sz w:val="20"/>
        </w:rPr>
        <w:t>48:31  jo is training mein kamyab hoga, wahi jannat mein basaya jayega. jazak allah Maulana." Maulana agla sawal lete hain.</w:t>
      </w:r>
      <w:r>
        <w:br/>
      </w:r>
      <w:r>
        <w:rPr>
          <w:sz w:val="20"/>
        </w:rPr>
        <w:t>48:41  yeh bheja hai Kolhapur se Miss Farah Ahmed ne. unhon ne likha hai: "Hazrat har taraf dar aur khauf ho, mayoosi aur andhera ho to dua kis tarah kari jaye?</w:t>
      </w:r>
      <w:r>
        <w:br/>
      </w:r>
      <w:r>
        <w:rPr>
          <w:sz w:val="20"/>
        </w:rPr>
        <w:t>49:00  is ke baray mein bataein." bhai to woh to dua ki training ho jayegi. jab dua ke khilaf mahol ho to us waqt dua karna yeh to bohat hi bari saadat hai.</w:t>
      </w:r>
      <w:r>
        <w:br/>
      </w:r>
      <w:r>
        <w:rPr>
          <w:sz w:val="20"/>
        </w:rPr>
        <w:t>49:18  saadat</w:t>
      </w:r>
      <w:r>
        <w:br/>
      </w:r>
      <w:r>
        <w:rPr>
          <w:sz w:val="20"/>
        </w:rPr>
        <w:t>49:24  yani woh waqt hai ke jab ke Allah Rabb-ul-Alameen yeh kahe ke mere bande ne mujh ko itne achhe mauqe par yaad kiya, main bhi is ki hi hajat poori karta hoon.</w:t>
      </w:r>
      <w:r>
        <w:br/>
      </w:r>
      <w:r>
        <w:rPr>
          <w:sz w:val="20"/>
        </w:rPr>
        <w:t>49:38  woh to bohat hi shandar lamha hota hai. Allah ki rehmat ko invoke karne ka, invoke i n v o k e, woh bohat achha lamha hota hai Allah ki rehmat ko invoke karne ka.</w:t>
      </w:r>
      <w:r>
        <w:br/>
      </w:r>
      <w:r>
        <w:rPr>
          <w:sz w:val="20"/>
        </w:rPr>
        <w:t>49:56  aur</w:t>
      </w:r>
      <w:r>
        <w:br/>
      </w:r>
      <w:r>
        <w:rPr>
          <w:sz w:val="20"/>
        </w:rPr>
        <w:t>50:00  woh isi waqt to Allah ki rehmat sab se josh mein aati hai.</w:t>
      </w:r>
      <w:r>
        <w:br/>
      </w:r>
      <w:r>
        <w:rPr>
          <w:sz w:val="20"/>
        </w:rPr>
        <w:t>50:12  Muhammad Ammar sahib ne Delhi se comment bheja hai: "Maulana what I understood today is that crisis is a positive thing if endured with wisdom.</w:t>
      </w:r>
      <w:r>
        <w:br/>
      </w:r>
      <w:r>
        <w:rPr>
          <w:sz w:val="20"/>
        </w:rPr>
        <w:t>50:24  through crisis we can practice patience and this can stand eligible for God's paradise. it is an advance training to attain paradise." mashallah.</w:t>
      </w:r>
      <w:r>
        <w:br/>
      </w:r>
      <w:r>
        <w:rPr>
          <w:sz w:val="20"/>
        </w:rPr>
        <w:t>50:37  Tanveer Ahmed sahib ne Kolkata se likha hai: "Maulana sahib main ne Al-Risala mein parha tha ke sabr ka matlab hota hai ruk jana ya rukna.</w:t>
      </w:r>
      <w:r>
        <w:br/>
      </w:r>
      <w:r>
        <w:rPr>
          <w:sz w:val="20"/>
        </w:rPr>
        <w:t>50:49  main ne ghor kiya to meri samajh mein yeh baat aayi ke sabr karne par qudrati taur par aisa hota hai ke insan ka zehan ek vistrit shetra mein sochna shuru kar deta hai.</w:t>
      </w:r>
      <w:r>
        <w:br/>
      </w:r>
      <w:r>
        <w:rPr>
          <w:sz w:val="20"/>
        </w:rPr>
        <w:t>51:03  sabr se vyapak shetra mein sochne ki kriya aram ho jati hai. yeh Allah ka banaya nizam hai aur sabr nahi karne ki sthiti mein dimagh sochne ka karya zaroor karta hai lekin bohat zyada seemit shetra mein is sthiti mein woh sirf radd-e-amal aur nakaratmak vishayon par hi soch pata hai.</w:t>
      </w:r>
      <w:r>
        <w:br/>
      </w:r>
      <w:r>
        <w:rPr>
          <w:sz w:val="20"/>
        </w:rPr>
        <w:t>51:27  jab insan sabr ke amal se oonche star par soch samajh ki qabliyat apne andar paida kar leta hai tab woh ek bashaoor insan ban jata hai." sahi kaha aap ne.</w:t>
      </w:r>
      <w:r>
        <w:br/>
      </w:r>
      <w:r>
        <w:rPr>
          <w:sz w:val="20"/>
        </w:rPr>
        <w:t>51:41  allah ta'ala aap ko jaza-e-khair de.</w:t>
      </w:r>
    </w:p>
    <w:p>
      <w:pPr>
        <w:pStyle w:val="Heading2"/>
      </w:pPr>
      <w:r>
        <w:t>How to realize God's inspiration</w:t>
      </w:r>
    </w:p>
    <w:p>
      <w:r>
        <w:rPr>
          <w:color w:val="666666"/>
          <w:sz w:val="18"/>
        </w:rPr>
        <w:t>Spirituality · Concept of God December 7, 2014 · 53s · at 1:13:20 · https://youtu.be/dCgL9lp8EAo?t=4400</w:t>
      </w:r>
    </w:p>
    <w:p>
      <w:r>
        <w:rPr>
          <w:i/>
        </w:rPr>
        <w:t>“How do I realize God's inspiration?”</w:t>
      </w:r>
    </w:p>
    <w:p>
      <w:r>
        <w:rPr>
          <w:sz w:val="20"/>
        </w:rPr>
        <w:t>1:13:20  Maulana, agla sawal Delhi se kiya hai Dr. Anwar Abbas sahib ne, aur unhon ne aap se poocha hai ke "How do I realize God's inspiration?" .</w:t>
      </w:r>
      <w:r>
        <w:br/>
      </w:r>
      <w:r>
        <w:rPr>
          <w:sz w:val="20"/>
        </w:rPr>
        <w:t>1:13:30  Is ke bare mein bataein.</w:t>
      </w:r>
      <w:r>
        <w:br/>
      </w:r>
      <w:r>
        <w:rPr>
          <w:sz w:val="20"/>
        </w:rPr>
        <w:t>1:13:34  Dekhein, woh to apne aap pata chalta hai. Jab aap jab aadmi ko inspiration aata hai, apne aap hi woh self-introspection bhi hota hai.</w:t>
      </w:r>
      <w:r>
        <w:br/>
      </w:r>
      <w:r>
        <w:rPr>
          <w:sz w:val="20"/>
        </w:rPr>
        <w:t>1:13:45  Woh</w:t>
      </w:r>
      <w:r>
        <w:br/>
      </w:r>
      <w:r>
        <w:rPr>
          <w:sz w:val="20"/>
        </w:rPr>
        <w:t>1:13:48  Inspiration Allah ki taraf se aaye to yeh mumkin nahin ke woh aap is ko na pehchanen. Pehchanna to apne aap shamil rehta hai is ke andar.</w:t>
      </w:r>
      <w:r>
        <w:br/>
      </w:r>
      <w:r>
        <w:rPr>
          <w:sz w:val="20"/>
        </w:rPr>
        <w:t>1:14:00  Jahan tak mera tajruba hai ke divine inspiration apne aap mein apni pehchan hai. Mera tajruba to yahi hai.</w:t>
      </w:r>
    </w:p>
    <w:p>
      <w:pPr>
        <w:pStyle w:val="Heading2"/>
      </w:pPr>
      <w:r>
        <w:t>How to regain ability to accept truth?</w:t>
      </w:r>
    </w:p>
    <w:p>
      <w:r>
        <w:rPr>
          <w:color w:val="666666"/>
          <w:sz w:val="18"/>
        </w:rPr>
        <w:t>Spirituality · Dars-e-Quran, Chapter 2, Verses 67-73, May 6, 2018 · 1m 23s · at 58:16 · https://youtu.be/JAsg4SpiVDU?t=3496</w:t>
      </w:r>
    </w:p>
    <w:p>
      <w:r>
        <w:rPr>
          <w:i/>
        </w:rPr>
        <w:t>“The ability to hear, understand, and accept the truth has decreased. What should we know? Please clarify.”</w:t>
      </w:r>
    </w:p>
    <w:p>
      <w:r>
        <w:rPr>
          <w:sz w:val="20"/>
        </w:rPr>
        <w:t>58:16  maulana, agla sawal rawalpindi se ansari sahib ne bheja hai. unhon ne aapse poocha hai ke maulana, sach ko sunne, samajhne aur manne ki salahiyat kam ho gayi hai.</w:t>
      </w:r>
      <w:r>
        <w:br/>
      </w:r>
      <w:r>
        <w:rPr>
          <w:sz w:val="20"/>
        </w:rPr>
        <w:t>58:30  kya kya janna chahiye hamein? is ko wazeh karen. ek hi baat:</w:t>
      </w:r>
      <w:r>
        <w:br/>
      </w:r>
      <w:r>
        <w:rPr>
          <w:sz w:val="20"/>
        </w:rPr>
        <w:t>58:38  quran ki ek ayat ko bar bar parhiye: "yom yaqoomu alnnasu lirabbi alAAalamina". bas aur kuch nahin. is ko yaad kijiye ke ek din aisa aane wala hai jab ke aap allah rabbul alameen ke samne khade honge:</w:t>
      </w:r>
      <w:r>
        <w:br/>
      </w:r>
      <w:r>
        <w:rPr>
          <w:sz w:val="20"/>
        </w:rPr>
        <w:t>58:53  "yom yaqoomu alnnasu lirabbi alAAalamina". bas isi se sab kuch theek ho jayega. mushkil yeh hai ke aaj kal log</w:t>
      </w:r>
      <w:r>
        <w:br/>
      </w:r>
      <w:r>
        <w:rPr>
          <w:sz w:val="20"/>
        </w:rPr>
        <w:t>59:06  khoob makharij ko durust karte hain aur makharij ko durust kar ke quran ki tilawat karte hain. yeh isi ko samajhte hain ke hum quran parh rahe hain.</w:t>
      </w:r>
      <w:r>
        <w:br/>
      </w:r>
      <w:r>
        <w:rPr>
          <w:sz w:val="20"/>
        </w:rPr>
        <w:t>59:18  yani sehat makharij ko samajhte hain ke hum ne quran ko parh liya.</w:t>
      </w:r>
      <w:r>
        <w:br/>
      </w:r>
      <w:r>
        <w:rPr>
          <w:sz w:val="20"/>
        </w:rPr>
        <w:t>59:24  quran ki meaning ko daryaft kijiye. quran ki meaning ko phir sab kuch theek ho jayega. muhammad rafiq sahib ne karnataka se comment bheja hai.</w:t>
      </w:r>
    </w:p>
    <w:p>
      <w:pPr>
        <w:pStyle w:val="Heading2"/>
      </w:pPr>
      <w:r>
        <w:t>How to save oneself from destruction</w:t>
      </w:r>
    </w:p>
    <w:p>
      <w:r>
        <w:rPr>
          <w:color w:val="666666"/>
          <w:sz w:val="18"/>
        </w:rPr>
        <w:t>Spirituality · The Creation Plan December 09, 2018 · 4m 54s · at 48:51 · https://youtu.be/y8tS4vW9lFI?t=2931</w:t>
      </w:r>
    </w:p>
    <w:p>
      <w:r>
        <w:rPr>
          <w:i/>
        </w:rPr>
        <w:t>“How can we save our self from destruction?”</w:t>
      </w:r>
    </w:p>
    <w:p>
      <w:r>
        <w:rPr>
          <w:sz w:val="20"/>
        </w:rPr>
        <w:t>48:51  maulana, agla sawal islamabad pakistan se afaq jabbar sahib ne kiya hai. unhon ne aapse poocha hai ke: how can we save our self from distraction? is ke baray mein batayein.</w:t>
      </w:r>
      <w:r>
        <w:br/>
      </w:r>
      <w:r>
        <w:rPr>
          <w:sz w:val="20"/>
        </w:rPr>
        <w:t>49:12  dekhiye, kahan aap distract ho rahe hain, yeh foran aap ko bahar batata hai. aap ke andar jo consciousness hai,</w:t>
      </w:r>
      <w:r>
        <w:br/>
      </w:r>
      <w:r>
        <w:rPr>
          <w:sz w:val="20"/>
        </w:rPr>
        <w:t>49:25  woh foran batata hai ke: dekho, yahan tum distract ho rahe ho. to aap ko karna sirf aik kaam hai.</w:t>
      </w:r>
      <w:r>
        <w:br/>
      </w:r>
      <w:r>
        <w:rPr>
          <w:sz w:val="20"/>
        </w:rPr>
        <w:t>49:37  jaise hi aap ka zamir ya aap ka consciousness aap ko bataye ke: "tum yahan distract ho rahe ho," to jaldi se is ko avail kiye, jaldi se ruk jaiye.</w:t>
      </w:r>
      <w:r>
        <w:br/>
      </w:r>
      <w:r>
        <w:rPr>
          <w:sz w:val="20"/>
        </w:rPr>
        <w:t>49:55  aadmi kya karta hai? is batane ko foran dhyan nahi deta, is ko foran ke foran avail nahi karta, wo taal deta hai.</w:t>
      </w:r>
      <w:r>
        <w:br/>
      </w:r>
      <w:r>
        <w:rPr>
          <w:sz w:val="20"/>
        </w:rPr>
        <w:t>50:04  dekha gaya, ye ye mizaj khatam kijiye ke jab aap ka andar ka jo insan hai, wo aap ko bataye, toke to within second aap ruk jaiye, wahin koi khade ho jaiye aur lage sochne ke: "is mein kya ghalati hai?" aur phir is ko follow kijiye.</w:t>
      </w:r>
      <w:r>
        <w:br/>
      </w:r>
      <w:r>
        <w:rPr>
          <w:sz w:val="20"/>
        </w:rPr>
        <w:t>50:32  to ek hi lafz hai: "follow your consciousness."</w:t>
      </w:r>
      <w:r>
        <w:br/>
      </w:r>
      <w:r>
        <w:rPr>
          <w:sz w:val="20"/>
        </w:rPr>
        <w:t>50:42  main ne</w:t>
      </w:r>
      <w:r>
        <w:br/>
      </w:r>
      <w:r>
        <w:rPr>
          <w:sz w:val="20"/>
        </w:rPr>
        <w:t>50:46  pehlay bohat pabandi se parhta tha, ek ek American magazine aata hai: "Readers Digest."</w:t>
      </w:r>
      <w:r>
        <w:br/>
      </w:r>
      <w:r>
        <w:rPr>
          <w:sz w:val="20"/>
        </w:rPr>
        <w:t>50:58  to is mein ek martaba ek article chapa tha,</w:t>
      </w:r>
      <w:r>
        <w:br/>
      </w:r>
      <w:r>
        <w:rPr>
          <w:sz w:val="20"/>
        </w:rPr>
        <w:t>51:03  ek article.</w:t>
      </w:r>
      <w:r>
        <w:br/>
      </w:r>
      <w:r>
        <w:rPr>
          <w:sz w:val="20"/>
        </w:rPr>
        <w:t>51:12  is mein yahi is ka matlab yahi tha ke: "apni inner voice ko suno, inner voice ko suno."</w:t>
      </w:r>
      <w:r>
        <w:br/>
      </w:r>
      <w:r>
        <w:rPr>
          <w:sz w:val="20"/>
        </w:rPr>
        <w:t>51:25  andar se jo awaz aaye to foran is ko suno, foran is ko follow karo.</w:t>
      </w:r>
      <w:r>
        <w:br/>
      </w:r>
      <w:r>
        <w:rPr>
          <w:sz w:val="20"/>
        </w:rPr>
        <w:t>51:36  to main to samajhta hoon ke yahi ek hi tareeqa hai. kisi mufti ke paas mat jaiye, apne inner voice ko suniye, inner voice ko,</w:t>
      </w:r>
      <w:r>
        <w:br/>
      </w:r>
      <w:r>
        <w:rPr>
          <w:sz w:val="20"/>
        </w:rPr>
        <w:t>51:51  aur phir aap ko kabhi bhi wo inner voice aap ki jo hai, wo kabhi aap ko bhatkne nahi de ga.</w:t>
      </w:r>
      <w:r>
        <w:br/>
      </w:r>
      <w:r>
        <w:rPr>
          <w:sz w:val="20"/>
        </w:rPr>
        <w:t>52:02  Mumbai se Mahboob bhai ne likha hai: "Maulana, today lecture is once again a very encouraging lecture to me.</w:t>
      </w:r>
      <w:r>
        <w:br/>
      </w:r>
      <w:r>
        <w:rPr>
          <w:sz w:val="20"/>
        </w:rPr>
        <w:t>52:10  The triggering point for me was when you said: 'A tree can't have that ability to change itself, but humans have the chances to mold themself.' It's a tremendous hope and encouragement for me to stand and commit for the preparation of paradise.</w:t>
      </w:r>
      <w:r>
        <w:br/>
      </w:r>
      <w:r>
        <w:rPr>
          <w:sz w:val="20"/>
        </w:rPr>
        <w:t>52:30  Jazak Allah Maulana." Miss Shabina Ali ne Kolkata se likha hai: "War versus ideology is the wisdom behind conquering great fate.</w:t>
      </w:r>
      <w:r>
        <w:br/>
      </w:r>
      <w:r>
        <w:rPr>
          <w:sz w:val="20"/>
        </w:rPr>
        <w:t>52:43  Self-discipline, self-planning and self-thinking are the gems required in the making of a peace loving person who will inhabit paradise.</w:t>
      </w:r>
      <w:r>
        <w:br/>
      </w:r>
      <w:r>
        <w:rPr>
          <w:sz w:val="20"/>
        </w:rPr>
        <w:t>52:54  One needs to recognize its potential to become a self-made man, so that the angels will welcome in the Jannah.</w:t>
      </w:r>
      <w:r>
        <w:br/>
      </w:r>
      <w:r>
        <w:rPr>
          <w:sz w:val="20"/>
        </w:rPr>
        <w:t>53:03  Jazak Allah Maulana for giving so many guidelines to ponder in." Dr. Naghma Siddiqui ne Delhi se likha hai: "Maulana, you have explained God's creation plan so simply today, that God has created man and given him a minuscule amount of His characteristics of thinking, analyzing, arriving at decisions and putting them into words.</w:t>
      </w:r>
      <w:r>
        <w:br/>
      </w:r>
      <w:r>
        <w:rPr>
          <w:sz w:val="20"/>
        </w:rPr>
        <w:t>53:30  He has created us with a personality full of potential, like a thorny bush. It is our goal to convert it into actual, like a steel personality through one's own planning.</w:t>
      </w:r>
    </w:p>
    <w:p>
      <w:pPr>
        <w:pStyle w:val="Heading2"/>
      </w:pPr>
      <w:r>
        <w:t>How to stay away from distraction for focused mind?</w:t>
      </w:r>
    </w:p>
    <w:p>
      <w:r>
        <w:rPr>
          <w:color w:val="666666"/>
          <w:sz w:val="18"/>
        </w:rPr>
        <w:t>Spirituality · Deeper Meaning of Quran 17 05 2015 · 2m 07s · at 54:20 · https://youtu.be/_Cj6gds7nWI?t=3260</w:t>
      </w:r>
    </w:p>
    <w:p>
      <w:r>
        <w:rPr>
          <w:i/>
        </w:rPr>
        <w:t>“Contemplation requires a focused mind. How can we stay away from distraction to get a focused mind?”</w:t>
      </w:r>
    </w:p>
    <w:p>
      <w:r>
        <w:rPr>
          <w:sz w:val="20"/>
        </w:rPr>
        <w:t>54:20  Maulana, agla sawal Dilli se hai Miss Naghma Siddiqui ka aur unhon ne likha hai: "Contemplation requires a focused mind.</w:t>
      </w:r>
      <w:r>
        <w:br/>
      </w:r>
      <w:r>
        <w:rPr>
          <w:sz w:val="20"/>
        </w:rPr>
        <w:t>54:27  How can we stay away from distraction to get a focused mind?"</w:t>
      </w:r>
      <w:r>
        <w:br/>
      </w:r>
      <w:r>
        <w:rPr>
          <w:sz w:val="20"/>
        </w:rPr>
        <w:t>54:31  "dekhen, main samajhta hoon ke har aadmi kisi ek cheez par focus kiya rehta hai.</w:t>
      </w:r>
      <w:r>
        <w:br/>
      </w:r>
      <w:r>
        <w:rPr>
          <w:sz w:val="20"/>
        </w:rPr>
        <w:t>54:35  baghair focus ke koi jeeta nahi.</w:t>
      </w:r>
      <w:r>
        <w:br/>
      </w:r>
      <w:r>
        <w:rPr>
          <w:sz w:val="20"/>
        </w:rPr>
        <w:t>54:40  sirf yeh hai ke aap focus kisi ka hota hai akhirat par, kisi ka hota hai dunya par.</w:t>
      </w:r>
      <w:r>
        <w:br/>
      </w:r>
      <w:r>
        <w:rPr>
          <w:sz w:val="20"/>
        </w:rPr>
        <w:t>54:44  misalan, ek shakhs ne mujhe bataya ke mere inke bhai rehte hain bahar Europe mein, kisi mulk</w:t>
      </w:r>
      <w:r>
        <w:br/>
      </w:r>
      <w:r>
        <w:rPr>
          <w:sz w:val="20"/>
        </w:rPr>
        <w:t>54:49  mein ya America mein kahin.</w:t>
      </w:r>
      <w:r>
        <w:br/>
      </w:r>
      <w:r>
        <w:rPr>
          <w:sz w:val="20"/>
        </w:rPr>
        <w:t>54:53  to unhon ne kaha unki ek bachi paida hui, beti.</w:t>
      </w:r>
      <w:r>
        <w:br/>
      </w:r>
      <w:r>
        <w:rPr>
          <w:sz w:val="20"/>
        </w:rPr>
        <w:t>54:58  to bas usi ko le ke khelte rehte hain.</w:t>
      </w:r>
      <w:r>
        <w:br/>
      </w:r>
      <w:r>
        <w:rPr>
          <w:sz w:val="20"/>
        </w:rPr>
        <w:t>55:02  to unhon ne kaha ke woh office mein kaam karte hain.</w:t>
      </w:r>
      <w:r>
        <w:br/>
      </w:r>
      <w:r>
        <w:rPr>
          <w:sz w:val="20"/>
        </w:rPr>
        <w:t>55:07  to office mein jab aate hain to sab se pehle is bachi ko utha lete hain, use pyar</w:t>
      </w:r>
      <w:r>
        <w:br/>
      </w:r>
      <w:r>
        <w:rPr>
          <w:sz w:val="20"/>
        </w:rPr>
        <w:t>55:11  karte hain, use god mein lete hain.</w:t>
      </w:r>
      <w:r>
        <w:br/>
      </w:r>
      <w:r>
        <w:rPr>
          <w:sz w:val="20"/>
        </w:rPr>
        <w:t>55:16  to kaha office mein tab bhi focus bachi par hai.</w:t>
      </w:r>
      <w:r>
        <w:br/>
      </w:r>
      <w:r>
        <w:rPr>
          <w:sz w:val="20"/>
        </w:rPr>
        <w:t>55:20  usi ko yaad kiye hue hain.</w:t>
      </w:r>
      <w:r>
        <w:br/>
      </w:r>
      <w:r>
        <w:rPr>
          <w:sz w:val="20"/>
        </w:rPr>
        <w:t>55:25  to har aadmi ka focus hota hai kisi na kisi cheez par.</w:t>
      </w:r>
      <w:r>
        <w:br/>
      </w:r>
      <w:r>
        <w:rPr>
          <w:sz w:val="20"/>
        </w:rPr>
        <w:t>55:29  bghair focus ke koi jeeta nahi hai dunya mein.</w:t>
      </w:r>
      <w:r>
        <w:br/>
      </w:r>
      <w:r>
        <w:rPr>
          <w:sz w:val="20"/>
        </w:rPr>
        <w:t>55:34  hata ke jo ghalat log hain, un ka bhi focus koi hai.</w:t>
      </w:r>
      <w:r>
        <w:br/>
      </w:r>
      <w:r>
        <w:rPr>
          <w:sz w:val="20"/>
        </w:rPr>
        <w:t>55:38  koi ghalat cheez un ka focus bani hui hai.</w:t>
      </w:r>
      <w:r>
        <w:br/>
      </w:r>
      <w:r>
        <w:rPr>
          <w:sz w:val="20"/>
        </w:rPr>
        <w:t>55:43  to focus to rehta hi rehta hai.</w:t>
      </w:r>
      <w:r>
        <w:br/>
      </w:r>
      <w:r>
        <w:rPr>
          <w:sz w:val="20"/>
        </w:rPr>
        <w:t>55:47  ab cheez yeh hai ke focus sahi ho, Allah par ho, jannat par ho, aakhirat par ho.</w:t>
      </w:r>
      <w:r>
        <w:br/>
      </w:r>
      <w:r>
        <w:rPr>
          <w:sz w:val="20"/>
        </w:rPr>
        <w:t>55:52  to yeh cheez aaye gi soch se.</w:t>
      </w:r>
      <w:r>
        <w:br/>
      </w:r>
      <w:r>
        <w:rPr>
          <w:sz w:val="20"/>
        </w:rPr>
        <w:t>55:56  jitna sochen ge, utni focus ka correction hoga.</w:t>
      </w:r>
      <w:r>
        <w:br/>
      </w:r>
      <w:r>
        <w:rPr>
          <w:sz w:val="20"/>
        </w:rPr>
        <w:t>56:01  to focused mind to by nature har ek ka hota hi hota hai.</w:t>
      </w:r>
      <w:r>
        <w:br/>
      </w:r>
      <w:r>
        <w:rPr>
          <w:sz w:val="20"/>
        </w:rPr>
        <w:t>56:05  sirf masla hai correction ka.</w:t>
      </w:r>
      <w:r>
        <w:br/>
      </w:r>
      <w:r>
        <w:rPr>
          <w:sz w:val="20"/>
        </w:rPr>
        <w:t>56:10  apne focus ko aap sahi karen.</w:t>
      </w:r>
      <w:r>
        <w:br/>
      </w:r>
      <w:r>
        <w:rPr>
          <w:sz w:val="20"/>
        </w:rPr>
        <w:t>56:14  to mein samajhta hoon ke study karna, ghore o fikr karna, duaen mangna, yahi is ka zariya hai.</w:t>
      </w:r>
      <w:r>
        <w:br/>
      </w:r>
      <w:r>
        <w:rPr>
          <w:sz w:val="20"/>
        </w:rPr>
        <w:t>56:19  jisko jo chahta ho ke mera focus sahi ho, to yahi rasta hai is ke liye.</w:t>
      </w:r>
      <w:r>
        <w:br/>
      </w:r>
      <w:r>
        <w:rPr>
          <w:sz w:val="20"/>
        </w:rPr>
        <w:t>56:23  aur koi rasta to hai nahi.</w:t>
      </w:r>
    </w:p>
    <w:p>
      <w:pPr>
        <w:pStyle w:val="Heading2"/>
      </w:pPr>
      <w:r>
        <w:t>How to stay positive all the time?</w:t>
      </w:r>
    </w:p>
    <w:p>
      <w:r>
        <w:rPr>
          <w:color w:val="666666"/>
          <w:sz w:val="18"/>
        </w:rPr>
        <w:t>Spirituality · The Road to Paradise December 30, 2012 Maulana Wahiduddin Khan · 2m 10s · at 1:10:24 · https://youtu.be/vUiaPsYF4Tk?t=4224</w:t>
      </w:r>
    </w:p>
    <w:p>
      <w:r>
        <w:rPr>
          <w:i/>
        </w:rPr>
        <w:t>“The road to paradise is filled with obstacles to help us develop our personalities, so as to be eligible for paradise. This requires us to be positive at all times. Can you give us guidance as to how we can stay positive all the time?”</w:t>
      </w:r>
    </w:p>
    <w:p>
      <w:r>
        <w:rPr>
          <w:sz w:val="20"/>
        </w:rPr>
        <w:t>1:10:24  maulana, agla sawal dilli se hai, miss naghma siddiqui ka.</w:t>
      </w:r>
      <w:r>
        <w:br/>
      </w:r>
      <w:r>
        <w:rPr>
          <w:sz w:val="20"/>
        </w:rPr>
        <w:t>1:10:28  unhon ne likha hai: "the road to paradise is filled with obstacles to help us develop our personalities, so as to be eligible for paradise.</w:t>
      </w:r>
      <w:r>
        <w:br/>
      </w:r>
      <w:r>
        <w:rPr>
          <w:sz w:val="20"/>
        </w:rPr>
        <w:t>1:10:40  this requires us to be positive at all times. can you give us guidance as to how we can stay positive all the time?"</w:t>
      </w:r>
      <w:r>
        <w:br/>
      </w:r>
      <w:r>
        <w:rPr>
          <w:sz w:val="20"/>
        </w:rPr>
        <w:t>1:10:57  bhai, dekhen, jo paradise ka sahi ma'non mein chahne wala banega, is tarah chahne wale se ke maa chahti hai apne beta beti ko, to phir us ko apne aap har waqt us ka mind us ko guide karta rahega.</w:t>
      </w:r>
      <w:r>
        <w:br/>
      </w:r>
      <w:r>
        <w:rPr>
          <w:sz w:val="20"/>
        </w:rPr>
        <w:t>1:11:14  mujhe kya karna hai? mujhe kya karna hai? lekin log paradise ke hareese hi nahin hain.</w:t>
      </w:r>
      <w:r>
        <w:br/>
      </w:r>
      <w:r>
        <w:rPr>
          <w:sz w:val="20"/>
        </w:rPr>
        <w:t>1:11:20  woh to apne bachchon mein ko dekh kar khush hote hain, apni business ko dekh kar khush hote hain, apne job ko dekh kar khush hote hain.</w:t>
      </w:r>
      <w:r>
        <w:br/>
      </w:r>
      <w:r>
        <w:rPr>
          <w:sz w:val="20"/>
        </w:rPr>
        <w:t>1:11:30  unhen jannat ki koi talab hi nahin hai. samajhte hain jannat to apne aap mein mil jayegi unhein.</w:t>
      </w:r>
      <w:r>
        <w:br/>
      </w:r>
      <w:r>
        <w:rPr>
          <w:sz w:val="20"/>
        </w:rPr>
        <w:t>1:11:36  jo sahi ma'non mein jannat ka hareese ho, jannat ko chahne wala ban gaya ho, to us ka mind apne aap us ko har mauqe par guide karta rahega ke mujhe kaise sochna hai, kaise bolna hai,</w:t>
      </w:r>
      <w:r>
        <w:br/>
      </w:r>
      <w:r>
        <w:rPr>
          <w:sz w:val="20"/>
        </w:rPr>
        <w:t>1:11:49  kaise behave karna hai, kaise meri daily honi chahiye. khud khud aadmi ka conscience, aap ka mind us ko guide karta rahega.</w:t>
      </w:r>
      <w:r>
        <w:br/>
      </w:r>
      <w:r>
        <w:rPr>
          <w:sz w:val="20"/>
        </w:rPr>
        <w:t>1:11:58  aisi cheez hai ke aap jannat aap ka concern ban jaye. concern</w:t>
      </w:r>
      <w:r>
        <w:br/>
      </w:r>
      <w:r>
        <w:rPr>
          <w:sz w:val="20"/>
        </w:rPr>
        <w:t>1:12:02  koi bhi cheez jo aadmi ka concern ban jati hai, to khud hi woh apna. woh ho jata hai advisor. yeh to mind itna zabardast cheez hai insaan ke paas ke bahut zyada us ki potential hai.</w:t>
      </w:r>
      <w:r>
        <w:br/>
      </w:r>
      <w:r>
        <w:rPr>
          <w:sz w:val="20"/>
        </w:rPr>
        <w:t>1:12:18  to is mind ko jagaiye, mind ko bedaar kijiye. is ke baad, yani khud aap ko apne andar se guidance milti rahegi.</w:t>
      </w:r>
    </w:p>
    <w:p>
      <w:pPr>
        <w:pStyle w:val="Heading2"/>
      </w:pPr>
      <w:r>
        <w:t>How to stay safe from worldly distractions?</w:t>
      </w:r>
    </w:p>
    <w:p>
      <w:r>
        <w:rPr>
          <w:color w:val="666666"/>
          <w:sz w:val="18"/>
        </w:rPr>
        <w:t>Spirituality · Importance of Peace December 16, 2012 · 3m 15s · at 1:06:38 · https://youtu.be/nymyorYyEz4?t=3998</w:t>
      </w:r>
    </w:p>
    <w:p>
      <w:r>
        <w:rPr>
          <w:i/>
        </w:rPr>
        <w:t>“The world we are living in is full of distractions. While restraining from these distractions, one still gets affected by a few, as they are present in every corner of this world. How can one be safe from all these distractions so that one can lead a pure and righteous life? Kindly make a dua for me so that I can lead a purposeful life in this world.”</w:t>
      </w:r>
    </w:p>
    <w:p>
      <w:r>
        <w:rPr>
          <w:sz w:val="20"/>
        </w:rPr>
        <w:t>1:06:38  maulana, agla sawal kashmir se hai aamir jaan mori sahab ka. unhon ne likha hai: "The world we are living in is full of distractions.</w:t>
      </w:r>
      <w:r>
        <w:br/>
      </w:r>
      <w:r>
        <w:rPr>
          <w:sz w:val="20"/>
        </w:rPr>
        <w:t>1:06:51  while refraining from these distractions, one still gets affected from few as they are present in every corner of this world."</w:t>
      </w:r>
      <w:r>
        <w:br/>
      </w:r>
      <w:r>
        <w:rPr>
          <w:sz w:val="20"/>
        </w:rPr>
        <w:t>1:07:01  Maulana Sahab, mai question is: "How to be safe from all these distractions so that one can lead a pure and righteous life?" Maulana Sahab, kindly make a dua for me so that I can lead a purposeful life in this world.</w:t>
      </w:r>
      <w:r>
        <w:br/>
      </w:r>
      <w:r>
        <w:rPr>
          <w:sz w:val="20"/>
        </w:rPr>
        <w:t>1:07:18  dekhen, distraction to evil nahi hai, wo blessing hai. distraction ka matlab kya hai? intellectual challenge.</w:t>
      </w:r>
      <w:r>
        <w:br/>
      </w:r>
      <w:r>
        <w:rPr>
          <w:sz w:val="20"/>
        </w:rPr>
        <w:t>1:07:29  agar chelenj na ho to duniya mein har taraqqi khatam ho jaye. is raaz ko arlin tair bhi ne samjha.</w:t>
      </w:r>
      <w:r>
        <w:br/>
      </w:r>
      <w:r>
        <w:rPr>
          <w:sz w:val="20"/>
        </w:rPr>
        <w:t>1:07:37  is ne jo kitab likhi hai, bohat zabardast, to is mein jo dikhaya hai ke poori histri mein jo cheez kaam kar rahi hai, wo hai chelenj raspans mekanizm.</w:t>
      </w:r>
      <w:r>
        <w:br/>
      </w:r>
      <w:r>
        <w:rPr>
          <w:sz w:val="20"/>
        </w:rPr>
        <w:t>1:07:50  yani chelenj aata hai, phir insan is ka raspans deta hai.</w:t>
      </w:r>
      <w:r>
        <w:br/>
      </w:r>
      <w:r>
        <w:rPr>
          <w:sz w:val="20"/>
        </w:rPr>
        <w:t>1:07:58  is tarike se ek tisri cheez imarj karti hai, imarj karti hai. is ka kehna hai ke kisi se krritiiviti baqi rehti hai aap ki.</w:t>
      </w:r>
      <w:r>
        <w:br/>
      </w:r>
      <w:r>
        <w:rPr>
          <w:sz w:val="20"/>
        </w:rPr>
        <w:t>1:08:09  to distrekhshan ko aap evil ko samajhte hain. jab bhi koi distrekhshan samne aata hai to aap ko aata hai ke aap ri-think karen, ri-think karen, apne zehn ko phir se oiken karen,</w:t>
      </w:r>
      <w:r>
        <w:br/>
      </w:r>
      <w:r>
        <w:rPr>
          <w:sz w:val="20"/>
        </w:rPr>
        <w:t>1:08:22  apni soch ko aur bedar karen.</w:t>
      </w:r>
      <w:r>
        <w:br/>
      </w:r>
      <w:r>
        <w:rPr>
          <w:sz w:val="20"/>
        </w:rPr>
        <w:t>1:08:27  main to subah sham raat din ye poori zindagi distrekhshan mein jeeta raha hoon, aur wo is ko hamesha main ne apni ghiza banaya hai.</w:t>
      </w:r>
      <w:r>
        <w:br/>
      </w:r>
      <w:r>
        <w:rPr>
          <w:sz w:val="20"/>
        </w:rPr>
        <w:t>1:08:38  hamesha jab koi nai baat samne aati hai to bas sochta hoon, sochta hoon. mere haan, mere meri tanqeed jo cheez ghalat hai, wo reaction hai. aap positive raspans dijiye, aap bajaye reaction ke positive raspans di</w:t>
      </w:r>
      <w:r>
        <w:br/>
      </w:r>
      <w:r>
        <w:rPr>
          <w:sz w:val="20"/>
        </w:rPr>
        <w:t>1:08:53  jiye to har distrekhshan aap ko aap ko intellechual food ban jayega. aap ke liye, aap ke yani intellechual dvailpment, aap ko wo yani is is se aap ka intellechual dvailpment barabar badhta chala jayega.</w:t>
      </w:r>
      <w:r>
        <w:br/>
      </w:r>
      <w:r>
        <w:rPr>
          <w:sz w:val="20"/>
        </w:rPr>
        <w:t>1:09:11  koi dusra rasta duniya mein nahi hai. aap chahen ke distrekhshan na ho to natija ke jante hain kya hai? stigneshn aa jayega.</w:t>
      </w:r>
      <w:r>
        <w:br/>
      </w:r>
      <w:r>
        <w:rPr>
          <w:sz w:val="20"/>
        </w:rPr>
        <w:t>1:09:21  yani jab distrekhshan nahi hoga to is ke nateeje mein jo jayegi, wo stigneshn hoga, jamood hoga.</w:t>
      </w:r>
      <w:r>
        <w:br/>
      </w:r>
      <w:r>
        <w:rPr>
          <w:sz w:val="20"/>
        </w:rPr>
        <w:t>1:09:32  to is ko aap positive sens mein lijiye, is ko evil mat samjhiye, is ko blaising samjhiye. to maloom hoga ke aap ye to Khuda ne aap ki aap ki taraqqi ke liye rakha hai, wo masla nahi hai, wo masla nahi hai, wo aap ki taraqqi ke liye zine hain.</w:t>
      </w:r>
    </w:p>
    <w:p>
      <w:pPr>
        <w:pStyle w:val="Heading2"/>
      </w:pPr>
      <w:r>
        <w:t>Importance and meaning of spirituality in Islam</w:t>
      </w:r>
    </w:p>
    <w:p>
      <w:r>
        <w:rPr>
          <w:color w:val="666666"/>
          <w:sz w:val="18"/>
        </w:rPr>
        <w:t>Spirituality · The Culture of People of Paradise January 06, 2019 Maulana Wahiduddin Khan · 1m 22s · at 56:44 · https://youtu.be/rFExua9zntM?t=3404</w:t>
      </w:r>
    </w:p>
    <w:p>
      <w:r>
        <w:rPr>
          <w:i/>
        </w:rPr>
        <w:t>“What is the importance of spirituality in Islam? Please also decipher the word spiritual.”</w:t>
      </w:r>
    </w:p>
    <w:p>
      <w:r>
        <w:rPr>
          <w:sz w:val="20"/>
        </w:rPr>
        <w:t>56:44  ! only we need to be receptive! may god help us! thank you so much, maulana!" maulana, agla sawal lete hain.</w:t>
      </w:r>
      <w:r>
        <w:br/>
      </w:r>
      <w:r>
        <w:rPr>
          <w:sz w:val="20"/>
        </w:rPr>
        <w:t>56:54  yeh bheja hai assam se aamir hussain ahmed sahib ne. unhon ne likha hai: "what is the importance of spirituality in islam?</w:t>
      </w:r>
      <w:r>
        <w:br/>
      </w:r>
      <w:r>
        <w:rPr>
          <w:sz w:val="20"/>
        </w:rPr>
        <w:t>57:06  please also decipher the word spiritual!"</w:t>
      </w:r>
      <w:r>
        <w:br/>
      </w:r>
      <w:r>
        <w:rPr>
          <w:sz w:val="20"/>
        </w:rPr>
        <w:t>57:14  dekhen, spirituality ke liye jo quran mein lafz hai, woh hai "al-rabbaniyah". kono rabbaniyin? rabb wale bano!</w:t>
      </w:r>
      <w:r>
        <w:br/>
      </w:r>
      <w:r>
        <w:rPr>
          <w:sz w:val="20"/>
        </w:rPr>
        <w:t>57:27  to spiritual insan bano ka matlab hai rabb wala insan banna. main to yahi samjha hoon.</w:t>
      </w:r>
      <w:r>
        <w:br/>
      </w:r>
      <w:r>
        <w:rPr>
          <w:sz w:val="20"/>
        </w:rPr>
        <w:t>57:37  to spirituality ka ek weak sense hai, weak jahan khuda ko hadaf kar diya jata hai.</w:t>
      </w:r>
      <w:r>
        <w:br/>
      </w:r>
      <w:r>
        <w:rPr>
          <w:sz w:val="20"/>
        </w:rPr>
        <w:t>57:47  to khuda ko hadaf kar ke jo spirituality banti hai, woh weak spirituality hai. lekin god oriented spirituality jo hai, wahi mere nazdeek sahi spirituality hai.</w:t>
      </w:r>
    </w:p>
    <w:p>
      <w:pPr>
        <w:pStyle w:val="Heading2"/>
      </w:pPr>
      <w:r>
        <w:t>Importance of accepting a true guru</w:t>
      </w:r>
    </w:p>
    <w:p>
      <w:r>
        <w:rPr>
          <w:color w:val="666666"/>
          <w:sz w:val="18"/>
        </w:rPr>
        <w:t>Spirituality · Purpose of Human Life February 12, 2012 Maulana Wahiduddin Khan · 1m 41s · at 1:20:56 · https://youtu.be/gRupSXuak-w?t=4856</w:t>
      </w:r>
    </w:p>
    <w:p>
      <w:r>
        <w:rPr>
          <w:i/>
        </w:rPr>
        <w:t>“In living a purposeful life, what is the importance of accepting someone as a guru? If you find a true guru, then you must accept him.”</w:t>
      </w:r>
    </w:p>
    <w:p>
      <w:r>
        <w:rPr>
          <w:sz w:val="20"/>
        </w:rPr>
        <w:t>1:20:56  is mein koi harj nahi hai, bilkul sahi hai. maulana, agla sawal mr daniyal ka hai patna bihar se.</w:t>
      </w:r>
      <w:r>
        <w:br/>
      </w:r>
      <w:r>
        <w:rPr>
          <w:sz w:val="20"/>
        </w:rPr>
        <w:t>1:21:05  unhon ne aap se poocha hai ke purpose full life guzarne mein kisi aik ko guru ke tor par manna ki kya ahmiyat hai?</w:t>
      </w:r>
      <w:r>
        <w:br/>
      </w:r>
      <w:r>
        <w:rPr>
          <w:sz w:val="20"/>
        </w:rPr>
        <w:t>1:21:15  agar aap ko sacha guru mil jaye to zaroor manna chahiye.</w:t>
      </w:r>
      <w:r>
        <w:br/>
      </w:r>
      <w:r>
        <w:rPr>
          <w:sz w:val="20"/>
        </w:rPr>
        <w:t>1:21:26  dekhen, nabi ke siwa koi daawa nahi kar sakta ke mein guru hoon. nabi kehta hai ke "ana nabi la kazb". goya kehta hai ke mein tumhara guru hoon.</w:t>
      </w:r>
      <w:r>
        <w:br/>
      </w:r>
      <w:r>
        <w:rPr>
          <w:sz w:val="20"/>
        </w:rPr>
        <w:t>1:21:36  lekin doosre ke liye aap ko khud discover karna parta hai.</w:t>
      </w:r>
      <w:r>
        <w:br/>
      </w:r>
      <w:r>
        <w:rPr>
          <w:sz w:val="20"/>
        </w:rPr>
        <w:t>1:21:40  un nabi apna kaam shuru karta hai aap daaway se. "ana nabi la kazb" kehta hai wo. lekin doosra insan daaway se apna nahi shuru kar sakta apna kaam.</w:t>
      </w:r>
      <w:r>
        <w:br/>
      </w:r>
      <w:r>
        <w:rPr>
          <w:sz w:val="20"/>
        </w:rPr>
        <w:t>1:21:52  wo aap ko aap ki zimmedari hai ke aap discover karen is ko. aur jab is ko payen ke is ke andar wo sifaat hain to aap is ko man len.</w:t>
      </w:r>
      <w:r>
        <w:br/>
      </w:r>
      <w:r>
        <w:rPr>
          <w:sz w:val="20"/>
        </w:rPr>
        <w:t>1:22:04  yeh hai. maulana, un ka aik aur sawal</w:t>
      </w:r>
      <w:r>
        <w:br/>
      </w:r>
      <w:r>
        <w:rPr>
          <w:sz w:val="20"/>
        </w:rPr>
        <w:t>1:22:08  hai. unhon ne poocha hai ke shakhsiyat parasti aur kisi aik ko apna rehnuma mante hue religious mission ko chalane mein kya difference hai?</w:t>
      </w:r>
      <w:r>
        <w:br/>
      </w:r>
      <w:r>
        <w:rPr>
          <w:sz w:val="20"/>
        </w:rPr>
        <w:t>1:22:19  dekhen, shakhsiyat parasti aik alag cheez hai.</w:t>
      </w:r>
      <w:r>
        <w:br/>
      </w:r>
      <w:r>
        <w:rPr>
          <w:sz w:val="20"/>
        </w:rPr>
        <w:t>1:22:24  jis ko kehte hain cult of individual ya personality cult, wo aik alag cheez hai. aur rehnuma manana aik bilkul different cheez hai.</w:t>
      </w:r>
    </w:p>
    <w:p>
      <w:pPr>
        <w:pStyle w:val="Heading2"/>
      </w:pPr>
      <w:r>
        <w:t>Importance of gratitude in Islam</w:t>
      </w:r>
    </w:p>
    <w:p>
      <w:r>
        <w:rPr>
          <w:color w:val="666666"/>
          <w:sz w:val="18"/>
        </w:rPr>
        <w:t>Spirituality · The Road to Paradise December 30, 2012 Maulana Wahiduddin Khan · 4m 01s · at 1:28:02 · https://youtu.be/vUiaPsYF4Tk?t=5282</w:t>
      </w:r>
    </w:p>
    <w:p>
      <w:r>
        <w:rPr>
          <w:i/>
        </w:rPr>
        <w:t>“What is the importance of shukr (gratitude) in Islam?”</w:t>
      </w:r>
    </w:p>
    <w:p>
      <w:r>
        <w:rPr>
          <w:sz w:val="20"/>
        </w:rPr>
        <w:t>1:28:02  Maulana, agla sawal Hyderabad se hai, Miss Salma ka. Unhon ne aapse poocha hai: "What is the importance of shukr in Islam?"</w:t>
      </w:r>
      <w:r>
        <w:br/>
      </w:r>
      <w:r>
        <w:rPr>
          <w:sz w:val="20"/>
        </w:rPr>
        <w:t>1:28:12  shukr to sab kuch hai Islam mein. Alhamdulillah Rabb-ul-Alameen jo hai, hum shukr hi to hain.</w:t>
      </w:r>
      <w:r>
        <w:br/>
      </w:r>
      <w:r>
        <w:rPr>
          <w:sz w:val="20"/>
        </w:rPr>
        <w:t>1:28:23  sab se bari cheez Islam mein shukr hai. Aur aaj ke musalmanon mein shukr bilkul ghayab hai. Kam az kam mujhe nahi maloom koi insan jo sahi ma'ano mein shukr karne wala ho.</w:t>
      </w:r>
      <w:r>
        <w:br/>
      </w:r>
      <w:r>
        <w:rPr>
          <w:sz w:val="20"/>
        </w:rPr>
        <w:t>1:28:34  shukr karte hain kis par log? Apne bete, beti par, apne ghar par, apne job par, apni dukaan par, business par. Allah ka shukr kaun karta hai?</w:t>
      </w:r>
      <w:r>
        <w:br/>
      </w:r>
      <w:r>
        <w:rPr>
          <w:sz w:val="20"/>
        </w:rPr>
        <w:t>1:28:44  kam az kam mein woh insan aaj tak nahi mila hoon is insan se jo haqeeqi ma'ano mein Allah ka shukr karne wala ho.</w:t>
      </w:r>
      <w:r>
        <w:br/>
      </w:r>
      <w:r>
        <w:rPr>
          <w:sz w:val="20"/>
        </w:rPr>
        <w:t>1:28:55  aksar mera yeh tajruba hota hai, mein logon se poochta hoon koi item ko le kar ke ke bataein ke yeh is item par aap ne Allah ka shukr kiya?</w:t>
      </w:r>
      <w:r>
        <w:br/>
      </w:r>
      <w:r>
        <w:rPr>
          <w:sz w:val="20"/>
        </w:rPr>
        <w:t>1:29:05  kyunki yeh misaal to mein technology jo hai, technology kya hai? Is nature mein maujood</w:t>
      </w:r>
      <w:r>
        <w:br/>
      </w:r>
      <w:r>
        <w:rPr>
          <w:sz w:val="20"/>
        </w:rPr>
        <w:t>1:29:11  thi, Allah ne in nature mein rakh diya tha, potentially. Is ko insan ne daryaft kiya. Ab log khoob istemal kar rahe hain. Masalan ghari hai, radio hai, telephone hai, mobile hai, camera hai.</w:t>
      </w:r>
      <w:r>
        <w:br/>
      </w:r>
      <w:r>
        <w:rPr>
          <w:sz w:val="20"/>
        </w:rPr>
        <w:t>1:29:25  yeh sara Allah ka atiya to tha. Lekin sab log kya samajhte hain ke sabaq sector mein gaye, wahan se khareed liya, bas mil gaya hum ko.</w:t>
      </w:r>
      <w:r>
        <w:br/>
      </w:r>
      <w:r>
        <w:rPr>
          <w:sz w:val="20"/>
        </w:rPr>
        <w:t>1:29:34  mujhe to koi nahi mila jo is par shukr karta ho sahi ma'ano mein. Ke kitni bari bari nemmatein Allah ne rakh di thi zameen</w:t>
      </w:r>
      <w:r>
        <w:br/>
      </w:r>
      <w:r>
        <w:rPr>
          <w:sz w:val="20"/>
        </w:rPr>
        <w:t>1:29:40  mein, is ko discover kar ke hum istemal kar rahe hain. Koi bhi nahi. Bas samajhte hain ke jeeb mein paisa tha, hum ja ke khareed liya.</w:t>
      </w:r>
      <w:r>
        <w:br/>
      </w:r>
      <w:r>
        <w:rPr>
          <w:sz w:val="20"/>
        </w:rPr>
        <w:t>1:29:50  koi shukr nahi, Alhamdulillah, Subhan Allah karte hain jo log. Woh to ek culture hai, bas. Haqeeqi ma'ano mein dil se aur aur daryaft ke darje mein shukr karne wala kam az kam mujhe to nahi milta.</w:t>
      </w:r>
      <w:r>
        <w:br/>
      </w:r>
      <w:r>
        <w:rPr>
          <w:sz w:val="20"/>
        </w:rPr>
        <w:t>1:30:05  agar koi hai to mein us se mulaqat karna chahta hoon.</w:t>
      </w:r>
      <w:r>
        <w:br/>
      </w:r>
      <w:r>
        <w:rPr>
          <w:sz w:val="20"/>
        </w:rPr>
        <w:t>1:30:08  oon. Is ka naam mujhe bataiye, mein us ko miloon ga ja kar ke. Jahan bhi jahan bhi rehta hoon, wahan jaon ga. Agar haqeeqi ma'ano mein koi woh shukr jo matloob hai, bara shukr, yaani shukr ka samandar jis ke dil mein aa gaya ho, shukr chashme jari ho gaye jis ke dil mein, woh shukr, yaani shukr ka ek ek ek ek kainaati infijar jis ke dil mein aa gaya ho,</w:t>
      </w:r>
      <w:r>
        <w:br/>
      </w:r>
      <w:r>
        <w:rPr>
          <w:sz w:val="20"/>
        </w:rPr>
        <w:t>1:30:33  yaani shukr ka ek ek is ke mind ko is ne jagah diya ho, aisa insan, is ki zindagi shukr mein dhal gayi ho,</w:t>
      </w:r>
      <w:r>
        <w:br/>
      </w:r>
      <w:r>
        <w:rPr>
          <w:sz w:val="20"/>
        </w:rPr>
        <w:t>1:30:47  ek ek ek explosion ke roop mein aata hai shukr. Agar sacha shukr aata hai kisi ke andar, woh hai hi nahi bilkul. Ulama mein bhi nahi hai, ghair ulama mein bhi nahi hai.</w:t>
      </w:r>
      <w:r>
        <w:br/>
      </w:r>
      <w:r>
        <w:rPr>
          <w:sz w:val="20"/>
        </w:rPr>
        <w:t>1:30:56  to sab se bari cheez hai shukr, jis ko shaitan ne logon se cheen liya, cheen rakha hai.</w:t>
      </w:r>
      <w:r>
        <w:br/>
      </w:r>
      <w:r>
        <w:rPr>
          <w:sz w:val="20"/>
        </w:rPr>
        <w:t>1:31:03  hamara mission jo hai, yahi mission hai, ek lafz mein. Hum log chahte hain ke shukr shukr karne wale banen. Woh shukr ayega to dawat ayegi, shukr ayega to Islam ke sare a'amal mein jaan aa jayegi.</w:t>
      </w:r>
    </w:p>
    <w:p>
      <w:pPr>
        <w:pStyle w:val="Heading2"/>
      </w:pPr>
      <w:r>
        <w:t>Importance of pledge in Islam</w:t>
      </w:r>
    </w:p>
    <w:p>
      <w:r>
        <w:rPr>
          <w:color w:val="666666"/>
          <w:sz w:val="18"/>
        </w:rPr>
        <w:t>Spirituality · Age of Alternatives April 05, 2015 · 2m 25s · at 1:20:31 · https://youtu.be/4v0uCM2BZuA?t=4831</w:t>
      </w:r>
    </w:p>
    <w:p>
      <w:r>
        <w:rPr>
          <w:i/>
        </w:rPr>
        <w:t>“What is the importance of pledge in Islam?”</w:t>
      </w:r>
    </w:p>
    <w:p>
      <w:r>
        <w:rPr>
          <w:sz w:val="20"/>
        </w:rPr>
        <w:t>1:20:31  Maulana, aakhri sawal se pehle ek comment padhna chahenge jo abhi abhi Dr. Hina ne bheja hai London se, aur unhone likha hai: "The quality of women for multi thinking is very beneficial even for dawah mission besides home,</w:t>
      </w:r>
      <w:r>
        <w:br/>
      </w:r>
      <w:r>
        <w:rPr>
          <w:sz w:val="20"/>
        </w:rPr>
        <w:t>1:20:51  also in her profession or business as it guides her and her team."</w:t>
      </w:r>
      <w:r>
        <w:br/>
      </w:r>
      <w:r>
        <w:rPr>
          <w:sz w:val="20"/>
        </w:rPr>
        <w:t>1:20:59  MashaAllah, bahut sahi baat hai, bahut sahi baat hai. Maulana, ye aakhri sawal hai jo Fawad Sahab ne kiya hai Chennai se, aur wo aap se ye janna chahte hain ke what is the importance of pledge in Islam?</w:t>
      </w:r>
      <w:r>
        <w:br/>
      </w:r>
      <w:r>
        <w:rPr>
          <w:sz w:val="20"/>
        </w:rPr>
        <w:t>1:21:18  dekhen, Quran mein aaya hai ke: "Wafu bil ahd" - jab tum koi ahd karo to us ko poora karo, kyunke wo tum se us se pooch hogi.</w:t>
      </w:r>
      <w:r>
        <w:br/>
      </w:r>
      <w:r>
        <w:rPr>
          <w:sz w:val="20"/>
        </w:rPr>
        <w:t>1:21:33  to chahe aap ne Allah se ahd kiya ho ya insan se kiya ho, dono jo hai, dono ke bare mein Allah ke haan pooch hogi aapse.</w:t>
      </w:r>
      <w:r>
        <w:br/>
      </w:r>
      <w:r>
        <w:rPr>
          <w:sz w:val="20"/>
        </w:rPr>
        <w:t>1:21:44  . is mein koi option nahin hai aap ko, ya pledge le liya aap ne to us ko poora hi karna hai. is mein kisi koi excuse talash kar ke us ko aap tor nahin sakte.</w:t>
      </w:r>
      <w:r>
        <w:br/>
      </w:r>
      <w:r>
        <w:rPr>
          <w:sz w:val="20"/>
        </w:rPr>
        <w:t>1:21:57  "wafu billah ahad" isi mahboob ki qaul ayat hai: "an allaha masooluh". ahad ke baray mein poocha jaye ga, ahad ke mani wohi hain: pledge, qaul o qarar.</w:t>
      </w:r>
    </w:p>
    <w:p>
      <w:pPr>
        <w:pStyle w:val="Heading2"/>
      </w:pPr>
      <w:r>
        <w:t>Inner meanings of Allah's names in Sufi practice</w:t>
      </w:r>
    </w:p>
    <w:p>
      <w:r>
        <w:rPr>
          <w:color w:val="666666"/>
          <w:sz w:val="18"/>
        </w:rPr>
        <w:t>Spirituality · Realization of God September 15, 2013 · 57s · at 1:00:01 · https://youtu.be/CNEEeM5uyi8?t=3601</w:t>
      </w:r>
    </w:p>
    <w:p>
      <w:r>
        <w:rPr>
          <w:i/>
        </w:rPr>
        <w:t>“Does reciting Allah's names and attributes with excessive love, as in Sufi practices, have inner meanings? Maulana Amin Ahsan Islahi affirmed practicality and its effects. Please explain.”</w:t>
      </w:r>
    </w:p>
    <w:p>
      <w:r>
        <w:rPr>
          <w:sz w:val="20"/>
        </w:rPr>
        <w:t>1:00:01  kitabat hi rehmat hai. maulana, agla sawal ahmad fuad sahib ne kiya hai, dhampur bijnor se. unhon ne likha hai: "maulana, allah ke ismat zaat o sifat ka wird fart-e-mohabbat se karna, jaisa ke ashghal-e-soufiyah mein hota hai,</w:t>
      </w:r>
      <w:r>
        <w:br/>
      </w:r>
      <w:r>
        <w:rPr>
          <w:sz w:val="20"/>
        </w:rPr>
        <w:t>1:00:21  kya in asmaa ki kuch batini meaning bhi hai?" maulana amin ahsan islahi sahib ne bhi tadabbur mein amliyat aur is ke asraat ka isbat kiya hai.</w:t>
      </w:r>
      <w:r>
        <w:br/>
      </w:r>
      <w:r>
        <w:rPr>
          <w:sz w:val="20"/>
        </w:rPr>
        <w:t>1:00:32  is ke bare mein batayen. dekhiye, yeh sab baaton ko main bilkul be-asar samajhta hoon. meri rai agar aap ko janna hai to meri kitab padhiye, kitab marifat.</w:t>
      </w:r>
      <w:r>
        <w:br/>
      </w:r>
      <w:r>
        <w:rPr>
          <w:sz w:val="20"/>
        </w:rPr>
        <w:t>1:00:42  yeh jo tareeqe chale aa rahe hain, in tareeqon ko main bilkul hi be-asar samajhta hoon, beslis.</w:t>
      </w:r>
      <w:r>
        <w:br/>
      </w:r>
      <w:r>
        <w:rPr>
          <w:sz w:val="20"/>
        </w:rPr>
        <w:t>1:00:49  meri rai agar aap ko janna hai to meri kitab hai, kitab marifat, moti si. us ko padhiye, us mein aap ko maloom ho jayega.</w:t>
      </w:r>
    </w:p>
    <w:p>
      <w:pPr>
        <w:pStyle w:val="Heading2"/>
      </w:pPr>
      <w:r>
        <w:t>Inspiration from nature for paradise</w:t>
      </w:r>
    </w:p>
    <w:p>
      <w:r>
        <w:rPr>
          <w:color w:val="666666"/>
          <w:sz w:val="18"/>
        </w:rPr>
        <w:t>Spirituality · Stress and Spirituality January 1, 2012 · 4m 29s · at 1:36:12 · https://youtu.be/TPhXL9-g6ME?t=5772</w:t>
      </w:r>
    </w:p>
    <w:p>
      <w:r>
        <w:rPr>
          <w:i/>
        </w:rPr>
        <w:t>“How can we get inspiration from nature in such a way that we get an introduction to paradise?”</w:t>
      </w:r>
    </w:p>
    <w:p>
      <w:r>
        <w:rPr>
          <w:sz w:val="20"/>
        </w:rPr>
        <w:t>1:36:12  allah ka yeh sab se bada ehsan hai ke is ne al-risala mission ki daryaft karai." agla sawal aah dilli se aaya hai miss naghma siddiqui ka.</w:t>
      </w:r>
      <w:r>
        <w:br/>
      </w:r>
      <w:r>
        <w:rPr>
          <w:sz w:val="20"/>
        </w:rPr>
        <w:t>1:36:22  unhon ne likha hai: "How can we get inspiration from nature in such a way that we get an introduction to paradise?" yeh baat bohat hi seedhi saadi hai.</w:t>
      </w:r>
      <w:r>
        <w:br/>
      </w:r>
      <w:r>
        <w:rPr>
          <w:sz w:val="20"/>
        </w:rPr>
        <w:t>1:36:35  is mein koi complex nahi hai.</w:t>
      </w:r>
      <w:r>
        <w:br/>
      </w:r>
      <w:r>
        <w:rPr>
          <w:sz w:val="20"/>
        </w:rPr>
        <w:t>1:36:42  woh yeh hai ke jab bhi hum koi cheez lete hain is dunya se to hamein is mein enjoyment milta hai, is mein taste milta hai.</w:t>
      </w:r>
      <w:r>
        <w:br/>
      </w:r>
      <w:r>
        <w:rPr>
          <w:sz w:val="20"/>
        </w:rPr>
        <w:t>1:36:52  is mein hum ko khushi milti hai. lekin ek had par ja kar bas hota hai ke ke limitations wahan aa kar ke record ban gayi hain.</w:t>
      </w:r>
      <w:r>
        <w:br/>
      </w:r>
      <w:r>
        <w:rPr>
          <w:sz w:val="20"/>
        </w:rPr>
        <w:t>1:37:03  koi disadvantage aa kar ke record ban gaya.</w:t>
      </w:r>
      <w:r>
        <w:br/>
      </w:r>
      <w:r>
        <w:rPr>
          <w:sz w:val="20"/>
        </w:rPr>
        <w:t>1:37:06  to is dunya mein sari cheezein hain lekin limitations ke sath hain, disadvantage ke sath hain.</w:t>
      </w:r>
      <w:r>
        <w:br/>
      </w:r>
      <w:r>
        <w:rPr>
          <w:sz w:val="20"/>
        </w:rPr>
        <w:t>1:37:15  to jab bhi aap enjoy karte hain to kahin na kahin ja kar maloom hota hai ke yeh jaise mein aah dhoop mein baithta hoon.</w:t>
      </w:r>
      <w:r>
        <w:br/>
      </w:r>
      <w:r>
        <w:rPr>
          <w:sz w:val="20"/>
        </w:rPr>
        <w:t>1:37:26  mujhe bohat pasand hai dhoop mein baithna. kai baar aisa hota hai ke dhoop mein baitha hoon aur kuch der ke baad paseena ho gaya. ab woh garmi</w:t>
      </w:r>
      <w:r>
        <w:br/>
      </w:r>
      <w:r>
        <w:rPr>
          <w:sz w:val="20"/>
        </w:rPr>
        <w:t>1:37:33  ho gayi. ab woh mujhe achhi nahi lagi. to mujhe yaad aati hai quran majeed ki ayat ke la yarawna fiha shamsan wa la zamhareera.</w:t>
      </w:r>
      <w:r>
        <w:br/>
      </w:r>
      <w:r>
        <w:rPr>
          <w:sz w:val="20"/>
        </w:rPr>
        <w:t>1:37:48  jaise ke thandak hai, thodi si thandak ho to bohat achha lagta hai is mein baithna. lekin thandak barh jaye to takleef hone lagti hai. thodi si roshni ho to bohat achha lagta hai.</w:t>
      </w:r>
      <w:r>
        <w:br/>
      </w:r>
      <w:r>
        <w:rPr>
          <w:sz w:val="20"/>
        </w:rPr>
        <w:t>1:37:57  lekin roshni barh jaye, garmi aa jaye to to pareshan ho jata hai aadmi.</w:t>
      </w:r>
      <w:r>
        <w:br/>
      </w:r>
      <w:r>
        <w:rPr>
          <w:sz w:val="20"/>
        </w:rPr>
        <w:t>1:38:03  to yeh ayat jo hai la yarawna fiha shamsan wa la zamhareera. matlab wahan ka jo suraj hoga is suraj mein yani roshni hogi lekin yani woh aisi garmi nahi hogi jis se aap ko takleef pahunche.</w:t>
      </w:r>
      <w:r>
        <w:br/>
      </w:r>
      <w:r>
        <w:rPr>
          <w:sz w:val="20"/>
        </w:rPr>
        <w:t>1:38:20  wahan jo thandak hogi us mein us mein sarwar hoga lekin woh yeh nahi hoga ke aap kap kap kap kap kap kap hi tare honge aap ke upar</w:t>
      </w:r>
      <w:r>
        <w:br/>
      </w:r>
      <w:r>
        <w:rPr>
          <w:sz w:val="20"/>
        </w:rPr>
        <w:t>1:38:27  to yeh bohat hi yani har din aap ko aisa tajurba ho sakta hai agar aap chahein ke duniya mein hum aaein yani khushiyan hain lekin woh khushiyan khushiyon ke sath sath yani disadvantage hai, limitations hain jis ko quran mein kaha gaya hai hazn.</w:t>
      </w:r>
      <w:r>
        <w:br/>
      </w:r>
      <w:r>
        <w:rPr>
          <w:sz w:val="20"/>
        </w:rPr>
        <w:t>1:38:49  to jannat mein jab jab jayenge log to woh kahenge alhamdulillah alladhi aza ba'd. hazn ke allah ka shukar hai jis ne hamein</w:t>
      </w:r>
      <w:r>
        <w:br/>
      </w:r>
      <w:r>
        <w:rPr>
          <w:sz w:val="20"/>
        </w:rPr>
        <w:t>1:39:00  hazn se yani hata liya hum hum se hazn. duniya mein hum ko har cheez ke sath hazn laga hua tha. har cheez ke sath.</w:t>
      </w:r>
      <w:r>
        <w:br/>
      </w:r>
      <w:r>
        <w:rPr>
          <w:sz w:val="20"/>
        </w:rPr>
        <w:t>1:39:11  bhai kahin hum aktah jate hain, kahin hum bor ho jate hain, kahin koi accident ho jata hai, kahin yani har mukhtalif qism ki disadvantage, mukhtalif koi limitations se hamein dochar hona parta hai is duniya mein.</w:t>
      </w:r>
      <w:r>
        <w:br/>
      </w:r>
      <w:r>
        <w:rPr>
          <w:sz w:val="20"/>
        </w:rPr>
        <w:t>1:39:27  lazaton ke bawajood. lekin jannat mein yeh sab kuch bhi nahi hoga. yeh sab cheezein wahan khatam ho jayengi. eternal bliss hogi wahan par.</w:t>
      </w:r>
      <w:r>
        <w:br/>
      </w:r>
      <w:r>
        <w:rPr>
          <w:sz w:val="20"/>
        </w:rPr>
        <w:t>1:39:36  to ahl-e-jannat kahenge alhamdulillah alladhi aza ba'd. hazn. is se allah ka shukar hai jis ne hum ke hazn ko nikal liya.</w:t>
      </w:r>
      <w:r>
        <w:br/>
      </w:r>
      <w:r>
        <w:rPr>
          <w:sz w:val="20"/>
        </w:rPr>
        <w:t>1:39:45  to mein kaha karta hoon ke ek hai paradise with hazn. ek hai paradise without hazn.</w:t>
      </w:r>
      <w:r>
        <w:br/>
      </w:r>
      <w:r>
        <w:rPr>
          <w:sz w:val="20"/>
        </w:rPr>
        <w:t>1:39:52  to maut duniya jo hai paradise with hazn hai. aur jannat jo hai woh paradise without hazn hai. yeh farq hai dono mein.</w:t>
      </w:r>
      <w:r>
        <w:br/>
      </w:r>
      <w:r>
        <w:rPr>
          <w:sz w:val="20"/>
        </w:rPr>
        <w:t>1:40:03  to paradise with hazn is liye di gayi ke aap is is is paradise ko daryaft kar saken jo paradise without hazn hogi.</w:t>
      </w:r>
      <w:r>
        <w:br/>
      </w:r>
      <w:r>
        <w:rPr>
          <w:sz w:val="20"/>
        </w:rPr>
        <w:t>1:40:13  ke aap yahan sochein ke khudaya paradise with hazn mein itni sari boundaries hain, itna is mein pleasure hai to woh jannat jo hai jo paradise without hazn hogi us mein kitna pleasure hoga.</w:t>
      </w:r>
      <w:r>
        <w:br/>
      </w:r>
      <w:r>
        <w:rPr>
          <w:sz w:val="20"/>
        </w:rPr>
        <w:t>1:40:26  is mein kitna zyada khushiyan hongi. is tarah se aap yaad kar sakte hain yeh duniya ko le kar ke akhirat ke jannat ko.</w:t>
      </w:r>
      <w:r>
        <w:br/>
      </w:r>
      <w:r>
        <w:rPr>
          <w:sz w:val="20"/>
        </w:rPr>
        <w:t>1:40:39  bangalore se maulana inayatullah umri ne</w:t>
      </w:r>
    </w:p>
    <w:p>
      <w:pPr>
        <w:pStyle w:val="Heading2"/>
      </w:pPr>
      <w:r>
        <w:t>Inspiring religious duties without emotions</w:t>
      </w:r>
    </w:p>
    <w:p>
      <w:r>
        <w:rPr>
          <w:color w:val="666666"/>
          <w:sz w:val="18"/>
        </w:rPr>
        <w:t>Spirituality · Major Signs of Doomsday November 26, 2023 · 3m 16s · at 27:43 · https://youtu.be/pMRzFjrkWf4?t=1663</w:t>
      </w:r>
    </w:p>
    <w:p>
      <w:r>
        <w:rPr>
          <w:i/>
        </w:rPr>
        <w:t>“If emotions are taken out of deen, and deen is according to rationality, how can you inspire people to do religious duties?”</w:t>
      </w:r>
    </w:p>
    <w:p>
      <w:r>
        <w:rPr>
          <w:sz w:val="20"/>
        </w:rPr>
        <w:t>27:43  Syed Haseeb Shah Naqvi sahib ne Pakistan se likha hai ke: "book fair Pakistan team has and has participated in the Islamabad book fair, and he is asked people who are stay in that area to come and visit the book fair, and Maulana Wahiduddin Khan sahib books are available at the stall." Apa, yeh aik sawal aaya hai Jammu se.</w:t>
      </w:r>
      <w:r>
        <w:br/>
      </w:r>
      <w:r>
        <w:rPr>
          <w:sz w:val="20"/>
        </w:rPr>
        <w:t>28:08  Junaid Muhammad sahib ne bheja</w:t>
      </w:r>
      <w:r>
        <w:br/>
      </w:r>
      <w:r>
        <w:rPr>
          <w:sz w:val="20"/>
        </w:rPr>
        <w:t>28:10  hai. Unhon ne likha hai ke: "Apa, if emotions are taken out of deen, then according to rationality, how can you inspire people to do religious deeds?</w:t>
      </w:r>
      <w:r>
        <w:br/>
      </w:r>
      <w:r>
        <w:rPr>
          <w:sz w:val="20"/>
        </w:rPr>
        <w:t>28:22  If Ibrahim Alaihissalam had used only mind at the time of his sacrifice of his son Ismail, he would not have done the deed.</w:t>
      </w:r>
      <w:r>
        <w:br/>
      </w:r>
      <w:r>
        <w:rPr>
          <w:sz w:val="20"/>
        </w:rPr>
        <w:t>28:31  How can we separate Islam from emotions and social justice?"</w:t>
      </w:r>
      <w:r>
        <w:br/>
      </w:r>
      <w:r>
        <w:rPr>
          <w:sz w:val="20"/>
        </w:rPr>
        <w:t>28:37  to woh yeh sawal aap se pooch rahe hain. Apa, is ke baray mein kuch bataein. To emotions to positive bhi hotay hain, negative bhi hotay hain. Ab Khuda ke liye hamaray jazbat hain, deen ke liye jazbat hain.</w:t>
      </w:r>
      <w:r>
        <w:br/>
      </w:r>
      <w:r>
        <w:rPr>
          <w:sz w:val="20"/>
        </w:rPr>
        <w:t>28:48  to woh to bohat acha jazbat hain. Insan to ke andar to jazbat bhare hue hain, lekin ghalat jazbat, ghalat jazbat ka ghalat direction ke hum tamam logon ko apna dushman maan lein to aur jazbat mein un se jang karna shuru kar dein.</w:t>
      </w:r>
      <w:r>
        <w:br/>
      </w:r>
      <w:r>
        <w:rPr>
          <w:sz w:val="20"/>
        </w:rPr>
        <w:t>29:04  to jazbat, hamara jazba yeh hona chahiye ke hum tamam logon ko Khuda ka deen pohanchayengay, un ko jannat ka rasta dikhayengay. To jazbat bhi to is ka direction sahi hona chahiye na?</w:t>
      </w:r>
      <w:r>
        <w:br/>
      </w:r>
      <w:r>
        <w:rPr>
          <w:sz w:val="20"/>
        </w:rPr>
        <w:t>29:15  Jazbat to rahengay, jazbat ko to hum alag kar hi nahi sakte. Insan to jazbat insan ke andar bohat ziyada hain. Kai kai aisay mazahib hain jo kehtay hain ke desires ko alag karo, lekin desires khatam karo, lekin yeh possible nahi hai.</w:t>
      </w:r>
      <w:r>
        <w:br/>
      </w:r>
      <w:r>
        <w:rPr>
          <w:sz w:val="20"/>
        </w:rPr>
        <w:t>29:33  Desires ko, emotions ko khatam nahi kar sakte, bas is ka sahi direction mutayyan kar sakte hain. Aur Apa, yeh bohat zaroori hai ke emotional response jo hai, woh hamesha reaction hota hai.</w:t>
      </w:r>
      <w:r>
        <w:br/>
      </w:r>
      <w:r>
        <w:rPr>
          <w:sz w:val="20"/>
        </w:rPr>
        <w:t>29:47  Lekin agar aap soch samajh ke aap jawab dein to woh well considered response hota hai.</w:t>
      </w:r>
      <w:r>
        <w:br/>
      </w:r>
      <w:r>
        <w:rPr>
          <w:sz w:val="20"/>
        </w:rPr>
        <w:t>29:53  Aur Apa, sab se bara, I think, example Islamic history mein jo hamein milta hai ke kyun emotional response nahi dena chahiye, woh Rasool Allah ki zindagi se Hudaybiyyah treaty se hamein milta hai.</w:t>
      </w:r>
      <w:r>
        <w:br/>
      </w:r>
      <w:r>
        <w:rPr>
          <w:sz w:val="20"/>
        </w:rPr>
        <w:t>30:05  Jab treaty sign honi thi to likha tha ke Prophet of Allah. To Suhail ibn Amr thay Quraish ke side se, unhon ne kaha ke nahi, aap likhein Muhammad ibn Abdullah, hum aap ko Prophet nahi mantay hain.</w:t>
      </w:r>
      <w:r>
        <w:br/>
      </w:r>
      <w:r>
        <w:rPr>
          <w:sz w:val="20"/>
        </w:rPr>
        <w:t>30:18  To ab dekhiye, itna bara yeh aik emotional point tha.</w:t>
      </w:r>
      <w:r>
        <w:br/>
      </w:r>
      <w:r>
        <w:rPr>
          <w:sz w:val="20"/>
        </w:rPr>
        <w:t>30:22  Sahaba jo thay, woh naraz ho rahe thay ke aisay kaise ho sakta hai? Hazrat Ali ne mitanay se mana kar diya tha, Prophet ne khud mitaya tha, lekin Prophet future ko dekh ke faisla le rahe thay.</w:t>
      </w:r>
      <w:r>
        <w:br/>
      </w:r>
      <w:r>
        <w:rPr>
          <w:sz w:val="20"/>
        </w:rPr>
        <w:t>30:34  Agar us waqt emotion ke sath faisla lete to shayad woh ayat bhi nahi aati jo Fatah Mubeen ki aayi thi. Ayat aur us ke baad hum jantay hain ke kis tarah se aasani se Islam phail gaya aur Makkah bhi fateh hua.</w:t>
      </w:r>
      <w:r>
        <w:br/>
      </w:r>
      <w:r>
        <w:rPr>
          <w:sz w:val="20"/>
        </w:rPr>
        <w:t>30:50  To yeh bara important hai ke aap ne sahi kaha, jazbat bohat important hain, lekin is ko sahi direction dena, is ke liye mind ka istemal karna bohat zaroori hai.</w:t>
      </w:r>
    </w:p>
    <w:p>
      <w:pPr>
        <w:pStyle w:val="Heading2"/>
      </w:pPr>
      <w:r>
        <w:t>Introspection and changing mindset</w:t>
      </w:r>
    </w:p>
    <w:p>
      <w:r>
        <w:rPr>
          <w:color w:val="666666"/>
          <w:sz w:val="18"/>
        </w:rPr>
        <w:t>Spirituality · Hadith Prediction November 3, 2013 · 2m 16s · at 49:13 · https://youtu.be/cb5Lzw9c8aE?t=2953</w:t>
      </w:r>
    </w:p>
    <w:p>
      <w:r>
        <w:rPr>
          <w:i/>
        </w:rPr>
        <w:t>“Is introspection the beginning of changing the mindset? Please explain how can one change one's mindset?”</w:t>
      </w:r>
    </w:p>
    <w:p>
      <w:r>
        <w:rPr>
          <w:sz w:val="20"/>
        </w:rPr>
        <w:t>49:13  maulana, agla sawal delhi se hai, miss naghma siddiqui ka</w:t>
      </w:r>
      <w:r>
        <w:br/>
      </w:r>
      <w:r>
        <w:rPr>
          <w:sz w:val="20"/>
        </w:rPr>
        <w:t>49:17  . unhon ne likha hai: "is introspection the beginning of changing the mindset? please explain how can one change ones mindset?" haan, yeh to sahi hai ke introspection jo hai, wohi beginning hai jis ko muhasba kaha jata hai.</w:t>
      </w:r>
      <w:r>
        <w:br/>
      </w:r>
      <w:r>
        <w:rPr>
          <w:sz w:val="20"/>
        </w:rPr>
        <w:t>49:37  muhasba yeh Hazrat Umar ka qaul hai: hāsbū anfusakum qabla an tuḥāsabū wa waznū qabla an tūzanū aap</w:t>
      </w:r>
      <w:r>
        <w:br/>
      </w:r>
      <w:r>
        <w:rPr>
          <w:sz w:val="20"/>
        </w:rPr>
        <w:t>49:47  na hisab kar lo, is se pehle ke tumhara hisab kiya jaye. apne ko tol lo, is se pehle ke tumhe tola jaye. yeh hai introspection. yeh to beginning hai aur bilkul natural beginning hai.</w:t>
      </w:r>
      <w:r>
        <w:br/>
      </w:r>
      <w:r>
        <w:rPr>
          <w:sz w:val="20"/>
        </w:rPr>
        <w:t>50:00  yeh jab</w:t>
      </w:r>
      <w:r>
        <w:br/>
      </w:r>
      <w:r>
        <w:rPr>
          <w:sz w:val="20"/>
        </w:rPr>
        <w:t>50:02  bhi aap ko ehsas ho jaye ke mujhe Allah ke raste par chalna hai, haq ka tareeqa jo hai, us ko follow karna hai, to beginning to yahin se hogi ke apne past ko sochenge.</w:t>
      </w:r>
      <w:r>
        <w:br/>
      </w:r>
      <w:r>
        <w:rPr>
          <w:sz w:val="20"/>
        </w:rPr>
        <w:t>50:14  aap ke ab tak jo main karta raha, woh kaisa tha? phir aap sochenge ke main kahan kahan mujhe correction karna hai, kahan kahan apne ko ek nayi soch lana hai.</w:t>
      </w:r>
      <w:r>
        <w:br/>
      </w:r>
      <w:r>
        <w:rPr>
          <w:sz w:val="20"/>
        </w:rPr>
        <w:t>50:27  baqi yeh kaise ho? to main to sochta hoon ke jo sincere hoga, woh karega. it required a lot of sincerity.</w:t>
      </w:r>
      <w:r>
        <w:br/>
      </w:r>
      <w:r>
        <w:rPr>
          <w:sz w:val="20"/>
        </w:rPr>
        <w:t>50:37  aadmi sincere na ho to phir to woh us ko kuch kehna hi bekar hai. sab se pehli cheez yeh hai ke aadmi ko sincere banna padega apne bare mein.</w:t>
      </w:r>
      <w:r>
        <w:br/>
      </w:r>
      <w:r>
        <w:rPr>
          <w:sz w:val="20"/>
        </w:rPr>
        <w:t>50:48  apne bare mein sincere banna padega aur ke main kyun paida hua</w:t>
      </w:r>
      <w:r>
        <w:br/>
      </w:r>
      <w:r>
        <w:rPr>
          <w:sz w:val="20"/>
        </w:rPr>
        <w:t>50:55  mein kyon duniya mein jeeta hoon, kyon maut aati hai, maut ke baad kya hona hai. yeh saara jo muamla hai zindagi ka, is ke bare mein aap sincere agar honge to sochenge.</w:t>
      </w:r>
      <w:r>
        <w:br/>
      </w:r>
      <w:r>
        <w:rPr>
          <w:sz w:val="20"/>
        </w:rPr>
        <w:t>51:08  samajhta hoon ke sincerity basic cheez hai. jab sincerity hogi aadmi ke andar to woh introspection karega.</w:t>
      </w:r>
      <w:r>
        <w:br/>
      </w:r>
      <w:r>
        <w:rPr>
          <w:sz w:val="20"/>
        </w:rPr>
        <w:t>51:19  introspection karega to saari baatein us ki us ko khulti chali jayengi us ke upar.</w:t>
      </w:r>
    </w:p>
    <w:p>
      <w:pPr>
        <w:pStyle w:val="Heading2"/>
      </w:pPr>
      <w:r>
        <w:t>Is Emotional Feeling a True Expression of Islam</w:t>
      </w:r>
    </w:p>
    <w:p>
      <w:r>
        <w:rPr>
          <w:color w:val="666666"/>
          <w:sz w:val="18"/>
        </w:rPr>
        <w:t>Spirituality · Surah Al-'Asr I November 23, 2014 Maulana Wahiduddin Khan · 4m 16s · at 49:18 · https://youtu.be/3dBMIUC0Dqw?t=2958</w:t>
      </w:r>
    </w:p>
    <w:p>
      <w:r>
        <w:rPr>
          <w:i/>
        </w:rPr>
        <w:t>“A gentleman has written his feeling about a spiritual state. Is this feeling an expression of Islam?”</w:t>
      </w:r>
    </w:p>
    <w:p>
      <w:r>
        <w:rPr>
          <w:sz w:val="20"/>
        </w:rPr>
        <w:t>49:18  Maulana, ye sawal aya hai ab Maulana Abdul Basit Umri ka, Qatar, Doha se. aur unhon ne likha hai: "Maulana, aik sahib ne kaifiyat ke baray mein apna aik ehsas likha.</w:t>
      </w:r>
      <w:r>
        <w:br/>
      </w:r>
      <w:r>
        <w:rPr>
          <w:sz w:val="20"/>
        </w:rPr>
        <w:t>49:33  kya ye ehsas Islam ka tarjuma hai?" aur Maulana, unhon ne wo phir</w:t>
      </w:r>
      <w:r>
        <w:br/>
      </w:r>
      <w:r>
        <w:rPr>
          <w:sz w:val="20"/>
        </w:rPr>
        <w:t>49:40  detail mein likha hai. jo sahib ne un ko likha tha wo is tarah hai: "aksar log jazbatiyat aur raqat ko hi taluq billah samjhte hain.</w:t>
      </w:r>
      <w:r>
        <w:br/>
      </w:r>
      <w:r>
        <w:rPr>
          <w:sz w:val="20"/>
        </w:rPr>
        <w:t>49:51  aur jab ye kam hone lagti hai to khud bhi ibadat mein kami ya tark kar dete hain.</w:t>
      </w:r>
      <w:r>
        <w:br/>
      </w:r>
      <w:r>
        <w:rPr>
          <w:sz w:val="20"/>
        </w:rPr>
        <w:t>49:58  halankay kaifiyat ka hona ya na hona dono azmaish hain. phir Allah ye bhi dekhna chahta hai ke mera banda mere liye ibadat karta hai ya dil ki lazzat o kaifiyat ke liye.</w:t>
      </w:r>
      <w:r>
        <w:br/>
      </w:r>
      <w:r>
        <w:rPr>
          <w:sz w:val="20"/>
        </w:rPr>
        <w:t>50:13  kaifiyat to ani jani cheez hai.</w:t>
      </w:r>
      <w:r>
        <w:br/>
      </w:r>
      <w:r>
        <w:rPr>
          <w:sz w:val="20"/>
        </w:rPr>
        <w:t>50:16  asal maqsood Allah ki ibadat aur itaat hai. agar ye na ho to kaifiyat ki koi khaas ahmiyat nahi." Maulana, is ke baray mein kuch?</w:t>
      </w:r>
      <w:r>
        <w:br/>
      </w:r>
      <w:r>
        <w:rPr>
          <w:sz w:val="20"/>
        </w:rPr>
        <w:t>50:28  nahi, kaifiyat hi asal hai. ye galat baat hai. kaifiyat hi asal hai.</w:t>
      </w:r>
      <w:r>
        <w:br/>
      </w:r>
      <w:r>
        <w:rPr>
          <w:sz w:val="20"/>
        </w:rPr>
        <w:t>50:35  jazbatiyat bilkul doosri cheez hai. jazbatiyat alag cheez hai.</w:t>
      </w:r>
      <w:r>
        <w:br/>
      </w:r>
      <w:r>
        <w:rPr>
          <w:sz w:val="20"/>
        </w:rPr>
        <w:t>50:44  misal ke taur par main aik martaba gaya, shia hazrat ki majlis hoti hai, majlis e aza. is mein aik sahib aye, unhon ne Hazrat Hussain ki mazloomiyat bayan ki.</w:t>
      </w:r>
      <w:r>
        <w:br/>
      </w:r>
      <w:r>
        <w:rPr>
          <w:sz w:val="20"/>
        </w:rPr>
        <w:t>50:56  mazloomiyat ajeeb o ghareeb tareeqay se mazloomiyat. ab sare log ro rahe hain.</w:t>
      </w:r>
      <w:r>
        <w:br/>
      </w:r>
      <w:r>
        <w:rPr>
          <w:sz w:val="20"/>
        </w:rPr>
        <w:t>51:04  ajeeb o ghareeb qism ke alfaaz ka khel tha un ka aur sare ro rahe hain. ye koi kaifiyat nahi hai. ye to ye to aik bilkul doosri cheez hai.</w:t>
      </w:r>
      <w:r>
        <w:br/>
      </w:r>
      <w:r>
        <w:rPr>
          <w:sz w:val="20"/>
        </w:rPr>
        <w:t>51:14  yeh bilkul doosri cheez hai. Billee Graham jo tha, haaye, abhi zindah hai woh. Woh jab taqreer, woh ek waise bedridden hai, jab taqreer karta tha to log rote thay.</w:t>
      </w:r>
      <w:r>
        <w:br/>
      </w:r>
      <w:r>
        <w:rPr>
          <w:sz w:val="20"/>
        </w:rPr>
        <w:t>51:25  Woh woh woh woh matloob kaifiyat wali baat nahi hai. Woh ek alag hi cheez hai. Woh alag cheez hai. Woh to aap ko ek</w:t>
      </w:r>
      <w:r>
        <w:br/>
      </w:r>
      <w:r>
        <w:rPr>
          <w:sz w:val="20"/>
        </w:rPr>
        <w:t>51:38  Yaani rabbani kaifiyat aur ek jazbaatiyat mein farq karna paray ga. Rabbani kaifiyat ke baghair Islam hi bekaar hai.</w:t>
      </w:r>
      <w:r>
        <w:br/>
      </w:r>
      <w:r>
        <w:rPr>
          <w:sz w:val="20"/>
        </w:rPr>
        <w:t>51:50  Woh to form ban jaye ga. Jiss ko aap ne ibaadat kaha, woh to form hai.</w:t>
      </w:r>
      <w:r>
        <w:br/>
      </w:r>
      <w:r>
        <w:rPr>
          <w:sz w:val="20"/>
        </w:rPr>
        <w:t>51:56  Form to nothing hai. Form ki koi qeemat nahi hai. To rabbani kaifiyat hi matloob hai, asal.</w:t>
      </w:r>
      <w:r>
        <w:br/>
      </w:r>
      <w:r>
        <w:rPr>
          <w:sz w:val="20"/>
        </w:rPr>
        <w:t>52:06  Warna woh ibaadat aap ki jo hai form ban jaye gi. Lekin yeh jo hazaron rulate hain, woh to taqreer karne ka kamaal samajhte thay.</w:t>
      </w:r>
      <w:r>
        <w:br/>
      </w:r>
      <w:r>
        <w:rPr>
          <w:sz w:val="20"/>
        </w:rPr>
        <w:t>52:15  Woh waqti tor par aisa karte hain.</w:t>
      </w:r>
      <w:r>
        <w:br/>
      </w:r>
      <w:r>
        <w:rPr>
          <w:sz w:val="20"/>
        </w:rPr>
        <w:t>52:19  Waqti tor par taqreer karein ge, hazar dein ge. Waqti tor par kuch baatein kahein ge, rula dein ge. Woh to ek kartab hai. Yeh ehsaan rulane ka kartab hai.</w:t>
      </w:r>
      <w:r>
        <w:br/>
      </w:r>
      <w:r>
        <w:rPr>
          <w:sz w:val="20"/>
        </w:rPr>
        <w:t>52:30  Woh ek alag hi cheez hai. Rabbani kaifiyat ek alag cheez hai.</w:t>
      </w:r>
      <w:r>
        <w:br/>
      </w:r>
      <w:r>
        <w:rPr>
          <w:sz w:val="20"/>
        </w:rPr>
        <w:t>52:36  Rabbani kaifiyat ki pehchaan yeh hai ke aap ke woh kaifiyat ke nateeje mein aap ke andar Allah ki mohabbat aaye, Allah ka khauf aaye, aap ke andar har maamle mein</w:t>
      </w:r>
      <w:r>
        <w:br/>
      </w:r>
      <w:r>
        <w:rPr>
          <w:sz w:val="20"/>
        </w:rPr>
        <w:t>52:53  Muwakhzah ko sochein, aap accountability ko. To yeh bohat, yeh jo unhon ne likha, mera zikr bilkul galat baat likhi hai unhon ne.</w:t>
      </w:r>
      <w:r>
        <w:br/>
      </w:r>
      <w:r>
        <w:rPr>
          <w:sz w:val="20"/>
        </w:rPr>
        <w:t>53:03  Unhon ne do cheezon ko ek ek kar diya. Yaani woh jo sathi qism ki jazbaatiyat jo hoti hai, jo muqarrir taqreer kar ke paida karta hai, kabhi rulata hai, kabhi hansata hai, woh ek alag hi cheez hai.</w:t>
      </w:r>
      <w:r>
        <w:br/>
      </w:r>
      <w:r>
        <w:rPr>
          <w:sz w:val="20"/>
        </w:rPr>
        <w:t>53:18  Woh to bohat hi third class ki cheez hai.</w:t>
      </w:r>
      <w:r>
        <w:br/>
      </w:r>
      <w:r>
        <w:rPr>
          <w:sz w:val="20"/>
        </w:rPr>
        <w:t>53:21  Lekin jo rabbani kaifiyat hai, woh to bohat aala hai. Woh woh to aaj matloob hai. Is ke baghair to deen mein baaz ek farigh ban kar reh jaye ga.</w:t>
      </w:r>
    </w:p>
    <w:p>
      <w:pPr>
        <w:pStyle w:val="Heading2"/>
      </w:pPr>
      <w:r>
        <w:t>Is God Connected to Human Spirituality?</w:t>
      </w:r>
    </w:p>
    <w:p>
      <w:r>
        <w:rPr>
          <w:color w:val="666666"/>
          <w:sz w:val="18"/>
        </w:rPr>
        <w:t>Spirituality · On Atheism | May 22, 2016 · 1m 37s · at 1:14:58 · https://youtu.be/tzJmfYnSleo?t=4498</w:t>
      </w:r>
    </w:p>
    <w:p>
      <w:r>
        <w:rPr>
          <w:i/>
        </w:rPr>
        <w:t>“Maulana, is God connected to human spirituality? Please explain this to me.”</w:t>
      </w:r>
    </w:p>
    <w:p>
      <w:r>
        <w:rPr>
          <w:sz w:val="20"/>
        </w:rPr>
        <w:t>1:14:58  dawati kaam ko zyada effective banane ke liye aap ko team ke sath judna padta hai aur team ke ke aur team work ki surat mein dawah ka kaam karne ke liye zaroori hota hai ke aap aap ke andar tolerance ho ye hai poori baat. Maulana Jordan se Rashid Ahmed sahab ne sawal kiya hai unhone aapse poocha hai ke Maulana sahib kya Khuda insaan ki roohaniyat se juda hua hai iske bare mein mujhe bataye. Ye ak</w:t>
      </w:r>
      <w:r>
        <w:br/>
      </w:r>
      <w:r>
        <w:rPr>
          <w:sz w:val="20"/>
        </w:rPr>
        <w:t>1:15:28  akele khuda ke baghair koi rohaniyat hi nahi.</w:t>
      </w:r>
      <w:r>
        <w:br/>
      </w:r>
      <w:r>
        <w:rPr>
          <w:sz w:val="20"/>
        </w:rPr>
        <w:t>1:15:36  rohaniyat to mere nazdeek nami is baat ka hai ke aap aap khuda ko discover karen khuda se</w:t>
      </w:r>
      <w:r>
        <w:br/>
      </w:r>
      <w:r>
        <w:rPr>
          <w:sz w:val="20"/>
        </w:rPr>
        <w:t>1:15:44  apna ta'alluq banayen khuda ke jo kalmat hain jo tajalliyat hain is ko janen khuda mein sochen yani</w:t>
      </w:r>
      <w:r>
        <w:br/>
      </w:r>
      <w:r>
        <w:rPr>
          <w:sz w:val="20"/>
        </w:rPr>
        <w:t>1:15:52  khuda se alag reh kar ke rohaniyat az nothing</w:t>
      </w:r>
      <w:r>
        <w:br/>
      </w:r>
      <w:r>
        <w:rPr>
          <w:sz w:val="20"/>
        </w:rPr>
        <w:t>1:15:59  kyunke source of rohaniyat to khuda hi hai aap to receive karte hain aap giver nahi hain aap</w:t>
      </w:r>
      <w:r>
        <w:br/>
      </w:r>
      <w:r>
        <w:rPr>
          <w:sz w:val="20"/>
        </w:rPr>
        <w:t>1:16:07  taker hain to mera tajurba yahi ke agar main apne aap ko akela bana loon to meri rohaniyat</w:t>
      </w:r>
      <w:r>
        <w:br/>
      </w:r>
      <w:r>
        <w:rPr>
          <w:sz w:val="20"/>
        </w:rPr>
        <w:t>1:16:14  khatm ho jayegi lekin jab main khuda jodta hoon tab mujhe khuda mere liye power house ban</w:t>
      </w:r>
      <w:r>
        <w:br/>
      </w:r>
      <w:r>
        <w:rPr>
          <w:sz w:val="20"/>
        </w:rPr>
        <w:t>1:16:22  jata hai ke idhar se aa rahi hai mere liye rohaniyat ki ro</w:t>
      </w:r>
      <w:r>
        <w:br/>
      </w:r>
      <w:r>
        <w:rPr>
          <w:sz w:val="20"/>
        </w:rPr>
        <w:t>1:16:30  shni.</w:t>
      </w:r>
    </w:p>
    <w:p>
      <w:pPr>
        <w:pStyle w:val="Heading2"/>
      </w:pPr>
      <w:r>
        <w:t>Is divine inspiration necessary for true Islam</w:t>
      </w:r>
    </w:p>
    <w:p>
      <w:r>
        <w:rPr>
          <w:color w:val="666666"/>
          <w:sz w:val="18"/>
        </w:rPr>
        <w:t>Spirituality · Peace of Mind June 29, 2014 · 46s · at 1:06:02 · https://youtu.be/oVwRc_FcAGk?t=3962</w:t>
      </w:r>
    </w:p>
    <w:p>
      <w:r>
        <w:rPr>
          <w:i/>
        </w:rPr>
        <w:t>“Without God and without God's inspiration, one cannot reach true Islam. The CPS mission can only be understood by someone who receives guidance through inspiration. Is it correct to say this?”</w:t>
      </w:r>
    </w:p>
    <w:p>
      <w:r>
        <w:rPr>
          <w:sz w:val="20"/>
        </w:rPr>
        <w:t>1:06:02  molana, agla sawal dili se kiya hai ins sahab ne, aur unhone likha hai ke molana, bina allah ke, bina allah ki inspareshan ke sahi islam tak nahin pahuncha ja sakta.</w:t>
      </w:r>
      <w:r>
        <w:br/>
      </w:r>
      <w:r>
        <w:rPr>
          <w:sz w:val="20"/>
        </w:rPr>
        <w:t>1:06:17  si pi es mission sirf is isi shakhs ko samajh aa sakta hai jise inspiration se guidance mile.</w:t>
      </w:r>
      <w:r>
        <w:br/>
      </w:r>
      <w:r>
        <w:rPr>
          <w:sz w:val="20"/>
        </w:rPr>
        <w:t>1:06:25  kya yeh kehna sahi hoga? han, is mein aap dua shamil kijie. dua. inspareshan aata hai, is ko jo khub duaen kare, khub duaen kare.</w:t>
      </w:r>
    </w:p>
    <w:p>
      <w:pPr>
        <w:pStyle w:val="Heading2"/>
      </w:pPr>
      <w:r>
        <w:t>Is feeling during action our intention?</w:t>
      </w:r>
    </w:p>
    <w:p>
      <w:r>
        <w:rPr>
          <w:color w:val="666666"/>
          <w:sz w:val="18"/>
        </w:rPr>
        <w:t>Spirituality · Peace of Mind April 19, 2015 Maulana Wahiduddin Khan · 1m 04s · at 1:00:21 · https://youtu.be/bGLY0ALNtjw?t=3621</w:t>
      </w:r>
    </w:p>
    <w:p>
      <w:r>
        <w:rPr>
          <w:i/>
        </w:rPr>
        <w:t>“When performing an action, the feeling we experience, is that our intention? Please clarify.”</w:t>
      </w:r>
    </w:p>
    <w:p>
      <w:r>
        <w:rPr>
          <w:sz w:val="20"/>
        </w:rPr>
        <w:t>1:00:21  maulana agla sawal jodhpur rajasthan se muhammad khalid sahib ne poocha hai.</w:t>
      </w:r>
      <w:r>
        <w:br/>
      </w:r>
      <w:r>
        <w:rPr>
          <w:sz w:val="20"/>
        </w:rPr>
        <w:t>1:00:27  unhon ne likha hai ke kisi amal ko karte waqt hum jo feel karte hain, kya wohi hamari</w:t>
      </w:r>
      <w:r>
        <w:br/>
      </w:r>
      <w:r>
        <w:rPr>
          <w:sz w:val="20"/>
        </w:rPr>
        <w:t>1:00:33  niyat hoti hai? maulana is ko wazeh karen.</w:t>
      </w:r>
      <w:r>
        <w:br/>
      </w:r>
      <w:r>
        <w:rPr>
          <w:sz w:val="20"/>
        </w:rPr>
        <w:t>1:00:38  yeh meri samajh, yeh sawal meri samajh aaya.</w:t>
      </w:r>
      <w:r>
        <w:br/>
      </w:r>
      <w:r>
        <w:rPr>
          <w:sz w:val="20"/>
        </w:rPr>
        <w:t>1:00:41  niyat to, yani niyat ka matlab hai intention.</w:t>
      </w:r>
      <w:r>
        <w:br/>
      </w:r>
      <w:r>
        <w:rPr>
          <w:sz w:val="20"/>
        </w:rPr>
        <w:t>1:00:47  yani kisi, kisi cheez ko aap jaise aap infaq farz karte hain, infaq karein ke</w:t>
      </w:r>
      <w:r>
        <w:br/>
      </w:r>
      <w:r>
        <w:rPr>
          <w:sz w:val="20"/>
        </w:rPr>
        <w:t>1:00:56  is liye ke aap ka naam ho ke bara sakhi hai, to aap ki niyat doosri ho gayi.</w:t>
      </w:r>
      <w:r>
        <w:br/>
      </w:r>
      <w:r>
        <w:rPr>
          <w:sz w:val="20"/>
        </w:rPr>
        <w:t>1:01:03  aur agar aap Allah ke liye karein to niyat doosri ho gayi.</w:t>
      </w:r>
      <w:r>
        <w:br/>
      </w:r>
      <w:r>
        <w:rPr>
          <w:sz w:val="20"/>
        </w:rPr>
        <w:t>1:01:07  aur Bukhari ki riwayat mein hai ke, yani ek shakhs ne Rasool Allah ke saath hijrat ki Makkah</w:t>
      </w:r>
      <w:r>
        <w:br/>
      </w:r>
      <w:r>
        <w:rPr>
          <w:sz w:val="20"/>
        </w:rPr>
        <w:t>1:01:14  se Madine ke liye, us ki niyat yeh thi ke Madine mein woh ek aurat se shadi karna</w:t>
      </w:r>
      <w:r>
        <w:br/>
      </w:r>
      <w:r>
        <w:rPr>
          <w:sz w:val="20"/>
        </w:rPr>
        <w:t>1:01:19  chah raha tha.</w:t>
      </w:r>
      <w:r>
        <w:br/>
      </w:r>
      <w:r>
        <w:rPr>
          <w:sz w:val="20"/>
        </w:rPr>
        <w:t>1:01:20  to yeh us ka naam niyat hai.</w:t>
      </w:r>
      <w:r>
        <w:br/>
      </w:r>
      <w:r>
        <w:rPr>
          <w:sz w:val="20"/>
        </w:rPr>
        <w:t>1:01:22  feeling ka naam niyat nahi.</w:t>
      </w:r>
      <w:r>
        <w:br/>
      </w:r>
      <w:r>
        <w:rPr>
          <w:sz w:val="20"/>
        </w:rPr>
        <w:t>1:01:23  yeh main samjha nahi is baat ko.</w:t>
      </w:r>
    </w:p>
    <w:p>
      <w:pPr>
        <w:pStyle w:val="Heading2"/>
      </w:pPr>
      <w:r>
        <w:t>Is helplessness positive or negative?</w:t>
      </w:r>
    </w:p>
    <w:p>
      <w:r>
        <w:rPr>
          <w:color w:val="666666"/>
          <w:sz w:val="18"/>
        </w:rPr>
        <w:t>Spirituality · 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Is it correct that Al-Risala solved issues</w:t>
      </w:r>
    </w:p>
    <w:p>
      <w:r>
        <w:rPr>
          <w:color w:val="666666"/>
          <w:sz w:val="18"/>
        </w:rPr>
        <w:t>Spirituality · An Intellectual Journey May 1, 2011 · 57s · at 1:27:17 · https://youtu.be/AqjjyimoIqw?t=5237</w:t>
      </w:r>
    </w:p>
    <w:p>
      <w:r>
        <w:rPr>
          <w:i/>
        </w:rPr>
        <w:t>“Reading Al-Risala resolved all my personal issues. Maulana, is my thinking correct?”</w:t>
      </w:r>
    </w:p>
    <w:p>
      <w:r>
        <w:rPr>
          <w:sz w:val="20"/>
        </w:rPr>
        <w:t>1:27:17  mister kishan jeenth rao patil ne nanded, maharashtra se sawal kiya hai, unhone likha hai: "al risala padhne se mere saare person samaapt ho gaye.</w:t>
      </w:r>
      <w:r>
        <w:br/>
      </w:r>
      <w:r>
        <w:rPr>
          <w:sz w:val="20"/>
        </w:rPr>
        <w:t>1:27:29  maulana, kya meri yeh soch theek hai?" ab samaapt ho gaye, badi achhi baat hai. is mein, is mein theek be theek koi sawal hi nahin.</w:t>
      </w:r>
      <w:r>
        <w:br/>
      </w:r>
      <w:r>
        <w:rPr>
          <w:sz w:val="20"/>
        </w:rPr>
        <w:t>1:27:43  dekhein, marifat jo hai, woh ek zaati cheez hai. ek shakhs kahe ke mujhe falan kitaab padhne se marifat haasil hui, to bahut achha hai, woh zaati cheez hai, subjective cheez hai.</w:t>
      </w:r>
      <w:r>
        <w:br/>
      </w:r>
      <w:r>
        <w:rPr>
          <w:sz w:val="20"/>
        </w:rPr>
        <w:t>1:27:55  subjective agar kisi ke sawalat khatm hote hain, us ko padhne se to bahut achhi baat hai, shukr karna chahiye. is mein koi theek be theek ka koi question paida nahin hota,</w:t>
      </w:r>
      <w:r>
        <w:br/>
      </w:r>
      <w:r>
        <w:rPr>
          <w:sz w:val="20"/>
        </w:rPr>
        <w:t>1:28:10  shukr karne ki baat hai. bas</w:t>
      </w:r>
    </w:p>
    <w:p>
      <w:pPr>
        <w:pStyle w:val="Heading2"/>
      </w:pPr>
      <w:r>
        <w:t>Is knowledge of God culmination of intellect?</w:t>
      </w:r>
    </w:p>
    <w:p>
      <w:r>
        <w:rPr>
          <w:color w:val="666666"/>
          <w:sz w:val="18"/>
        </w:rPr>
        <w:t>Spirituality · Realization of God March 16, 2014 Maulana Wahiduddin Khan · 38s · at 49:12 · https://youtu.be/OA8Apjhruag?t=2952</w:t>
      </w:r>
    </w:p>
    <w:p>
      <w:r>
        <w:rPr>
          <w:i/>
        </w:rPr>
        <w:t>“Is ma'rifat (knowledge) of God a culmination of intellectual development?”</w:t>
      </w:r>
    </w:p>
    <w:p>
      <w:r>
        <w:rPr>
          <w:sz w:val="20"/>
        </w:rPr>
        <w:t>49:12  maulana, yeh sawal doctor safeena tabassum ne kiya hai ajmer se. unhone likha hai: "maulana sahib, is marifat of god a culmination of intellectual development?</w:t>
      </w:r>
      <w:r>
        <w:br/>
      </w:r>
      <w:r>
        <w:rPr>
          <w:sz w:val="20"/>
        </w:rPr>
        <w:t>49:27  "haan, yeh baat sahi hai lekin culmination jo hai woh according to the quran of god ho. culmination ka ek sense woh bhi ho sakta hai jo transperse ne liya hai.</w:t>
      </w:r>
      <w:r>
        <w:br/>
      </w:r>
      <w:r>
        <w:rPr>
          <w:sz w:val="20"/>
        </w:rPr>
        <w:t>49:41  to transperse ke sense mein nahi balkeh creation of god jo hai us ke sense mein to bilkul sahi yeh taabeer hai.</w:t>
      </w:r>
    </w:p>
    <w:p>
      <w:pPr>
        <w:pStyle w:val="Heading2"/>
      </w:pPr>
      <w:r>
        <w:t>Is ma'rifat attainable by everyone?</w:t>
      </w:r>
    </w:p>
    <w:p>
      <w:r>
        <w:rPr>
          <w:color w:val="666666"/>
          <w:sz w:val="18"/>
        </w:rPr>
        <w:t>Spirituality · The Prophet An Example of Modesty August 27, 2017 · 1m 21s · at 1:06:49 · https://youtu.be/aR3V4c8fQC4?t=4009</w:t>
      </w:r>
    </w:p>
    <w:p>
      <w:r>
        <w:rPr>
          <w:i/>
        </w:rPr>
        <w:t>“Is this ma'rifat within the capacity of every human? I often see that some people are very good, but in matters of religion, they are empty in spirit. Please explain.”</w:t>
      </w:r>
    </w:p>
    <w:p>
      <w:r>
        <w:rPr>
          <w:sz w:val="20"/>
        </w:rPr>
        <w:t>1:06:49  maulana, agla sawal kashmir se bheja hai raees ahmad dar sahib ne, unhon ne likha hai, "maulana sahib, kya yeh marifat har insan ke bas ki baat hai?</w:t>
      </w:r>
      <w:r>
        <w:br/>
      </w:r>
      <w:r>
        <w:rPr>
          <w:sz w:val="20"/>
        </w:rPr>
        <w:t>1:07:02  main aksar dekhta hoon ke kuch log bohat achhe hote hain, lekin deen ke maamle mein, but spirit mein khali hote hain. is ke bare mein bataye." nahi, main is ko nahi manunga ke bohat achhe hote hain.</w:t>
      </w:r>
      <w:r>
        <w:br/>
      </w:r>
      <w:r>
        <w:rPr>
          <w:sz w:val="20"/>
        </w:rPr>
        <w:t>1:07:17  dekhiye, ek hai manners, manners mein achhe hote hain woh. social manners, social manners alag cheez hai, real state mein akhlaq alag cheez hai.</w:t>
      </w:r>
      <w:r>
        <w:br/>
      </w:r>
      <w:r>
        <w:rPr>
          <w:sz w:val="20"/>
        </w:rPr>
        <w:t>1:07:29  aam taur par log kehte hain ke koi aadmi social manners bara achha ho to matlab hai ke bara achha hai. to social manners to ek ek ek woh hoti hai, ek banawati cheez hoti hai.</w:t>
      </w:r>
      <w:r>
        <w:br/>
      </w:r>
      <w:r>
        <w:rPr>
          <w:sz w:val="20"/>
        </w:rPr>
        <w:t>1:07:42  aam taur par logon ki ghalati yahi maine payi hai ke social manners ko samajhte hain ke bara achha aadmi hai, halanke andar se woh kuch nahi hota. to jo aadmi sach much Allah se darne wala hoga, us ke andar aala akhlaq zaroor paida hoga.</w:t>
      </w:r>
      <w:r>
        <w:br/>
      </w:r>
      <w:r>
        <w:rPr>
          <w:sz w:val="20"/>
        </w:rPr>
        <w:t>1:07:59  to dono ko alag alag nahi kar sakte aap. aap social manners ke sense mein le rahe hain, is liye aap alag kiye hue hain.</w:t>
      </w:r>
    </w:p>
    <w:p>
      <w:pPr>
        <w:pStyle w:val="Heading2"/>
      </w:pPr>
      <w:r>
        <w:t>Is peace of mind complaint-free by knowing God's plan?</w:t>
      </w:r>
    </w:p>
    <w:p>
      <w:r>
        <w:rPr>
          <w:color w:val="666666"/>
          <w:sz w:val="18"/>
        </w:rPr>
        <w:t>Spirituality · Peace of Mind April 19, 2015 Maulana Wahiduddin Khan · 1m 45s · at 1:02:21 · https://youtu.be/bGLY0ALNtjw?t=3741</w:t>
      </w:r>
    </w:p>
    <w:p>
      <w:r>
        <w:rPr>
          <w:i/>
        </w:rPr>
        <w:t>“Can we say that peace of mind is a complaint-free mind by knowing the creation plan of God?”</w:t>
      </w:r>
    </w:p>
    <w:p>
      <w:r>
        <w:rPr>
          <w:sz w:val="20"/>
        </w:rPr>
        <w:t>1:02:21  Maulana agla sawal Miss Naghma Siddiqui ne poocha hai Delhi se.</w:t>
      </w:r>
      <w:r>
        <w:br/>
      </w:r>
      <w:r>
        <w:rPr>
          <w:sz w:val="20"/>
        </w:rPr>
        <w:t>1:02:26  اور انہوں نے لکھا ہے: Can we say that peace of mind is a complaint-free mind by</w:t>
      </w:r>
      <w:r>
        <w:br/>
      </w:r>
      <w:r>
        <w:rPr>
          <w:sz w:val="20"/>
        </w:rPr>
        <w:t>1:02:33  knowing the creation plan of God?</w:t>
      </w:r>
      <w:r>
        <w:br/>
      </w:r>
      <w:r>
        <w:rPr>
          <w:sz w:val="20"/>
        </w:rPr>
        <w:t>1:02:36  haan sahi, bilkul sahi baat hai.</w:t>
      </w:r>
      <w:r>
        <w:br/>
      </w:r>
      <w:r>
        <w:rPr>
          <w:sz w:val="20"/>
        </w:rPr>
        <w:t>1:02:38  sehi hai. maulana agla sawal</w:t>
      </w:r>
      <w:r>
        <w:br/>
      </w:r>
      <w:r>
        <w:rPr>
          <w:sz w:val="20"/>
        </w:rPr>
        <w:t>1:02:44  bhopal se hai.</w:t>
      </w:r>
      <w:r>
        <w:br/>
      </w:r>
      <w:r>
        <w:rPr>
          <w:sz w:val="20"/>
        </w:rPr>
        <w:t>1:02:46  firoze sahib ne kiya hai.</w:t>
      </w:r>
      <w:r>
        <w:br/>
      </w:r>
      <w:r>
        <w:rPr>
          <w:sz w:val="20"/>
        </w:rPr>
        <w:t>1:02:47  اور انہوں نے لکھا ہے: مولانا، you always mention about West being our benefactor and that we should</w:t>
      </w:r>
      <w:r>
        <w:br/>
      </w:r>
      <w:r>
        <w:rPr>
          <w:sz w:val="20"/>
        </w:rPr>
        <w:t>1:02:54  acknowledge the civilization contribution.</w:t>
      </w:r>
      <w:r>
        <w:br/>
      </w:r>
      <w:r>
        <w:rPr>
          <w:sz w:val="20"/>
        </w:rPr>
        <w:t>1:02:58  But some people, whom we try to convey this, tell us that West did it out of commercial</w:t>
      </w:r>
      <w:r>
        <w:br/>
      </w:r>
      <w:r>
        <w:rPr>
          <w:sz w:val="20"/>
        </w:rPr>
        <w:t>1:03:04  interest, and not out of any well-wishingness for humanity.</w:t>
      </w:r>
      <w:r>
        <w:br/>
      </w:r>
      <w:r>
        <w:rPr>
          <w:sz w:val="20"/>
        </w:rPr>
        <w:t>1:03:09  So why to give them credit for something when their interest was always material progress, and not</w:t>
      </w:r>
      <w:r>
        <w:br/>
      </w:r>
      <w:r>
        <w:rPr>
          <w:sz w:val="20"/>
        </w:rPr>
        <w:t>1:03:16  too benefit main kain</w:t>
      </w:r>
      <w:r>
        <w:br/>
      </w:r>
      <w:r>
        <w:rPr>
          <w:sz w:val="20"/>
        </w:rPr>
        <w:t>1:03:18  d? dekhiye yeh koi sawal nahi hai.</w:t>
      </w:r>
      <w:r>
        <w:br/>
      </w:r>
      <w:r>
        <w:rPr>
          <w:sz w:val="20"/>
        </w:rPr>
        <w:t>1:03:20  ہر آدمی، آپ سوال کرنے والے بھی اپنے، اپنے، اپنے اس کے لیے، اپنے interest کے لیے کرتے</w:t>
      </w:r>
      <w:r>
        <w:br/>
      </w:r>
      <w:r>
        <w:rPr>
          <w:sz w:val="20"/>
        </w:rPr>
        <w:t>1:03:28  honge. har interest sab se zyada taqatwar jazba hai insan ke andar.</w:t>
      </w:r>
      <w:r>
        <w:br/>
      </w:r>
      <w:r>
        <w:rPr>
          <w:sz w:val="20"/>
        </w:rPr>
        <w:t>1:03:32  har aadmi interest is liye karta hai.</w:t>
      </w:r>
      <w:r>
        <w:br/>
      </w:r>
      <w:r>
        <w:rPr>
          <w:sz w:val="20"/>
        </w:rPr>
        <w:t>1:03:35  yeh koi sawal nahi hai.</w:t>
      </w:r>
      <w:r>
        <w:br/>
      </w:r>
      <w:r>
        <w:rPr>
          <w:sz w:val="20"/>
        </w:rPr>
        <w:t>1:03:36  sawal yeh hai ke in terms of result is ka faida pohancha.</w:t>
      </w:r>
      <w:r>
        <w:br/>
      </w:r>
      <w:r>
        <w:rPr>
          <w:sz w:val="20"/>
        </w:rPr>
        <w:t>1:03:40  har musalman jo is dunya mein taraqqi ki hui hai, inhi ke, inhi ke cheezon ko istemal kar</w:t>
      </w:r>
      <w:r>
        <w:br/>
      </w:r>
      <w:r>
        <w:rPr>
          <w:sz w:val="20"/>
        </w:rPr>
        <w:t>1:03:45  ke taraqqi ki hui hai.</w:t>
      </w:r>
      <w:r>
        <w:br/>
      </w:r>
      <w:r>
        <w:rPr>
          <w:sz w:val="20"/>
        </w:rPr>
        <w:t>1:03:46  sawal karne wale ne bhi agar taraqqi ki hogi to isi ko istemal kar ke taraqqi ki hogi.</w:t>
      </w:r>
      <w:r>
        <w:br/>
      </w:r>
      <w:r>
        <w:rPr>
          <w:sz w:val="20"/>
        </w:rPr>
        <w:t>1:03:51  inhi ki technology.</w:t>
      </w:r>
      <w:r>
        <w:br/>
      </w:r>
      <w:r>
        <w:rPr>
          <w:sz w:val="20"/>
        </w:rPr>
        <w:t>1:03:54  to yeh self interest ka jazba to har ahlak mein hota hi hota hai.</w:t>
      </w:r>
      <w:r>
        <w:br/>
      </w:r>
      <w:r>
        <w:rPr>
          <w:sz w:val="20"/>
        </w:rPr>
        <w:t>1:03:59  result kya hai, woh dekhiye aap.</w:t>
      </w:r>
      <w:r>
        <w:br/>
      </w:r>
      <w:r>
        <w:rPr>
          <w:sz w:val="20"/>
        </w:rPr>
        <w:t>1:04:01  result. to result ke aitbar se woh benefactor hai hamare liye.</w:t>
      </w:r>
    </w:p>
    <w:p>
      <w:pPr>
        <w:pStyle w:val="Heading2"/>
      </w:pPr>
      <w:r>
        <w:t>Is rethinking equivalent to repentance?</w:t>
      </w:r>
    </w:p>
    <w:p>
      <w:r>
        <w:rPr>
          <w:color w:val="666666"/>
          <w:sz w:val="18"/>
        </w:rPr>
        <w:t>Spirituality · The Lesson of History September 21, 2014 · 2m 07s · at 57:07 · https://youtu.be/aMVHLKMkhcQ?t=3427</w:t>
      </w:r>
    </w:p>
    <w:p>
      <w:r>
        <w:rPr>
          <w:i/>
        </w:rPr>
        <w:t>“Can rethinking mean repentance? Are both the same thing? Please explain.”</w:t>
      </w:r>
    </w:p>
    <w:p>
      <w:r>
        <w:rPr>
          <w:sz w:val="20"/>
        </w:rPr>
        <w:t>57:07  maulana, agla sawal dilli se hai. maulana farhad ahmed sahab ka. aur unhon ne aap se poocha hai ke kya rethinking ka matlab tauba karna ho sakta hai?</w:t>
      </w:r>
      <w:r>
        <w:br/>
      </w:r>
      <w:r>
        <w:rPr>
          <w:sz w:val="20"/>
        </w:rPr>
        <w:t>57:19  is ke baray mein batayein. dono ek hi cheez hain. tauba ka matlab bhi hai rethinking. dekhiye, jab rethinking karenge aap to aap sochen ge ke mein ne kya ghalti ki.</w:t>
      </w:r>
      <w:r>
        <w:br/>
      </w:r>
      <w:r>
        <w:rPr>
          <w:sz w:val="20"/>
        </w:rPr>
        <w:t>57:33  is ghalti ko phir aap correction karenge is ka. is tarah se aap ne phir dobara theek karenge. yaani bhatke hain to aap sahi rastay par aayenge.</w:t>
      </w:r>
      <w:r>
        <w:br/>
      </w:r>
      <w:r>
        <w:rPr>
          <w:sz w:val="20"/>
        </w:rPr>
        <w:t>57:45  mein samajhta hoon ke tauba jo hai, woh isi cheez ka naam hai jis ko mein rethinking keh raha hoon</w:t>
      </w:r>
      <w:r>
        <w:br/>
      </w:r>
      <w:r>
        <w:rPr>
          <w:sz w:val="20"/>
        </w:rPr>
        <w:t>57:53  . ek aur baat mein arz karunga ke quran mein hai ke summa yatubuna min qareeb jo jald hi karte hain tauba.</w:t>
      </w:r>
      <w:r>
        <w:br/>
      </w:r>
      <w:r>
        <w:rPr>
          <w:sz w:val="20"/>
        </w:rPr>
        <w:t>58:03  to rethinking bohat jald karni chahiye. kyunke hota yeh hai ke agar aap ne tauba qareeb nahi kiya aap ne to aap ke andar aap conditioning ki wajah se aap pakka ho jayenge isi mein.</w:t>
      </w:r>
      <w:r>
        <w:br/>
      </w:r>
      <w:r>
        <w:rPr>
          <w:sz w:val="20"/>
        </w:rPr>
        <w:t>58:14  phir toba ki tofeeq hi nahi hogi aap ko. thumma y</w:t>
      </w:r>
      <w:r>
        <w:br/>
      </w:r>
      <w:r>
        <w:rPr>
          <w:sz w:val="20"/>
        </w:rPr>
        <w:t>58:19  atuboona min qareeb yani ghalati kiya to jaldi se toba karo. jaldi se phir se socho. nahi to kya hoga? conditioning ka process shuru ho jayega.</w:t>
      </w:r>
      <w:r>
        <w:br/>
      </w:r>
      <w:r>
        <w:rPr>
          <w:sz w:val="20"/>
        </w:rPr>
        <w:t>58:32  agar aap ne toba qareeb nahi kiya to conditioning ka process shuru ho jayega. aur dheere dheere aap ka ehsas barh jayega. ehsas yeh barh jayega ke aap ne ghalati ki thi.</w:t>
      </w:r>
      <w:r>
        <w:br/>
      </w:r>
      <w:r>
        <w:rPr>
          <w:sz w:val="20"/>
        </w:rPr>
        <w:t>58:43  yani ghalati ka ehsas barh jayega. agar aap toba qareeb nahi kiya aap ne.</w:t>
      </w:r>
      <w:r>
        <w:br/>
      </w:r>
      <w:r>
        <w:rPr>
          <w:sz w:val="20"/>
        </w:rPr>
        <w:t>58:48  yeh bohat ahem ayat hai yeh quran majeed ki. thumma yatuboona min qareeb ke jab ghalati ho jaye to foran toba karo. foran dobara socho.</w:t>
      </w:r>
      <w:r>
        <w:br/>
      </w:r>
      <w:r>
        <w:rPr>
          <w:sz w:val="20"/>
        </w:rPr>
        <w:t>59:01  nahi to isi mein tum conditioned ho jaoge aur phir toba ki tofeeq bhi qubool nahi hogi.</w:t>
      </w:r>
    </w:p>
    <w:p>
      <w:pPr>
        <w:pStyle w:val="Heading2"/>
      </w:pPr>
      <w:r>
        <w:t>Is self-imposed marifat possible without shariah?</w:t>
      </w:r>
    </w:p>
    <w:p>
      <w:r>
        <w:rPr>
          <w:color w:val="666666"/>
          <w:sz w:val="18"/>
        </w:rPr>
        <w:t>Spirituality · The Existence of God July 23, 2017 Maulana Wahiduddin Khan · 46s · at 53:55 · https://youtu.be/shLM_JhG3iE?t=3235</w:t>
      </w:r>
    </w:p>
    <w:p>
      <w:r>
        <w:rPr>
          <w:i/>
        </w:rPr>
        <w:t>“You talked about self-imposed marifat, but is it possible to realize self-imposed marifat without having proper knowledge about the shariah?”</w:t>
      </w:r>
    </w:p>
    <w:p>
      <w:r>
        <w:rPr>
          <w:sz w:val="20"/>
        </w:rPr>
        <w:t>53:55  Maulana, agla sawal Sagar Dey sahib ne poocha hai Delhi se. unhone likha hai: "You talked about self-imposed marifat, but is it possible to realize self-imposed marifat without having proper knowledge about the shariat?</w:t>
      </w:r>
      <w:r>
        <w:br/>
      </w:r>
      <w:r>
        <w:rPr>
          <w:sz w:val="20"/>
        </w:rPr>
        <w:t>54:16  is ke bare mein bataen. maine self-imposed ka lafz nahi istemal kiya, self-discovered ka istemal kiya. self-discovered marifat ji shariat se koi is ka direct taluq hi nahi.</w:t>
      </w:r>
      <w:r>
        <w:br/>
      </w:r>
      <w:r>
        <w:rPr>
          <w:sz w:val="20"/>
        </w:rPr>
        <w:t>54:32  woh to aqeeday ki baat hai. yeh sawal mere zehen mein clear nahi hai, kyun ke aqeeday ki baat ko shariat se jod diya unhone. is se confusion paida hota hai.</w:t>
      </w:r>
    </w:p>
    <w:p>
      <w:pPr>
        <w:pStyle w:val="Heading2"/>
      </w:pPr>
      <w:r>
        <w:t>Is spirituality only for after fulfilling duties?</w:t>
      </w:r>
    </w:p>
    <w:p>
      <w:r>
        <w:rPr>
          <w:color w:val="666666"/>
          <w:sz w:val="18"/>
        </w:rPr>
        <w:t>Spirituality · The Discovery of God IIC Prog (Maulana Talk) November 2, 2019 · 1m 56s · at 37:01 · https://youtu.be/u24tYGW6tCM?t=2221</w:t>
      </w:r>
    </w:p>
    <w:p>
      <w:r>
        <w:rPr>
          <w:i/>
        </w:rPr>
        <w:t>“People often say that we should get into spirituality after fulfilling our duties. Maulana, my question is, is this thinking correct? Is there any age for which spirituality should be allowed in our life?”</w:t>
      </w:r>
    </w:p>
    <w:p>
      <w:r>
        <w:rPr>
          <w:sz w:val="20"/>
        </w:rPr>
        <w:t>37:01  to meri starting yahan se shuru hui hai. Maulana, agla sawal Mr. mohit mehta ne kiya hai, woh Ahmedabad se program dekh rahe hain.</w:t>
      </w:r>
      <w:r>
        <w:br/>
      </w:r>
      <w:r>
        <w:rPr>
          <w:sz w:val="20"/>
        </w:rPr>
        <w:t>37:11  unhon ne likha hai ke "People often say that we should get into spirituality after fulfilling our duties."</w:t>
      </w:r>
      <w:r>
        <w:br/>
      </w:r>
      <w:r>
        <w:rPr>
          <w:sz w:val="20"/>
        </w:rPr>
        <w:t>37:21  " Maulana, my question is, is this thinking correct? Is there any age for which spirituality should be allowed in our life?</w:t>
      </w:r>
      <w:r>
        <w:br/>
      </w:r>
      <w:r>
        <w:rPr>
          <w:sz w:val="20"/>
        </w:rPr>
        <w:t>37:31  Nahi, main to is ko nahi manunga. Kyun ke maine jo meri jo discovery hai, woh to yeh hai ke spirituality aik aik higher truth hai.</w:t>
      </w:r>
      <w:r>
        <w:br/>
      </w:r>
      <w:r>
        <w:rPr>
          <w:sz w:val="20"/>
        </w:rPr>
        <w:t>37:45  Agar higher truth na ho to meri zindagi mein aik higher sachai ke taur par kaise sabit ho sakti hai?</w:t>
      </w:r>
      <w:r>
        <w:br/>
      </w:r>
      <w:r>
        <w:rPr>
          <w:sz w:val="20"/>
        </w:rPr>
        <w:t>37:55  To duty ko poora karna yeh aik result hai, yeh asal nahi hai. Agar main sach much spiritual person ban jaon, agar mujhe is reality ki discovery ho jaye, reality ki,</w:t>
      </w:r>
      <w:r>
        <w:br/>
      </w:r>
      <w:r>
        <w:rPr>
          <w:sz w:val="20"/>
        </w:rPr>
        <w:t>38:09  To main duty ka tasawwur bhi zaroor aye ga mere andar.</w:t>
      </w:r>
      <w:r>
        <w:br/>
      </w:r>
      <w:r>
        <w:rPr>
          <w:sz w:val="20"/>
        </w:rPr>
        <w:t>38:14  Duty aap ka aik kartab hai, aap ka aik behavior hai. Is se alag nahi, nahi hai.</w:t>
      </w:r>
      <w:r>
        <w:br/>
      </w:r>
      <w:r>
        <w:rPr>
          <w:sz w:val="20"/>
        </w:rPr>
        <w:t>38:29  Woh to aik higher duty, higher truth. Spirituality ko higher truth hona chahiye, warna woh kuch bhi nahi hai, nothing hai.</w:t>
      </w:r>
      <w:r>
        <w:br/>
      </w:r>
      <w:r>
        <w:rPr>
          <w:sz w:val="20"/>
        </w:rPr>
        <w:t>38:41  To main manta hoon ke spirituality higher truth hai. Tabhi main is ko is ke aage apne ko surrender karta hoon.</w:t>
      </w:r>
    </w:p>
    <w:p>
      <w:pPr>
        <w:pStyle w:val="Heading2"/>
      </w:pPr>
      <w:r>
        <w:t>Is there a limit to divine knowledge?</w:t>
      </w:r>
    </w:p>
    <w:p>
      <w:r>
        <w:rPr>
          <w:color w:val="666666"/>
          <w:sz w:val="18"/>
        </w:rPr>
        <w:t>Spirituality · Divine Help September 22, 2015 · 29s · at 45:31 · https://youtu.be/sozrNCif0Gg?t=2731</w:t>
      </w:r>
    </w:p>
    <w:p>
      <w:r>
        <w:rPr>
          <w:i/>
        </w:rPr>
        <w:t>“Is there also a limit to ma'rifah (divine knowledge)?”</w:t>
      </w:r>
    </w:p>
    <w:p>
      <w:r>
        <w:rPr>
          <w:sz w:val="20"/>
        </w:rPr>
        <w:t>45:31  Maulana, agla sawal lene se pehle comment parhna chahenge. yeh Ms. Sahar Saleem ne bheja hai Delhi se. unhon ne likha hai: "Technology with humans today is the universal tool which can be used to ease our minds and not pollute them.</w:t>
      </w:r>
      <w:r>
        <w:br/>
      </w:r>
      <w:r>
        <w:rPr>
          <w:sz w:val="20"/>
        </w:rPr>
        <w:t>45:50  We need to avail this tool with responsibility and use the potential to spread theright content. Thank you, Maulana sahib." Mashallah.</w:t>
      </w:r>
    </w:p>
    <w:p>
      <w:pPr>
        <w:pStyle w:val="Heading2"/>
      </w:pPr>
      <w:r>
        <w:t>Is there a limit to divine knowledge?</w:t>
      </w:r>
    </w:p>
    <w:p>
      <w:r>
        <w:rPr>
          <w:color w:val="666666"/>
          <w:sz w:val="18"/>
        </w:rPr>
        <w:t>Spirituality · Divine Help September 22, 2015 · 3m 20s · at 46:01 · https://youtu.be/sozrNCif0Gg?t=2761</w:t>
      </w:r>
    </w:p>
    <w:p>
      <w:r>
        <w:rPr>
          <w:i/>
        </w:rPr>
        <w:t>“Is there a limit to ma'rifat? We contemplate God's creations: rivers, mountains, oceans, sky, moon, sun, stars, paradise, hell, etc. Then we look at the universe's system, the Big Bang, and the ripples that are God's handwritings.”</w:t>
      </w:r>
    </w:p>
    <w:p>
      <w:r>
        <w:rPr>
          <w:sz w:val="20"/>
        </w:rPr>
        <w:t>46:01  Maulana, agla sawal Bijnor UP se Mahtab Ali Nandru Sahab ne bheja hai. unhon ne likha hai: "Maulana, kya marifat ki bhi koi had hai?</w:t>
      </w:r>
      <w:r>
        <w:br/>
      </w:r>
      <w:r>
        <w:rPr>
          <w:sz w:val="20"/>
        </w:rPr>
        <w:t>46:14  hum Allah ki banai hui cheezon mein ghaur karte hain: darya, pahaad, samandar, aasman, chand, suraj, sitare, jannat, jahannum waghera."</w:t>
      </w:r>
      <w:r>
        <w:br/>
      </w:r>
      <w:r>
        <w:rPr>
          <w:sz w:val="20"/>
        </w:rPr>
        <w:t>46:24  phir hum kainat ke nizaam ko dekhte hain aur big bang aur un ripples ko jo ke khuda ke haath ki tehreerein hain.</w:t>
      </w:r>
      <w:r>
        <w:br/>
      </w:r>
      <w:r>
        <w:rPr>
          <w:sz w:val="20"/>
        </w:rPr>
        <w:t>46:33  yahan aa kar hamari soch ki had aa jati hai. to kya baqi wonders of God ko insaan jannat mein unfold karega?</w:t>
      </w:r>
      <w:r>
        <w:br/>
      </w:r>
      <w:r>
        <w:rPr>
          <w:sz w:val="20"/>
        </w:rPr>
        <w:t>46:44  to kya realization ka amal jannat mein mukammal hoga? is ko wazeh karein."</w:t>
      </w:r>
      <w:r>
        <w:br/>
      </w:r>
      <w:r>
        <w:rPr>
          <w:sz w:val="20"/>
        </w:rPr>
        <w:t>46:57  dekhiye, jahan tak mein samajhta hoon, Allah rabbul alameen ki koi had nahin.</w:t>
      </w:r>
      <w:r>
        <w:br/>
      </w:r>
      <w:r>
        <w:rPr>
          <w:sz w:val="20"/>
        </w:rPr>
        <w:t>47:07  koi had hi nahin is ki. koi had nahin. to marifat ki bhi koi had nahin.</w:t>
      </w:r>
      <w:r>
        <w:br/>
      </w:r>
      <w:r>
        <w:rPr>
          <w:sz w:val="20"/>
        </w:rPr>
        <w:t>47:18  marifat ka jo process hai, woh jaari rahega. eternally.</w:t>
      </w:r>
      <w:r>
        <w:br/>
      </w:r>
      <w:r>
        <w:rPr>
          <w:sz w:val="20"/>
        </w:rPr>
        <w:t>47:25  abhi bhi jaari hai. jannaton mein jaari rahega. aur mawarae jannaton mein jaari rahega. kyunke dekhiye, yeh Einstein ki jo theory hai, is se sabit hota hai ke koi jo creation ka jo zimmedaar hai, us ki koi had nahin.</w:t>
      </w:r>
      <w:r>
        <w:br/>
      </w:r>
      <w:r>
        <w:rPr>
          <w:sz w:val="20"/>
        </w:rPr>
        <w:t>47:52  kuch had nahin. eternally had nahin hai.</w:t>
      </w:r>
      <w:r>
        <w:br/>
      </w:r>
      <w:r>
        <w:rPr>
          <w:sz w:val="20"/>
        </w:rPr>
        <w:t>47:57  agar had aa jaye to phir woh kaisa ajeeb ho jayega. to aap to bas marifat mein jeete rahiye.</w:t>
      </w:r>
      <w:r>
        <w:br/>
      </w:r>
      <w:r>
        <w:rPr>
          <w:sz w:val="20"/>
        </w:rPr>
        <w:t>48:09  Allah rabbul alameen ki be panah azmat mein jeete rahiye. aur is mein Allah ka shukr karte rahiye. bas.</w:t>
      </w:r>
      <w:r>
        <w:br/>
      </w:r>
      <w:r>
        <w:rPr>
          <w:sz w:val="20"/>
        </w:rPr>
        <w:t>48:22  maulana, agla comment lena chahenge jo saharanpur se Dr</w:t>
      </w:r>
      <w:r>
        <w:br/>
      </w:r>
      <w:r>
        <w:rPr>
          <w:sz w:val="20"/>
        </w:rPr>
        <w:t>48:26  doctor Aslam Khan sahib ne bheja hai. unhon ne likha hai: "Sir Isaac, Newton, Galileo, Albert Einstein, Paul Dirac, and Stephen Hawking ke paida hone ke baad is duniya mein physics aur metaphysical science mein bohat bara vacuum aa gaya tha jis ko reason-based spiritual rehnumai ko bharna tha.</w:t>
      </w:r>
      <w:r>
        <w:br/>
      </w:r>
      <w:r>
        <w:rPr>
          <w:sz w:val="20"/>
        </w:rPr>
        <w:t>48:51  isi period mein ek se ek qabil religious leaders paida hue lekin yeh log apna appropriate role ada na kar sake.</w:t>
      </w:r>
      <w:r>
        <w:br/>
      </w:r>
      <w:r>
        <w:rPr>
          <w:sz w:val="20"/>
        </w:rPr>
        <w:t>49:01  alhamdulillah, aap ne is vacuum ko reason-based tareeqe se poora kiya aur hazaron lakhon log confusion se bahar aa kar dawat-e-ilahi ka kaam kar rahe hain.</w:t>
      </w:r>
      <w:r>
        <w:br/>
      </w:r>
      <w:r>
        <w:rPr>
          <w:sz w:val="20"/>
        </w:rPr>
        <w:t>49:14  This all credit goes to you only. God bless you, respected Maulana, and your universal circle.</w:t>
      </w:r>
    </w:p>
    <w:p>
      <w:pPr>
        <w:pStyle w:val="Heading2"/>
      </w:pPr>
      <w:r>
        <w:t>Islamic perspective on dreams and interpretation</w:t>
      </w:r>
    </w:p>
    <w:p>
      <w:r>
        <w:rPr>
          <w:color w:val="666666"/>
          <w:sz w:val="18"/>
        </w:rPr>
        <w:t>Spirituality · Physical Science or Divine Science I 25th Nov, 2012 - Maulana Wahiduddin Khan · 1m 52s · at 1:08:26 · https://youtu.be/NfJRGRN6OhE?t=4106</w:t>
      </w:r>
    </w:p>
    <w:p>
      <w:r>
        <w:rPr>
          <w:i/>
        </w:rPr>
        <w:t>“What does Islam say about dreams and interpretation of dreams?”</w:t>
      </w:r>
    </w:p>
    <w:p>
      <w:r>
        <w:rPr>
          <w:sz w:val="20"/>
        </w:rPr>
        <w:t>1:08:26  maulana, agla sawal srinagar kashmir se hai ah shafi ahmed dar sahib ka. unhon ne likha hai: "what does islam say about dreams and interpretation of dreams?" dekhiye, yeh hadith mein aata hai ke</w:t>
      </w:r>
      <w:r>
        <w:br/>
      </w:r>
      <w:r>
        <w:rPr>
          <w:sz w:val="20"/>
        </w:rPr>
        <w:t>1:08:44  nubuwat uth gayi, lekin is ka chaliswan darja bhi baqi hai. to khwab nubuwat ka chaliswan darja hai, yaani allah taala khwab ke zariye se aadmi ko</w:t>
      </w:r>
      <w:r>
        <w:br/>
      </w:r>
      <w:r>
        <w:rPr>
          <w:sz w:val="20"/>
        </w:rPr>
        <w:t>1:09:01  batate hain apni mansha. lekin hadith mein abhi aata hai ke khwab ki teen teen shakalain hain: hadith an-nafs, takhfif ash-shaytan, bushra min Allah.</w:t>
      </w:r>
      <w:r>
        <w:br/>
      </w:r>
      <w:r>
        <w:rPr>
          <w:sz w:val="20"/>
        </w:rPr>
        <w:t>1:09:16  yaani ek hai ke aap ne dil ki baat dekh le, aadmi</w:t>
      </w:r>
      <w:r>
        <w:br/>
      </w:r>
      <w:r>
        <w:rPr>
          <w:sz w:val="20"/>
        </w:rPr>
        <w:t>1:09:20  jo dil mein hai, wohi khwab mein aa jaye, woh hadith an-nafs hai. ek yeh hai ke shaytan ka drava, shaytan drave ke taur par khwab dikhata hai, aur ek hai bushra min Allah, allah ki taraf se basharat.</w:t>
      </w:r>
      <w:r>
        <w:br/>
      </w:r>
      <w:r>
        <w:rPr>
          <w:sz w:val="20"/>
        </w:rPr>
        <w:t>1:09:33  to khwab ka jo nature hota hai, khwab ki jo surat hoti hai,</w:t>
      </w:r>
      <w:r>
        <w:br/>
      </w:r>
      <w:r>
        <w:rPr>
          <w:sz w:val="20"/>
        </w:rPr>
        <w:t>1:09:37  us par ghor kar ke aap jaan sakte hain ke teenon category mein se kis category mein aata hai mera khwab. yaani woh hadith an-nafs hai ya takhfif ash-shaytan hai ya bushra min Allah hai.</w:t>
      </w:r>
      <w:r>
        <w:br/>
      </w:r>
      <w:r>
        <w:rPr>
          <w:sz w:val="20"/>
        </w:rPr>
        <w:t>1:09:50  to khwab, yaani hadith mein aata hai ke rasool allah sallallahu alaihi wasallam fajar ke baad logon se poocha karte thay ke tum ne koi khwab dekha? kisi ne? phir aap us ki interpretation batate thay.</w:t>
      </w:r>
      <w:r>
        <w:br/>
      </w:r>
      <w:r>
        <w:rPr>
          <w:sz w:val="20"/>
        </w:rPr>
        <w:t>1:10:02  to khwab bohat achhi cheez hai, lekin khwab teri qism ke hotay hain,</w:t>
      </w:r>
      <w:r>
        <w:br/>
      </w:r>
      <w:r>
        <w:rPr>
          <w:sz w:val="20"/>
        </w:rPr>
        <w:t>1:10:06  aur jo pak baz log hain, jin ke yaani pakiza zindagi jin ki ho, to to woh aam taur par achha hi khwab dekhte hain.</w:t>
      </w:r>
      <w:r>
        <w:br/>
      </w:r>
      <w:r>
        <w:rPr>
          <w:sz w:val="20"/>
        </w:rPr>
        <w:t>1:10:15  woh</w:t>
      </w:r>
    </w:p>
    <w:p>
      <w:pPr>
        <w:pStyle w:val="Heading2"/>
      </w:pPr>
      <w:r>
        <w:t>Keeping Ramadan Spirit Alive Throughout Year</w:t>
      </w:r>
    </w:p>
    <w:p>
      <w:r>
        <w:rPr>
          <w:color w:val="666666"/>
          <w:sz w:val="18"/>
        </w:rPr>
        <w:t>Spirituality · Concept of Death in Islam August 26, 2012 · 1m 59s · at 58:19 · https://youtu.be/y0TJxKi0L94?t=3499</w:t>
      </w:r>
    </w:p>
    <w:p>
      <w:r>
        <w:rPr>
          <w:i/>
        </w:rPr>
        <w:t>“After Ramadan, how should we live so that the spirit generated within us during Ramadan remains, and we can live the whole year with spirituality?”</w:t>
      </w:r>
    </w:p>
    <w:p>
      <w:r>
        <w:rPr>
          <w:sz w:val="20"/>
        </w:rPr>
        <w:t>58:19  maulana, yeh sawal Dilli se aya hai, Shah Imran Hasan sahab ka. unhon ne aap se poocha hai ke Ramzan ke baad hum kis tarah zindagi guzarein ke Ramzan mein jo spirit hamare andar paida hui, woh baqi rahe aur hum poore saal spirituality ke sath jee sakein?</w:t>
      </w:r>
      <w:r>
        <w:br/>
      </w:r>
      <w:r>
        <w:rPr>
          <w:sz w:val="20"/>
        </w:rPr>
        <w:t>58:40  is ke baray mein batayein.</w:t>
      </w:r>
      <w:r>
        <w:br/>
      </w:r>
      <w:r>
        <w:rPr>
          <w:sz w:val="20"/>
        </w:rPr>
        <w:t>58:43  dekhiye, yeh kaha jata hai ke mind is a thinking animal aadmi sochne wala haiwan hai.</w:t>
      </w:r>
      <w:r>
        <w:br/>
      </w:r>
      <w:r>
        <w:rPr>
          <w:sz w:val="20"/>
        </w:rPr>
        <w:t>58:53  to aap ki sari activities mind se control hoti hain. to asal cheez yeh hai ke soch ki satah par aadmi in baton ko bar bar rewind karta rahe.</w:t>
      </w:r>
      <w:r>
        <w:br/>
      </w:r>
      <w:r>
        <w:rPr>
          <w:sz w:val="20"/>
        </w:rPr>
        <w:t>59:11  soch ki dunya mein is ka charcha karta rahe.</w:t>
      </w:r>
      <w:r>
        <w:br/>
      </w:r>
      <w:r>
        <w:rPr>
          <w:sz w:val="20"/>
        </w:rPr>
        <w:t>59:16  to phir saal bhar woh chalay ga. hota yeh hai ke log Eid ke din pichlay poore daur ko bhool jatay hain.</w:t>
      </w:r>
      <w:r>
        <w:br/>
      </w:r>
      <w:r>
        <w:rPr>
          <w:sz w:val="20"/>
        </w:rPr>
        <w:t>59:30  to soch ki satah par hi aadmi ki sari planning hoti hai, sab kuch hota hai.</w:t>
      </w:r>
      <w:r>
        <w:br/>
      </w:r>
      <w:r>
        <w:rPr>
          <w:sz w:val="20"/>
        </w:rPr>
        <w:t>59:39  to soch ki satah par zinda rakhna, in values ko</w:t>
      </w:r>
      <w:r>
        <w:br/>
      </w:r>
      <w:r>
        <w:rPr>
          <w:sz w:val="20"/>
        </w:rPr>
        <w:t>59:47  aur is ka charcha karta rehna, apne sathiyon se, apne milnay walon se is ka zikr karte rehna. agar aadmi aisa kare to to woh bilkul kafi hai ke aadmi saal bhar wahshi zindagi guzare.</w:t>
      </w:r>
      <w:r>
        <w:br/>
      </w:r>
      <w:r>
        <w:rPr>
          <w:sz w:val="20"/>
        </w:rPr>
        <w:t>1:00:09  bas is ka koi mysterious formula nahi hai, is ka koi purasrar formula nahi hai.</w:t>
      </w:r>
    </w:p>
    <w:p>
      <w:pPr>
        <w:pStyle w:val="Heading2"/>
      </w:pPr>
      <w:r>
        <w:t>Keeping faith alive</w:t>
      </w:r>
    </w:p>
    <w:p>
      <w:r>
        <w:rPr>
          <w:color w:val="666666"/>
          <w:sz w:val="18"/>
        </w:rPr>
        <w:t>Spirituality · Revival of Ummah January 22, 2017 · 3m 41s · at 59:37 · https://youtu.be/vnPsv0TBCfk?t=3577</w:t>
      </w:r>
    </w:p>
    <w:p>
      <w:r>
        <w:rPr>
          <w:i/>
        </w:rPr>
        <w:t>“How can one keep one's faith always alive? Please explain.”</w:t>
      </w:r>
    </w:p>
    <w:p>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r>
        <w:br/>
      </w:r>
      <w:r>
        <w:rPr>
          <w:sz w:val="20"/>
        </w:rPr>
        <w:t>1:00:06  unhon ne aapse poocha hai ke molana apne iman ko hamesha zinda kaise rakha jaye is ke bare mein batayein. dekhiye main yahan tak samjhaun ke log jo hain iman ka concept hi logon ka galat hai. woh samajhte hain ke ek aadmi ko pakdo is ko kuch kaho kaho woh keh de la ilaha illallah bas iman ho gaya. yeh yeh to yeh to ridiculous baat hai ridiculous.</w:t>
      </w:r>
      <w:r>
        <w:br/>
      </w:r>
      <w:r>
        <w:rPr>
          <w:sz w:val="20"/>
        </w:rPr>
        <w:t>1:00:34  koi aadmi keh de la ilaha illallah ummat is ka wo iman ho gaya.</w:t>
      </w:r>
      <w:r>
        <w:br/>
      </w:r>
      <w:r>
        <w:rPr>
          <w:sz w:val="20"/>
        </w:rPr>
        <w:t>1:00:38  to ye to ridiculous lagta hai mujhe.</w:t>
      </w:r>
      <w:r>
        <w:br/>
      </w:r>
      <w:r>
        <w:rPr>
          <w:sz w:val="20"/>
        </w:rPr>
        <w:t>1:00:42  iman ka matlab discovery.</w:t>
      </w:r>
      <w:r>
        <w:br/>
      </w:r>
      <w:r>
        <w:rPr>
          <w:sz w:val="20"/>
        </w:rPr>
        <w:t>1:00:47  aap jab sari kainat par ghawr karte hain.</w:t>
      </w:r>
      <w:r>
        <w:br/>
      </w:r>
      <w:r>
        <w:rPr>
          <w:sz w:val="20"/>
        </w:rPr>
        <w:t>1:00:51  aur yeh itna bara itna bara creation hai is ko sochte hain.</w:t>
      </w:r>
      <w:r>
        <w:br/>
      </w:r>
      <w:r>
        <w:rPr>
          <w:sz w:val="20"/>
        </w:rPr>
        <w:t>1:00:56  to phir aap ko creator dikhai parta hai.</w:t>
      </w:r>
      <w:r>
        <w:br/>
      </w:r>
      <w:r>
        <w:rPr>
          <w:sz w:val="20"/>
        </w:rPr>
        <w:t>1:01:00  to phir sari history ko discover karte hain aap.</w:t>
      </w:r>
      <w:r>
        <w:br/>
      </w:r>
      <w:r>
        <w:rPr>
          <w:sz w:val="20"/>
        </w:rPr>
        <w:t>1:01:05  yeh itna bada waqea hota hai ke aap ko mind bilkul hil jata hai. woh hai iman ko taaza karna. yeh koi kal yani kaf la meem ke alfaaz ko munh se bol dena yeh kalma hai yeh to bilkul is ko understand karna hai kalma ko.</w:t>
      </w:r>
      <w:r>
        <w:br/>
      </w:r>
      <w:r>
        <w:rPr>
          <w:sz w:val="20"/>
        </w:rPr>
        <w:t>1:01:26  yeh ji main soch raha tha abhi kal kal soch raha tha ke agar insaan ke paas space mein kahin door us ko ek jagah mil jaye to woh khada ho kar ke woh solar system ko observe kare. abhi hum solar system ko observe nahi kar paate poore poore solar system abhi bhi nahi kar paate poora solar system.</w:t>
      </w:r>
      <w:r>
        <w:br/>
      </w:r>
      <w:r>
        <w:rPr>
          <w:sz w:val="20"/>
        </w:rPr>
        <w:t>1:01:55  to hum dekhenge ke ajeeb ajeeb ghareeb manzar hamare saamne hoga. ek bohat bada suraj is ke charon taraf bohat saare sayare aur bohat saare jis ko woh chhote sayare hain bade sayare aur daud rahe hain daud rahe hain daud rahe hain. is mein dekha ke aadmi ka ek chhoti si spot hai zameen wahan is ka ghar hai.</w:t>
      </w:r>
      <w:r>
        <w:br/>
      </w:r>
      <w:r>
        <w:rPr>
          <w:sz w:val="20"/>
        </w:rPr>
        <w:t>1:02:22  to itna mind baffling hoga ya mind baffling shayad behosh ho jaye woh. yeh manzar itna mind baffling hoga. to jo log yeh samajhte hain ke kalma padh liya to iman ho gaya woh iman ko jaante hi nahi ke iman kya cheez hai. iman naam hai creator aur creation ki discovery ka.</w:t>
      </w:r>
      <w:r>
        <w:br/>
      </w:r>
      <w:r>
        <w:rPr>
          <w:sz w:val="20"/>
        </w:rPr>
        <w:t>1:02:47  creator aur creation ki yani khalq aur makhlooq ki discovery jab karta hai aadmi to is ke paas</w:t>
      </w:r>
      <w:r>
        <w:br/>
      </w:r>
      <w:r>
        <w:rPr>
          <w:sz w:val="20"/>
        </w:rPr>
        <w:t>1:02:54  jo cheez hasil hoti hai us ko is ka naam hai iman.</w:t>
      </w:r>
      <w:r>
        <w:br/>
      </w:r>
      <w:r>
        <w:rPr>
          <w:sz w:val="20"/>
        </w:rPr>
        <w:t>1:03:02  ji to woh jab koi hasil ho jaye us ko to aadmi ki shakhsiyat mein aik har waqt</w:t>
      </w:r>
      <w:r>
        <w:br/>
      </w:r>
      <w:r>
        <w:rPr>
          <w:sz w:val="20"/>
        </w:rPr>
        <w:t>1:03:10  aik aik earth quake jaisa rahega zalzala bhoshal rahega har waqt.</w:t>
      </w:r>
      <w:r>
        <w:br/>
      </w:r>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p>
    <w:p>
      <w:pPr>
        <w:pStyle w:val="Heading2"/>
      </w:pPr>
      <w:r>
        <w:t>Knowing Whether Our Repentance Has Been Accepted</w:t>
      </w:r>
    </w:p>
    <w:p>
      <w:r>
        <w:rPr>
          <w:color w:val="666666"/>
          <w:sz w:val="18"/>
        </w:rPr>
        <w:t>Spirituality · Dars-e-Quran, Chapter 2, Verse 37 | January  07, 2018 · 1m 25s · at 1:05:34 · https://youtu.be/ao6Cr57KuEM?t=3934</w:t>
      </w:r>
    </w:p>
    <w:p>
      <w:r>
        <w:rPr>
          <w:i/>
        </w:rPr>
        <w:t>“How do we know that our repentance has been accepted? Is there any way to find that out?”</w:t>
      </w:r>
    </w:p>
    <w:p>
      <w:r>
        <w:rPr>
          <w:sz w:val="20"/>
        </w:rPr>
        <w:t>1:05:34  ri jagah hai. to agar aap wahin wahin dhoondhein to wahin to milegi nahin, dono cheezein akathe, aik cheez alag milegi, aik cheez alag milegi. to yeh method hai quran ka. to quran ko samajhne ke liye zaroori hai ke quran ka jo method hai, us ko hum janiye. maulana srinagar se hamid bari sahib ne agla sawal bheja hai. unhon ne aapse poocha hai: "how do we know that our repentance he</w:t>
      </w:r>
      <w:r>
        <w:br/>
      </w:r>
      <w:r>
        <w:rPr>
          <w:sz w:val="20"/>
        </w:rPr>
        <w:t>1:06:04  zain accepted? is there any way to find that out?" dekhiye, agar aadmi ke repentance sahi maano mein, yaani i was wrong ki speed se nikla ho to aadmi khud hi jaan leta hai ke yeh sachaa repentance tha. repentance koi banawati tor par nahi ho sakta</w:t>
      </w:r>
      <w:r>
        <w:br/>
      </w:r>
      <w:r>
        <w:rPr>
          <w:sz w:val="20"/>
        </w:rPr>
        <w:t>1:06:34  a.</w:t>
      </w:r>
      <w:r>
        <w:br/>
      </w:r>
      <w:r>
        <w:rPr>
          <w:sz w:val="20"/>
        </w:rPr>
        <w:t>1:06:39  repentance aayega jab aap ke dil mein sach much yeh tadap uthi, tadap ho jaye, tadap ke</w:t>
      </w:r>
      <w:r>
        <w:br/>
      </w:r>
      <w:r>
        <w:rPr>
          <w:sz w:val="20"/>
        </w:rPr>
        <w:t>1:06:44  maine yeh ghalti kar dali.</w:t>
      </w:r>
      <w:r>
        <w:br/>
      </w:r>
      <w:r>
        <w:rPr>
          <w:sz w:val="20"/>
        </w:rPr>
        <w:t>1:06:50  there is to woh khud apne aap mein is baat ka sign hai ke aap ka repentance sacha</w:t>
      </w:r>
      <w:r>
        <w:br/>
      </w:r>
      <w:r>
        <w:rPr>
          <w:sz w:val="20"/>
        </w:rPr>
        <w:t>1:06:55  tha, aur inshallah woh Allah ka qabool hoga.</w:t>
      </w:r>
    </w:p>
    <w:p>
      <w:pPr>
        <w:pStyle w:val="Heading2"/>
      </w:pPr>
      <w:r>
        <w:t>Knowing Whether We Are Getting Close to Allah</w:t>
      </w:r>
    </w:p>
    <w:p>
      <w:r>
        <w:rPr>
          <w:color w:val="666666"/>
          <w:sz w:val="18"/>
        </w:rPr>
        <w:t>Spirituality · Realization of God September 15, 2013 · 2m 46s · at 1:00:59 · https://youtu.be/CNEEeM5uyi8?t=3659</w:t>
      </w:r>
    </w:p>
    <w:p>
      <w:r>
        <w:rPr>
          <w:i/>
        </w:rPr>
        <w:t>“Please guide us as to how we can know whether we are getting close to Allah or not.”</w:t>
      </w:r>
    </w:p>
    <w:p>
      <w:r>
        <w:rPr>
          <w:sz w:val="20"/>
        </w:rPr>
        <w:t>1:00:59  Maulana, agla sawal Mehtab Ahmad sahib ne kiya hai, Dhampur se. Unhon ne likha hai: "Maulana, please guide us as to how we can know whether we are getting close to Allah or not?"</w:t>
      </w:r>
      <w:r>
        <w:br/>
      </w:r>
      <w:r>
        <w:rPr>
          <w:sz w:val="20"/>
        </w:rPr>
        <w:t>1:01:16  dekhiye, yeh sawal karne ki baat nahin hai. kisi ko bhi yeh pata nahin hota ke woh allah is ke qareeb ho raha hai ya door ho raha hai.</w:t>
      </w:r>
      <w:r>
        <w:br/>
      </w:r>
      <w:r>
        <w:rPr>
          <w:sz w:val="20"/>
        </w:rPr>
        <w:t>1:01:28  agar aisa ho jaye to phir phir marifat ki had aa jayegi, aur paighambar ko yeh pata nahin hota hai. aap yeh samjhen ke paighambar ko pata hota hai ke woh kitna safar tay hua hai, kitna safar baqi hai.</w:t>
      </w:r>
      <w:r>
        <w:br/>
      </w:r>
      <w:r>
        <w:rPr>
          <w:sz w:val="20"/>
        </w:rPr>
        <w:t>1:01:42  yeh bilkul hi yeh soch galat hai,</w:t>
      </w:r>
      <w:r>
        <w:br/>
      </w:r>
      <w:r>
        <w:rPr>
          <w:sz w:val="20"/>
        </w:rPr>
        <w:t>1:01:47  yeh soch galat hai. Dekhiye, Allah ka jo nizam hai, jo takhleeqi naqsha Allah taala ka hai, uske mutabiq Allah ko matloob hai ke musalsal taur par aadmi uncertainty mein jeeye,</w:t>
      </w:r>
      <w:r>
        <w:br/>
      </w:r>
      <w:r>
        <w:rPr>
          <w:sz w:val="20"/>
        </w:rPr>
        <w:t>1:02:00  musalsal taur par uncertainty mein. Tabhi to intellectual process chalta rehta hai. Jitni yeh khatam ho jaye to intellectual process ruk jayega.</w:t>
      </w:r>
      <w:r>
        <w:br/>
      </w:r>
      <w:r>
        <w:rPr>
          <w:sz w:val="20"/>
        </w:rPr>
        <w:t>1:02:14  uncertainty yeh paighambar ke isi mein</w:t>
      </w:r>
      <w:r>
        <w:br/>
      </w:r>
      <w:r>
        <w:rPr>
          <w:sz w:val="20"/>
        </w:rPr>
        <w:t>1:02:16  rehta hai. Main aap ko misaal deta hoon, aap ko shakk na ho. Hadees baqayda maujood hai ke wallah la adri.</w:t>
      </w:r>
      <w:r>
        <w:br/>
      </w:r>
      <w:r>
        <w:rPr>
          <w:sz w:val="20"/>
        </w:rPr>
        <w:t>1:02:27  Log to samajhte hain ke Rasool Allah jo hai, takht par Allah miyan ke dayen ya bayen baithe hue hain. Yeh sab bilkul, yaani bilkul be-asar baatein hain, be-haqeeqat.</w:t>
      </w:r>
      <w:r>
        <w:br/>
      </w:r>
      <w:r>
        <w:rPr>
          <w:sz w:val="20"/>
        </w:rPr>
        <w:t>1:02:38  Rasool Allah ki jo tasweer hai, woh is hadees mein dekhiye: wallah la adri, wallah la adri, wallah la adri, wa ana Rasool Allah ma yufal bi wala bikum.</w:t>
      </w:r>
      <w:r>
        <w:br/>
      </w:r>
      <w:r>
        <w:rPr>
          <w:sz w:val="20"/>
        </w:rPr>
        <w:t>1:02:50  Khuda ki qasam, main nahi jaanta, Khuda ki qasam, main nahi jaanta, Khuda ki qasam, main nahi jaanta. Agarchay main Allah ka Rasool hoon, kya kiya jayega tumhare sath aur kya kiya jayega mere sath?</w:t>
      </w:r>
      <w:r>
        <w:br/>
      </w:r>
      <w:r>
        <w:rPr>
          <w:sz w:val="20"/>
        </w:rPr>
        <w:t>1:03:03  La adri ma yufal bi wala bikum. Yeh ayat Quran majeed ki hai: La adri ma yufal bi wala bikum.</w:t>
      </w:r>
      <w:r>
        <w:br/>
      </w:r>
      <w:r>
        <w:rPr>
          <w:sz w:val="20"/>
        </w:rPr>
        <w:t>1:03:12  To Quran mein bhi, hadees mein bhi hai. To yaad rakhiye, Allah ka jo takhleeqi naqsha hai, woh is par base karta hai ke insaan musalsal taur par uncertainty mein rahe.</w:t>
      </w:r>
      <w:r>
        <w:br/>
      </w:r>
      <w:r>
        <w:rPr>
          <w:sz w:val="20"/>
        </w:rPr>
        <w:t>1:03:25  Kyun? Isi waqt insaan ka jo intellectual development jo hai, spiritual development jo hai, uska process jaari rehta hai.</w:t>
      </w:r>
      <w:r>
        <w:br/>
      </w:r>
      <w:r>
        <w:rPr>
          <w:sz w:val="20"/>
        </w:rPr>
        <w:t>1:03:33  Woh pass ruk jayega, jahan ruk jayega to wahan stagnation aa jayega. Jahan process ruka, stagnation aaya.</w:t>
      </w:r>
    </w:p>
    <w:p>
      <w:pPr>
        <w:pStyle w:val="Heading2"/>
      </w:pPr>
      <w:r>
        <w:t>Knowing if dawah is accepted by God</w:t>
      </w:r>
    </w:p>
    <w:p>
      <w:r>
        <w:rPr>
          <w:color w:val="666666"/>
          <w:sz w:val="18"/>
        </w:rPr>
        <w:t>Spirituality · Surah Al-'Asr I November 23, 2014 Maulana Wahiduddin Khan · 3m 04s · at 1:05:31 · https://youtu.be/3dBMIUC0Dqw?t=3931</w:t>
      </w:r>
    </w:p>
    <w:p>
      <w:r>
        <w:rPr>
          <w:i/>
        </w:rPr>
        <w:t>“How can I know whether the dawah work done by me is acceptable to God?”</w:t>
      </w:r>
    </w:p>
    <w:p>
      <w:r>
        <w:rPr>
          <w:sz w:val="20"/>
        </w:rPr>
        <w:t>1:05:31  maulana, agla sawal modi nagar se kiya hai bilal sahab ne aur unhon ne aap se poocha hai ke Maulana How can I know whether the dawah work done by me is acceptable to God?</w:t>
      </w:r>
      <w:r>
        <w:br/>
      </w:r>
      <w:r>
        <w:rPr>
          <w:sz w:val="20"/>
        </w:rPr>
        <w:t>1:05:46  abhi to namaz bhi pata nahi ke accept ho ke nahi ho gi. yeh koi sochne ki baat nahi hai. daikhain, dawah ka kaam farz samajh kar kiya aata hai?</w:t>
      </w:r>
      <w:r>
        <w:br/>
      </w:r>
      <w:r>
        <w:rPr>
          <w:sz w:val="20"/>
        </w:rPr>
        <w:t>1:05:56  farz hai to karna hai. warna saray sahaba ko aap parhiye, un ke halaat kitabon mein likhay huay hain.</w:t>
      </w:r>
      <w:r>
        <w:br/>
      </w:r>
      <w:r>
        <w:rPr>
          <w:sz w:val="20"/>
        </w:rPr>
        <w:t>1:06:06  un ko kuch nahi pata tha ke hum jo namaz parh rahay hain woh accept ho ke nahi ho gi. hum jo amal kar rahay hain woh accept ho ga ya nahi ho ga. hazrat umar ka waqia hai.</w:t>
      </w:r>
      <w:r>
        <w:br/>
      </w:r>
      <w:r>
        <w:rPr>
          <w:sz w:val="20"/>
        </w:rPr>
        <w:t>1:06:19  hazrat umar jo yani second khalifa thay</w:t>
      </w:r>
      <w:r>
        <w:br/>
      </w:r>
      <w:r>
        <w:rPr>
          <w:sz w:val="20"/>
        </w:rPr>
        <w:t>1:06:23  aur bohat top most sahaba mein shumar hota hai in ka. to aap jantay hain ke un ko aakhir waqt mein aik aadmi ne khanjar maar diya tha. aur bohat gehra zakhm aaya tha, khoon bhara tha.</w:t>
      </w:r>
      <w:r>
        <w:br/>
      </w:r>
      <w:r>
        <w:rPr>
          <w:sz w:val="20"/>
        </w:rPr>
        <w:t>1:06:35  aur us zamanay mein koi is tarah ke mareez ke liye koi ilaaj ka</w:t>
      </w:r>
      <w:r>
        <w:br/>
      </w:r>
      <w:r>
        <w:rPr>
          <w:sz w:val="20"/>
        </w:rPr>
        <w:t>1:06:40  intezaam nahi hota tha. to beharhal woh bilkul maut ke qareeb pohanch gaye. to un ke betay thay ibn umar, unhon ne abdullah ibn umar, unhon ne apnay zano par uth kar sar rakh diya aur khoon bhara tha.</w:t>
      </w:r>
      <w:r>
        <w:br/>
      </w:r>
      <w:r>
        <w:rPr>
          <w:sz w:val="20"/>
        </w:rPr>
        <w:t>1:06:57  aur kaha ke ke aap ko yani aap ne rasool Allah ka saath diya, aap ghazwaat mein shareek huay, aap ne khilafat aik kaam ko itni zimmedari ke sath anjaam diya, aap ko bara darja hai inshallah.</w:t>
      </w:r>
      <w:r>
        <w:br/>
      </w:r>
      <w:r>
        <w:rPr>
          <w:sz w:val="20"/>
        </w:rPr>
        <w:t>1:07:13  aisi kuch baatein kahin unhon ne.</w:t>
      </w:r>
      <w:r>
        <w:br/>
      </w:r>
      <w:r>
        <w:rPr>
          <w:sz w:val="20"/>
        </w:rPr>
        <w:t>1:07:16  to unhon ne kaha ke a a abdullah, mujhe dhokay mein, mujhe dhokay mein na dalo.</w:t>
      </w:r>
      <w:r>
        <w:br/>
      </w:r>
      <w:r>
        <w:rPr>
          <w:sz w:val="20"/>
        </w:rPr>
        <w:t>1:07:27  yani sari dunya janti thi ke unhon ne itnay achay achay kaam kiye. to unhon ne kaha ke a abdullah, mujhe dhokay mein na dalo, mujhe deceive na kar. phir unhon ne kaha ke main to yahi chahta hoon ke la li wa la alaiyya.</w:t>
      </w:r>
      <w:r>
        <w:br/>
      </w:r>
      <w:r>
        <w:rPr>
          <w:sz w:val="20"/>
        </w:rPr>
        <w:t>1:07:43  la li wa la alaiyya ka matlab mamla barabar sarapa ho jaye.</w:t>
      </w:r>
      <w:r>
        <w:br/>
      </w:r>
      <w:r>
        <w:rPr>
          <w:sz w:val="20"/>
        </w:rPr>
        <w:t>1:07:49  na koi neki, na koi burai.</w:t>
      </w:r>
      <w:r>
        <w:br/>
      </w:r>
      <w:r>
        <w:rPr>
          <w:sz w:val="20"/>
        </w:rPr>
        <w:t>1:07:54  na koi for me, na koi against mein. la li wa la alaiyya. to aap dawah ke baray mein keh rahay hain ke to har amal ke baray mein yahi baat hai.</w:t>
      </w:r>
      <w:r>
        <w:br/>
      </w:r>
      <w:r>
        <w:rPr>
          <w:sz w:val="20"/>
        </w:rPr>
        <w:t>1:08:05  daikhain, yeh sochna hi ghalat hai ke accept ho ga ya nahi. yeh sochna ghalat hai. sochna sirf yeh hai ke kya yeh kaam farz hai?</w:t>
      </w:r>
      <w:r>
        <w:br/>
      </w:r>
      <w:r>
        <w:rPr>
          <w:sz w:val="20"/>
        </w:rPr>
        <w:t>1:08:16  kya yeh quran o sunnat se yeh kaam sabit hota hai? kya is kaam ke baray mein Allah aur rasool ne bataya hai ke yahi karnay ka kaam yahi hai?</w:t>
      </w:r>
      <w:r>
        <w:br/>
      </w:r>
      <w:r>
        <w:rPr>
          <w:sz w:val="20"/>
        </w:rPr>
        <w:t>1:08:24  bas. wahan aap ko agar itminan ho jaye to woh karna hi karna hai.</w:t>
      </w:r>
      <w:r>
        <w:br/>
      </w:r>
      <w:r>
        <w:rPr>
          <w:sz w:val="20"/>
        </w:rPr>
        <w:t>1:08:30  aur kuch sochna hi nahi hai.</w:t>
      </w:r>
    </w:p>
    <w:p>
      <w:pPr>
        <w:pStyle w:val="Heading2"/>
      </w:pPr>
      <w:r>
        <w:t>Lack of concern for Hereafter in Muslim groups</w:t>
      </w:r>
    </w:p>
    <w:p>
      <w:r>
        <w:rPr>
          <w:color w:val="666666"/>
          <w:sz w:val="18"/>
        </w:rPr>
        <w:t>Spirituality · Stress and Spirituality January 1, 2012 · 2m 47s · at 1:12:09 · https://youtu.be/TPhXL9-g6ME?t=4329</w:t>
      </w:r>
    </w:p>
    <w:p>
      <w:r>
        <w:rPr>
          <w:i/>
        </w:rPr>
        <w:t>“Why is there a lack of concern for the Hereafter in Muslim religious groups and institutions nowadays?”</w:t>
      </w:r>
    </w:p>
    <w:p>
      <w:r>
        <w:rPr>
          <w:sz w:val="20"/>
        </w:rPr>
        <w:t>1:12:09  maulana, agla sawal aya hai karachi pakistan se miss saira latif ka</w:t>
      </w:r>
      <w:r>
        <w:br/>
      </w:r>
      <w:r>
        <w:rPr>
          <w:sz w:val="20"/>
        </w:rPr>
        <w:t>1:12:15  ۔ unhon ne likha hai: "aaj kal musalmanon ki mazhabi jamaaton aur idaron mein fikr akhirat ki kami kyun nazar aa rahi hai?"</w:t>
      </w:r>
      <w:r>
        <w:br/>
      </w:r>
      <w:r>
        <w:rPr>
          <w:sz w:val="20"/>
        </w:rPr>
        <w:t>1:12:28  dekhen, yeh to hamesha is qom mein hota hai jis par zawal aa jaye. jis ko kehte hain degeneration. yeh is se pehle yahood mein hua.</w:t>
      </w:r>
      <w:r>
        <w:br/>
      </w:r>
      <w:r>
        <w:rPr>
          <w:sz w:val="20"/>
        </w:rPr>
        <w:t>1:12:40  to yani koi bhi ummat ho, nasal dar nasal jab baad ki naslein ati hain, baad ki naslein, to un mein yahi hota hai ke zawal aa jata hai.</w:t>
      </w:r>
      <w:r>
        <w:br/>
      </w:r>
      <w:r>
        <w:rPr>
          <w:sz w:val="20"/>
        </w:rPr>
        <w:t>1:12:54  to door zawal mein kya hota hai? form baqi rehta hai, spirit ghayeb ho jati hai.</w:t>
      </w:r>
      <w:r>
        <w:br/>
      </w:r>
      <w:r>
        <w:rPr>
          <w:sz w:val="20"/>
        </w:rPr>
        <w:t>1:13:01  jis tarah ke hadees mein aata hai ke ek zamana aayega jab ke lam yabqa min al-islam illa ismuhu. islam ka naam reh jayega.</w:t>
      </w:r>
      <w:r>
        <w:br/>
      </w:r>
      <w:r>
        <w:rPr>
          <w:sz w:val="20"/>
        </w:rPr>
        <w:t>1:13:11  is ka matlab yeh hai ke form reh jayega, spirit nahi rahegi. yeh jo hadees hai lam yabqa min al-islam illa ismuhu. wa lam yabqa min al-quran illa rasmuhu.</w:t>
      </w:r>
      <w:r>
        <w:br/>
      </w:r>
      <w:r>
        <w:rPr>
          <w:sz w:val="20"/>
        </w:rPr>
        <w:t>1:13:23  is ka matlab yahi hai ke islam ka form reh jayega, islam ki spirit ghayeb ho jayegi.</w:t>
      </w:r>
      <w:r>
        <w:br/>
      </w:r>
      <w:r>
        <w:rPr>
          <w:sz w:val="20"/>
        </w:rPr>
        <w:t>1:13:30  to yahi hai musalmanon ka haal. agar spirit zinda ho to akhirat ka fikr zinda hoga. spirit zinda na ho to duniyavi aitbar se kuch ek cultural activities ke taur par woh islam rahega un ke andar.</w:t>
      </w:r>
      <w:r>
        <w:br/>
      </w:r>
      <w:r>
        <w:rPr>
          <w:sz w:val="20"/>
        </w:rPr>
        <w:t>1:13:44  aaj jo musalmanon mein islam hai, woh woh culture ke taur par hai. ek community culture bas. akhirat ke aitbar se nahi hai.</w:t>
      </w:r>
      <w:r>
        <w:br/>
      </w:r>
      <w:r>
        <w:rPr>
          <w:sz w:val="20"/>
        </w:rPr>
        <w:t>1:13:54  aur yeh zawal ki bina par hai.</w:t>
      </w:r>
      <w:r>
        <w:br/>
      </w:r>
      <w:r>
        <w:rPr>
          <w:sz w:val="20"/>
        </w:rPr>
        <w:t>1:13:56  ab jo kaam karne ka hai, woh yeh nahi ke isi form mein log fazail sunate hain. isi form mein fazail suna suna ke bheed ikattha karte hain.</w:t>
      </w:r>
      <w:r>
        <w:br/>
      </w:r>
      <w:r>
        <w:rPr>
          <w:sz w:val="20"/>
        </w:rPr>
        <w:t>1:14:06  nahi. un ki spirit ko zinda kijiye. un ke andar phir se thinking ko jagaiye.</w:t>
      </w:r>
      <w:r>
        <w:br/>
      </w:r>
      <w:r>
        <w:rPr>
          <w:sz w:val="20"/>
        </w:rPr>
        <w:t>1:14:15  jo log isi isi form mein fazilaten sunate hain aur un ko isi form par qaim kiye hue hain aur bheed ikattha ho rahi hai wahan par, woh koi mein is ko koi haqeeqi khidmat nahi samajhta deen ki.</w:t>
      </w:r>
      <w:r>
        <w:br/>
      </w:r>
      <w:r>
        <w:rPr>
          <w:sz w:val="20"/>
        </w:rPr>
        <w:t>1:14:31  aap logon ki taraf se phir se woh woh spirit wali jo soch hai, spirit wala jo islam hai, woh zinda kijiye un ke andar.</w:t>
      </w:r>
      <w:r>
        <w:br/>
      </w:r>
      <w:r>
        <w:rPr>
          <w:sz w:val="20"/>
        </w:rPr>
        <w:t>1:14:42  tab akhirat ki fikr aayegi. tab jannat aur jahannum ka tasawwur aayega. to Allah se mohabbat aayegi. aur sari woh cheezen aayengi jo hum padhte hain kitabon mein.</w:t>
      </w:r>
    </w:p>
    <w:p>
      <w:pPr>
        <w:pStyle w:val="Heading2"/>
      </w:pPr>
      <w:r>
        <w:t>Leaving worldly work to discover God</w:t>
      </w:r>
    </w:p>
    <w:p>
      <w:r>
        <w:rPr>
          <w:color w:val="666666"/>
          <w:sz w:val="18"/>
        </w:rPr>
        <w:t>Spirituality · God Particle July 8, 2012 · 2m 24s · at 1:10:50 · https://youtu.be/30Ulu10c2nA?t=4250</w:t>
      </w:r>
    </w:p>
    <w:p>
      <w:r>
        <w:rPr>
          <w:i/>
        </w:rPr>
        <w:t>“In worldly work, there is distraction in being able to discover God. Could one solution be that we leave worldly work completely and engage in discovering God?”</w:t>
      </w:r>
    </w:p>
    <w:p>
      <w:r>
        <w:rPr>
          <w:sz w:val="20"/>
        </w:rPr>
        <w:t>1:10:50  Maulana, agla sawal Hyderabad se aaya hai Zeeshan sahab ka</w:t>
      </w:r>
      <w:r>
        <w:br/>
      </w:r>
      <w:r>
        <w:rPr>
          <w:sz w:val="20"/>
        </w:rPr>
        <w:t>1:10:54  . Unhon ne likha hai: "Dunyawi kaam ke sath Khuda ki discovery kar paane mein distraction aata hai. Kya is ka ek solution yeh ho sakta hai ke hum dunyawi kaam ko poori tarah se chhod dein aur Khuda ki discovery mein lag jayen?" Is ke baray mein batayen.</w:t>
      </w:r>
      <w:r>
        <w:br/>
      </w:r>
      <w:r>
        <w:rPr>
          <w:sz w:val="20"/>
        </w:rPr>
        <w:t>1:11:13  Dunya ke kaam se murad kya hai? Isi mein to discovery hoti hai. Dunya ke kaam ka kya matlab? Dunya ke kaam</w:t>
      </w:r>
      <w:r>
        <w:br/>
      </w:r>
      <w:r>
        <w:rPr>
          <w:sz w:val="20"/>
        </w:rPr>
        <w:t>1:11:23  yani har woh cheez jahan jis se aap, yani jis ko aap dunya kehte hain, woh Khuda ki takhleeq hai. Khuda ki takhleeq hai, isi takhleeq mein to Khaliq ko dekhna hai.</w:t>
      </w:r>
      <w:r>
        <w:br/>
      </w:r>
      <w:r>
        <w:rPr>
          <w:sz w:val="20"/>
        </w:rPr>
        <w:t>1:11:33  Aap chale jayen janglon mein to wahan kya karenge?</w:t>
      </w:r>
      <w:r>
        <w:br/>
      </w:r>
      <w:r>
        <w:rPr>
          <w:sz w:val="20"/>
        </w:rPr>
        <w:t>1:11:38  Sahi baat yeh hai, dekhiye ke aarif ke zehan se cheezon ko dekhna, yani seeker ke zehan se cheezon ko dekhna, yeh dunya chhodne ka koi sawal hi nahi paida hota.</w:t>
      </w:r>
      <w:r>
        <w:br/>
      </w:r>
      <w:r>
        <w:rPr>
          <w:sz w:val="20"/>
        </w:rPr>
        <w:t>1:11:55  Jahan aap chhod ke jayen ge, wahan bhi dunya hi hogi. Yeh ek lafz bhi galat samjha jata hai ke tark-e-dunya. Tark-e-dunya kya hai? Aap tark-e-dunya kar nahi sakte.</w:t>
      </w:r>
      <w:r>
        <w:br/>
      </w:r>
      <w:r>
        <w:rPr>
          <w:sz w:val="20"/>
        </w:rPr>
        <w:t>1:12:04  Aap marne se</w:t>
      </w:r>
      <w:r>
        <w:br/>
      </w:r>
      <w:r>
        <w:rPr>
          <w:sz w:val="20"/>
        </w:rPr>
        <w:t>1:12:06  pehlay jahan aap jayen ge, woh bhi dunya hogi. Wahan par to tark-e-dunya is nothing. Asal cheez yeh hai ke aap seeker hon, aap cheezon ko, yani is se lesson lene ka aap ke andar mada ho, gehrai mein cheezon ko sochein.</w:t>
      </w:r>
      <w:r>
        <w:br/>
      </w:r>
      <w:r>
        <w:rPr>
          <w:sz w:val="20"/>
        </w:rPr>
        <w:t>1:12:25  Aap is ki zaroorat hai. Tark-e-dunya keh na to koi cheez hai, na woh mumkin hai. Jahan aap chhod ke jayen ge, woh bhi dunya hogi.</w:t>
      </w:r>
      <w:r>
        <w:br/>
      </w:r>
      <w:r>
        <w:rPr>
          <w:sz w:val="20"/>
        </w:rPr>
        <w:t>1:12:35  Ek</w:t>
      </w:r>
      <w:r>
        <w:br/>
      </w:r>
      <w:r>
        <w:rPr>
          <w:sz w:val="20"/>
        </w:rPr>
        <w:t>1:12:37  Is liye yeh yeh koi yeh koi hal nahi hai. Maulana, agla ek comment aaya hai Qatar se Maulana Abdul Basit Umri sahab</w:t>
      </w:r>
      <w:r>
        <w:br/>
      </w:r>
      <w:r>
        <w:rPr>
          <w:sz w:val="20"/>
        </w:rPr>
        <w:t>1:12:48  ka. Unhon ne likha hai: "Maulana, jis Khuda ne mujhe paida kiya, jo mere liye zindagi ke sare intezammat kar raha hai, us Khuda ke baray mein mujhe abhi tak apne poore wajood ke sath, poore shaoor ke sath ek bar bhi yeh kehne ko naseeb nahi hua ke aye Khuda, tu mera Khuda hai."</w:t>
      </w:r>
    </w:p>
    <w:p>
      <w:pPr>
        <w:pStyle w:val="Heading2"/>
      </w:pPr>
      <w:r>
        <w:t>Longing to meet God spiritually</w:t>
      </w:r>
    </w:p>
    <w:p>
      <w:r>
        <w:rPr>
          <w:color w:val="666666"/>
          <w:sz w:val="18"/>
        </w:rPr>
        <w:t>Spirituality · 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Loving righteous servants for Paradise</w:t>
      </w:r>
    </w:p>
    <w:p>
      <w:r>
        <w:rPr>
          <w:color w:val="666666"/>
          <w:sz w:val="18"/>
        </w:rPr>
        <w:t>Spirituality · The Importance of Thinking November 10, 2013 · 1m 14s · at 1:01:05 · https://youtu.be/y16CddTHoqE?t=3665</w:t>
      </w:r>
    </w:p>
    <w:p>
      <w:r>
        <w:rPr>
          <w:i/>
        </w:rPr>
        <w:t>“A Maulana was giving a speech that you should find Allah's righteous servants and love them, because if you love them, they will be with you in Paradise. Maulana, what do you say about this?”</w:t>
      </w:r>
    </w:p>
    <w:p>
      <w:r>
        <w:rPr>
          <w:sz w:val="20"/>
        </w:rPr>
        <w:t>1:01:05  Maulana, agla sawal Delhi se hai Anas sahib ne kiya hai.</w:t>
      </w:r>
      <w:r>
        <w:br/>
      </w:r>
      <w:r>
        <w:rPr>
          <w:sz w:val="20"/>
        </w:rPr>
        <w:t>1:01:09  unhon ne likha hai: "aik Maulana sahib taqreer kar rahe thay ke Allah ke naik bandon ko dhoondho aur un se mohabbat karo, kyunke agar aap un se mohabbat karein ge to jannat mein woh aap ke sath rahen ge." Maulana, is ke baray mein aap kya kahein ge?</w:t>
      </w:r>
      <w:r>
        <w:br/>
      </w:r>
      <w:r>
        <w:rPr>
          <w:sz w:val="20"/>
        </w:rPr>
        <w:t>1:01:30  ke Allah ke naik bandon ko dhoondho, Allah ke naik bandon ko dhoondho aur un se mohabbat karo. yeh to un ki</w:t>
      </w:r>
      <w:r>
        <w:br/>
      </w:r>
      <w:r>
        <w:rPr>
          <w:sz w:val="20"/>
        </w:rPr>
        <w:t>1:01:36  apni baat hai, mein to koi Quran Hadees parha nahi ke dhoondho. haqeeqat yeh hai ke Allah ko daryaft karo.</w:t>
      </w:r>
      <w:r>
        <w:br/>
      </w:r>
      <w:r>
        <w:rPr>
          <w:sz w:val="20"/>
        </w:rPr>
        <w:t>1:01:45  jab aap Allah ko daryaft karein ge, tab aap ko Allah se taluq qaim hoga. jab Allah se taluq qaim hoga to in logon se bhi taluq ho jaye ga jo Allah ke achhe bande hain.</w:t>
      </w:r>
      <w:r>
        <w:br/>
      </w:r>
      <w:r>
        <w:rPr>
          <w:sz w:val="20"/>
        </w:rPr>
        <w:t>1:01:59  to dhoondna to Allah Ta'ala ko hai, daryaft karna Allah Ta'</w:t>
      </w:r>
      <w:r>
        <w:br/>
      </w:r>
      <w:r>
        <w:rPr>
          <w:sz w:val="20"/>
        </w:rPr>
        <w:t>1:02:04  ala ko hai. is ke baad sab cheezein aati hain isi ke nateejay ke tor par.</w:t>
      </w:r>
      <w:r>
        <w:br/>
      </w:r>
      <w:r>
        <w:rPr>
          <w:sz w:val="20"/>
        </w:rPr>
        <w:t>1:02:15  mein to yahi samajhta hoon.</w:t>
      </w:r>
    </w:p>
    <w:p>
      <w:pPr>
        <w:pStyle w:val="Heading2"/>
      </w:pPr>
      <w:r>
        <w:t>Maintaining Positivity for Tawassum</w:t>
      </w:r>
    </w:p>
    <w:p>
      <w:r>
        <w:rPr>
          <w:color w:val="666666"/>
          <w:sz w:val="18"/>
        </w:rPr>
        <w:t>Spirituality · Islam in Daily Life May 26, 2013 · 55s · at 54:24 · https://youtu.be/iNyWPrbyyhA?t=3264</w:t>
      </w:r>
    </w:p>
    <w:p>
      <w:r>
        <w:rPr>
          <w:i/>
        </w:rPr>
        <w:t>“Maintaining your positivity is a prerequisite to undertaking tawassum. How to maintain one's positivity? What is your comment on this?”</w:t>
      </w:r>
    </w:p>
    <w:p>
      <w:r>
        <w:rPr>
          <w:sz w:val="20"/>
        </w:rPr>
        <w:t>54:24  Maulana agla sawal Delhi se hai, Miss Naghma Siddiqui ka. unhon ne likha hai: "Maintaining your positivity is a prerequisite to undertaking tawassul.</w:t>
      </w:r>
      <w:r>
        <w:br/>
      </w:r>
      <w:r>
        <w:rPr>
          <w:sz w:val="20"/>
        </w:rPr>
        <w:t>54:36  How to maintain one's positivity?"</w:t>
      </w:r>
      <w:r>
        <w:br/>
      </w:r>
      <w:r>
        <w:rPr>
          <w:sz w:val="20"/>
        </w:rPr>
        <w:t>54:39  What is your comment on this?</w:t>
      </w:r>
      <w:r>
        <w:br/>
      </w:r>
      <w:r>
        <w:rPr>
          <w:sz w:val="20"/>
        </w:rPr>
        <w:t>54:47  Bhai jitna zyada aap ki intellectual development hua hoga, utna hi aap maintain kar payenge is ko. Kyun ke woh toh soch se is ka talluq hai.</w:t>
      </w:r>
      <w:r>
        <w:br/>
      </w:r>
      <w:r>
        <w:rPr>
          <w:sz w:val="20"/>
        </w:rPr>
        <w:t>55:00  Soch jitna zyada aap ki jaagi hui hogi, soch jitna zyada bedaar hogi aap ki, utni aap control karenge apne upar aur phir yeh sab baatein hongi.</w:t>
      </w:r>
      <w:r>
        <w:br/>
      </w:r>
      <w:r>
        <w:rPr>
          <w:sz w:val="20"/>
        </w:rPr>
        <w:t>55:12  Toh saara maamla jo hai soch ka hai, yaani intellectual development ka hai.</w:t>
      </w:r>
    </w:p>
    <w:p>
      <w:pPr>
        <w:pStyle w:val="Heading2"/>
      </w:pPr>
      <w:r>
        <w:t>Making daily life paradise-oriented</w:t>
      </w:r>
    </w:p>
    <w:p>
      <w:r>
        <w:rPr>
          <w:color w:val="666666"/>
          <w:sz w:val="18"/>
        </w:rPr>
        <w:t>Spirituality · The Road to Paradise December 11, 2016 · 1m 25s · at 55:33 · https://youtu.be/iW2QmcY1_yU?t=3333</w:t>
      </w:r>
    </w:p>
    <w:p>
      <w:r>
        <w:rPr>
          <w:i/>
        </w:rPr>
        <w:t>“Today's class was an excellent one. My question is, how can we make our daily life paradise-oriented?”</w:t>
      </w:r>
    </w:p>
    <w:p>
      <w:r>
        <w:rPr>
          <w:sz w:val="20"/>
        </w:rPr>
        <w:t>55:33  maulana, agla sawal bheja hai ah miss rufeida siddiqui ne nagpur se.</w:t>
      </w:r>
      <w:r>
        <w:br/>
      </w:r>
      <w:r>
        <w:rPr>
          <w:sz w:val="20"/>
        </w:rPr>
        <w:t>55:39  unhon ne likha hai: maulana sahib, today's class was an excellent one.</w:t>
      </w:r>
      <w:r>
        <w:br/>
      </w:r>
      <w:r>
        <w:rPr>
          <w:sz w:val="20"/>
        </w:rPr>
        <w:t>55:46  my question is, how can we make our daily life paradise-oriented?</w:t>
      </w:r>
      <w:r>
        <w:br/>
      </w:r>
      <w:r>
        <w:rPr>
          <w:sz w:val="20"/>
        </w:rPr>
        <w:t>55:53  please give us your guidance so that we can become more focused in our life.</w:t>
      </w:r>
      <w:r>
        <w:br/>
      </w:r>
      <w:r>
        <w:rPr>
          <w:sz w:val="20"/>
        </w:rPr>
        <w:t>55:59  dekhiye, main to yahi kahunga ke jab aap in baaton ki sachai ko maan rahi hain to</w:t>
      </w:r>
      <w:r>
        <w:br/>
      </w:r>
      <w:r>
        <w:rPr>
          <w:sz w:val="20"/>
        </w:rPr>
        <w:t>56:05  bas is ko sochiye, is ko padhiye, is ko suniye, quran o hadees par ghor kijiye.</w:t>
      </w:r>
      <w:r>
        <w:br/>
      </w:r>
      <w:r>
        <w:rPr>
          <w:sz w:val="20"/>
        </w:rPr>
        <w:t>56:11  bas yahi course hai.</w:t>
      </w:r>
      <w:r>
        <w:br/>
      </w:r>
      <w:r>
        <w:rPr>
          <w:sz w:val="20"/>
        </w:rPr>
        <w:t>56:17  to ab aap ke liye hai jani hui baat ko pakka karna.</w:t>
      </w:r>
      <w:r>
        <w:br/>
      </w:r>
      <w:r>
        <w:rPr>
          <w:sz w:val="20"/>
        </w:rPr>
        <w:t>56:23  jab aap is ko maan rahi hain ke yahi sachai hai to aap ke liye ab jo kaam</w:t>
      </w:r>
      <w:r>
        <w:br/>
      </w:r>
      <w:r>
        <w:rPr>
          <w:sz w:val="20"/>
        </w:rPr>
        <w:t>56:29  hai, woh sachai ke manne ko pakka karna.</w:t>
      </w:r>
      <w:r>
        <w:br/>
      </w:r>
      <w:r>
        <w:rPr>
          <w:sz w:val="20"/>
        </w:rPr>
        <w:t>56:35  to pakka karne ki shakal yahi hai ke aur aur zyada study kijiye, aur zyada suniye in baaton</w:t>
      </w:r>
      <w:r>
        <w:br/>
      </w:r>
      <w:r>
        <w:rPr>
          <w:sz w:val="20"/>
        </w:rPr>
        <w:t>56:41  ko, aur zyada ghor kijiye quran o hadees mein.</w:t>
      </w:r>
      <w:r>
        <w:br/>
      </w:r>
      <w:r>
        <w:rPr>
          <w:sz w:val="20"/>
        </w:rPr>
        <w:t>56:47  to aap ka manna pakka hota chala jayega, yaani aap ko manna conviction banta chala jayega,</w:t>
      </w:r>
      <w:r>
        <w:br/>
      </w:r>
      <w:r>
        <w:rPr>
          <w:sz w:val="20"/>
        </w:rPr>
        <w:t>56:53  aap ko manna yaqeen banta chala jayega.</w:t>
      </w:r>
    </w:p>
    <w:p>
      <w:pPr>
        <w:pStyle w:val="Heading2"/>
      </w:pPr>
      <w:r>
        <w:t>Making people realize importance of personality development</w:t>
      </w:r>
    </w:p>
    <w:p>
      <w:r>
        <w:rPr>
          <w:color w:val="666666"/>
          <w:sz w:val="18"/>
        </w:rPr>
        <w:t>Spirituality · Paradise as A Goal April 26, 2015 · 5m 09s · at 47:58 · https://youtu.be/4IWLd2SIBkw?t=2878</w:t>
      </w:r>
    </w:p>
    <w:p>
      <w:r>
        <w:rPr>
          <w:i/>
        </w:rPr>
        <w:t>“People are so engrossed in their worldly activities that even an earthquake of seven point eight intensity does not jolt them out of their forgetfulness. Then how can we succeed in making them realize the importance of personality development which alone can lead them to paradise?”</w:t>
      </w:r>
    </w:p>
    <w:p>
      <w:r>
        <w:rPr>
          <w:sz w:val="20"/>
        </w:rPr>
        <w:t>47:58  maulana, yeh agla sawal kya hai? doctor farida khanum ne dehli se</w:t>
      </w:r>
      <w:r>
        <w:br/>
      </w:r>
      <w:r>
        <w:rPr>
          <w:sz w:val="20"/>
        </w:rPr>
        <w:t>48:03  : "people are so engrossed in their worldly activities that even an earth quake of seven point eight intensity does not jolt them out of their forgetfulness.</w:t>
      </w:r>
      <w:r>
        <w:br/>
      </w:r>
      <w:r>
        <w:rPr>
          <w:sz w:val="20"/>
        </w:rPr>
        <w:t>48:17  then how can we succeed in making them realize the importance of personality development which alone can lead them to paradise?"</w:t>
      </w:r>
      <w:r>
        <w:br/>
      </w:r>
      <w:r>
        <w:rPr>
          <w:sz w:val="20"/>
        </w:rPr>
        <w:t>48:31  dekhiye, humein mass level par kal parson ek saath bari mulaqaat hui. is tarah ki baat hui to main ne kaha ke dekhein, dawat ka kaam hota hai mass level par.</w:t>
      </w:r>
      <w:r>
        <w:br/>
      </w:r>
      <w:r>
        <w:rPr>
          <w:sz w:val="20"/>
        </w:rPr>
        <w:t>48:46  dawat ka kaam mass level par hota hai. lekin result jo hai, result woh individual level par milta hai.</w:t>
      </w:r>
      <w:r>
        <w:br/>
      </w:r>
      <w:r>
        <w:rPr>
          <w:sz w:val="20"/>
        </w:rPr>
        <w:t>48:55  baat to aap se sab se kahiye. dekhiye, sirf kuch individual bhi le gaye jo aap ki baat se asar lein aur apne andar koi change laayein. yeh hamesha hua hai.</w:t>
      </w:r>
      <w:r>
        <w:br/>
      </w:r>
      <w:r>
        <w:rPr>
          <w:sz w:val="20"/>
        </w:rPr>
        <w:t>49:05  yeh farq hamesha jaanna chahiye ke dawat ya tablegh ka kaam hota hai mass level par, lekin result hamesha nikalta hai individual level par.</w:t>
      </w:r>
      <w:r>
        <w:br/>
      </w:r>
      <w:r>
        <w:rPr>
          <w:sz w:val="20"/>
        </w:rPr>
        <w:t>49:17  yeh agar soch ho to aadmi, yaani is qism ka tasawwur is ke zehan mein nahin aayega.</w:t>
      </w:r>
      <w:r>
        <w:br/>
      </w:r>
      <w:r>
        <w:rPr>
          <w:sz w:val="20"/>
        </w:rPr>
        <w:t>49:31  maulana, yeh agla question kya hai? doctor sanjay ne dehli se: "reason and intuition. how to decide what is right reason?</w:t>
      </w:r>
      <w:r>
        <w:br/>
      </w:r>
      <w:r>
        <w:rPr>
          <w:sz w:val="20"/>
        </w:rPr>
        <w:t>49:42  because right may be different for different people."</w:t>
      </w:r>
      <w:r>
        <w:br/>
      </w:r>
      <w:r>
        <w:rPr>
          <w:sz w:val="20"/>
        </w:rPr>
        <w:t>49:47  dekhiye, ek hai sanjeedgi, sincerity, aur ek hai, yaani</w:t>
      </w:r>
      <w:r>
        <w:br/>
      </w:r>
      <w:r>
        <w:rPr>
          <w:sz w:val="20"/>
        </w:rPr>
        <w:t>49:59  behas karna. to jo behas kare, us ke hisaab se tautology aayegi. tautology us ko kehte hain. behas karega, behas karega, behas karega.</w:t>
      </w:r>
      <w:r>
        <w:br/>
      </w:r>
      <w:r>
        <w:rPr>
          <w:sz w:val="20"/>
        </w:rPr>
        <w:t>50:08  koi na koi technical baat mil jaye gi jis se woh doosri baat ko refute kar de.</w:t>
      </w:r>
      <w:r>
        <w:br/>
      </w:r>
      <w:r>
        <w:rPr>
          <w:sz w:val="20"/>
        </w:rPr>
        <w:t>50:14  to dekhein, is maamle mein koi compulsive reason nahin hai. aadmi ko khud jaanna padta hai ke kaun si baat mujhe reason ke mutabiq hai, kaun si reason ke mutabiq nahin.</w:t>
      </w:r>
      <w:r>
        <w:br/>
      </w:r>
      <w:r>
        <w:rPr>
          <w:sz w:val="20"/>
        </w:rPr>
        <w:t>50:29  yeh khud apne, apna, yani intellectual development se aadmi pahunchta hai is baat ko. Yeh koi do do, chaar ki tarah nahi hai ke hum bahar se is ko impose kar dein.</w:t>
      </w:r>
      <w:r>
        <w:br/>
      </w:r>
      <w:r>
        <w:rPr>
          <w:sz w:val="20"/>
        </w:rPr>
        <w:t>50:41  Aadmi maane to maane, nahi maane to milega is ko, nahi to nahi milega. Yeh kaha jata hai ke maano to dev, nahi to pathar. To sach westi yeh self discovery ki baat hai.</w:t>
      </w:r>
      <w:r>
        <w:br/>
      </w:r>
      <w:r>
        <w:rPr>
          <w:sz w:val="20"/>
        </w:rPr>
        <w:t>50:55  Aur self discovery hoti hai hamesha sincerity jis ke andar bohat zyada ho, tab hoti hai.</w:t>
      </w:r>
      <w:r>
        <w:br/>
      </w:r>
      <w:r>
        <w:rPr>
          <w:sz w:val="20"/>
        </w:rPr>
        <w:t>51:03  To behal yeh baat jo hai, ooper se bahar se hum impose nahi kar sakte. Do do, chaar ki tarah</w:t>
      </w:r>
      <w:r>
        <w:br/>
      </w:r>
      <w:r>
        <w:rPr>
          <w:sz w:val="20"/>
        </w:rPr>
        <w:t>51:11  . Jo aadmi sincere hoga, woh zaroor pahunch jayega wahan tak. Dekhein, sincerity hamesha right way mein guide, guide karti hai.</w:t>
      </w:r>
      <w:r>
        <w:br/>
      </w:r>
      <w:r>
        <w:rPr>
          <w:sz w:val="20"/>
        </w:rPr>
        <w:t>51:21  Aur sincerity na ho to aadmi bhatakta hai idhar udhar.</w:t>
      </w:r>
      <w:r>
        <w:br/>
      </w:r>
      <w:r>
        <w:rPr>
          <w:sz w:val="20"/>
        </w:rPr>
        <w:t>51:28  Maulana sahib, yeh agla question kya hai? Maulana Iqbal Umri ne Chennai se: "Maulana, kainaati universal problem ko intervention of God hai discover karne ke bajaye.</w:t>
      </w:r>
      <w:r>
        <w:br/>
      </w:r>
      <w:r>
        <w:rPr>
          <w:sz w:val="20"/>
        </w:rPr>
        <w:t>51:41  If there is God, then why mismanagement like this? Insaan kyun samajhta hai?" Mismanagement nahi hai, to maine kaha hai ke warning hoti hai.</w:t>
      </w:r>
      <w:r>
        <w:br/>
      </w:r>
      <w:r>
        <w:rPr>
          <w:sz w:val="20"/>
        </w:rPr>
        <w:t>51:54  Mismanagement ho to sari kainat mein numerous stars, planet hain, woh sab aapas mein takra jayen aapas mein. Yeh to bohat tiny waqia hai.</w:t>
      </w:r>
      <w:r>
        <w:br/>
      </w:r>
      <w:r>
        <w:rPr>
          <w:sz w:val="20"/>
        </w:rPr>
        <w:t>52:05  Yani brel trillion ke mein bhi aik se kam hai.</w:t>
      </w:r>
      <w:r>
        <w:br/>
      </w:r>
      <w:r>
        <w:rPr>
          <w:sz w:val="20"/>
        </w:rPr>
        <w:t>52:09  Yani poori universe ke lehaz se dekha jaye to beshumar waqiat hain. Wahan yeh sab baatein nahi hain. Bohat choti si zameen par aisa hota hai.</w:t>
      </w:r>
      <w:r>
        <w:br/>
      </w:r>
      <w:r>
        <w:rPr>
          <w:sz w:val="20"/>
        </w:rPr>
        <w:t>52:22  To jo zyada, yani more than 99 percent jo hissa hai universe ka, wahan to har cheez bilkul theek ho rahi hai.</w:t>
      </w:r>
      <w:r>
        <w:br/>
      </w:r>
      <w:r>
        <w:rPr>
          <w:sz w:val="20"/>
        </w:rPr>
        <w:t>52:31  Yani more than 99 percent mein aur less than one percent ka jo hissa hai, wahan par aise kuch waqiat hote hain kabhi kabhi.</w:t>
      </w:r>
      <w:r>
        <w:br/>
      </w:r>
      <w:r>
        <w:rPr>
          <w:sz w:val="20"/>
        </w:rPr>
        <w:t>52:39  To yeh Khuda par is se buland nahi aata. Yeh sochna parta hai ke jo Khuda itne bare peymane par, bohat hi precise mein har cheez ko manage kar raha hai, woh aik chote se maqam par aisa kyun ho?</w:t>
      </w:r>
      <w:r>
        <w:br/>
      </w:r>
      <w:r>
        <w:rPr>
          <w:sz w:val="20"/>
        </w:rPr>
        <w:t>52:55  Us ne pasand kiya to is ka jawab yeh hai ke woh warning ke liye, lesson ke liye, taake insaan jo so raha hai, woh jaag, woh jaag uthe.</w:t>
      </w:r>
    </w:p>
    <w:p>
      <w:pPr>
        <w:pStyle w:val="Heading2"/>
      </w:pPr>
      <w:r>
        <w:t>Meaning and attainment of God's ma'rifa</w:t>
      </w:r>
    </w:p>
    <w:p>
      <w:r>
        <w:rPr>
          <w:color w:val="666666"/>
          <w:sz w:val="18"/>
        </w:rPr>
        <w:t>Spirituality · Dars-e-Quran, Chapter 2, Verse 255 | December 24, 2017 · 1m 54s · at 1:05:54 · https://youtu.be/tKX0KUhUMnw?t=3954</w:t>
      </w:r>
    </w:p>
    <w:p>
      <w:r>
        <w:rPr>
          <w:i/>
        </w:rPr>
        <w:t>“What does ma'rifa mean? How is the ma'rifa of God attained?”</w:t>
      </w:r>
    </w:p>
    <w:p>
      <w:r>
        <w:rPr>
          <w:sz w:val="20"/>
        </w:rPr>
        <w:t>1:05:54  Maulana, agla sawal Muhammad Aslam sahib ne kiya hai.</w:t>
      </w:r>
      <w:r>
        <w:br/>
      </w:r>
      <w:r>
        <w:rPr>
          <w:sz w:val="20"/>
        </w:rPr>
        <w:t>1:06:00  Unhon ne apni location nahi likhi hai.</w:t>
      </w:r>
      <w:r>
        <w:br/>
      </w:r>
      <w:r>
        <w:rPr>
          <w:sz w:val="20"/>
        </w:rPr>
        <w:t>1:06:06  Un ka sawal hai: "Ma'rifat ke kya ma'ni hain? Allah ki ma'rifat kis tarah hasil ki jati hai?</w:t>
      </w:r>
      <w:r>
        <w:br/>
      </w:r>
      <w:r>
        <w:rPr>
          <w:sz w:val="20"/>
        </w:rPr>
        <w:t>1:06:12  Aur ma'rifat hasil ho jaye gi, is ka matlab kya hai?</w:t>
      </w:r>
      <w:r>
        <w:br/>
      </w:r>
      <w:r>
        <w:rPr>
          <w:sz w:val="20"/>
        </w:rPr>
        <w:t>1:06:18  Is ko wazeh karein." Ab meri kitab hai "Kitab-e-Ma'rifat", is ko parhiye.</w:t>
      </w:r>
      <w:r>
        <w:br/>
      </w:r>
      <w:r>
        <w:rPr>
          <w:sz w:val="20"/>
        </w:rPr>
        <w:t>1:06:24  Is ka naam hai "Kitab-e-Ma'rifat", is ko parhiye.</w:t>
      </w:r>
      <w:r>
        <w:br/>
      </w:r>
      <w:r>
        <w:rPr>
          <w:sz w:val="20"/>
        </w:rPr>
        <w:t>1:06:30  Is ko parhne ke baad phir sawal kijiye ke kya cheez abhi aap ko clear nahi hui.</w:t>
      </w:r>
      <w:r>
        <w:br/>
      </w:r>
      <w:r>
        <w:rPr>
          <w:sz w:val="20"/>
        </w:rPr>
        <w:t>1:06:36  Us waqt inshallah mein is ke bare mein bataoonga.</w:t>
      </w:r>
      <w:r>
        <w:br/>
      </w:r>
      <w:r>
        <w:rPr>
          <w:sz w:val="20"/>
        </w:rPr>
        <w:t>1:06:42  Okay, so we will end the session now.</w:t>
      </w:r>
      <w:r>
        <w:br/>
      </w:r>
      <w:r>
        <w:rPr>
          <w:sz w:val="20"/>
        </w:rPr>
        <w:t>1:06:49  Thank you.</w:t>
      </w:r>
    </w:p>
    <w:p>
      <w:pPr>
        <w:pStyle w:val="Heading2"/>
      </w:pPr>
      <w:r>
        <w:t>Meaning and attainment of spiritual worship</w:t>
      </w:r>
    </w:p>
    <w:p>
      <w:r>
        <w:rPr>
          <w:color w:val="666666"/>
          <w:sz w:val="18"/>
        </w:rPr>
        <w:t>Spirituality · Man and Paradise August 18, 2013 · 1m 16s · at 1:04:26 · https://youtu.be/v7eX25YAjDU?t=3866</w:t>
      </w:r>
    </w:p>
    <w:p>
      <w:r>
        <w:rPr>
          <w:i/>
        </w:rPr>
        <w:t>“You always focus on spiritual worship. What is meant by spirit-based worship and how can we attain that spirit? Please explain.”</w:t>
      </w:r>
    </w:p>
    <w:p>
      <w:r>
        <w:rPr>
          <w:sz w:val="20"/>
        </w:rPr>
        <w:t>1:04:26  Maulana, agla sawal hai Shah Imran Hasan sahib ka New Delhi se. unhon ne likha hai: "aap hamesha spirit wali ibadat par focus karte hain.</w:t>
      </w:r>
      <w:r>
        <w:br/>
      </w:r>
      <w:r>
        <w:rPr>
          <w:sz w:val="20"/>
        </w:rPr>
        <w:t>1:04:36  spirit wali ibadat se kya murad hai aur yeh spirit hum kaise hasil karen, is ke bare mein bataen." bhai, is par to bohat kitaben hamari aap ne parhi hain is ko.</w:t>
      </w:r>
      <w:r>
        <w:br/>
      </w:r>
      <w:r>
        <w:rPr>
          <w:sz w:val="20"/>
        </w:rPr>
        <w:t>1:04:47  yani dekhen, mera tareeqa yeh hai ke jin baton ko hum likh chuke hain tafseel ke sath, is mein aadmi in kitabon ko parhe aur phir is ke baad bhi jo gosha reh gaya hai,</w:t>
      </w:r>
      <w:r>
        <w:br/>
      </w:r>
      <w:r>
        <w:rPr>
          <w:sz w:val="20"/>
        </w:rPr>
        <w:t>1:05:01  us us goshe ko le kar sawal kare. aam sawal is is aise mamle mein theek nahi hota.</w:t>
      </w:r>
      <w:r>
        <w:br/>
      </w:r>
      <w:r>
        <w:rPr>
          <w:sz w:val="20"/>
        </w:rPr>
        <w:t>1:05:12  yani jo hum ne kitaben likhi hain namaz par, roze par aur deeni taqazon par, un sab mein yeh baat aap dekhenge ke spirit ki ahmiyat hai.</w:t>
      </w:r>
      <w:r>
        <w:br/>
      </w:r>
      <w:r>
        <w:rPr>
          <w:sz w:val="20"/>
        </w:rPr>
        <w:t>1:05:26  to main mashwara doonga ke aap in kitabon ko parhiye aur is ke bawajood jo gosha yani wazeh na hua ho, us par sawal kijiye.</w:t>
      </w:r>
    </w:p>
    <w:p>
      <w:pPr>
        <w:pStyle w:val="Heading2"/>
      </w:pPr>
      <w:r>
        <w:t>Meaning and components of personality building</w:t>
      </w:r>
    </w:p>
    <w:p>
      <w:r>
        <w:rPr>
          <w:color w:val="666666"/>
          <w:sz w:val="18"/>
        </w:rPr>
        <w:t>Spirituality · The Problem of Evil December 4, 2011 · 5m 32s · at 59:36 · https://youtu.be/SMqtVjaGHfw?t=3576</w:t>
      </w:r>
    </w:p>
    <w:p>
      <w:r>
        <w:rPr>
          <w:i/>
        </w:rPr>
        <w:t>“What is the meaning of personality building and what are its basic components?”</w:t>
      </w:r>
    </w:p>
    <w:p>
      <w:r>
        <w:rPr>
          <w:sz w:val="20"/>
        </w:rPr>
        <w:t>59:36  maulana, yeh sawal aaya hai maulana zikwan nadvi ka, deli se. unhon ne likha hai: "personality building ka matlab kya hai aur personality building ke bunyadi ajza kya hain?"</w:t>
      </w:r>
      <w:r>
        <w:br/>
      </w:r>
      <w:r>
        <w:rPr>
          <w:sz w:val="20"/>
        </w:rPr>
        <w:t>59:53  dekhiye, yeh koi nayi cheez nahi hai. traditional lafz jo is ke liye hai woh hai tazkiya-e-nafs.</w:t>
      </w:r>
      <w:r>
        <w:br/>
      </w:r>
      <w:r>
        <w:rPr>
          <w:sz w:val="20"/>
        </w:rPr>
        <w:t>1:00:04  rawayati zaban mein is ko log kehte rehte hain, kehte rahe hain tazkiya-e-nafs. isi tazkiya-e-nafsi ko mein aaj kal ki zaban mein kehta hoon personality building,</w:t>
      </w:r>
      <w:r>
        <w:br/>
      </w:r>
      <w:r>
        <w:rPr>
          <w:sz w:val="20"/>
        </w:rPr>
        <w:t>1:00:21  personality development. personality ka aap ka jo wajood hai, zamane mein samjha jata tha ke qalb alag hai, dimagh alag hai aur soul alag hai.</w:t>
      </w:r>
      <w:r>
        <w:br/>
      </w:r>
      <w:r>
        <w:rPr>
          <w:sz w:val="20"/>
        </w:rPr>
        <w:t>1:00:33  yeh teen cheezein mante the jism ke ilawa, kyunke char cheezein hain: ek hamara jism hai, ek soul hai, ek qalb hai, ek dimagh hai.</w:t>
      </w:r>
      <w:r>
        <w:br/>
      </w:r>
      <w:r>
        <w:rPr>
          <w:sz w:val="20"/>
        </w:rPr>
        <w:t>1:00:42  yeh science ke zamane mein is ko nahi mana jata. science ke zamane mein aap ka sirf do hi pehlu hain: ek mind hai, ek body hai. bas to body vehicle hai aap ki personality ka aur personality jo hai wohi jo mind hai, wohi personality hai.</w:t>
      </w:r>
      <w:r>
        <w:br/>
      </w:r>
      <w:r>
        <w:rPr>
          <w:sz w:val="20"/>
        </w:rPr>
        <w:t>1:00:59  to personality building ka matlab yahi hai ke Khuda ne insan ko banaya hai nature par, sahi nature par.</w:t>
      </w:r>
      <w:r>
        <w:br/>
      </w:r>
      <w:r>
        <w:rPr>
          <w:sz w:val="20"/>
        </w:rPr>
        <w:t>1:01:10  insan sahi nature pe paida hota hai lekin mahol mein us ki conditioning hoti rehti hai.</w:t>
      </w:r>
      <w:r>
        <w:br/>
      </w:r>
      <w:r>
        <w:rPr>
          <w:sz w:val="20"/>
        </w:rPr>
        <w:t>1:01:17  conditioning se hota hai ke kis cheez se nafrat karne lagta hai woh, kis cheez se mohabbat karne lagta hai woh. kisi ko dekh kar us ko ghussa aata hai, kisi ko dekh kar us ko pyar aata hai, kis cheez par woh proke aata hai,</w:t>
      </w:r>
      <w:r>
        <w:br/>
      </w:r>
      <w:r>
        <w:rPr>
          <w:sz w:val="20"/>
        </w:rPr>
        <w:t>1:01:33  kis cheez par bardasht karta hai. yeh sab cheezein kya hain? conditioning ki wajah se hoti hain.</w:t>
      </w:r>
      <w:r>
        <w:br/>
      </w:r>
      <w:r>
        <w:rPr>
          <w:sz w:val="20"/>
        </w:rPr>
        <w:t>1:01:39  to to yeh baad mein paida hota hai to yeh yeh process apne aap hi chal padta hai.</w:t>
      </w:r>
      <w:r>
        <w:br/>
      </w:r>
      <w:r>
        <w:rPr>
          <w:sz w:val="20"/>
        </w:rPr>
        <w:t>1:01:48  yani process of conditioning.</w:t>
      </w:r>
      <w:r>
        <w:br/>
      </w:r>
      <w:r>
        <w:rPr>
          <w:sz w:val="20"/>
        </w:rPr>
        <w:t>1:01:51  to sach poocho to tazkiya-e-nafs ya personality development ka matlab yeh hai ke apne ko apni de-conditioning karna, yani daryaft karna ke mein kahan kahan meri conditioning ho gayi hai,</w:t>
      </w:r>
      <w:r>
        <w:br/>
      </w:r>
      <w:r>
        <w:rPr>
          <w:sz w:val="20"/>
        </w:rPr>
        <w:t>1:02:06  kahan kahan mein mahol se, asar se kuch aadatein lag gayi hain, kuch galat soch lag gayi hai, kuch galat silsile mein ho gaya hoon.</w:t>
      </w:r>
      <w:r>
        <w:br/>
      </w:r>
      <w:r>
        <w:rPr>
          <w:sz w:val="20"/>
        </w:rPr>
        <w:t>1:02:15  yeh hai</w:t>
      </w:r>
      <w:r>
        <w:br/>
      </w:r>
      <w:r>
        <w:rPr>
          <w:sz w:val="20"/>
        </w:rPr>
        <w:t>1:02:17  to jaise aaj kal musalmanon ka haal yeh hai ke zara si baat yeh hogi to is par bhark uthte hain ke masjid ke samne koi juloos nikle, masjid koi koi nara laga de,</w:t>
      </w:r>
      <w:r>
        <w:br/>
      </w:r>
      <w:r>
        <w:rPr>
          <w:sz w:val="20"/>
        </w:rPr>
        <w:t>1:02:32  koi kahin gosht ka tukra dikhai de jaye, kuch bhi ho, koi cartoon chhap de to foran bhark uthenge. yeh bhark uthna jo hai nature nahi hai, yeh yeh conditioning hai.</w:t>
      </w:r>
      <w:r>
        <w:br/>
      </w:r>
      <w:r>
        <w:rPr>
          <w:sz w:val="20"/>
        </w:rPr>
        <w:t>1:02:44  yani hamare yani so-called rehnumaon ne aisa kiya hai ke un ko in cheezon ko bharka diya hai.</w:t>
      </w:r>
      <w:r>
        <w:br/>
      </w:r>
      <w:r>
        <w:rPr>
          <w:sz w:val="20"/>
        </w:rPr>
        <w:t>1:02:54  in cheezon ko</w:t>
      </w:r>
      <w:r>
        <w:br/>
      </w:r>
      <w:r>
        <w:rPr>
          <w:sz w:val="20"/>
        </w:rPr>
        <w:t>1:02:56  to mein aaj subah soch raha tha ke hamari tareekh jo hai, yani tareekh ke do daur hain: pre media aur post media.</w:t>
      </w:r>
      <w:r>
        <w:br/>
      </w:r>
      <w:r>
        <w:rPr>
          <w:sz w:val="20"/>
        </w:rPr>
        <w:t>1:03:08  yeh pre media daur mein insan jo tha, uska case tha misuse of freedom ka case. ab kya hai? misuse of media ka case.</w:t>
      </w:r>
      <w:r>
        <w:br/>
      </w:r>
      <w:r>
        <w:rPr>
          <w:sz w:val="20"/>
        </w:rPr>
        <w:t>1:03:17  aisi baatein chhapte hain log, aise jo log jise hain, yani negative ch</w:t>
      </w:r>
      <w:r>
        <w:br/>
      </w:r>
      <w:r>
        <w:rPr>
          <w:sz w:val="20"/>
        </w:rPr>
        <w:t>1:03:24  cheezein. har society mein dekhiye, negative aur positive dono item hote hain. lekin media kya tha? chhaat chhaat kar ke negative cheezein chhapta hai.</w:t>
      </w:r>
      <w:r>
        <w:br/>
      </w:r>
      <w:r>
        <w:rPr>
          <w:sz w:val="20"/>
        </w:rPr>
        <w:t>1:03:33  is is india mein, america mein, hatta ke israel mein, har jagah yeh qissa hai ke har jagah aisa nahi hai ke woh sab jaise log samajhte hain ke israel mein bohat hi bura hai.</w:t>
      </w:r>
      <w:r>
        <w:br/>
      </w:r>
      <w:r>
        <w:rPr>
          <w:sz w:val="20"/>
        </w:rPr>
        <w:t>1:03:44  aisa bilkul galat baat hai. wahan positive point, plus point bhi hai, negative point bhi hai.</w:t>
      </w:r>
      <w:r>
        <w:br/>
      </w:r>
      <w:r>
        <w:rPr>
          <w:sz w:val="20"/>
        </w:rPr>
        <w:t>1:03:51  lekin hamara jo muslim media jo hai, negative point ko chhapta hai, plus point ko chhod deta hai. isi se logon ko conditioning hoti hai.</w:t>
      </w:r>
      <w:r>
        <w:br/>
      </w:r>
      <w:r>
        <w:rPr>
          <w:sz w:val="20"/>
        </w:rPr>
        <w:t>1:04:00  ab barah-e-rast jab aap padhte hain, sunte hain ke israel jo hai, itna kharab hai to aap samajh jaate hain ke israel koi alag cheez hai. israel koi alag cheez nahi hai, woh bhi insaan hain, woh log bhi.</w:t>
      </w:r>
      <w:r>
        <w:br/>
      </w:r>
      <w:r>
        <w:rPr>
          <w:sz w:val="20"/>
        </w:rPr>
        <w:t>1:04:11  chahe israel ka case ho, america ka case ho, ya india mein jo extremist parties hain, unka case ho, koi bhi hundred percent bura nahi hai.</w:t>
      </w:r>
      <w:r>
        <w:br/>
      </w:r>
      <w:r>
        <w:rPr>
          <w:sz w:val="20"/>
        </w:rPr>
        <w:t>1:04:21  har jagah kuch aisi cheezein hoti hain jo aap ko pasand na hon to hamare log isi ko le kar phasalate hain, isi ko bayan karte hain. is se kya hota hai?</w:t>
      </w:r>
      <w:r>
        <w:br/>
      </w:r>
      <w:r>
        <w:rPr>
          <w:sz w:val="20"/>
        </w:rPr>
        <w:t>1:04:31  sunte sunte, padhte padhte condition aati hai. to sab log naam mein, yaani conditioning ka case ban gaye hain.</w:t>
      </w:r>
      <w:r>
        <w:br/>
      </w:r>
      <w:r>
        <w:rPr>
          <w:sz w:val="20"/>
        </w:rPr>
        <w:t>1:04:40  to</w:t>
      </w:r>
      <w:r>
        <w:br/>
      </w:r>
      <w:r>
        <w:rPr>
          <w:sz w:val="20"/>
        </w:rPr>
        <w:t>1:04:41  samajhta hoon ke personality development ka matlab yeh hai: apni de-conditioning. woh hoti hai muhasba ke zariye se.</w:t>
      </w:r>
      <w:r>
        <w:br/>
      </w:r>
      <w:r>
        <w:rPr>
          <w:sz w:val="20"/>
        </w:rPr>
        <w:t>1:04:53  jo aadmi aisa na kare to woh conditioning mein jiyega, conditioning mein marega. to bohat zaroori hai ke hum apni de-conditioning karein.</w:t>
      </w:r>
      <w:r>
        <w:br/>
      </w:r>
      <w:r>
        <w:rPr>
          <w:sz w:val="20"/>
        </w:rPr>
        <w:t>1:05:02  wohi de-conditioning ka doosra naam tazkiya-e-nafs hai, isi ka naam personality building hai. sab kuch wahi</w:t>
      </w:r>
      <w:r>
        <w:br/>
      </w:r>
      <w:r>
        <w:rPr>
          <w:sz w:val="20"/>
        </w:rPr>
        <w:t>1:05:09  tazkiya-e-nafs hai. rawayati zabaan mein woh tazkiya-e-nafs hai. aaj kal ki zabaan mein hum kahein ke woh de-conditioning hai ya personality development hai. Maulana, agla sawal aaya hai Miss Sadia Khan ka, Delhi se.</w:t>
      </w:r>
    </w:p>
    <w:p>
      <w:pPr>
        <w:pStyle w:val="Heading2"/>
      </w:pPr>
      <w:r>
        <w:t>Meaning and practice of dhikr</w:t>
      </w:r>
    </w:p>
    <w:p>
      <w:r>
        <w:rPr>
          <w:color w:val="666666"/>
          <w:sz w:val="18"/>
        </w:rPr>
        <w:t>Spirituality · Divine Law of Success 14th October 2012 Slow · 3m 39s · at 1:38:56 · https://youtu.be/2zXfZhIf1jA?t=5936</w:t>
      </w:r>
    </w:p>
    <w:p>
      <w:r>
        <w:rPr>
          <w:i/>
        </w:rPr>
        <w:t>“The word 'dhikr' is mentioned in the Quran repeatedly as well as in Hadith. I want to know the real meaning of dhikr and how we can practice it in our day-to-day life.”</w:t>
      </w:r>
    </w:p>
    <w:p>
      <w:r>
        <w:rPr>
          <w:sz w:val="20"/>
        </w:rPr>
        <w:t>1:38:56  maulana, agla sawal kashmir se aya hai muhammad saleem sahib ka.</w:t>
      </w:r>
      <w:r>
        <w:br/>
      </w:r>
      <w:r>
        <w:rPr>
          <w:sz w:val="20"/>
        </w:rPr>
        <w:t>1:39:01  unhon ne likha hai: Word zikr is mentioned in Quran repeatedly as well as in Hadith.</w:t>
      </w:r>
      <w:r>
        <w:br/>
      </w:r>
      <w:r>
        <w:rPr>
          <w:sz w:val="20"/>
        </w:rPr>
        <w:t>1:39:07  I want to know the real meaning of zikr and how we can practice it in our day-to-day life.</w:t>
      </w:r>
      <w:r>
        <w:br/>
      </w:r>
      <w:r>
        <w:rPr>
          <w:sz w:val="20"/>
        </w:rPr>
        <w:t>1:39:12  dekhein, zikr jo hai, is ka lafzi matlab hai yaad karna, to remind.</w:t>
      </w:r>
      <w:r>
        <w:br/>
      </w:r>
      <w:r>
        <w:rPr>
          <w:sz w:val="20"/>
        </w:rPr>
        <w:t>1:39:18  aur zikr ka ek matlab hota hai charcha karna.</w:t>
      </w:r>
      <w:r>
        <w:br/>
      </w:r>
      <w:r>
        <w:rPr>
          <w:sz w:val="20"/>
        </w:rPr>
        <w:t>1:39:24  to yeh jo matlab hai remind karna, to aap to sufiyan ne jo culture chalaya hai, woh yeh</w:t>
      </w:r>
      <w:r>
        <w:br/>
      </w:r>
      <w:r>
        <w:rPr>
          <w:sz w:val="20"/>
        </w:rPr>
        <w:t>1:39:30  ke alfaaz ko ginna, yani itni baar, itni baar, itni baar.</w:t>
      </w:r>
      <w:r>
        <w:br/>
      </w:r>
      <w:r>
        <w:rPr>
          <w:sz w:val="20"/>
        </w:rPr>
        <w:t>1:39:36  mein samajhta hoon ke yeh zikr nahi hai.</w:t>
      </w:r>
      <w:r>
        <w:br/>
      </w:r>
      <w:r>
        <w:rPr>
          <w:sz w:val="20"/>
        </w:rPr>
        <w:t>1:39:41  alfaaz shumari ka naam zikr nahi hai.</w:t>
      </w:r>
      <w:r>
        <w:br/>
      </w:r>
      <w:r>
        <w:rPr>
          <w:sz w:val="20"/>
        </w:rPr>
        <w:t>1:39:47  zikr is ka naam hai ke Allah ke bare mein aap sochen, Allah ki azmaton ko yaad karein,</w:t>
      </w:r>
      <w:r>
        <w:br/>
      </w:r>
      <w:r>
        <w:rPr>
          <w:sz w:val="20"/>
        </w:rPr>
        <w:t>1:39:53  Allah ki nematon ko, Allah ki blessing ko yaad karein.</w:t>
      </w:r>
      <w:r>
        <w:br/>
      </w:r>
      <w:r>
        <w:rPr>
          <w:sz w:val="20"/>
        </w:rPr>
        <w:t>1:39:59  is se aap ke andar ek ek ek inspiration aayega, aap ka dil roshan hoga, aap ka</w:t>
      </w:r>
      <w:r>
        <w:br/>
      </w:r>
      <w:r>
        <w:rPr>
          <w:sz w:val="20"/>
        </w:rPr>
        <w:t>1:40:05  zehan roshan hoga, aap ke andar rabbani khayalat aayenge.</w:t>
      </w:r>
      <w:r>
        <w:br/>
      </w:r>
      <w:r>
        <w:rPr>
          <w:sz w:val="20"/>
        </w:rPr>
        <w:t>1:40:10  to yeh tafakkur, tadabbur ke zariye hota hai, yeh alfaaz shumaari ke zariye nahi hota hai.</w:t>
      </w:r>
      <w:r>
        <w:br/>
      </w:r>
      <w:r>
        <w:rPr>
          <w:sz w:val="20"/>
        </w:rPr>
        <w:t>1:40:16  tafakkur, tadabbur, tazakkur, tawaṣṣum, yeh jo alfaaz Quran majeed mein aaye hain, yahi zikr ka zariya hai.</w:t>
      </w:r>
      <w:r>
        <w:br/>
      </w:r>
      <w:r>
        <w:rPr>
          <w:sz w:val="20"/>
        </w:rPr>
        <w:t>1:40:22  main is ko nahi manta ke kuch alfaaz hain muqaddas, un ko takraar karo to zikr ho jayega.</w:t>
      </w:r>
      <w:r>
        <w:br/>
      </w:r>
      <w:r>
        <w:rPr>
          <w:sz w:val="20"/>
        </w:rPr>
        <w:t>1:40:28  woh main is ko nahi manta.</w:t>
      </w:r>
      <w:r>
        <w:br/>
      </w:r>
      <w:r>
        <w:rPr>
          <w:sz w:val="20"/>
        </w:rPr>
        <w:t>1:40:34  main zikr ka zariya samajhta hoon tafakkur, tadabbur, tazakkur, tawaṣṣum.</w:t>
      </w:r>
      <w:r>
        <w:br/>
      </w:r>
      <w:r>
        <w:rPr>
          <w:sz w:val="20"/>
        </w:rPr>
        <w:t>1:40:39  is ko apne mind ko jab activate karte hain, soch soch kar ke Allah ke bare mein, to</w:t>
      </w:r>
      <w:r>
        <w:br/>
      </w:r>
      <w:r>
        <w:rPr>
          <w:sz w:val="20"/>
        </w:rPr>
        <w:t>1:40:45  is se jo aap ko inspiration aata hai, jis mein aap ki rooh mein jo baladgi aati hai,</w:t>
      </w:r>
      <w:r>
        <w:br/>
      </w:r>
      <w:r>
        <w:rPr>
          <w:sz w:val="20"/>
        </w:rPr>
        <w:t>1:40:51  seene mein aap ke jo ek rabbani roshni aati hai, isi ka naam hai zikr.</w:t>
      </w:r>
      <w:r>
        <w:br/>
      </w:r>
      <w:r>
        <w:rPr>
          <w:sz w:val="20"/>
        </w:rPr>
        <w:t>1:40:57  wohi matloob hai.</w:t>
      </w:r>
      <w:r>
        <w:br/>
      </w:r>
      <w:r>
        <w:rPr>
          <w:sz w:val="20"/>
        </w:rPr>
        <w:t>1:41:03  Is there any other question?</w:t>
      </w:r>
      <w:r>
        <w:br/>
      </w:r>
      <w:r>
        <w:rPr>
          <w:sz w:val="20"/>
        </w:rPr>
        <w:t>1:41:09  aap ka hai? aap ka baad mein le lenge. theek hai. okay, we will end this session now. there is one more announcement: the dawa field meeting will be held today again after the namaz. so all the dawa field team members are requested to stay back. if there is any new member who wants to join the dawa field team, then he or she can contact captain khurram qureshi. we will end this session now.</w:t>
      </w:r>
      <w:r>
        <w:br/>
      </w:r>
      <w:r>
        <w:rPr>
          <w:sz w:val="20"/>
        </w:rPr>
        <w:t>1:41:36  thank you. kya? dekha wahan frankfurt mein dekha na? ji molana, doctor sahab ne. kamal ho gaya na? ji. sorry, i forgot. molana, rasool allah aur sahaba.</w:t>
      </w:r>
    </w:p>
    <w:p>
      <w:pPr>
        <w:pStyle w:val="Heading2"/>
      </w:pPr>
      <w:r>
        <w:t>Meaning of 'muztar' in prayer acceptance</w:t>
      </w:r>
    </w:p>
    <w:p>
      <w:r>
        <w:rPr>
          <w:color w:val="666666"/>
          <w:sz w:val="18"/>
        </w:rPr>
        <w:t>Spirituality · Realistic Approach 30 March, 2014 · 2m 03s · at 54:04 · https://youtu.be/HIFxmWWiEG4?t=3244</w:t>
      </w:r>
    </w:p>
    <w:p>
      <w:r>
        <w:rPr>
          <w:i/>
        </w:rPr>
        <w:t>“You wrote in your book Al-Islam that 'muztar' (one in distress) his prayer is immediately accepted by Allah, while for other believers, righteous deeds are also needed for acceptance. What is meant by 'muztar'? Please clarify.”</w:t>
      </w:r>
    </w:p>
    <w:p>
      <w:r>
        <w:rPr>
          <w:sz w:val="20"/>
        </w:rPr>
        <w:t>54:04  Maulana, agla sawal Shahnawaz Zafar sahib ne kiya hai Delhi se. Unhon ne likha hai: "Aap ne apni kitaab Al-Islam mein likha hai ke mustar yani jo iztirab ki halat mein ho, us ki dua Allah immediately qabool karta hai aur deegar momin ki dua ki qabooliyat ke liye amal saleh bhi chahiye.</w:t>
      </w:r>
      <w:r>
        <w:br/>
      </w:r>
      <w:r>
        <w:rPr>
          <w:sz w:val="20"/>
        </w:rPr>
        <w:t>54:28  Yahan mustar se murad kya hai? Is ko wazeh karein."</w:t>
      </w:r>
      <w:r>
        <w:br/>
      </w:r>
      <w:r>
        <w:rPr>
          <w:sz w:val="20"/>
        </w:rPr>
        <w:t>54:39  Dekhein, jab aadmi iztirari ki halat mein hota hai to apne helplessness ka tajurba karta hai. Woh ajz ka,</w:t>
      </w:r>
      <w:r>
        <w:br/>
      </w:r>
      <w:r>
        <w:rPr>
          <w:sz w:val="20"/>
        </w:rPr>
        <w:t>54:51  ajz ka tajurba aur ajz ka tajurba haqeeqatan kisi ko ho jaye to Allah se bohat qurbat ho jati hai. Bas waqt yani apne ajz ko daryaft karo aur Allah se qareeb ho jao.</w:t>
      </w:r>
      <w:r>
        <w:br/>
      </w:r>
      <w:r>
        <w:rPr>
          <w:sz w:val="20"/>
        </w:rPr>
        <w:t>55:06  Musalamanon mein to mein ne kisi ko paya nahi jis ne apne ajz ko daryaft kiya ho, chahe mustar ho ya molvi. Koi mujhe nahi mila, ek bhi nahi mila.</w:t>
      </w:r>
      <w:r>
        <w:br/>
      </w:r>
      <w:r>
        <w:rPr>
          <w:sz w:val="20"/>
        </w:rPr>
        <w:t>55:15  Agar kahin hai to mujhe us ki khabar nahi. Choonke ajz ki daryaft hi nahi hui to qurbat-e-khudawandi kahan se hogi? Ajz ek qabil-e-daryaft cheez hai, yaad rakhiye.</w:t>
      </w:r>
      <w:r>
        <w:br/>
      </w:r>
      <w:r>
        <w:rPr>
          <w:sz w:val="20"/>
        </w:rPr>
        <w:t>55:28  Jis tarah doosri cheezein qabil-e-daryaft hain, ajz bhi qabil-e-daryaft hai. Logon ko maloom hi nahi ke ajz kya cheez hai.</w:t>
      </w:r>
      <w:r>
        <w:br/>
      </w:r>
      <w:r>
        <w:rPr>
          <w:sz w:val="20"/>
        </w:rPr>
        <w:t>55:37  To apne ajz ko daryaft kijiye. Mustar aadmi jo hota hai, woh ajz ki aakhri hadd par hota hai. To apne ajz ko daryaft kiya, us ke baad apne aap sari cheezein aap ke andar aa jayengi.</w:t>
      </w:r>
      <w:r>
        <w:br/>
      </w:r>
      <w:r>
        <w:rPr>
          <w:sz w:val="20"/>
        </w:rPr>
        <w:t>55:52  Aur aap hamari kitabein parhiye. Hamari kitaab mein isi ki to tashreeh hai. Hamari kitaab mein jo hai, woh isi baat ki tashreeh hai ke yani "how to discover ajz".</w:t>
      </w:r>
    </w:p>
    <w:p>
      <w:pPr>
        <w:pStyle w:val="Heading2"/>
      </w:pPr>
      <w:r>
        <w:t>Meaning of Gratitude in Islam</w:t>
      </w:r>
    </w:p>
    <w:p>
      <w:r>
        <w:rPr>
          <w:color w:val="666666"/>
          <w:sz w:val="18"/>
        </w:rPr>
        <w:t>Spirituality · Living in a World of Competition October 24, 2010 · 2m 51s · at 1:13:53 · https://youtu.be/0DRVM8YxM5U?t=4433</w:t>
      </w:r>
    </w:p>
    <w:p>
      <w:r>
        <w:rPr>
          <w:i/>
        </w:rPr>
        <w:t>“What is the meaning of gratitude? Should we be grateful when Allah gives us plenty of money, or should we discover the state we are in as a state of gratitude? Please explain.”</w:t>
      </w:r>
    </w:p>
    <w:p>
      <w:r>
        <w:rPr>
          <w:sz w:val="20"/>
        </w:rPr>
        <w:t>1:13:53  maulana, agla sawal maulana abdul basit omary ne kiya hai, doha qatar se. unhon ne likha hai: "maulana, shukr ka matlab kya hai?</w:t>
      </w:r>
      <w:r>
        <w:br/>
      </w:r>
      <w:r>
        <w:rPr>
          <w:sz w:val="20"/>
        </w:rPr>
        <w:t>1:14:04  kya Allah jab hamein khoob paisa de, tab shukr karen, ya phir Allah ne jis ko jis halat mein rakha hai, woh usi halat ko shukr ki halat ke taur par daryaft kare?" maulana, is baray mein wazahat farmayen.</w:t>
      </w:r>
      <w:r>
        <w:br/>
      </w:r>
      <w:r>
        <w:rPr>
          <w:sz w:val="20"/>
        </w:rPr>
        <w:t>1:14:20  dekhiye, paise par shukr karna to yeh hai hi nahi islam mein.</w:t>
      </w:r>
      <w:r>
        <w:br/>
      </w:r>
      <w:r>
        <w:rPr>
          <w:sz w:val="20"/>
        </w:rPr>
        <w:t>1:14:26  yani daulat mile to is par shukr karen, aap yeh islam mein hai hi nahi.</w:t>
      </w:r>
      <w:r>
        <w:br/>
      </w:r>
      <w:r>
        <w:rPr>
          <w:sz w:val="20"/>
        </w:rPr>
        <w:t>1:14:31  ab dekhen, kaun sahabi tha jo paisa milne par shukr kiya? us ne keh khuda ka shukr hai ke to ne mujhe dolat di. aisa keh nahin paenge aap.</w:t>
      </w:r>
      <w:r>
        <w:br/>
      </w:r>
      <w:r>
        <w:rPr>
          <w:sz w:val="20"/>
        </w:rPr>
        <w:t>1:14:41  shukr to karna hai ke aap ko khuda ne paida kiya, khuda ne aap ke liye suraj ko chamkaya, khuda ne aap ke liye hawaen chalain, khuda ne aap ko barish barsaya, khuda ne aap ko mauqa diya ke aap acha amal kar ke jannat mein jaen, khuda ne aap ko rasool Allah sallallahu alaihi wasallam ki hidayat faraham ki.</w:t>
      </w:r>
      <w:r>
        <w:br/>
      </w:r>
      <w:r>
        <w:rPr>
          <w:sz w:val="20"/>
        </w:rPr>
        <w:t>1:15:00  yeh sab shukr ki baaten hain.</w:t>
      </w:r>
      <w:r>
        <w:br/>
      </w:r>
      <w:r>
        <w:rPr>
          <w:sz w:val="20"/>
        </w:rPr>
        <w:t>1:15:03  paisa milne par shukr karna aur dolat milne par shukr karna, yeh to hai hi nahin Islam mein, kyunke woh to fitna hai, azmaish hai.</w:t>
      </w:r>
      <w:r>
        <w:br/>
      </w:r>
      <w:r>
        <w:rPr>
          <w:sz w:val="20"/>
        </w:rPr>
        <w:t>1:15:13  ab azmaish par aap shukr karenge?</w:t>
      </w:r>
      <w:r>
        <w:br/>
      </w:r>
      <w:r>
        <w:rPr>
          <w:sz w:val="20"/>
        </w:rPr>
        <w:t>1:15:19  saaf saaf Quran mein likha hua hai ke maal fitna hai, azmaish hai. yani yani janchnay ke liye, test ke liye diya gaya hai, test ke liye diya gaya hai.</w:t>
      </w:r>
      <w:r>
        <w:br/>
      </w:r>
      <w:r>
        <w:rPr>
          <w:sz w:val="20"/>
        </w:rPr>
        <w:t>1:15:31  yeh to bohat bari gumrahi hai, bohat bari gumrahi hai. ek sahab ne bohat bara ghar banaya, main gaya un ke haan to dekha ke ghar ke samne jo entrance tha, pe likha hua tha: "haza min fadl rabbi".</w:t>
      </w:r>
      <w:r>
        <w:br/>
      </w:r>
      <w:r>
        <w:rPr>
          <w:sz w:val="20"/>
        </w:rPr>
        <w:t>1:15:44  matlab yeh ghar jo hai, mujhe Allah ke fazl se mila hai, yeh bilkul Islam se koi talluq nahin, is ka koi talluq Islam ka nahin hai.</w:t>
      </w:r>
      <w:r>
        <w:br/>
      </w:r>
      <w:r>
        <w:rPr>
          <w:sz w:val="20"/>
        </w:rPr>
        <w:t>1:15:54  chahe ghar ho, chahe dolat ho, chahe yeh sab jitni cheezen hain, woh sab azmaish hain, test hain.</w:t>
      </w:r>
      <w:r>
        <w:br/>
      </w:r>
      <w:r>
        <w:rPr>
          <w:sz w:val="20"/>
        </w:rPr>
        <w:t>1:16:02  yeh to bohat bari gumrahi mein sari dunya ke musalman mubtala hain, sab ke sab musalman mubtala hain. ek sahab ke haan mein gaya to un ke dost wahan baithe hue thay.</w:t>
      </w:r>
      <w:r>
        <w:br/>
      </w:r>
      <w:r>
        <w:rPr>
          <w:sz w:val="20"/>
        </w:rPr>
        <w:t>1:16:13  to dost sahab ne un ke baray mein farmaya ke Allah ne un ke upar bohat fazl kiya hai. matlab un ke bete kamate hain aur paisa hi paisa ghar mein ho raha hai aur har cheez bohat farawani ke sath koi mili hui hai.</w:t>
      </w:r>
      <w:r>
        <w:br/>
      </w:r>
      <w:r>
        <w:rPr>
          <w:sz w:val="20"/>
        </w:rPr>
        <w:t>1:16:27  is ko batate hain, un ka Allah ne un ke sath bara fazl kiya hai.</w:t>
      </w:r>
      <w:r>
        <w:br/>
      </w:r>
      <w:r>
        <w:rPr>
          <w:sz w:val="20"/>
        </w:rPr>
        <w:t>1:16:31  to unhon ne kaha yeh fazl ka yeh to test ki waris hai, yeh fazl ki waris nahin hai, yeh ek janchnay ki waris hai. janchnay to yeh sab to gumrahi hai.</w:t>
      </w:r>
    </w:p>
    <w:p>
      <w:pPr>
        <w:pStyle w:val="Heading2"/>
      </w:pPr>
      <w:r>
        <w:t>Meaning of Prophet's prayer 'show truth as it is'</w:t>
      </w:r>
    </w:p>
    <w:p>
      <w:r>
        <w:rPr>
          <w:color w:val="666666"/>
          <w:sz w:val="18"/>
        </w:rPr>
        <w:t>Spirituality · Islamic Wisdom July 17, 2016 · 2m 12s · at 49:36 · https://youtu.be/jB4ugN0K-AM?t=2976</w:t>
      </w:r>
    </w:p>
    <w:p>
      <w:r>
        <w:rPr>
          <w:i/>
        </w:rPr>
        <w:t>“There is a prayer of the Prophet: 'O God, show us the truth as it is.' What does 'as it is' thinking mean? Please elaborate on this.”</w:t>
      </w:r>
    </w:p>
    <w:p>
      <w:r>
        <w:rPr>
          <w:sz w:val="20"/>
        </w:rPr>
        <w:t>49:36  maulana, agla sawal mumbai se aya hai, aah aah faraz sahib ka, aur unhon ne likha hai: "der</w:t>
      </w:r>
      <w:r>
        <w:br/>
      </w:r>
      <w:r>
        <w:rPr>
          <w:sz w:val="20"/>
        </w:rPr>
        <w:t>49:43  as a prayer of the Prophet very said: "O God, show us the truth as it is." Maulana</w:t>
      </w:r>
      <w:r>
        <w:br/>
      </w:r>
      <w:r>
        <w:rPr>
          <w:sz w:val="20"/>
        </w:rPr>
        <w:t>49:51  Sahib, what does "as it is thinking" means? Please elaborate on this.</w:t>
      </w:r>
      <w:r>
        <w:br/>
      </w:r>
      <w:r>
        <w:rPr>
          <w:sz w:val="20"/>
        </w:rPr>
        <w:t>49:56  bhai, yeh kya? main ne misal de di as it is ki ke japan ke waqe mein jo</w:t>
      </w:r>
      <w:r>
        <w:br/>
      </w:r>
      <w:r>
        <w:rPr>
          <w:sz w:val="20"/>
        </w:rPr>
        <w:t>50:04  asli sabak hai, woh yeh hai ke society bombing chhodo, lekin ulta le liya ke society bombing karo.</w:t>
      </w:r>
      <w:r>
        <w:br/>
      </w:r>
      <w:r>
        <w:rPr>
          <w:sz w:val="20"/>
        </w:rPr>
        <w:t>50:12  yeh to hai yeh sare musalmanon ke jo mamlaat ke zamane mein, woh yahi hai.</w:t>
      </w:r>
      <w:r>
        <w:br/>
      </w:r>
      <w:r>
        <w:rPr>
          <w:sz w:val="20"/>
        </w:rPr>
        <w:t>50:18  misalan, commercial rights hote hain, woh aam taur par hote hain retaliation mein.</w:t>
      </w:r>
      <w:r>
        <w:br/>
      </w:r>
      <w:r>
        <w:rPr>
          <w:sz w:val="20"/>
        </w:rPr>
        <w:t>50:24  retaliation, lekin musalman kya kehte hain ke yeh zulm ho raha hai? zulm nahi ho raha.</w:t>
      </w:r>
      <w:r>
        <w:br/>
      </w:r>
      <w:r>
        <w:rPr>
          <w:sz w:val="20"/>
        </w:rPr>
        <w:t>50:31  tum logon ko retaliate karne ka mauqa na do, to fasad khatam ho jayega.</w:t>
      </w:r>
      <w:r>
        <w:br/>
      </w:r>
      <w:r>
        <w:rPr>
          <w:sz w:val="20"/>
        </w:rPr>
        <w:t>50:37  aur yeh hadith mein aata hai ke: "innal fitnata ni'matun la'anallahu man qadaa'a." matlab logon ko ghusse</w:t>
      </w:r>
      <w:r>
        <w:br/>
      </w:r>
      <w:r>
        <w:rPr>
          <w:sz w:val="20"/>
        </w:rPr>
        <w:t>50:45  ko jagao, logon ko yeh mauqa na do ke retaliate karne ka jazba un ke ubhar aaye.</w:t>
      </w:r>
      <w:r>
        <w:br/>
      </w:r>
      <w:r>
        <w:rPr>
          <w:sz w:val="20"/>
        </w:rPr>
        <w:t>50:52  yeh to matlab hai is ka.</w:t>
      </w:r>
      <w:r>
        <w:br/>
      </w:r>
      <w:r>
        <w:rPr>
          <w:sz w:val="20"/>
        </w:rPr>
        <w:t>50:55  to musalmanon ka case jo hai, is zamane mein be aqli ka case hai.</w:t>
      </w:r>
      <w:r>
        <w:br/>
      </w:r>
      <w:r>
        <w:rPr>
          <w:sz w:val="20"/>
        </w:rPr>
        <w:t>51:01  aqalmand ban gaya ho to sab cheezein khatam ho jayengi.</w:t>
      </w:r>
      <w:r>
        <w:br/>
      </w:r>
      <w:r>
        <w:rPr>
          <w:sz w:val="20"/>
        </w:rPr>
        <w:t>51:05  misal ke taur par kehte hain ke west mein islamophobia hai.</w:t>
      </w:r>
      <w:r>
        <w:br/>
      </w:r>
      <w:r>
        <w:rPr>
          <w:sz w:val="20"/>
        </w:rPr>
        <w:t>51:10  yeh mukammal taur par be aqli ki baat hai.</w:t>
      </w:r>
      <w:r>
        <w:br/>
      </w:r>
      <w:r>
        <w:rPr>
          <w:sz w:val="20"/>
        </w:rPr>
        <w:t>51:14  mein baar baar gaya hoon maghribi mulkon mein, itna zyada waqea wahan par hai ke wahan par waqea</w:t>
      </w:r>
      <w:r>
        <w:br/>
      </w:r>
      <w:r>
        <w:rPr>
          <w:sz w:val="20"/>
        </w:rPr>
        <w:t>51:22  pakistan, iran mein bhi nahi, muslim mulkon mein bhi nahi, kisi bhi muslim mulk mein woh waqea nahi</w:t>
      </w:r>
      <w:r>
        <w:br/>
      </w:r>
      <w:r>
        <w:rPr>
          <w:sz w:val="20"/>
        </w:rPr>
        <w:t>51:30  hai jo west mein hai.</w:t>
      </w:r>
      <w:r>
        <w:br/>
      </w:r>
      <w:r>
        <w:rPr>
          <w:sz w:val="20"/>
        </w:rPr>
        <w:t>51:32  aur woh kehte hain ke islamophobia.</w:t>
      </w:r>
      <w:r>
        <w:br/>
      </w:r>
      <w:r>
        <w:rPr>
          <w:sz w:val="20"/>
        </w:rPr>
        <w:t>51:35  to be aqli ko khatam karna yahi hamara beginning hai.</w:t>
      </w:r>
      <w:r>
        <w:br/>
      </w:r>
      <w:r>
        <w:rPr>
          <w:sz w:val="20"/>
        </w:rPr>
        <w:t>51:39  starting point hamare liye kya hai? ke apni be aqli ko khatam karein.</w:t>
      </w:r>
      <w:r>
        <w:br/>
      </w:r>
      <w:r>
        <w:rPr>
          <w:sz w:val="20"/>
        </w:rPr>
        <w:t>51:45  is ke baghair koi kaam nahi ho sakta.</w:t>
      </w:r>
    </w:p>
    <w:p>
      <w:pPr>
        <w:pStyle w:val="Heading2"/>
      </w:pPr>
      <w:r>
        <w:t>Meaning of deep thinking</w:t>
      </w:r>
    </w:p>
    <w:p>
      <w:r>
        <w:rPr>
          <w:color w:val="666666"/>
          <w:sz w:val="18"/>
        </w:rPr>
        <w:t>Spirituality · Q&amp;A 20 Nov 2011 Maulana Wahiduddin Khan · 5m 02s · at 49:46 · https://youtu.be/7sNDn8Y6jUc?t=2986</w:t>
      </w:r>
    </w:p>
    <w:p>
      <w:r>
        <w:rPr>
          <w:i/>
        </w:rPr>
        <w:t>“What is the meaning of deep thinking? Is trying to know the reality of the soul and the mysteries of the universe deep thinking?”</w:t>
      </w:r>
    </w:p>
    <w:p>
      <w:r>
        <w:rPr>
          <w:sz w:val="20"/>
        </w:rPr>
        <w:t>49:46  maulana agla sawal lene se pehle aik comment padhna chahte hain jo ammar khan ne likha hai saharanpur se unhon ne likha hai ke I am writing to thank you aur big thank you for distinctly educating us thank you Maulana sahib</w:t>
      </w:r>
      <w:r>
        <w:br/>
      </w:r>
      <w:r>
        <w:rPr>
          <w:sz w:val="20"/>
        </w:rPr>
        <w:t>50:06  agla sawal hai mister inayatullah umri ka bangalore se unhon ne likha hai ke deep thinking ka matlab kya hai kya rooh ki haqeeqat aur kainaat ki mysteries ko janne ki koshish deep thinking hai?</w:t>
      </w:r>
      <w:r>
        <w:br/>
      </w:r>
      <w:r>
        <w:rPr>
          <w:sz w:val="20"/>
        </w:rPr>
        <w:t>50:25  dekhein deep thinking koi had nahi hai</w:t>
      </w:r>
      <w:r>
        <w:br/>
      </w:r>
      <w:r>
        <w:rPr>
          <w:sz w:val="20"/>
        </w:rPr>
        <w:t>50:31  yeh to sari umar ka masla hai har cheez mein aap deep thinking karte rahey</w:t>
      </w:r>
      <w:r>
        <w:br/>
      </w:r>
      <w:r>
        <w:rPr>
          <w:sz w:val="20"/>
        </w:rPr>
        <w:t>50:37  to talash yani</w:t>
      </w:r>
      <w:r>
        <w:br/>
      </w:r>
      <w:r>
        <w:rPr>
          <w:sz w:val="20"/>
        </w:rPr>
        <w:t>50:41  ilm ki ki talash haqeeqat ki talash yeh ek life long process hai</w:t>
      </w:r>
      <w:r>
        <w:br/>
      </w:r>
      <w:r>
        <w:rPr>
          <w:sz w:val="20"/>
        </w:rPr>
        <w:t>50:50  to koi had is ke nahi aati</w:t>
      </w:r>
      <w:r>
        <w:br/>
      </w:r>
      <w:r>
        <w:rPr>
          <w:sz w:val="20"/>
        </w:rPr>
        <w:t>50:54  to aap jis ke paas jitna waqt ho is ke lehaz se woh karega waqt na ho</w:t>
      </w:r>
      <w:r>
        <w:br/>
      </w:r>
      <w:r>
        <w:rPr>
          <w:sz w:val="20"/>
        </w:rPr>
        <w:t>50:59  to itna kijiye itna ke aap ke bas mein hai waqt zyada aap ka hai to karte rahey</w:t>
      </w:r>
      <w:r>
        <w:br/>
      </w:r>
      <w:r>
        <w:rPr>
          <w:sz w:val="20"/>
        </w:rPr>
        <w:t>51:04  karte rahey karte rahey is ka koi laga hua formula nahi hai</w:t>
      </w:r>
      <w:r>
        <w:br/>
      </w:r>
      <w:r>
        <w:rPr>
          <w:sz w:val="20"/>
        </w:rPr>
        <w:t>51:12  mister shah imran hasan ne dilli se likha hai aap ne apne lecture mein kaha ke ulama society mein ineffective hain parantu aap kehte hain ke al risala mission ko gehrai ke sath sirf ulama hi samajh sakte hain jabke waqai yeh hai ke secular log hi aap ki baaton ko ziyada mante hain.</w:t>
      </w:r>
      <w:r>
        <w:br/>
      </w:r>
      <w:r>
        <w:rPr>
          <w:sz w:val="20"/>
        </w:rPr>
        <w:t>51:35  yani mein ne aisa kabhi nahi kaha ke ulama hi samajh sakte hain pata nahi kahan se yeh baat nikli hai sab log samajhte hain quran kitab fitrat hai kitab madrasa nahi hai quran kitab madrasa nahi hai kitab fitrat hai</w:t>
      </w:r>
      <w:r>
        <w:br/>
      </w:r>
      <w:r>
        <w:rPr>
          <w:sz w:val="20"/>
        </w:rPr>
        <w:t>51:54  to fitrat har ek ke paas hai har aadmi samajh sakta hai sirf itni si baat hai jo mein kehta hoon woh kabhi mein ne kaha hoga ke jo technical term hai to woh ulama us se aashna hote hain aur jo aadmi arabi nahi janta madrasa mein pada hua nahi to us technical term se waqif nahi hota woh</w:t>
      </w:r>
      <w:r>
        <w:br/>
      </w:r>
      <w:r>
        <w:rPr>
          <w:sz w:val="20"/>
        </w:rPr>
        <w:t>52:15  to us ke liye humein is ko explain karna padta hai to mein chunke madrasa ki taleem meri hui hai to jab mein be takalluf bolta hoon to woh term meri zuban par aane lagte hain jo jis ko mein madrasa ki zindagi mein jo be duaon mein charh gaye the</w:t>
      </w:r>
      <w:r>
        <w:br/>
      </w:r>
      <w:r>
        <w:rPr>
          <w:sz w:val="20"/>
        </w:rPr>
        <w:t>52:32  to yeh masla hai yeh achi tarah yaad rakhiye ke khuda ka jo deen hai woh fitri deen hai quran kitab fitrat hai jis aadmi ko bhi allah ne paida kiya fitrat ke sath paida kiya hai woh samajh sakta hai lekin jo lekin aik language gap ka masla aik alag masla hai</w:t>
      </w:r>
      <w:r>
        <w:br/>
      </w:r>
      <w:r>
        <w:rPr>
          <w:sz w:val="20"/>
        </w:rPr>
        <w:t>52:51  ab mein chunke madrasa ki taleem ki wajah se meri zuban isi tarah ki ho gayi hai madrasa wali zuban to bohat kafi mein apne ko bachata hoon is se kyunke pehle to bohat mushkil zuban hoti thi meri bohat mushkil hoti thi aaj aaj jo zuban bolta hoon yeh bohat sakht zuban hoti hai</w:t>
      </w:r>
      <w:r>
        <w:br/>
      </w:r>
      <w:r>
        <w:rPr>
          <w:sz w:val="20"/>
        </w:rPr>
        <w:t>53:09  misal ke tor par aap meri kitab shuru zamane ki padhiye al islam woh bari mushkil zuban us ki hai kyunke wahi wahi molviyana zuban jis ko kaha jata hai woh hai us ki to yeh hai language gap ki baat aur yeh nahi ke woh quran kitab madrasa hai</w:t>
      </w:r>
      <w:r>
        <w:br/>
      </w:r>
      <w:r>
        <w:rPr>
          <w:sz w:val="20"/>
        </w:rPr>
        <w:t>53:27  aisi koi baat nahi hai mein aisa kabhi mein ne nahi kaha hai</w:t>
      </w:r>
      <w:r>
        <w:br/>
      </w:r>
      <w:r>
        <w:rPr>
          <w:sz w:val="20"/>
        </w:rPr>
        <w:t>53:33  to mein koshish karta hoon ke jab koi arabi adha log hain to un ko thoda sa mein doosre dhang se bolta hoon aur arabi adha log hain to zuban doosre dhang se ho jati hai to yeh sara maamla zuban ka hai aur kuch nahi hai.</w:t>
      </w:r>
      <w:r>
        <w:br/>
      </w:r>
      <w:r>
        <w:rPr>
          <w:sz w:val="20"/>
        </w:rPr>
        <w:t>53:48  Okay we will end this session now thank you.</w:t>
      </w:r>
    </w:p>
    <w:p>
      <w:pPr>
        <w:pStyle w:val="Heading2"/>
      </w:pPr>
      <w:r>
        <w:t>Meaning of die before death</w:t>
      </w:r>
    </w:p>
    <w:p>
      <w:r>
        <w:rPr>
          <w:color w:val="666666"/>
          <w:sz w:val="18"/>
        </w:rPr>
        <w:t>Spirituality · Life After Death January 22, 2012 · 1m 00s · at 1:22:06 · https://youtu.be/5hVH1BLKBF4?t=4926</w:t>
      </w:r>
    </w:p>
    <w:p>
      <w:r>
        <w:rPr>
          <w:i/>
        </w:rPr>
        <w:t>“What is the meaning of 'Mutu qabla an tamutu'? Please explain this phrase.”</w:t>
      </w:r>
    </w:p>
    <w:p>
      <w:r>
        <w:rPr>
          <w:sz w:val="20"/>
        </w:rPr>
        <w:t>1:22:06  Maulana, agla sawal Delhi se hai Mr. Ali Muhammad Baba ka. unhon ne likha hai: "What is the meaning of 'Mutu qabla an tamutu'?" "Mootu qabla an tamootu".</w:t>
      </w:r>
      <w:r>
        <w:br/>
      </w:r>
      <w:r>
        <w:rPr>
          <w:sz w:val="20"/>
        </w:rPr>
        <w:t>1:22:22  is ka tarjuma hai lafzi ke mar jao is se pehle ke tum ko maut aaye.</w:t>
      </w:r>
      <w:r>
        <w:br/>
      </w:r>
      <w:r>
        <w:rPr>
          <w:sz w:val="20"/>
        </w:rPr>
        <w:t>1:22:29  yeh ek usloob hai kehne ka, is ko ek usloob hai kehne ka ke matlab yeh hai ke maut ko bohat zyada yaad karo.</w:t>
      </w:r>
      <w:r>
        <w:br/>
      </w:r>
      <w:r>
        <w:rPr>
          <w:sz w:val="20"/>
        </w:rPr>
        <w:t>1:22:39  yaani yeh baat ke main marne wala hoon is ko bohat zyada yaad karo. yeh matlab hai. mootu ke maani yeh nahi ke jaise apne ko halak kar lo.</w:t>
      </w:r>
      <w:r>
        <w:br/>
      </w:r>
      <w:r>
        <w:rPr>
          <w:sz w:val="20"/>
        </w:rPr>
        <w:t>1:22:50  Maut ko itna zyada yaad karo, itna zyada yaad karo ke tum ko tumhari soch yani Death oriented soch ban jaye.</w:t>
      </w:r>
      <w:r>
        <w:br/>
      </w:r>
      <w:r>
        <w:rPr>
          <w:sz w:val="20"/>
        </w:rPr>
        <w:t>1:23:01  To motu ka matlab hai Death oriented soch.</w:t>
      </w:r>
    </w:p>
    <w:p>
      <w:pPr>
        <w:pStyle w:val="Heading2"/>
      </w:pPr>
      <w:r>
        <w:t>Meaning of divine inspiration explained</w:t>
      </w:r>
    </w:p>
    <w:p>
      <w:r>
        <w:rPr>
          <w:color w:val="666666"/>
          <w:sz w:val="18"/>
        </w:rPr>
        <w:t>Spirituality · Islamic Pacifism Q&amp;A 8 May 2011 · 6m 52s · at 3:51 · https://youtu.be/5ZersGDNVcw?t=231</w:t>
      </w:r>
    </w:p>
    <w:p>
      <w:r>
        <w:rPr>
          <w:i/>
        </w:rPr>
        <w:t>“In last week's talk on the intellectual journey, in response to a question you said: 'My teacher is God Himself, no other teacher. God inspires me, I speak from God's inspiration. For me, books are secondary sources. My primary source is divine inspiration, which anyone can receive through prayer. Whoever engages in prayer will surely receive divine inspiration.' Maulana, what do you mean by inspiration in this answer?”</w:t>
      </w:r>
    </w:p>
    <w:p>
      <w:r>
        <w:rPr>
          <w:sz w:val="20"/>
        </w:rPr>
        <w:t>3:51  maulana, agla sawal aaya hai mr muhammad raziuddin saudi arab. unhone likha hai ki pichhle hafte ke intellectual journey ke talk mein ek sawal ka jawab mein aapne kaha ki "mera teacher khud Allah taala hai, koi doosra teacher nahi.</w:t>
      </w:r>
      <w:r>
        <w:br/>
      </w:r>
      <w:r>
        <w:rPr>
          <w:sz w:val="20"/>
        </w:rPr>
        <w:t>4:11  Allah hi mujhe inspire karte hain, main Allah ki inspiration se bolta hoon. mere liye kitaben secondary source hain. primary source mera jo hai, wo khud divine inspiration hai, jo dua ke zariye kisi bhi shakhs ko milta hai.</w:t>
      </w:r>
      <w:r>
        <w:br/>
      </w:r>
      <w:r>
        <w:rPr>
          <w:sz w:val="20"/>
        </w:rPr>
        <w:t>4:28  jo bhi shakhs dua mein mashgool hoga, zaroor divine inspiration milegi." maulana sahib, mera sawal yeh hai ki is jawab mein inspiration se aapki kya murad hai?</w:t>
      </w:r>
      <w:r>
        <w:br/>
      </w:r>
      <w:r>
        <w:rPr>
          <w:sz w:val="20"/>
        </w:rPr>
        <w:t>4:41  kaha jata hai ke Allah taala ki marzi janne ke liye</w:t>
      </w:r>
      <w:r>
        <w:br/>
      </w:r>
      <w:r>
        <w:rPr>
          <w:sz w:val="20"/>
        </w:rPr>
        <w:t>4:45  sirf ek hi source hai, aur woh hai Prophet Muhammad Sallallahu Alaihi Wasallam. Ab qayamat tak koi direct inspiration ki zaroorat nahi.</w:t>
      </w:r>
      <w:r>
        <w:br/>
      </w:r>
      <w:r>
        <w:rPr>
          <w:sz w:val="20"/>
        </w:rPr>
        <w:t>4:55  direct inspiration ko agar mana jaye to phir deen mein nayi nayi cheezon ko dakhil karna aasan ho jata hai.</w:t>
      </w:r>
      <w:r>
        <w:br/>
      </w:r>
      <w:r>
        <w:rPr>
          <w:sz w:val="20"/>
        </w:rPr>
        <w:t>5:03  mera sawal yeh hai ke kya Prophet of Islam par iman lane ke baad bhi deeni mamlat mein Allah taala se direct inspiration ki zaroorat baqi rehti hai?</w:t>
      </w:r>
      <w:r>
        <w:br/>
      </w:r>
      <w:r>
        <w:rPr>
          <w:sz w:val="20"/>
        </w:rPr>
        <w:t>5:15  aur doosra, aap ne kaha mere liye kitabein secondary source hain.</w:t>
      </w:r>
      <w:r>
        <w:br/>
      </w:r>
      <w:r>
        <w:rPr>
          <w:sz w:val="20"/>
        </w:rPr>
        <w:t>5:20  is se aap ki kya murad hai? Yeh kaun si kitabein hain? Is ko wazeh karein.</w:t>
      </w:r>
      <w:r>
        <w:br/>
      </w:r>
      <w:r>
        <w:rPr>
          <w:sz w:val="20"/>
        </w:rPr>
        <w:t>5:27  dekhein, aap ne jo baat farmayi hai to ulma ka stand aisa nahi hai. Yeh aap ka apna zaati khayal hai yeh. Is liye ke Quran mein hai ke "Innal lazina qalu Rabbunallahu thumma istiqamu Allah</w:t>
      </w:r>
      <w:r>
        <w:br/>
      </w:r>
      <w:r>
        <w:rPr>
          <w:sz w:val="20"/>
        </w:rPr>
        <w:t>5:44  takhafu wala tahzanu".</w:t>
      </w:r>
      <w:r>
        <w:br/>
      </w:r>
      <w:r>
        <w:rPr>
          <w:sz w:val="20"/>
        </w:rPr>
        <w:t>5:50  yani farishton ke zariye se aap ko ek cheez ilqa ki jati hai. Hadees mein hai ke "unaji rabbahu".</w:t>
      </w:r>
      <w:r>
        <w:br/>
      </w:r>
      <w:r>
        <w:rPr>
          <w:sz w:val="20"/>
        </w:rPr>
        <w:t>5:59  Allah ki bande ki sargoshi Allah se hoti hai. Bande ki sargoshi Allah se hoti hai. "unaji</w:t>
      </w:r>
      <w:r>
        <w:br/>
      </w:r>
      <w:r>
        <w:rPr>
          <w:sz w:val="20"/>
        </w:rPr>
        <w:t>6:07  rabbahu" . Tamam ulma yeh mante hain ke wahi peghambar ke liye khaas hai. Wahi munqate hui.</w:t>
      </w:r>
      <w:r>
        <w:br/>
      </w:r>
      <w:r>
        <w:rPr>
          <w:sz w:val="20"/>
        </w:rPr>
        <w:t>6:16  lekin ilqa o ilham munqate nahi hua. Maslan Shah Abdullah ne likha hai ke "Alhamdulillah Rabbi".</w:t>
      </w:r>
      <w:r>
        <w:br/>
      </w:r>
      <w:r>
        <w:rPr>
          <w:sz w:val="20"/>
        </w:rPr>
        <w:t>6:24  Shah Abdullah ne apni kitab mein likha hai ke "Alhamdulillah Rabbi" . To koi nahi kehta galat kaha unhone. Koi nahi kehta Shah Abdullah sahab ne galat kaha.</w:t>
      </w:r>
      <w:r>
        <w:br/>
      </w:r>
      <w:r>
        <w:rPr>
          <w:sz w:val="20"/>
        </w:rPr>
        <w:t>6:33  kyun ke sare ulma mante hain ke wahi to nabi ka khasa hai, lekin ilqa o ilham aam hai. Woh har ek ko hota hai.</w:t>
      </w:r>
      <w:r>
        <w:br/>
      </w:r>
      <w:r>
        <w:rPr>
          <w:sz w:val="20"/>
        </w:rPr>
        <w:t>6:43  khwab mein bhi khwab ke liye aata hai ke wahi munqate hogi, lekin khwab ke zariye se Allah ki rehnumayi milti rahegi logon ko.</w:t>
      </w:r>
      <w:r>
        <w:br/>
      </w:r>
      <w:r>
        <w:rPr>
          <w:sz w:val="20"/>
        </w:rPr>
        <w:t>6:52  yeh bhi aap Bukhari mein padh lijiyey. Isi ko "mini inspiration" kaha. Yani aap ko ilqa o ilham</w:t>
      </w:r>
      <w:r>
        <w:br/>
      </w:r>
      <w:r>
        <w:rPr>
          <w:sz w:val="20"/>
        </w:rPr>
        <w:t>7:02  ke maano mein "mini inspiration" kaha. Yeh to sabit shuda hai. Quran se sabit hai, Hadees se sabit hai. Tamam ulma is ko mante hain. Is mein koi khasa nahi hai ke koi mein ne nayi baat keh di hai.</w:t>
      </w:r>
      <w:r>
        <w:br/>
      </w:r>
      <w:r>
        <w:rPr>
          <w:sz w:val="20"/>
        </w:rPr>
        <w:t>7:16  Imam Taimiya itne bade aalim thay, un ko koi ayat samajh mein nahi ayi. To unhone namaz padh kar</w:t>
      </w:r>
      <w:r>
        <w:br/>
      </w:r>
      <w:r>
        <w:rPr>
          <w:sz w:val="20"/>
        </w:rPr>
        <w:t>7:22  do rakat namaz padhi salatul hajat. Us ke baad dua kiya ke "Ya muallim Ibrahima allimni" . Yahi to hai ke Khuda ko muallim qarar de kar un se janna chaha ke is ayat ka matlab kya hai.</w:t>
      </w:r>
      <w:r>
        <w:br/>
      </w:r>
      <w:r>
        <w:rPr>
          <w:sz w:val="20"/>
        </w:rPr>
        <w:t>7:37  "Ya muallim Ibrahima allimni".</w:t>
      </w:r>
      <w:r>
        <w:br/>
      </w:r>
      <w:r>
        <w:rPr>
          <w:sz w:val="20"/>
        </w:rPr>
        <w:t>7:40  yeh to tasdeeq shuda baat hai. Baqi jo aap ne farmaya to is ka taluq wrong interpretation se hai.</w:t>
      </w:r>
      <w:r>
        <w:br/>
      </w:r>
      <w:r>
        <w:rPr>
          <w:sz w:val="20"/>
        </w:rPr>
        <w:t>7:49  aap kuch bhi karein, wrong interpretation ka darwaza band nahi ho sakta. Kabhi band nahi hua. Khud Quran mein tafaseer jo likhi gayi hain, bohat si ajeeb ajeeb tafaseer likhi gayi hain ayaton ki.</w:t>
      </w:r>
      <w:r>
        <w:br/>
      </w:r>
      <w:r>
        <w:rPr>
          <w:sz w:val="20"/>
        </w:rPr>
        <w:t>8:01  to galat tafaseer ka darwaza band nahi ho sakta hai.</w:t>
      </w:r>
      <w:r>
        <w:br/>
      </w:r>
      <w:r>
        <w:rPr>
          <w:sz w:val="20"/>
        </w:rPr>
        <w:t>8:07  yeh yeh aap ka mafroza sahi nahi hai ke inspiration manne se, ilqa o ilham manne se koi darwaza khulega. Darwaza to khulta hai galat interpretation se.</w:t>
      </w:r>
      <w:r>
        <w:br/>
      </w:r>
      <w:r>
        <w:rPr>
          <w:sz w:val="20"/>
        </w:rPr>
        <w:t>8:18  aur is ka darwaza aap kaun band karega? Misal ke taur par dekhein, mere paas ek misal deta hoon aap ko.</w:t>
      </w:r>
      <w:r>
        <w:br/>
      </w:r>
      <w:r>
        <w:rPr>
          <w:sz w:val="20"/>
        </w:rPr>
        <w:t>8:27  yani wrong interpretation ki.</w:t>
      </w:r>
      <w:r>
        <w:br/>
      </w:r>
      <w:r>
        <w:rPr>
          <w:sz w:val="20"/>
        </w:rPr>
        <w:t>8:31  aik bar to iran ke char aalim mere pas aaye. Maine un se kaha ke woh shia thay, woh. Maine kaha ke aap log Hazrat Ali ko bohat ooncha darja dete hain.</w:t>
      </w:r>
      <w:r>
        <w:br/>
      </w:r>
      <w:r>
        <w:rPr>
          <w:sz w:val="20"/>
        </w:rPr>
        <w:t>8:43  to yeh kaise sabit hota hai? Hazrat Ali ka darja jo hai, Hazrat Umar se bhi zyada, Abu Bakr se bhi zyada. To kaise sabit hota hai? Kaha yeh to Quran mein maujood hai.</w:t>
      </w:r>
      <w:r>
        <w:br/>
      </w:r>
      <w:r>
        <w:rPr>
          <w:sz w:val="20"/>
        </w:rPr>
        <w:t>8:53  kahan maujood hai? Kaha Ali kabira. Ali kabir hain. To kya aap rok sakte hain kisi ko? Ke Quran se woh nikal raha hai yeh.</w:t>
      </w:r>
      <w:r>
        <w:br/>
      </w:r>
      <w:r>
        <w:rPr>
          <w:sz w:val="20"/>
        </w:rPr>
        <w:t>9:03  Ali kabira. To dekhein, yeh insaan ko Allah taala azaadi di hai. Aap ka jo mafroza hai, us se nahi rukta insaan ka.</w:t>
      </w:r>
      <w:r>
        <w:br/>
      </w:r>
      <w:r>
        <w:rPr>
          <w:sz w:val="20"/>
        </w:rPr>
        <w:t>9:14  yani bhatakna. Insaan to bhatkega.</w:t>
      </w:r>
      <w:r>
        <w:br/>
      </w:r>
      <w:r>
        <w:rPr>
          <w:sz w:val="20"/>
        </w:rPr>
        <w:t>9:20  to asal cheez yeh hai ke aadmi ke andar sincerity ho. Aadmi sachcha seeker ho. Aadmi Allah se darta ho.</w:t>
      </w:r>
      <w:r>
        <w:br/>
      </w:r>
      <w:r>
        <w:rPr>
          <w:sz w:val="20"/>
        </w:rPr>
        <w:t>9:30  woh samajhta ho ke agar maine galat matlab nikala kisi ayat ka to main Allah ke haan pakda jaunga. Yeh cheez rokti hai. Yeh cheez rokti nahi ke aap yeh kahein ke sahib ab wahi munqata ho gayi to ilqa ya munqata, ilham bhi band, inspiration bhi band.</w:t>
      </w:r>
      <w:r>
        <w:br/>
      </w:r>
      <w:r>
        <w:rPr>
          <w:sz w:val="20"/>
        </w:rPr>
        <w:t>9:45  is se koi farq nahi padta. Yeh soorat-e-haal ka bohat hi, soorat-e-haal ko aap ne underestimate kiya hai.</w:t>
      </w:r>
      <w:r>
        <w:br/>
      </w:r>
      <w:r>
        <w:rPr>
          <w:sz w:val="20"/>
        </w:rPr>
        <w:t>9:55  Maulana, in ka aik aur sawal tha ke aap ne kaha tha ke kitabein mere liye secondary source hain. To woh pa</w:t>
      </w:r>
      <w:r>
        <w:br/>
      </w:r>
      <w:r>
        <w:rPr>
          <w:sz w:val="20"/>
        </w:rPr>
        <w:t>10:01  poch rahe hain kaun si? Kitabon se murad hai Quran o Hadees ke ilawa. Dekhein, kuch understood hoti hain. Itna to aap ko khud janna chahiye.</w:t>
      </w:r>
      <w:r>
        <w:br/>
      </w:r>
      <w:r>
        <w:rPr>
          <w:sz w:val="20"/>
        </w:rPr>
        <w:t>10:11  kuch cheezein understood hoti hain. Zahir hai ke Quran aur Hadees, yeh is ke baghair to kafi andha behra hai duniya mein.</w:t>
      </w:r>
      <w:r>
        <w:br/>
      </w:r>
      <w:r>
        <w:rPr>
          <w:sz w:val="20"/>
        </w:rPr>
        <w:t>10:22  Quran o Hadees ke ilawa jo kitabein likhi gayi hain, hazaron hazar kitabein, woh is ko maine kaha tha ke meri secondary source hai. Kaun jo aisa kahe ke Quran aur Hadees se be-niyaz jo ho jaye, woh to main samajhta hoon ke woh to mental case hai is ka.</w:t>
      </w:r>
      <w:r>
        <w:br/>
      </w:r>
      <w:r>
        <w:rPr>
          <w:sz w:val="20"/>
        </w:rPr>
        <w:t>10:38  woh qabil-e-zikr hi nahi.</w:t>
      </w:r>
    </w:p>
    <w:p>
      <w:pPr>
        <w:pStyle w:val="Heading2"/>
      </w:pPr>
      <w:r>
        <w:t>Meaning of gratitude and acknowledgment</w:t>
      </w:r>
    </w:p>
    <w:p>
      <w:r>
        <w:rPr>
          <w:color w:val="666666"/>
          <w:sz w:val="18"/>
        </w:rPr>
        <w:t>Spirituality · Importance of Shukr (Thankfulness) July 24, 2022 · 24m 13s · at 1:05 · https://youtu.be/MgWNIv0k1sk?t=65</w:t>
      </w:r>
    </w:p>
    <w:p>
      <w:r>
        <w:rPr>
          <w:i/>
        </w:rPr>
        <w:t>“What is the meaning of shukr (gratitude)? Its basic meaning is acknowledgment, but can you explain it in an elaborate way? It is very important in the Quran, because the first verse is Alhamdulillahi Rabbil Alameen. Alhamd means praise, but its real meaning is acknowledgment.”</w:t>
      </w:r>
    </w:p>
    <w:p>
      <w:r>
        <w:rPr>
          <w:sz w:val="20"/>
        </w:rPr>
        <w:t>1:05  apa, sab se pehla sawal to yahi hai ke shukr ka jo basic matlab hai woh yeh hai ke etraf. lekin is ke kya maani hain, is ko agar aap elaborate way mein hum sab ko samjha saken ke shukr kya hai?</w:t>
      </w:r>
      <w:r>
        <w:br/>
      </w:r>
      <w:r>
        <w:rPr>
          <w:sz w:val="20"/>
        </w:rPr>
        <w:t>1:22  shukr jo hai bohat hi zyada important hai quran ki ro se, kyun ke quran mein jo sab se pehli ayat hai woh hai alhamdulillah rabbil alameen.</w:t>
      </w:r>
      <w:r>
        <w:br/>
      </w:r>
      <w:r>
        <w:rPr>
          <w:sz w:val="20"/>
        </w:rPr>
        <w:t>1:34  alhamdulillah ke maani hain, aise is ka tarjuma kiya jata hai praise ke maani mein, lekin is ka asal maani hai acknowledgement.</w:t>
      </w:r>
      <w:r>
        <w:br/>
      </w:r>
      <w:r>
        <w:rPr>
          <w:sz w:val="20"/>
        </w:rPr>
        <w:t>1:43  yani tamam cheezain jo insan ko is dunya mein mili hui hain, woh khuda ki di hui hain, khuda ki blessings hain.</w:t>
      </w:r>
      <w:r>
        <w:br/>
      </w:r>
      <w:r>
        <w:rPr>
          <w:sz w:val="20"/>
        </w:rPr>
        <w:t>1:53  to khuda ko hamari kisi cheez ki koi zaroorat nahi hai,</w:t>
      </w:r>
      <w:r>
        <w:br/>
      </w:r>
      <w:r>
        <w:rPr>
          <w:sz w:val="20"/>
        </w:rPr>
        <w:t>1:58  bas sirf yeh hai ke hamein khuda ka shukr ada karna hai, aur dil se khuda ka shukr ada karna hai. wohi tamam blessings ki jo hai, wohi price hai.</w:t>
      </w:r>
      <w:r>
        <w:br/>
      </w:r>
      <w:r>
        <w:rPr>
          <w:sz w:val="20"/>
        </w:rPr>
        <w:t>2:10  to without paying the price we will become user. user matlab hum koi cheez ko istemal kar rahe hain aur is par hamara koi haq nahi hai.</w:t>
      </w:r>
      <w:r>
        <w:br/>
      </w:r>
      <w:r>
        <w:rPr>
          <w:sz w:val="20"/>
        </w:rPr>
        <w:t>2:21  to is tarah se jo alhamdulillah rabbil alameen quran ki pehli verse hai, is se pata chalta hai ke insan ko kitna zyada nematoun ka gehra ehsas hona chahiye.</w:t>
      </w:r>
      <w:r>
        <w:br/>
      </w:r>
      <w:r>
        <w:rPr>
          <w:sz w:val="20"/>
        </w:rPr>
        <w:t>2:36  kyun ke aaj kal jo log hain, woh alhamdulillah chala hua hai, jis ko hum takiya kalam kehte hain, catch phrase kehte hain, is se kaam nahi chalega.</w:t>
      </w:r>
      <w:r>
        <w:br/>
      </w:r>
      <w:r>
        <w:rPr>
          <w:sz w:val="20"/>
        </w:rPr>
        <w:t>2:45  woh</w:t>
      </w:r>
      <w:r>
        <w:br/>
      </w:r>
      <w:r>
        <w:rPr>
          <w:sz w:val="20"/>
        </w:rPr>
        <w:t>2:46  dil ki gehraiyon se khuda ke liye hamd karna, khuda ki shukr ada karna, khuda ki nematoun ka zikr karna, is ka charcha karna, tab yeh jo hota hai, is ka jo price tabhi hai jab hum is tarah se khuda ki nematoun ka zikr karen.</w:t>
      </w:r>
      <w:r>
        <w:br/>
      </w:r>
      <w:r>
        <w:rPr>
          <w:sz w:val="20"/>
        </w:rPr>
        <w:t>3:07  to is tarah se jo hai, hum jabhi hum khuda ki blessings ko hum istemal karne ke qabil thehrenge jab hum is ka poore maani mein is ka khuda ka shukr ada karen.</w:t>
      </w:r>
      <w:r>
        <w:br/>
      </w:r>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r>
        <w:br/>
      </w:r>
      <w:r>
        <w:rPr>
          <w:sz w:val="20"/>
        </w:rPr>
        <w:t>5:21  ji</w:t>
      </w:r>
      <w:r>
        <w:br/>
      </w:r>
      <w:r>
        <w:rPr>
          <w:sz w:val="20"/>
        </w:rPr>
        <w:t>5:22  apa bilkul aap ne bohat achhe se wazeh kiya ke soch ki faculty ko develop karna hai. agar dekha jaye to shukr jo hai ek misbat nafsiyat paida karta hai, ek positive thinking paida karta hai, aur mukammal taur par woh ek negative psychology ko khatam karta hai.</w:t>
      </w:r>
      <w:r>
        <w:br/>
      </w:r>
      <w:r>
        <w:rPr>
          <w:sz w:val="20"/>
        </w:rPr>
        <w:t>5:40  aur hum yeh jante hain ke positive thinking hi taraqqi ka raaz hai. negative thinking se aap taraqqi hasil nahi kar sakte.</w:t>
      </w:r>
      <w:r>
        <w:br/>
      </w:r>
      <w:r>
        <w:rPr>
          <w:sz w:val="20"/>
        </w:rPr>
        <w:t>5:50  achha apa agar nashukri ke bare mein sochein to yeh kaha ja sakta hai ke is ka jo source hai woh yahi hai ke shaitan ka behkawa.</w:t>
      </w:r>
      <w:r>
        <w:br/>
      </w:r>
      <w:r>
        <w:rPr>
          <w:sz w:val="20"/>
        </w:rPr>
        <w:t>6:01  jab Allah taala ne Adam ko create kiya to unhone sabhi jinon aur farishton ko woh sajda karne ke liye kaha. farishte foran sajde mein gir pade, lekin Iblees ne inkar kar diya.</w:t>
      </w:r>
      <w:r>
        <w:br/>
      </w:r>
      <w:r>
        <w:rPr>
          <w:sz w:val="20"/>
        </w:rPr>
        <w:t>6:13  aur is ke baad Iblees ne yeh challenge kiya Khuda ko ke main in ke upar aage se aaunga, peeche se aaunga, dayein se aaunga, bayein se aaunga</w:t>
      </w:r>
      <w:r>
        <w:br/>
      </w:r>
      <w:r>
        <w:rPr>
          <w:sz w:val="20"/>
        </w:rPr>
        <w:t>6:24  ga, aur you will find most of them ungrateful. to yeh jo challenge throw kiya apa us ne, aur wahin pe hum ek farishton ka bhi example dekhte hain.</w:t>
      </w:r>
      <w:r>
        <w:br/>
      </w:r>
      <w:r>
        <w:rPr>
          <w:sz w:val="20"/>
        </w:rPr>
        <w:t>6:35  to main chahunga ke is ke hawale se bhi aap is is topic ke upar thori roshni dalo.</w:t>
      </w:r>
      <w:r>
        <w:br/>
      </w:r>
      <w:r>
        <w:rPr>
          <w:sz w:val="20"/>
        </w:rPr>
        <w:t>6:41  hmm, yeh Quran mein yeh baat aayi hai ke jab in in Allah taala ne Adam ko paida kiya to Allah taala ne hukum diya farishton ko aur jinon ko ke Adam ke aage sajda karein ge, matlab Adam ke aage jhuk jayein.</w:t>
      </w:r>
      <w:r>
        <w:br/>
      </w:r>
      <w:r>
        <w:rPr>
          <w:sz w:val="20"/>
        </w:rPr>
        <w:t>6:59  kyunke insan is dunya mein aaya hai, woh bohat kamzor makhlooq hai, us ko bohat zyada support chahiye.</w:t>
      </w:r>
      <w:r>
        <w:br/>
      </w:r>
      <w:r>
        <w:rPr>
          <w:sz w:val="20"/>
        </w:rPr>
        <w:t>7:07  to unhi farishton ke support se yeh poori dunya chal rahi hai, insan ke tamam kaam chal rahe hain. to is ka ek alamati taur par Allah taala ne hukum diya tha ke sab log jo hain Adam ke aage surrender karein.</w:t>
      </w:r>
      <w:r>
        <w:br/>
      </w:r>
      <w:r>
        <w:rPr>
          <w:sz w:val="20"/>
        </w:rPr>
        <w:t>7:22  to surrender is liye ke Allah taala ne sab se pehle to shaitan ko, shaitan to baad mein bana jab woh nashukri ki, us ne matlab jinon ki takhleeq ki.</w:t>
      </w:r>
      <w:r>
        <w:br/>
      </w:r>
      <w:r>
        <w:rPr>
          <w:sz w:val="20"/>
        </w:rPr>
        <w:t>7:33  to jin bohat hi zyada strong the</w:t>
      </w:r>
      <w:r>
        <w:br/>
      </w:r>
      <w:r>
        <w:rPr>
          <w:sz w:val="20"/>
        </w:rPr>
        <w:t>7:36  un ko aag se paida kiya gaya tha. to unhone zameen mein bohat zyada khoon kharaba kiya. to Allah taala ne faisla kiya ke ab doosri makhlooq paida karenge, aur woh bohat zyada is ke andar bohat zyada aqal diya insan ko ke soch soch kar sab kaam karega, shukr ada karega.</w:t>
      </w:r>
      <w:r>
        <w:br/>
      </w:r>
      <w:r>
        <w:rPr>
          <w:sz w:val="20"/>
        </w:rPr>
        <w:t>7:58  aur woh itna zyada sakht nahi tha, kyunke insaan ko mitti se paida kiya gaya tha. to</w:t>
      </w:r>
      <w:r>
        <w:br/>
      </w:r>
      <w:r>
        <w:rPr>
          <w:sz w:val="20"/>
        </w:rPr>
        <w:t>8:05  woh bohat aasani se Khuda ke aage submit karta hai, Khuda ke aage surrender karta hai. to is liye Allah taala ne kaha ke shaitanon se, jinnaat se ke woh jhuk jayein.</w:t>
      </w:r>
      <w:r>
        <w:br/>
      </w:r>
      <w:r>
        <w:rPr>
          <w:sz w:val="20"/>
        </w:rPr>
        <w:t>8:18  lekin woh nahi jhuke, woh is liye nahi jhuka. Iblees ka Quran mein aaya hai ke ana khairun min. mein is se behtar hoon, yaani mein aag se paida kiya gaya hoon, aur insaan jo hai woh mitti se paida kiya gaya hai.</w:t>
      </w:r>
      <w:r>
        <w:br/>
      </w:r>
      <w:r>
        <w:rPr>
          <w:sz w:val="20"/>
        </w:rPr>
        <w:t>8:34  to is se pata chalta hai ke is ka jo pride tha, woh yahan manne aya, woh rastay mein aa gaya. pride to us ne pride ki wajah se Khuda ke hukum ka inkar kiya.</w:t>
      </w:r>
      <w:r>
        <w:br/>
      </w:r>
      <w:r>
        <w:rPr>
          <w:sz w:val="20"/>
        </w:rPr>
        <w:t>8:46  yahan ek aur baat hai samajhne ki ke hamein Khuda ka hukum manna hai. agar Khuda keh raha hai sajda karne ko to hamein sajda karna hai, Khuda keh raha hai jhukne ko to hamein jhukna hai.</w:t>
      </w:r>
      <w:r>
        <w:br/>
      </w:r>
      <w:r>
        <w:rPr>
          <w:sz w:val="20"/>
        </w:rPr>
        <w:t>8:58  yeh nahi sochna hai ke hum to Khuda ke aage jhukte hain, hum insaan ke aage kyun jhukein?</w:t>
      </w:r>
      <w:r>
        <w:br/>
      </w:r>
      <w:r>
        <w:rPr>
          <w:sz w:val="20"/>
        </w:rPr>
        <w:t>9:04  to Khuda ke aage, Khuda ke hukum ke aage hamein tasleem kham kar dena hai, hamein jhuk jana hai. to lekin us ne kaha jab woh, jab Allah taala bohat zyada ghazab nak hue shaitan par ke us ne Allah ka hukum nahi mana, to us ne kaha ke yeh insaan ke liye,</w:t>
      </w:r>
      <w:r>
        <w:br/>
      </w:r>
      <w:r>
        <w:rPr>
          <w:sz w:val="20"/>
        </w:rPr>
        <w:t>9:25  insaan to bohat hi kamzor makhlooq hai, mein to is ko saare ko behka doon ga.</w:t>
      </w:r>
      <w:r>
        <w:br/>
      </w:r>
      <w:r>
        <w:rPr>
          <w:sz w:val="20"/>
        </w:rPr>
        <w:t>9:31  to us ne kaha ke jo khaas baat us ne kahi ke bohat kam logon ko aap shukr karne wala payein ge.</w:t>
      </w:r>
      <w:r>
        <w:br/>
      </w:r>
      <w:r>
        <w:rPr>
          <w:sz w:val="20"/>
        </w:rPr>
        <w:t>9:40  to is ka matlab hai ke shukr jo hai woh bohat hi zyada important hai hamara Khuda se taluq banane mein.</w:t>
      </w:r>
      <w:r>
        <w:br/>
      </w:r>
      <w:r>
        <w:rPr>
          <w:sz w:val="20"/>
        </w:rPr>
        <w:t>9:50  to kyunke shaitan bohat zyada zaheen tha, us ne is baat ko pakad liya ke yeh jo insaan hai, is ke andar desires bohat zyada hain, aur yeh desires jo hain kabhi bhi saari desires kisi ki bhi poori nahi hoti.</w:t>
      </w:r>
      <w:r>
        <w:br/>
      </w:r>
      <w:r>
        <w:rPr>
          <w:sz w:val="20"/>
        </w:rPr>
        <w:t>10:04  to yeh desires ki wajah se yeh skam kar jaye ga, aur yeh gunah kare ga, aur Allah ki nafarmani kare ga.</w:t>
      </w:r>
      <w:r>
        <w:br/>
      </w:r>
      <w:r>
        <w:rPr>
          <w:sz w:val="20"/>
        </w:rPr>
        <w:t>10:11  to us ne kaha ke mein tamam logon ko tere rastay se hata doon ga, nashukra banaoon ga, aur tu in logon ko shukr guzar nahi paye ga.</w:t>
      </w:r>
      <w:r>
        <w:br/>
      </w:r>
      <w:r>
        <w:rPr>
          <w:sz w:val="20"/>
        </w:rPr>
        <w:t>10:23  to is ka us ne woh bhi kiya jo Allah taala ne hukum diya tha ke ek tree hai jannat mein, us ka phal tum mat khana.</w:t>
      </w:r>
      <w:r>
        <w:br/>
      </w:r>
      <w:r>
        <w:rPr>
          <w:sz w:val="20"/>
        </w:rPr>
        <w:t>10:34  to</w:t>
      </w:r>
      <w:r>
        <w:br/>
      </w:r>
      <w:r>
        <w:rPr>
          <w:sz w:val="20"/>
        </w:rPr>
        <w:t>10:35  chunki insaan ke andar bohat zyada desire hai, aur woh ek ideal, har ideal ki talash mein hota hai, to shaitan ne us ko behkaya ke tum agar yeh phal tum ne kha liya to tum amar ho jao ge, everlasting life tum ko mil jaye gi.</w:t>
      </w:r>
      <w:r>
        <w:br/>
      </w:r>
      <w:r>
        <w:rPr>
          <w:sz w:val="20"/>
        </w:rPr>
        <w:t>10:53  to unhon ne woh phal kha liya, phir is ke baad woh jannat se nikal kar is dunya mein bheje gaye.</w:t>
      </w:r>
      <w:r>
        <w:br/>
      </w:r>
      <w:r>
        <w:rPr>
          <w:sz w:val="20"/>
        </w:rPr>
        <w:t>11:02  to is tareeqe se shaitan ne usi waqt kaha tha ke sirf woh log tere rastay par chalenge jo tere mukhlis bande hain, yaani jin ko tu ne select kar liya hai.</w:t>
      </w:r>
      <w:r>
        <w:br/>
      </w:r>
      <w:r>
        <w:rPr>
          <w:sz w:val="20"/>
        </w:rPr>
        <w:t>11:20  to wohi log sirf rastay par tere chalenge, baqi tamam logon ko mein behka doon ga.</w:t>
      </w:r>
      <w:r>
        <w:br/>
      </w:r>
      <w:r>
        <w:rPr>
          <w:sz w:val="20"/>
        </w:rPr>
        <w:t>11:26  a. to yeh bohat hi zyada serious baat hai ke shaitan ne yeh baat kahi ke tu in logon ko shukr guzar nahi paye ga.</w:t>
      </w:r>
      <w:r>
        <w:br/>
      </w:r>
      <w:r>
        <w:rPr>
          <w:sz w:val="20"/>
        </w:rPr>
        <w:t>11:35  to shukr guzari jo hai woh bohat zyada important hai.</w:t>
      </w:r>
      <w:r>
        <w:br/>
      </w:r>
      <w:r>
        <w:rPr>
          <w:sz w:val="20"/>
        </w:rPr>
        <w:t>11:40  shukr guzari hi ke zariye se hum Khuda ki marzi ko samajhte hain, Khuda ki marzi ke mutabiq apna amal karte hain, aur isi rastay mein hamein Khuda ki saari blessings milti hain.</w:t>
      </w:r>
      <w:r>
        <w:br/>
      </w:r>
      <w:r>
        <w:rPr>
          <w:sz w:val="20"/>
        </w:rPr>
        <w:t>11:57  ji</w:t>
      </w:r>
      <w:r>
        <w:br/>
      </w:r>
      <w:r>
        <w:rPr>
          <w:sz w:val="20"/>
        </w:rPr>
        <w:t>11:58  apa to jis tareeqe se aap ne bataya, ab ek sawal yeh bhi aata hai ke ek insaan ke liye kitni zyada mushkilein barh jati hain ke ek shaitan hai jo is taaq mein rehta hai ke us ko kaise seedhe rastay se hata de.</w:t>
      </w:r>
      <w:r>
        <w:br/>
      </w:r>
      <w:r>
        <w:rPr>
          <w:sz w:val="20"/>
        </w:rPr>
        <w:t>12:13  to in sab mushkilon ke bawajood kaise insaan apne andar shukr ke jazbat ya shukr ki feeling ko paida kar sakta hai, us ke baray mein batayein.</w:t>
      </w:r>
      <w:r>
        <w:br/>
      </w:r>
      <w:r>
        <w:rPr>
          <w:sz w:val="20"/>
        </w:rPr>
        <w:t>12:27  shukr ki feelings wahi hain ke insaan jo Khuda ki jo us ko blessings mili hui hain, unhi par ghaur o fikr kare, un ko discover kare.</w:t>
      </w:r>
      <w:r>
        <w:br/>
      </w:r>
      <w:r>
        <w:rPr>
          <w:sz w:val="20"/>
        </w:rPr>
        <w:t>12:38  yeh hazaron lakhon blessings insaan ko Khuda ki taraf se mili hui hain, lekin chuki jaise hum ek bachcha duniya mein aankh kholta hai, woh dekhta hai ke har cheez us ke liye available</w:t>
      </w:r>
      <w:r>
        <w:br/>
      </w:r>
      <w:r>
        <w:rPr>
          <w:sz w:val="20"/>
        </w:rPr>
        <w:t>12:51  hai, us ke maa baap hain, us ke rishtedar hain, us ke bahar sari cheezain jo hain us ko support kar rahi hain, aur har cheez us ke liye available hai.</w:t>
      </w:r>
      <w:r>
        <w:br/>
      </w:r>
      <w:r>
        <w:rPr>
          <w:sz w:val="20"/>
        </w:rPr>
        <w:t>13:01  market hai, wahan sab cheez us ko available hai, to woh use to ho jata hai. Us ko lagta hai ke yeh sari cheezain to bas mil rahi hain, hamare paas paisa hai, hum ja ke market mein cheezain khareed lete hain.</w:t>
      </w:r>
      <w:r>
        <w:br/>
      </w:r>
      <w:r>
        <w:rPr>
          <w:sz w:val="20"/>
        </w:rPr>
        <w:t>13:13  to aisa nahi</w:t>
      </w:r>
      <w:r>
        <w:br/>
      </w:r>
      <w:r>
        <w:rPr>
          <w:sz w:val="20"/>
        </w:rPr>
        <w:t>13:14  hai, hamein bohat ziyada ghaur o fikr karna hai ke har cheez hamein Khuda ki taraf se mil rahi hai. Khuda ne tamam cheezon ko is duniya mein potential ke roop mein rakh diya hai.</w:t>
      </w:r>
      <w:r>
        <w:br/>
      </w:r>
      <w:r>
        <w:rPr>
          <w:sz w:val="20"/>
        </w:rPr>
        <w:t>13:29  insaan kya karta hai? Sirf in potential ko actual banata hai. To hum kehte hain ke scientists jo hain woh inventor hain, scientists bhi inventor nahi hain, woh sirf discover karte hain.</w:t>
      </w:r>
      <w:r>
        <w:br/>
      </w:r>
      <w:r>
        <w:rPr>
          <w:sz w:val="20"/>
        </w:rPr>
        <w:t>13:42  Allah taala ne har cheez is duniya mein potential ke roop mein rakh diya hai. Ab scientists ne mehnat kar ke us ko discover kiya, aur tamam poori jo ek civilization banai, tarah tarah ki technology banai jo aaj hamare kaam aa rahi hai.</w:t>
      </w:r>
      <w:r>
        <w:br/>
      </w:r>
      <w:r>
        <w:rPr>
          <w:sz w:val="20"/>
        </w:rPr>
        <w:t>13:59  to insaan in cheezon ko soche. Misaal ke taur par insanon ne car banai. Ab agar petrol na hota to car kaise chalti?</w:t>
      </w:r>
      <w:r>
        <w:br/>
      </w:r>
      <w:r>
        <w:rPr>
          <w:sz w:val="20"/>
        </w:rPr>
        <w:t>14:11  to Allah taala ne petrol ke khazane bhi zameen ke neeche daal diye ke Allah ko pata tha ke kal car banegi, kal hamari industries banengi, carkhane banenge, to is mein un ki zaroorat padegi.</w:t>
      </w:r>
      <w:r>
        <w:br/>
      </w:r>
      <w:r>
        <w:rPr>
          <w:sz w:val="20"/>
        </w:rPr>
        <w:t>14:24  to Allah taala ne kaha ke Quran mein aaya hai ke hum ne har woh cheez tum ko de di jis ki tumhein zaroorat thi, aur isi sath mein yeh bhi hai ke aakhirat mein har woh cheez tumhein milegi jo tum desire karoge.</w:t>
      </w:r>
      <w:r>
        <w:br/>
      </w:r>
      <w:r>
        <w:rPr>
          <w:sz w:val="20"/>
        </w:rPr>
        <w:t>14:38  to</w:t>
      </w:r>
      <w:r>
        <w:br/>
      </w:r>
      <w:r>
        <w:rPr>
          <w:sz w:val="20"/>
        </w:rPr>
        <w:t>14:39  duniya mein har zaroorat ki cheez Allah ne di, aur aakhirat mein woh jo bhi hamari desires hongi, us ke mutabiq hamein milega.</w:t>
      </w:r>
      <w:r>
        <w:br/>
      </w:r>
      <w:r>
        <w:rPr>
          <w:sz w:val="20"/>
        </w:rPr>
        <w:t>14:48  to shukr ki feeling jo hum Maulana ne sikhaya, hum logon ko ke soch soch kar hamein apne andar shukr ki feeling paida karni hai.</w:t>
      </w:r>
      <w:r>
        <w:br/>
      </w:r>
      <w:r>
        <w:rPr>
          <w:sz w:val="20"/>
        </w:rPr>
        <w:t>14:58  ek ek cheez hamein sochna hai ke yeh Khuda ki di hui hai. Agar Khuda hamein nahi deta to hamein nahi milta. Khuda hi sare asbab paida karta hai.</w:t>
      </w:r>
      <w:r>
        <w:br/>
      </w:r>
      <w:r>
        <w:rPr>
          <w:sz w:val="20"/>
        </w:rPr>
        <w:t>15:07  kai baar aisa lagta hai ke ke is yeh achaanak ho gaya jo hum expect nahi kar rahe the, aur har taraf se woh Allah taala hi ki taraf se woh sara muqaddar hota hai, wohi hamein mil mil raha hota hai.</w:t>
      </w:r>
      <w:r>
        <w:br/>
      </w:r>
      <w:r>
        <w:rPr>
          <w:sz w:val="20"/>
        </w:rPr>
        <w:t>15:21  to us ko hum ne sochna hai, ghaur o fikr karna hai. Main ek misaal se wazeh karti hoon ke ek Meerut mein ek Shahzad sahib the, to un ko halq ka cancer ho gaya</w:t>
      </w:r>
      <w:r>
        <w:br/>
      </w:r>
      <w:r>
        <w:rPr>
          <w:sz w:val="20"/>
        </w:rPr>
        <w:t>15:34  tha. Woh hamare mission ke the, bohat ziyada mission ke liye kaam karte the. Jee to woh kuch bhi kha bhi nahi sakte the, jo advanced stage mein pani bhi nahi pi sakte the.</w:t>
      </w:r>
      <w:r>
        <w:br/>
      </w:r>
      <w:r>
        <w:rPr>
          <w:sz w:val="20"/>
        </w:rPr>
        <w:t>15:45  chamche se pani pilaya jata tha. To jab un ko log dekhne ke liye aate the to woh kehte the ke aap aap mujhe dekh kar aap kya sabak le rahe hain?</w:t>
      </w:r>
      <w:r>
        <w:br/>
      </w:r>
      <w:r>
        <w:rPr>
          <w:sz w:val="20"/>
        </w:rPr>
        <w:t>15:55  aap yeh sabak lijiye ke aap shukr ada kijiye ke aap kha sakte hain, aap pi sakt</w:t>
      </w:r>
      <w:r>
        <w:br/>
      </w:r>
      <w:r>
        <w:rPr>
          <w:sz w:val="20"/>
        </w:rPr>
        <w:t>16:02  e hain. Main to mera khana jo hai, main zara bhi ek do chamche bhi khana khata hoon to mere hazam hi nahi hota, pait mein hi rakha rehta hai. To aap kha sakte hain, aap pi sakte hain, aap Khuda ka shukr ada kariye.</w:t>
      </w:r>
      <w:r>
        <w:br/>
      </w:r>
      <w:r>
        <w:rPr>
          <w:sz w:val="20"/>
        </w:rPr>
        <w:t>16:14  ab din bhar log khate peete rehte hain, woh sochte nahi ke yeh Khuda ki taraf se yeh jo hamara digestive system hai, woh Khuda ne banaya hai,</w:t>
      </w:r>
      <w:r>
        <w:br/>
      </w:r>
      <w:r>
        <w:rPr>
          <w:sz w:val="20"/>
        </w:rPr>
        <w:t>16:23  aur hum khali mun mein khana rakhte hain, aur andar woh khana hazam kar ke woh hamara gosht, khoon, aur sari sare cells bante hain, jis se hamari sare kaam hote hain.</w:t>
      </w:r>
      <w:r>
        <w:br/>
      </w:r>
      <w:r>
        <w:rPr>
          <w:sz w:val="20"/>
        </w:rPr>
        <w:t>16:36  to sochna padega,</w:t>
      </w:r>
      <w:r>
        <w:br/>
      </w:r>
      <w:r>
        <w:rPr>
          <w:sz w:val="20"/>
        </w:rPr>
        <w:t>16:38  baghair soche hue hum bilkul janwaron ki tarah zindagi guzarenge, aur mar jayenge, aur aakhirat mein pachtane se kuch hoga nahi, kyunke yeh duniya hi hamare liye mauqa faraham karti hai ke hum kaam karein, aur is ke mutabiq jo hum amal karenge, usi ke mutabiq aakhirat mein hamein ek nayi zindagi milegi.</w:t>
      </w:r>
      <w:r>
        <w:br/>
      </w:r>
      <w:r>
        <w:rPr>
          <w:sz w:val="20"/>
        </w:rPr>
        <w:t>17:01  to insan jo hai, jis ke paas sab kuch hai, woh bhi nashukra hai,</w:t>
      </w:r>
      <w:r>
        <w:br/>
      </w:r>
      <w:r>
        <w:rPr>
          <w:sz w:val="20"/>
        </w:rPr>
        <w:t>17:07  jis ke paas nahi hai, woh bhi nashukra hai.aisa aisa is liye ke insan aik aisi makhlooq hai ke woh har cheez aik ideal sense mein chahta hai, aur dunya mein ideal us ko milta nahi.</w:t>
      </w:r>
      <w:r>
        <w:br/>
      </w:r>
      <w:r>
        <w:rPr>
          <w:sz w:val="20"/>
        </w:rPr>
        <w:t>17:21  dunya mein chounke yeh dunya jo hai, aik test ke tor par banai gayi hai, logon ko freedom di gayi hai, is freedom ko log kuch log use karte hain proper, kuch log misuse karte</w:t>
      </w:r>
      <w:r>
        <w:br/>
      </w:r>
      <w:r>
        <w:rPr>
          <w:sz w:val="20"/>
        </w:rPr>
        <w:t>17:34  hain. ab jo log misuse karte hain, is se hamein takleef phochti hai. sab ke alag alag interest hain, to har aadmi jab apna interest follow karega to doosre ka nuqsan hoga.</w:t>
      </w:r>
      <w:r>
        <w:br/>
      </w:r>
      <w:r>
        <w:rPr>
          <w:sz w:val="20"/>
        </w:rPr>
        <w:t>17:45  to is tareeqe se kabhi bhi aisa nahi hota ke tamam cheezein jo hum chahte hain, woh hamein mil jayein. to hum hamesha nashukri mein hi rehte hain.</w:t>
      </w:r>
      <w:r>
        <w:br/>
      </w:r>
      <w:r>
        <w:rPr>
          <w:sz w:val="20"/>
        </w:rPr>
        <w:t>17:54  yeh nahi ke jo kuch hamein mila hua hai, is ka shukr ada karein, kyunke agar hum is ka shukr ada karein ge to Allah taala khush hon ge, aur hamein aur zyada dein ge.</w:t>
      </w:r>
      <w:r>
        <w:br/>
      </w:r>
      <w:r>
        <w:rPr>
          <w:sz w:val="20"/>
        </w:rPr>
        <w:t>18:05  lekin hum shukriya nahi ada karte, jo kuch mila hua hai, usi ka shukr nahi ada karte. to Allah taala ne jo Quran mein kaha hai ke</w:t>
      </w:r>
      <w:r>
        <w:br/>
      </w:r>
      <w:r>
        <w:rPr>
          <w:sz w:val="20"/>
        </w:rPr>
        <w:t>18:15  lan shaqartum la azeedannakum agar tum shukr ada karo ge to hum tum ko aur zyada dein ge. to hamein dekhna hai, aur hadith mein aaya hai ke apne se kam ko dekho.</w:t>
      </w:r>
      <w:r>
        <w:br/>
      </w:r>
      <w:r>
        <w:rPr>
          <w:sz w:val="20"/>
        </w:rPr>
        <w:t>18:29  ab is ki aik achi misaal hai, Sheikh Saadi jo hain, aik bohat bare shayar hain Iran ke, medieval world ke shayar hain.</w:t>
      </w:r>
      <w:r>
        <w:br/>
      </w:r>
      <w:r>
        <w:rPr>
          <w:sz w:val="20"/>
        </w:rPr>
        <w:t>18:38  to woh unhon ne is tarah ki hikayatein likhte thay, stories, moral stories.</w:t>
      </w:r>
      <w:r>
        <w:br/>
      </w:r>
      <w:r>
        <w:rPr>
          <w:sz w:val="20"/>
        </w:rPr>
        <w:t>18:44  to unhon ne aik story likhi hai ke mere paon mein joota nahi tha, aur main chal raha tha, aur bohat ghamgeen tha ke mere paas joota nahi hai. to aage ja gaya to dekha to aik aadmi ke paas paon nahi hai.</w:t>
      </w:r>
      <w:r>
        <w:br/>
      </w:r>
      <w:r>
        <w:rPr>
          <w:sz w:val="20"/>
        </w:rPr>
        <w:t>18:56  to main Khuda ka shukr ada karne laga ke Allah taala ne mere dono paon sahi salamat banaye hain. to is tareeqe se hamein soch soch kar ke hamein Khuda ki taraf se kya mila hua hai, is par hamein shukr ada karna hai.</w:t>
      </w:r>
      <w:r>
        <w:br/>
      </w:r>
      <w:r>
        <w:rPr>
          <w:sz w:val="20"/>
        </w:rPr>
        <w:t>19:11  agar hum sochein ge nahi to phir hum proper maani mein shukr nahi ada kar sakte. ji, bohat achhe se aap ne is ko wazeh kiya, aap.</w:t>
      </w:r>
      <w:r>
        <w:br/>
      </w:r>
      <w:r>
        <w:rPr>
          <w:sz w:val="20"/>
        </w:rPr>
        <w:t>19:21  aur in fact, mujhe bhi yaad aa gaya Shehzad sahib ka qissa.</w:t>
      </w:r>
      <w:r>
        <w:br/>
      </w:r>
      <w:r>
        <w:rPr>
          <w:sz w:val="20"/>
        </w:rPr>
        <w:t>19:26  in fact, hum un se pehle bhi mile thay, aur jab un ka inteqal ho gaya tha to Maulana ka bhi safar hua tha, aur Maulana phir un ke bete se mil kar un se gale lage thay.</w:t>
      </w:r>
      <w:r>
        <w:br/>
      </w:r>
      <w:r>
        <w:rPr>
          <w:sz w:val="20"/>
        </w:rPr>
        <w:t>19:37  aur aik martaba meri un se baat hui thi jab woh bohat zyada dard mein thay, to unhon ne kaha tha ke "Raza sahib, jahan aik insan ka dard peak level pe hota hai, wahan se mera dard shuru hota hai." to is qadar woh dard mein thay, lekin is ke baad bhi un ki itni musbat soch thi, kyunke Al-Risala ko regularly padhte thay, Maulana ko bohat zyada follow karte thay, bohat mante thay.</w:t>
      </w:r>
      <w:r>
        <w:br/>
      </w:r>
      <w:r>
        <w:rPr>
          <w:sz w:val="20"/>
        </w:rPr>
        <w:t>20:02  to yeh kehte thay, jaise aap ne bataya ke "aap mujh ko dekh kar shukr karein, jo bhi un se milne aata tha ke aap pani pi sakte hain, aap khana digest kar sakte hain, aap dekh sakte hain, aap chal sakte</w:t>
      </w:r>
      <w:r>
        <w:br/>
      </w:r>
      <w:r>
        <w:rPr>
          <w:sz w:val="20"/>
        </w:rPr>
        <w:t>20:13  hain. main to is bistar se uth bhi nahi sakta." to hota yahi hai, apa, ke insan aksar cheezon ko for granted le leta hai. Maulana jaise kehte thay ke "har aik insan ko 99 percent mila hua hai, lekin sirf 1 percent nahi mila hai." aur yahi Shaitan ka maamla tha ke us ko sab kuch mila hua tha, sirf woh aik 1 percent jis pe Allah taala ne kaha ke "tum sajda karo", to us ne inkar kar diya, aur woh aik ungrateful,</w:t>
      </w:r>
      <w:r>
        <w:br/>
      </w:r>
      <w:r>
        <w:rPr>
          <w:sz w:val="20"/>
        </w:rPr>
        <w:t>20:40  ungrateful qarar diya</w:t>
      </w:r>
      <w:r>
        <w:br/>
      </w:r>
      <w:r>
        <w:rPr>
          <w:sz w:val="20"/>
        </w:rPr>
        <w:t>20:42  gaya. to stress, zindagi mein jo stress hota hai, is ka bhi karan yahi hai ke mile hue ko chhod kar insan aksar jo cheez nahi mili hui hai, us ke peeche bhagta hai.</w:t>
      </w:r>
      <w:r>
        <w:br/>
      </w:r>
      <w:r>
        <w:rPr>
          <w:sz w:val="20"/>
        </w:rPr>
        <w:t>20:53  to apa, yeh jo yeh jo cheez hum dekhte hain ke hum agar human civilization ko bhi dekhein ke kaise progress hui hai, from stone age to present industrial age, aur aap ne jaise abhi zikr bhi kiya ke Quran mein aaya hai ke hum ne woh sari cheezein insan ko de dein jo us ki zaroorat hai.</w:t>
      </w:r>
      <w:r>
        <w:br/>
      </w:r>
      <w:r>
        <w:rPr>
          <w:sz w:val="20"/>
        </w:rPr>
        <w:t>21:11  to woh sara saman aaj ki date mein hum agar dekhein to hum motor gaadi mein baith kar ja sakte hain, hawai jahaz se aik jagah se doosri jagah phoch sakte hain, telephone se kisi bhi dunya mein aik insan se connect kar sakte hain.</w:t>
      </w:r>
      <w:r>
        <w:br/>
      </w:r>
      <w:r>
        <w:rPr>
          <w:sz w:val="20"/>
        </w:rPr>
        <w:t>21:22  to kyun aik insan cheezon ko for granted leta hai</w:t>
      </w:r>
      <w:r>
        <w:br/>
      </w:r>
      <w:r>
        <w:rPr>
          <w:sz w:val="20"/>
        </w:rPr>
        <w:t>21:26  ؟ aisa kyun hai ke us ki aankhon ke samne sari cheezein maujood hain? woh agar peeche mud kar dekhe to woh paye ga ke us ke paas sab kuch hai.</w:t>
      </w:r>
      <w:r>
        <w:br/>
      </w:r>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r>
        <w:br/>
      </w:r>
      <w:r>
        <w:rPr>
          <w:sz w:val="20"/>
        </w:rPr>
        <w:t>24:12  to yeh kaam hamein karna hai, warna hum ek user per ki hamari zindagi hogi. aur hum kisi ne, ek arab ne Maulana se kaha tha, ek alaarif ke insan aaj jo hai,</w:t>
      </w:r>
      <w:r>
        <w:br/>
      </w:r>
      <w:r>
        <w:rPr>
          <w:sz w:val="20"/>
        </w:rPr>
        <w:t>24:27  ne'maton ko to khoob khoob istemal kar raha hai, aur munim ki is ko khabar nahin hai. munim ko woh janta hi nahin ke munim kaun hai, dene wala kaun hai, sirf ne'maton ko istemal kar raha hai.</w:t>
      </w:r>
      <w:r>
        <w:br/>
      </w:r>
      <w:r>
        <w:rPr>
          <w:sz w:val="20"/>
        </w:rPr>
        <w:t>24:40  to yeh duniya mein yeh sab ho raha hai, akhirat mein jab woh pahunchega, tab us ko samajh mein aayega ke sab kuch khuda tha, khuda ki duniya thi, khuda ki tamam cheezein us ne istemal keen, aur khuda ka naam liye baghair.</w:t>
      </w:r>
      <w:r>
        <w:br/>
      </w:r>
      <w:r>
        <w:rPr>
          <w:sz w:val="20"/>
        </w:rPr>
        <w:t>24:54  to us waqt us ko samajh mein aayega, lekin us waqt ka samajhna jo hai, us ke kuch kaam nahin aayega. kaam to isi duniya mein, chunke Allah taala ne is duniya ko paida hi kiya hai ke hamara test ho,</w:t>
      </w:r>
      <w:r>
        <w:br/>
      </w:r>
      <w:r>
        <w:rPr>
          <w:sz w:val="20"/>
        </w:rPr>
        <w:t>25:07  to hamara jo test ho raha hai, woh isi duniya mein ho raha hai. to is hamein bohat zyada serious hona chahiye, aur bohat zyada soch samajh kar zindagi guzarni hai.</w:t>
      </w:r>
    </w:p>
    <w:p>
      <w:pPr>
        <w:pStyle w:val="Heading2"/>
      </w:pPr>
      <w:r>
        <w:t>Meaning of taqwa as avoiding distraction</w:t>
      </w:r>
    </w:p>
    <w:p>
      <w:r>
        <w:rPr>
          <w:color w:val="666666"/>
          <w:sz w:val="18"/>
        </w:rPr>
        <w:t>Spirituality · Save Yourself from Distraction August 21, 2016 · 58s · at 50:58 · https://youtu.be/wP3Dj-tccDQ?t=3058</w:t>
      </w:r>
    </w:p>
    <w:p>
      <w:r>
        <w:rPr>
          <w:i/>
        </w:rPr>
        <w:t>“Can we take the meaning of taqwa as avoiding distraction? Is that correct?”</w:t>
      </w:r>
    </w:p>
    <w:p>
      <w:r>
        <w:rPr>
          <w:sz w:val="20"/>
        </w:rPr>
        <w:t>50:58  maulana, agla sawal chennai se bheja hai maulana iqbal umri sahab ne aur unhon ne aap se poocha</w:t>
      </w:r>
      <w:r>
        <w:br/>
      </w:r>
      <w:r>
        <w:rPr>
          <w:sz w:val="20"/>
        </w:rPr>
        <w:t>51:04  hai ke kya hum taqwa ka mani distraction se bachna le sakte hain? kya aisa sahi hai? dekhen,</w:t>
      </w:r>
      <w:r>
        <w:br/>
      </w:r>
      <w:r>
        <w:rPr>
          <w:sz w:val="20"/>
        </w:rPr>
        <w:t>51:11  is ki mani to yeh nahin hain, lekin is mein shamil zaroor hai yeh cheez, yani ke, yani</w:t>
      </w:r>
      <w:r>
        <w:br/>
      </w:r>
      <w:r>
        <w:rPr>
          <w:sz w:val="20"/>
        </w:rPr>
        <w:t>51:17  jis ki dictionary ke lihaz se is ki mani to yeh nahin hain, lekin yaqeenan is mein yeh</w:t>
      </w:r>
      <w:r>
        <w:br/>
      </w:r>
      <w:r>
        <w:rPr>
          <w:sz w:val="20"/>
        </w:rPr>
        <w:t>51:24  baat shamil hai kyunke taqwa ka asal lafz hai bachna.</w:t>
      </w:r>
      <w:r>
        <w:br/>
      </w:r>
      <w:r>
        <w:rPr>
          <w:sz w:val="20"/>
        </w:rPr>
        <w:t>51:30  taqwa ka asal mani hai bachna, to bachna ka matlab hota hai gunah se bachna.</w:t>
      </w:r>
      <w:r>
        <w:br/>
      </w:r>
      <w:r>
        <w:rPr>
          <w:sz w:val="20"/>
        </w:rPr>
        <w:t>51:37  to isi mein yeh baat shamil hai ke distraction se bachna.</w:t>
      </w:r>
      <w:r>
        <w:br/>
      </w:r>
      <w:r>
        <w:rPr>
          <w:sz w:val="20"/>
        </w:rPr>
        <w:t>51:43  is lihaz se main sahi baat manta hoon ke woh is mein shamil hai.</w:t>
      </w:r>
      <w:r>
        <w:br/>
      </w:r>
      <w:r>
        <w:rPr>
          <w:sz w:val="20"/>
        </w:rPr>
        <w:t>51:50  lafzi mani to is ke nahin hain, lekin is mein shamil hai.</w:t>
      </w:r>
    </w:p>
    <w:p>
      <w:pPr>
        <w:pStyle w:val="Heading2"/>
      </w:pPr>
      <w:r>
        <w:t>Means of purification for Paradise</w:t>
      </w:r>
    </w:p>
    <w:p>
      <w:r>
        <w:rPr>
          <w:color w:val="666666"/>
          <w:sz w:val="18"/>
        </w:rPr>
        <w:t>Spirituality · Man and The Paradise August 11, 2013 Maulana Wahiduddin Khan · 5m 51s · at 49:44 · https://youtu.be/m8XdpnaS95U?t=2984</w:t>
      </w:r>
    </w:p>
    <w:p>
      <w:r>
        <w:rPr>
          <w:i/>
        </w:rPr>
        <w:t>“The Quran says Paradise is for those who purify themselves. Please clarify what is the means of purification?”</w:t>
      </w:r>
    </w:p>
    <w:p>
      <w:r>
        <w:rPr>
          <w:sz w:val="20"/>
        </w:rPr>
        <w:t>49:44  maulana, agla sawal dilli se hai shah imran hassan sahab ka. unhone likha hai: "quran mein bataya gaya hai ke paradise in logon ke liye hai jo apna tazkiya karein.</w:t>
      </w:r>
      <w:r>
        <w:br/>
      </w:r>
      <w:r>
        <w:rPr>
          <w:sz w:val="20"/>
        </w:rPr>
        <w:t>49:57  please is ko wazeh karein ke tazkiya ka zariya kya hai?"</w:t>
      </w:r>
      <w:r>
        <w:br/>
      </w:r>
      <w:r>
        <w:rPr>
          <w:sz w:val="20"/>
        </w:rPr>
        <w:t>50:06  dekhein, is ka matlab yeh hai ke dunya mein hum</w:t>
      </w:r>
      <w:r>
        <w:br/>
      </w:r>
      <w:r>
        <w:rPr>
          <w:sz w:val="20"/>
        </w:rPr>
        <w:t>50:15  dunya mein hum aise halaat ke beech mein hote hain jahan har waqt hamein yaani unwanted situations sab ka pesh aata hai.</w:t>
      </w:r>
      <w:r>
        <w:br/>
      </w:r>
      <w:r>
        <w:rPr>
          <w:sz w:val="20"/>
        </w:rPr>
        <w:t>50:27  jis ko log kehte hain koi zulm kar raha hai, koi sata raha hai, koi provoke kar raha hai, koi hamein nuksan pahuncha raha hai.</w:t>
      </w:r>
      <w:r>
        <w:br/>
      </w:r>
      <w:r>
        <w:rPr>
          <w:sz w:val="20"/>
        </w:rPr>
        <w:t>50:35  yaani yeh sab hona hi hona hai, yeh sab hona hi hona hai</w:t>
      </w:r>
      <w:r>
        <w:br/>
      </w:r>
      <w:r>
        <w:rPr>
          <w:sz w:val="20"/>
        </w:rPr>
        <w:t>50:41  kyunke is ke baghair test nahi.</w:t>
      </w:r>
      <w:r>
        <w:br/>
      </w:r>
      <w:r>
        <w:rPr>
          <w:sz w:val="20"/>
        </w:rPr>
        <w:t>50:46  to in sab ke beech mein jo aap ne apne aap ko allah wale raaste par qaim rakha hai,</w:t>
      </w:r>
      <w:r>
        <w:br/>
      </w:r>
      <w:r>
        <w:rPr>
          <w:sz w:val="20"/>
        </w:rPr>
        <w:t>51:01  to woh is ne apna tazkiya kiya.</w:t>
      </w:r>
      <w:r>
        <w:br/>
      </w:r>
      <w:r>
        <w:rPr>
          <w:sz w:val="20"/>
        </w:rPr>
        <w:t>51:06  misal ke taur par dekhiye, aap logon se mulaqat kiji</w:t>
      </w:r>
      <w:r>
        <w:br/>
      </w:r>
      <w:r>
        <w:rPr>
          <w:sz w:val="20"/>
        </w:rPr>
        <w:t>51:09  ye, har aadmi shikayat ki boli bolega. koi america ki shikayat karega, koi yahoodi ki shikayat karega, koi yahood hindoo ki shikayat karega, koi apne ghar ki shikayat karega, apni family ke member ki shikayat karega, koi samaj ke logon ki shikayat karega.</w:t>
      </w:r>
      <w:r>
        <w:br/>
      </w:r>
      <w:r>
        <w:rPr>
          <w:sz w:val="20"/>
        </w:rPr>
        <w:t>51:24  yaani har aadmi koi shikayat hi boli bolega.</w:t>
      </w:r>
      <w:r>
        <w:br/>
      </w:r>
      <w:r>
        <w:rPr>
          <w:sz w:val="20"/>
        </w:rPr>
        <w:t>51:31  to kis ko kahenge log tazkiya nahi kar rahe hain apna? kyunke shikayat hi boli na bolna hi tazkiya hai.</w:t>
      </w:r>
      <w:r>
        <w:br/>
      </w:r>
      <w:r>
        <w:rPr>
          <w:sz w:val="20"/>
        </w:rPr>
        <w:t>51:40  yaani america aap ko farz ki jiye ke pareshan kare. main to nahi manta ke america pareshan kar raha hai. america hamara dushman hai.</w:t>
      </w:r>
      <w:r>
        <w:br/>
      </w:r>
      <w:r>
        <w:rPr>
          <w:sz w:val="20"/>
        </w:rPr>
        <w:t>51:50  main nahi manta is ko jhoot samajhta hoon. main jhoot. america hamara dushman hai. yeh bilashuba mere aqeeday ki jhooti baat hai. na woh islam ka dushman hai, na musalmanon ka dushman hai, na america ka yahoodi bhi dushman nahi hai.</w:t>
      </w:r>
      <w:r>
        <w:br/>
      </w:r>
      <w:r>
        <w:rPr>
          <w:sz w:val="20"/>
        </w:rPr>
        <w:t>52:03  har ek apna apna case hai. har ek apne interest par dor raha hai.</w:t>
      </w:r>
      <w:r>
        <w:br/>
      </w:r>
      <w:r>
        <w:rPr>
          <w:sz w:val="20"/>
        </w:rPr>
        <w:t>52:09  is duniya mein allah taala ne paida kiya to har aadmi apne interest par dorega. to yahoodi apne interest par dor rahe hain, america apne interest par dor raha hai, hindoo apne interest par dor rahe hain.</w:t>
      </w:r>
      <w:r>
        <w:br/>
      </w:r>
      <w:r>
        <w:rPr>
          <w:sz w:val="20"/>
        </w:rPr>
        <w:t>52:21  to aap shikayat kyun karte hain? aap bhi doriye apne interest par. to bilashuba mera aqeedah shikayat karna yaani allah ke khilaf bolna hai.</w:t>
      </w:r>
      <w:r>
        <w:br/>
      </w:r>
      <w:r>
        <w:rPr>
          <w:sz w:val="20"/>
        </w:rPr>
        <w:t>52:33  kyunke allah ne logon ko azadiyan di hain.</w:t>
      </w:r>
      <w:r>
        <w:br/>
      </w:r>
      <w:r>
        <w:rPr>
          <w:sz w:val="20"/>
        </w:rPr>
        <w:t>52:36  azadi di hai to apne interest par dorengay. woh kyun nahi dorengay? woh agar aap ko kahin dhakka lagta hai, aap ko koi nuqsan hota hai to aap us ko manage kijiye.</w:t>
      </w:r>
      <w:r>
        <w:br/>
      </w:r>
      <w:r>
        <w:rPr>
          <w:sz w:val="20"/>
        </w:rPr>
        <w:t>52:48  kyunke allah ki is qeemat badlegi nahi. yeh namumkin hai ke allah ki is qeemat badal jaye. woh to rahegi. aur jab rahegi to log aap apni azadi ko apni marzi ke mutabiq istemal karenge.</w:t>
      </w:r>
      <w:r>
        <w:br/>
      </w:r>
      <w:r>
        <w:rPr>
          <w:sz w:val="20"/>
        </w:rPr>
        <w:t>53:04  to sab se bada tazkiya yeh hai ke shikayat ki nafsiyat khatam ki jaye. nafrat ki nafsiyat khatam ki jaye.</w:t>
      </w:r>
      <w:r>
        <w:br/>
      </w:r>
      <w:r>
        <w:rPr>
          <w:sz w:val="20"/>
        </w:rPr>
        <w:t>53:16  aur ek aur baat main aap se arz karoon ke jo aadmi shikayat mein jeeta hai, bilashuba apne aap ko munafiqat ka rizq leta hai. munafiqat ka rizq.</w:t>
      </w:r>
      <w:r>
        <w:br/>
      </w:r>
      <w:r>
        <w:rPr>
          <w:sz w:val="20"/>
        </w:rPr>
        <w:t>53:26  misalan aap dekhiye, bohat se musalman milenge aap ko america ke khilaf dham se bolenge. dekhiye, inhi ke beta aur damad america mein ja kar settle ho kar aram se reh rahe hain.</w:t>
      </w:r>
      <w:r>
        <w:br/>
      </w:r>
      <w:r>
        <w:rPr>
          <w:sz w:val="20"/>
        </w:rPr>
        <w:t>53:37  in ke khilaf nahi bolenge.</w:t>
      </w:r>
      <w:r>
        <w:br/>
      </w:r>
      <w:r>
        <w:rPr>
          <w:sz w:val="20"/>
        </w:rPr>
        <w:t>53:40  yaani ek taraf america ke khilaf bolenge, doosri taraf apne bete aur damad ko america mein settle karenge. to yeh munafiqat hi to hai.</w:t>
      </w:r>
      <w:r>
        <w:br/>
      </w:r>
      <w:r>
        <w:rPr>
          <w:sz w:val="20"/>
        </w:rPr>
        <w:t>53:48  yeh to jab bhi aap reality ke khilaf bolenge, jab bhi aap allah ka jo action plan hai, us ke khilaf chalenge to lazman nateeja kya hoga?</w:t>
      </w:r>
      <w:r>
        <w:br/>
      </w:r>
      <w:r>
        <w:rPr>
          <w:sz w:val="20"/>
        </w:rPr>
        <w:t>54:00  munafiq ban jayenge aap. kyunke halaat to badlenge nahi. aap ke chahne se duniya ka naqsha to badlega nahi.</w:t>
      </w:r>
      <w:r>
        <w:br/>
      </w:r>
      <w:r>
        <w:rPr>
          <w:sz w:val="20"/>
        </w:rPr>
        <w:t>54:08  to aap apna jahan dekhen ke baraye interest to kal ho raha hai, to interest ki khatir samjho compromise bhi kar lenge.</w:t>
      </w:r>
      <w:r>
        <w:br/>
      </w:r>
      <w:r>
        <w:rPr>
          <w:sz w:val="20"/>
        </w:rPr>
        <w:t>54:18  yaani ek taraf to dhuan dhar bolenge aap ke falan dushman hai, falan dushman hai, aur doosri taraf interest ki khatir compromise bhi kiye hue honge.</w:t>
      </w:r>
      <w:r>
        <w:br/>
      </w:r>
      <w:r>
        <w:rPr>
          <w:sz w:val="20"/>
        </w:rPr>
        <w:t>54:28  to yaad rakhiye, shikayat ki nafsiyat, nafrat ki nafsiyat, aur yeh jo hai ke yeh zulm, yeh zalim hai, woh zalim, yeh jo culture hai, is mein jo aadmi jeeta hai, woh lazman munafiq banega.</w:t>
      </w:r>
      <w:r>
        <w:br/>
      </w:r>
      <w:r>
        <w:rPr>
          <w:sz w:val="20"/>
        </w:rPr>
        <w:t>54:44  bach nahi sakta is se. to bohat hi khatarnak baat hai. to tazkiya kahan se hoga? jo shikayat ki nafsiyat mein jiyenge, woh tazkiya kahan se hoga in ka</w:t>
      </w:r>
      <w:r>
        <w:br/>
      </w:r>
      <w:r>
        <w:rPr>
          <w:sz w:val="20"/>
        </w:rPr>
        <w:t>54:56  ? woh to aakhir kaar munaafiqat mein ja kar jeena paray ga in ko. to sab se bara tazkiya yeh hai ke aap Allah ke naqshay ko maanein aur logon ke sath khair khwaahi ke sath rahen.</w:t>
      </w:r>
      <w:r>
        <w:br/>
      </w:r>
      <w:r>
        <w:rPr>
          <w:sz w:val="20"/>
        </w:rPr>
        <w:t>55:15  shikayat ki nafsiyat se apne aap ko paak karen.</w:t>
      </w:r>
      <w:r>
        <w:br/>
      </w:r>
      <w:r>
        <w:rPr>
          <w:sz w:val="20"/>
        </w:rPr>
        <w:t>55:19  nafrat ki nafrat ko haraam samjhen aur har haal mein, har haal mein positive mind ke sath zindagi guzaren.</w:t>
      </w:r>
      <w:r>
        <w:br/>
      </w:r>
      <w:r>
        <w:rPr>
          <w:sz w:val="20"/>
        </w:rPr>
        <w:t>55:30  yeh sab ka tazkiya hai.</w:t>
      </w:r>
    </w:p>
    <w:p>
      <w:pPr>
        <w:pStyle w:val="Heading2"/>
      </w:pPr>
      <w:r>
        <w:t>Measurement of spirituality</w:t>
      </w:r>
    </w:p>
    <w:p>
      <w:r>
        <w:rPr>
          <w:color w:val="666666"/>
          <w:sz w:val="18"/>
        </w:rPr>
        <w:t>Spirituality · The Road to Paradise December 30, 2012 Maulana Wahiduddin Khan · 1m 28s · at 1:15:53 · https://youtu.be/vUiaPsYF4Tk?t=4553</w:t>
      </w:r>
    </w:p>
    <w:p>
      <w:r>
        <w:rPr>
          <w:i/>
        </w:rPr>
        <w:t>“One of the non-Muslim brother asked me: what is the measurement of spirituality? How can I address this question?”</w:t>
      </w:r>
    </w:p>
    <w:p>
      <w:r>
        <w:rPr>
          <w:sz w:val="20"/>
        </w:rPr>
        <w:t>1:15:53  maulana, agla sawal tamil nadu se hai, maulana hassan umri ka. unhon ne likha hai:</w:t>
      </w:r>
      <w:r>
        <w:br/>
      </w:r>
      <w:r>
        <w:rPr>
          <w:sz w:val="20"/>
        </w:rPr>
        <w:t>1:16:00  "Maulana, one of the non-Muslim brother asked me that what is the measurement of spirituality? How can I address this question?"</w:t>
      </w:r>
      <w:r>
        <w:br/>
      </w:r>
      <w:r>
        <w:rPr>
          <w:sz w:val="20"/>
        </w:rPr>
        <w:t>1:16:14  bhai, spirituality ka dekhen, ek to bohat jo sufi log ya aur doosre log mante hain, woh woh hai heart based, yani mabni bar qalb.</w:t>
      </w:r>
      <w:r>
        <w:br/>
      </w:r>
      <w:r>
        <w:rPr>
          <w:sz w:val="20"/>
        </w:rPr>
        <w:t>1:16:27  to heart based spirituality ko mein nahi manta. mera jo concept hai, woh heart based nahi hai, mabni bar qalb nahi hai.</w:t>
      </w:r>
      <w:r>
        <w:br/>
      </w:r>
      <w:r>
        <w:rPr>
          <w:sz w:val="20"/>
        </w:rPr>
        <w:t>1:16:36  mera hai mind based. mein mind based spirituality ko manta hoon. isi liye mein spirituality ke liye doosra jo lafz bolta hoon, woh hai positive thinking.</w:t>
      </w:r>
      <w:r>
        <w:br/>
      </w:r>
      <w:r>
        <w:rPr>
          <w:sz w:val="20"/>
        </w:rPr>
        <w:t>1:16:47  woh log jo bolte hain, woh bohat hi is mein ambiguous term un ke nazdeek hai.</w:t>
      </w:r>
      <w:r>
        <w:br/>
      </w:r>
      <w:r>
        <w:rPr>
          <w:sz w:val="20"/>
        </w:rPr>
        <w:t>1:16:52  woh woh koi well defined term nahi hai un ke haan. spirituality yani akhlaq aur spirituality mein farq nahi kar paate woh log.</w:t>
      </w:r>
      <w:r>
        <w:br/>
      </w:r>
      <w:r>
        <w:rPr>
          <w:sz w:val="20"/>
        </w:rPr>
        <w:t>1:17:03  to mein apni samajh se jo mein ne samjha hai ke spirituality koi kisi ambiguous cheez ka naam nahi hai. woh wohi cheez jis ko hum kehte hain positive thinking, yani negativity mein jeete hue apne aap ko positive thinker bahar rakhna.</w:t>
      </w:r>
    </w:p>
    <w:p>
      <w:pPr>
        <w:pStyle w:val="Heading2"/>
      </w:pPr>
      <w:r>
        <w:t>Measuring the level of God realization</w:t>
      </w:r>
    </w:p>
    <w:p>
      <w:r>
        <w:rPr>
          <w:color w:val="666666"/>
          <w:sz w:val="18"/>
        </w:rPr>
        <w:t>Spirituality · Three levels of Realization July 4, 2010 · 1m 52s · at 1:25:45 · https://youtu.be/NtCTVVov3Nw?t=5145</w:t>
      </w:r>
    </w:p>
    <w:p>
      <w:r>
        <w:rPr>
          <w:i/>
        </w:rPr>
        <w:t>“How will we come to know that we have realized God? Is there any way to measure the level of realization?”</w:t>
      </w:r>
    </w:p>
    <w:p>
      <w:r>
        <w:rPr>
          <w:sz w:val="20"/>
        </w:rPr>
        <w:t>1:25:45  maulana agla sawal aya hai mr shakir ur rehman ka dilli se unhon ne poocha hai ke how we will come to know that we have realized god</w:t>
      </w:r>
      <w:r>
        <w:br/>
      </w:r>
      <w:r>
        <w:rPr>
          <w:sz w:val="20"/>
        </w:rPr>
        <w:t>1:25:55  is there any way to measure the level of realization dekhen quran majeed mein do ayatein hain jo batati hain criterion</w:t>
      </w:r>
      <w:r>
        <w:br/>
      </w:r>
      <w:r>
        <w:rPr>
          <w:sz w:val="20"/>
        </w:rPr>
        <w:t>1:26:09  aik hai allazina amanu ashadd huban lilah doosra hai wa lam yajalu illa allah</w:t>
      </w:r>
      <w:r>
        <w:br/>
      </w:r>
      <w:r>
        <w:rPr>
          <w:sz w:val="20"/>
        </w:rPr>
        <w:t>1:26:19  har aadmi khud apne ko jaanch kar dekh sakta hai ke kya is ke andar yeh baat aayi hai ke is ne sab se zyada concern khuda ko banaya ho aur sab zyada is ko khuda se ki ki pakad kar dar rehta ho accountability yani accountability ka gehra ehsas un ka ho gaya ho ke abhi kal mar jaunga mein to khuda ke haan meri pooch hogi</w:t>
      </w:r>
      <w:r>
        <w:br/>
      </w:r>
      <w:r>
        <w:rPr>
          <w:sz w:val="20"/>
        </w:rPr>
        <w:t>1:26:45  to woh is ka is ka mind jo hai us ki soch jo hai sab us mein aage</w:t>
      </w:r>
      <w:r>
        <w:br/>
      </w:r>
      <w:r>
        <w:rPr>
          <w:sz w:val="20"/>
        </w:rPr>
        <w:t>1:26:51  pata ho ke khuda hi is ka sab se bara concern hai yani beta beti se bhi zyada</w:t>
      </w:r>
      <w:r>
        <w:br/>
      </w:r>
      <w:r>
        <w:rPr>
          <w:sz w:val="20"/>
        </w:rPr>
        <w:t>1:26:56  bara concern hai</w:t>
      </w:r>
      <w:r>
        <w:br/>
      </w:r>
      <w:r>
        <w:rPr>
          <w:sz w:val="20"/>
        </w:rPr>
        <w:t>1:26:58  ek yeh pana chahiye ke job hai business hai beta hai beti hai family hai in sab se</w:t>
      </w:r>
      <w:r>
        <w:br/>
      </w:r>
      <w:r>
        <w:rPr>
          <w:sz w:val="20"/>
        </w:rPr>
        <w:t>1:27:04  bara concern is ke liye khuda bana hua ho</w:t>
      </w:r>
      <w:r>
        <w:br/>
      </w:r>
      <w:r>
        <w:rPr>
          <w:sz w:val="20"/>
        </w:rPr>
        <w:t>1:27:08  ek yeh hai doosra yeh hai ke accountability ka bohat ziyada is ko dhyan rehta ho</w:t>
      </w:r>
      <w:r>
        <w:br/>
      </w:r>
      <w:r>
        <w:rPr>
          <w:sz w:val="20"/>
        </w:rPr>
        <w:t>1:27:15  abhi marunga to kal khuda ke aage hajj mein pesh ho jaunga khuda ke samne mein mujhe hisab kitab dena hoga to do cheezein agar woh pata hai apne andar tab woh sahi maano mein khuda ko paya is ne mein ne khuda ko nahi paya woh kisi aur level pe atka hua hai woh</w:t>
      </w:r>
    </w:p>
    <w:p>
      <w:pPr>
        <w:pStyle w:val="Heading2"/>
      </w:pPr>
      <w:r>
        <w:t>Meditation for God realization</w:t>
      </w:r>
    </w:p>
    <w:p>
      <w:r>
        <w:rPr>
          <w:color w:val="666666"/>
          <w:sz w:val="18"/>
        </w:rPr>
        <w:t>Spirituality · Realization of God December 18, 2016 Maulana Wahiduddin Khan · 1m 53s · at 1:01:11 · https://youtu.be/LHKb2btTIT8?t=3671</w:t>
      </w:r>
    </w:p>
    <w:p>
      <w:r>
        <w:rPr>
          <w:i/>
        </w:rPr>
        <w:t>“Some people say that the best way of God realization is through meditation. Have you experienced meditation in your own life even...”</w:t>
      </w:r>
    </w:p>
    <w:p>
      <w:r>
        <w:rPr>
          <w:sz w:val="20"/>
        </w:rPr>
        <w:t>1:01:11  dejiyay tab beginning shuru hogi warna beginning hi nahi hogi ji Maulana agla sawal laitay hain jo Manglore</w:t>
      </w:r>
      <w:r>
        <w:br/>
      </w:r>
      <w:r>
        <w:rPr>
          <w:sz w:val="20"/>
        </w:rPr>
        <w:t>1:01:18  say Zubair Iqbal sahib nay kiya hai aur unhon nay likha hai Maulana sahib some people say that</w:t>
      </w:r>
      <w:r>
        <w:br/>
      </w:r>
      <w:r>
        <w:rPr>
          <w:sz w:val="20"/>
        </w:rPr>
        <w:t>1:01:26  the best way of God realization is through meditation have you experienced meditation in your own life even</w:t>
      </w:r>
      <w:r>
        <w:br/>
      </w:r>
      <w:r>
        <w:rPr>
          <w:sz w:val="20"/>
        </w:rPr>
        <w:t>1:01:34  prophet of Islam and earlier prophets like Moses used to go to caves during their time to do</w:t>
      </w:r>
      <w:r>
        <w:br/>
      </w:r>
      <w:r>
        <w:rPr>
          <w:sz w:val="20"/>
        </w:rPr>
        <w:t>1:01:41  meditation my question is what is the position of meditation with respect to God realization dekhiye aap nay</w:t>
      </w:r>
      <w:r>
        <w:br/>
      </w:r>
      <w:r>
        <w:rPr>
          <w:sz w:val="20"/>
        </w:rPr>
        <w:t>1:01:49  جو rifat ya donon rifat bilkul ghalat hai Rasool Allah ke bare mein Musa ke bare mein woh</w:t>
      </w:r>
      <w:r>
        <w:br/>
      </w:r>
      <w:r>
        <w:rPr>
          <w:sz w:val="20"/>
        </w:rPr>
        <w:t>1:01:56  contemplation tha woh meditation tha hi nahi woh yeh bilkul baseless baat hai yeh kehna kay Rasool Allah</w:t>
      </w:r>
      <w:r>
        <w:br/>
      </w:r>
      <w:r>
        <w:rPr>
          <w:sz w:val="20"/>
        </w:rPr>
        <w:t>1:02:04  Ghar e Hira mein gaye thay meditation kay liye woh tadabbur kay liye gaye thay tadabbur itna zyada logon</w:t>
      </w:r>
      <w:r>
        <w:br/>
      </w:r>
      <w:r>
        <w:rPr>
          <w:sz w:val="20"/>
        </w:rPr>
        <w:t>1:02:12  nay nabiyon ki tasweer ko bigar rakha hai to un ko sachai kahan say maloom hogi Hazrat Musa</w:t>
      </w:r>
      <w:r>
        <w:br/>
      </w:r>
      <w:r>
        <w:rPr>
          <w:sz w:val="20"/>
        </w:rPr>
        <w:t>1:02:19  nay kabhi meditation nahi kiya Rasool Allah nay kabhi meditation nahi kiya haan tadabbur kartay thay tadabbur tafakkur</w:t>
      </w:r>
      <w:r>
        <w:br/>
      </w:r>
      <w:r>
        <w:rPr>
          <w:sz w:val="20"/>
        </w:rPr>
        <w:t>1:02:27  yeh kartay thay yani contemplation meditation ka koi talluq marifat say nahi hai woh to meditation jo cheez</w:t>
      </w:r>
      <w:r>
        <w:br/>
      </w:r>
      <w:r>
        <w:rPr>
          <w:sz w:val="20"/>
        </w:rPr>
        <w:t>1:02:34  milti hai woh ecstasy hai ecstasy marifat nahi hai meditation say jo aakhri cheez milti hai woh ecstasy</w:t>
      </w:r>
      <w:r>
        <w:br/>
      </w:r>
      <w:r>
        <w:rPr>
          <w:sz w:val="20"/>
        </w:rPr>
        <w:t>1:02:42  hai aur ecstasy marifat hai hi nahi Quran mein koi bhi aik lafz aisa nahi hai jo meditation</w:t>
      </w:r>
      <w:r>
        <w:br/>
      </w:r>
      <w:r>
        <w:rPr>
          <w:sz w:val="20"/>
        </w:rPr>
        <w:t>1:02:49  kay ko batata ho sab tafakkur tadabbur ta'aqqul to sam yeh sab alfaz hain meditation kay hum ma'ani koi</w:t>
      </w:r>
      <w:r>
        <w:br/>
      </w:r>
      <w:r>
        <w:rPr>
          <w:sz w:val="20"/>
        </w:rPr>
        <w:t>1:02:57  lafz Quran mein hai hi nahi jis ko aaj kal kehtay hain murakaba kay murakaba to baad ko</w:t>
      </w:r>
    </w:p>
    <w:p>
      <w:pPr>
        <w:pStyle w:val="Heading2"/>
      </w:pPr>
      <w:r>
        <w:t>Mental approach should be reality-based</w:t>
      </w:r>
    </w:p>
    <w:p>
      <w:r>
        <w:rPr>
          <w:color w:val="666666"/>
          <w:sz w:val="18"/>
        </w:rPr>
        <w:t>Spirituality · Principle of Loss | May 31, 2015 · 1m 07s · at 57:06 · https://youtu.be/IEf7QfU3BmY?t=3426</w:t>
      </w:r>
    </w:p>
    <w:p>
      <w:r>
        <w:rPr>
          <w:i/>
        </w:rPr>
        <w:t>“Today's lecture tells us that our mental approach should be reality-based. It seems that those upon whom Allah's curse falls, their mental vision becomes confined; they never see reality.”</w:t>
      </w:r>
    </w:p>
    <w:p>
      <w:r>
        <w:rPr>
          <w:sz w:val="20"/>
        </w:rPr>
        <w:t>57:06  Maulana agla sawal Dr Aslam Khan ne kiya hai Saharanpur se, aur unhon ne likha hai Maulana aaj ka</w:t>
      </w:r>
      <w:r>
        <w:br/>
      </w:r>
      <w:r>
        <w:rPr>
          <w:sz w:val="20"/>
        </w:rPr>
        <w:t>57:14  lecture hamein yeh batata hai ke hamari mental approach reality based honi chahiye, aisa lagta hai ke Allah</w:t>
      </w:r>
      <w:r>
        <w:br/>
      </w:r>
      <w:r>
        <w:rPr>
          <w:sz w:val="20"/>
        </w:rPr>
        <w:t>57:21  ki lanat jin logon par hoti hai, un ka mental vision confined ho jata hai, woh kabhi reality</w:t>
      </w:r>
      <w:r>
        <w:br/>
      </w:r>
      <w:r>
        <w:rPr>
          <w:sz w:val="20"/>
        </w:rPr>
        <w:t>57:29  based soch nahi pate, unhein jitna samjhaya jata hai, woh aur bhi zyada negative ho jatay hain.</w:t>
      </w:r>
      <w:r>
        <w:br/>
      </w:r>
      <w:r>
        <w:rPr>
          <w:sz w:val="20"/>
        </w:rPr>
        <w:t>57:36  Maulana kya present Muslims Allah ki isi lanat mein mubtala nahi hain?</w:t>
      </w:r>
      <w:r>
        <w:br/>
      </w:r>
      <w:r>
        <w:rPr>
          <w:sz w:val="20"/>
        </w:rPr>
        <w:t>57:44  please elaborate on the same, Allah CPS team ko lanat se mehfooz rakhay.</w:t>
      </w:r>
      <w:r>
        <w:br/>
      </w:r>
      <w:r>
        <w:rPr>
          <w:sz w:val="20"/>
        </w:rPr>
        <w:t>57:50  bhai dekhiye, baat to aap ki sahi hai, lekin main kisi ko apply nahi kar sakta, ek hai</w:t>
      </w:r>
      <w:r>
        <w:br/>
      </w:r>
      <w:r>
        <w:rPr>
          <w:sz w:val="20"/>
        </w:rPr>
        <w:t>57:56  as a principal baat ko manna, ek hai apply karna, to main apply to nahi karunga, lekin</w:t>
      </w:r>
      <w:r>
        <w:br/>
      </w:r>
      <w:r>
        <w:rPr>
          <w:sz w:val="20"/>
        </w:rPr>
        <w:t>58:02  main yeh kahunga aap ne jo baat kahi hai bilkul apni jagah sahi hai, as a principal</w:t>
      </w:r>
      <w:r>
        <w:br/>
      </w:r>
      <w:r>
        <w:rPr>
          <w:sz w:val="20"/>
        </w:rPr>
        <w:t>58:08  bilkul durust hai woh. Maulana agla</w:t>
      </w:r>
    </w:p>
    <w:p>
      <w:pPr>
        <w:pStyle w:val="Heading2"/>
      </w:pPr>
      <w:r>
        <w:t>Merciless self-introspection method</w:t>
      </w:r>
    </w:p>
    <w:p>
      <w:r>
        <w:rPr>
          <w:color w:val="666666"/>
          <w:sz w:val="18"/>
        </w:rPr>
        <w:t>Spirituality · Q&amp;A 04 DEC 2011 Maulana Wahiduddin Khan · 3m 00s · at 44:36 · https://youtu.be/KIMNmuUZoGo?t=2676</w:t>
      </w:r>
    </w:p>
    <w:p>
      <w:r>
        <w:rPr>
          <w:i/>
        </w:rPr>
        <w:t>“How can one do merciless introspection of oneself?”</w:t>
      </w:r>
    </w:p>
    <w:p>
      <w:r>
        <w:rPr>
          <w:sz w:val="20"/>
        </w:rPr>
        <w:t>44:36  maulana agla sawal hai miss naghma siddiqui ka. unhon ne likha hai: "How can one do merciless introspection of oneself?"</w:t>
      </w:r>
      <w:r>
        <w:br/>
      </w:r>
      <w:r>
        <w:rPr>
          <w:sz w:val="20"/>
        </w:rPr>
        <w:t>44:50  bhai yahan is mein how ki baat kya hai? bas karne lagiye? aadmi jo chahta hai karne lagta hai woh? is ko ab karne lagiye?</w:t>
      </w:r>
      <w:r>
        <w:br/>
      </w:r>
      <w:r>
        <w:rPr>
          <w:sz w:val="20"/>
        </w:rPr>
        <w:t>45:00  hain? kya kya matlab yeh sawal matlab hai</w:t>
      </w:r>
      <w:r>
        <w:br/>
      </w:r>
      <w:r>
        <w:rPr>
          <w:sz w:val="20"/>
        </w:rPr>
        <w:t>45:03  ? Maulana woh jo aap aksar kehte hain ke merciless introspection kijiye to woh yahi janna chahte hain ke what is that step by step process?</w:t>
      </w:r>
      <w:r>
        <w:br/>
      </w:r>
      <w:r>
        <w:rPr>
          <w:sz w:val="20"/>
        </w:rPr>
        <w:t>45:12  How to do merciless introspection?</w:t>
      </w:r>
      <w:r>
        <w:br/>
      </w:r>
      <w:r>
        <w:rPr>
          <w:sz w:val="20"/>
        </w:rPr>
        <w:t>45:17  dekhiye aam taur par yeh hota hai ke aadmi apne ko bacha kar rakhna chahta hai. isi liye jhoot bolta hai, twist kar ke bolta hai, baaton ko unfair andaaz mein pesh karta hai.</w:t>
      </w:r>
      <w:r>
        <w:br/>
      </w:r>
      <w:r>
        <w:rPr>
          <w:sz w:val="20"/>
        </w:rPr>
        <w:t>45:31  dekhein mein bacha raha hoon. meri ghalti na saabit ho. to yeh to bohat hi mein is ko third class ki baat samajhta hoon. aadmi ke andar openness hona chahiye.</w:t>
      </w:r>
      <w:r>
        <w:br/>
      </w:r>
      <w:r>
        <w:rPr>
          <w:sz w:val="20"/>
        </w:rPr>
        <w:t>45:49  aadmi ko janna chahiye ke mein agar mein yaani apni kya kya question hai</w:t>
      </w:r>
      <w:r>
        <w:br/>
      </w:r>
      <w:r>
        <w:rPr>
          <w:sz w:val="20"/>
        </w:rPr>
        <w:t>46:00  ? How should one do merciless introspection? dekhiye agar aadmi yeh jaan le ke mujhe meri meri jo</w:t>
      </w:r>
      <w:r>
        <w:br/>
      </w:r>
      <w:r>
        <w:rPr>
          <w:sz w:val="20"/>
        </w:rPr>
        <w:t>46:15  meri jo kamyabi hai dunya o akhirat mein woh isi par depend karti hai. to aadmi is bare mein hote hi yaani conscious ho jayega jaise jaise ke aaj kal larkiyan baghair beauty apna beauty parlor parlor gaye hue baghair un ko taskeen nahi milti.</w:t>
      </w:r>
      <w:r>
        <w:br/>
      </w:r>
      <w:r>
        <w:rPr>
          <w:sz w:val="20"/>
        </w:rPr>
        <w:t>46:34  jo beauty parlor nahi jata apne kamre mein aaina dekh kar apni apni ko woh karta hai. to jis jis cheez ke bare mein aadmi yaani conscious ho us ko kare karta hi karta hai woh.</w:t>
      </w:r>
      <w:r>
        <w:br/>
      </w:r>
      <w:r>
        <w:rPr>
          <w:sz w:val="20"/>
        </w:rPr>
        <w:t>46:51  us ko chhod nahi sakta hai woh. to jo conscious hai is maamle mein yaani jo conscious hai is maamle mein ke mujhe log dekhein to mein acha lagoon to woh apna to apne ko</w:t>
      </w:r>
      <w:r>
        <w:br/>
      </w:r>
      <w:r>
        <w:rPr>
          <w:sz w:val="20"/>
        </w:rPr>
        <w:t>47:08  sanwarta rehta hai. lekin jis ko yeh jo is maamle mein conscious ho jaye ke mujhe Allah taala ke haan yaani Allah ki rehmaton mein hissadaar banna hai to woh zaroor karega us ko yaani woh kiye baghair reh nahi sakta hai woh.</w:t>
      </w:r>
      <w:r>
        <w:br/>
      </w:r>
      <w:r>
        <w:rPr>
          <w:sz w:val="20"/>
        </w:rPr>
        <w:t>47:26  saara maamla yahi hai ke aap kis maamle mein aadmi conscious hai kis maamle mein ko us ne apna cursor banaya hai.</w:t>
      </w:r>
    </w:p>
    <w:p>
      <w:pPr>
        <w:pStyle w:val="Heading2"/>
      </w:pPr>
      <w:r>
        <w:t>Method to attain God's nearness</w:t>
      </w:r>
    </w:p>
    <w:p>
      <w:r>
        <w:rPr>
          <w:color w:val="666666"/>
          <w:sz w:val="18"/>
        </w:rPr>
        <w:t>Spirituality · The Importance of Thinking November 10, 2013 · 1m 38s · at 57:02 · https://youtu.be/y16CddTHoqE?t=3422</w:t>
      </w:r>
    </w:p>
    <w:p>
      <w:r>
        <w:rPr>
          <w:i/>
        </w:rPr>
        <w:t>“Maulana, you mentioned the nearness of God in the afterlife. What is the method to attain that nearness? Please explain.”</w:t>
      </w:r>
    </w:p>
    <w:p>
      <w:r>
        <w:rPr>
          <w:sz w:val="20"/>
        </w:rPr>
        <w:t>57:02  maulana, agla sawal dilli se hai hafiz muhammad shahid sahab ka. unhon ne likha hai: "maulana sahab, aap ne akhirat mein khuda ke jis qurb ka zikr kiya, us ko hasil karne ka tareeqa kya hai?</w:t>
      </w:r>
      <w:r>
        <w:br/>
      </w:r>
      <w:r>
        <w:rPr>
          <w:sz w:val="20"/>
        </w:rPr>
        <w:t>57:17  is ke baray mein batain."</w:t>
      </w:r>
      <w:r>
        <w:br/>
      </w:r>
      <w:r>
        <w:rPr>
          <w:sz w:val="20"/>
        </w:rPr>
        <w:t>57:29  bhai, aaj ki poori baat isi par thi. ab mein aur kya bataon?</w:t>
      </w:r>
      <w:r>
        <w:br/>
      </w:r>
      <w:r>
        <w:rPr>
          <w:sz w:val="20"/>
        </w:rPr>
        <w:t>57:34  aik ghanta jo mein bola hoon, to isi par to bola hoon. meri tarjuma ka aap yeh sawal kar rahe hain. ab mein aur kya boloon?</w:t>
      </w:r>
      <w:r>
        <w:br/>
      </w:r>
      <w:r>
        <w:rPr>
          <w:sz w:val="20"/>
        </w:rPr>
        <w:t>57:42  aur to mujhe kuch dekhen, jab aik hi mozu par mein ne aik ghanta bola hoon, to ab yeh sawal karna sahi nahi hai.</w:t>
      </w:r>
      <w:r>
        <w:br/>
      </w:r>
      <w:r>
        <w:rPr>
          <w:sz w:val="20"/>
        </w:rPr>
        <w:t>57:52  ab aap ko agar is mein koi baat samajh mein na aayi ho to us ko point out kijiye. falan baat jo kahi hai, woh is ka matlab kya hai?</w:t>
      </w:r>
      <w:r>
        <w:br/>
      </w:r>
      <w:r>
        <w:rPr>
          <w:sz w:val="20"/>
        </w:rPr>
        <w:t>58:03  yani aap is tarah ka sawal karna ke matlab yeh hai ke aap ne aik ghante ki taqreer suni nahi. shayad yeh baat mujhe samajh mein nahi aayi ke yahi isi yahi to mozu tha is is is aik ghante ki taqreer ka.</w:t>
      </w:r>
      <w:r>
        <w:br/>
      </w:r>
      <w:r>
        <w:rPr>
          <w:sz w:val="20"/>
        </w:rPr>
        <w:t>58:17  yahi to mauzu tha. ab yeh sawal sahi nahi hai.</w:t>
      </w:r>
      <w:r>
        <w:br/>
      </w:r>
      <w:r>
        <w:rPr>
          <w:sz w:val="20"/>
        </w:rPr>
        <w:t>58:21  aap ko yeh karna chahiye ke hafte par sochain. agle sunday ko aap batain ke falan baat is taqreer mein jo kahi gayi thi, us ke baray mein aap ki yeh rai hai.</w:t>
      </w:r>
      <w:r>
        <w:br/>
      </w:r>
      <w:r>
        <w:rPr>
          <w:sz w:val="20"/>
        </w:rPr>
        <w:t>58:33  yeh sawal to kar sakte hain aap. to aap ko sochiye, is ko sochiye, aur agle hafte aap dobara sahi lihaz par sawal kijiyay.</w:t>
      </w:r>
    </w:p>
    <w:p>
      <w:pPr>
        <w:pStyle w:val="Heading2"/>
      </w:pPr>
      <w:r>
        <w:t>Method to overcome despair and hopelessness</w:t>
      </w:r>
    </w:p>
    <w:p>
      <w:r>
        <w:rPr>
          <w:color w:val="666666"/>
          <w:sz w:val="18"/>
        </w:rPr>
        <w:t>Spirituality · The Prophet An Example of Modesty August 27, 2017 · 1m 16s · at 56:13 · https://youtu.be/aR3V4c8fQC4?t=3373</w:t>
      </w:r>
    </w:p>
    <w:p>
      <w:r>
        <w:rPr>
          <w:i/>
        </w:rPr>
        <w:t>“What basic thing or method should be adopted to overcome despair?”</w:t>
      </w:r>
    </w:p>
    <w:p>
      <w:r>
        <w:rPr>
          <w:sz w:val="20"/>
        </w:rPr>
        <w:t>56:13  aur to mein kuch nahi keh sakta. ji molana, agla sawal hong kong se tausif bukhari sahab ne bheja hai, unhon ne likha hai, "mayusi se nikalne ke liye konsi buniyadi cheez ya tareeqa ikhtiyar karna chahiye?" is ke bare mein bataiye.</w:t>
      </w:r>
      <w:r>
        <w:br/>
      </w:r>
      <w:r>
        <w:rPr>
          <w:sz w:val="20"/>
        </w:rPr>
        <w:t>56:34  mere liye to yahi hai ke har din jab subah ko mein dekhta hoon ke suraj nikal raha hai, jis tarah aaj sare chhe baje dekha mein ne to mein hope se bhar jata hoon.</w:t>
      </w:r>
      <w:r>
        <w:br/>
      </w:r>
      <w:r>
        <w:rPr>
          <w:sz w:val="20"/>
        </w:rPr>
        <w:t>56:48  yani suraj ka har din nikalna subah ko hope ka pahad hota hai, hope ka universal le kar aata hai.</w:t>
      </w:r>
      <w:r>
        <w:br/>
      </w:r>
      <w:r>
        <w:rPr>
          <w:sz w:val="20"/>
        </w:rPr>
        <w:t>56:57  woh shoori tor par agar mein Allah ke is is is nishan ko dekhun to mein kabhi mayusi ka shikar nahi ho sakta.</w:t>
      </w:r>
      <w:r>
        <w:br/>
      </w:r>
      <w:r>
        <w:rPr>
          <w:sz w:val="20"/>
        </w:rPr>
        <w:t>57:09  mera haal yahi hai</w:t>
      </w:r>
      <w:r>
        <w:br/>
      </w:r>
      <w:r>
        <w:rPr>
          <w:sz w:val="20"/>
        </w:rPr>
        <w:t>57:13  ke jab mein gaon mein tha tab se mein suraj ke nikalne ko dekhta hoon aur suraj ka nikalna mujhe Allah rab ul alameen ki taraf se umeed ka ek ek samandar hota hai.</w:t>
      </w:r>
      <w:r>
        <w:br/>
      </w:r>
      <w:r>
        <w:rPr>
          <w:sz w:val="20"/>
        </w:rPr>
        <w:t>57:26  mere liye to kafi hai.</w:t>
      </w:r>
    </w:p>
    <w:p>
      <w:pPr>
        <w:pStyle w:val="Heading2"/>
      </w:pPr>
      <w:r>
        <w:t>Muslims Far from Spirit of Islam</w:t>
      </w:r>
    </w:p>
    <w:p>
      <w:r>
        <w:rPr>
          <w:color w:val="666666"/>
          <w:sz w:val="18"/>
        </w:rPr>
        <w:t>Spirituality · From The Spiritual Tree September 8, 2013 · 2m 06s · at 54:38 · https://youtu.be/Vv6vf2N8YQA?t=3278</w:t>
      </w:r>
    </w:p>
    <w:p>
      <w:r>
        <w:rPr>
          <w:i/>
        </w:rPr>
        <w:t>“Muslims say their prayers five times, fast for the whole month of Ramadan, perform pilgrimage, but still they are far from the spirit of Islam. Why is this so?”</w:t>
      </w:r>
    </w:p>
    <w:p>
      <w:r>
        <w:rPr>
          <w:sz w:val="20"/>
        </w:rPr>
        <w:t>54:38  agla sawal aaya hai</w:t>
      </w:r>
      <w:r>
        <w:br/>
      </w:r>
      <w:r>
        <w:rPr>
          <w:sz w:val="20"/>
        </w:rPr>
        <w:t>54:40  doctor farida khanam ka dehli se. muslims say their prayers for five times.</w:t>
      </w:r>
      <w:r>
        <w:br/>
      </w:r>
      <w:r>
        <w:rPr>
          <w:sz w:val="20"/>
        </w:rPr>
        <w:t>54:50  fast for the whole month of ramzan. perform pilgrimage. but still they are far from the spirit of islam.</w:t>
      </w:r>
      <w:r>
        <w:br/>
      </w:r>
      <w:r>
        <w:rPr>
          <w:sz w:val="20"/>
        </w:rPr>
        <w:t>55:00  why is it that their worship does not change their lives?</w:t>
      </w:r>
      <w:r>
        <w:br/>
      </w:r>
      <w:r>
        <w:rPr>
          <w:sz w:val="20"/>
        </w:rPr>
        <w:t>55:08  aaj mein dekhiye baad ke zamaney mein yeh hua ke is tarah se islam ki tashreeh ki gayi aur is tarah se misaal bayan ki gayi ke logon ne samjha ke yahi formula jo hai yahi yahi ibaadat hai.</w:t>
      </w:r>
      <w:r>
        <w:br/>
      </w:r>
      <w:r>
        <w:rPr>
          <w:sz w:val="20"/>
        </w:rPr>
        <w:t>55:21  yaani namaz ka formula ya hajj ka jo formula hai wahi ibaadat hai.</w:t>
      </w:r>
      <w:r>
        <w:br/>
      </w:r>
      <w:r>
        <w:rPr>
          <w:sz w:val="20"/>
        </w:rPr>
        <w:t>55:28  spirit par emphasis nahi diya gaya. bas sara emphasis formula par chala gaya. to baad ke zamaney mein aisa hua.</w:t>
      </w:r>
      <w:r>
        <w:br/>
      </w:r>
      <w:r>
        <w:rPr>
          <w:sz w:val="20"/>
        </w:rPr>
        <w:t>55:40  aur awam hain isi cheez par chal rahe hain jo un ko bataya gaya hai. masjidon mein aaj kal is tarah ki baatein hoti hain.</w:t>
      </w:r>
      <w:r>
        <w:br/>
      </w:r>
      <w:r>
        <w:rPr>
          <w:sz w:val="20"/>
        </w:rPr>
        <w:t>55:49  to is ka ilaaj to yeh hai ke aap logon ko bataya jaye ke spirit asal hai. yaani formula jo hai ibaadat ka relative formula hissa hai.</w:t>
      </w:r>
      <w:r>
        <w:br/>
      </w:r>
      <w:r>
        <w:rPr>
          <w:sz w:val="20"/>
        </w:rPr>
        <w:t>55:59  formula ibaadat ka relative hissa hai. yeh spirit is ka real hissa hai. is tarah in ko bataya nahi gaya.</w:t>
      </w:r>
      <w:r>
        <w:br/>
      </w:r>
      <w:r>
        <w:rPr>
          <w:sz w:val="20"/>
        </w:rPr>
        <w:t>56:09  yaani formula to zaroori hai.</w:t>
      </w:r>
      <w:r>
        <w:br/>
      </w:r>
      <w:r>
        <w:rPr>
          <w:sz w:val="20"/>
        </w:rPr>
        <w:t>56:13  formula to har cheez ka ek hota hai. lekin formula jo hai woh ibaadat ka relative part hai. aur spirit jo hai woh ibaadat ka real part hai.</w:t>
      </w:r>
      <w:r>
        <w:br/>
      </w:r>
      <w:r>
        <w:rPr>
          <w:sz w:val="20"/>
        </w:rPr>
        <w:t>56:23  is tareeqe se bataya nahi gaya. to hum jo machine chala rahe hain woh is ka ek maqsad yeh bhi hai ke logon ko bataya jaye ke asal cheez spirit hai.</w:t>
      </w:r>
      <w:r>
        <w:br/>
      </w:r>
      <w:r>
        <w:rPr>
          <w:sz w:val="20"/>
        </w:rPr>
        <w:t>56:34  aur inshallah jo log hamari literature parhte hain woh is baat ko jaan lete hain aur is ko apni islaah karte hain.</w:t>
      </w:r>
    </w:p>
    <w:p>
      <w:pPr>
        <w:pStyle w:val="Heading2"/>
      </w:pPr>
      <w:r>
        <w:t>Nature and Form of Soul in Hereafter</w:t>
      </w:r>
    </w:p>
    <w:p>
      <w:r>
        <w:rPr>
          <w:color w:val="666666"/>
          <w:sz w:val="18"/>
        </w:rPr>
        <w:t>Spirituality · Lessons from My Journey to Agra October 27, 2013 · 1m 51s · at 57:17 · https://youtu.be/Gg2N0h4ETH8?t=3437</w:t>
      </w:r>
    </w:p>
    <w:p>
      <w:r>
        <w:rPr>
          <w:i/>
        </w:rPr>
        <w:t>“It is said that in the hereafter, it is actually the soul which will get reward and punishment, depending upon the deeds done in this world. My question is, what is the soul and in what form will it exist in the hereafter?”</w:t>
      </w:r>
    </w:p>
    <w:p>
      <w:r>
        <w:rPr>
          <w:sz w:val="20"/>
        </w:rPr>
        <w:t>57:17  maulana, un ka ek aur sawal hai. unhone likha hai: "it is said that in the hereafter, it is actually the soul which will get reward or punishment, depending upon the deeds done in this world.</w:t>
      </w:r>
      <w:r>
        <w:br/>
      </w:r>
      <w:r>
        <w:rPr>
          <w:sz w:val="20"/>
        </w:rPr>
        <w:t>57:31  my question is, what is soul and in which form will it exist in the hereafter?"</w:t>
      </w:r>
      <w:r>
        <w:br/>
      </w:r>
      <w:r>
        <w:rPr>
          <w:sz w:val="20"/>
        </w:rPr>
        <w:t>57:41  dekhen, dunya mein bhi hum soul hi hain. yeh jism to kuch bhi nahi hai. yeh to road tootta phootta rehta hai. yeh jism jo hai, yeh samjhen ke yahi jism baqi rehta hai hamesha.</w:t>
      </w:r>
      <w:r>
        <w:br/>
      </w:r>
      <w:r>
        <w:rPr>
          <w:sz w:val="20"/>
        </w:rPr>
        <w:t>57:54  road toot phoot is mein ho rahi hai.</w:t>
      </w:r>
      <w:r>
        <w:br/>
      </w:r>
      <w:r>
        <w:rPr>
          <w:sz w:val="20"/>
        </w:rPr>
        <w:t>57:56  aakhir mein yeh jism aap jantay hain ke qabar mein daal diya jata hai, mitti ke tareeqay se.</w:t>
      </w:r>
      <w:r>
        <w:br/>
      </w:r>
      <w:r>
        <w:rPr>
          <w:sz w:val="20"/>
        </w:rPr>
        <w:t>58:04  mein bol raha hoon to meri soul bol rahi hai, body to nahin bol raha, kyunke aadmi jab mar jata hai to to bol nahin sakta. woh to dunya mein bhi hum aik soul hi kahin se hamara wajood hai aur aakhirat mein wajood hoga.</w:t>
      </w:r>
      <w:r>
        <w:br/>
      </w:r>
      <w:r>
        <w:rPr>
          <w:sz w:val="20"/>
        </w:rPr>
        <w:t>58:20  yeh to aik vehicle hai. yeh body aik vehicle hai.</w:t>
      </w:r>
      <w:r>
        <w:br/>
      </w:r>
      <w:r>
        <w:rPr>
          <w:sz w:val="20"/>
        </w:rPr>
        <w:t>58:24  mein samajhta hoon ke aakhirat mein aur dunya mein yeh farq hai ke vehicle badal jayega. aakhirat ki dunya mein jo vehicle hoga, woh doosra hoga.</w:t>
      </w:r>
      <w:r>
        <w:br/>
      </w:r>
      <w:r>
        <w:rPr>
          <w:sz w:val="20"/>
        </w:rPr>
        <w:t>58:35  yahan jo vehicle hai, woh doosra hai. warna wahi hamara jo asal wajood hai, aaj bhi woh soul hi hai ya nafsiyati zabaan mein mind hai.</w:t>
      </w:r>
      <w:r>
        <w:br/>
      </w:r>
      <w:r>
        <w:rPr>
          <w:sz w:val="20"/>
        </w:rPr>
        <w:t>58:48  nafsiyat ki zabaan mein is ko mind kaha jata hai. mazhabi dunya mein is ko soul kehte hain.</w:t>
      </w:r>
      <w:r>
        <w:br/>
      </w:r>
      <w:r>
        <w:rPr>
          <w:sz w:val="20"/>
        </w:rPr>
        <w:t>58:53  donon aik hi hain. mere nazdeek soul aur mind do do cheezain nahin hain. to insaan ka asal wajood wahi hai, aaj bhi hai aur kal bhi wahi rahega. jo jo cheez badlegi, woh vehicle hai.</w:t>
      </w:r>
    </w:p>
    <w:p>
      <w:pPr>
        <w:pStyle w:val="Heading2"/>
      </w:pPr>
      <w:r>
        <w:t>Necessity of Camps for Spirituality</w:t>
      </w:r>
    </w:p>
    <w:p>
      <w:r>
        <w:rPr>
          <w:color w:val="666666"/>
          <w:sz w:val="18"/>
        </w:rPr>
        <w:t>Spirituality · Spirituality in Simple Living, High Thinking October 27, 2019 Maulana Wahiduddin Khan · 2m 18s · at 53:53 · https://youtu.be/Kr28g15eFr8?t=3233</w:t>
      </w:r>
    </w:p>
    <w:p>
      <w:r>
        <w:rPr>
          <w:i/>
        </w:rPr>
        <w:t>“Is joining some camp necessary to initiate spirituality in one's life, or simply pondering upon nature is good enough to get started?”</w:t>
      </w:r>
    </w:p>
    <w:p>
      <w:r>
        <w:rPr>
          <w:sz w:val="20"/>
        </w:rPr>
        <w:t>53:53  maulana, agla sawal lucknow se bheja hai sirajuddin sahib ne. unhon ne likha hai: "maulana, today there are many camps that run in the name of spirituality to initiate a seeker into spirituality.</w:t>
      </w:r>
      <w:r>
        <w:br/>
      </w:r>
      <w:r>
        <w:rPr>
          <w:sz w:val="20"/>
        </w:rPr>
        <w:t>54:09  many people say that their experiences are good</w:t>
      </w:r>
      <w:r>
        <w:br/>
      </w:r>
      <w:r>
        <w:rPr>
          <w:sz w:val="20"/>
        </w:rPr>
        <w:t>54:15  . my question is that is joining some camp necessary to initiate spirituality in one's life, or simply pondering upon nature is good enough to get started?" yeh camping jo hoti hai, yeh bilkul aap sun rahe hain.</w:t>
      </w:r>
      <w:r>
        <w:br/>
      </w:r>
      <w:r>
        <w:rPr>
          <w:sz w:val="20"/>
        </w:rPr>
        <w:t>54:34  sab se pehla jo maine kiya tha, yeh camping parda ke camp gaya tha.</w:t>
      </w:r>
      <w:r>
        <w:br/>
      </w:r>
      <w:r>
        <w:rPr>
          <w:sz w:val="20"/>
        </w:rPr>
        <w:t>54:42  isi mein phansa tha main. parda ke camp laga tha, is mein main gaya tha,</w:t>
      </w:r>
      <w:r>
        <w:br/>
      </w:r>
      <w:r>
        <w:rPr>
          <w:sz w:val="20"/>
        </w:rPr>
        <w:t>54:52  aur is se is parda ke camp se mujhe kuch bhi take away nahi mila tha, kuch bhi take away nahi mila tha.</w:t>
      </w:r>
      <w:r>
        <w:br/>
      </w:r>
      <w:r>
        <w:rPr>
          <w:sz w:val="20"/>
        </w:rPr>
        <w:t>55:03  phir maine khud is ki history ki, tab maine jana ke is ki history kya hai.</w:t>
      </w:r>
      <w:r>
        <w:br/>
      </w:r>
      <w:r>
        <w:rPr>
          <w:sz w:val="20"/>
        </w:rPr>
        <w:t>55:12  yeh camp jo lagte hain, woh mein zaati tajrube ke barabar keh sakta hoon ke is mein koi take away le kar koi lot ta nahi.</w:t>
      </w:r>
      <w:r>
        <w:br/>
      </w:r>
      <w:r>
        <w:rPr>
          <w:sz w:val="20"/>
        </w:rPr>
        <w:t>55:24  koi bhi mujhe nahi maloom koi insan hai aisa jo wahan se koi take away le kar lauta ho.</w:t>
      </w:r>
      <w:r>
        <w:br/>
      </w:r>
      <w:r>
        <w:rPr>
          <w:sz w:val="20"/>
        </w:rPr>
        <w:t>55:35  Miss Mehka Fayyaz Sahiba ne dil ne Dilli se bheja hai comment</w:t>
      </w:r>
      <w:r>
        <w:br/>
      </w:r>
      <w:r>
        <w:rPr>
          <w:sz w:val="20"/>
        </w:rPr>
        <w:t>55:42  : "Maulana, idea of spirituality has always addressed my mind. It is very different from that of secluded one, which most people think is the rightest form of spirituality.</w:t>
      </w:r>
      <w:r>
        <w:br/>
      </w:r>
      <w:r>
        <w:rPr>
          <w:sz w:val="20"/>
        </w:rPr>
        <w:t>55:57  Maulana, idea of spirituality is not physical but observable. It is a self developing concept. Art of management is very simple technique which Maulana gives us.</w:t>
      </w:r>
    </w:p>
    <w:p>
      <w:pPr>
        <w:pStyle w:val="Heading2"/>
      </w:pPr>
      <w:r>
        <w:t>Necessity of bay'ah for religiosity</w:t>
      </w:r>
    </w:p>
    <w:p>
      <w:r>
        <w:rPr>
          <w:color w:val="666666"/>
          <w:sz w:val="18"/>
        </w:rPr>
        <w:t>Spirituality · Story of the Prophet Yusuf May 11, 2014 Maulana Wahiduddin Khan · 1m 23s · at 51:56 · https://youtu.be/2alsBthUWhw?t=3116</w:t>
      </w:r>
    </w:p>
    <w:p>
      <w:r>
        <w:rPr>
          <w:i/>
        </w:rPr>
        <w:t>“Is it necessary to take a pledge of allegiance (bay'ah) on someone's hand to become a religious person? Please explain.”</w:t>
      </w:r>
    </w:p>
    <w:p>
      <w:r>
        <w:rPr>
          <w:sz w:val="20"/>
        </w:rPr>
        <w:t>51:56  maulana agla sawal bangalore se kya hai. maulana yaqoob umri ne. unhon ne likha hai ke: "maulana kya deen daar banne ke liye kisi ke haath par baiat karna zaroori hai?</w:t>
      </w:r>
      <w:r>
        <w:br/>
      </w:r>
      <w:r>
        <w:rPr>
          <w:sz w:val="20"/>
        </w:rPr>
        <w:t>52:11  is ke bare mein batayen." nahin baiat karne se koi taalluq nahin. agar zaroori hota to quran mein hota. hadith mein jis baiat ka zikr hai woh baiat siyasi hai.</w:t>
      </w:r>
      <w:r>
        <w:br/>
      </w:r>
      <w:r>
        <w:rPr>
          <w:sz w:val="20"/>
        </w:rPr>
        <w:t>52:22  is ka imaan se koi taalluq nahin hai.</w:t>
      </w:r>
      <w:r>
        <w:br/>
      </w:r>
      <w:r>
        <w:rPr>
          <w:sz w:val="20"/>
        </w:rPr>
        <w:t>52:27  to baiat siyasi to quran hadith se saabit hai. lekin baiat imani jo hai woh woh sirf rasool allah ne kiya tha. rasool allah ke baad woh kisi bhi sahabi ne is ko jaari nahin rakha.</w:t>
      </w:r>
      <w:r>
        <w:br/>
      </w:r>
      <w:r>
        <w:rPr>
          <w:sz w:val="20"/>
        </w:rPr>
        <w:t>52:40  yani khulafa ne. baad ko sufia ne shuru kiya lekin woh woh koi حجت nahin hai. main is ko is ko yeh nahin kahunga ke woh koi koi galat kaam hai lekin woh koi حجت nahin hai.</w:t>
      </w:r>
      <w:r>
        <w:br/>
      </w:r>
      <w:r>
        <w:rPr>
          <w:sz w:val="20"/>
        </w:rPr>
        <w:t>52:54  quran se aur hadith se yeh saabit nahin hua hota ke baiat imani jo hai rasool allah ke baad bhi jaari rahi. aur jis baiat ka saboot hai woh sirf baiat siyasi hai.</w:t>
      </w:r>
      <w:r>
        <w:br/>
      </w:r>
      <w:r>
        <w:rPr>
          <w:sz w:val="20"/>
        </w:rPr>
        <w:t>53:08  baqi sufia ne jo tareeqa shuru kiya is ko main yeh nahin kahunga ke main kahunga ek naya tareeqa unhon ne kiya is ka koi islam mein koi حجت nahin hua.</w:t>
      </w:r>
    </w:p>
    <w:p>
      <w:pPr>
        <w:pStyle w:val="Heading2"/>
      </w:pPr>
      <w:r>
        <w:t>Non-material life: Sufi vs. need-based approach</w:t>
      </w:r>
    </w:p>
    <w:p>
      <w:r>
        <w:rPr>
          <w:color w:val="666666"/>
          <w:sz w:val="18"/>
        </w:rPr>
        <w:t>Spirituality · Materialism and Intellectual Dwarfism 29th April 2012 · 2m 24s · at 1:11:09 · https://youtu.be/qHzARL_r3I4?t=4269</w:t>
      </w:r>
    </w:p>
    <w:p>
      <w:r>
        <w:rPr>
          <w:i/>
        </w:rPr>
        <w:t>“When talking about non-material life, people call it Sufi or sadhu. Why is that? We mean that material things should be taken only as needed, not for show. What is the correct understanding?”</w:t>
      </w:r>
    </w:p>
    <w:p>
      <w:r>
        <w:rPr>
          <w:sz w:val="20"/>
        </w:rPr>
        <w:t>1:11:09  maulana agla sawal tamil nadu se hai maulana iqbal umri sahab ka unhon ne likha hai ghair maadi zindagi ki baat karte hain to sufi ya sadhu ya sadhu kaha jata hai maulana aisa kyun nahi to hum ghair maadi ka woh matlab hamara nahi hai woh to jungle mein chala jana aur insanon se door chala jana ke mani</w:t>
      </w:r>
      <w:r>
        <w:br/>
      </w:r>
      <w:r>
        <w:rPr>
          <w:sz w:val="20"/>
        </w:rPr>
        <w:t>1:11:34  mein lete hain hum woh mani mein nahi lete hum to yeh kehte hain ke maadi cheezon ko baqat zaroorat lena baqat raish nahi dekhiye angrezi mein teen lafz bola jata hai need, comfort, luxury.</w:t>
      </w:r>
      <w:r>
        <w:br/>
      </w:r>
      <w:r>
        <w:rPr>
          <w:sz w:val="20"/>
        </w:rPr>
        <w:t>1:11:49  need, comfort, luxury to main samajhta hoon ke need ke darje mein liya jaye yeh sahi tareeqa hai</w:t>
      </w:r>
      <w:r>
        <w:br/>
      </w:r>
      <w:r>
        <w:rPr>
          <w:sz w:val="20"/>
        </w:rPr>
        <w:t>1:11:55  aur woh sufi log jo bolte hain woh to woh to bilkul apne ko kaatna aur riyazat yani rohani riyazaton ke naam par woh alag ho kar ke ek zindagi guzarna woh woh ek alag hi cheez hai woh hum jo baat bolte hain woh yeh hai ke need ke darje mein ikhtiyar karo maadi cheezein na comfort ke darje mein na luxury ke darje mein</w:t>
      </w:r>
      <w:r>
        <w:br/>
      </w:r>
      <w:r>
        <w:rPr>
          <w:sz w:val="20"/>
        </w:rPr>
        <w:t>1:12:20  yeh kyunke agar aap is ko need se aage badhenge to phir aap ke paas time hi nahi rahega sochne ka time nahi rahega yani apne intellectual faculty ko develop karne ka masla yeh hai woh haram nahi hai yani comfort aur luxury haram nahi hai lekin woh aap ke time ko kill karta hai aap ki energy ko kill karta hai aap ke money ko kill karta hai</w:t>
      </w:r>
      <w:r>
        <w:br/>
      </w:r>
      <w:r>
        <w:rPr>
          <w:sz w:val="20"/>
        </w:rPr>
        <w:t>1:12:46  is se is sense mein woh bahut hi yani halakat khair hai main yeh nahi kehta ke ke comfort aur luxury haram hai</w:t>
      </w:r>
      <w:r>
        <w:br/>
      </w:r>
      <w:r>
        <w:rPr>
          <w:sz w:val="20"/>
        </w:rPr>
        <w:t>1:12:57  nahi main yeh kehta hoon ke jo aadmi comfort aur luxury ko apna</w:t>
      </w:r>
      <w:r>
        <w:br/>
      </w:r>
      <w:r>
        <w:rPr>
          <w:sz w:val="20"/>
        </w:rPr>
        <w:t>1:13:02  yani nishana banayega to wo is qeemat par hoga</w:t>
      </w:r>
      <w:r>
        <w:br/>
      </w:r>
      <w:r>
        <w:rPr>
          <w:sz w:val="20"/>
        </w:rPr>
        <w:t>1:13:07  ke jo doosra jo bara kaam hai intellectual development aur spiritual development wo nahi kar payega kyunke</w:t>
      </w:r>
      <w:r>
        <w:br/>
      </w:r>
      <w:r>
        <w:rPr>
          <w:sz w:val="20"/>
        </w:rPr>
        <w:t>1:13:14  iska to sara time isi mein nikal jayega iska paisa isi mein kharch hoga isi</w:t>
      </w:r>
      <w:r>
        <w:br/>
      </w:r>
      <w:r>
        <w:rPr>
          <w:sz w:val="20"/>
        </w:rPr>
        <w:t>1:13:20  iski energy isi mein kharch hogi iski tawajjah isi mein kharch hogi is sense mein main</w:t>
      </w:r>
      <w:r>
        <w:br/>
      </w:r>
      <w:r>
        <w:rPr>
          <w:sz w:val="20"/>
        </w:rPr>
        <w:t>1:13:25  kehta hoon</w:t>
      </w:r>
      <w:r>
        <w:br/>
      </w:r>
      <w:r>
        <w:rPr>
          <w:sz w:val="20"/>
        </w:rPr>
        <w:t>1:13:28  yani haram halal ke sense mein nahi kehta</w:t>
      </w:r>
    </w:p>
    <w:p>
      <w:pPr>
        <w:pStyle w:val="Heading2"/>
      </w:pPr>
      <w:r>
        <w:t>Obstacle in Taking Lesson from Death</w:t>
      </w:r>
    </w:p>
    <w:p>
      <w:r>
        <w:rPr>
          <w:color w:val="666666"/>
          <w:sz w:val="18"/>
        </w:rPr>
        <w:t>Spirituality · Concept of Death in Islam August 26, 2012 · 1m 52s · at 1:04:07 · https://youtu.be/y0TJxKi0L94?t=3847</w:t>
      </w:r>
    </w:p>
    <w:p>
      <w:r>
        <w:rPr>
          <w:i/>
        </w:rPr>
        <w:t>“What is the biggest obstacle we face when trying to take a lesson from death, and how do we clear our minds of this obstacle?”</w:t>
      </w:r>
    </w:p>
    <w:p>
      <w:r>
        <w:rPr>
          <w:sz w:val="20"/>
        </w:rPr>
        <w:t>1:04:07  maulana, agla sawal miss fatima sarah ka hai, bangalore se. unhon ne likha hai what is the biggest obstacle we face when trying to take a lesson from death, and how we do clear our minds of this obstacle?</w:t>
      </w:r>
      <w:r>
        <w:br/>
      </w:r>
      <w:r>
        <w:rPr>
          <w:sz w:val="20"/>
        </w:rPr>
        <w:t>1:04:24  baat yeh hai ke insan jo hai, jo cheez dikhai de, us ko to foran woh le leta hai. jo cheez dikhai na de,</w:t>
      </w:r>
      <w:r>
        <w:br/>
      </w:r>
      <w:r>
        <w:rPr>
          <w:sz w:val="20"/>
        </w:rPr>
        <w:t>1:04:37  us ko soch kar us ko lena pade to is mein woh fail ho jata hai.</w:t>
      </w:r>
      <w:r>
        <w:br/>
      </w:r>
      <w:r>
        <w:rPr>
          <w:sz w:val="20"/>
        </w:rPr>
        <w:t>1:04:45  to maut se pehle ki duniya to dikhai de rahi hai, is ka nafa, is ka nuksan, is ka aaram, is ki takleef, is ki khushi, is ka gham, yeh sab dikhai de raha hai.</w:t>
      </w:r>
      <w:r>
        <w:br/>
      </w:r>
      <w:r>
        <w:rPr>
          <w:sz w:val="20"/>
        </w:rPr>
        <w:t>1:04:58  lekin maut ke baad ka jo khushi o gham hai, aaram o takleef hai, woh dikhai nahi deta. to insan ki kamzori hai ke woh dikhai dene wali cheezon mein jeeta hai.</w:t>
      </w:r>
      <w:r>
        <w:br/>
      </w:r>
      <w:r>
        <w:rPr>
          <w:sz w:val="20"/>
        </w:rPr>
        <w:t>1:05:12  isi liye quran mein hai ke yuminoon bil ghaib jo apne mind, jo quran mein hai ke zalik al kitab ja raha hai fihil mutaqeen allazina yuminoon bil ghaib ilm bil ghaib matlab yeh hai ke jo apna apne mind ko itna develop karein,</w:t>
      </w:r>
      <w:r>
        <w:br/>
      </w:r>
      <w:r>
        <w:rPr>
          <w:sz w:val="20"/>
        </w:rPr>
        <w:t>1:05:31  itna itna intellectual awakening jis ke andar aa jaye, jis ka zehan itna bedar ho jaye, bedar ho jaye ke jo dikhai nahi deta, us par hi soche woh.</w:t>
      </w:r>
      <w:r>
        <w:br/>
      </w:r>
      <w:r>
        <w:rPr>
          <w:sz w:val="20"/>
        </w:rPr>
        <w:t>1:05:44  tab ja kar aisa hoga ke woh maut ki haqeeqat ko samjhenge aur maut ke baad wali jo zindagi hai, us ke lehaz se apni zindagi ki planning karenge.</w:t>
      </w:r>
    </w:p>
    <w:p>
      <w:pPr>
        <w:pStyle w:val="Heading2"/>
      </w:pPr>
      <w:r>
        <w:t>Obstacle in learning from death</w:t>
      </w:r>
    </w:p>
    <w:p>
      <w:r>
        <w:rPr>
          <w:color w:val="666666"/>
          <w:sz w:val="18"/>
        </w:rPr>
        <w:t>Spirituality · Concept of Death in Islam 26th Aug 12 SLOW · 2m 08s · at 11:20 · https://youtu.be/8dsos0OBM6M?t=680</w:t>
      </w:r>
    </w:p>
    <w:p>
      <w:r>
        <w:rPr>
          <w:i/>
        </w:rPr>
        <w:t>“What is the biggest obstacle we face when trying to take a lesson from death and how do we clear our minds of this obstacle?”</w:t>
      </w:r>
    </w:p>
    <w:p>
      <w:r>
        <w:rPr>
          <w:sz w:val="20"/>
        </w:rPr>
        <w:t>11:20  maulana, agla sawal miss fatima sarah ka hai bangalore se.</w:t>
      </w:r>
      <w:r>
        <w:br/>
      </w:r>
      <w:r>
        <w:rPr>
          <w:sz w:val="20"/>
        </w:rPr>
        <w:t>11:31  unhon ne likha hai: "What is the biggest obstacle we face when trying to take a lesson from</w:t>
      </w:r>
      <w:r>
        <w:br/>
      </w:r>
      <w:r>
        <w:rPr>
          <w:sz w:val="20"/>
        </w:rPr>
        <w:t>11:42  death and how we do clear our minds of this obstacle? "</w:t>
      </w:r>
      <w:r>
        <w:br/>
      </w:r>
      <w:r>
        <w:rPr>
          <w:sz w:val="20"/>
        </w:rPr>
        <w:t>11:53  baat yeh hai ke insaan jo hai, jo cheez dikhai de, us ko to foran woh le leta hai.</w:t>
      </w:r>
      <w:r>
        <w:br/>
      </w:r>
      <w:r>
        <w:rPr>
          <w:sz w:val="20"/>
        </w:rPr>
        <w:t>11:59  jo cheez dikhai na de, us ko soch kar us ko lena pare to is mein woh fail</w:t>
      </w:r>
      <w:r>
        <w:br/>
      </w:r>
      <w:r>
        <w:rPr>
          <w:sz w:val="20"/>
        </w:rPr>
        <w:t>12:05  ho jata hai.</w:t>
      </w:r>
      <w:r>
        <w:br/>
      </w:r>
      <w:r>
        <w:rPr>
          <w:sz w:val="20"/>
        </w:rPr>
        <w:t>12:12  to maut se pehle ki dunya to dikhai de rahi hai, is ka nafa, is ka nuqsan, is</w:t>
      </w:r>
      <w:r>
        <w:br/>
      </w:r>
      <w:r>
        <w:rPr>
          <w:sz w:val="20"/>
        </w:rPr>
        <w:t>12:18  ka aaram, is ki takleef, is ki khushi, is ka gham, yeh sab dikhai de raha hai.</w:t>
      </w:r>
      <w:r>
        <w:br/>
      </w:r>
      <w:r>
        <w:rPr>
          <w:sz w:val="20"/>
        </w:rPr>
        <w:t>12:24  lekin maut ke baad ka jo khushi o gham hai, aaram o takleef hai, woh dikhai nahi deta.</w:t>
      </w:r>
      <w:r>
        <w:br/>
      </w:r>
      <w:r>
        <w:rPr>
          <w:sz w:val="20"/>
        </w:rPr>
        <w:t>12:31  to insaan ki kamzori hai ke woh dikhai dene wali cheezon mein jeeta hai.</w:t>
      </w:r>
      <w:r>
        <w:br/>
      </w:r>
      <w:r>
        <w:rPr>
          <w:sz w:val="20"/>
        </w:rPr>
        <w:t>12:37  isi liye quran mein hai ke "yominoon bil ghaib" .</w:t>
      </w:r>
      <w:r>
        <w:br/>
      </w:r>
      <w:r>
        <w:rPr>
          <w:sz w:val="20"/>
        </w:rPr>
        <w:t>12:43  jo apne mind, jo quran mein hai ke zaalik ki kitab la raha hai "fi huda al mutaqeen alladheen</w:t>
      </w:r>
      <w:r>
        <w:br/>
      </w:r>
      <w:r>
        <w:rPr>
          <w:sz w:val="20"/>
        </w:rPr>
        <w:t>12:50  yominoon bil ghaib" .</w:t>
      </w:r>
      <w:r>
        <w:br/>
      </w:r>
      <w:r>
        <w:rPr>
          <w:sz w:val="20"/>
        </w:rPr>
        <w:t>12:56  یومنون بالغیب مطلب یہ ہے کہ جو اپنا اپنے مائنڈ کو ڈیولپ کریں، intellectual awakening جس کے اندر</w:t>
      </w:r>
      <w:r>
        <w:br/>
      </w:r>
      <w:r>
        <w:rPr>
          <w:sz w:val="20"/>
        </w:rPr>
        <w:t>13:02  aa jaye, jis ka zehan hota hai, bedaar ho jaye, bedaar ho jaye ke jo dikhai nahi deta,</w:t>
      </w:r>
      <w:r>
        <w:br/>
      </w:r>
      <w:r>
        <w:rPr>
          <w:sz w:val="20"/>
        </w:rPr>
        <w:t>13:09  us par hi soche woh.</w:t>
      </w:r>
      <w:r>
        <w:br/>
      </w:r>
      <w:r>
        <w:rPr>
          <w:sz w:val="20"/>
        </w:rPr>
        <w:t>13:15  tab ja kar aisa hoga ke woh maut ki haqeeqat ko samjhenge aur maut ke baad wali</w:t>
      </w:r>
      <w:r>
        <w:br/>
      </w:r>
      <w:r>
        <w:rPr>
          <w:sz w:val="20"/>
        </w:rPr>
        <w:t>13:21  jo zindagi hai, us ke lehaz se apni zindagi ki pehle planning karenge.</w:t>
      </w:r>
      <w:r>
        <w:br/>
      </w:r>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p>
    <w:p>
      <w:pPr>
        <w:pStyle w:val="Heading2"/>
      </w:pPr>
      <w:r>
        <w:t>Obstacles to intuition in God realization</w:t>
      </w:r>
    </w:p>
    <w:p>
      <w:r>
        <w:rPr>
          <w:color w:val="666666"/>
          <w:sz w:val="18"/>
        </w:rPr>
        <w:t>Spirituality · Three levels of Realization July 4, 2010 · 1m 00s · at 1:53:45 · https://youtu.be/NtCTVVov3Nw?t=6825</w:t>
      </w:r>
    </w:p>
    <w:p>
      <w:r>
        <w:rPr>
          <w:i/>
        </w:rPr>
        <w:t>“What are the general obstacles to the third level of God realization, that is intuition?”</w:t>
      </w:r>
    </w:p>
    <w:p>
      <w:r>
        <w:rPr>
          <w:sz w:val="20"/>
        </w:rPr>
        <w:t>1:53:45  molana agla sawal hai miss naghma siddiqui ka from new delhi unhone likha hai what are the general obstacles to the third level of god realization that is intuition bhai apne apne conditioning ko</w:t>
      </w:r>
      <w:r>
        <w:br/>
      </w:r>
      <w:r>
        <w:rPr>
          <w:sz w:val="20"/>
        </w:rPr>
        <w:t>1:54:06  na samajhna aur us ko na todna</w:t>
      </w:r>
      <w:r>
        <w:br/>
      </w:r>
      <w:r>
        <w:rPr>
          <w:sz w:val="20"/>
        </w:rPr>
        <w:t>1:54:09  to deconditioning jo hai door hai aur conditioning jo hai is ka band darwaza hai conditioning se darwaza band hota hai deconditioning darwaza khulta hai yahi main samajh paya hoon har aadmi ka intuition yani intuition jo hai woh aise hi jaise ke mere doosre ke andar hai sirf yeh hote hain ke is ka layer jo hai hata diya jaye us ko yani band darwaze khol diya jaye</w:t>
      </w:r>
      <w:r>
        <w:br/>
      </w:r>
      <w:r>
        <w:rPr>
          <w:sz w:val="20"/>
        </w:rPr>
        <w:t>1:54:37  to main samajhta hoon conditioning jo hai woh darwaze ko band karti hai aur deconditioning darwaze khol deti hai</w:t>
      </w:r>
    </w:p>
    <w:p>
      <w:pPr>
        <w:pStyle w:val="Heading2"/>
      </w:pPr>
      <w:r>
        <w:t>Online vs in-person companionship for tazkiyah</w:t>
      </w:r>
    </w:p>
    <w:p>
      <w:r>
        <w:rPr>
          <w:color w:val="666666"/>
          <w:sz w:val="18"/>
        </w:rPr>
        <w:t>Spirituality · Personality of A Believer February 2, 2014 · 1m 27s · at 58:55 · https://youtu.be/EiK_-O-Bjps?t=3535</w:t>
      </w:r>
    </w:p>
    <w:p>
      <w:r>
        <w:rPr>
          <w:i/>
        </w:rPr>
        <w:t>“Can the required companionship for tazkiyah be obtained online or only in person?”</w:t>
      </w:r>
    </w:p>
    <w:p>
      <w:r>
        <w:rPr>
          <w:sz w:val="20"/>
        </w:rPr>
        <w:t>58:55  maulana, agla sawal raichur se hai zaheeruddin sahib ka. unhon ne likha hai: "tazkiya ke liye jo sohbat darkar hai, woh kya online bhi hasil ho sakti hai ya personally hi hasil hogi?"</w:t>
      </w:r>
      <w:r>
        <w:br/>
      </w:r>
      <w:r>
        <w:rPr>
          <w:sz w:val="20"/>
        </w:rPr>
        <w:t>59:13  dekhiye janab, personally hasil hoti hai, na kisi aur tareeqe se. rasool Allah ke zamane mein madine mein kai log the, rasool Allah ke paas baithte the, lekin munafiq reh gaye.</w:t>
      </w:r>
      <w:r>
        <w:br/>
      </w:r>
      <w:r>
        <w:rPr>
          <w:sz w:val="20"/>
        </w:rPr>
        <w:t>59:22  woh</w:t>
      </w:r>
      <w:r>
        <w:br/>
      </w:r>
      <w:r>
        <w:rPr>
          <w:sz w:val="20"/>
        </w:rPr>
        <w:t>59:26  yeh to sab log jante hain ke munafiq kyun baithte the rasool Allah ke paas, lekin phir bhi munafiq hi rahe. woh to sara mamla jo hai, aap ki apni receptivity ka hai,</w:t>
      </w:r>
      <w:r>
        <w:br/>
      </w:r>
      <w:r>
        <w:rPr>
          <w:sz w:val="20"/>
        </w:rPr>
        <w:t>59:40  apni akhaziyat ka hai,</w:t>
      </w:r>
      <w:r>
        <w:br/>
      </w:r>
      <w:r>
        <w:rPr>
          <w:sz w:val="20"/>
        </w:rPr>
        <w:t>59:43  khud apne andar kitna shaoori development aap ne kiya hai, us ka hai. agar aadmi ka zehan bohat zyada developed ho, us ke andar bohat zyada receptivity receptivity ho, to har cheez us ke liye sohbat ka faida degi.</w:t>
      </w:r>
      <w:r>
        <w:br/>
      </w:r>
      <w:r>
        <w:rPr>
          <w:sz w:val="20"/>
        </w:rPr>
        <w:t>1:00:01  har cheez, yani us ko koi us ka form nahi hai, form nahi hai.</w:t>
      </w:r>
      <w:r>
        <w:br/>
      </w:r>
      <w:r>
        <w:rPr>
          <w:sz w:val="20"/>
        </w:rPr>
        <w:t>1:00:12  har cheez hai. sara mamla depend karta hai is par ke intellectual development kisi ka kitna hua hai aur kitna receptive bana hai aadmi.</w:t>
      </w:r>
    </w:p>
    <w:p>
      <w:pPr>
        <w:pStyle w:val="Heading2"/>
      </w:pPr>
      <w:r>
        <w:t>Origin and source of thoughts</w:t>
      </w:r>
    </w:p>
    <w:p>
      <w:r>
        <w:rPr>
          <w:color w:val="666666"/>
          <w:sz w:val="18"/>
        </w:rPr>
        <w:t>Spirituality · The Problem of Evil December 4, 2011 · 2m 30s · at 1:08:42 · https://youtu.be/SMqtVjaGHfw?t=4122</w:t>
      </w:r>
    </w:p>
    <w:p>
      <w:r>
        <w:rPr>
          <w:i/>
        </w:rPr>
        <w:t>“Where do thoughts originate? What is their source? If I get sixty thoughts per second, where are they coming from?”</w:t>
      </w:r>
    </w:p>
    <w:p>
      <w:r>
        <w:rPr>
          <w:sz w:val="20"/>
        </w:rPr>
        <w:t>1:08:42  maulana, agla sawal aaya hai Mr Ramesh Jaswani ka, Delhi se. unhon ne likha hai: "from where do thoughts originate?</w:t>
      </w:r>
      <w:r>
        <w:br/>
      </w:r>
      <w:r>
        <w:rPr>
          <w:sz w:val="20"/>
        </w:rPr>
        <w:t>1:08:52  what is their source? if i get sixty thoughts per second, from where are they coming?" Maulana sahib, please tell me.</w:t>
      </w:r>
      <w:r>
        <w:br/>
      </w:r>
      <w:r>
        <w:rPr>
          <w:sz w:val="20"/>
        </w:rPr>
        <w:t>1:09:02  bhai, main to jahan tak samjha hoon, psychology bhi yahi kehti hai. psychology kya hai?</w:t>
      </w:r>
      <w:r>
        <w:br/>
      </w:r>
      <w:r>
        <w:rPr>
          <w:sz w:val="20"/>
        </w:rPr>
        <w:t>1:09:11  psychology yeh naam hai study of mind ka. study of mind ka naam psychology hai. to psychology bhi yahi kehti hai ke saare thoughts jo hain, pehle hi se aindah ke mind mein maujood hain.</w:t>
      </w:r>
      <w:r>
        <w:br/>
      </w:r>
      <w:r>
        <w:rPr>
          <w:sz w:val="20"/>
        </w:rPr>
        <w:t>1:09:27  aadmi kisi thought ko create nahi kar sakta. hum create nahi kar sakte. "you are not a creator". jis tarah se hum ek ek, jis tarah se hum ek chidiya ko nahi create kar sakte, hum thought ko bhi create nahi kar sakte.</w:t>
      </w:r>
      <w:r>
        <w:br/>
      </w:r>
      <w:r>
        <w:rPr>
          <w:sz w:val="20"/>
        </w:rPr>
        <w:t>1:09:43  to thought jo hai, sab ke sab mind mein bhare hue hain.</w:t>
      </w:r>
      <w:r>
        <w:br/>
      </w:r>
      <w:r>
        <w:rPr>
          <w:sz w:val="20"/>
        </w:rPr>
        <w:t>1:09:48  ab ab hota yeh hai ke hum ek ek duniya mein jeete hain jahan bohat cheezein hum suntay hain, dekhtay hain, parhtay hain. is se hum influence hotay hain.</w:t>
      </w:r>
      <w:r>
        <w:br/>
      </w:r>
      <w:r>
        <w:rPr>
          <w:sz w:val="20"/>
        </w:rPr>
        <w:t>1:09:58  is se action aur reaction aata hai. to hum apne thought ko recollect karte hain, us ko analyze karte hain.</w:t>
      </w:r>
      <w:r>
        <w:br/>
      </w:r>
      <w:r>
        <w:rPr>
          <w:sz w:val="20"/>
        </w:rPr>
        <w:t>1:10:07  is se ek naya thought emerge karta hai. to basically, main jahan tak main samajhta hoon ke ek ek to woh hai jo thought mein saari baatein maujood hain.</w:t>
      </w:r>
      <w:r>
        <w:br/>
      </w:r>
      <w:r>
        <w:rPr>
          <w:sz w:val="20"/>
        </w:rPr>
        <w:t>1:10:18  doosri yeh hai ke jo hum bahar observation se ya study se baaton ko letay hain, is se phir ek analysis, ek ek woh hota hai, ek ek nayi cheez emerge karti hai.</w:t>
      </w:r>
      <w:r>
        <w:br/>
      </w:r>
      <w:r>
        <w:rPr>
          <w:sz w:val="20"/>
        </w:rPr>
        <w:t>1:10:31  ek to is ko, yani yani is ko explain bilkul is tarah nahi kiya ja sakta jis tarike se do do char ke tarike se.</w:t>
      </w:r>
      <w:r>
        <w:br/>
      </w:r>
      <w:r>
        <w:rPr>
          <w:sz w:val="20"/>
        </w:rPr>
        <w:t>1:10:42  isi liye psychology ab tak koi is ko science nahi manta kyunke science ab tak psychology is tarah develop nahi hui hai jis tarah exact sciences jo develop hui</w:t>
      </w:r>
      <w:r>
        <w:br/>
      </w:r>
      <w:r>
        <w:rPr>
          <w:sz w:val="20"/>
        </w:rPr>
        <w:t>1:10:52  hain. is ko sirf samajhne ke liye maine yeh baatein kahi hain. baqi agar aap yeh chahein ke main mathematical sense mein is ko explain kar doon to yeh kisi ke liye possible nahi hai, na mere liye, na na aur na woh Freud ke liye.</w:t>
      </w:r>
    </w:p>
    <w:p>
      <w:pPr>
        <w:pStyle w:val="Heading2"/>
      </w:pPr>
      <w:r>
        <w:t>Origin of ego: mind or heart?</w:t>
      </w:r>
    </w:p>
    <w:p>
      <w:r>
        <w:rPr>
          <w:color w:val="666666"/>
          <w:sz w:val="18"/>
        </w:rPr>
        <w:t>Spirituality · The Problem of Evil December 4, 2011 · 1m 37s · at 1:07:05 · https://youtu.be/SMqtVjaGHfw?t=4025</w:t>
      </w:r>
    </w:p>
    <w:p>
      <w:r>
        <w:rPr>
          <w:i/>
        </w:rPr>
        <w:t>“We talk about ego a lot. I want to know from you, where does it originate from? Mind or heart?”</w:t>
      </w:r>
    </w:p>
    <w:p>
      <w:r>
        <w:rPr>
          <w:sz w:val="20"/>
        </w:rPr>
        <w:t>1:07:05  Maulana, agla sawal aaya hai Delhi se Mr. Aniket Verma ka. unhone aap se poocha hai ke Maulana sahib, "we talk about ego a lot.</w:t>
      </w:r>
      <w:r>
        <w:br/>
      </w:r>
      <w:r>
        <w:rPr>
          <w:sz w:val="20"/>
        </w:rPr>
        <w:t>1:07:16  i want to know from you, where does it originate from? mind or heart?"</w:t>
      </w:r>
      <w:r>
        <w:br/>
      </w:r>
      <w:r>
        <w:rPr>
          <w:sz w:val="20"/>
        </w:rPr>
        <w:t>1:07:24  dekhiye, yeh mind aur heart ka jo alag alag mind mante the log, ab woh khatam ho chuka hai.</w:t>
      </w:r>
      <w:r>
        <w:br/>
      </w:r>
      <w:r>
        <w:rPr>
          <w:sz w:val="20"/>
        </w:rPr>
        <w:t>1:07:33  ab mind hi sab kuch hai. soul bhi mind mein hai, heart bhi mind mein hai, yani thinking bhi mind mein, emotions mind mein.</w:t>
      </w:r>
      <w:r>
        <w:br/>
      </w:r>
      <w:r>
        <w:rPr>
          <w:sz w:val="20"/>
        </w:rPr>
        <w:t>1:07:42  har cheez ka jo source hai, woh mind hai. to alag kuch nahi hai mind se.</w:t>
      </w:r>
      <w:r>
        <w:br/>
      </w:r>
      <w:r>
        <w:rPr>
          <w:sz w:val="20"/>
        </w:rPr>
        <w:t>1:07:49  baqi jo ego hai, to har aadmi apne tajrube mein jaan sakta hai. ego aur consciousness ka mamla ke kahin aap ko andar se ek hota hai, repentance, repentance aata hai.</w:t>
      </w:r>
      <w:r>
        <w:br/>
      </w:r>
      <w:r>
        <w:rPr>
          <w:sz w:val="20"/>
        </w:rPr>
        <w:t>1:08:02  woh "that is phenomena of consciousness". kahin aata hai, aap provoke hote hain, ghussa hota hai ke "sab yeh karoon, woh karoon". "that is phenomena of".</w:t>
      </w:r>
      <w:r>
        <w:br/>
      </w:r>
      <w:r>
        <w:rPr>
          <w:sz w:val="20"/>
        </w:rPr>
        <w:t>1:08:11  to yeh to koi koi mystery nahi hai.</w:t>
      </w:r>
      <w:r>
        <w:br/>
      </w:r>
      <w:r>
        <w:rPr>
          <w:sz w:val="20"/>
        </w:rPr>
        <w:t>1:08:15  har aadmi apne tajrube mein samajh sakta hai ke insaan ke andar dono faculties hain: ego bhi aur consciousness bhi. aur chूंकि insaan test mein hai, to is liye zaroori tha ke dono faculties hon taake aadmi dekha jaye kaun woh aadmi hai jo ego ko follow nahi karta balkeh consciousness ko follow karta hai.</w:t>
      </w:r>
      <w:r>
        <w:br/>
      </w:r>
      <w:r>
        <w:rPr>
          <w:sz w:val="20"/>
        </w:rPr>
        <w:t>1:08:36  yeh to yeh to hona hi hona tha test ke liye.</w:t>
      </w:r>
    </w:p>
    <w:p>
      <w:pPr>
        <w:pStyle w:val="Heading2"/>
      </w:pPr>
      <w:r>
        <w:t>Origin of spiritual life</w:t>
      </w:r>
    </w:p>
    <w:p>
      <w:r>
        <w:rPr>
          <w:color w:val="666666"/>
          <w:sz w:val="18"/>
        </w:rPr>
        <w:t>Spirituality · Pillars of Western Thought October 6, 2013 · 3m 16s · at 1:10:03 · https://youtu.be/o4WfPvju5_M?t=4203</w:t>
      </w:r>
    </w:p>
    <w:p>
      <w:r>
        <w:rPr>
          <w:i/>
        </w:rPr>
        <w:t>“Where does spiritual life begin?”</w:t>
      </w:r>
    </w:p>
    <w:p>
      <w:r>
        <w:rPr>
          <w:sz w:val="20"/>
        </w:rPr>
        <w:t>1:10:03  maulana bhopal se shakeel sahib ne sawal kiya hai. unhon ne aap se poocha hai ke spiritual life ka aghaz kahan se hota hai? allah ki marifat se aghaz hota hai.</w:t>
      </w:r>
      <w:r>
        <w:br/>
      </w:r>
      <w:r>
        <w:rPr>
          <w:sz w:val="20"/>
        </w:rPr>
        <w:t>1:10:16  jab aap ko allah ki marifat ho jayegi to rohaniyat ayegi. isi rohaniyat ka naam hai spirituality.</w:t>
      </w:r>
      <w:r>
        <w:br/>
      </w:r>
      <w:r>
        <w:rPr>
          <w:sz w:val="20"/>
        </w:rPr>
        <w:t>1:10:26  allah ki marifat ke liye aap quran ko parhiye, rasool allah ko parhiye, hamari kitabein isi mozu par is ko parhiye. hamari kitab hai, kai kitabein isi mozu par hain.</w:t>
      </w:r>
      <w:r>
        <w:br/>
      </w:r>
      <w:r>
        <w:rPr>
          <w:sz w:val="20"/>
        </w:rPr>
        <w:t>1:10:38  to sach poochhein to aap mutala aur ghor o fikr se yeh sifat paida hogi. woh aap ko karna hoga.</w:t>
      </w:r>
      <w:r>
        <w:br/>
      </w:r>
      <w:r>
        <w:rPr>
          <w:sz w:val="20"/>
        </w:rPr>
        <w:t>1:10:48  koi is ka, koi is ka tilasmati formula nahi hai. maulana, un ka aik aur question hai.</w:t>
      </w:r>
      <w:r>
        <w:br/>
      </w:r>
      <w:r>
        <w:rPr>
          <w:sz w:val="20"/>
        </w:rPr>
        <w:t>1:10:58  unhon ne aap se poocha hai: "maulana sahib, please tell me, how can i become wise? is there any formula for a</w:t>
      </w:r>
      <w:r>
        <w:br/>
      </w:r>
      <w:r>
        <w:rPr>
          <w:sz w:val="20"/>
        </w:rPr>
        <w:t>1:11:06  t?" wise, khoob mutala kijiye. khoob aath dekhein, mutala karne ke liye aap ko yani bohat si cheezein chhodni padengi.</w:t>
      </w:r>
      <w:r>
        <w:br/>
      </w:r>
      <w:r>
        <w:rPr>
          <w:sz w:val="20"/>
        </w:rPr>
        <w:t>1:11:16  misal ke tor par aap yani waqt zaya karna chhod dijiye, destruction ko chhod dijiye, fazooliyat mein waqt guzarte hain log, is ko chhod dijiye. apne andar yani</w:t>
      </w:r>
      <w:r>
        <w:br/>
      </w:r>
      <w:r>
        <w:rPr>
          <w:sz w:val="20"/>
        </w:rPr>
        <w:t>1:11:30  ba-maqsad zindagi paida kijiye aur phir mutala kijiye.</w:t>
      </w:r>
      <w:r>
        <w:br/>
      </w:r>
      <w:r>
        <w:rPr>
          <w:sz w:val="20"/>
        </w:rPr>
        <w:t>1:11:34  log chahte hain ke apni zindagi ko badlen nahin aur phir un ko woh bhi wisdom bhi mil jae. to kaise milega? aap har aadmi galat aadaton mein phansa hua hai, har aadmi galat doston mein phansa hua hai, har aadmi in cheezon mein phansa hua hai jo har waqt distract karti hain us ko.</w:t>
      </w:r>
      <w:r>
        <w:br/>
      </w:r>
      <w:r>
        <w:rPr>
          <w:sz w:val="20"/>
        </w:rPr>
        <w:t>1:11:54  aur phir kehta hai: "mujhe wisdom chahiye." to price har cheez deni parti hai to milti</w:t>
      </w:r>
      <w:r>
        <w:br/>
      </w:r>
      <w:r>
        <w:rPr>
          <w:sz w:val="20"/>
        </w:rPr>
        <w:t>1:12:00  hai woh cheez. to wisdom bhi aap ko milegi jab jab us ko price den ge. aap price aise nahin milegi.</w:t>
      </w:r>
      <w:r>
        <w:br/>
      </w:r>
      <w:r>
        <w:rPr>
          <w:sz w:val="20"/>
        </w:rPr>
        <w:t>1:12:10  waise hamari chaar kitaben aap parh lijie: "raaz hayat", "taabeer hayat", "kitab zindagi", "rahnuma hayat".</w:t>
      </w:r>
      <w:r>
        <w:br/>
      </w:r>
      <w:r>
        <w:rPr>
          <w:sz w:val="20"/>
        </w:rPr>
        <w:t>1:12:19  is se inshallah aap ko bohat faida hoga.</w:t>
      </w:r>
    </w:p>
    <w:p>
      <w:pPr>
        <w:pStyle w:val="Heading2"/>
      </w:pPr>
      <w:r>
        <w:t>Overcoming Limitations to Discover Allah's Blessings</w:t>
      </w:r>
    </w:p>
    <w:p>
      <w:r>
        <w:rPr>
          <w:color w:val="666666"/>
          <w:sz w:val="18"/>
        </w:rPr>
        <w:t>Spirituality · Dars-e-Quran, Chapter 2, Verse 255 | December 24, 2017 · 3m 34s · at 53:06 · https://youtu.be/tKX0KUhUMnw?t=3186</w:t>
      </w:r>
    </w:p>
    <w:p>
      <w:r>
        <w:rPr>
          <w:i/>
        </w:rPr>
        <w:t>“Dada, how should we overcome our limitations and distractions to discover the blessings of Allah? Also, how can one reach the conceptual level to understand these blessings?”</w:t>
      </w:r>
    </w:p>
    <w:p>
      <w:r>
        <w:rPr>
          <w:sz w:val="20"/>
        </w:rPr>
        <w:t>53:06  maulana, agla sawal london se adnan khan ne bheja hai.</w:t>
      </w:r>
      <w:r>
        <w:br/>
      </w:r>
      <w:r>
        <w:rPr>
          <w:sz w:val="20"/>
        </w:rPr>
        <w:t>53:16  انہوں نے لکھا ہے: "دادا، how should we overcome our limitations and distractions to discover the blessings of</w:t>
      </w:r>
      <w:r>
        <w:br/>
      </w:r>
      <w:r>
        <w:rPr>
          <w:sz w:val="20"/>
        </w:rPr>
        <w:t>53:27  Allah? "Also, how can one reach the conceptual level to understand these blessings?" دیکھیے، حضرت مسیح کا ایک</w:t>
      </w:r>
      <w:r>
        <w:br/>
      </w:r>
      <w:r>
        <w:rPr>
          <w:sz w:val="20"/>
        </w:rPr>
        <w:t>53:38  waqia is ka bohat acha jawab hai.</w:t>
      </w:r>
      <w:r>
        <w:br/>
      </w:r>
      <w:r>
        <w:rPr>
          <w:sz w:val="20"/>
        </w:rPr>
        <w:t>53:48  hazrat maseeh ek, ek aap jante hain ke ek prophet of god thay.</w:t>
      </w:r>
      <w:r>
        <w:br/>
      </w:r>
      <w:r>
        <w:rPr>
          <w:sz w:val="20"/>
        </w:rPr>
        <w:t>53:59  to ek insan un ke paas aaya, hazrat maseeh ke paas ek aadmi aaya, us ne un ki baatein suni,</w:t>
      </w:r>
      <w:r>
        <w:br/>
      </w:r>
      <w:r>
        <w:rPr>
          <w:sz w:val="20"/>
        </w:rPr>
        <w:t>54:09  hazrat maseeh ki baatein suni.</w:t>
      </w:r>
      <w:r>
        <w:br/>
      </w:r>
      <w:r>
        <w:rPr>
          <w:sz w:val="20"/>
        </w:rPr>
        <w:t>54:16  to us ne kaha ke aap ne jo baatein kaheen, woh bohat achi baatein hain, lekin insan kaise</w:t>
      </w:r>
      <w:r>
        <w:br/>
      </w:r>
      <w:r>
        <w:rPr>
          <w:sz w:val="20"/>
        </w:rPr>
        <w:t>54:24  is ko achieve kare, aisi baaton ko is level par pohanche kaise? yeh to unhon ne bara ajeeb</w:t>
      </w:r>
      <w:r>
        <w:br/>
      </w:r>
      <w:r>
        <w:rPr>
          <w:sz w:val="20"/>
        </w:rPr>
        <w:t>54:31  jawab diya, bohat ajeeb</w:t>
      </w:r>
      <w:r>
        <w:br/>
      </w:r>
      <w:r>
        <w:rPr>
          <w:sz w:val="20"/>
        </w:rPr>
        <w:t>54:39  ke insan ke liye bilashuba mushkil hai, lekin Allah ke liye koi cheez mushkil nahi hai.</w:t>
      </w:r>
      <w:r>
        <w:br/>
      </w:r>
      <w:r>
        <w:rPr>
          <w:sz w:val="20"/>
        </w:rPr>
        <w:t>54:47  yani Allah ke liye, yani insan ke liye mushkil hai, magar Allah ke liye asan hai, khuda ke</w:t>
      </w:r>
      <w:r>
        <w:br/>
      </w:r>
      <w:r>
        <w:rPr>
          <w:sz w:val="20"/>
        </w:rPr>
        <w:t>54:54  liye aasan hai.</w:t>
      </w:r>
      <w:r>
        <w:br/>
      </w:r>
      <w:r>
        <w:rPr>
          <w:sz w:val="20"/>
        </w:rPr>
        <w:t>55:02  to main sochta hoon ke sab se aham cheez hai dua karna, aur dua karte hue Allah ke</w:t>
      </w:r>
      <w:r>
        <w:br/>
      </w:r>
      <w:r>
        <w:rPr>
          <w:sz w:val="20"/>
        </w:rPr>
        <w:t>55:10  tareeqon ko follow karna.</w:t>
      </w:r>
      <w:r>
        <w:br/>
      </w:r>
      <w:r>
        <w:rPr>
          <w:sz w:val="20"/>
        </w:rPr>
        <w:t>55:17  baqi jo cheezen hain, wo to apne aap hi Allah ki tofeeq se aati hain.</w:t>
      </w:r>
      <w:r>
        <w:br/>
      </w:r>
      <w:r>
        <w:rPr>
          <w:sz w:val="20"/>
        </w:rPr>
        <w:t>55:25  hazrat maseeh alaihissalam ka jo jawab hai ke insaan ke liye mushkil hai, magar insaan Allah ke</w:t>
      </w:r>
      <w:r>
        <w:br/>
      </w:r>
      <w:r>
        <w:rPr>
          <w:sz w:val="20"/>
        </w:rPr>
        <w:t>55:33  liye to aasan hai, yeh bohat hi zabardast jawab hai, aur har soorat-e-haal mein woh apply hota hai.</w:t>
      </w:r>
      <w:r>
        <w:br/>
      </w:r>
      <w:r>
        <w:rPr>
          <w:sz w:val="20"/>
        </w:rPr>
        <w:t>55:40  maulana, kuch aur comment parhna chahenge jo abhi abhi aaye hain.</w:t>
      </w:r>
      <w:r>
        <w:br/>
      </w:r>
      <w:r>
        <w:rPr>
          <w:sz w:val="20"/>
        </w:rPr>
        <w:t>55:45  miss shabina ali ne kolkata se comment bheja hai.</w:t>
      </w:r>
      <w:r>
        <w:br/>
      </w:r>
      <w:r>
        <w:rPr>
          <w:sz w:val="20"/>
        </w:rPr>
        <w:t>55:50  انہوں نے لکھا ہے: "The concept of conceptual thinking is so, is so apt to understand and discover</w:t>
      </w:r>
      <w:r>
        <w:br/>
      </w:r>
      <w:r>
        <w:rPr>
          <w:sz w:val="20"/>
        </w:rPr>
        <w:t>55:55  da living god.</w:t>
      </w:r>
      <w:r>
        <w:br/>
      </w:r>
      <w:r>
        <w:rPr>
          <w:sz w:val="20"/>
        </w:rPr>
        <w:t>56:00  one has to develop and take it itself to that height and intellectual level to actually experience the</w:t>
      </w:r>
      <w:r>
        <w:br/>
      </w:r>
      <w:r>
        <w:rPr>
          <w:sz w:val="20"/>
        </w:rPr>
        <w:t>56:05  mind-boggling presence of the Creator in</w:t>
      </w:r>
      <w:r>
        <w:br/>
      </w:r>
      <w:r>
        <w:rPr>
          <w:sz w:val="20"/>
        </w:rPr>
        <w:t>56:10  each of his creation, be it a lion or a solar system.</w:t>
      </w:r>
      <w:r>
        <w:br/>
      </w:r>
      <w:r>
        <w:rPr>
          <w:sz w:val="20"/>
        </w:rPr>
        <w:t>56:16  jazak Allah maulana sahib for the enlightening session." mehtab sahib ne dhampur se likha hai: "maulana sahib, very</w:t>
      </w:r>
      <w:r>
        <w:br/>
      </w:r>
      <w:r>
        <w:rPr>
          <w:sz w:val="20"/>
        </w:rPr>
        <w:t>56:22  Nice explanation of a moment picture in your lecture.</w:t>
      </w:r>
      <w:r>
        <w:br/>
      </w:r>
      <w:r>
        <w:rPr>
          <w:sz w:val="20"/>
        </w:rPr>
        <w:t>56:28  jazak Allah." maulana, ek comment aaya hai bombay se, muhammad rafi choghale sahib ne bheja hai, aur woh</w:t>
      </w:r>
      <w:r>
        <w:br/>
      </w:r>
      <w:r>
        <w:rPr>
          <w:sz w:val="20"/>
        </w:rPr>
        <w:t>56:34  comment ek tareeqe se</w:t>
      </w:r>
    </w:p>
    <w:p>
      <w:pPr>
        <w:pStyle w:val="Heading2"/>
      </w:pPr>
      <w:r>
        <w:t>Overcoming Sin Despite God's Awareness</w:t>
      </w:r>
    </w:p>
    <w:p>
      <w:r>
        <w:rPr>
          <w:color w:val="666666"/>
          <w:sz w:val="18"/>
        </w:rPr>
        <w:t>Spirituality · 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Overcoming devil's distraction from Quran and Hadith</w:t>
      </w:r>
    </w:p>
    <w:p>
      <w:r>
        <w:rPr>
          <w:color w:val="666666"/>
          <w:sz w:val="18"/>
        </w:rPr>
        <w:t>Spirituality · Prophetic Model February 16, 2014 · 1m 50s · at 1:02:44 · https://youtu.be/ypIIqSmExzk?t=3764</w:t>
      </w:r>
    </w:p>
    <w:p>
      <w:r>
        <w:rPr>
          <w:i/>
        </w:rPr>
        <w:t>“We intend to live our life according to Quran and Hadith. But the devil inside us always takes us away from leading such life. Though our intention is to fight with the devil and take ourselves on the right path, still devil proves to be a winner and leads to distraction and ultimately takes us back to the start.”</w:t>
      </w:r>
    </w:p>
    <w:p>
      <w:r>
        <w:rPr>
          <w:sz w:val="20"/>
        </w:rPr>
        <w:t>1:02:44  maulana agla sawal kashmir se hai aamir junaid mori sahib ka. unhon ne likha hai: "maulana we intend to live our life according to quran and hadith.</w:t>
      </w:r>
      <w:r>
        <w:br/>
      </w:r>
      <w:r>
        <w:rPr>
          <w:sz w:val="20"/>
        </w:rPr>
        <w:t>1:02:57  but the devil inside us always takes us away from leading such life. though our intention is to fight with the devil and take ourselves on theright path.</w:t>
      </w:r>
      <w:r>
        <w:br/>
      </w:r>
      <w:r>
        <w:rPr>
          <w:sz w:val="20"/>
        </w:rPr>
        <w:t>1:03:10  but still devil proves to be a winner and leads to the distraction and ultimately takes us back to the start.</w:t>
      </w:r>
      <w:r>
        <w:br/>
      </w:r>
      <w:r>
        <w:rPr>
          <w:sz w:val="20"/>
        </w:rPr>
        <w:t>1:03:20  kindly suggest the way of action so that we can beat the devil inside us and lead purely the islamic life." dekhiye yeh baat sahi nahin hai.</w:t>
      </w:r>
      <w:r>
        <w:br/>
      </w:r>
      <w:r>
        <w:rPr>
          <w:sz w:val="20"/>
        </w:rPr>
        <w:t>1:03:31  yaani aap chahein aur aur phir bhi aap shaitan aap ko ghaseet le jaye. yeh to possible nahin hai.</w:t>
      </w:r>
      <w:r>
        <w:br/>
      </w:r>
      <w:r>
        <w:rPr>
          <w:sz w:val="20"/>
        </w:rPr>
        <w:t>1:03:41  is matlab ke determination ki kami hai. azm ki kami hai. yaqeen ki kami hai. to aap study kijiye quran ka hadith ki kitabon ka apne yaqeen ko badhaiye.</w:t>
      </w:r>
      <w:r>
        <w:br/>
      </w:r>
      <w:r>
        <w:rPr>
          <w:sz w:val="20"/>
        </w:rPr>
        <w:t>1:03:53  yeh dekhiye namumkin baat hai ke waqeatan aap determination ke sath tay karein aur shaitan ko idhar se udhar kheench le jayein. yeh to ho nahin sakta.</w:t>
      </w:r>
      <w:r>
        <w:br/>
      </w:r>
      <w:r>
        <w:rPr>
          <w:sz w:val="20"/>
        </w:rPr>
        <w:t>1:04:03  kami aap ke shaitan ka masla nahin hai. yeh masla yaad rakhiye shaitan ka aap ke determination mein kami ka hai.</w:t>
      </w:r>
      <w:r>
        <w:br/>
      </w:r>
      <w:r>
        <w:rPr>
          <w:sz w:val="20"/>
        </w:rPr>
        <w:t>1:04:12  azm mein kami ka hai. yaqeen mein kami ka hai. conviction mein kami ka hai. is ko door kijiye. aur is ka tareeqa hai mutala. quran ko padhiye.</w:t>
      </w:r>
      <w:r>
        <w:br/>
      </w:r>
      <w:r>
        <w:rPr>
          <w:sz w:val="20"/>
        </w:rPr>
        <w:t>1:04:21  hadithon ko padhiye. sahaba ke waqiyat ko padhiye. hamari jo kitabein hain is ko padhiye. taake aap ka yaqeen badhe. jab yaqeen badhega to woh apne aap sab khatm ho jayega.</w:t>
      </w:r>
    </w:p>
    <w:p>
      <w:pPr>
        <w:pStyle w:val="Heading2"/>
      </w:pPr>
      <w:r>
        <w:t>Overcoming fear of God from childhood</w:t>
      </w:r>
    </w:p>
    <w:p>
      <w:r>
        <w:rPr>
          <w:color w:val="666666"/>
          <w:sz w:val="18"/>
        </w:rPr>
        <w:t>Spirituality · The Culture of People of Paradise January 06, 2019 Maulana Wahiduddin Khan · 2m 18s · at 58:06 · https://youtu.be/rFExua9zntM?t=3486</w:t>
      </w:r>
    </w:p>
    <w:p>
      <w:r>
        <w:rPr>
          <w:i/>
        </w:rPr>
        <w:t>“We have been taught from childhood to fear God. How can we overcome this?”</w:t>
      </w:r>
    </w:p>
    <w:p>
      <w:r>
        <w:rPr>
          <w:sz w:val="20"/>
        </w:rPr>
        <w:t>58:06  woh weak nahin hai kyunke iska ek known target hai: khaliq ki qurbat. maulana, agla sawal sydney, australia se khalid idrees sahib ne kiya hai.</w:t>
      </w:r>
      <w:r>
        <w:br/>
      </w:r>
      <w:r>
        <w:rPr>
          <w:sz w:val="20"/>
        </w:rPr>
        <w:t>58:23  unhon ne likha hai ke maulana sahib, hamein bachpan se khuda se darna sikhaya gaya hai. is cheez ko hum kaise overcome karen, is ke bare mein bataen.</w:t>
      </w:r>
      <w:r>
        <w:br/>
      </w:r>
      <w:r>
        <w:rPr>
          <w:sz w:val="20"/>
        </w:rPr>
        <w:t>58:36  dekhen, darna ke maani woh nahin jaise ke aap saanp machhli darte hain. is ke maani hain khuda ko apna soul consent banana.</w:t>
      </w:r>
      <w:r>
        <w:br/>
      </w:r>
      <w:r>
        <w:rPr>
          <w:sz w:val="20"/>
        </w:rPr>
        <w:t>58:50  taqwa ka matlab hai khuda ko apna consent banana. woh nahin hai ke saanp</w:t>
      </w:r>
      <w:r>
        <w:br/>
      </w:r>
      <w:r>
        <w:rPr>
          <w:sz w:val="20"/>
        </w:rPr>
        <w:t>58:59  saanp bacho! to woh kahan hai? woh saanp bacho kahan hai jise dare hain? aisa to saanp bacho hai hi nahin! aisa saanp bacho to hai hi nahin!</w:t>
      </w:r>
      <w:r>
        <w:br/>
      </w:r>
      <w:r>
        <w:rPr>
          <w:sz w:val="20"/>
        </w:rPr>
        <w:t>59:11  to woh consent ke maani hain ke sab is ka beginning jo hai, jo taqwa ki beginning hai, woh hai "alhamdulillah".</w:t>
      </w:r>
      <w:r>
        <w:br/>
      </w:r>
      <w:r>
        <w:rPr>
          <w:sz w:val="20"/>
        </w:rPr>
        <w:t>59:25  yani allah ki blessing ka ehsaas, allah ki blessing ko discover kar ke jo allah se nemmat, allah ki blessing ko discover kar ke jo mizaj banta hai, woh paida karna hai apne andar.</w:t>
      </w:r>
      <w:r>
        <w:br/>
      </w:r>
      <w:r>
        <w:rPr>
          <w:sz w:val="20"/>
        </w:rPr>
        <w:t>59:42  aap ek lafz ko na len, pure quran ko padhen</w:t>
      </w:r>
      <w:r>
        <w:br/>
      </w:r>
      <w:r>
        <w:rPr>
          <w:sz w:val="20"/>
        </w:rPr>
        <w:t>59:48  to isi ko doosre lafzon mein farmaya hai ke "walladhi na'manna ashaddu lillah". "walladhi na'manna ashaddu lillah" yani allah ka taqwa jiske andar ho, uske andar allah ki mohabbat bohat zyada hogi, ho jayegi.</w:t>
      </w:r>
      <w:r>
        <w:br/>
      </w:r>
      <w:r>
        <w:rPr>
          <w:sz w:val="20"/>
        </w:rPr>
        <w:t>1:00:08  kyunke woh, kyunke woh jo hai allah ka ki discovery, woh sari ki sari base karti hai blessing par, nemmat par, inaam par.</w:t>
      </w:r>
    </w:p>
    <w:p>
      <w:pPr>
        <w:pStyle w:val="Heading2"/>
      </w:pPr>
      <w:r>
        <w:t>Overcoming obsessions and achieving peace</w:t>
      </w:r>
    </w:p>
    <w:p>
      <w:r>
        <w:rPr>
          <w:color w:val="666666"/>
          <w:sz w:val="18"/>
        </w:rPr>
        <w:t>Spirituality · Story of the Prophet Yusuf May 11, 2014 Maulana Wahiduddin Khan · 1m 13s · at 1:02:19 · https://youtu.be/2alsBthUWhw?t=3739</w:t>
      </w:r>
    </w:p>
    <w:p>
      <w:r>
        <w:rPr>
          <w:i/>
        </w:rPr>
        <w:t>“Please advise us how we can come out of our obsessions. I think I am still far away from the obsession-free state.”</w:t>
      </w:r>
    </w:p>
    <w:p>
      <w:r>
        <w:rPr>
          <w:sz w:val="20"/>
        </w:rPr>
        <w:t>1:02:19  maulana agla sawal roorkee se kya hai sajid anwar sahib ne</w:t>
      </w:r>
      <w:r>
        <w:br/>
      </w:r>
      <w:r>
        <w:rPr>
          <w:sz w:val="20"/>
        </w:rPr>
        <w:t>1:02:24  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r>
        <w:br/>
      </w:r>
      <w:r>
        <w:rPr>
          <w:sz w:val="20"/>
        </w:rPr>
        <w:t>1:02:51  theek kar deta hai yeh sara mamla aadmi ko khud karna parta hai yeh self operation hai</w:t>
      </w:r>
      <w:r>
        <w:br/>
      </w:r>
      <w:r>
        <w:rPr>
          <w:sz w:val="20"/>
        </w:rPr>
        <w:t>1:03:00  operation theatre mein to ek surgeon aata hai woh surgeon operation karta hai lekin yeh jo mamlaat hain yeh yeh self operation ke ka mamlaat hain khud hi sochna hai khud hi ek ek cheez ko discover karna hai aur khud hi us ko phir operate karna hai</w:t>
      </w:r>
      <w:r>
        <w:br/>
      </w:r>
      <w:r>
        <w:rPr>
          <w:sz w:val="20"/>
        </w:rPr>
        <w:t>1:03:20  yeh poora process jo hai yeh self operation ka process hai koi doosra is mein koi doosra tareeqa nahi</w:t>
      </w:r>
    </w:p>
    <w:p>
      <w:pPr>
        <w:pStyle w:val="Heading2"/>
      </w:pPr>
      <w:r>
        <w:t>Paradise through intellectual revolution</w:t>
      </w:r>
    </w:p>
    <w:p>
      <w:r>
        <w:rPr>
          <w:color w:val="666666"/>
          <w:sz w:val="18"/>
        </w:rPr>
        <w:t>Spirituality · The Road to Paradise December 11, 2016 · 1m 18s · at 51:37 · https://youtu.be/iW2QmcY1_yU?t=3097</w:t>
      </w:r>
    </w:p>
    <w:p>
      <w:r>
        <w:rPr>
          <w:i/>
        </w:rPr>
        <w:t>“After reading your books and listening to your talks, I have come to the conclusion that gaining an entry into paradise is a result of intellectual revolution which a person...”</w:t>
      </w:r>
    </w:p>
    <w:p>
      <w:r>
        <w:rPr>
          <w:sz w:val="20"/>
        </w:rPr>
        <w:t>51:37  ji, Maulana sahib, agla sawal kya hai Lucknow se shabbir sahib ne.</w:t>
      </w:r>
      <w:r>
        <w:br/>
      </w:r>
      <w:r>
        <w:rPr>
          <w:sz w:val="20"/>
        </w:rPr>
        <w:t>51:44  unhone likha hai: "Maulana sahib after reading your books and listening to your talks, I have come</w:t>
      </w:r>
      <w:r>
        <w:br/>
      </w:r>
      <w:r>
        <w:rPr>
          <w:sz w:val="20"/>
        </w:rPr>
        <w:t>51:50  to the conclusion that gaining an entry into paradise is a result of intellectual revolution which a person</w:t>
      </w:r>
      <w:r>
        <w:br/>
      </w:r>
      <w:r>
        <w:rPr>
          <w:sz w:val="20"/>
        </w:rPr>
        <w:t>51:57  undertakes in one's life and which makes the person positive.</w:t>
      </w:r>
      <w:r>
        <w:br/>
      </w:r>
      <w:r>
        <w:rPr>
          <w:sz w:val="20"/>
        </w:rPr>
        <w:t>52:03  It is this positive personality that enables the person to qualify for paradise.</w:t>
      </w:r>
      <w:r>
        <w:br/>
      </w:r>
      <w:r>
        <w:rPr>
          <w:sz w:val="20"/>
        </w:rPr>
        <w:t>52:10  But many Muslims I know say that following basic tenets of Islam like namaz, roza, etc.</w:t>
      </w:r>
      <w:r>
        <w:br/>
      </w:r>
      <w:r>
        <w:rPr>
          <w:sz w:val="20"/>
        </w:rPr>
        <w:t>52:16  or doing مراقبہ is enough to get an entry into paradise.</w:t>
      </w:r>
      <w:r>
        <w:br/>
      </w:r>
      <w:r>
        <w:rPr>
          <w:sz w:val="20"/>
        </w:rPr>
        <w:t>52:23  I want to know what is your perspective on this." dekhiye, mera perspective koi alag nahi hai, wahi hai.</w:t>
      </w:r>
      <w:r>
        <w:br/>
      </w:r>
      <w:r>
        <w:rPr>
          <w:sz w:val="20"/>
        </w:rPr>
        <w:t>52:30  farq yeh hai ke musalmanon ne namaz o roze ko bas ek form le liya, form, rasmi form.</w:t>
      </w:r>
      <w:r>
        <w:br/>
      </w:r>
      <w:r>
        <w:rPr>
          <w:sz w:val="20"/>
        </w:rPr>
        <w:t>52:36  mein is ko leta hoon is ki spirit ke aitbaar se, yahi farq hai.</w:t>
      </w:r>
      <w:r>
        <w:br/>
      </w:r>
      <w:r>
        <w:rPr>
          <w:sz w:val="20"/>
        </w:rPr>
        <w:t>52:43  namaz, roza, haj yeh le liya unhon ne form ke aitbar se, main leta hoon spirit ke aitbar se.</w:t>
      </w:r>
      <w:r>
        <w:br/>
      </w:r>
      <w:r>
        <w:rPr>
          <w:sz w:val="20"/>
        </w:rPr>
        <w:t>52:49  bas yeh hai mamla aur koi aur koi farq nahi hai.</w:t>
      </w:r>
    </w:p>
    <w:p>
      <w:pPr>
        <w:pStyle w:val="Heading2"/>
      </w:pPr>
      <w:r>
        <w:t>Paying heed to divine voice</w:t>
      </w:r>
    </w:p>
    <w:p>
      <w:r>
        <w:rPr>
          <w:color w:val="666666"/>
          <w:sz w:val="18"/>
        </w:rPr>
        <w:t>Spirituality · Divine Help January 04, 2015 · 4m 29s · at 1:09:03 · https://youtu.be/IsFIb5jI5u8?t=4143</w:t>
      </w:r>
    </w:p>
    <w:p>
      <w:r>
        <w:rPr>
          <w:i/>
        </w:rPr>
        <w:t>“Maulana, please advise as to how we can pay heed to the divine voice so that I can decide my course of direction.”</w:t>
      </w:r>
    </w:p>
    <w:p>
      <w:r>
        <w:rPr>
          <w:sz w:val="20"/>
        </w:rPr>
        <w:t>1:09:03  maulana, agla sawal dilli se kiya hai maulana farhad sahab ne aur unhon ne aap se poocha hai</w:t>
      </w:r>
      <w:r>
        <w:br/>
      </w:r>
      <w:r>
        <w:rPr>
          <w:sz w:val="20"/>
        </w:rPr>
        <w:t>1:09:08  کہ مولانا Please advise as to how we can pay heed to the divine voice so that I</w:t>
      </w:r>
      <w:r>
        <w:br/>
      </w:r>
      <w:r>
        <w:rPr>
          <w:sz w:val="20"/>
        </w:rPr>
        <w:t>1:09:13  can decide my course of direction.</w:t>
      </w:r>
      <w:r>
        <w:br/>
      </w:r>
      <w:r>
        <w:rPr>
          <w:sz w:val="20"/>
        </w:rPr>
        <w:t>1:09:19  dekhiye, sab se bara jo rok hai woh woh hai distraction.</w:t>
      </w:r>
      <w:r>
        <w:br/>
      </w:r>
      <w:r>
        <w:rPr>
          <w:sz w:val="20"/>
        </w:rPr>
        <w:t>1:09:23  sare log distraction mein phanse hue hain.</w:t>
      </w:r>
      <w:r>
        <w:br/>
      </w:r>
      <w:r>
        <w:rPr>
          <w:sz w:val="20"/>
        </w:rPr>
        <w:t>1:09:28  to jab tak aap apne ko yani alag kar ke nahi sochen ge, tab tak aap baton ko</w:t>
      </w:r>
      <w:r>
        <w:br/>
      </w:r>
      <w:r>
        <w:rPr>
          <w:sz w:val="20"/>
        </w:rPr>
        <w:t>1:09:33  samajh nahi sakte.</w:t>
      </w:r>
      <w:r>
        <w:br/>
      </w:r>
      <w:r>
        <w:rPr>
          <w:sz w:val="20"/>
        </w:rPr>
        <w:t>1:09:37  har aadmi kahin na kahin distract ho raha hai, kahin na kahin distract ho raha hai, subah sham raat din.</w:t>
      </w:r>
      <w:r>
        <w:br/>
      </w:r>
      <w:r>
        <w:rPr>
          <w:sz w:val="20"/>
        </w:rPr>
        <w:t>1:09:42  ab dekhen, jaise aaj maine aap ko misaal di ke subah mein fajar mein utha to achaanak</w:t>
      </w:r>
      <w:r>
        <w:br/>
      </w:r>
      <w:r>
        <w:rPr>
          <w:sz w:val="20"/>
        </w:rPr>
        <w:t>1:09:47  ek ek ek ayat ka woh mafhoom mere zehen mein aa gaya jo puri tareekh mein kisi ne</w:t>
      </w:r>
      <w:r>
        <w:br/>
      </w:r>
      <w:r>
        <w:rPr>
          <w:sz w:val="20"/>
        </w:rPr>
        <w:t>1:09:52  kisi ne daryaft hi nahi kiya.</w:t>
      </w:r>
      <w:r>
        <w:br/>
      </w:r>
      <w:r>
        <w:rPr>
          <w:sz w:val="20"/>
        </w:rPr>
        <w:t>1:09:56  aap sari tafsirien parh daliye is ayat ki فَأَصَابَكُمْ غَمًّا بِغَمٍ is mein jo baat bataen ge, woh</w:t>
      </w:r>
      <w:r>
        <w:br/>
      </w:r>
      <w:r>
        <w:rPr>
          <w:sz w:val="20"/>
        </w:rPr>
        <w:t>1:10:01  salbi hogi, negative hogi, manfi hogi.</w:t>
      </w:r>
      <w:r>
        <w:br/>
      </w:r>
      <w:r>
        <w:rPr>
          <w:sz w:val="20"/>
        </w:rPr>
        <w:t>1:10:06  positive aspect nahi hoga ke tum apne minus ko plus mein convert karo, tum negativity ko positivity mein convert karo.</w:t>
      </w:r>
      <w:r>
        <w:br/>
      </w:r>
      <w:r>
        <w:rPr>
          <w:sz w:val="20"/>
        </w:rPr>
        <w:t>1:10:11  yeh kisi ne likha hi nahi hai.</w:t>
      </w:r>
      <w:r>
        <w:br/>
      </w:r>
      <w:r>
        <w:rPr>
          <w:sz w:val="20"/>
        </w:rPr>
        <w:t>1:10:15  to chounke main apne ko involve kiya, maine sari zindagi Allah mein aur Quran mein aur hadith</w:t>
      </w:r>
      <w:r>
        <w:br/>
      </w:r>
      <w:r>
        <w:rPr>
          <w:sz w:val="20"/>
        </w:rPr>
        <w:t>1:10:20  mein involve kiya, isi mein jeena, isi mein sona, isi mein jaagna, subah shaam.</w:t>
      </w:r>
      <w:r>
        <w:br/>
      </w:r>
      <w:r>
        <w:rPr>
          <w:sz w:val="20"/>
        </w:rPr>
        <w:t>1:10:25  to is ki wajah se yeh baatein mere mind mein aati rehti hain.</w:t>
      </w:r>
      <w:r>
        <w:br/>
      </w:r>
      <w:r>
        <w:rPr>
          <w:sz w:val="20"/>
        </w:rPr>
        <w:t>1:10:29  achanak hi woh achanak nahi aayi, woh barson barson ka jo process ho raha tha mere mind mein,</w:t>
      </w:r>
      <w:r>
        <w:br/>
      </w:r>
      <w:r>
        <w:rPr>
          <w:sz w:val="20"/>
        </w:rPr>
        <w:t>1:10:34  woh saamne aa gaya.</w:t>
      </w:r>
      <w:r>
        <w:br/>
      </w:r>
      <w:r>
        <w:rPr>
          <w:sz w:val="20"/>
        </w:rPr>
        <w:t>1:10:39  yani woh woh ek lambe process ka culmination tha.</w:t>
      </w:r>
      <w:r>
        <w:br/>
      </w:r>
      <w:r>
        <w:rPr>
          <w:sz w:val="20"/>
        </w:rPr>
        <w:t>1:10:44  to us waqt koi is tarah koi kar nahi pata, to nahi kar pata.</w:t>
      </w:r>
      <w:r>
        <w:br/>
      </w:r>
      <w:r>
        <w:rPr>
          <w:sz w:val="20"/>
        </w:rPr>
        <w:t>1:10:48  to aap kam az kam meri kitabein padhiye aap.</w:t>
      </w:r>
      <w:r>
        <w:br/>
      </w:r>
      <w:r>
        <w:rPr>
          <w:sz w:val="20"/>
        </w:rPr>
        <w:t>1:10:53  yeh jo maine aaj jo baat maine kahi is ayat ke bare mein, sari aap tafaseer</w:t>
      </w:r>
      <w:r>
        <w:br/>
      </w:r>
      <w:r>
        <w:rPr>
          <w:sz w:val="20"/>
        </w:rPr>
        <w:t>1:10:58  padh daaliye, sari tafaseer.</w:t>
      </w:r>
      <w:r>
        <w:br/>
      </w:r>
      <w:r>
        <w:rPr>
          <w:sz w:val="20"/>
        </w:rPr>
        <w:t>1:11:03  kisi mein nahi milega ke iska ek ek yeh iska yeh mafhoom ke tum apne</w:t>
      </w:r>
      <w:r>
        <w:br/>
      </w:r>
      <w:r>
        <w:rPr>
          <w:sz w:val="20"/>
        </w:rPr>
        <w:t>1:11:07  minus points ko plus points banao, apni negativity ko positivity mein convert karo, manfi ko musbat banao.</w:t>
      </w:r>
      <w:r>
        <w:br/>
      </w:r>
      <w:r>
        <w:rPr>
          <w:sz w:val="20"/>
        </w:rPr>
        <w:t>1:11:12  ab is ki wajah se ayat kitni oonchi ho jati hai, kitni azeem ban jati hai.</w:t>
      </w:r>
      <w:r>
        <w:br/>
      </w:r>
      <w:r>
        <w:rPr>
          <w:sz w:val="20"/>
        </w:rPr>
        <w:t>1:11:17  lekin kisi ne likha hi nahi hai.</w:t>
      </w:r>
      <w:r>
        <w:br/>
      </w:r>
      <w:r>
        <w:rPr>
          <w:sz w:val="20"/>
        </w:rPr>
        <w:t>1:11:22  to wajah yeh hai ke bachpan se mere andar kya hai? Soch, soch, soch, sochna hi mera yani</w:t>
      </w:r>
      <w:r>
        <w:br/>
      </w:r>
      <w:r>
        <w:rPr>
          <w:sz w:val="20"/>
        </w:rPr>
        <w:t>1:11:26  mutalea karna aur sochna, padhna aur sochna.</w:t>
      </w:r>
      <w:r>
        <w:br/>
      </w:r>
      <w:r>
        <w:rPr>
          <w:sz w:val="20"/>
        </w:rPr>
        <w:t>1:11:31  to mere mind mein har waqt ek process chalta raha tha, press process.</w:t>
      </w:r>
      <w:r>
        <w:br/>
      </w:r>
      <w:r>
        <w:rPr>
          <w:sz w:val="20"/>
        </w:rPr>
        <w:t>1:11:36  to is ayat ko le kar jo process chal raha tha barson se, iska culmination tha ke</w:t>
      </w:r>
      <w:r>
        <w:br/>
      </w:r>
      <w:r>
        <w:rPr>
          <w:sz w:val="20"/>
        </w:rPr>
        <w:t>1:11:40  aaj subah mere zehan achanak yeh mafhoom mere zehan mein aa gaya.</w:t>
      </w:r>
      <w:r>
        <w:br/>
      </w:r>
      <w:r>
        <w:rPr>
          <w:sz w:val="20"/>
        </w:rPr>
        <w:t>1:11:45  to ya to aap to aap kisi ke paas yeh mauqa nahi hai ke woh aisa kare.</w:t>
      </w:r>
      <w:r>
        <w:br/>
      </w:r>
      <w:r>
        <w:rPr>
          <w:sz w:val="20"/>
        </w:rPr>
        <w:t>1:11:50  to theek hai, ab main hamari kitabein padhiye.</w:t>
      </w:r>
      <w:r>
        <w:br/>
      </w:r>
      <w:r>
        <w:rPr>
          <w:sz w:val="20"/>
        </w:rPr>
        <w:t>1:11:55  main yeh nahi kehta ke aap bhi har shakhs meri tareeqe se sacrifice karein.</w:t>
      </w:r>
      <w:r>
        <w:br/>
      </w:r>
      <w:r>
        <w:rPr>
          <w:sz w:val="20"/>
        </w:rPr>
        <w:t>1:11:59  lekin yeh to kar sakta hai ke meri kitabein parhein aap.</w:t>
      </w:r>
      <w:r>
        <w:br/>
      </w:r>
      <w:r>
        <w:rPr>
          <w:sz w:val="20"/>
        </w:rPr>
        <w:t>1:12:04  to meri kitabein kyun nahin parhte aap? to mein apne har saathi ko aur doosre logon ko bhi</w:t>
      </w:r>
      <w:r>
        <w:br/>
      </w:r>
      <w:r>
        <w:rPr>
          <w:sz w:val="20"/>
        </w:rPr>
        <w:t>1:12:09  jo seekhr hain, un ko kahoon ga ke hamari kitabon ko aap bohat ziyada study kijiye aur sari</w:t>
      </w:r>
      <w:r>
        <w:br/>
      </w:r>
      <w:r>
        <w:rPr>
          <w:sz w:val="20"/>
        </w:rPr>
        <w:t>1:12:14  kitabein parhiye aap.</w:t>
      </w:r>
      <w:r>
        <w:br/>
      </w:r>
      <w:r>
        <w:rPr>
          <w:sz w:val="20"/>
        </w:rPr>
        <w:t>1:12:18  koi aik yeh nahin ke aik falan falan kitab, sab kitabein parhiye.</w:t>
      </w:r>
      <w:r>
        <w:br/>
      </w:r>
      <w:r>
        <w:rPr>
          <w:sz w:val="20"/>
        </w:rPr>
        <w:t>1:12:23  yeh bohat hi zaroori hai sachai ko paane ke liye.</w:t>
      </w:r>
      <w:r>
        <w:br/>
      </w:r>
      <w:r>
        <w:rPr>
          <w:sz w:val="20"/>
        </w:rPr>
        <w:t>1:12:28  Okay, so we will end this session now.</w:t>
      </w:r>
      <w:r>
        <w:br/>
      </w:r>
      <w:r>
        <w:rPr>
          <w:sz w:val="20"/>
        </w:rPr>
        <w:t>1:12:33  Thank you.</w:t>
      </w:r>
    </w:p>
    <w:p>
      <w:pPr>
        <w:pStyle w:val="Heading2"/>
      </w:pPr>
      <w:r>
        <w:t>Peace from God's remembrance despite worldly evil</w:t>
      </w:r>
    </w:p>
    <w:p>
      <w:r>
        <w:rPr>
          <w:color w:val="666666"/>
          <w:sz w:val="18"/>
        </w:rPr>
        <w:t>Spirituality · The Purpose of Existence-9th September 2012 · 2m 01s · at 1:16:36 · https://youtu.be/KxCy8m6k_MQ?t=4596</w:t>
      </w:r>
    </w:p>
    <w:p>
      <w:r>
        <w:rPr>
          <w:i/>
        </w:rPr>
        <w:t>“The Quran says that hearts find peace in the remembrance of God. What kind of peace is meant by this peace, because there is evil in the world?”</w:t>
      </w:r>
    </w:p>
    <w:p>
      <w:r>
        <w:rPr>
          <w:sz w:val="20"/>
        </w:rPr>
        <w:t>1:16:36  molana, agla sawal karachi pakistan se hai miss samia latif ka.</w:t>
      </w:r>
      <w:r>
        <w:br/>
      </w:r>
      <w:r>
        <w:rPr>
          <w:sz w:val="20"/>
        </w:rPr>
        <w:t>1:16:42  unhon ne likha hai: "quran mein hai ke allah ke zikr se dilon ko itminan hasil hota hai.</w:t>
      </w:r>
      <w:r>
        <w:br/>
      </w:r>
      <w:r>
        <w:rPr>
          <w:sz w:val="20"/>
        </w:rPr>
        <w:t>1:16:49  molana sahib, is itminan se kis qism ka itminan murad hai? kyunke duniya mein to gabd maujood hai."</w:t>
      </w:r>
      <w:r>
        <w:br/>
      </w:r>
      <w:r>
        <w:rPr>
          <w:sz w:val="20"/>
        </w:rPr>
        <w:t>1:16:55  gabd, duniya mein to gabd maujood hai.</w:t>
      </w:r>
      <w:r>
        <w:br/>
      </w:r>
      <w:r>
        <w:rPr>
          <w:sz w:val="20"/>
        </w:rPr>
        <w:t>1:17:01  gabd, kaf, bay zzal.</w:t>
      </w:r>
      <w:r>
        <w:br/>
      </w:r>
      <w:r>
        <w:rPr>
          <w:sz w:val="20"/>
        </w:rPr>
        <w:t>1:17:07  gabd, duniya mein to gabd maujood hai.</w:t>
      </w:r>
      <w:r>
        <w:br/>
      </w:r>
      <w:r>
        <w:rPr>
          <w:sz w:val="20"/>
        </w:rPr>
        <w:t>1:17:13  phir ek momin ke dil ko itminan kaise hoga? nahin, dekhiye, itminan ke mani happiness nahin hain, happiness</w:t>
      </w:r>
      <w:r>
        <w:br/>
      </w:r>
      <w:r>
        <w:rPr>
          <w:sz w:val="20"/>
        </w:rPr>
        <w:t>1:17:19  ya khushi aur masarrat nahin hai.</w:t>
      </w:r>
      <w:r>
        <w:br/>
      </w:r>
      <w:r>
        <w:rPr>
          <w:sz w:val="20"/>
        </w:rPr>
        <w:t>1:17:25  itminan ke mani hain explanation.</w:t>
      </w:r>
      <w:r>
        <w:br/>
      </w:r>
      <w:r>
        <w:rPr>
          <w:sz w:val="20"/>
        </w:rPr>
        <w:t>1:17:31  har aadmi chahta hai ke woh cheezon ko explain kar sake jo duniya mein ho raha hai, is</w:t>
      </w:r>
      <w:r>
        <w:br/>
      </w:r>
      <w:r>
        <w:rPr>
          <w:sz w:val="20"/>
        </w:rPr>
        <w:t>1:17:37  ko explain karna chahta hai.</w:t>
      </w:r>
      <w:r>
        <w:br/>
      </w:r>
      <w:r>
        <w:rPr>
          <w:sz w:val="20"/>
        </w:rPr>
        <w:t>1:17:43  آپ جانتے ہیں، انسان کے بارے میں کہا جاتا ہے کہ "man is an explanation-seeking animal."</w:t>
      </w:r>
      <w:r>
        <w:br/>
      </w:r>
      <w:r>
        <w:rPr>
          <w:sz w:val="20"/>
        </w:rPr>
        <w:t>1:17:49  "Man is an explanation-seeking animal." تو اللہ، جب اللہ کو آدمی ڈسکور کرتا ہے، اللہ میں وہ</w:t>
      </w:r>
      <w:r>
        <w:br/>
      </w:r>
      <w:r>
        <w:rPr>
          <w:sz w:val="20"/>
        </w:rPr>
        <w:t>1:17:55  yani soch bichar karta hai, is ki is ka contemplation ka focus allah ban jata hai, to is</w:t>
      </w:r>
      <w:r>
        <w:br/>
      </w:r>
      <w:r>
        <w:rPr>
          <w:sz w:val="20"/>
        </w:rPr>
        <w:t>1:18:01  qabil ho jata hai ke woh cheezon ko explain kar sake, apni life ko, insan ki history ko,</w:t>
      </w:r>
      <w:r>
        <w:br/>
      </w:r>
      <w:r>
        <w:rPr>
          <w:sz w:val="20"/>
        </w:rPr>
        <w:t>1:18:07  duniya ke halaat ko.</w:t>
      </w:r>
      <w:r>
        <w:br/>
      </w:r>
      <w:r>
        <w:rPr>
          <w:sz w:val="20"/>
        </w:rPr>
        <w:t>1:18:13  to woh explanation mil jata hai insan ko.</w:t>
      </w:r>
      <w:r>
        <w:br/>
      </w:r>
      <w:r>
        <w:rPr>
          <w:sz w:val="20"/>
        </w:rPr>
        <w:t>1:18:19  is sense mein hai woh.</w:t>
      </w:r>
      <w:r>
        <w:br/>
      </w:r>
      <w:r>
        <w:rPr>
          <w:sz w:val="20"/>
        </w:rPr>
        <w:t>1:18:25  woh woh is bhi sense mein nahin hai ke happiness mil jati hai.</w:t>
      </w:r>
      <w:r>
        <w:br/>
      </w:r>
      <w:r>
        <w:rPr>
          <w:sz w:val="20"/>
        </w:rPr>
        <w:t>1:18:31  is sense mein nahin hai woh.</w:t>
      </w:r>
    </w:p>
    <w:p>
      <w:pPr>
        <w:pStyle w:val="Heading2"/>
      </w:pPr>
      <w:r>
        <w:t>Personal Experience of Connection with God</w:t>
      </w:r>
    </w:p>
    <w:p>
      <w:r>
        <w:rPr>
          <w:color w:val="666666"/>
          <w:sz w:val="18"/>
        </w:rPr>
        <w:t>Spirituality · Importance of Peace December 16, 2012 · 36s · at 1:34:02 · https://youtu.be/nymyorYyEz4?t=5642</w:t>
      </w:r>
    </w:p>
    <w:p>
      <w:r>
        <w:rPr>
          <w:i/>
        </w:rPr>
        <w:t>“Maulana, how does your relationship with God happen? Please tell us about your experience.”</w:t>
      </w:r>
    </w:p>
    <w:p>
      <w:r>
        <w:rPr>
          <w:sz w:val="20"/>
        </w:rPr>
        <w:t>1:34:02  Maulana, agla sawal Tamil Nadu se hai Abu Rayan sahab ka. unhon ne likha hai: "Maulana, Allah taala se aap ka taalluq kaise hota hai?</w:t>
      </w:r>
      <w:r>
        <w:br/>
      </w:r>
      <w:r>
        <w:rPr>
          <w:sz w:val="20"/>
        </w:rPr>
        <w:t>1:34:13  is ka koi experience bataiye."</w:t>
      </w:r>
      <w:r>
        <w:br/>
      </w:r>
      <w:r>
        <w:rPr>
          <w:sz w:val="20"/>
        </w:rPr>
        <w:t>1:34:18  ji ji, is tarah thori is pe bataya jata hai.</w:t>
      </w:r>
      <w:r>
        <w:br/>
      </w:r>
      <w:r>
        <w:rPr>
          <w:sz w:val="20"/>
        </w:rPr>
        <w:t>1:34:25  aap meri aap woh parh lijiye. meri kitab jo hai, kitab marifat. kitab marifat mein aap is ka jawab mil jayega, inshallah aap ko.</w:t>
      </w:r>
    </w:p>
    <w:p>
      <w:pPr>
        <w:pStyle w:val="Heading2"/>
      </w:pPr>
      <w:r>
        <w:t>Personality change from God realization</w:t>
      </w:r>
    </w:p>
    <w:p>
      <w:r>
        <w:rPr>
          <w:color w:val="666666"/>
          <w:sz w:val="18"/>
        </w:rPr>
        <w:t>Spirituality · Three levels of Realization 4 July 2010 - Maulana Wahiduddin Khan · 3m 26s · at 1:10:52 · https://youtu.be/H-kx5TldzfQ?t=4252</w:t>
      </w:r>
    </w:p>
    <w:p>
      <w:r>
        <w:rPr>
          <w:i/>
        </w:rPr>
        <w:t>“Please explain the change brought about in a person's personality due to intentional level of God realization.”</w:t>
      </w:r>
    </w:p>
    <w:p>
      <w:r>
        <w:rPr>
          <w:sz w:val="20"/>
        </w:rPr>
        <w:t>1:10:52  Maulana agla sawal kya hai Miss Maria ne Delhi se.</w:t>
      </w:r>
      <w:r>
        <w:br/>
      </w:r>
      <w:r>
        <w:rPr>
          <w:sz w:val="20"/>
        </w:rPr>
        <w:t>1:10:57  "Please explain the change brought about in a person's personality</w:t>
      </w:r>
      <w:r>
        <w:br/>
      </w:r>
      <w:r>
        <w:rPr>
          <w:sz w:val="20"/>
        </w:rPr>
        <w:t>1:11:02  due to an intuitional level of God realization</w:t>
      </w:r>
      <w:r>
        <w:br/>
      </w:r>
      <w:r>
        <w:rPr>
          <w:sz w:val="20"/>
        </w:rPr>
        <w:t>1:11:06  by citing an example from the life of companions of the Prophet."</w:t>
      </w:r>
      <w:r>
        <w:br/>
      </w:r>
      <w:r>
        <w:rPr>
          <w:sz w:val="20"/>
        </w:rPr>
        <w:t>1:11:11  bhai example to bohat sare hain</w:t>
      </w:r>
      <w:r>
        <w:br/>
      </w:r>
      <w:r>
        <w:rPr>
          <w:sz w:val="20"/>
        </w:rPr>
        <w:t>1:11:16  ab foran mere dimagh mein nahin aa raha ke main kaun sa example pesh karoon</w:t>
      </w:r>
      <w:r>
        <w:br/>
      </w:r>
      <w:r>
        <w:rPr>
          <w:sz w:val="20"/>
        </w:rPr>
        <w:t>1:11:22  kyun ke prophet ke jo companion the wo paida yani paidaish hui hon pious aisa nahi tha koi pious paida nahi hua tha</w:t>
      </w:r>
      <w:r>
        <w:br/>
      </w:r>
      <w:r>
        <w:rPr>
          <w:sz w:val="20"/>
        </w:rPr>
        <w:t>1:11:37  kuch aisi cheezein pesh aaein jis ne un ki zindagi ko badal diya</w:t>
      </w:r>
      <w:r>
        <w:br/>
      </w:r>
      <w:r>
        <w:rPr>
          <w:sz w:val="20"/>
        </w:rPr>
        <w:t>1:11:44  to sab ke sath aisi qisse aisi waqiat hain ke is ne un ki zindagi ko badal diya</w:t>
      </w:r>
      <w:r>
        <w:br/>
      </w:r>
      <w:r>
        <w:rPr>
          <w:sz w:val="20"/>
        </w:rPr>
        <w:t>1:11:52  jaise misaal ke taur par dekhiye ek sahabi the to apne ghar ke samne baithe hue the to ek bulk card guzri bail gaadi us mein do animal yani do bail bandhe hue the</w:t>
      </w:r>
      <w:r>
        <w:br/>
      </w:r>
      <w:r>
        <w:rPr>
          <w:sz w:val="20"/>
        </w:rPr>
        <w:t>1:12:11  to chalte chalte kya hua ke ek bail baith gaya to jo gaadi chala raha tha us ne jo jo baith gaya to us ko mara us ko nahi mara jo abhi khada hua tha</w:t>
      </w:r>
      <w:r>
        <w:br/>
      </w:r>
      <w:r>
        <w:rPr>
          <w:sz w:val="20"/>
        </w:rPr>
        <w:t>1:12:30  jo aadmi chala raha tha cart ko gaadi ko to us ne jo jo bail khada reh gaya tha us ko to kuch bhi nahi kiya matlab wo bach gaya aur jo baith gaya to us ko mara to phir wo khada ho gaya wo to unhon ne kaha ke dekho is mein lesson hai is se un ki zindagi</w:t>
      </w:r>
      <w:r>
        <w:br/>
      </w:r>
      <w:r>
        <w:rPr>
          <w:sz w:val="20"/>
        </w:rPr>
        <w:t>1:12:55  badal gayi un ki ke mujhe bhi agar agar main duty na pura karun khuda ki duty to mujhe mar pare gi mere upar</w:t>
      </w:r>
      <w:r>
        <w:br/>
      </w:r>
      <w:r>
        <w:rPr>
          <w:sz w:val="20"/>
        </w:rPr>
        <w:t>1:13:06  agar duty na pura karun ga to mujhe mar pare gi to ek ek waqia hai un ki zindagi mein ek ek ek ek ek inqalab barpa kar diya ek change paida paida kar diya</w:t>
      </w:r>
      <w:r>
        <w:br/>
      </w:r>
      <w:r>
        <w:rPr>
          <w:sz w:val="20"/>
        </w:rPr>
        <w:t>1:13:18  yani is is waqiye mein chupa hua tha lesson sab ke liye lekin sab dekh nahi paaye khud gaadi wala bhi nahi dekh paya jis gaadi ne is jo jis gaadi ke upar jo baitha hua tha aadmi jo chala raha tha us ko bhi pata nahi ke is ka lesson chupa hua hai lekin ek sahabi jo dekh rahe the un ko un ko wo lesson mil gaya</w:t>
      </w:r>
      <w:r>
        <w:br/>
      </w:r>
      <w:r>
        <w:rPr>
          <w:sz w:val="20"/>
        </w:rPr>
        <w:t>1:13:43  to ye aap ki yani dekhne ki shakti hai jo kisi cheez ko lesson mein convert kar deti hai agar wo shakti nahi hai to nahi convert hoga to is tarah ke waqiat se jo sabak lete the sahaba un ki zindagi mein inqalab aa gaya tha wo samajhte the ke hum yani is duniya mein hamein khuda ki duty pura karna hai nahi pura karein ge to wahan par pakre jayein ge h</w:t>
      </w:r>
      <w:r>
        <w:br/>
      </w:r>
      <w:r>
        <w:rPr>
          <w:sz w:val="20"/>
        </w:rPr>
        <w:t>1:14:12  m is tarah ke waqiat bahut sare hain.</w:t>
      </w:r>
    </w:p>
    <w:p>
      <w:pPr>
        <w:pStyle w:val="Heading2"/>
      </w:pPr>
      <w:r>
        <w:t>Personality change through God realization example</w:t>
      </w:r>
    </w:p>
    <w:p>
      <w:r>
        <w:rPr>
          <w:color w:val="666666"/>
          <w:sz w:val="18"/>
        </w:rPr>
        <w:t>Spirituality · Three levels of Realization July 4, 2010 · 3m 18s · at 1:11:05 · https://youtu.be/NtCTVVov3Nw?t=4265</w:t>
      </w:r>
    </w:p>
    <w:p>
      <w:r>
        <w:rPr>
          <w:i/>
        </w:rPr>
        <w:t>“Please explain the change brought about in a person's personality due to intentional level of God realization by citing an example from the life of the companions of the Prophet.”</w:t>
      </w:r>
    </w:p>
    <w:p>
      <w:r>
        <w:rPr>
          <w:sz w:val="20"/>
        </w:rPr>
        <w:t>1:11:05  maulana agla sawal kya hai miss mariya ne dilli se</w:t>
      </w:r>
      <w:r>
        <w:br/>
      </w:r>
      <w:r>
        <w:rPr>
          <w:sz w:val="20"/>
        </w:rPr>
        <w:t>1:11:10  please explain the change brought about in a person personality due to intuitional level of god realization by citing an example from the life of companions of the prophet bhai example to bohat sare hain ab foran mere dimagh mein nahi aa raha ke main kon sa example pesh karoon</w:t>
      </w:r>
      <w:r>
        <w:br/>
      </w:r>
      <w:r>
        <w:rPr>
          <w:sz w:val="20"/>
        </w:rPr>
        <w:t>1:11:34  kyun ke prophet ke jo companions thay woh paida yani paida hi hue hon pious aisa nahi tha koi pious paida nahi hua tha kuch aisi cheezein pesh aaein jis ne un ki zindagi ko badal diya</w:t>
      </w:r>
      <w:r>
        <w:br/>
      </w:r>
      <w:r>
        <w:rPr>
          <w:sz w:val="20"/>
        </w:rPr>
        <w:t>1:11:55  to sab ke sath aisi qisse aisi waqiyat hain ke is ne un ki zindagi ko badal diya</w:t>
      </w:r>
      <w:r>
        <w:br/>
      </w:r>
      <w:r>
        <w:rPr>
          <w:sz w:val="20"/>
        </w:rPr>
        <w:t>1:12:03  jaise misaal ke taur par dekhiye aik sahabi thay to apnay ghar ke samnay bethe hue thay to aik bulk card guzri bail gaadi us mein do animal yani do bail bandhe hue thay</w:t>
      </w:r>
      <w:r>
        <w:br/>
      </w:r>
      <w:r>
        <w:rPr>
          <w:sz w:val="20"/>
        </w:rPr>
        <w:t>1:12:21  chalte chalte kya hua ke aik bail baith gaya to jo gaadi chala raha tha us ne jo jo baith gaya to us ko mara us ko nahi mara jo abhi khara hua tha</w:t>
      </w:r>
      <w:r>
        <w:br/>
      </w:r>
      <w:r>
        <w:rPr>
          <w:sz w:val="20"/>
        </w:rPr>
        <w:t>1:12:39  jo admi chala raha tha cart ko gaadi ko to us ne jo jo bail khara reh gaya tha us ko to kuch bhi nahi kiya matlab woh bach gaya aur jo baith gaya to us ko mara to phir woh khara ho gaya woh to unhon ne kaha ke dekho is mein lesson hai</w:t>
      </w:r>
      <w:r>
        <w:br/>
      </w:r>
      <w:r>
        <w:rPr>
          <w:sz w:val="20"/>
        </w:rPr>
        <w:t>1:13:02  is se un ki zindagi badal gayi un ki ke mujhe bhi agar agar main duty na pura karoon khuda ki duty to mujhe maar pare gi mere upar agar duty na pura karoon ga to mujhe maar pare gi to aik aik waqia hai un ki zindagi mein aik aik aik aik aik inqilab barpa kar diya aik change paida paida kar diya yani is is waqie mein chupa hua tha lesson sab ke liye lekin sab dekh nahi paye</w:t>
      </w:r>
      <w:r>
        <w:br/>
      </w:r>
      <w:r>
        <w:rPr>
          <w:sz w:val="20"/>
        </w:rPr>
        <w:t>1:13:31  koi gaadi wala bhi nahi dekh paya jis gaadi ne is jo jis gaadi ke upar jo baitha hua tha admi jo chala raha tha us ko bhi pata nahi ke is se lesson chupa hua hai lekin aik sahabi jo dekh rahe thay un ko un ko woh lesson mil gaya</w:t>
      </w:r>
      <w:r>
        <w:br/>
      </w:r>
      <w:r>
        <w:rPr>
          <w:sz w:val="20"/>
        </w:rPr>
        <w:t>1:13:49  to yeh aap ki yani dekhne ki shakti hai jo kisi cheez ko lesson mein convert kar deti hai</w:t>
      </w:r>
      <w:r>
        <w:br/>
      </w:r>
      <w:r>
        <w:rPr>
          <w:sz w:val="20"/>
        </w:rPr>
        <w:t>1:13:59  agar woh shakti nahi hai to nahi convert hoga to is tarah ke waqiyat se jo sabak lete thay sahaba un ki zindagi mein inqilab aa gaya tha woh samajhte thay ke hum yani is duniya mein hamein khuda ki duty pura karna hai nahi pura karein ge to wahan par pakar jayein ge hum is tarah ke waqiyat bohat sare hain</w:t>
      </w:r>
      <w:r>
        <w:br/>
      </w:r>
      <w:r>
        <w:rPr>
          <w:sz w:val="20"/>
        </w:rPr>
        <w:t>1:14:24  maulana agla sawal kya hai mister mehfooz ne new dilli se</w:t>
      </w:r>
    </w:p>
    <w:p>
      <w:pPr>
        <w:pStyle w:val="Heading2"/>
      </w:pPr>
      <w:r>
        <w:t>Possibility of spirituality outside Islam</w:t>
      </w:r>
    </w:p>
    <w:p>
      <w:r>
        <w:rPr>
          <w:color w:val="666666"/>
          <w:sz w:val="18"/>
        </w:rPr>
        <w:t>Spirituality · Islah e Ummat August 10, 2014 · 1m 22s · at 1:00:02 · https://youtu.be/a7ohKq4Xf0Y?t=3602</w:t>
      </w:r>
    </w:p>
    <w:p>
      <w:r>
        <w:rPr>
          <w:i/>
        </w:rPr>
        <w:t>“Is there any possibility for achieving spirituality outside the domain of Islam?”</w:t>
      </w:r>
    </w:p>
    <w:p>
      <w:r>
        <w:rPr>
          <w:sz w:val="20"/>
        </w:rPr>
        <w:t>1:00:02  molana agla sawal kya hai mr my bhatt ne delhi se aur woh aap se janna chahte hain ke is there any possibility for achieving spirituality out side the domain of islam</w:t>
      </w:r>
      <w:r>
        <w:br/>
      </w:r>
      <w:r>
        <w:rPr>
          <w:sz w:val="20"/>
        </w:rPr>
        <w:t>1:00:19  dikhye islam ke</w:t>
      </w:r>
      <w:r>
        <w:br/>
      </w:r>
      <w:r>
        <w:rPr>
          <w:sz w:val="20"/>
        </w:rPr>
        <w:t>1:00:24  domain ki baat nahi hai yeh</w:t>
      </w:r>
      <w:r>
        <w:br/>
      </w:r>
      <w:r>
        <w:rPr>
          <w:sz w:val="20"/>
        </w:rPr>
        <w:t>1:00:27  yeh aadmi ki apni sincerity ki baat hai</w:t>
      </w:r>
      <w:r>
        <w:br/>
      </w:r>
      <w:r>
        <w:rPr>
          <w:sz w:val="20"/>
        </w:rPr>
        <w:t>1:00:32  aisa nahi ke jo musalman hai us ko specially mil jaye gi aisa kuch nahi hai</w:t>
      </w:r>
      <w:r>
        <w:br/>
      </w:r>
      <w:r>
        <w:rPr>
          <w:sz w:val="20"/>
        </w:rPr>
        <w:t>1:00:39  har cheez ka taluq behraal hota hai sincerity se</w:t>
      </w:r>
      <w:r>
        <w:br/>
      </w:r>
      <w:r>
        <w:rPr>
          <w:sz w:val="20"/>
        </w:rPr>
        <w:t>1:00:43  agar aadmi sincere ho to woh study karega</w:t>
      </w:r>
      <w:r>
        <w:br/>
      </w:r>
      <w:r>
        <w:rPr>
          <w:sz w:val="20"/>
        </w:rPr>
        <w:t>1:00:47  woh baaton par gehrai ke sath sochega</w:t>
      </w:r>
      <w:r>
        <w:br/>
      </w:r>
      <w:r>
        <w:rPr>
          <w:sz w:val="20"/>
        </w:rPr>
        <w:t>1:00:53  تو پھر دھیرے دھیرے وہ پہنچے گا میں سمجھتا ہوں کہ speciality</w:t>
      </w:r>
      <w:r>
        <w:br/>
      </w:r>
      <w:r>
        <w:rPr>
          <w:sz w:val="20"/>
        </w:rPr>
        <w:t>1:00:58  aur sachai yeh self discovered cheez hoti hai</w:t>
      </w:r>
      <w:r>
        <w:br/>
      </w:r>
      <w:r>
        <w:rPr>
          <w:sz w:val="20"/>
        </w:rPr>
        <w:t>1:01:03  yeh koi</w:t>
      </w:r>
      <w:r>
        <w:br/>
      </w:r>
      <w:r>
        <w:rPr>
          <w:sz w:val="20"/>
        </w:rPr>
        <w:t>1:01:04  domain ki baat nahi hai yeh self discovery ki baat hai jis ko dilchaspi ho speciality se woh study kare mutala kare apni soch ko develop kare yahi tareeqa hai</w:t>
      </w:r>
    </w:p>
    <w:p>
      <w:pPr>
        <w:pStyle w:val="Heading2"/>
      </w:pPr>
      <w:r>
        <w:t>Practicing patience by trusting God</w:t>
      </w:r>
    </w:p>
    <w:p>
      <w:r>
        <w:rPr>
          <w:color w:val="666666"/>
          <w:sz w:val="18"/>
        </w:rPr>
        <w:t>Spirituality · Importance of Peace August 17, 2014 · 2m 53s · at 1:07:36 · https://youtu.be/ifxSwh2Jckw?t=4056</w:t>
      </w:r>
    </w:p>
    <w:p>
      <w:r>
        <w:rPr>
          <w:i/>
        </w:rPr>
        <w:t>“Sabr is very important in Islam. How can we be patient by placing everything in God's domain?”</w:t>
      </w:r>
    </w:p>
    <w:p>
      <w:r>
        <w:rPr>
          <w:sz w:val="20"/>
        </w:rPr>
        <w:t>1:07:36  maulana, agla sawal Miss Nagma Siddiqui ka hai, dilli se. aur unhon ne likha hai ke "Sabr is very important in Islam.</w:t>
      </w:r>
      <w:r>
        <w:br/>
      </w:r>
      <w:r>
        <w:rPr>
          <w:sz w:val="20"/>
        </w:rPr>
        <w:t>1:07:46  How can we be patient by placing everything in God's domain?" hum to har cheez ko khuda ke naam daal dete hain.</w:t>
      </w:r>
      <w:r>
        <w:br/>
      </w:r>
      <w:r>
        <w:rPr>
          <w:sz w:val="20"/>
        </w:rPr>
        <w:t>1:07:55  isi waqt foran ka foran. yeh mushkil kya hai is mein? mushkilat kya hai is mein?</w:t>
      </w:r>
      <w:r>
        <w:br/>
      </w:r>
      <w:r>
        <w:rPr>
          <w:sz w:val="20"/>
        </w:rPr>
        <w:t>1:08:04  rozana mujhe bhi tarah tarah ki baatein pesh aati hain. main din andar is ko khuda ke naam daalta hoon. to is tarah se jo main ne kaha na, by time strategy, woh mera formula hai.</w:t>
      </w:r>
      <w:r>
        <w:br/>
      </w:r>
      <w:r>
        <w:rPr>
          <w:sz w:val="20"/>
        </w:rPr>
        <w:t>1:08:18  fe foran mera time bach jata hai. khwah makhwah mein badal is mein kyun padoon? to aap is ko apnaieye.</w:t>
      </w:r>
      <w:r>
        <w:br/>
      </w:r>
      <w:r>
        <w:rPr>
          <w:sz w:val="20"/>
        </w:rPr>
        <w:t>1:08:29  by time strategy jo hai, bohat hi umda formula hai yeh.</w:t>
      </w:r>
      <w:r>
        <w:br/>
      </w:r>
      <w:r>
        <w:rPr>
          <w:sz w:val="20"/>
        </w:rPr>
        <w:t>1:08:33  jab aap sabr na karein to apne time ko waste karte hain. dekhiye, sabr jab aadmi karta hai to samajhta hai main kisi insaan ke muqable mein kar raha hoon.</w:t>
      </w:r>
      <w:r>
        <w:br/>
      </w:r>
      <w:r>
        <w:rPr>
          <w:sz w:val="20"/>
        </w:rPr>
        <w:t>1:08:43  kisi insaan ke liye kar raha hoon. apne liye kar raha hoon main. apne time bachane ke liye. apne aap ko tension free karne ke liye. bazahir sabr kisi aur ke khilaf hota hai.</w:t>
      </w:r>
      <w:r>
        <w:br/>
      </w:r>
      <w:r>
        <w:rPr>
          <w:sz w:val="20"/>
        </w:rPr>
        <w:t>1:08:54  lekin sabr sara ka faida apne ko milta hai is ka. main cheezon ko hamesha apne lehaz se dekhta hoon.</w:t>
      </w:r>
      <w:r>
        <w:br/>
      </w:r>
      <w:r>
        <w:rPr>
          <w:sz w:val="20"/>
        </w:rPr>
        <w:t>1:09:02  kal main ne ek sahib se kaha, har cheez ko main apne lehaz se dekhta hoon. kal main ne ek sahib se kaha ke dekhiye, offices mein yeh kaha jata hai ke waqt par aao.</w:t>
      </w:r>
      <w:r>
        <w:br/>
      </w:r>
      <w:r>
        <w:rPr>
          <w:sz w:val="20"/>
        </w:rPr>
        <w:t>1:09:15  waqt par aao. to log samajhte hain ke falan office jo hai, bohat sakht hai is muamle mein ke waqt par kehta hai ke sab log pahunchna hai waqt par.</w:t>
      </w:r>
      <w:r>
        <w:br/>
      </w:r>
      <w:r>
        <w:rPr>
          <w:sz w:val="20"/>
        </w:rPr>
        <w:t>1:09:25  to main ne kaha yeh office ki baat nahi hai.</w:t>
      </w:r>
      <w:r>
        <w:br/>
      </w:r>
      <w:r>
        <w:rPr>
          <w:sz w:val="20"/>
        </w:rPr>
        <w:t>1:09:30  office gover ki baat hai yeh.</w:t>
      </w:r>
      <w:r>
        <w:br/>
      </w:r>
      <w:r>
        <w:rPr>
          <w:sz w:val="20"/>
        </w:rPr>
        <w:t>1:09:33  yani time ki pabandi karna yeh office ki baat nahi hai. office gover ki baat hai. yani agar aap time ki pabandi karein ge to aap ke andar aik aik personality develop kare gi.</w:t>
      </w:r>
      <w:r>
        <w:br/>
      </w:r>
      <w:r>
        <w:rPr>
          <w:sz w:val="20"/>
        </w:rPr>
        <w:t>1:09:48  bohat hi aik aisi personality jo bohat hi punctual ho, bohat hi disciplined ho. jis ki soch mein bohat hi munazzam soch jis ke andar ho.</w:t>
      </w:r>
      <w:r>
        <w:br/>
      </w:r>
      <w:r>
        <w:rPr>
          <w:sz w:val="20"/>
        </w:rPr>
        <w:t>1:10:01  to aap bazahir to doosre ke liye time ki pabandi karte hain. faida apne ko milta hai. aap ke andar aik discipline aata hai.</w:t>
      </w:r>
      <w:r>
        <w:br/>
      </w:r>
      <w:r>
        <w:rPr>
          <w:sz w:val="20"/>
        </w:rPr>
        <w:t>1:10:14  disciplined thinking aati hai. disciplined character banta hai. to main to har cheez ko apne lehaz se dekhta hoon. har cheez ko.</w:t>
      </w:r>
      <w:r>
        <w:br/>
      </w:r>
      <w:r>
        <w:rPr>
          <w:sz w:val="20"/>
        </w:rPr>
        <w:t>1:10:24  aur is sabr ko bhi apne lehaz se dekhta hoon.</w:t>
      </w:r>
    </w:p>
    <w:p>
      <w:pPr>
        <w:pStyle w:val="Heading2"/>
      </w:pPr>
      <w:r>
        <w:t>Prayer of a person in anxiety</w:t>
      </w:r>
    </w:p>
    <w:p>
      <w:r>
        <w:rPr>
          <w:color w:val="666666"/>
          <w:sz w:val="18"/>
        </w:rPr>
        <w:t>Spirituality · Realistic Approach March 30, 2014 Maulana Wahiduddin Khan · 27s · at 53:25 · https://youtu.be/K36UonBsGlA?t=3205</w:t>
      </w:r>
    </w:p>
    <w:p>
      <w:r>
        <w:rPr>
          <w:i/>
        </w:rPr>
        <w:t>“You wrote in your book Al-Islam that 'masarr' (the one in a state of anxiety), Allah immediately accepts his prayer.”</w:t>
      </w:r>
    </w:p>
    <w:p>
      <w:r>
        <w:rPr>
          <w:sz w:val="20"/>
        </w:rPr>
        <w:t>53:25  Maulana, agla sawal lene se pehle ek comment parhna chahenge jo ghazi pur se Taufiq Khan sahib ne likha hai. Unhone likha hai: "Maulana sahib, mein Al-Risala qari hoon.</w:t>
      </w:r>
      <w:r>
        <w:br/>
      </w:r>
      <w:r>
        <w:rPr>
          <w:sz w:val="20"/>
        </w:rPr>
        <w:t>53:38  Aap ka jo literature hai woh modern idiom mein hota hai. Jo ke poori tarah se samajh mein aata hai. Allah se dua hai ke woh aap ko lambi umar de."</w:t>
      </w:r>
    </w:p>
    <w:p>
      <w:pPr>
        <w:pStyle w:val="Heading2"/>
      </w:pPr>
      <w:r>
        <w:t>Problem in striving to please Creator</w:t>
      </w:r>
    </w:p>
    <w:p>
      <w:r>
        <w:rPr>
          <w:color w:val="666666"/>
          <w:sz w:val="18"/>
        </w:rPr>
        <w:t>Spirituality · 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Problems as challenges in God's plan</w:t>
      </w:r>
    </w:p>
    <w:p>
      <w:r>
        <w:rPr>
          <w:color w:val="666666"/>
          <w:sz w:val="18"/>
        </w:rPr>
        <w:t>Spirituality · Q&amp;A 13 Nov 2011 · 4m 24s · at 47:21 · https://youtu.be/oOZ9h37_pL8?t=2841</w:t>
      </w:r>
    </w:p>
    <w:p>
      <w:r>
        <w:rPr>
          <w:i/>
        </w:rPr>
        <w:t>“You told us to look at problems as challenges as per the creation plan of God. Can you please elaborate?”</w:t>
      </w:r>
    </w:p>
    <w:p>
      <w:r>
        <w:rPr>
          <w:sz w:val="20"/>
        </w:rPr>
        <w:t>47:21  jazakum Allah. maulana agla sawal aaya hai deli se miss naghma siddiqui ka unhone likha hai you told us to look at problems as challenges as per the creation plan of god can you please elaborate?</w:t>
      </w:r>
      <w:r>
        <w:br/>
      </w:r>
      <w:r>
        <w:rPr>
          <w:sz w:val="20"/>
        </w:rPr>
        <w:t>47:41  dekhiye yeh hum is duniya mein hain to hum ne duniya ko banaya nahi hai. main aksar kehta hoon ke agar aap ko rehna hai apne turn par to ek nayi duniya banaiye.</w:t>
      </w:r>
      <w:r>
        <w:br/>
      </w:r>
      <w:r>
        <w:rPr>
          <w:sz w:val="20"/>
        </w:rPr>
        <w:t>47:54  aap ko creator ke turn par rehna padega.</w:t>
      </w:r>
      <w:r>
        <w:br/>
      </w:r>
      <w:r>
        <w:rPr>
          <w:sz w:val="20"/>
        </w:rPr>
        <w:t>48:00  yani agar aap khud apne turn par rehna chahte hain duniya mein to woh mumkin nahi hai. phir ek aur duniya banani padegi aap ko. aap ke liye koi option nahi hai is ke siwa ke creator ke turn par aap duniya mein rahen.</w:t>
      </w:r>
      <w:r>
        <w:br/>
      </w:r>
      <w:r>
        <w:rPr>
          <w:sz w:val="20"/>
        </w:rPr>
        <w:t>48:13  creator ke turn kya hai?</w:t>
      </w:r>
      <w:r>
        <w:br/>
      </w:r>
      <w:r>
        <w:rPr>
          <w:sz w:val="20"/>
        </w:rPr>
        <w:t>48:15  quran mein saaf saaf bataya gaya hai ke Allah taala ne har insaan ko di azadi.</w:t>
      </w:r>
      <w:r>
        <w:br/>
      </w:r>
      <w:r>
        <w:rPr>
          <w:sz w:val="20"/>
        </w:rPr>
        <w:t>48:24  yani woh chahe zulm kare chahe justice kare. chahe peaceful rahe ya ya woh violent kare violence kare.</w:t>
      </w:r>
      <w:r>
        <w:br/>
      </w:r>
      <w:r>
        <w:rPr>
          <w:sz w:val="20"/>
        </w:rPr>
        <w:t>48:35  aap Khuda ki di hui azadi yeh hai woh woh aap abolish nahi kar sakte is ko. aap Khuda ki di hui cheez ko aap abolish kaise karenge</w:t>
      </w:r>
      <w:r>
        <w:br/>
      </w:r>
      <w:r>
        <w:rPr>
          <w:sz w:val="20"/>
        </w:rPr>
        <w:t>48:45  ? to aap ke liye koi option hi is ke siwa nahi hai ke aap is duniya mein creation plan of god ko samajh kar apni planning karen.</w:t>
      </w:r>
      <w:r>
        <w:br/>
      </w:r>
      <w:r>
        <w:rPr>
          <w:sz w:val="20"/>
        </w:rPr>
        <w:t>48:55  is ko ignore kar ke aap planning nahi kar sakte. is ko ignore kar ke aap planning karenge to yani aap nakaam rahenge.</w:t>
      </w:r>
      <w:r>
        <w:br/>
      </w:r>
      <w:r>
        <w:rPr>
          <w:sz w:val="20"/>
        </w:rPr>
        <w:t>49:06  is nuqtay ko log nahi samajhte ke doosra insaan jo hai woh woh bhi azaad hai is tarah mein azaad hoon. to main apni azadi ko chahoon ke main apni azadi ko is tarah istemal karoon doosre ki azadi khatam ho jaye to kaise mumkin hai?</w:t>
      </w:r>
      <w:r>
        <w:br/>
      </w:r>
      <w:r>
        <w:rPr>
          <w:sz w:val="20"/>
        </w:rPr>
        <w:t>49:23  mumkin hi nahi hai. to aap ko apni planning karni chahiye.</w:t>
      </w:r>
      <w:r>
        <w:br/>
      </w:r>
      <w:r>
        <w:rPr>
          <w:sz w:val="20"/>
        </w:rPr>
        <w:t>49:33  is ko dekh kar ke ek doosra dekhiye isi ka ek pehlu yeh hai. ek baat mein yahan ek wazeh karna chahta hoon. kai log galat fehmi mein rahte hain.</w:t>
      </w:r>
      <w:r>
        <w:br/>
      </w:r>
      <w:r>
        <w:rPr>
          <w:sz w:val="20"/>
        </w:rPr>
        <w:t>49:43  jaise rasool Allah sal Allah alayhi wasallam ne arz kiya yani quran mein ek waqea hai ke ghazwa tabuk mein sab ko kaha gaya tha ke chalo sab log.</w:t>
      </w:r>
      <w:r>
        <w:br/>
      </w:r>
      <w:r>
        <w:rPr>
          <w:sz w:val="20"/>
        </w:rPr>
        <w:t>49:57  nafir aam thi woh. to kuch log nahi gaye. jabke un ke pas sadhan tha jaane ka. to jab rasool Allah wapas aaye to aap ne sab ke uzr ko maan liya.</w:t>
      </w:r>
      <w:r>
        <w:br/>
      </w:r>
      <w:r>
        <w:rPr>
          <w:sz w:val="20"/>
        </w:rPr>
        <w:t>50:11  jo aata tha jo excuse pesh karta tha woh maan lete the. lekin teen ke excuse to apne mana aap ne. teen ke bare mein kya</w:t>
      </w:r>
      <w:r>
        <w:br/>
      </w:r>
      <w:r>
        <w:rPr>
          <w:sz w:val="20"/>
        </w:rPr>
        <w:t>50:18  ke is ka paye kaat kar un ko. to yeh duplicity nahi thi aap kahenge yeh to duplicity thi. ke kuch ke to uzr ko maan liya kuch ko man nahi mana.</w:t>
      </w:r>
      <w:r>
        <w:br/>
      </w:r>
      <w:r>
        <w:rPr>
          <w:sz w:val="20"/>
        </w:rPr>
        <w:t>50:28  that was not a duplicity. that was practical wisdom. aise hi dekhiye</w:t>
      </w:r>
      <w:r>
        <w:br/>
      </w:r>
      <w:r>
        <w:rPr>
          <w:sz w:val="20"/>
        </w:rPr>
        <w:t>50:35  rasool Allah sal Allah alayhi wasallam ko hunain ke baad ghanaim mile. aur us ki taqseem ki aap ne. to ansar ko diya nahi aur muhajireen ko de diya.</w:t>
      </w:r>
      <w:r>
        <w:br/>
      </w:r>
      <w:r>
        <w:rPr>
          <w:sz w:val="20"/>
        </w:rPr>
        <w:t>50:48  to ek aadmi ne kaha ke wallah muaddal tha.</w:t>
      </w:r>
      <w:r>
        <w:br/>
      </w:r>
      <w:r>
        <w:rPr>
          <w:sz w:val="20"/>
        </w:rPr>
        <w:t>50:53  ke aap ne duplicity ka mamla kiya. ek ko diya doosre ko nahi diya. to yeh zindagi itni saada nahi hai. bohat zyada samajhna padta hai.</w:t>
      </w:r>
      <w:r>
        <w:br/>
      </w:r>
      <w:r>
        <w:rPr>
          <w:sz w:val="20"/>
        </w:rPr>
        <w:t>51:06  creation plan of god ko halaat ko is ko is ko</w:t>
      </w:r>
      <w:r>
        <w:br/>
      </w:r>
      <w:r>
        <w:rPr>
          <w:sz w:val="20"/>
        </w:rPr>
        <w:t>51:10  zindagi itni aasan nahi hai. ke ab dhar se aap keh dein ke yeh to insaaf nahi hai yeh to justice nahi hai. yeh to duplicity hai waghera.</w:t>
      </w:r>
      <w:r>
        <w:br/>
      </w:r>
      <w:r>
        <w:rPr>
          <w:sz w:val="20"/>
        </w:rPr>
        <w:t>51:18  inhi chakron mein jhagde hote hain sab. saare jhagde is chakron mein hote hain. log logon ko</w:t>
      </w:r>
      <w:r>
        <w:br/>
      </w:r>
      <w:r>
        <w:rPr>
          <w:sz w:val="20"/>
        </w:rPr>
        <w:t>51:27  practical wisdom nahi maloom logon ko halaat ka jaiza lene ki salahiyat nahi hai. aur bas chahte hain ke apne bham pe jaein.</w:t>
      </w:r>
      <w:r>
        <w:br/>
      </w:r>
      <w:r>
        <w:rPr>
          <w:sz w:val="20"/>
        </w:rPr>
        <w:t>51:37  har aadmi bas apne bham pe jana chahta hai. to woh simply possible nahi hai.</w:t>
      </w:r>
    </w:p>
    <w:p>
      <w:pPr>
        <w:pStyle w:val="Heading2"/>
      </w:pPr>
      <w:r>
        <w:t>Quranic positive spirituality meaning</w:t>
      </w:r>
    </w:p>
    <w:p>
      <w:r>
        <w:rPr>
          <w:color w:val="666666"/>
          <w:sz w:val="18"/>
        </w:rPr>
        <w:t>Spirituality · Love of God 19 Sept 2021 - Prof. Farida Khanam · 2m 37s · at 37:28 · https://youtu.be/mpGeGz_Cfrw?t=2248</w:t>
      </w:r>
    </w:p>
    <w:p>
      <w:r>
        <w:rPr>
          <w:i/>
        </w:rPr>
        <w:t>“Maulana writes in Quranic Wisdom that Quranic spirituality is spirituality of the positive kind. It means living in the world and trying to derive spiritual food from material things as a matter...”</w:t>
      </w:r>
    </w:p>
    <w:p>
      <w:r>
        <w:rPr>
          <w:sz w:val="20"/>
        </w:rPr>
        <w:t>37:28  apa, agla sawal jo hai yeh ah lahore se bheja hai Muhammad Farooq sahib ne, aur</w:t>
      </w:r>
      <w:r>
        <w:br/>
      </w:r>
      <w:r>
        <w:rPr>
          <w:sz w:val="20"/>
        </w:rPr>
        <w:t>37:34  unhon ne likha hai: "Maulana writes in Quranic wisdom that Quranic spirituality is spirituality of the positive kind.</w:t>
      </w:r>
      <w:r>
        <w:br/>
      </w:r>
      <w:r>
        <w:rPr>
          <w:sz w:val="20"/>
        </w:rPr>
        <w:t>37:41  it means living in the world and trying to derive spiritual food from material things as a matter</w:t>
      </w:r>
      <w:r>
        <w:br/>
      </w:r>
      <w:r>
        <w:rPr>
          <w:sz w:val="20"/>
        </w:rPr>
        <w:t>37:49  of intellectual discipline."</w:t>
      </w:r>
      <w:r>
        <w:br/>
      </w:r>
      <w:r>
        <w:rPr>
          <w:sz w:val="20"/>
        </w:rPr>
        <w:t>37:57  it means to control rather than kill one's desire. apa, i could not understand the term of intellectual discipline.</w:t>
      </w:r>
      <w:r>
        <w:br/>
      </w:r>
      <w:r>
        <w:rPr>
          <w:sz w:val="20"/>
        </w:rPr>
        <w:t>38:04  kindly explain what is intellectual discipline.</w:t>
      </w:r>
      <w:r>
        <w:br/>
      </w:r>
      <w:r>
        <w:rPr>
          <w:sz w:val="20"/>
        </w:rPr>
        <w:t>38:10  yahi samajh mein aa raha hai ke tasawwuf mein yeh mana jata tha ke khuda ka jo hai</w:t>
      </w:r>
      <w:r>
        <w:br/>
      </w:r>
      <w:r>
        <w:rPr>
          <w:sz w:val="20"/>
        </w:rPr>
        <w:t>38:15  marifat woh heart ke zariye se hoti hai.</w:t>
      </w:r>
      <w:r>
        <w:br/>
      </w:r>
      <w:r>
        <w:rPr>
          <w:sz w:val="20"/>
        </w:rPr>
        <w:t>38:20  to woh Maulana kehte hain ke woh mind ke zariye se hoti hai.</w:t>
      </w:r>
      <w:r>
        <w:br/>
      </w:r>
      <w:r>
        <w:rPr>
          <w:sz w:val="20"/>
        </w:rPr>
        <w:t>38:25  har baat ko bohat hi zyada intellectual discipline, bohat zyada ghor o fikr ke zariye se.</w:t>
      </w:r>
      <w:r>
        <w:br/>
      </w:r>
      <w:r>
        <w:rPr>
          <w:sz w:val="20"/>
        </w:rPr>
        <w:t>38:30  to har baat ko jo khuda ki jo kainat mein nishaniyan</w:t>
      </w:r>
      <w:r>
        <w:br/>
      </w:r>
      <w:r>
        <w:rPr>
          <w:sz w:val="20"/>
        </w:rPr>
        <w:t>38:35  hain, hamari body mein nishaniyan hain, jo insaan ka wajood hai, us mein jo nishaniyan hain, us mein hum ko reason out karke us ko samajhna hai, us ko intellectually us ko samajhna hai. na yeh ke ek band kamre mein baith kar sirf tasbeeh padhna hai aur us ko kuch alfaaz ka wird karna hai, balkeh in alfaaz ko intellectually reason ke zariye</w:t>
      </w:r>
      <w:r>
        <w:br/>
      </w:r>
      <w:r>
        <w:rPr>
          <w:sz w:val="20"/>
        </w:rPr>
        <w:t>39:05  se samajhna hai. kyunke sab kuch jab tak hum reason ko apply nahi karenge, hum cheezon ko gehrai se samajh nahi sakte hain. to Khuda ki jo marifat hasil hogi, woh reason ke zariye se hogi, na ke heart ke zariye se. is ko phir se dekhenge abhi to. ji, ah, okay, so we will end the session now. thank you.</w:t>
      </w:r>
    </w:p>
    <w:p>
      <w:pPr>
        <w:pStyle w:val="Heading2"/>
      </w:pPr>
      <w:r>
        <w:t>Reality of dreams in Islam</w:t>
      </w:r>
    </w:p>
    <w:p>
      <w:r>
        <w:rPr>
          <w:color w:val="666666"/>
          <w:sz w:val="18"/>
        </w:rPr>
        <w:t>Spirituality · Paradise Culture January 12, 2014 · 2m 27s · at 54:33 · https://youtu.be/Z3A6r7XjE00?t=3273</w:t>
      </w:r>
    </w:p>
    <w:p>
      <w:r>
        <w:rPr>
          <w:i/>
        </w:rPr>
        <w:t>“What is the reality of dreams in Islam? Is it correct that the interpretation of dreams comes true?”</w:t>
      </w:r>
    </w:p>
    <w:p>
      <w:r>
        <w:rPr>
          <w:sz w:val="20"/>
        </w:rPr>
        <w:t>54:33  Maulana, agla sawal Ilyas sahib ne kiya hai Chennai se. unhon ne likha hai: "Maulana, what is the reality of dream in Islam?</w:t>
      </w:r>
      <w:r>
        <w:br/>
      </w:r>
      <w:r>
        <w:rPr>
          <w:sz w:val="20"/>
        </w:rPr>
        <w:t>54:46  is it right that the ta'beer of dream comes true?"</w:t>
      </w:r>
      <w:r>
        <w:br/>
      </w:r>
      <w:r>
        <w:rPr>
          <w:sz w:val="20"/>
        </w:rPr>
        <w:t>54:51  dekhein, aap jo log sawal karte hain, un ko mein arz karunga ke sawal ka aap art of questioning janiye.</w:t>
      </w:r>
      <w:r>
        <w:br/>
      </w:r>
      <w:r>
        <w:rPr>
          <w:sz w:val="20"/>
        </w:rPr>
        <w:t>55:03  art of questioning!</w:t>
      </w:r>
      <w:r>
        <w:br/>
      </w:r>
      <w:r>
        <w:rPr>
          <w:sz w:val="20"/>
        </w:rPr>
        <w:t>55:07  dekhein, aadmi sawal ka tareeqa kya hai ke aadmi agar waqeatan janna chahta hai baaton ko to us ko us ke qist mein rehna chahiye, talash mein rehna chahiye.</w:t>
      </w:r>
      <w:r>
        <w:br/>
      </w:r>
      <w:r>
        <w:rPr>
          <w:sz w:val="20"/>
        </w:rPr>
        <w:t>55:20  agar aap talash mein hain to hamari kitabein padhein, hamare risale padhein. sawal o jawab ke tehat is ka jawab de chuke hain aap khwab ki ta'beer ke baray mein.</w:t>
      </w:r>
      <w:r>
        <w:br/>
      </w:r>
      <w:r>
        <w:rPr>
          <w:sz w:val="20"/>
        </w:rPr>
        <w:t>55:30  to kuch aur sawal kijiye, wohi sawal jis ka jawab diya ja chuka hai, wohi sawal dohrane se kya faida hai? kuch aur sawal kijiye, kuch aur sawal kijiye.</w:t>
      </w:r>
      <w:r>
        <w:br/>
      </w:r>
      <w:r>
        <w:rPr>
          <w:sz w:val="20"/>
        </w:rPr>
        <w:t>55:40  sawalat to billion ho sakte hain.</w:t>
      </w:r>
      <w:r>
        <w:br/>
      </w:r>
      <w:r>
        <w:rPr>
          <w:sz w:val="20"/>
        </w:rPr>
        <w:t>55:44  to mein yeh arz karunga ke sawal karne walon ko chahiye ke pabandi se hamare lecture sunein, kitabein padhein, hamare magazine padhein aur phir sawal karein.</w:t>
      </w:r>
      <w:r>
        <w:br/>
      </w:r>
      <w:r>
        <w:rPr>
          <w:sz w:val="20"/>
        </w:rPr>
        <w:t>55:55  to woh woh creative sawalat honge, creative creative sawalat honge, un ka jawab se yaani humein bhi faida bhi hoga, aap ko bhi faida hoga.</w:t>
      </w:r>
      <w:r>
        <w:br/>
      </w:r>
      <w:r>
        <w:rPr>
          <w:sz w:val="20"/>
        </w:rPr>
        <w:t>56:07  pehlay is ka jawab mein de chuka hoon, Bukhari mein kitab al-Ri'ayah hai, khwab ka bayan hai is ke andar aur us ko le kar mein ne likha hai.</w:t>
      </w:r>
      <w:r>
        <w:br/>
      </w:r>
      <w:r>
        <w:rPr>
          <w:sz w:val="20"/>
        </w:rPr>
        <w:t>56:20  us ko aap padh lijiyey, inshallah is mein aap ko jawab mil jayega. agar bil farz parhnay ke baad bhi jawab nahi mila to zaroor aap sawal kijiyega.</w:t>
      </w:r>
      <w:r>
        <w:br/>
      </w:r>
      <w:r>
        <w:rPr>
          <w:sz w:val="20"/>
        </w:rPr>
        <w:t>56:30  mera kehna yeh hai ke jin baaton ko is se pehlay likha ja chuka hai, us ko padhiye. is ke parhnay ke baad agar aap sawal karein ge to bohat hi acha sawal hoga, woh creative question hoga.</w:t>
      </w:r>
      <w:r>
        <w:br/>
      </w:r>
      <w:r>
        <w:rPr>
          <w:sz w:val="20"/>
        </w:rPr>
        <w:t>56:45  to mein sawal karne walon se yeh darkhwast karunga ke ke art of questioning ke mutabiq sawal karein.</w:t>
      </w:r>
      <w:r>
        <w:br/>
      </w:r>
      <w:r>
        <w:rPr>
          <w:sz w:val="20"/>
        </w:rPr>
        <w:t>56:53  woh</w:t>
      </w:r>
    </w:p>
    <w:p>
      <w:pPr>
        <w:pStyle w:val="Heading2"/>
      </w:pPr>
      <w:r>
        <w:t>Reality of kashf and ilham</w:t>
      </w:r>
    </w:p>
    <w:p>
      <w:r>
        <w:rPr>
          <w:color w:val="666666"/>
          <w:sz w:val="18"/>
        </w:rPr>
        <w:t>Spirituality · An Intellectual Journey May 1, 2011 · 2m 00s · at 1:19:18 · https://youtu.be/AqjjyimoIqw?t=4758</w:t>
      </w:r>
    </w:p>
    <w:p>
      <w:r>
        <w:rPr>
          <w:i/>
        </w:rPr>
        <w:t>“What is the reality of kashf (unveiling) and ilham (inspiration)? Is it a divine state? Explain.”</w:t>
      </w:r>
    </w:p>
    <w:p>
      <w:r>
        <w:rPr>
          <w:sz w:val="20"/>
        </w:rPr>
        <w:t>1:19:18  mufti ehsanullah ne kolkata se sawal likha hai, unhone poocha hai ke kashf aur ilham ki haqeeqat kya hai?</w:t>
      </w:r>
      <w:r>
        <w:br/>
      </w:r>
      <w:r>
        <w:rPr>
          <w:sz w:val="20"/>
        </w:rPr>
        <w:t>1:19:28  kya yeh ek rabbani kaifiyat ka naam hai? iske bare mein bataein. kashf kashf to ek mubtadana lafz hai,</w:t>
      </w:r>
      <w:r>
        <w:br/>
      </w:r>
      <w:r>
        <w:rPr>
          <w:sz w:val="20"/>
        </w:rPr>
        <w:t>1:19:36  quran o hadith se sabit nahin ke koi kashf hota hai. bilashuba mubtadana tasawwur hai, yeh kahin quran o hadith mein yeh nahin ke kisi ko kashf hota hai.</w:t>
      </w:r>
      <w:r>
        <w:br/>
      </w:r>
      <w:r>
        <w:rPr>
          <w:sz w:val="20"/>
        </w:rPr>
        <w:t>1:19:47  yeh to suufiyon ke zamane mein yeh cheez ijad hui, main isko bilkul baseless samajhta hoon. haan, ilham ke sabit hai, ilham, ilham isi ko, isko pata hai inspiration.</w:t>
      </w:r>
      <w:r>
        <w:br/>
      </w:r>
      <w:r>
        <w:rPr>
          <w:sz w:val="20"/>
        </w:rPr>
        <w:t>1:20:00  dekhein, Allah taala ke jahan tak maine samjha hai, Allah taala ke do tareeqe hain:</w:t>
      </w:r>
      <w:r>
        <w:br/>
      </w:r>
      <w:r>
        <w:rPr>
          <w:sz w:val="20"/>
        </w:rPr>
        <w:t>1:20:06  ek hai wahi, woh sirf nabi ko aati hai, nabi ke siwa kisi ko nahin aati. bhai, doosra hai ilqa aur ilham, woh hai inspiration.</w:t>
      </w:r>
      <w:r>
        <w:br/>
      </w:r>
      <w:r>
        <w:rPr>
          <w:sz w:val="20"/>
        </w:rPr>
        <w:t>1:20:16  inspiration kisi ko bhi aa sakta hai, koi bhi sachcha momin, koi bhi ibadat guzar momin, koi bhi shakhs jisne apne aap ko purify kar rakha ho, usko ilqa o ilham ho sakta hai inspiration ke roop mein.</w:t>
      </w:r>
      <w:r>
        <w:br/>
      </w:r>
      <w:r>
        <w:rPr>
          <w:sz w:val="20"/>
        </w:rPr>
        <w:t>1:20:31  lekin farq jo hai ke wahi jo hai, aik aik lafza musnad hoti hai. lafza inspiration jo hai, yeh wahi o ilqa hai.</w:t>
      </w:r>
      <w:r>
        <w:br/>
      </w:r>
      <w:r>
        <w:rPr>
          <w:sz w:val="20"/>
        </w:rPr>
        <w:t>1:20:41  inspiration jo hai, yani ilham aur ilqa, woh is mani mein valid ya musnad nahi hai jis mani mein wahi musnad hai.</w:t>
      </w:r>
      <w:r>
        <w:br/>
      </w:r>
      <w:r>
        <w:rPr>
          <w:sz w:val="20"/>
        </w:rPr>
        <w:t>1:20:51  aata to Allah ki taraf se hai, lekin wahi jo hai, lafza aik musnad</w:t>
      </w:r>
      <w:r>
        <w:br/>
      </w:r>
      <w:r>
        <w:rPr>
          <w:sz w:val="20"/>
        </w:rPr>
        <w:t>1:20:59  cheez hai jo Allah ki taraf se aati hai. aur ilqa o ilham jo hai, woh inspiration hai, hum us ko receive karte hain. agar hum purified na hon to hum is mein ghalti kar jayenge, kuch ka kuch samajh lenge.</w:t>
      </w:r>
      <w:r>
        <w:br/>
      </w:r>
      <w:r>
        <w:rPr>
          <w:sz w:val="20"/>
        </w:rPr>
        <w:t>1:21:14  baqi kashf ki koi haqeeqat Islam mein nahi hai.</w:t>
      </w:r>
    </w:p>
    <w:p>
      <w:pPr>
        <w:pStyle w:val="Heading2"/>
      </w:pPr>
      <w:r>
        <w:t>Reality of seeing God in meditation</w:t>
      </w:r>
    </w:p>
    <w:p>
      <w:r>
        <w:rPr>
          <w:color w:val="666666"/>
          <w:sz w:val="18"/>
        </w:rPr>
        <w:t>Spirituality · Roza and Quran July 18, 2010 · 2m 16s · at 59:38 · https://youtu.be/TSjqSQEb0EQ?t=3578</w:t>
      </w:r>
    </w:p>
    <w:p>
      <w:r>
        <w:rPr>
          <w:i/>
        </w:rPr>
        <w:t>“What is the reality of the claim by mystics that in higher states of meditation they see God and have dialogue with Him?”</w:t>
      </w:r>
    </w:p>
    <w:p>
      <w:r>
        <w:rPr>
          <w:sz w:val="20"/>
        </w:rPr>
        <w:t>59:38  maulana, yeh sawal aaya hai mister khalid ansari ka, nai dilli se. unhon ne likha hai ke "Muslims practicing mysticism claim that when they reach the higher state of maraqbah or meditation,</w:t>
      </w:r>
      <w:r>
        <w:br/>
      </w:r>
      <w:r>
        <w:rPr>
          <w:sz w:val="20"/>
        </w:rPr>
        <w:t>59:54  they see God. And not only they see Him, but have a dialogue as well." Maulana, according to you, what is the reality of this phenom</w:t>
      </w:r>
      <w:r>
        <w:br/>
      </w:r>
      <w:r>
        <w:rPr>
          <w:sz w:val="20"/>
        </w:rPr>
        <w:t>1:00:06  ena? Dekhen, yeh sab superstition hai. Jo Sufiya the, Sufiya, unhon ne jo bol banaya woh tha deedar elahi, Khuda ko dekhna.</w:t>
      </w:r>
      <w:r>
        <w:br/>
      </w:r>
      <w:r>
        <w:rPr>
          <w:sz w:val="20"/>
        </w:rPr>
        <w:t>1:00:19  Toh woh kya karte the? Kisi band jagah pe baith gaye, kisi kothri mein gaye, chadar odh liya, aankh band kar ke murakba kar rahe hain.</w:t>
      </w:r>
      <w:r>
        <w:br/>
      </w:r>
      <w:r>
        <w:rPr>
          <w:sz w:val="20"/>
        </w:rPr>
        <w:t>1:00:28  Toh aap kabhi bhi aisa kijiye toh aap ko kuch cheezein, yaani lage ke kuch badal odh rahe hain, kuch roshni idhar se udhar ja rahi hai. Toh us ko samajh lein ke woh Khuda, Khuda, Khuda ko dekh rahe hain.</w:t>
      </w:r>
      <w:r>
        <w:br/>
      </w:r>
      <w:r>
        <w:rPr>
          <w:sz w:val="20"/>
        </w:rPr>
        <w:t>1:00:41  Woh hai, us ko angrezi mein kehte hain hallucination. Yaani Khuda hi ka tasawwur nahi, aap kisi cheez ka tasawwur kijiye toh aap ko woh hoga.</w:t>
      </w:r>
      <w:r>
        <w:br/>
      </w:r>
      <w:r>
        <w:rPr>
          <w:sz w:val="20"/>
        </w:rPr>
        <w:t>1:00:49  Woh</w:t>
      </w:r>
      <w:r>
        <w:br/>
      </w:r>
      <w:r>
        <w:rPr>
          <w:sz w:val="20"/>
        </w:rPr>
        <w:t>1:00:50  Yaani der tak baith kar aap ko agar aap tasawwur karein ghore ka ya yeh pahaad ka, kisi bhi cheez ka, toh aap dekhen kuch ajeeb qism ke, yaani jhalakiyan aap ko dikhai dengi.</w:t>
      </w:r>
      <w:r>
        <w:br/>
      </w:r>
      <w:r>
        <w:rPr>
          <w:sz w:val="20"/>
        </w:rPr>
        <w:t>1:01:07  Toh unhon ne samajh liya ke hum toh Khuda ko dekh rahe hain. Yeh bilkul false, falsehood hai. Is ka koi talluq Khuda ko dekhne se nahi</w:t>
      </w:r>
      <w:r>
        <w:br/>
      </w:r>
      <w:r>
        <w:rPr>
          <w:sz w:val="20"/>
        </w:rPr>
        <w:t>1:01:16  hai. Baqi yeh jo claim karte hain Khuda se baat cheet, yeh bilkul, bilkul hi baseless hai. Yeh jo hallucination ka jo research hui hai, us se yeh prove hoti hai ke woh apne hi mind ko dekhte hain, apne hi mind se baat karte hain.</w:t>
      </w:r>
      <w:r>
        <w:br/>
      </w:r>
      <w:r>
        <w:rPr>
          <w:sz w:val="20"/>
        </w:rPr>
        <w:t>1:01:36  Khuda is duniya mein kisi ko bhi dikhai nahi de sakta. Yeh impossible hai. Yeh aakhirat mumkin hog</w:t>
      </w:r>
      <w:r>
        <w:br/>
      </w:r>
      <w:r>
        <w:rPr>
          <w:sz w:val="20"/>
        </w:rPr>
        <w:t>1:01:45  a. Jo log aisa sochte hain, bilashuba woh, yaani bhatke hue log hain.</w:t>
      </w:r>
    </w:p>
    <w:p>
      <w:pPr>
        <w:pStyle w:val="Heading2"/>
      </w:pPr>
      <w:r>
        <w:t>Reasons for decreasing religious zeal and remedy</w:t>
      </w:r>
    </w:p>
    <w:p>
      <w:r>
        <w:rPr>
          <w:color w:val="666666"/>
          <w:sz w:val="18"/>
        </w:rPr>
        <w:t>Spirituality · Example of the Prophet March 20, 2016 · 1m 42s · at 1:32:14 · https://youtu.be/79HmhzXU41w?t=5534</w:t>
      </w:r>
    </w:p>
    <w:p>
      <w:r>
        <w:rPr>
          <w:i/>
        </w:rPr>
        <w:t>“If over time, a person's zeal for religion, dawah, or worship and obedience of God decreases, what could be the reason and what is the remedy?”</w:t>
      </w:r>
    </w:p>
    <w:p>
      <w:r>
        <w:rPr>
          <w:sz w:val="20"/>
        </w:rPr>
        <w:t>1:32:14  Maulana, agla sawal Lahore se hi hai, Affan sahib ne kiya hai, aur unhon ne likha hai ke</w:t>
      </w:r>
      <w:r>
        <w:br/>
      </w:r>
      <w:r>
        <w:rPr>
          <w:sz w:val="20"/>
        </w:rPr>
        <w:t>1:32:21  agar waqt guzarne ke sath sath insan mein deen, deen ke dawat ya Khuda ki ibadat aur itaat</w:t>
      </w:r>
      <w:r>
        <w:br/>
      </w:r>
      <w:r>
        <w:rPr>
          <w:sz w:val="20"/>
        </w:rPr>
        <w:t>1:32:29  ka jazba kam ho jaye to is ki kya wajah ho sakti hai, aur is ka kya ilaaj</w:t>
      </w:r>
      <w:r>
        <w:br/>
      </w:r>
      <w:r>
        <w:rPr>
          <w:sz w:val="20"/>
        </w:rPr>
        <w:t>1:32:35  hai, is ke baray mein batayen.</w:t>
      </w:r>
      <w:r>
        <w:br/>
      </w:r>
      <w:r>
        <w:rPr>
          <w:sz w:val="20"/>
        </w:rPr>
        <w:t>1:32:38  Dekhiye, main jahan tak</w:t>
      </w:r>
      <w:r>
        <w:br/>
      </w:r>
      <w:r>
        <w:rPr>
          <w:sz w:val="20"/>
        </w:rPr>
        <w:t>1:32:44  tajurba hai, mustaqil tor par kam nahi hota,</w:t>
      </w:r>
      <w:r>
        <w:br/>
      </w:r>
      <w:r>
        <w:rPr>
          <w:sz w:val="20"/>
        </w:rPr>
        <w:t>1:32:49  magar mustaqil tor par kam ho jaye to phir tha hi nahi.</w:t>
      </w:r>
      <w:r>
        <w:br/>
      </w:r>
      <w:r>
        <w:rPr>
          <w:sz w:val="20"/>
        </w:rPr>
        <w:t>1:32:51  Woh dawat ka jazba agar mustaqil tor par kam ho jaye to samajh lein ke woh tha hi</w:t>
      </w:r>
      <w:r>
        <w:br/>
      </w:r>
      <w:r>
        <w:rPr>
          <w:sz w:val="20"/>
        </w:rPr>
        <w:t>1:32:58  nahi, woh kuch aur cheez thi, woh</w:t>
      </w:r>
      <w:r>
        <w:br/>
      </w:r>
      <w:r>
        <w:rPr>
          <w:sz w:val="20"/>
        </w:rPr>
        <w:t>1:33:02  kuch aur cheez thi.</w:t>
      </w:r>
      <w:r>
        <w:br/>
      </w:r>
      <w:r>
        <w:rPr>
          <w:sz w:val="20"/>
        </w:rPr>
        <w:t>1:33:06  باقی fluctuation تو حدیث صاحب ثابت ہے، fluctuation ہوگا کبھی کم، کبھی زیادہ، کبھی کم، کبھی زیادہ۔</w:t>
      </w:r>
      <w:r>
        <w:br/>
      </w:r>
      <w:r>
        <w:rPr>
          <w:sz w:val="20"/>
        </w:rPr>
        <w:t>1:33:16  To do cheezen alag alag hain: ek hai fluctuation,</w:t>
      </w:r>
      <w:r>
        <w:br/>
      </w:r>
      <w:r>
        <w:rPr>
          <w:sz w:val="20"/>
        </w:rPr>
        <w:t>1:33:20  وہ it is but natural، اور ایک ہے کہ مستقل طور پر دعوت کا جذبہ ختم ہو جائے</w:t>
      </w:r>
      <w:r>
        <w:br/>
      </w:r>
      <w:r>
        <w:rPr>
          <w:sz w:val="20"/>
        </w:rPr>
        <w:t>1:33:27  to main kahunga woh phir dawat tha hi, jazba tha hi nahi, pehle bhi nahi tha.</w:t>
      </w:r>
      <w:r>
        <w:br/>
      </w:r>
      <w:r>
        <w:rPr>
          <w:sz w:val="20"/>
        </w:rPr>
        <w:t>1:33:34  Mera tajurba yahi hai ke agar fluctuation hai to woh bilkul fitrat ke mutabiq hai, aur agar mustaqil</w:t>
      </w:r>
      <w:r>
        <w:br/>
      </w:r>
      <w:r>
        <w:rPr>
          <w:sz w:val="20"/>
        </w:rPr>
        <w:t>1:33:43  khatam ho gaya hai to woh tha hi nahi.</w:t>
      </w:r>
      <w:r>
        <w:br/>
      </w:r>
      <w:r>
        <w:rPr>
          <w:sz w:val="20"/>
        </w:rPr>
        <w:t>1:33:46  Phir se aadmi ko chahiye ke phir se paida kare, phir se study kare, phir se apne andar</w:t>
      </w:r>
      <w:r>
        <w:br/>
      </w:r>
      <w:r>
        <w:rPr>
          <w:sz w:val="20"/>
        </w:rPr>
        <w:t>1:33:52  is ko jagaye.</w:t>
      </w:r>
    </w:p>
    <w:p>
      <w:pPr>
        <w:pStyle w:val="Heading2"/>
      </w:pPr>
      <w:r>
        <w:t>Recognizing Satanic Ideological Deception and Saving Oneself</w:t>
      </w:r>
    </w:p>
    <w:p>
      <w:r>
        <w:rPr>
          <w:color w:val="666666"/>
          <w:sz w:val="18"/>
        </w:rPr>
        <w:t>Spirituality · Islam and Politics November 17, 2013 · 3m 45s · at 1:01:33 · https://youtu.be/LgKA8wg4NPc?t=3693</w:t>
      </w:r>
    </w:p>
    <w:p>
      <w:r>
        <w:rPr>
          <w:i/>
        </w:rPr>
        <w:t>“How can one recognize that a particular ideology is Satanic deception (tazyeen), and how can one save oneself from it?”</w:t>
      </w:r>
    </w:p>
    <w:p>
      <w:r>
        <w:rPr>
          <w:sz w:val="20"/>
        </w:rPr>
        <w:t>1:01:33  maulana agla sawal roorkee se hai sajid an</w:t>
      </w:r>
      <w:r>
        <w:br/>
      </w:r>
      <w:r>
        <w:rPr>
          <w:sz w:val="20"/>
        </w:rPr>
        <w:t>1:01:36  war sahib ka unhon ne likha hai</w:t>
      </w:r>
      <w:r>
        <w:br/>
      </w:r>
      <w:r>
        <w:rPr>
          <w:sz w:val="20"/>
        </w:rPr>
        <w:t>1:01:39  Maulana, how to recognize that a particular ideology is Satan's tazeen and how to save ourself?</w:t>
      </w:r>
      <w:r>
        <w:br/>
      </w:r>
      <w:r>
        <w:rPr>
          <w:sz w:val="20"/>
        </w:rPr>
        <w:t>1:01:48  from that is ke bare mein hamein guide karen</w:t>
      </w:r>
      <w:r>
        <w:br/>
      </w:r>
      <w:r>
        <w:rPr>
          <w:sz w:val="20"/>
        </w:rPr>
        <w:t>1:01:52  bahut hi asan hai</w:t>
      </w:r>
      <w:r>
        <w:br/>
      </w:r>
      <w:r>
        <w:rPr>
          <w:sz w:val="20"/>
        </w:rPr>
        <w:t>1:01:56  jab bhi aap koi idea aap ke mind mein aata hai</w:t>
      </w:r>
      <w:r>
        <w:br/>
      </w:r>
      <w:r>
        <w:rPr>
          <w:sz w:val="20"/>
        </w:rPr>
        <w:t>1:02:00  yani beautified way mein to aap hamesha dhoondiye quran mein is ka koi asal hai</w:t>
      </w:r>
      <w:r>
        <w:br/>
      </w:r>
      <w:r>
        <w:rPr>
          <w:sz w:val="20"/>
        </w:rPr>
        <w:t>1:02:07  jaise abhi ek sawal jo abhi aaya tha ke is woh kaha tha ke islam agar mukammal nahi hai to kaun sa hain kaun sa nizam mukammal hai agar haan ab yeh jo hai in ko sochna chahiye tha pehle ke ke yeh sawal ki koi asal ka quran mein hai to quran majeed is ka asal koi hai nahi</w:t>
      </w:r>
      <w:r>
        <w:br/>
      </w:r>
      <w:r>
        <w:rPr>
          <w:sz w:val="20"/>
        </w:rPr>
        <w:t>1:02:29  to jab bhi koi idea aap ke mind mein aata hai beautified way mein to foran aap yeh kijiye ke quran mein dhoondiye ke kya is ka asal quran mein hai nahi hai to woh shaitan ka beautification hai woh shaitan ka beautification hai</w:t>
      </w:r>
      <w:r>
        <w:br/>
      </w:r>
      <w:r>
        <w:rPr>
          <w:sz w:val="20"/>
        </w:rPr>
        <w:t>1:02:53  jaise mein ek misaal deta hoon india ke bare mein india ke jo leader hain so called leader mein kisi ko leader nahi manta self styled leader hain yeh log to taqreeban sabhi ka ek obsession hai woh kya hai ke india mein musalmanon ki identity ko khatm kiya ja raha hai musalmanon ki pehchan ko khatm kiya ja raha hai</w:t>
      </w:r>
      <w:r>
        <w:br/>
      </w:r>
      <w:r>
        <w:rPr>
          <w:sz w:val="20"/>
        </w:rPr>
        <w:t>1:03:15  ab yeh hai to mein yani yeh kahoon ga ke jo yeh aap ke zehan mein aaya hai to dekhein quran mein kya kahin aisa likha hai pehchan ka to koi haqeeqat hi nahi islam mein hai yani identity jo hai islam ki woh spiritual hai na ke zahiri yani matlab dadi par koi pabandi ho to aap kahein ke islam ki p shah mitai ja rahi hai</w:t>
      </w:r>
      <w:r>
        <w:br/>
      </w:r>
      <w:r>
        <w:rPr>
          <w:sz w:val="20"/>
        </w:rPr>
        <w:t>1:03:44  to islam ki pehchan jo hai isprit hai yani taqwa hai aur khauf khuda hai mohabbat ilahi hai</w:t>
      </w:r>
      <w:r>
        <w:br/>
      </w:r>
      <w:r>
        <w:rPr>
          <w:sz w:val="20"/>
        </w:rPr>
        <w:t>1:03:52  aakhirat talbi hai yeh islam ki isprit hai yeh islam ki pehchan hai logon ne kya kiya ke</w:t>
      </w:r>
      <w:r>
        <w:br/>
      </w:r>
      <w:r>
        <w:rPr>
          <w:sz w:val="20"/>
        </w:rPr>
        <w:t>1:03:57  zahiri cheezon ko pehchan bana liya</w:t>
      </w:r>
      <w:r>
        <w:br/>
      </w:r>
      <w:r>
        <w:rPr>
          <w:sz w:val="20"/>
        </w:rPr>
        <w:t>1:04:01  maslan aaj agar farz kiya hukumat yeh kahe ke muslim university ka naam sirf aligarh university rahe</w:t>
      </w:r>
      <w:r>
        <w:br/>
      </w:r>
      <w:r>
        <w:rPr>
          <w:sz w:val="20"/>
        </w:rPr>
        <w:t>1:04:06  ga muslim nahin hoga to sara shor machayenge dekho islam ki pehchan mita rahe hain to aap</w:t>
      </w:r>
      <w:r>
        <w:br/>
      </w:r>
      <w:r>
        <w:rPr>
          <w:sz w:val="20"/>
        </w:rPr>
        <w:t>1:04:12  sochain quran mein kya kaha gaya apne idaron ka naam muslim rakho kahin likha hai to logon ko</w:t>
      </w:r>
      <w:r>
        <w:br/>
      </w:r>
      <w:r>
        <w:rPr>
          <w:sz w:val="20"/>
        </w:rPr>
        <w:t>1:04:19  maloom hoga ke to aisa hai hi nahin rasool Allah ne madine mein jo state banai thi to</w:t>
      </w:r>
      <w:r>
        <w:br/>
      </w:r>
      <w:r>
        <w:rPr>
          <w:sz w:val="20"/>
        </w:rPr>
        <w:t>1:04:24  aap ne is ka naam muslim state to nahin rakh</w:t>
      </w:r>
      <w:r>
        <w:br/>
      </w:r>
      <w:r>
        <w:rPr>
          <w:sz w:val="20"/>
        </w:rPr>
        <w:t>1:04:26  a tha woh to madina tha bas to apne aap bhi achi sabit shuda nahi hai ke aap ek idara banayein to is ka naam muslim ho to agar hukoomat kahe ke is lafz muslim se ke bajaye sirf aligarh kaho to is ka islam se koi matlab nahi ke islam in ke interruption ho raha hai islam ki pehchan mitai ja rahi hai</w:t>
      </w:r>
      <w:r>
        <w:br/>
      </w:r>
      <w:r>
        <w:rPr>
          <w:sz w:val="20"/>
        </w:rPr>
        <w:t>1:04:50  to bohat hi seedha saada tareeqa yeh hai ke hamare paas Allah taala ka kalam mehfooz halat mein maujood hai aap jis cheez aap ke mind mein aati hai is ka aap source ya is ka asal dhoondiye quran mein agar quran is ko certify kare to samjhiye ke sahi hai nahi to samjhein galat hai bilkul seedha saada usool hai</w:t>
      </w:r>
    </w:p>
    <w:p>
      <w:pPr>
        <w:pStyle w:val="Heading2"/>
      </w:pPr>
      <w:r>
        <w:t>Recognizing and avoiding wishful thinking</w:t>
      </w:r>
    </w:p>
    <w:p>
      <w:r>
        <w:rPr>
          <w:color w:val="666666"/>
          <w:sz w:val="18"/>
        </w:rPr>
        <w:t>Spirituality · Man and The Paradise August 11, 2013 Maulana Wahiduddin Khan · 7m 05s · at 1:16:15 · https://youtu.be/m8XdpnaS95U?t=4575</w:t>
      </w:r>
    </w:p>
    <w:p>
      <w:r>
        <w:rPr>
          <w:i/>
        </w:rPr>
        <w:t>“Maulana, today in the class you mentioned a term amani, that is wishful thinking. Please tell us that how can I recognize whether I am indulging in amani and how can one come out of this?”</w:t>
      </w:r>
    </w:p>
    <w:p>
      <w:r>
        <w:rPr>
          <w:sz w:val="20"/>
        </w:rPr>
        <w:t>1:16:15  maulana, agla sawal roorkee se hai. sajid anwar sahab ka, unhon ne likha hai: "maulana, today in the class you mentioned a term amani, that is wishful thinking.</w:t>
      </w:r>
      <w:r>
        <w:br/>
      </w:r>
      <w:r>
        <w:rPr>
          <w:sz w:val="20"/>
        </w:rPr>
        <w:t>1:16:27  please tell us that how can i recognize whether i am indulging in amani and how can one come out of this?"</w:t>
      </w:r>
      <w:r>
        <w:br/>
      </w:r>
      <w:r>
        <w:rPr>
          <w:sz w:val="20"/>
        </w:rPr>
        <w:t>1:16:39  dekhiye, amani ka matlab yeh hai ke apne aap hum kuch criteria bana lein khud se. ek hai woh criterion jo diya gaya hai quran o hadees mein.</w:t>
      </w:r>
      <w:r>
        <w:br/>
      </w:r>
      <w:r>
        <w:rPr>
          <w:sz w:val="20"/>
        </w:rPr>
        <w:t>1:16:50  ek to hum apne aap bana lein.</w:t>
      </w:r>
      <w:r>
        <w:br/>
      </w:r>
      <w:r>
        <w:rPr>
          <w:sz w:val="20"/>
        </w:rPr>
        <w:t>1:16:56  to apne aap jo bana lete hain, isi ko quran amani hai. to is se pehle yahood ne aise bohat se bana rakhe the. mislan in ka ek amani ki misal yeh hai ke jo aadmi yahoodi family mein paida ho jaye to bas us ki jannat pakki hai.</w:t>
      </w:r>
      <w:r>
        <w:br/>
      </w:r>
      <w:r>
        <w:rPr>
          <w:sz w:val="20"/>
        </w:rPr>
        <w:t>1:17:17  yani unhon ne salvation ko base, yani birth based bana diya.</w:t>
      </w:r>
      <w:r>
        <w:br/>
      </w:r>
      <w:r>
        <w:rPr>
          <w:sz w:val="20"/>
        </w:rPr>
        <w:t>1:17:24  yahood ne salvation ko birth based, yani yahoodi family mein paida hone hi kafi hai ke aadmi jannat mein jaye.</w:t>
      </w:r>
      <w:r>
        <w:br/>
      </w:r>
      <w:r>
        <w:rPr>
          <w:sz w:val="20"/>
        </w:rPr>
        <w:t>1:17:33  theek hai, yahi musalmanon mein aa gaya hai. ab musalman samajhte hain ke musalman ghar mein paida ho gaye to phir jannat yaqeeni hai. to birth based concept jo hai salvation ka, woh hai amani.</w:t>
      </w:r>
      <w:r>
        <w:br/>
      </w:r>
      <w:r>
        <w:rPr>
          <w:sz w:val="20"/>
        </w:rPr>
        <w:t>1:17:46  aur jo musalmanon mein bhi isi tarah aa gaya, jo tha yahudiyon mein tha.</w:t>
      </w:r>
      <w:r>
        <w:br/>
      </w:r>
      <w:r>
        <w:rPr>
          <w:sz w:val="20"/>
        </w:rPr>
        <w:t>1:17:50  aisi bohat sari cheezein hain jis ki quran o hadith mein koi buniyad nahi hai. khud hi khud bana liya hai.</w:t>
      </w:r>
      <w:r>
        <w:br/>
      </w:r>
      <w:r>
        <w:rPr>
          <w:sz w:val="20"/>
        </w:rPr>
        <w:t>1:17:58  jitne yeh jo mauzu rawaiyat hain, woh sab amani to hain. aur aur kya hain? jitni mauzu rawaiyat hain, woh sab amani hain. aaj kal musalman amani pe khade hue hain.</w:t>
      </w:r>
      <w:r>
        <w:br/>
      </w:r>
      <w:r>
        <w:rPr>
          <w:sz w:val="20"/>
        </w:rPr>
        <w:t>1:18:12  sab amani pe khade hue hain.</w:t>
      </w:r>
      <w:r>
        <w:br/>
      </w:r>
      <w:r>
        <w:rPr>
          <w:sz w:val="20"/>
        </w:rPr>
        <w:t>1:18:14  ab misal ke taur par dekhiye, jo insan hain, yani jo non muslim hain, woh hamare liye madu hain. madu musalmanon ne kya samajh rakha hai ke woh hamare liye dushman hain.</w:t>
      </w:r>
      <w:r>
        <w:br/>
      </w:r>
      <w:r>
        <w:rPr>
          <w:sz w:val="20"/>
        </w:rPr>
        <w:t>1:18:26  bas un ko maro. un se nahi mar sako to kam az kam nafrat karo un se. nafrat karoge to jannat mein jaoge.</w:t>
      </w:r>
      <w:r>
        <w:br/>
      </w:r>
      <w:r>
        <w:rPr>
          <w:sz w:val="20"/>
        </w:rPr>
        <w:t>1:18:36  yeh sab khud sakhta hain, khud hi bana rakha hai. yeh doosre insan insan hain, doosre insan madu hain.</w:t>
      </w:r>
      <w:r>
        <w:br/>
      </w:r>
      <w:r>
        <w:rPr>
          <w:sz w:val="20"/>
        </w:rPr>
        <w:t>1:18:44  un se hamein khair khwahi karna hai, un se hamein nafrat jaiz hi nahi hai. chahe woh america ho, chahe yahoodi ho, chahe hindu ho, hamare liye haram hai ke hum nafrat karein un se.</w:t>
      </w:r>
      <w:r>
        <w:br/>
      </w:r>
      <w:r>
        <w:rPr>
          <w:sz w:val="20"/>
        </w:rPr>
        <w:t>1:18:57  lekin ab musalman dhoom se nafrat kar rahe hain. sare musalman nafrat kar rahe hain. shikayatein kar rahe hain, protest kar rahe hain, gun aur bomb chala rahe hain.</w:t>
      </w:r>
      <w:r>
        <w:br/>
      </w:r>
      <w:r>
        <w:rPr>
          <w:sz w:val="20"/>
        </w:rPr>
        <w:t>1:19:07  yeh sab haram kaam hain. lekin is haram kaam ke liye unhon ne khud sakhta taur par, yani deen ke interpretation nikal rakhe hain.</w:t>
      </w:r>
      <w:r>
        <w:br/>
      </w:r>
      <w:r>
        <w:rPr>
          <w:sz w:val="20"/>
        </w:rPr>
        <w:t>1:19:17  khud sakhta taur par, khud sakhta taur par nikal rakha hai ke yeh jaiz hai. yani just is ko quran o hadith se justify kar rakha hai.</w:t>
      </w:r>
      <w:r>
        <w:br/>
      </w:r>
      <w:r>
        <w:rPr>
          <w:sz w:val="20"/>
        </w:rPr>
        <w:t>1:19:28  woh hai amani. quran o hadith justify kar rakha hai is ko amani par. jitna bhi yeh nafrat karobar hai musalmanon mein, ghair muslimon se, chahe america ke khilaf ho, chahe yahoodi ke khilaf ho, hindu ke khilaf ho, sab amani par mabni hai.</w:t>
      </w:r>
      <w:r>
        <w:br/>
      </w:r>
      <w:r>
        <w:rPr>
          <w:sz w:val="20"/>
        </w:rPr>
        <w:t>1:19:45  yani khud hi khud bana liya aise matlab quran</w:t>
      </w:r>
      <w:r>
        <w:br/>
      </w:r>
      <w:r>
        <w:rPr>
          <w:sz w:val="20"/>
        </w:rPr>
        <w:t>1:19:48  o hadith ka jis se woh justify hota ho un ka feal. to sab amani mein jeete hain yeh log aur sab ke sab Allah ke liye pakde jayenge.</w:t>
      </w:r>
      <w:r>
        <w:br/>
      </w:r>
      <w:r>
        <w:rPr>
          <w:sz w:val="20"/>
        </w:rPr>
        <w:t>1:19:58  kyun ke hamare less be amani ek amani ek ahl e kitab. yani tum khud se koi, yani ek khud se ek interpretation nikal lo, khud se ayat aur hadith ka matlab nikal lo jis se tumhara justify ho raha ho tumhara feal.</w:t>
      </w:r>
      <w:r>
        <w:br/>
      </w:r>
      <w:r>
        <w:rPr>
          <w:sz w:val="20"/>
        </w:rPr>
        <w:t>1:20:14  is se to bacho ge nahi, pakad jaoge.</w:t>
      </w:r>
      <w:r>
        <w:br/>
      </w:r>
      <w:r>
        <w:rPr>
          <w:sz w:val="20"/>
        </w:rPr>
        <w:t>1:20:17  tum pakad jaoge. jaise ek misal deta hoon main aap ko ke kuch logon se meri mulaqat, kuch logon se baat hui meri.</w:t>
      </w:r>
      <w:r>
        <w:br/>
      </w:r>
      <w:r>
        <w:rPr>
          <w:sz w:val="20"/>
        </w:rPr>
        <w:t>1:20:30  main ne kaha ke arab log jo ladai chhede hue hain yahudiyon ke khilaf, woh islam ke khilaf hai. woh anti islamic ladai hai. unhon ne kaha kaise?</w:t>
      </w:r>
      <w:r>
        <w:br/>
      </w:r>
      <w:r>
        <w:rPr>
          <w:sz w:val="20"/>
        </w:rPr>
        <w:t>1:20:39  main ne kaha ke quran mein saaf saaf likha hua hai ke falasteen yahudiyon ke liye likh diya gaya hai.</w:t>
      </w:r>
      <w:r>
        <w:br/>
      </w:r>
      <w:r>
        <w:rPr>
          <w:sz w:val="20"/>
        </w:rPr>
        <w:t>1:20:47  yani yahudiyon ke liye woh, yani goya allot kar diya gaya hai. kehna chahiye yeh likha hua hai quran majeed mein: falasteen yahudiyon ke liye allot kar diya gaya hai.</w:t>
      </w:r>
      <w:r>
        <w:br/>
      </w:r>
      <w:r>
        <w:rPr>
          <w:sz w:val="20"/>
        </w:rPr>
        <w:t>1:21:01  to aap kyun lad rahe hain un se? woh Allah ne unhein allot kar diya to maan lijiye ke woh un ki zameen hai. aap wahan ja kar rehte hain to rahiye, woh mana nahi karte aap ko rehne se.</w:t>
      </w:r>
      <w:r>
        <w:br/>
      </w:r>
      <w:r>
        <w:rPr>
          <w:sz w:val="20"/>
        </w:rPr>
        <w:t>1:21:11  lekin ladte kyon hain aap un se? to woh ayat maine padhi un ko</w:t>
      </w:r>
      <w:r>
        <w:br/>
      </w:r>
      <w:r>
        <w:rPr>
          <w:sz w:val="20"/>
        </w:rPr>
        <w:t>1:21:18  to kya kehte hain? woh to mansookh ho chuki hai. kehte hain woh to mansookh ho chuki hai. yeh kya hai? amaani hai. kyunke mansookh ho chuki hai. kahan?</w:t>
      </w:r>
      <w:r>
        <w:br/>
      </w:r>
      <w:r>
        <w:rPr>
          <w:sz w:val="20"/>
        </w:rPr>
        <w:t>1:21:26  kis ne mansookh kiya? woh kaun si ayat hai aur kaun si hadith hai jis se nikalta hai ke mansookh hui woh ayat? kaun si? kaun si ayat bataiye?</w:t>
      </w:r>
      <w:r>
        <w:br/>
      </w:r>
      <w:r>
        <w:rPr>
          <w:sz w:val="20"/>
        </w:rPr>
        <w:t>1:21:35  ya qaum ul kulu aur Allah jo Allah ne likh diya tumhare liye.</w:t>
      </w:r>
      <w:r>
        <w:br/>
      </w:r>
      <w:r>
        <w:rPr>
          <w:sz w:val="20"/>
        </w:rPr>
        <w:t>1:21:44  to kaha ke bible mein jo hai, bible mein hai ke falasteen yahudiyon ke liye promised land hai. bible mein hai ke falasteen yahudiyon ke liye promised land hai.</w:t>
      </w:r>
      <w:r>
        <w:br/>
      </w:r>
      <w:r>
        <w:rPr>
          <w:sz w:val="20"/>
        </w:rPr>
        <w:t>1:21:56  theek hai, yeh to quran majeed mein bhi hai.</w:t>
      </w:r>
      <w:r>
        <w:br/>
      </w:r>
      <w:r>
        <w:rPr>
          <w:sz w:val="20"/>
        </w:rPr>
        <w:t>1:22:01  theek, wahi to musalman, wahi to quran majeed mein bhi hai. to is mani hai ke yahudiyon ko haq hai ke woh ja ke basein falasteen mein. aap rok nahi sakte un ko.</w:t>
      </w:r>
      <w:r>
        <w:br/>
      </w:r>
      <w:r>
        <w:rPr>
          <w:sz w:val="20"/>
        </w:rPr>
        <w:t>1:22:12  baqi aap rokte nahi hain. woh</w:t>
      </w:r>
      <w:r>
        <w:br/>
      </w:r>
      <w:r>
        <w:rPr>
          <w:sz w:val="20"/>
        </w:rPr>
        <w:t>1:22:13  abhi bhi, abhi bhi falasteen mein 20 percent yeh arab rehte hain. to aap rahiye un mein. ladte kyon? un ko nikal maar ke nikalte kyon hain?</w:t>
      </w:r>
      <w:r>
        <w:br/>
      </w:r>
      <w:r>
        <w:rPr>
          <w:sz w:val="20"/>
        </w:rPr>
        <w:t>1:22:23  kyon kehte hain ke hum un ko maar ke phenk den ge? sanarbi fil burr. to kya nikal rakha hai ke woh to, woh to ayat mansookh ho gayi.</w:t>
      </w:r>
      <w:r>
        <w:br/>
      </w:r>
      <w:r>
        <w:rPr>
          <w:sz w:val="20"/>
        </w:rPr>
        <w:t>1:22:32  yeh jhoot hai, yeh jhoot hai, yeh jhoot hai. kyunke aap ko pesh karna parega koi ayat ya hadith ke woh ayat mansookh ho gayi.</w:t>
      </w:r>
      <w:r>
        <w:br/>
      </w:r>
      <w:r>
        <w:rPr>
          <w:sz w:val="20"/>
        </w:rPr>
        <w:t>1:22:41  agar aap nahi pesh kar sakte to aap jhoot bol rahe hain. to sara musalmanon ka jo case hai, sab amaani par mabni hai. amaani sara hai, chahe arab hon ya ajam hon, sab amaani pe khade hue hain.</w:t>
      </w:r>
      <w:r>
        <w:br/>
      </w:r>
      <w:r>
        <w:rPr>
          <w:sz w:val="20"/>
        </w:rPr>
        <w:t>1:22:56  to amaani pe khade hone ka mani hai ke amaani mein jab khada hota hai aadmi to kya karta hai? quran o hadith ka galat interpretation de kar us ko justify karta hai.</w:t>
      </w:r>
      <w:r>
        <w:br/>
      </w:r>
      <w:r>
        <w:rPr>
          <w:sz w:val="20"/>
        </w:rPr>
        <w:t>1:23:06  to is tarah ke justification humein nahi bachaye ga.</w:t>
      </w:r>
      <w:r>
        <w:br/>
      </w:r>
      <w:r>
        <w:rPr>
          <w:sz w:val="20"/>
        </w:rPr>
        <w:t>1:23:10  is tarah ke justification hum bach nahi sakte. Allah taala ki hamari flogging hogi, hum pakad jayenge.</w:t>
      </w:r>
    </w:p>
    <w:p>
      <w:pPr>
        <w:pStyle w:val="Heading2"/>
      </w:pPr>
      <w:r>
        <w:t>Rediscovery as renewal in Islam</w:t>
      </w:r>
    </w:p>
    <w:p>
      <w:r>
        <w:rPr>
          <w:color w:val="666666"/>
          <w:sz w:val="18"/>
        </w:rPr>
        <w:t>Spirituality · Purpose Of Human Life -12th Feb. '12 · 47s · at 1:21:36 · https://youtu.be/TCGYvGJHf7w?t=4896</w:t>
      </w:r>
    </w:p>
    <w:p>
      <w:r>
        <w:rPr>
          <w:i/>
        </w:rPr>
        <w:t>“Is rediscovery the same as tajdeed (renewal)?”</w:t>
      </w:r>
    </w:p>
    <w:p>
      <w:r>
        <w:rPr>
          <w:sz w:val="20"/>
        </w:rPr>
        <w:t>1:21:36  unhon ne poocha hai ke kya rediscory ko hi tajdeed kehte hain? kya sawal hai? kya re</w:t>
      </w:r>
      <w:r>
        <w:br/>
      </w:r>
      <w:r>
        <w:rPr>
          <w:sz w:val="20"/>
        </w:rPr>
        <w:t>1:21:41  discovery ko hi tajdeed kehte hain? rediscory? ji, rediscory.</w:t>
      </w:r>
      <w:r>
        <w:br/>
      </w:r>
      <w:r>
        <w:rPr>
          <w:sz w:val="20"/>
        </w:rPr>
        <w:t>1:21:46  dekhen, rediscory ka lafz bolta hoon mein in logon ke liye jo apne ko musalman kehte hain.</w:t>
      </w:r>
      <w:r>
        <w:br/>
      </w:r>
      <w:r>
        <w:rPr>
          <w:sz w:val="20"/>
        </w:rPr>
        <w:t>1:21:50  aur jo apne ko musalman nahi kehte, to jo islam se bahar hain, to woh un ke liye</w:t>
      </w:r>
      <w:r>
        <w:br/>
      </w:r>
      <w:r>
        <w:rPr>
          <w:sz w:val="20"/>
        </w:rPr>
        <w:t>1:21:55  mein kehta hoon ke un ke liye islam discovery hoga agar woh samjhen ge islam ko to.</w:t>
      </w:r>
      <w:r>
        <w:br/>
      </w:r>
      <w:r>
        <w:rPr>
          <w:sz w:val="20"/>
        </w:rPr>
        <w:t>1:22:00  aur jo apne ko musalman kehte hain, woh agar dobara mutala kar ke samjhen to un ke liye</w:t>
      </w:r>
      <w:r>
        <w:br/>
      </w:r>
      <w:r>
        <w:rPr>
          <w:sz w:val="20"/>
        </w:rPr>
        <w:t>1:22:05  islam rediscory hoga.</w:t>
      </w:r>
      <w:r>
        <w:br/>
      </w:r>
      <w:r>
        <w:rPr>
          <w:sz w:val="20"/>
        </w:rPr>
        <w:t>1:22:09  yeh mein kehta hoon.</w:t>
      </w:r>
      <w:r>
        <w:br/>
      </w:r>
      <w:r>
        <w:rPr>
          <w:sz w:val="20"/>
        </w:rPr>
        <w:t>1:22:14  baqi tajdeed to kehte hain revival ko.</w:t>
      </w:r>
      <w:r>
        <w:br/>
      </w:r>
      <w:r>
        <w:rPr>
          <w:sz w:val="20"/>
        </w:rPr>
        <w:t>1:22:19  yani ahya, kisi cheez ko dobara zinda karna. ji.</w:t>
      </w:r>
    </w:p>
    <w:p>
      <w:pPr>
        <w:pStyle w:val="Heading2"/>
      </w:pPr>
      <w:r>
        <w:t>Reflecting on death: spontaneous or forced?</w:t>
      </w:r>
    </w:p>
    <w:p>
      <w:r>
        <w:rPr>
          <w:color w:val="666666"/>
          <w:sz w:val="18"/>
        </w:rPr>
        <w:t>Spirituality · Concept of Death in Islam August 26, 2012 · 2m 23s · at 1:15:36 · https://youtu.be/y0TJxKi0L94?t=4536</w:t>
      </w:r>
    </w:p>
    <w:p>
      <w:r>
        <w:rPr>
          <w:i/>
        </w:rPr>
        <w:t>“What if the thought of death does not come to us spontaneously? Should we force ourselves to reflect on death? Would that reflection be authentic? Does reflection on death not make us disinterested in our daily activities?”</w:t>
      </w:r>
    </w:p>
    <w:p>
      <w:r>
        <w:rPr>
          <w:sz w:val="20"/>
        </w:rPr>
        <w:t>1:15:36  Maulana, agla sawal Delhi se hai, Mr Kaif ka. unhon ne likha hai what if the thought of death does not come to us spontaneously?</w:t>
      </w:r>
      <w:r>
        <w:br/>
      </w:r>
      <w:r>
        <w:rPr>
          <w:sz w:val="20"/>
        </w:rPr>
        <w:t>1:15:46  Should we force ourselves to reflect on death? Would that reflection be authentic? Does reflection on death not make us disinterested in our daily activities?</w:t>
      </w:r>
      <w:r>
        <w:br/>
      </w:r>
      <w:r>
        <w:rPr>
          <w:sz w:val="20"/>
        </w:rPr>
        <w:t>1:16:01  dekhen, maut ek jab yeh maloom hoga ke maut ek reality hai, to hamein sochna hi hai is ke upar.</w:t>
      </w:r>
      <w:r>
        <w:br/>
      </w:r>
      <w:r>
        <w:rPr>
          <w:sz w:val="20"/>
        </w:rPr>
        <w:t>1:16:10  jab yeh maloom hoga ke</w:t>
      </w:r>
      <w:r>
        <w:br/>
      </w:r>
      <w:r>
        <w:rPr>
          <w:sz w:val="20"/>
        </w:rPr>
        <w:t>1:16:15  jaara aane wala hai, to hamein sardi ka samna karna hi pare ga. to jab maut ke bare mein yeh bar bar tajurba hai ke aadmi marta hai, marta hai, marta hai, to hum us ko kaise ignore kar sakte hain?</w:t>
      </w:r>
      <w:r>
        <w:br/>
      </w:r>
      <w:r>
        <w:rPr>
          <w:sz w:val="20"/>
        </w:rPr>
        <w:t>1:16:30  humein sochna hi parega is ko, lazman. baqi yeh baat ke maut ke sochne se aadmi mein yaani kya hai, activity kam ho jayegi?</w:t>
      </w:r>
      <w:r>
        <w:br/>
      </w:r>
      <w:r>
        <w:rPr>
          <w:sz w:val="20"/>
        </w:rPr>
        <w:t>1:16:42  maulana, ke haan, disinterested ho jata hai insaan agar zyada soche maut ke bare mein. dekhein, yeh baat sahi nahi hai. maut ke bare mein is waqt urgency paida hoti hai, zyada active ho jata hai.</w:t>
      </w:r>
      <w:r>
        <w:br/>
      </w:r>
      <w:r>
        <w:rPr>
          <w:sz w:val="20"/>
        </w:rPr>
        <w:t>1:16:56  maut ka yaad karenge aap to sense of urgency aayegi ke bhai waqt bohat kam hai, cut dalo jo karna hai. yeh ajeeb ghareeb baat aksar log kehte hain mujh se,</w:t>
      </w:r>
      <w:r>
        <w:br/>
      </w:r>
      <w:r>
        <w:rPr>
          <w:sz w:val="20"/>
        </w:rPr>
        <w:t>1:17:09  halanke ulti baat hai. maut jo hai, aap ke andar sense of urgency lati hai ke bohat kam waqt hai, cut dalo jo karna hai.</w:t>
      </w:r>
      <w:r>
        <w:br/>
      </w:r>
      <w:r>
        <w:rPr>
          <w:sz w:val="20"/>
        </w:rPr>
        <w:t>1:17:21  to mera tajurba to yahi hai ke main har waqt is mein is hisab se jeeta hoon ke ke kal mauqa rahe, na rahe, aaj hi cut dalo.</w:t>
      </w:r>
      <w:r>
        <w:br/>
      </w:r>
      <w:r>
        <w:rPr>
          <w:sz w:val="20"/>
        </w:rPr>
        <w:t>1:17:36  kal pata nahi mauqa milega ya nahi milega, aaj hi cut dalo. to bohat zyada chobees ghante bas busy rehta hoon. to mere andar maut jo hai, aur main rozana maut ko yaad karta hoon, bohat zyada.</w:t>
      </w:r>
      <w:r>
        <w:br/>
      </w:r>
      <w:r>
        <w:rPr>
          <w:sz w:val="20"/>
        </w:rPr>
        <w:t>1:17:49  to mera tajurba yeh hai ke maut aadmi ke andar sense of urgency lati hai, jo apne aap mein bohat valuable cheez hai, bohat valuable cheez hai.</w:t>
      </w:r>
    </w:p>
    <w:p>
      <w:pPr>
        <w:pStyle w:val="Heading2"/>
      </w:pPr>
      <w:r>
        <w:t>Relationship of muhasabah and tazkiyah</w:t>
      </w:r>
    </w:p>
    <w:p>
      <w:r>
        <w:rPr>
          <w:color w:val="666666"/>
          <w:sz w:val="18"/>
        </w:rPr>
        <w:t>Spirituality · Self Correction November 09, 2014 Maulana Wahiduddin Khan · 2m 55s · at 1:12:52 · https://youtu.be/PpwTmeCQkSQ?t=4372</w:t>
      </w:r>
    </w:p>
    <w:p>
      <w:r>
        <w:rPr>
          <w:i/>
        </w:rPr>
        <w:t>“What is the relationship of muhasabah (self-accountability) and tazkiyah (purification), especially in changing bad habits?”</w:t>
      </w:r>
    </w:p>
    <w:p>
      <w:r>
        <w:rPr>
          <w:sz w:val="20"/>
        </w:rPr>
        <w:t>1:12:52  maulana, agla sawal dilli se kya hai miss naghma siddiqui ne, aur unhon ne aap se poocha hai</w:t>
      </w:r>
      <w:r>
        <w:br/>
      </w:r>
      <w:r>
        <w:rPr>
          <w:sz w:val="20"/>
        </w:rPr>
        <w:t>1:12:57  ke What is the relationship of muhasabah and tazkiyah, especially in changing bad habits?</w:t>
      </w:r>
      <w:r>
        <w:br/>
      </w:r>
      <w:r>
        <w:rPr>
          <w:sz w:val="20"/>
        </w:rPr>
        <w:t>1:13:03  pehle muhasabah aata hai, phir tazkiyah aata hai, pehle introspection aata hai, phir aadmi apni personality ko purify karta hai.</w:t>
      </w:r>
      <w:r>
        <w:br/>
      </w:r>
      <w:r>
        <w:rPr>
          <w:sz w:val="20"/>
        </w:rPr>
        <w:t>1:13:09  donon interconnected hain, lekin pehle aye ga muhasabah, yani introspection, phir aye ga tazkiyah, yani apni shakhsiyat ko purify karna.</w:t>
      </w:r>
      <w:r>
        <w:br/>
      </w:r>
      <w:r>
        <w:rPr>
          <w:sz w:val="20"/>
        </w:rPr>
        <w:t>1:13:16  maulana, agla sawal dilli se kya hai jameel akhtar sahab ne, aur unhon ne likha hai ke islam</w:t>
      </w:r>
      <w:r>
        <w:br/>
      </w:r>
      <w:r>
        <w:rPr>
          <w:sz w:val="20"/>
        </w:rPr>
        <w:t>1:13:23  ko phailane mein sufiyon ka bara role raha hai.</w:t>
      </w:r>
      <w:r>
        <w:br/>
      </w:r>
      <w:r>
        <w:rPr>
          <w:sz w:val="20"/>
        </w:rPr>
        <w:t>1:13:30  yeh baat aksar kahi jati hai, magar sufiyon ke halaat mein islam ki ajeeb o ghareeb baaten pai jati hain.</w:t>
      </w:r>
      <w:r>
        <w:br/>
      </w:r>
      <w:r>
        <w:rPr>
          <w:sz w:val="20"/>
        </w:rPr>
        <w:t>1:13:37  phir unhon ne kis tarah islam ko phailaya, is ke baray mein kuch bataen.</w:t>
      </w:r>
      <w:r>
        <w:br/>
      </w:r>
      <w:r>
        <w:rPr>
          <w:sz w:val="20"/>
        </w:rPr>
        <w:t>1:13:44  asal mein dekhiye, is mein to shaq nahi ke is ne phir islam ko phailaya, lekin yeh tha mass conversion.</w:t>
      </w:r>
      <w:r>
        <w:br/>
      </w:r>
      <w:r>
        <w:rPr>
          <w:sz w:val="20"/>
        </w:rPr>
        <w:t>1:13:51  to mass conversion to rasool Allah sal Allah alayh wasallam ke zamane mein bhi hadith mein aata hai</w:t>
      </w:r>
      <w:r>
        <w:br/>
      </w:r>
      <w:r>
        <w:rPr>
          <w:sz w:val="20"/>
        </w:rPr>
        <w:t>1:13:58  ke log, yani main ne is se pehle bata chuka hoon, ek hadith aap ko ke mass conversion</w:t>
      </w:r>
      <w:r>
        <w:br/>
      </w:r>
      <w:r>
        <w:rPr>
          <w:sz w:val="20"/>
        </w:rPr>
        <w:t>1:14:04  ka woh nuqsan tha, na ke sufiyon ka nuqsan.</w:t>
      </w:r>
      <w:r>
        <w:br/>
      </w:r>
      <w:r>
        <w:rPr>
          <w:sz w:val="20"/>
        </w:rPr>
        <w:t>1:14:11  sufiyon ke zamane mein mass conversion hua.</w:t>
      </w:r>
      <w:r>
        <w:br/>
      </w:r>
      <w:r>
        <w:rPr>
          <w:sz w:val="20"/>
        </w:rPr>
        <w:t>1:14:18  mass conversion yeh hota hai ke log pichlay khayalat ko le kar aate hain, aur un ki itne</w:t>
      </w:r>
      <w:r>
        <w:br/>
      </w:r>
      <w:r>
        <w:rPr>
          <w:sz w:val="20"/>
        </w:rPr>
        <w:t>1:14:25  bade paon par tarbiyat ho nahi pati, to wohi sab khayalat ko naye andaaz mein likhte hain.</w:t>
      </w:r>
      <w:r>
        <w:br/>
      </w:r>
      <w:r>
        <w:rPr>
          <w:sz w:val="20"/>
        </w:rPr>
        <w:t>1:14:32  woh is ki pairwi karne to main samajhta hoon ke sufiyon ka role bohat ahem hai.</w:t>
      </w:r>
      <w:r>
        <w:br/>
      </w:r>
      <w:r>
        <w:rPr>
          <w:sz w:val="20"/>
        </w:rPr>
        <w:t>1:14:39  baqi mass conversion ki wajah se jo tarbiyat na ho saki logon ki, us se bigaad aaya.</w:t>
      </w:r>
      <w:r>
        <w:br/>
      </w:r>
      <w:r>
        <w:rPr>
          <w:sz w:val="20"/>
        </w:rPr>
        <w:t>1:14:46  to donon ko alag kar ke dekhiye taake sahih rai qaim kar saken aap.</w:t>
      </w:r>
      <w:r>
        <w:br/>
      </w:r>
      <w:r>
        <w:rPr>
          <w:sz w:val="20"/>
        </w:rPr>
        <w:t>1:14:53  maulana, un ka ek aur sawal hai.</w:t>
      </w:r>
      <w:r>
        <w:br/>
      </w:r>
      <w:r>
        <w:rPr>
          <w:sz w:val="20"/>
        </w:rPr>
        <w:t>1:15:00  unhon ne likha hai ke aaj ke session mein maloom hua ke aap shayar bhi rahe hain.</w:t>
      </w:r>
      <w:r>
        <w:br/>
      </w:r>
      <w:r>
        <w:rPr>
          <w:sz w:val="20"/>
        </w:rPr>
        <w:t>1:15:06  kya is daur ka apna koi shair arz kar sakte hain? main ne yeh to nahi kaha ke</w:t>
      </w:r>
      <w:r>
        <w:br/>
      </w:r>
      <w:r>
        <w:rPr>
          <w:sz w:val="20"/>
        </w:rPr>
        <w:t>1:15:13  mein shair tha, shairi karta tha.</w:t>
      </w:r>
      <w:r>
        <w:br/>
      </w:r>
      <w:r>
        <w:rPr>
          <w:sz w:val="20"/>
        </w:rPr>
        <w:t>1:15:20  yeh kaam mein ne shair hona ek profession hai, lekin jo shair o shairi is zamane mein, hamari</w:t>
      </w:r>
      <w:r>
        <w:br/>
      </w:r>
      <w:r>
        <w:rPr>
          <w:sz w:val="20"/>
        </w:rPr>
        <w:t>1:15:27  nojawani ke zamane mein, aam tha, har aadmi shair o shairi karta tha.</w:t>
      </w:r>
      <w:r>
        <w:br/>
      </w:r>
      <w:r>
        <w:rPr>
          <w:sz w:val="20"/>
        </w:rPr>
        <w:t>1:15:34  to woh is mein bhi kuch karta tha.</w:t>
      </w:r>
      <w:r>
        <w:br/>
      </w:r>
      <w:r>
        <w:rPr>
          <w:sz w:val="20"/>
        </w:rPr>
        <w:t>1:15:41  baqi mein mushaire mein shair parhna, yeh is ko kaam mein ne nahi kiya kabhi.</w:t>
      </w:r>
    </w:p>
    <w:p>
      <w:pPr>
        <w:pStyle w:val="Heading2"/>
      </w:pPr>
      <w:r>
        <w:t>Remembering Death Despite Not in DNA</w:t>
      </w:r>
    </w:p>
    <w:p>
      <w:r>
        <w:rPr>
          <w:color w:val="666666"/>
          <w:sz w:val="18"/>
        </w:rPr>
        <w:t>Spirituality · Concept of Death in Islam August 26, 2012 · 1m 34s · at 1:20:12 · https://youtu.be/y0TJxKi0L94?t=4812</w:t>
      </w:r>
    </w:p>
    <w:p>
      <w:r>
        <w:rPr>
          <w:i/>
        </w:rPr>
        <w:t>“You said once that death is not in our DNA. In such a case, how do we remember death and draw lessons from it?”</w:t>
      </w:r>
    </w:p>
    <w:p>
      <w:r>
        <w:rPr>
          <w:sz w:val="20"/>
        </w:rPr>
        <w:t>1:20:12  maulana, agla sawal ah miss naghma siddiqui ka hai, Delhi se. unhon ne likha hai you said once that death is not in our DNA.</w:t>
      </w:r>
      <w:r>
        <w:br/>
      </w:r>
      <w:r>
        <w:rPr>
          <w:sz w:val="20"/>
        </w:rPr>
        <w:t>1:20:22  in such a case, how do we remember death and draw lessons from it?</w:t>
      </w:r>
      <w:r>
        <w:br/>
      </w:r>
      <w:r>
        <w:rPr>
          <w:sz w:val="20"/>
        </w:rPr>
        <w:t>1:20:30  dekhein. DNA mein hoti ya na hoti, yeh to hum dekh rahe hain ke mar raha hai, mar raha hai, mar raha hai aadmi.</w:t>
      </w:r>
      <w:r>
        <w:br/>
      </w:r>
      <w:r>
        <w:rPr>
          <w:sz w:val="20"/>
        </w:rPr>
        <w:t>1:20:38  to hamare DNA mein yeh likha hua na ho ke main MA karoon, tab bhi hum MA karenge. DNA mein yeh likha na ho ke main ghar banaoon, tab bhi main ghar banaoon ga.</w:t>
      </w:r>
      <w:r>
        <w:br/>
      </w:r>
      <w:r>
        <w:rPr>
          <w:sz w:val="20"/>
        </w:rPr>
        <w:t>1:20:50  kyunke main dekhta hoon logon ko ke jo taleem leta hai, us ki zindagi achi rehti hai. jo ghar banata hai, woh har mausam mein achi tarike se guzar kar leta hai apna.</w:t>
      </w:r>
      <w:r>
        <w:br/>
      </w:r>
      <w:r>
        <w:rPr>
          <w:sz w:val="20"/>
        </w:rPr>
        <w:t>1:21:02  to DNA mein hona ya na hona, yeh yeh ek koi is mamle mein relevant nahi mere khayal se.</w:t>
      </w:r>
      <w:r>
        <w:br/>
      </w:r>
      <w:r>
        <w:rPr>
          <w:sz w:val="20"/>
        </w:rPr>
        <w:t>1:21:12  yeh relevant hai ke har din hum dekhte hain ke log marte hain. to is se apne aap yeh baat nikalti hai ke mujhe bhi marna hai.</w:t>
      </w:r>
      <w:r>
        <w:br/>
      </w:r>
      <w:r>
        <w:rPr>
          <w:sz w:val="20"/>
        </w:rPr>
        <w:t>1:21:20  jab yeh nikal aayi to mujhe sochna bhi hai.</w:t>
      </w:r>
      <w:r>
        <w:br/>
      </w:r>
      <w:r>
        <w:rPr>
          <w:sz w:val="20"/>
        </w:rPr>
        <w:t>1:21:26  logon ke marne se apne ke marne ko dekhna hai. apne marne ko soch kar ke phir mujhe apni zindagi ka sahi yani goal banana hai.</w:t>
      </w:r>
      <w:r>
        <w:br/>
      </w:r>
      <w:r>
        <w:rPr>
          <w:sz w:val="20"/>
        </w:rPr>
        <w:t>1:21:38  yeh hai mere khayal se is ka jo formula.</w:t>
      </w:r>
    </w:p>
    <w:p>
      <w:pPr>
        <w:pStyle w:val="Heading2"/>
      </w:pPr>
      <w:r>
        <w:t>Remembering death when it's not in DNA</w:t>
      </w:r>
    </w:p>
    <w:p>
      <w:r>
        <w:rPr>
          <w:color w:val="666666"/>
          <w:sz w:val="18"/>
        </w:rPr>
        <w:t>Spirituality · Concept of Death in Islam 26th Aug 12 SLOW · 1m 35s · at 28:04 · https://youtu.be/8dsos0OBM6M?t=1684</w:t>
      </w:r>
    </w:p>
    <w:p>
      <w:r>
        <w:rPr>
          <w:i/>
        </w:rPr>
        <w:t>“You said once that death is not in our DNA. In such a case, how do we remember death and draw lessons from it?”</w:t>
      </w:r>
    </w:p>
    <w:p>
      <w:r>
        <w:rPr>
          <w:sz w:val="20"/>
        </w:rPr>
        <w:t>28:04  maulana, agla sawal ah miss naghma siddiqui ka hai delhi se.</w:t>
      </w:r>
      <w:r>
        <w:br/>
      </w:r>
      <w:r>
        <w:rPr>
          <w:sz w:val="20"/>
        </w:rPr>
        <w:t>28:09  unhon ne likha hai: "You said once that death is not in our DNA.</w:t>
      </w:r>
      <w:r>
        <w:br/>
      </w:r>
      <w:r>
        <w:rPr>
          <w:sz w:val="20"/>
        </w:rPr>
        <w:t>28:14  In such a case, how do we remember death and draw lessons from it?</w:t>
      </w:r>
      <w:r>
        <w:br/>
      </w:r>
      <w:r>
        <w:rPr>
          <w:sz w:val="20"/>
        </w:rPr>
        <w:t>28:19  dekhen, din mein hoti hai, dainay mein hoti hai ya na hoti, yeh to hum</w:t>
      </w:r>
      <w:r>
        <w:br/>
      </w:r>
      <w:r>
        <w:rPr>
          <w:sz w:val="20"/>
        </w:rPr>
        <w:t>28:24  dekh rahe hain ke mar raha hai, mar raha hai, mar raha hai aadmi.</w:t>
      </w:r>
      <w:r>
        <w:br/>
      </w:r>
      <w:r>
        <w:rPr>
          <w:sz w:val="20"/>
        </w:rPr>
        <w:t>28:29  to hamare dainay mein yeh likha hua na ho ke main em aay karoon, tab bhi</w:t>
      </w:r>
      <w:r>
        <w:br/>
      </w:r>
      <w:r>
        <w:rPr>
          <w:sz w:val="20"/>
        </w:rPr>
        <w:t>28:35  hum em aay karein ge.</w:t>
      </w:r>
      <w:r>
        <w:br/>
      </w:r>
      <w:r>
        <w:rPr>
          <w:sz w:val="20"/>
        </w:rPr>
        <w:t>28:40  dainay mein yeh likha na ho ke main ghar banaoon, tab bhi main ghar banaoon ga.</w:t>
      </w:r>
      <w:r>
        <w:br/>
      </w:r>
      <w:r>
        <w:rPr>
          <w:sz w:val="20"/>
        </w:rPr>
        <w:t>28:46  kyunke main dekhta hoon logon ko ke jo education leta hai, us ki zindagi achhi rehti hai.</w:t>
      </w:r>
      <w:r>
        <w:br/>
      </w:r>
      <w:r>
        <w:rPr>
          <w:sz w:val="20"/>
        </w:rPr>
        <w:t>28:51  jo ghar banata hai, woh har mausam mein achhi tareeqe se guzar kar leta hai apna.</w:t>
      </w:r>
      <w:r>
        <w:br/>
      </w:r>
      <w:r>
        <w:rPr>
          <w:sz w:val="20"/>
        </w:rPr>
        <w:t>28:56  to dainay mein hona ya na hona, yeh yeh aik koi is maamle mein relevant nahin,</w:t>
      </w:r>
      <w:r>
        <w:br/>
      </w:r>
      <w:r>
        <w:rPr>
          <w:sz w:val="20"/>
        </w:rPr>
        <w:t>29:02  mere khayal se.</w:t>
      </w:r>
      <w:r>
        <w:br/>
      </w:r>
      <w:r>
        <w:rPr>
          <w:sz w:val="20"/>
        </w:rPr>
        <w:t>29:07  yeh relevant hai ke har har din hum dekhte hain ke log marte hain.</w:t>
      </w:r>
      <w:r>
        <w:br/>
      </w:r>
      <w:r>
        <w:rPr>
          <w:sz w:val="20"/>
        </w:rPr>
        <w:t>29:13  to is se apne aap yeh baat nikalti hai ke mujhe bhi marna hai.</w:t>
      </w:r>
      <w:r>
        <w:br/>
      </w:r>
      <w:r>
        <w:rPr>
          <w:sz w:val="20"/>
        </w:rPr>
        <w:t>29:18  jab yeh nikal aayi to mujhe sochna bhi hai.</w:t>
      </w:r>
      <w:r>
        <w:br/>
      </w:r>
      <w:r>
        <w:rPr>
          <w:sz w:val="20"/>
        </w:rPr>
        <w:t>29:23  logon ke marne se apne ke marne ko dekhna hai.</w:t>
      </w:r>
      <w:r>
        <w:br/>
      </w:r>
      <w:r>
        <w:rPr>
          <w:sz w:val="20"/>
        </w:rPr>
        <w:t>29:29  apne marne ko soch kar ke phir mujhe apni zindagi ka sahi yani goal banana hai.</w:t>
      </w:r>
      <w:r>
        <w:br/>
      </w:r>
      <w:r>
        <w:rPr>
          <w:sz w:val="20"/>
        </w:rPr>
        <w:t>29:34  yeh hai mere khayal se is ka jo formula.</w:t>
      </w:r>
      <w:r>
        <w:br/>
      </w:r>
      <w:r>
        <w:rPr>
          <w:sz w:val="20"/>
        </w:rPr>
        <w:t>29:40  Maulana, agla sawal ah Roorkee se hai Sajid Anwar sahib ka. unhon ne likha hai: "Moulana, how contemplating about death is linked to development of positive thinking, kindly guide."</w:t>
      </w:r>
    </w:p>
    <w:p>
      <w:pPr>
        <w:pStyle w:val="Heading2"/>
      </w:pPr>
      <w:r>
        <w:t>Repeating prayer requests in each prayer</w:t>
      </w:r>
    </w:p>
    <w:p>
      <w:r>
        <w:rPr>
          <w:color w:val="666666"/>
          <w:sz w:val="18"/>
        </w:rPr>
        <w:t>Spirituality · Q&amp;A 11 Jul 2010 Maulana Wahiduddin Khan · 1m 08s · at 40:35 · https://youtu.be/UHtdtzGGwFQ?t=2435</w:t>
      </w:r>
    </w:p>
    <w:p>
      <w:r>
        <w:rPr>
          <w:i/>
        </w:rPr>
        <w:t>“Whenever we pray to God, is it alright if we repeat the prayer request each time we pray? Like we consider some prayer points to be prayed upon repeatedly over a long period of time, say few months or years maybe?”</w:t>
      </w:r>
    </w:p>
    <w:p>
      <w:r>
        <w:rPr>
          <w:sz w:val="20"/>
        </w:rPr>
        <w:t>40:35  maulana, yeh sawal kiya hai ms aditi sharma ne New Delhi se. unhone likha hai ke "Whenever we pray to God, is it alright if we repeat the prayer request each time we pray?</w:t>
      </w:r>
      <w:r>
        <w:br/>
      </w:r>
      <w:r>
        <w:rPr>
          <w:sz w:val="20"/>
        </w:rPr>
        <w:t>40:51  Like we consider some prayer points to be prayed upon repeatedly over a long period of time, say few months or years maybe?"</w:t>
      </w:r>
      <w:r>
        <w:br/>
      </w:r>
      <w:r>
        <w:rPr>
          <w:sz w:val="20"/>
        </w:rPr>
        <w:t>41:01  repeat karna bahut achhi baat hai. lekin yeh nahi samajhna ke aap ne das baar repeat kar diya to yeh ho jayega, bees baar repeat ho jayega. yeh ginti based jo repeat hai woh galat hai.</w:t>
      </w:r>
      <w:r>
        <w:br/>
      </w:r>
      <w:r>
        <w:rPr>
          <w:sz w:val="20"/>
        </w:rPr>
        <w:t>41:11  yaani ginti mein koi aap samajh lein ke is mein koi mysterious koi cheez hai woh galat hai. baqi aap ne apna jo feeling hai usko aap baar baar dohraein to badi achhi baat hai.</w:t>
      </w:r>
      <w:r>
        <w:br/>
      </w:r>
      <w:r>
        <w:rPr>
          <w:sz w:val="20"/>
        </w:rPr>
        <w:t>41:24  yani repeated is not wrong. it is good. lekin gintiyon ko samajh lein aap agar das baar dohranya to yeh ho jayega, so baar dohranya to woh ho jayega.</w:t>
      </w:r>
      <w:r>
        <w:br/>
      </w:r>
      <w:r>
        <w:rPr>
          <w:sz w:val="20"/>
        </w:rPr>
        <w:t>41:36  yeh bilkul galat hai. is ki koi baseless hai yeh.</w:t>
      </w:r>
    </w:p>
    <w:p>
      <w:pPr>
        <w:pStyle w:val="Heading2"/>
      </w:pPr>
      <w:r>
        <w:t>Repentance After Sin Weakens Willpower</w:t>
      </w:r>
    </w:p>
    <w:p>
      <w:r>
        <w:rPr>
          <w:color w:val="666666"/>
          <w:sz w:val="18"/>
        </w:rPr>
        <w:t>Spirituality · Spirit of the Age November 06, 2016 · 1m 11s · at 48:22 · https://youtu.be/URWoioUiDO4?t=2902</w:t>
      </w:r>
    </w:p>
    <w:p>
      <w:r>
        <w:rPr>
          <w:i/>
        </w:rPr>
        <w:t>“After sin, willpower becomes weak. In such a state, how can we repent and hope for forgiveness from Allah?”</w:t>
      </w:r>
    </w:p>
    <w:p>
      <w:r>
        <w:rPr>
          <w:sz w:val="20"/>
        </w:rPr>
        <w:t>48:22  maulana, agla sawal dilli se bheja hai anwar subhani sahab ne, aur unhon ne likha hai, gunah ke</w:t>
      </w:r>
      <w:r>
        <w:br/>
      </w:r>
      <w:r>
        <w:rPr>
          <w:sz w:val="20"/>
        </w:rPr>
        <w:t>48:30  baad will power kamzor pad jati hai.</w:t>
      </w:r>
      <w:r>
        <w:br/>
      </w:r>
      <w:r>
        <w:rPr>
          <w:sz w:val="20"/>
        </w:rPr>
        <w:t>48:33  aisi halat mein hum tauba kaise karein, aur allah pak se maafi ki umeed kaise rakhein, is ke</w:t>
      </w:r>
      <w:r>
        <w:br/>
      </w:r>
      <w:r>
        <w:rPr>
          <w:sz w:val="20"/>
        </w:rPr>
        <w:t>48:41  bare mein bataein.</w:t>
      </w:r>
      <w:r>
        <w:br/>
      </w:r>
      <w:r>
        <w:rPr>
          <w:sz w:val="20"/>
        </w:rPr>
        <w:t>48:42  یہ بات جو ہے، psychology کے خلاف ہے، بالکل خلاف۔</w:t>
      </w:r>
      <w:r>
        <w:br/>
      </w:r>
      <w:r>
        <w:rPr>
          <w:sz w:val="20"/>
        </w:rPr>
        <w:t>48:47  Conscious کا جو concept ہے، اس کے خلاف ہے۔</w:t>
      </w:r>
      <w:r>
        <w:br/>
      </w:r>
      <w:r>
        <w:rPr>
          <w:sz w:val="20"/>
        </w:rPr>
        <w:t>48:50  nature ka ek mechanism hai, aadmi ke andar jo kehte hain conscious zamir, aadmi ki taraf gunah ho</w:t>
      </w:r>
      <w:r>
        <w:br/>
      </w:r>
      <w:r>
        <w:rPr>
          <w:sz w:val="20"/>
        </w:rPr>
        <w:t>48:58  to foran woh activate ho jata hai, woh woh system activate ho jata hai.</w:t>
      </w:r>
      <w:r>
        <w:br/>
      </w:r>
      <w:r>
        <w:rPr>
          <w:sz w:val="20"/>
        </w:rPr>
        <w:t>49:04  yeh baat aap jo keh rahe hain, bilkul science insani nafsiyat ke khilaf hai, psychology ke khilaf hai.</w:t>
      </w:r>
      <w:r>
        <w:br/>
      </w:r>
      <w:r>
        <w:rPr>
          <w:sz w:val="20"/>
        </w:rPr>
        <w:t>49:12  yeh fitrat mein introven hai ke agar ek aadmi koi galat kaam kar de to foran hi, instantly,</w:t>
      </w:r>
      <w:r>
        <w:br/>
      </w:r>
      <w:r>
        <w:rPr>
          <w:sz w:val="20"/>
        </w:rPr>
        <w:t>49:20  us ke andar zamir ka mechanism jaag uthta hai.</w:t>
      </w:r>
      <w:r>
        <w:br/>
      </w:r>
      <w:r>
        <w:rPr>
          <w:sz w:val="20"/>
        </w:rPr>
        <w:t>49:23  is ki awaz suniye, main samajhta hoon ke yeh baat jo unhon ne kahi hai, yeh bilkul un</w:t>
      </w:r>
      <w:r>
        <w:br/>
      </w:r>
      <w:r>
        <w:rPr>
          <w:sz w:val="20"/>
        </w:rPr>
        <w:t>49:31  natural hai aur khilaf waqea hai.</w:t>
      </w:r>
    </w:p>
    <w:p>
      <w:pPr>
        <w:pStyle w:val="Heading2"/>
      </w:pPr>
      <w:r>
        <w:t>Response without God discovery meaning and importance</w:t>
      </w:r>
    </w:p>
    <w:p>
      <w:r>
        <w:rPr>
          <w:color w:val="666666"/>
          <w:sz w:val="18"/>
        </w:rPr>
        <w:t>Spirituality · Realization of God May 5, 2019 · 2m 07s · at 49:18 · https://youtu.be/5X-vCFqiR4U?t=2958</w:t>
      </w:r>
    </w:p>
    <w:p>
      <w:r>
        <w:rPr>
          <w:i/>
        </w:rPr>
        <w:t>“You gave a thrilling concept today that God is self-discovery and hamd is the response. What is the meaning and importance of response without God discovery? Does this make any sense? Please guide us.”</w:t>
      </w:r>
    </w:p>
    <w:p>
      <w:r>
        <w:rPr>
          <w:sz w:val="20"/>
        </w:rPr>
        <w:t>49:18  Maulana, agla comment aur sawal Aamir Mory sahib ne bheja hai Kashmir se. unhon ne likha hai: "Molana sahib, you gave a thrilling concept today that God is the self-discovery and hamd is the response.</w:t>
      </w:r>
      <w:r>
        <w:br/>
      </w:r>
      <w:r>
        <w:rPr>
          <w:sz w:val="20"/>
        </w:rPr>
        <w:t>49:34  My question is, what is the meaning and importance of response without God discovery? Does this make any sense?</w:t>
      </w:r>
      <w:r>
        <w:br/>
      </w:r>
      <w:r>
        <w:rPr>
          <w:sz w:val="20"/>
        </w:rPr>
        <w:t>49:44  Please guide all of us." kiya matlab?</w:t>
      </w:r>
      <w:r>
        <w:br/>
      </w:r>
      <w:r>
        <w:rPr>
          <w:sz w:val="20"/>
        </w:rPr>
        <w:t>49:48  Maulana ke kai baar log yeh bhi logon ka yeh bhi hota hai ke bana God ki discovery se kiya response diya ja sakta hai?</w:t>
      </w:r>
      <w:r>
        <w:br/>
      </w:r>
      <w:r>
        <w:rPr>
          <w:sz w:val="20"/>
        </w:rPr>
        <w:t>49:59  Is it possible? Kyunke jaise aaj aap ne kaha ke God ek self-discovery hai aur hamd is ka response hai to kiya yeh</w:t>
      </w:r>
      <w:r>
        <w:br/>
      </w:r>
      <w:r>
        <w:rPr>
          <w:sz w:val="20"/>
        </w:rPr>
        <w:t>50:08  bhi? Ab agar discovery ki kiya kiya response denge? Response kis baat ka? Ji, discovery ka to response hota hai.</w:t>
      </w:r>
      <w:r>
        <w:br/>
      </w:r>
      <w:r>
        <w:rPr>
          <w:sz w:val="20"/>
        </w:rPr>
        <w:t>50:17  Jab discovery hi nahi to response kis baat ka? Main samjha nahi is waqt kiya hai. Yeh vague question hai.</w:t>
      </w:r>
      <w:r>
        <w:br/>
      </w:r>
      <w:r>
        <w:rPr>
          <w:sz w:val="20"/>
        </w:rPr>
        <w:t>50:26  Ji. Okay, so we will end the session now. Thank you.</w:t>
      </w:r>
    </w:p>
    <w:p>
      <w:pPr>
        <w:pStyle w:val="Heading2"/>
      </w:pPr>
      <w:r>
        <w:t>Retaining focus on fear of God</w:t>
      </w:r>
    </w:p>
    <w:p>
      <w:r>
        <w:rPr>
          <w:color w:val="666666"/>
          <w:sz w:val="18"/>
        </w:rPr>
        <w:t>Spirituality · Fear of God February 21, 2016 · 3m 59s · at 48:16 · https://youtu.be/T-w1IDIeCV4?t=2896</w:t>
      </w:r>
    </w:p>
    <w:p>
      <w:r>
        <w:rPr>
          <w:i/>
        </w:rPr>
        <w:t>“While we know we are accountable to God as we fear Him, but still we often do wrong as we lose focus. How can we retain focus of fear of God?”</w:t>
      </w:r>
    </w:p>
    <w:p>
      <w:r>
        <w:rPr>
          <w:sz w:val="20"/>
        </w:rPr>
        <w:t>48:16  maulana, agla sawal kya hai miss naghma siddiqui ne, dilli se, aur unhone likha hai: "While we</w:t>
      </w:r>
      <w:r>
        <w:br/>
      </w:r>
      <w:r>
        <w:rPr>
          <w:sz w:val="20"/>
        </w:rPr>
        <w:t>48:23  know we are accountable to god as we fear him, but still we often do wrong as we lose focus.</w:t>
      </w:r>
      <w:r>
        <w:br/>
      </w:r>
      <w:r>
        <w:rPr>
          <w:sz w:val="20"/>
        </w:rPr>
        <w:t>48:30  how can we retain focus of fear of god?</w:t>
      </w:r>
      <w:r>
        <w:br/>
      </w:r>
      <w:r>
        <w:rPr>
          <w:sz w:val="20"/>
        </w:rPr>
        <w:t>48:38  "dekhen, baat yeh hai ke aadmi har waqt apne temperature se ke andar hota hai, shaitan ke</w:t>
      </w:r>
      <w:r>
        <w:br/>
      </w:r>
      <w:r>
        <w:rPr>
          <w:sz w:val="20"/>
        </w:rPr>
        <w:t>48:43  waswase ke andar hota hai.</w:t>
      </w:r>
      <w:r>
        <w:br/>
      </w:r>
      <w:r>
        <w:rPr>
          <w:sz w:val="20"/>
        </w:rPr>
        <w:t>48:49  to ek taraf aadmi ki apni khwahishen aur doosri taraf shaitan ka waswasa.</w:t>
      </w:r>
      <w:r>
        <w:br/>
      </w:r>
      <w:r>
        <w:rPr>
          <w:sz w:val="20"/>
        </w:rPr>
        <w:t>48:55  jaise koi baat kisi ne kahi to zaroor aisa hota hai ke aadmi ka ego touch ho jata hai.</w:t>
      </w:r>
      <w:r>
        <w:br/>
      </w:r>
      <w:r>
        <w:rPr>
          <w:sz w:val="20"/>
        </w:rPr>
        <w:t>49:01  agar aadmi ke khilaf aisi baat kahi jaye jo usko buri lage, us mein woh offend ho</w:t>
      </w:r>
      <w:r>
        <w:br/>
      </w:r>
      <w:r>
        <w:rPr>
          <w:sz w:val="20"/>
        </w:rPr>
        <w:t>49:07  jaye to uska matlab kya hai? iska ego touch ho gaya.</w:t>
      </w:r>
      <w:r>
        <w:br/>
      </w:r>
      <w:r>
        <w:rPr>
          <w:sz w:val="20"/>
        </w:rPr>
        <w:t>49:13  jab bhi koi aadmi offend hota hai ya kisi cheez ko bura manta hai to uska sabab</w:t>
      </w:r>
      <w:r>
        <w:br/>
      </w:r>
      <w:r>
        <w:rPr>
          <w:sz w:val="20"/>
        </w:rPr>
        <w:t>49:19  yeh hota hai ke uska ego touch ho gaya.</w:t>
      </w:r>
      <w:r>
        <w:br/>
      </w:r>
      <w:r>
        <w:rPr>
          <w:sz w:val="20"/>
        </w:rPr>
        <w:t>49:25  to isko aadmi ko bohat zyada alert rehna padega ke jaise hi uska ego touch</w:t>
      </w:r>
      <w:r>
        <w:br/>
      </w:r>
      <w:r>
        <w:rPr>
          <w:sz w:val="20"/>
        </w:rPr>
        <w:t>49:30  ho, foran woh usko loote, apne ko correct kare.</w:t>
      </w:r>
      <w:r>
        <w:br/>
      </w:r>
      <w:r>
        <w:rPr>
          <w:sz w:val="20"/>
        </w:rPr>
        <w:t>49:36  to yeh yeh baat is mein bohat sahi likhi hai ke apne thought ke master banao, apne thought</w:t>
      </w:r>
      <w:r>
        <w:br/>
      </w:r>
      <w:r>
        <w:rPr>
          <w:sz w:val="20"/>
        </w:rPr>
        <w:t>49:42  ke master banao.</w:t>
      </w:r>
      <w:r>
        <w:br/>
      </w:r>
      <w:r>
        <w:rPr>
          <w:sz w:val="20"/>
        </w:rPr>
        <w:t>49:48  lekin apne thought ka master banaye ga wohi.</w:t>
      </w:r>
      <w:r>
        <w:br/>
      </w:r>
      <w:r>
        <w:rPr>
          <w:sz w:val="20"/>
        </w:rPr>
        <w:t>49:54  yeh jo hai master your thoughts .</w:t>
      </w:r>
      <w:r>
        <w:br/>
      </w:r>
      <w:r>
        <w:rPr>
          <w:sz w:val="20"/>
        </w:rPr>
        <w:t>50:00  bohat gehri baat yeh hai ke master your thoughts .</w:t>
      </w:r>
      <w:r>
        <w:br/>
      </w:r>
      <w:r>
        <w:rPr>
          <w:sz w:val="20"/>
        </w:rPr>
        <w:t>50:06  lekin mein is tarah koi master ban nahi sakta jab tak usko yeh na ho ke agar</w:t>
      </w:r>
      <w:r>
        <w:br/>
      </w:r>
      <w:r>
        <w:rPr>
          <w:sz w:val="20"/>
        </w:rPr>
        <w:t>50:12  mein master nahi banunga to mujhe iska bura anjam bhugtna padega.</w:t>
      </w:r>
      <w:r>
        <w:br/>
      </w:r>
      <w:r>
        <w:rPr>
          <w:sz w:val="20"/>
        </w:rPr>
        <w:t>50:17  jaise singapore mein unko dar hai ke agar mein galati karunga to mujhe canning ka samna</w:t>
      </w:r>
      <w:r>
        <w:br/>
      </w:r>
      <w:r>
        <w:rPr>
          <w:sz w:val="20"/>
        </w:rPr>
        <w:t>50:23  karna padega.</w:t>
      </w:r>
      <w:r>
        <w:br/>
      </w:r>
      <w:r>
        <w:rPr>
          <w:sz w:val="20"/>
        </w:rPr>
        <w:t>50:29  to canning ka dar unko rokta hai.</w:t>
      </w:r>
      <w:r>
        <w:br/>
      </w:r>
      <w:r>
        <w:rPr>
          <w:sz w:val="20"/>
        </w:rPr>
        <w:t>50:35  india mein kisi ko dar hi nahi canning ki.</w:t>
      </w:r>
      <w:r>
        <w:br/>
      </w:r>
      <w:r>
        <w:rPr>
          <w:sz w:val="20"/>
        </w:rPr>
        <w:t>50:41  to subah shaam yahan crime hote hain.</w:t>
      </w:r>
      <w:r>
        <w:br/>
      </w:r>
      <w:r>
        <w:rPr>
          <w:sz w:val="20"/>
        </w:rPr>
        <w:t>50:47  to master of thoughts jo hai, bohat hi acha formula hai.</w:t>
      </w:r>
      <w:r>
        <w:br/>
      </w:r>
      <w:r>
        <w:rPr>
          <w:sz w:val="20"/>
        </w:rPr>
        <w:t>50:53  lekin is formula ke upar aik cheez hai.</w:t>
      </w:r>
      <w:r>
        <w:br/>
      </w:r>
      <w:r>
        <w:rPr>
          <w:sz w:val="20"/>
        </w:rPr>
        <w:t>50:59  woh yeh hai ke aap yeh sochen ke agar maine apne thoughts ko manage nahi kiya, apne</w:t>
      </w:r>
      <w:r>
        <w:br/>
      </w:r>
      <w:r>
        <w:rPr>
          <w:sz w:val="20"/>
        </w:rPr>
        <w:t>51:04  thoughts ko control nahi kiya, apne thoughts ka master nahi bana to Allah ke haan meri pakar ho gi.</w:t>
      </w:r>
      <w:r>
        <w:br/>
      </w:r>
      <w:r>
        <w:rPr>
          <w:sz w:val="20"/>
        </w:rPr>
        <w:t>51:10  Allah ke haan meri pakar ho gi.</w:t>
      </w:r>
      <w:r>
        <w:br/>
      </w:r>
      <w:r>
        <w:rPr>
          <w:sz w:val="20"/>
        </w:rPr>
        <w:t>51:16  mere baap, hamare jo baap the, woh parhe likhe zyada nahi the.</w:t>
      </w:r>
      <w:r>
        <w:br/>
      </w:r>
      <w:r>
        <w:rPr>
          <w:sz w:val="20"/>
        </w:rPr>
        <w:t>51:22  Urdu, Farsi thori parhi thi.</w:t>
      </w:r>
      <w:r>
        <w:br/>
      </w:r>
      <w:r>
        <w:rPr>
          <w:sz w:val="20"/>
        </w:rPr>
        <w:t>51:28  lekin bohat hi naik aadmi the.</w:t>
      </w:r>
      <w:r>
        <w:br/>
      </w:r>
      <w:r>
        <w:rPr>
          <w:sz w:val="20"/>
        </w:rPr>
        <w:t>51:34  to aksar woh kaha karte the: "Khuda ko munh dikhana hai." "Khuda ko munh dikhana hai." matlab Khuda</w:t>
      </w:r>
      <w:r>
        <w:br/>
      </w:r>
      <w:r>
        <w:rPr>
          <w:sz w:val="20"/>
        </w:rPr>
        <w:t>51:40  ke samne khara hona hai.</w:t>
      </w:r>
      <w:r>
        <w:br/>
      </w:r>
      <w:r>
        <w:rPr>
          <w:sz w:val="20"/>
        </w:rPr>
        <w:t>51:46  to apne thought ka master banna bohat acha formula hai.</w:t>
      </w:r>
      <w:r>
        <w:br/>
      </w:r>
      <w:r>
        <w:rPr>
          <w:sz w:val="20"/>
        </w:rPr>
        <w:t>51:51  lekin yeh kaam woh kar paye ga jo yeh soche ke mujhe guard ke samne khara hona hai.</w:t>
      </w:r>
      <w:r>
        <w:br/>
      </w:r>
      <w:r>
        <w:rPr>
          <w:sz w:val="20"/>
        </w:rPr>
        <w:t>51:57  us ke samne, us mein guard ke samne main accountable hoon.</w:t>
      </w:r>
      <w:r>
        <w:br/>
      </w:r>
      <w:r>
        <w:rPr>
          <w:sz w:val="20"/>
        </w:rPr>
        <w:t>52:03  tab ja kar yeh formula kaam kare ga.</w:t>
      </w:r>
      <w:r>
        <w:br/>
      </w:r>
      <w:r>
        <w:rPr>
          <w:sz w:val="20"/>
        </w:rPr>
        <w:t>52:09  warna kaam nahi kare ga.</w:t>
      </w:r>
    </w:p>
    <w:p>
      <w:pPr>
        <w:pStyle w:val="Heading2"/>
      </w:pPr>
      <w:r>
        <w:t>Reward for love of mission without education</w:t>
      </w:r>
    </w:p>
    <w:p>
      <w:r>
        <w:rPr>
          <w:color w:val="666666"/>
          <w:sz w:val="18"/>
        </w:rPr>
        <w:t>Spirituality · Present Day Muslims Jan 13, 2013 · 6m 32s · at 1:16:34 · https://youtu.be/CVcbWVYitog?t=4594</w:t>
      </w:r>
    </w:p>
    <w:p>
      <w:r>
        <w:rPr>
          <w:i/>
        </w:rPr>
        <w:t>“I am not educated enough to do Dawa work or education work. But I love your mission. Will Allah reward me for this love? How can I be useful for this mission?”</w:t>
      </w:r>
    </w:p>
    <w:p>
      <w:r>
        <w:rPr>
          <w:sz w:val="20"/>
        </w:rPr>
        <w:t>1:16:34  Maulana, agla sawal Dhampur se hai, Mahtab sahib ka.</w:t>
      </w:r>
      <w:r>
        <w:br/>
      </w:r>
      <w:r>
        <w:rPr>
          <w:sz w:val="20"/>
        </w:rPr>
        <w:t>1:16:38  Unhon ne likha hai: "Maulana sahib, I am not educated enough to do Dawa work better or to do education work.</w:t>
      </w:r>
      <w:r>
        <w:br/>
      </w:r>
      <w:r>
        <w:rPr>
          <w:sz w:val="20"/>
        </w:rPr>
        <w:t>1:16:49  But I love your mission and work. Will Allah give me reward for this love and tell me how can I be useful and also tell me how can I be useful for this mission?" .</w:t>
      </w:r>
      <w:r>
        <w:br/>
      </w:r>
      <w:r>
        <w:rPr>
          <w:sz w:val="20"/>
        </w:rPr>
        <w:t>1:17:01  Bhai, sab se bari cheez to love hai.</w:t>
      </w:r>
      <w:r>
        <w:br/>
      </w:r>
      <w:r>
        <w:rPr>
          <w:sz w:val="20"/>
        </w:rPr>
        <w:t>1:17:04  Love jo hai, love apnay aap mein har cheez paida kar deta hai. Aur yaqeenan aap ke andar hoga, aap kar rahay hon gay, aap apnay kaam ko ghata kar mat dekhiye.</w:t>
      </w:r>
      <w:r>
        <w:br/>
      </w:r>
      <w:r>
        <w:rPr>
          <w:sz w:val="20"/>
        </w:rPr>
        <w:t>1:17:16  Jo aap kar rahay hain, kyunkay aap ko to jo love hai, woh to yani khud hi zor maray ga aik karnay ke liye. Aur zor mar raha hoga, aap kar rahay hon gay kaam.</w:t>
      </w:r>
      <w:r>
        <w:br/>
      </w:r>
      <w:r>
        <w:rPr>
          <w:sz w:val="20"/>
        </w:rPr>
        <w:t>1:17:27  Lekin is ko ghata ke samajhte</w:t>
      </w:r>
      <w:r>
        <w:br/>
      </w:r>
      <w:r>
        <w:rPr>
          <w:sz w:val="20"/>
        </w:rPr>
        <w:t>1:17:29  hon gay. Nahi, aap ke love ne aap ko jo kuch active kar rakha hai, jitna kaam aap kar rahay hain, woh bohat bara kaam samjhiye is ko.</w:t>
      </w:r>
      <w:r>
        <w:br/>
      </w:r>
      <w:r>
        <w:rPr>
          <w:sz w:val="20"/>
        </w:rPr>
        <w:t>1:17:38  Woh karnay samjhiye is ko. Is ko underestimate mat kijiye. Har giz har giz underestimate mat kijiye.</w:t>
      </w:r>
      <w:r>
        <w:br/>
      </w:r>
      <w:r>
        <w:rPr>
          <w:sz w:val="20"/>
        </w:rPr>
        <w:t>1:17:49  Maulana, agla aik comment aur aik sawal hai jo Muhammad Yunusuddin sahib ka aaya hai. Unhon</w:t>
      </w:r>
      <w:r>
        <w:br/>
      </w:r>
      <w:r>
        <w:rPr>
          <w:sz w:val="20"/>
        </w:rPr>
        <w:t>1:17:56  ne likha hai: "Maulana, mein pichlay paanch saalon se bilkul khulay zehn ke sath aap ki kitabon aur mahnama Al-Risala ka mutalia kar raha hoon.</w:t>
      </w:r>
      <w:r>
        <w:br/>
      </w:r>
      <w:r>
        <w:rPr>
          <w:sz w:val="20"/>
        </w:rPr>
        <w:t>1:18:07  In mein Tazkir-ul-Quran, Ta'beer ki Ghalati, aur Paigham-e-Inqilab ne to meri fikr ki simt hi badal di. Mein Jamaat-e-Islami ke Students Wing se wabasta tha, us lihaaz se mein ne Jamaat-e-Islami ke literature ka bhi kafi mutalia kiya hai.</w:t>
      </w:r>
      <w:r>
        <w:br/>
      </w:r>
      <w:r>
        <w:rPr>
          <w:sz w:val="20"/>
        </w:rPr>
        <w:t>1:18:25  Is do tarafah mutalia se mujhe aap ki tehreeron mein Islam ki sahi tasweer nazar aayi. Aap ke dalail ne mujhe kafi mutasir kiya.</w:t>
      </w:r>
      <w:r>
        <w:br/>
      </w:r>
      <w:r>
        <w:rPr>
          <w:sz w:val="20"/>
        </w:rPr>
        <w:t>1:18:36  maulana, is silsile mein mera sawal yeh hai ke is waqt Egypt ke aqwam-e-muslimeen ki jo so-called political success ko le ke jamaat-e-islami ke log apne nazariye ki sadakat ke liye is ko aik misaal ke taur par pesh kar rahe hain,</w:t>
      </w:r>
      <w:r>
        <w:br/>
      </w:r>
      <w:r>
        <w:rPr>
          <w:sz w:val="20"/>
        </w:rPr>
        <w:t>1:18:55  is par aap ki wazahat chahiye. yeh to musalman aadi hain jhooti khushiyan manane ke. bar bar hi bana chuke hain jhooti khushiyan.</w:t>
      </w:r>
      <w:r>
        <w:br/>
      </w:r>
      <w:r>
        <w:rPr>
          <w:sz w:val="20"/>
        </w:rPr>
        <w:t>1:19:07  dekhiye, aap intezar kijiye result ka. abhi to election mein jeete hain. election mein jeete kaise hote hain?</w:t>
      </w:r>
      <w:r>
        <w:br/>
      </w:r>
      <w:r>
        <w:rPr>
          <w:sz w:val="20"/>
        </w:rPr>
        <w:t>1:19:15  election mein jo jeet hui hai un ki, issue Islam nahi tha woh. husni mubarak ke mazalim the.</w:t>
      </w:r>
      <w:r>
        <w:br/>
      </w:r>
      <w:r>
        <w:rPr>
          <w:sz w:val="20"/>
        </w:rPr>
        <w:t>1:19:23  jis ko kehte hain anti incompetency factor. to yani bohat hi yeh is ko log samajhte hain is baat ko ke Misr mein jo jeeti hai Muslim Brotherhood, woh theek isi tarah jeeti hai jis tarah se secular mulkon mein log anti incompetency factor ko le kar jeet te hain.</w:t>
      </w:r>
      <w:r>
        <w:br/>
      </w:r>
      <w:r>
        <w:rPr>
          <w:sz w:val="20"/>
        </w:rPr>
        <w:t>1:19:43  is ka Islam se koi talluq nahi hai. abhi to Islam kuch kuch bhi wahan par nahi dekha aap ne.</w:t>
      </w:r>
      <w:r>
        <w:br/>
      </w:r>
      <w:r>
        <w:rPr>
          <w:sz w:val="20"/>
        </w:rPr>
        <w:t>1:19:49  ab in ka term khatm ho jayega aur aur Islam ke aitbar se wahan kuch bhi nahi aayega. na aaghaz mein Islam hai, na aakhir mein Islam hai.</w:t>
      </w:r>
      <w:r>
        <w:br/>
      </w:r>
      <w:r>
        <w:rPr>
          <w:sz w:val="20"/>
        </w:rPr>
        <w:t>1:19:59  woh to anti incompetency factor hai. dekhiye, shayad aap mein se kuch log janna chahein ke kya matlab hai anti incompetency factor ka.</w:t>
      </w:r>
      <w:r>
        <w:br/>
      </w:r>
      <w:r>
        <w:rPr>
          <w:sz w:val="20"/>
        </w:rPr>
        <w:t>1:20:09  anti incompetency factor ka matlab hai ke jab bhi koi rule karta hai, chahe aik individual ho ya party ho, to log hamesha over expectation karne lagte hain.</w:t>
      </w:r>
      <w:r>
        <w:br/>
      </w:r>
      <w:r>
        <w:rPr>
          <w:sz w:val="20"/>
        </w:rPr>
        <w:t>1:20:21  over expectation. woh poora nahi karta woh aadmi. koi bhi nahi poora kar sakta. paighambar bhi nahi kar sakta poora.</w:t>
      </w:r>
      <w:r>
        <w:br/>
      </w:r>
      <w:r>
        <w:rPr>
          <w:sz w:val="20"/>
        </w:rPr>
        <w:t>1:20:29  to is ko exploit karte hain log. is ko exploit karte hain. aur is ko exploit kar ke logon ki rai apne muwafiq kar lete hain.</w:t>
      </w:r>
      <w:r>
        <w:br/>
      </w:r>
      <w:r>
        <w:rPr>
          <w:sz w:val="20"/>
        </w:rPr>
        <w:t>1:20:39  aur is tarah se election hum jeet jate hain. yeh wahan hua hai. yani wahan par jo regime thi husni mubarak ki, us ne bohat si aisi cheezein ki thin jis se logon ko dukh pahuncha tha.</w:t>
      </w:r>
      <w:r>
        <w:br/>
      </w:r>
      <w:r>
        <w:rPr>
          <w:sz w:val="20"/>
        </w:rPr>
        <w:t>1:20:52  khoob khoob is ka istemal kiya.</w:t>
      </w:r>
      <w:r>
        <w:br/>
      </w:r>
      <w:r>
        <w:rPr>
          <w:sz w:val="20"/>
        </w:rPr>
        <w:t>1:20:55  to jeet jo hui hai, aap ko maloom hai wahan par voting kitni hui thi? sirf 32%. Misr ke jo yani voter hain, un ke sirf 32% ne vote diya.</w:t>
      </w:r>
      <w:r>
        <w:br/>
      </w:r>
      <w:r>
        <w:rPr>
          <w:sz w:val="20"/>
        </w:rPr>
        <w:t>1:21:10  aur un mein se Muslim Brotherhood ko sirf 10% vote mila. to yeh jeet kya hai?</w:t>
      </w:r>
      <w:r>
        <w:br/>
      </w:r>
      <w:r>
        <w:rPr>
          <w:sz w:val="20"/>
        </w:rPr>
        <w:t>1:21:18  to behr-haal yeh jeet hai isi policy ki jo jis ko kehte hain anti incompetency factor. is ki jeet hui hai.</w:t>
      </w:r>
      <w:r>
        <w:br/>
      </w:r>
      <w:r>
        <w:rPr>
          <w:sz w:val="20"/>
        </w:rPr>
        <w:t>1:21:27  Islam ki jeet jab hogi jab aap dekhein ke wahan par Islam aa gaya. woh to abhi to kuch bhi nahi hua. abhi to taqreer ho rahi hai khali.</w:t>
      </w:r>
      <w:r>
        <w:br/>
      </w:r>
      <w:r>
        <w:rPr>
          <w:sz w:val="20"/>
        </w:rPr>
        <w:t>1:21:38  is ka intezar kijiye in ka term poora hone ka. aur us waqt dekhiye ga aap ke kya hua. Islam aaya hai ke in ki kya aaya</w:t>
      </w:r>
      <w:r>
        <w:br/>
      </w:r>
      <w:r>
        <w:rPr>
          <w:sz w:val="20"/>
        </w:rPr>
        <w:t>1:21:45  hai. main abhi se aap se peshgi kehta hoon ke kuch bhi nahi aane wala hai. kuch bhi nahi aane wala. jaise ke Pakistan ko dekh li jiye.</w:t>
      </w:r>
      <w:r>
        <w:br/>
      </w:r>
      <w:r>
        <w:rPr>
          <w:sz w:val="20"/>
        </w:rPr>
        <w:t>1:21:54  Pakistan Islam ke naam par dhoom machi thi. ban bhi gaya. is ka naam bhi rakh diya Islami Jamhooria Pakistan. lekin kuch bhi hua nahi. jis dastoor ke liye wahan par referendum hua, woh dastoor bhi Pakistan mein manzoor ho gaya.</w:t>
      </w:r>
      <w:r>
        <w:br/>
      </w:r>
      <w:r>
        <w:rPr>
          <w:sz w:val="20"/>
        </w:rPr>
        <w:t>1:22:08  phir bhi kuch nahi hua. to wohi wohi wahan wohi hone wal</w:t>
      </w:r>
      <w:r>
        <w:br/>
      </w:r>
      <w:r>
        <w:rPr>
          <w:sz w:val="20"/>
        </w:rPr>
        <w:t>1:22:14  a hai. abhi to bohat qabl az waqt hai khushi manana. yani Pakistan mein koi mein mein kehta hoon ke Pakistan mein yeh Jamaat-e-Islami mein koi aik bhi mudabir aadmi nahi hai.</w:t>
      </w:r>
      <w:r>
        <w:br/>
      </w:r>
      <w:r>
        <w:rPr>
          <w:sz w:val="20"/>
        </w:rPr>
        <w:t>1:22:24  woh kya jaane ke haqaiq halaat kya hain. aik bhi shakhs mudabir nahi hai na Pakistan ki Jamaat-e-Islami mein, na India ki Jamaat-e-Islami mein. agar aap samajhte hain mudabir to is ki koi kitaab laiye, main bata doon ga ke kitna tadabur kitna hai is ke andar.</w:t>
      </w:r>
      <w:r>
        <w:br/>
      </w:r>
      <w:r>
        <w:rPr>
          <w:sz w:val="20"/>
        </w:rPr>
        <w:t>1:22:40  bas yeh hawaein bhi jeete hain hawa mein.</w:t>
      </w:r>
      <w:r>
        <w:br/>
      </w:r>
      <w:r>
        <w:rPr>
          <w:sz w:val="20"/>
        </w:rPr>
        <w:t>1:22:43  she'r o shairi mein, adabi taqreeron mein, sahafati is mein jeete hain yeh log. behr-haal main yeh peshgi taur par yeh aap se yahi kehta hoon ke aap dekh lijiyega ke Muslim Brotherhood ka term poora ho jayega.</w:t>
      </w:r>
      <w:r>
        <w:br/>
      </w:r>
      <w:r>
        <w:rPr>
          <w:sz w:val="20"/>
        </w:rPr>
        <w:t>1:22:57  un ki hukumat khatm ho jaye gi aur koi islam waghera wahan nahi aanay wala pakistan mein. woh un ka.</w:t>
      </w:r>
    </w:p>
    <w:p>
      <w:pPr>
        <w:pStyle w:val="Heading2"/>
      </w:pPr>
      <w:r>
        <w:t>Rising above negativity for positive divine response</w:t>
      </w:r>
    </w:p>
    <w:p>
      <w:r>
        <w:rPr>
          <w:color w:val="666666"/>
          <w:sz w:val="18"/>
        </w:rPr>
        <w:t>Spirituality · Prophetic Model February 16, 2014 · 2m 45s · at 55:27 · https://youtu.be/ypIIqSmExzk?t=3327</w:t>
      </w:r>
    </w:p>
    <w:p>
      <w:r>
        <w:rPr>
          <w:i/>
        </w:rPr>
        <w:t>“How can we rise above a negative situation to be able to give a positive divine response? Please guide us.”</w:t>
      </w:r>
    </w:p>
    <w:p>
      <w:r>
        <w:rPr>
          <w:sz w:val="20"/>
        </w:rPr>
        <w:t>55:27  maulana agla sawal lene se pehle ek comment parhna chahenge jo Maulana Iqbal Umri ne bheja hai Tamil Nadu se. unhon ne likha hai: "Maulana ibadat aur itaat ke is farq se mein andha tha." Maulana Allah aap ko jaza e khair de.</w:t>
      </w:r>
      <w:r>
        <w:br/>
      </w:r>
      <w:r>
        <w:rPr>
          <w:sz w:val="20"/>
        </w:rPr>
        <w:t>55:47  Maulana agla sawal Delhi se hai Miss Naghma Siddiqui ka. unhon ne likha hai: "How can we rise above negative situation to be able to give a positive rabbani response?</w:t>
      </w:r>
      <w:r>
        <w:br/>
      </w:r>
      <w:r>
        <w:rPr>
          <w:sz w:val="20"/>
        </w:rPr>
        <w:t>56:02  Please guide us." kis ka hai? Naghma Siddiqui. dekhiye yeh bohat hi aasan hai.</w:t>
      </w:r>
      <w:r>
        <w:br/>
      </w:r>
      <w:r>
        <w:rPr>
          <w:sz w:val="20"/>
        </w:rPr>
        <w:t>56:15  woh hai cheezon ko aap Allah ke khane mein daalte rahen. bas. ek hi nuskhah is ka hai.</w:t>
      </w:r>
      <w:r>
        <w:br/>
      </w:r>
      <w:r>
        <w:rPr>
          <w:sz w:val="20"/>
        </w:rPr>
        <w:t>56:24  aur yeh Surah Yusuf mein bataya hua hai. yeh nuskhah. aap jante hain ke Hazrat Yaqoob jo thay un ko ek bohat bara sadmah guzra.</w:t>
      </w:r>
      <w:r>
        <w:br/>
      </w:r>
      <w:r>
        <w:rPr>
          <w:sz w:val="20"/>
        </w:rPr>
        <w:t>56:35  un ke ek bete ko yani kuinwein mein daal diya. bazahir yeh bataya ke bhediya kha gaya. to ek bohat bara sadmah tha.</w:t>
      </w:r>
      <w:r>
        <w:br/>
      </w:r>
      <w:r>
        <w:rPr>
          <w:sz w:val="20"/>
        </w:rPr>
        <w:t>56:46  lekin aap parhiye Surah Yusuf ko to Hazrat Yaqoob ghussa nahi hue. kuch bhi ghussa nahi hue. yeh keh diya ke innam ashku basti wahdani ila Allah.</w:t>
      </w:r>
      <w:r>
        <w:br/>
      </w:r>
      <w:r>
        <w:rPr>
          <w:sz w:val="20"/>
        </w:rPr>
        <w:t>56:58  yani is mamle ko mein Allah ke khane mein dalta hoon. jo kuch guzra us ko mein Allah ke khane mein dalta hoon. yeh bhi kar sakte thay woh ke yani apne bete par ghussa hote, marte un ko, nikalte.</w:t>
      </w:r>
      <w:r>
        <w:br/>
      </w:r>
      <w:r>
        <w:rPr>
          <w:sz w:val="20"/>
        </w:rPr>
        <w:t>57:14  kyun ke bazahir wohi zimmedar thay is ke. to unhon ne aa kar kaha ke tumhare bete ko bhediya kha gaya. to ghussa nahi hue.</w:t>
      </w:r>
      <w:r>
        <w:br/>
      </w:r>
      <w:r>
        <w:rPr>
          <w:sz w:val="20"/>
        </w:rPr>
        <w:t>57:27  to yeh keh diya ke innam ashku basti wahdani ila Allah. mein apna jo jo guzra mere upar us ko mein Allah ke khane mein dalta hoon. is tarah unhon ne apne ko positive bana liya.</w:t>
      </w:r>
      <w:r>
        <w:br/>
      </w:r>
      <w:r>
        <w:rPr>
          <w:sz w:val="20"/>
        </w:rPr>
        <w:t>57:40  yahi behtareen nuskhah hai. koi bhi baat guzre jo aap ko sadmah pohanchay, jo aap ko yani aap ke liye unpleasant ho.</w:t>
      </w:r>
      <w:r>
        <w:br/>
      </w:r>
      <w:r>
        <w:rPr>
          <w:sz w:val="20"/>
        </w:rPr>
        <w:t>57:52  kisi bhi qism ka nuqsan to us ko Allah ke khane mein daal diye. innam bas yahi keh diye ke innam ashku basti wahdani ila Allah.</w:t>
      </w:r>
      <w:r>
        <w:br/>
      </w:r>
      <w:r>
        <w:rPr>
          <w:sz w:val="20"/>
        </w:rPr>
        <w:t>58:02  yeh ayat Surah Yusuf mein hai. us ko aap us mein dekh sakte hain.</w:t>
      </w:r>
      <w:r>
        <w:br/>
      </w:r>
      <w:r>
        <w:rPr>
          <w:sz w:val="20"/>
        </w:rPr>
        <w:t>58:12  Maulana agla sawal Delhi se hai Jameel Akhtar sahib ka. unhon ne likha hai: "Musalmanon ka ek firqah bashar ki ajeeb o ghareeb taweel karta hai jo aap ki tashreeh se mil nahi khati.</w:t>
      </w:r>
    </w:p>
    <w:p>
      <w:pPr>
        <w:pStyle w:val="Heading2"/>
      </w:pPr>
      <w:r>
        <w:t>Role of experience in self-discovery</w:t>
      </w:r>
    </w:p>
    <w:p>
      <w:r>
        <w:rPr>
          <w:color w:val="666666"/>
          <w:sz w:val="18"/>
        </w:rPr>
        <w:t>Spirituality · The Purpose of Existence-9th September 2012 · 3m 42s · at 1:40:40 · https://youtu.be/KxCy8m6k_MQ?t=6040</w:t>
      </w:r>
    </w:p>
    <w:p>
      <w:r>
        <w:rPr>
          <w:i/>
        </w:rPr>
        <w:t>“Today you talked about self-discovery, but discovery cannot happen without experience. What according to you is the role of experience for self-discovery?”</w:t>
      </w:r>
    </w:p>
    <w:p>
      <w:r>
        <w:rPr>
          <w:sz w:val="20"/>
        </w:rPr>
        <w:t>1:40:40  Maulana, agla sawal Dilli se hai Mr. Muqul Pal ka.</w:t>
      </w:r>
      <w:r>
        <w:br/>
      </w:r>
      <w:r>
        <w:rPr>
          <w:sz w:val="20"/>
        </w:rPr>
        <w:t>1:40:44  انہوں نے لکھا ہے: "Today you talked about self-discovery, but discovery cannot happen without experience.</w:t>
      </w:r>
      <w:r>
        <w:br/>
      </w:r>
      <w:r>
        <w:rPr>
          <w:sz w:val="20"/>
        </w:rPr>
        <w:t>1:40:52  "What is, according to you, the role of experience for self-discovery?" Dekhiye, experience to is mein included</w:t>
      </w:r>
      <w:r>
        <w:br/>
      </w:r>
      <w:r>
        <w:rPr>
          <w:sz w:val="20"/>
        </w:rPr>
        <w:t>1:41:00  hai.</w:t>
      </w:r>
      <w:r>
        <w:br/>
      </w:r>
      <w:r>
        <w:rPr>
          <w:sz w:val="20"/>
        </w:rPr>
        <w:t>1:41:01  aap yaani abstract toh aap nahi soch paate.</w:t>
      </w:r>
      <w:r>
        <w:br/>
      </w:r>
      <w:r>
        <w:rPr>
          <w:sz w:val="20"/>
        </w:rPr>
        <w:t>1:41:04  jab aap sochte hain toh sath sath experience juda rehta hai is se.</w:t>
      </w:r>
      <w:r>
        <w:br/>
      </w:r>
      <w:r>
        <w:rPr>
          <w:sz w:val="20"/>
        </w:rPr>
        <w:t>1:41:10  alag nahi hai woh is se, main is ko alag nahi karta hoon.</w:t>
      </w:r>
      <w:r>
        <w:br/>
      </w:r>
      <w:r>
        <w:rPr>
          <w:sz w:val="20"/>
        </w:rPr>
        <w:t>1:41:16  lekin aik aik aik cheez hai woh jis ko hum kehte hain yaani science mein jo experimental basis</w:t>
      </w:r>
      <w:r>
        <w:br/>
      </w:r>
      <w:r>
        <w:rPr>
          <w:sz w:val="20"/>
        </w:rPr>
        <w:t>1:41:23  jis ko kehte hain yaani experiment jis ko kehte hain science mein, woh aik alag cheez hai.</w:t>
      </w:r>
      <w:r>
        <w:br/>
      </w:r>
      <w:r>
        <w:rPr>
          <w:sz w:val="20"/>
        </w:rPr>
        <w:t>1:41:31  lekin jo rozmarra ka experience hai, jo zindagi ke, woh toh baharhaal jari rahen ge.</w:t>
      </w:r>
      <w:r>
        <w:br/>
      </w:r>
      <w:r>
        <w:rPr>
          <w:sz w:val="20"/>
        </w:rPr>
        <w:t>1:41:37  is mein aap ki soch bhi jari rahe gi.</w:t>
      </w:r>
      <w:r>
        <w:br/>
      </w:r>
      <w:r>
        <w:rPr>
          <w:sz w:val="20"/>
        </w:rPr>
        <w:t>1:41:41  toh soch aur experience ko mila kar ke aap ka jo journey hai, woh chalti hai.</w:t>
      </w:r>
      <w:r>
        <w:br/>
      </w:r>
      <w:r>
        <w:rPr>
          <w:sz w:val="20"/>
        </w:rPr>
        <w:t>1:41:48  haan, mera matlab yeh nahi ke aap abstract sochen, khaali experience se guzarte hue sochen.</w:t>
      </w:r>
      <w:r>
        <w:br/>
      </w:r>
      <w:r>
        <w:rPr>
          <w:sz w:val="20"/>
        </w:rPr>
        <w:t>1:41:54  yeh woh is mein lazmi taur par is mein shamil hai, is se alag nahi hai woh.</w:t>
      </w:r>
      <w:r>
        <w:br/>
      </w:r>
      <w:r>
        <w:rPr>
          <w:sz w:val="20"/>
        </w:rPr>
        <w:t>1:42:01  maulana, agla ek comment aur question hai jo canada se aaya hai abu hasan sahib ka.</w:t>
      </w:r>
      <w:r>
        <w:br/>
      </w:r>
      <w:r>
        <w:rPr>
          <w:sz w:val="20"/>
        </w:rPr>
        <w:t>1:42:08  انہوں نے لکھا ہے: "In one of the talks during Ramadan, Maulana Sahib talked about the arrangement of</w:t>
      </w:r>
      <w:r>
        <w:br/>
      </w:r>
      <w:r>
        <w:rPr>
          <w:sz w:val="20"/>
        </w:rPr>
        <w:t>1:42:16  quran.</w:t>
      </w:r>
      <w:r>
        <w:br/>
      </w:r>
      <w:r>
        <w:rPr>
          <w:sz w:val="20"/>
        </w:rPr>
        <w:t>1:42:18  I too thought for a long time about it.</w:t>
      </w:r>
      <w:r>
        <w:br/>
      </w:r>
      <w:r>
        <w:rPr>
          <w:sz w:val="20"/>
        </w:rPr>
        <w:t>1:42:21  I figured out that the journey of the Quran is that it's a journey from seeker to the</w:t>
      </w:r>
      <w:r>
        <w:br/>
      </w:r>
      <w:r>
        <w:rPr>
          <w:sz w:val="20"/>
        </w:rPr>
        <w:t>1:42:29  caller.</w:t>
      </w:r>
      <w:r>
        <w:br/>
      </w:r>
      <w:r>
        <w:rPr>
          <w:sz w:val="20"/>
        </w:rPr>
        <w:t>1:42:31  The very first surah is that of a cry of a seeker, and as we progress, we learn</w:t>
      </w:r>
      <w:r>
        <w:br/>
      </w:r>
      <w:r>
        <w:rPr>
          <w:sz w:val="20"/>
        </w:rPr>
        <w:t>1:42:38  about Allah, His will, creation plan, and explanations about it, examples from history.</w:t>
      </w:r>
      <w:r>
        <w:br/>
      </w:r>
      <w:r>
        <w:rPr>
          <w:sz w:val="20"/>
        </w:rPr>
        <w:t>1:42:44  As we approach towards the end, we are asked to rise and warn people, come out of her</w:t>
      </w:r>
      <w:r>
        <w:br/>
      </w:r>
      <w:r>
        <w:rPr>
          <w:sz w:val="20"/>
        </w:rPr>
        <w:t>1:42:52  comfort zones.</w:t>
      </w:r>
      <w:r>
        <w:br/>
      </w:r>
      <w:r>
        <w:rPr>
          <w:sz w:val="20"/>
        </w:rPr>
        <w:t>1:42:53  In the end, a da'i is emerged, and taught prayers to seek refuge in Allah from people, Satan,</w:t>
      </w:r>
      <w:r>
        <w:br/>
      </w:r>
      <w:r>
        <w:rPr>
          <w:sz w:val="20"/>
        </w:rPr>
        <w:t>1:43:01  and everything which comes as an obstruction in the path of dawah.</w:t>
      </w:r>
      <w:r>
        <w:br/>
      </w:r>
      <w:r>
        <w:rPr>
          <w:sz w:val="20"/>
        </w:rPr>
        <w:t>1:43:06  Is my understanding correct? Kya jis ka is ka hai? Mawlana, woh jo aap ke talks hain, us</w:t>
      </w:r>
      <w:r>
        <w:br/>
      </w:r>
      <w:r>
        <w:rPr>
          <w:sz w:val="20"/>
        </w:rPr>
        <w:t>1:43:14  میں سے انہوں نے اپنی observation نکالی ہے کہ جو پوری ایک انسان کی journey ہے، وہ انہوں</w:t>
      </w:r>
      <w:r>
        <w:br/>
      </w:r>
      <w:r>
        <w:rPr>
          <w:sz w:val="20"/>
        </w:rPr>
        <w:t>1:43:22  نے بتایا کہ وہ ایک سیکر سے لے کے پھر کالر تک پہنچتی ہے، مطلب as a die.</w:t>
      </w:r>
      <w:r>
        <w:br/>
      </w:r>
      <w:r>
        <w:rPr>
          <w:sz w:val="20"/>
        </w:rPr>
        <w:t>1:43:30  aur unhone bataya ki jo Allah ka jo creation plan hai, aur akhir mein jab insan realize</w:t>
      </w:r>
      <w:r>
        <w:br/>
      </w:r>
      <w:r>
        <w:rPr>
          <w:sz w:val="20"/>
        </w:rPr>
        <w:t>1:43:37  karta hai to woh ek daai ki hesiyat se khada hota hai, aur woh apne aap ko bachata</w:t>
      </w:r>
      <w:r>
        <w:br/>
      </w:r>
      <w:r>
        <w:rPr>
          <w:sz w:val="20"/>
        </w:rPr>
        <w:t>1:43:45  ہے Satan سے اور ان لوگوں سے جو اس کو دعویٰ کے path سے ہٹائیں۔</w:t>
      </w:r>
      <w:r>
        <w:br/>
      </w:r>
      <w:r>
        <w:rPr>
          <w:sz w:val="20"/>
        </w:rPr>
        <w:t>1:43:51  to woh keh rahe hain ke kya yeh meri soch, yeh samajh, yeh sab sahi hai? main mujhe,</w:t>
      </w:r>
      <w:r>
        <w:br/>
      </w:r>
      <w:r>
        <w:rPr>
          <w:sz w:val="20"/>
        </w:rPr>
        <w:t>1:43:59  mujhe wohi samajh aayi.</w:t>
      </w:r>
      <w:r>
        <w:br/>
      </w:r>
      <w:r>
        <w:rPr>
          <w:sz w:val="20"/>
        </w:rPr>
        <w:t>1:44:01  kya kya is ka? main nahi samajh paya kya matlab hai.</w:t>
      </w:r>
      <w:r>
        <w:br/>
      </w:r>
      <w:r>
        <w:rPr>
          <w:sz w:val="20"/>
        </w:rPr>
        <w:t>1:44:06  maulana, is ko baad mein aap aap samjhe kya matlab hai? is ko to nahi samjha.</w:t>
      </w:r>
      <w:r>
        <w:br/>
      </w:r>
      <w:r>
        <w:rPr>
          <w:sz w:val="20"/>
        </w:rPr>
        <w:t>1:44:12  mujhe samajh nahi aaya.</w:t>
      </w:r>
      <w:r>
        <w:br/>
      </w:r>
      <w:r>
        <w:rPr>
          <w:sz w:val="20"/>
        </w:rPr>
        <w:t>1:44:14  clear hai, mujhe clear nahi laga.</w:t>
      </w:r>
      <w:r>
        <w:br/>
      </w:r>
      <w:r>
        <w:rPr>
          <w:sz w:val="20"/>
        </w:rPr>
        <w:t>1:44:17  اچھا، مولانا، I read it out separately to you later.</w:t>
      </w:r>
      <w:r>
        <w:br/>
      </w:r>
      <w:r>
        <w:rPr>
          <w:sz w:val="20"/>
        </w:rPr>
        <w:t>1:44:21  achha, theek hai.</w:t>
      </w:r>
    </w:p>
    <w:p>
      <w:pPr>
        <w:pStyle w:val="Heading2"/>
      </w:pPr>
      <w:r>
        <w:t>Role of intuition in developing love of God</w:t>
      </w:r>
    </w:p>
    <w:p>
      <w:r>
        <w:rPr>
          <w:color w:val="666666"/>
          <w:sz w:val="18"/>
        </w:rPr>
        <w:t>Spirituality · Love of God 19 Sept 2021 - Prof. Farida Khanam · 2m 03s · at 31:40 · https://youtu.be/mpGeGz_Cfrw?t=1900</w:t>
      </w:r>
    </w:p>
    <w:p>
      <w:r>
        <w:rPr>
          <w:i/>
        </w:rPr>
        <w:t>“What role does intuition play in developing love of God? What is your comment on this?”</w:t>
      </w:r>
    </w:p>
    <w:p>
      <w:r>
        <w:rPr>
          <w:sz w:val="20"/>
        </w:rPr>
        <w:t>31:40  پہلا سوال ہے کہ: "What role does intuition play in developing love of God?" سو، what is your</w:t>
      </w:r>
      <w:r>
        <w:br/>
      </w:r>
      <w:r>
        <w:rPr>
          <w:sz w:val="20"/>
        </w:rPr>
        <w:t>31:50  comment in this? asal mein daleel se jab hum mante hain khuda ko ya doosri religious realities ko</w:t>
      </w:r>
      <w:r>
        <w:br/>
      </w:r>
      <w:r>
        <w:rPr>
          <w:sz w:val="20"/>
        </w:rPr>
        <w:t>32:01  to is ki ek limitation hoti hai.</w:t>
      </w:r>
      <w:r>
        <w:br/>
      </w:r>
      <w:r>
        <w:rPr>
          <w:sz w:val="20"/>
        </w:rPr>
        <w:t>32:06  lekin intuition ka matlab fitrat hai.</w:t>
      </w:r>
      <w:r>
        <w:br/>
      </w:r>
      <w:r>
        <w:rPr>
          <w:sz w:val="20"/>
        </w:rPr>
        <w:t>32:11  jab hum poori fitrat se, apni poori jo andarooni jo shakhsiyat hai, us se jab hum khuda ko</w:t>
      </w:r>
      <w:r>
        <w:br/>
      </w:r>
      <w:r>
        <w:rPr>
          <w:sz w:val="20"/>
        </w:rPr>
        <w:t>32:16  mante hain to woh bilkul utha, utha hota hai.</w:t>
      </w:r>
      <w:r>
        <w:br/>
      </w:r>
      <w:r>
        <w:rPr>
          <w:sz w:val="20"/>
        </w:rPr>
        <w:t>32:22  woh jazba to is jazbe se hum bohat hi gehre tareeqe se khuda se taluq bana sakte hain.</w:t>
      </w:r>
      <w:r>
        <w:br/>
      </w:r>
      <w:r>
        <w:rPr>
          <w:sz w:val="20"/>
        </w:rPr>
        <w:t>32:27  to jo otherwise jo nahi mumkin nahi hai.</w:t>
      </w:r>
      <w:r>
        <w:br/>
      </w:r>
      <w:r>
        <w:rPr>
          <w:sz w:val="20"/>
        </w:rPr>
        <w:t>32:32  جی، انہی کا اپا دوسرا سوال ہے کہ: "How to use our emotional faculty for loving God?" اس</w:t>
      </w:r>
      <w:r>
        <w:br/>
      </w:r>
      <w:r>
        <w:rPr>
          <w:sz w:val="20"/>
        </w:rPr>
        <w:t>32:38  is ko bhi wazeh kar dein.</w:t>
      </w:r>
      <w:r>
        <w:br/>
      </w:r>
      <w:r>
        <w:rPr>
          <w:sz w:val="20"/>
        </w:rPr>
        <w:t>32:44  yeh sab mohabbat ka jo jazba hai, yeh to khuda ne hamare andar hi rakha hua hai.</w:t>
      </w:r>
      <w:r>
        <w:br/>
      </w:r>
      <w:r>
        <w:rPr>
          <w:sz w:val="20"/>
        </w:rPr>
        <w:t>32:50  koi bhi aisa nahi hoga jis ke andar yeh jazba na ho.</w:t>
      </w:r>
      <w:r>
        <w:br/>
      </w:r>
      <w:r>
        <w:rPr>
          <w:sz w:val="20"/>
        </w:rPr>
        <w:t>32:56  lekin masla sirf yeh hai ke is jazbe ko hum kha</w:t>
      </w:r>
      <w:r>
        <w:br/>
      </w:r>
      <w:r>
        <w:rPr>
          <w:sz w:val="20"/>
        </w:rPr>
        <w:t>33:02  da se associate kar rahe hain ya khuda se associate nahin kar rahe hain.</w:t>
      </w:r>
      <w:r>
        <w:br/>
      </w:r>
      <w:r>
        <w:rPr>
          <w:sz w:val="20"/>
        </w:rPr>
        <w:t>33:07  to jab hum khuda se associate karen to yahi yahi toheed hai.</w:t>
      </w:r>
      <w:r>
        <w:br/>
      </w:r>
      <w:r>
        <w:rPr>
          <w:sz w:val="20"/>
        </w:rPr>
        <w:t>33:12  isi se hamein khuda se taalluq badhta hai.</w:t>
      </w:r>
      <w:r>
        <w:br/>
      </w:r>
      <w:r>
        <w:rPr>
          <w:sz w:val="20"/>
        </w:rPr>
        <w:t>33:17  jisko taalluq billah kehte hain, gehra taalluq woh isi se hota hai.</w:t>
      </w:r>
      <w:r>
        <w:br/>
      </w:r>
      <w:r>
        <w:rPr>
          <w:sz w:val="20"/>
        </w:rPr>
        <w:t>33:22  to yeh sab emotions is mein involve ho jaate hain.</w:t>
      </w:r>
      <w:r>
        <w:br/>
      </w:r>
      <w:r>
        <w:rPr>
          <w:sz w:val="20"/>
        </w:rPr>
        <w:t>33:27  kyunke baghair emotions ke, woh woh to mohabbat ka jo jazba hai, us mein woh emotions se hi related hai.</w:t>
      </w:r>
      <w:r>
        <w:br/>
      </w:r>
      <w:r>
        <w:rPr>
          <w:sz w:val="20"/>
        </w:rPr>
        <w:t>33:32  to woh emotions to is mein involve hote hi hain.</w:t>
      </w:r>
      <w:r>
        <w:br/>
      </w:r>
      <w:r>
        <w:rPr>
          <w:sz w:val="20"/>
        </w:rPr>
        <w:t>33:38  bas woh hai ke emotions ko hum kis se associate karen, yeh yeh dekhna hai.</w:t>
      </w:r>
    </w:p>
    <w:p>
      <w:pPr>
        <w:pStyle w:val="Heading2"/>
      </w:pPr>
      <w:r>
        <w:t>Rules for intense love of God?</w:t>
      </w:r>
    </w:p>
    <w:p>
      <w:r>
        <w:rPr>
          <w:color w:val="666666"/>
          <w:sz w:val="18"/>
        </w:rPr>
        <w:t>Spirituality · Man and the Laws of Nature April 1, 2012 · 3m 03s · at 1:03:21 · https://youtu.be/coIrwYQgb6Y?t=3801</w:t>
      </w:r>
    </w:p>
    <w:p>
      <w:r>
        <w:rPr>
          <w:i/>
        </w:rPr>
        <w:t>“What rules and principles must one adopt to be intense in the love of God?”</w:t>
      </w:r>
    </w:p>
    <w:p>
      <w:r>
        <w:rPr>
          <w:sz w:val="20"/>
        </w:rPr>
        <w:t>1:03:21  maulana, agla sawal bhi pakistan se aya hai. mister amir bin yusuf ne likha</w:t>
      </w:r>
      <w:r>
        <w:br/>
      </w:r>
      <w:r>
        <w:rPr>
          <w:sz w:val="20"/>
        </w:rPr>
        <w:t>1:03:26  hai, unhon ne ap se poocha hai ke allah ki mohabbat mein shadeed hone ke liye insan ko kin rules aur principles ko adopt karna parta hai, is ke bare mein bataein.</w:t>
      </w:r>
      <w:r>
        <w:br/>
      </w:r>
      <w:r>
        <w:rPr>
          <w:sz w:val="20"/>
        </w:rPr>
        <w:t>1:03:39  dekhiye, yeh rule ki aur principle ki baat nahi hai. yeh to is baat ki cheez hai ke aap yani aap ahmiyat janen allah se mohabbat ki.</w:t>
      </w:r>
      <w:r>
        <w:br/>
      </w:r>
      <w:r>
        <w:rPr>
          <w:sz w:val="20"/>
        </w:rPr>
        <w:t>1:03:55  is baat ko aap janen ke allah ne aap ko dunya mein paida kar ke rakha hai, phir maut aye gi. to maut ke baad jab samna hoga allah taala ka, jab samna hoga to yani kis kis tarah face karen jo samne ko.</w:t>
      </w:r>
      <w:r>
        <w:br/>
      </w:r>
      <w:r>
        <w:rPr>
          <w:sz w:val="20"/>
        </w:rPr>
        <w:t>1:04:11  agar dunya mein aap ne isi se mohabbat nahi ki jo aap creator tha, isi se mohabbat nahi ki jis ne aap ko life support system diya, isi se mohabbat nahi ki jis ne aap sare universe ko custom custom made universe bana diya aap ke liye,</w:t>
      </w:r>
      <w:r>
        <w:br/>
      </w:r>
      <w:r>
        <w:rPr>
          <w:sz w:val="20"/>
        </w:rPr>
        <w:t>1:04:26  is se mohabbat nahi ki to kaise face karen ge? yeh masla hai. koi rule nahi, koi principle nahi, koi tareeqa nahi hai.</w:t>
      </w:r>
      <w:r>
        <w:br/>
      </w:r>
      <w:r>
        <w:rPr>
          <w:sz w:val="20"/>
        </w:rPr>
        <w:t>1:04:37  is haqeeqat ko jab aadmi daryaft kar le ga to apne aap hi is ke andar mohabbat aye gi. mohabbat kehte hain strong affection ko. kaise nahi aye gi?</w:t>
      </w:r>
      <w:r>
        <w:br/>
      </w:r>
      <w:r>
        <w:rPr>
          <w:sz w:val="20"/>
        </w:rPr>
        <w:t>1:04:47  bataiye,</w:t>
      </w:r>
      <w:r>
        <w:br/>
      </w:r>
      <w:r>
        <w:rPr>
          <w:sz w:val="20"/>
        </w:rPr>
        <w:t>1:04:49  agar aap daryaft kar len ke yeh khuda jis ne aap ko wajood diya, yeh khuda jis ne aap ko yeh yeh planet earth diya, yeh khuda jis ne aap ko life support system diya, yeh khuda jo aap ko oxygen supply kar raha hai sans lene ke liye, yeh khuda jo suraj chamkaye hue aap ko roshni aur halaat de raha hai, yani sab kuch, sab kuch, sab kuch jo mila hai woh allah de raha hai.</w:t>
      </w:r>
      <w:r>
        <w:br/>
      </w:r>
      <w:r>
        <w:rPr>
          <w:sz w:val="20"/>
        </w:rPr>
        <w:t>1:05:13  sari boundaries hain khuda ki taraf se. to yeh aap ko discover kar dein</w:t>
      </w:r>
      <w:r>
        <w:br/>
      </w:r>
      <w:r>
        <w:rPr>
          <w:sz w:val="20"/>
        </w:rPr>
        <w:t>1:05:18  to is ke baad jo cheez paida hogi wohi hai khuda se strong affection, khuda se mohabbat. to discovery na hone ki wajah se aisa hota hai.</w:t>
      </w:r>
      <w:r>
        <w:br/>
      </w:r>
      <w:r>
        <w:rPr>
          <w:sz w:val="20"/>
        </w:rPr>
        <w:t>1:05:27  hum be khabar hote hain is baat se ke khuda ne hamein kya de rakha hai, kya cheez de rakhi hai. bilkul be khabar.</w:t>
      </w:r>
      <w:r>
        <w:br/>
      </w:r>
      <w:r>
        <w:rPr>
          <w:sz w:val="20"/>
        </w:rPr>
        <w:t>1:05:36  misal ke taur par yeh ke hum bol rahe hain, doosra aadmi sun raha hai to aam log is ko sochte bhi nahi ke is mein kya allah taala ki na</w:t>
      </w:r>
      <w:r>
        <w:br/>
      </w:r>
      <w:r>
        <w:rPr>
          <w:sz w:val="20"/>
        </w:rPr>
        <w:t>1:05:46  mat yeh hai. yani bolna bohat hi ajeeb ghareeb aik waqea hai, sunna aik bohat ajeeb ghareeb phenomena hai. kaise bolna hota hai, kaise sunna hota hai, is ko aap sochiye to hazar saal tak isi pe sochte rahiye.</w:t>
      </w:r>
      <w:r>
        <w:br/>
      </w:r>
      <w:r>
        <w:rPr>
          <w:sz w:val="20"/>
        </w:rPr>
        <w:t>1:06:01  aap sochiye sans lete hain to har waqt oxygen supply ho raha hai, aap par aankh hai lekin roshni na ho to aap dekh nahi paen ge. in sab baton ko sochen, sochen, sochen to to isi ke nateejay mein jo cheez paida hoti hai isi ka naam allah se mohabbat hai.</w:t>
      </w:r>
      <w:r>
        <w:br/>
      </w:r>
      <w:r>
        <w:rPr>
          <w:sz w:val="20"/>
        </w:rPr>
        <w:t>1:06:15  na sochen to animal bane rahen ge. to sara mamla hota hai sochne ya na sochne ka.</w:t>
      </w:r>
    </w:p>
    <w:p>
      <w:pPr>
        <w:pStyle w:val="Heading2"/>
      </w:pPr>
      <w:r>
        <w:t>Saving from distractions, increasing CPS attachment</w:t>
      </w:r>
    </w:p>
    <w:p>
      <w:r>
        <w:rPr>
          <w:color w:val="666666"/>
          <w:sz w:val="18"/>
        </w:rPr>
        <w:t>Spirituality · Social Reform | December 22, 2013 | Maulana Wahiduddin Khan · 1m 10s · at 58:37 · https://youtu.be/kGP903BvDto?t=3517</w:t>
      </w:r>
    </w:p>
    <w:p>
      <w:r>
        <w:rPr>
          <w:i/>
        </w:rPr>
        <w:t>“How can I save myself from distractions and increase my attachment for the CPS mission? Please guide me.”</w:t>
      </w:r>
    </w:p>
    <w:p>
      <w:r>
        <w:rPr>
          <w:sz w:val="20"/>
        </w:rPr>
        <w:t>58:37  maulana, agla sawal roorki se kya hai sajjid anwar sahib ne.</w:t>
      </w:r>
      <w:r>
        <w:br/>
      </w:r>
      <w:r>
        <w:rPr>
          <w:sz w:val="20"/>
        </w:rPr>
        <w:t>58:42  unhon ne likha hai: "maulana, how can i save myself from distractions and increase my attachment for the cps mission?</w:t>
      </w:r>
      <w:r>
        <w:br/>
      </w:r>
      <w:r>
        <w:rPr>
          <w:sz w:val="20"/>
        </w:rPr>
        <w:t>58:50  please guide me." bhai, aap apna sawal doosre se nahi pooch sakte aap.</w:t>
      </w:r>
      <w:r>
        <w:br/>
      </w:r>
      <w:r>
        <w:rPr>
          <w:sz w:val="20"/>
        </w:rPr>
        <w:t>58:58  ke mujhe pani peena hai to kya mein doosre se poochon ke mein kaise pani piyoon? mein doosre</w:t>
      </w:r>
      <w:r>
        <w:br/>
      </w:r>
      <w:r>
        <w:rPr>
          <w:sz w:val="20"/>
        </w:rPr>
        <w:t>59:06  se nahi, doosra nahi bata sakta aap ko.</w:t>
      </w:r>
      <w:r>
        <w:br/>
      </w:r>
      <w:r>
        <w:rPr>
          <w:sz w:val="20"/>
        </w:rPr>
        <w:t>59:14  doosra nahi bata sakta. yeh to aadmi ko agar waqai is ke andar Seriousness hai to Transposition kare ga. apne baray mein soche ga. apne Environment ke baray mein soche ga. aur khud hi janay ga, khud hi Discover kare ga keh kyun aisa hai. aur khud hi is ki yani is ki tadbeer bhi khud hi daryaft kare ga. main nahi samajhta keh is mein koi</w:t>
      </w:r>
      <w:r>
        <w:br/>
      </w:r>
      <w:r>
        <w:rPr>
          <w:sz w:val="20"/>
        </w:rPr>
        <w:t>59:44  doosra shakhs kuch bata sakta hai.</w:t>
      </w:r>
    </w:p>
    <w:p>
      <w:pPr>
        <w:pStyle w:val="Heading2"/>
      </w:pPr>
      <w:r>
        <w:t>Saving oneself from distractions</w:t>
      </w:r>
    </w:p>
    <w:p>
      <w:r>
        <w:rPr>
          <w:color w:val="666666"/>
          <w:sz w:val="18"/>
        </w:rPr>
        <w:t>Spirituality · Age of Peace November 18, 2012 · 1m 51s · at 1:36:17 · https://youtu.be/Y9nkQnBqbrs?t=5777</w:t>
      </w:r>
    </w:p>
    <w:p>
      <w:r>
        <w:rPr>
          <w:i/>
        </w:rPr>
        <w:t>“How can we save us from distractions?”</w:t>
      </w:r>
    </w:p>
    <w:p>
      <w:r>
        <w:rPr>
          <w:sz w:val="20"/>
        </w:rPr>
        <w:t>1:36:17  maulana, agla sawal dilli se hai doctor pradhan ne kiya hai. unhon ne aapse poocha hai ke "How can we save us from distractions?" is ke baray mein batayen.</w:t>
      </w:r>
      <w:r>
        <w:br/>
      </w:r>
      <w:r>
        <w:rPr>
          <w:sz w:val="20"/>
        </w:rPr>
        <w:t>1:36:29  bas dua, mein sirf sab se samajhta hoon ke sab se powerful cheez dua hai.</w:t>
      </w:r>
      <w:r>
        <w:br/>
      </w:r>
      <w:r>
        <w:rPr>
          <w:sz w:val="20"/>
        </w:rPr>
        <w:t>1:36:38  hazrat masih ne exas ko is tarah ki baatein kahin to is aadmi ne hazrat masih se kaha ke yeh insaan se to ho nahi sakta.</w:t>
      </w:r>
      <w:r>
        <w:br/>
      </w:r>
      <w:r>
        <w:rPr>
          <w:sz w:val="20"/>
        </w:rPr>
        <w:t>1:36:51  yeh to hazrat masih ne kaha ke insaan se nahi ho sakta, bara khuda se ho sakta hai. yeh bohat ajeeb baat hai ke insaan se nahi ho sakta, bara khuda se ho sakta hai.</w:t>
      </w:r>
      <w:r>
        <w:br/>
      </w:r>
      <w:r>
        <w:rPr>
          <w:sz w:val="20"/>
        </w:rPr>
        <w:t>1:37:03  woh to jahan mein helpless hoon, wahan woh allah se dua karoon</w:t>
      </w:r>
      <w:r>
        <w:br/>
      </w:r>
      <w:r>
        <w:rPr>
          <w:sz w:val="20"/>
        </w:rPr>
        <w:t>1:37:09  to meri meri kami ko allah poora kar dega, mere helplessness ko ki talafi kar dega. yahi sahi tareeqa hai.</w:t>
      </w:r>
    </w:p>
    <w:p>
      <w:pPr>
        <w:pStyle w:val="Heading2"/>
      </w:pPr>
      <w:r>
        <w:t>Seeking spiritual guidance</w:t>
      </w:r>
    </w:p>
    <w:p>
      <w:r>
        <w:rPr>
          <w:color w:val="666666"/>
          <w:sz w:val="18"/>
        </w:rPr>
        <w:t>Spirituality · 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Self-accounting and purification in changing habits</w:t>
      </w:r>
    </w:p>
    <w:p>
      <w:r>
        <w:rPr>
          <w:color w:val="666666"/>
          <w:sz w:val="18"/>
        </w:rPr>
        <w:t>Spirituality · Self Correction November 09, 2014 · 50s · at 1:11:57 · https://youtu.be/EgAukdSfGRU?t=4317</w:t>
      </w:r>
    </w:p>
    <w:p>
      <w:r>
        <w:rPr>
          <w:i/>
        </w:rPr>
        <w:t>“What is the relationship of muhasabah and tazkiyah, especially in changing bad habits?”</w:t>
      </w:r>
    </w:p>
    <w:p>
      <w:r>
        <w:rPr>
          <w:sz w:val="20"/>
        </w:rPr>
        <w:t>1:11:57  maulana, agla sawal dilli se kiya hai miss naghma siddiqui ne aur unhon ne aapse poocha hai ke What is the relationship of محاسبہ and تزکیہ especially in changing bad habits?</w:t>
      </w:r>
      <w:r>
        <w:br/>
      </w:r>
      <w:r>
        <w:rPr>
          <w:sz w:val="20"/>
        </w:rPr>
        <w:t>1:12:15  pehle محاسبہ aata hai, phir تزکیہ aata hai. pehle transaction aata hai, phir aadmi apni</w:t>
      </w:r>
      <w:r>
        <w:br/>
      </w:r>
      <w:r>
        <w:rPr>
          <w:sz w:val="20"/>
        </w:rPr>
        <w:t>1:12:26  personality ko purify karta hai. dono interconnected hain. lekin pehle ayega محاسبہ, yani transaction.</w:t>
      </w:r>
      <w:r>
        <w:br/>
      </w:r>
      <w:r>
        <w:rPr>
          <w:sz w:val="20"/>
        </w:rPr>
        <w:t>1:12:36  phir ayega تزکیہ, yani apni shakhsiyat ko purify karna.</w:t>
      </w:r>
    </w:p>
    <w:p>
      <w:pPr>
        <w:pStyle w:val="Heading2"/>
      </w:pPr>
      <w:r>
        <w:t>Self-accounting clarification from experience</w:t>
      </w:r>
    </w:p>
    <w:p>
      <w:r>
        <w:rPr>
          <w:color w:val="666666"/>
          <w:sz w:val="18"/>
        </w:rPr>
        <w:t>Spirituality · Man and the Laws of Nature April 1, 2012 · 1m 50s · at 1:30:59 · https://youtu.be/coIrwYQgb6Y?t=5459</w:t>
      </w:r>
    </w:p>
    <w:p>
      <w:r>
        <w:rPr>
          <w:i/>
        </w:rPr>
        <w:t>“I want some clarification about self-accounting (self-hammering). Please explain based on your experience.”</w:t>
      </w:r>
    </w:p>
    <w:p>
      <w:r>
        <w:rPr>
          <w:sz w:val="20"/>
        </w:rPr>
        <w:t>1:30:59  maulana, agla sawal doha qatar se hai. maulana abdul basit umri sahib ka. unhon ne likha hai: "maulana, self hammering ke baray mein kuch wazahat chahta hoon.</w:t>
      </w:r>
      <w:r>
        <w:br/>
      </w:r>
      <w:r>
        <w:rPr>
          <w:sz w:val="20"/>
        </w:rPr>
        <w:t>1:31:10  apne tajrube ki roshni mein aap bataen." self hammering ka matlab hai khud apna muhasiba.</w:t>
      </w:r>
      <w:r>
        <w:br/>
      </w:r>
      <w:r>
        <w:rPr>
          <w:sz w:val="20"/>
        </w:rPr>
        <w:t>1:31:18  to muhasiba log aam taur par doosron ko karte hain. doosri ghalti par tokain ge, doosron ki ghalti par un se behas karen ge, doosron ki ghaltiyon ko khoob bayan karen ge.</w:t>
      </w:r>
      <w:r>
        <w:br/>
      </w:r>
      <w:r>
        <w:rPr>
          <w:sz w:val="20"/>
        </w:rPr>
        <w:t>1:31:31  khud apni ghalti dhoondna yeh yeh nahi karen ge.</w:t>
      </w:r>
      <w:r>
        <w:br/>
      </w:r>
      <w:r>
        <w:rPr>
          <w:sz w:val="20"/>
        </w:rPr>
        <w:t>1:31:37  to yeh to bohat hi, yani bohat bari bhool hai. kyunke hadith mein aata hai: "hasib anfusakum qabla an tuhasabu".</w:t>
      </w:r>
      <w:r>
        <w:br/>
      </w:r>
      <w:r>
        <w:rPr>
          <w:sz w:val="20"/>
        </w:rPr>
        <w:t>1:31:48  yahi hai self hammering. "hasib anfusakum qabla an tuhasabu". yani is se pehle ke Allah ke yahan tumhara muhasiba kiya jaye, tum khud apna muhasiba kar lo.</w:t>
      </w:r>
      <w:r>
        <w:br/>
      </w:r>
      <w:r>
        <w:rPr>
          <w:sz w:val="20"/>
        </w:rPr>
        <w:t>1:32:03  "hasib anfusakum qabla an tuhasabu". yahi hai s</w:t>
      </w:r>
      <w:r>
        <w:br/>
      </w:r>
      <w:r>
        <w:rPr>
          <w:sz w:val="20"/>
        </w:rPr>
        <w:t>1:32:06  elf hammering. self hammering koi alag cheez nahi hai. wohi jo hadith mein kaha gaya hai: "zati muhasiba, apni scrutiny".</w:t>
      </w:r>
      <w:r>
        <w:br/>
      </w:r>
      <w:r>
        <w:rPr>
          <w:sz w:val="20"/>
        </w:rPr>
        <w:t>1:32:17  isi ka naam hai self hammering. aur insan, aap jante hain ke aadmi apni kamzoriyon ko khoob khoob janta hai. koi aadmi aisa nahi hai jo apni kamzoriyon ko na jane.</w:t>
      </w:r>
      <w:r>
        <w:br/>
      </w:r>
      <w:r>
        <w:rPr>
          <w:sz w:val="20"/>
        </w:rPr>
        <w:t>1:32:29  to aap tanhai mein baith kar sochen ke mere andar kahan kamzoriyan hain, kaise in ki islaah karoon main,</w:t>
      </w:r>
      <w:r>
        <w:br/>
      </w:r>
      <w:r>
        <w:rPr>
          <w:sz w:val="20"/>
        </w:rPr>
        <w:t>1:32:35  kaise main apne ko aisa banaoon ke Allah ke samne main bari zimmedar ho sakoon. isi ka naam self hammering. self hammering ke mani hain zati muhasiba.</w:t>
      </w:r>
      <w:r>
        <w:br/>
      </w:r>
      <w:r>
        <w:rPr>
          <w:sz w:val="20"/>
        </w:rPr>
        <w:t>1:32:46  bas.</w:t>
      </w:r>
    </w:p>
    <w:p>
      <w:pPr>
        <w:pStyle w:val="Heading2"/>
      </w:pPr>
      <w:r>
        <w:t>Self-style leaders leading society to heaven</w:t>
      </w:r>
    </w:p>
    <w:p>
      <w:r>
        <w:rPr>
          <w:color w:val="666666"/>
          <w:sz w:val="18"/>
        </w:rPr>
        <w:t>Spirituality · Islamic Wisdom July 17, 2016 · 1m 07s · at 52:47 · https://youtu.be/jB4ugN0K-AM?t=3167</w:t>
      </w:r>
    </w:p>
    <w:p>
      <w:r>
        <w:rPr>
          <w:i/>
        </w:rPr>
        <w:t>“If according to the self, if according to the self-style leaders, society becoming well-led one straight to heaven?”</w:t>
      </w:r>
    </w:p>
    <w:p>
      <w:r>
        <w:rPr>
          <w:sz w:val="20"/>
        </w:rPr>
        <w:t>52:47  maulana, agla sawal doctor farida khanam ne kiya hai dilli se, aur unhone aapse poocha hai</w:t>
      </w:r>
      <w:r>
        <w:br/>
      </w:r>
      <w:r>
        <w:rPr>
          <w:sz w:val="20"/>
        </w:rPr>
        <w:t>52:55  کہ: "If according to the self, if according to the self-styled leaders, society becoming well-led one</w:t>
      </w:r>
      <w:r>
        <w:br/>
      </w:r>
      <w:r>
        <w:rPr>
          <w:sz w:val="20"/>
        </w:rPr>
        <w:t>53:03  straight to heaven.</w:t>
      </w:r>
      <w:r>
        <w:br/>
      </w:r>
      <w:r>
        <w:rPr>
          <w:sz w:val="20"/>
        </w:rPr>
        <w:t>53:04  deen why the leaders themself do not opt for society baiming?" kya matlab ke maulana aksar jo</w:t>
      </w:r>
      <w:r>
        <w:br/>
      </w:r>
      <w:r>
        <w:rPr>
          <w:sz w:val="20"/>
        </w:rPr>
        <w:t>53:12  yeh leaders sab ko behkate hain ke society baiming ke baad seedha woh jannat mein un ka dakhila</w:t>
      </w:r>
      <w:r>
        <w:br/>
      </w:r>
      <w:r>
        <w:rPr>
          <w:sz w:val="20"/>
        </w:rPr>
        <w:t>53:20  ho jayega, to agar yeh sahih hai to woh khud kyun nahi society bming karte? sahih to</w:t>
      </w:r>
      <w:r>
        <w:br/>
      </w:r>
      <w:r>
        <w:rPr>
          <w:sz w:val="20"/>
        </w:rPr>
        <w:t>53:27  hai, sahih to hai.</w:t>
      </w:r>
      <w:r>
        <w:br/>
      </w:r>
      <w:r>
        <w:rPr>
          <w:sz w:val="20"/>
        </w:rPr>
        <w:t>53:29  dusron ko kyun karwate hain? yeh bilkul yani base less baat hai.</w:t>
      </w:r>
      <w:r>
        <w:br/>
      </w:r>
      <w:r>
        <w:rPr>
          <w:sz w:val="20"/>
        </w:rPr>
        <w:t>53:34  na koi quran mein aisa koi reference hai, na hadith mein hai.</w:t>
      </w:r>
      <w:r>
        <w:br/>
      </w:r>
      <w:r>
        <w:rPr>
          <w:sz w:val="20"/>
        </w:rPr>
        <w:t>53:39  agar in ko yaqeen khud, in ko bhi yaqeen nahi hai.</w:t>
      </w:r>
      <w:r>
        <w:br/>
      </w:r>
      <w:r>
        <w:rPr>
          <w:sz w:val="20"/>
        </w:rPr>
        <w:t>53:44  agar in ko yaqeen hota to apne bachon se karwate hain, khud karwate hain, dusron se koi karne</w:t>
      </w:r>
      <w:r>
        <w:br/>
      </w:r>
      <w:r>
        <w:rPr>
          <w:sz w:val="20"/>
        </w:rPr>
        <w:t>53:52  ke liye.</w:t>
      </w:r>
      <w:r>
        <w:br/>
      </w:r>
      <w:r>
        <w:rPr>
          <w:sz w:val="20"/>
        </w:rPr>
        <w:t>53:53  bilkul sahih baat hai.</w:t>
      </w:r>
    </w:p>
    <w:p>
      <w:pPr>
        <w:pStyle w:val="Heading2"/>
      </w:pPr>
      <w:r>
        <w:t>Significance of Dream Interpretation in Islam</w:t>
      </w:r>
    </w:p>
    <w:p>
      <w:r>
        <w:rPr>
          <w:color w:val="666666"/>
          <w:sz w:val="18"/>
        </w:rPr>
        <w:t>Spirituality · Purpose of Human Life February 12, 2012 Maulana Wahiduddin Khan · 1m 31s · at 1:29:24 · https://youtu.be/gRupSXuak-w?t=5364</w:t>
      </w:r>
    </w:p>
    <w:p>
      <w:r>
        <w:rPr>
          <w:i/>
        </w:rPr>
        <w:t>“What is the significance of interpretation of dream? How much importance does it hold in Islam?”</w:t>
      </w:r>
    </w:p>
    <w:p>
      <w:r>
        <w:rPr>
          <w:sz w:val="20"/>
        </w:rPr>
        <w:t>1:29:24  maulana, agla sawal hyderabad se aaya hai mr zeeshan ka. unhon ne aapse poocha hai: "What is the significance of interpretation of dream?</w:t>
      </w:r>
      <w:r>
        <w:br/>
      </w:r>
      <w:r>
        <w:rPr>
          <w:sz w:val="20"/>
        </w:rPr>
        <w:t>1:29:34  How much importance does it hold in Islam?"</w:t>
      </w:r>
      <w:r>
        <w:br/>
      </w:r>
      <w:r>
        <w:rPr>
          <w:sz w:val="20"/>
        </w:rPr>
        <w:t>1:29:40  dekhen, bukhari mein riwayat hai is par. aksar kitabon mein riwayat woh hoti hai, bab hota hai kitab al-ruya. hadith ki kitabon mein baqayda kitab al-ruya hota hai.</w:t>
      </w:r>
      <w:r>
        <w:br/>
      </w:r>
      <w:r>
        <w:rPr>
          <w:sz w:val="20"/>
        </w:rPr>
        <w:t>1:29:50  bukhari mein bhi hai. toh hadith mein aata hai ke khwab nabuwat ka chaliswan hissa hai. matlab ek juz hai.</w:t>
      </w:r>
      <w:r>
        <w:br/>
      </w:r>
      <w:r>
        <w:rPr>
          <w:sz w:val="20"/>
        </w:rPr>
        <w:t>1:30:00  toh islam mein is ki bohat ahmiyat hai khwab ki. lekin khwab ke mutalliq teen qism ke khwab hain hadith ke mutabiq.</w:t>
      </w:r>
      <w:r>
        <w:br/>
      </w:r>
      <w:r>
        <w:rPr>
          <w:sz w:val="20"/>
        </w:rPr>
        <w:t>1:30:10  hadith al-nafs, hadith al-shaitan, basham allah. yani kuch khwab aise hote hain jo aap dil mein hain, woh is ko dekh liya aadmi ne.</w:t>
      </w:r>
      <w:r>
        <w:br/>
      </w:r>
      <w:r>
        <w:rPr>
          <w:sz w:val="20"/>
        </w:rPr>
        <w:t>1:30:20  khwab ki shakal mein dekh liya. ek yeh hai ke shaitan darata hai, woh khwab ban kar aaya aadmi ke duaon ko. aur doosra allah ki basharat.</w:t>
      </w:r>
      <w:r>
        <w:br/>
      </w:r>
      <w:r>
        <w:rPr>
          <w:sz w:val="20"/>
        </w:rPr>
        <w:t>1:30:30  toh jo aadmi khwab dekhta hai, woh khud is ki nature ko samjhe toh jaan lega ke teeno mein se kis category ka tha is ka khwab.</w:t>
      </w:r>
      <w:r>
        <w:br/>
      </w:r>
      <w:r>
        <w:rPr>
          <w:sz w:val="20"/>
        </w:rPr>
        <w:t>1:30:41  yani takhfif shaitan tha ya basham allah tha ya hadith al-nafs tha. toh khwab bilashuba bohat aham hai islam mein.</w:t>
      </w:r>
      <w:r>
        <w:br/>
      </w:r>
      <w:r>
        <w:rPr>
          <w:sz w:val="20"/>
        </w:rPr>
        <w:t>1:30:51  lekin khwab ki teen qismein hoti hain.</w:t>
      </w:r>
    </w:p>
    <w:p>
      <w:pPr>
        <w:pStyle w:val="Heading2"/>
      </w:pPr>
      <w:r>
        <w:t>Significance of dream interpretation in Islam</w:t>
      </w:r>
    </w:p>
    <w:p>
      <w:r>
        <w:rPr>
          <w:color w:val="666666"/>
          <w:sz w:val="18"/>
        </w:rPr>
        <w:t>Spirituality · Purpose Of Human Life -12th Feb. '12 · 1m 37s · at 1:33:21 · https://youtu.be/TCGYvGJHf7w?t=5601</w:t>
      </w:r>
    </w:p>
    <w:p>
      <w:r>
        <w:rPr>
          <w:i/>
        </w:rPr>
        <w:t>“What is the significance of interpretation of dream? How much importance does it hold in Islam?”</w:t>
      </w:r>
    </w:p>
    <w:p>
      <w:r>
        <w:rPr>
          <w:sz w:val="20"/>
        </w:rPr>
        <w:t>1:33:21  Maulana, agla sawal Hyderabad se aaya hai Mr. Zeeshan ka.</w:t>
      </w:r>
      <w:r>
        <w:br/>
      </w:r>
      <w:r>
        <w:rPr>
          <w:sz w:val="20"/>
        </w:rPr>
        <w:t>1:33:26  unhon ne aap se poocha hai What is the significance of interpretation of dream?</w:t>
      </w:r>
      <w:r>
        <w:br/>
      </w:r>
      <w:r>
        <w:rPr>
          <w:sz w:val="20"/>
        </w:rPr>
        <w:t>1:33:31  How much importance does it hold in Islam?</w:t>
      </w:r>
      <w:r>
        <w:br/>
      </w:r>
      <w:r>
        <w:rPr>
          <w:sz w:val="20"/>
        </w:rPr>
        <w:t>1:33:36  dekhein, Bukhari mein riwayat hai is par, aksar kitabon mein riwayat woh hoti hai, bab hota hai kitab al-ruya.</w:t>
      </w:r>
      <w:r>
        <w:br/>
      </w:r>
      <w:r>
        <w:rPr>
          <w:sz w:val="20"/>
        </w:rPr>
        <w:t>1:33:41  hadees ki kitabon mein baqayda kitab al-ruya hota hai, Bukhari mein bhi hai.</w:t>
      </w:r>
      <w:r>
        <w:br/>
      </w:r>
      <w:r>
        <w:rPr>
          <w:sz w:val="20"/>
        </w:rPr>
        <w:t>1:33:46  to hadees mein aata hai keh khwab jo hai kitna hissa hai sahib? chaliswaan hissa. chaliswaan? chaliswaan.</w:t>
      </w:r>
      <w:r>
        <w:br/>
      </w:r>
      <w:r>
        <w:rPr>
          <w:sz w:val="20"/>
        </w:rPr>
        <w:t>1:33:51  hadees mein aata hai keh khwab nabuwat ka chaliswaan hissa hai.</w:t>
      </w:r>
      <w:r>
        <w:br/>
      </w:r>
      <w:r>
        <w:rPr>
          <w:sz w:val="20"/>
        </w:rPr>
        <w:t>1:33:56  matlab aik juz hai.</w:t>
      </w:r>
      <w:r>
        <w:br/>
      </w:r>
      <w:r>
        <w:rPr>
          <w:sz w:val="20"/>
        </w:rPr>
        <w:t>1:34:01  to Islam mein is ki bohat ahmiyat hai khwab ki.</w:t>
      </w:r>
      <w:r>
        <w:br/>
      </w:r>
      <w:r>
        <w:rPr>
          <w:sz w:val="20"/>
        </w:rPr>
        <w:t>1:34:07  lekin khwab ke mutalliq teen qism ke khwab hain hadees ke mutabiq.</w:t>
      </w:r>
      <w:r>
        <w:br/>
      </w:r>
      <w:r>
        <w:rPr>
          <w:sz w:val="20"/>
        </w:rPr>
        <w:t>1:34:12  hadees al-nafs, hadees al-shaitan, bushra min Allah.</w:t>
      </w:r>
      <w:r>
        <w:br/>
      </w:r>
      <w:r>
        <w:rPr>
          <w:sz w:val="20"/>
        </w:rPr>
        <w:t>1:34:17  yaani kuch khwab aise hote hain jo dil mein hai woh us ko dekh liya aadmi.</w:t>
      </w:r>
      <w:r>
        <w:br/>
      </w:r>
      <w:r>
        <w:rPr>
          <w:sz w:val="20"/>
        </w:rPr>
        <w:t>1:34:22  khwab ki shakal mein dekh liya.</w:t>
      </w:r>
      <w:r>
        <w:br/>
      </w:r>
      <w:r>
        <w:rPr>
          <w:sz w:val="20"/>
        </w:rPr>
        <w:t>1:34:27  aik yeh hai keh shaitan darata hai woh khwab ban kar aaya aadmi ke dimagh mein.</w:t>
      </w:r>
      <w:r>
        <w:br/>
      </w:r>
      <w:r>
        <w:rPr>
          <w:sz w:val="20"/>
        </w:rPr>
        <w:t>1:34:32  aur doosra Allah ki basharat.</w:t>
      </w:r>
      <w:r>
        <w:br/>
      </w:r>
      <w:r>
        <w:rPr>
          <w:sz w:val="20"/>
        </w:rPr>
        <w:t>1:34:38  to jo aadmi khwab dekhta hai woh khud us ki nature ko samjhe to jaan lega keh</w:t>
      </w:r>
      <w:r>
        <w:br/>
      </w:r>
      <w:r>
        <w:rPr>
          <w:sz w:val="20"/>
        </w:rPr>
        <w:t>1:34:43  teenon mein se kis category ka tha us ka khwab.</w:t>
      </w:r>
      <w:r>
        <w:br/>
      </w:r>
      <w:r>
        <w:rPr>
          <w:sz w:val="20"/>
        </w:rPr>
        <w:t>1:34:48  yaani takhfeef shaitan tha ya bushra min Allah tha ya hadees al-nafs tha.</w:t>
      </w:r>
      <w:r>
        <w:br/>
      </w:r>
      <w:r>
        <w:rPr>
          <w:sz w:val="20"/>
        </w:rPr>
        <w:t>1:34:53  to khwab balashuba bohat ahem hai islam mein lekin khwab ki teen qismein hoti hain.</w:t>
      </w:r>
    </w:p>
    <w:p>
      <w:pPr>
        <w:pStyle w:val="Heading2"/>
      </w:pPr>
      <w:r>
        <w:t>Signs of loving God and being loved</w:t>
      </w:r>
    </w:p>
    <w:p>
      <w:r>
        <w:rPr>
          <w:color w:val="666666"/>
          <w:sz w:val="18"/>
        </w:rPr>
        <w:t>Spirituality · The Revival of Ibrahimi Mission-28th October 2012 · 3m 39s · at 1:14:31 · https://youtu.be/kniEYfMCz9w?t=4471</w:t>
      </w:r>
    </w:p>
    <w:p>
      <w:r>
        <w:rPr>
          <w:i/>
        </w:rPr>
        <w:t>“What are the signs that a person loves God and also what are the signs that God loves a person?”</w:t>
      </w:r>
    </w:p>
    <w:p>
      <w:r>
        <w:rPr>
          <w:sz w:val="20"/>
        </w:rPr>
        <w:t>1:14:31  maulana, agla sawal roorkee se hai sajid anwar sahab ka.</w:t>
      </w:r>
      <w:r>
        <w:br/>
      </w:r>
      <w:r>
        <w:rPr>
          <w:sz w:val="20"/>
        </w:rPr>
        <w:t>1:14:37  unhon ne likha hai: "maulana, What are the signs that a person loves God and also what are</w:t>
      </w:r>
      <w:r>
        <w:br/>
      </w:r>
      <w:r>
        <w:rPr>
          <w:sz w:val="20"/>
        </w:rPr>
        <w:t>1:14:43  the signs that God loves a person?</w:t>
      </w:r>
      <w:r>
        <w:br/>
      </w:r>
      <w:r>
        <w:rPr>
          <w:sz w:val="20"/>
        </w:rPr>
        <w:t>1:14:49  " is ke baray mein batayein.</w:t>
      </w:r>
      <w:r>
        <w:br/>
      </w:r>
      <w:r>
        <w:rPr>
          <w:sz w:val="20"/>
        </w:rPr>
        <w:t>1:14:56  دیکھیے، اس کا کوئی objective criteria تو میں نہیں بتا سکتا۔</w:t>
      </w:r>
      <w:r>
        <w:br/>
      </w:r>
      <w:r>
        <w:rPr>
          <w:sz w:val="20"/>
        </w:rPr>
        <w:t>1:15:03  subjective criteria bata sakta hoon.</w:t>
      </w:r>
      <w:r>
        <w:br/>
      </w:r>
      <w:r>
        <w:rPr>
          <w:sz w:val="20"/>
        </w:rPr>
        <w:t>1:15:10  Subjective criteria yeh hai ke jab aadmi yeh paaye ke mera soul concern Allah ban gaya hai, soul</w:t>
      </w:r>
      <w:r>
        <w:br/>
      </w:r>
      <w:r>
        <w:rPr>
          <w:sz w:val="20"/>
        </w:rPr>
        <w:t>1:15:17  karson, to is ke mani hain ke woh is darjay ko pohanch gaya.</w:t>
      </w:r>
      <w:r>
        <w:br/>
      </w:r>
      <w:r>
        <w:rPr>
          <w:sz w:val="20"/>
        </w:rPr>
        <w:t>1:15:25  mein is ko, yani samajhne ke liye, quran ki do ayatein aap ko batata hoon.</w:t>
      </w:r>
      <w:r>
        <w:br/>
      </w:r>
      <w:r>
        <w:rPr>
          <w:sz w:val="20"/>
        </w:rPr>
        <w:t>1:15:32  quran ke, yani do ayatein batati hain ke kis ne Allah se taaluq paida hua, kis ka, kis</w:t>
      </w:r>
      <w:r>
        <w:br/>
      </w:r>
      <w:r>
        <w:rPr>
          <w:sz w:val="20"/>
        </w:rPr>
        <w:t>1:15:39  ka paida nahi hua.</w:t>
      </w:r>
      <w:r>
        <w:br/>
      </w:r>
      <w:r>
        <w:rPr>
          <w:sz w:val="20"/>
        </w:rPr>
        <w:t>1:15:46  ek ayat hai un logon ke baray mein jo akhirat mein nakaam honge, akhirat mein un ko</w:t>
      </w:r>
      <w:r>
        <w:br/>
      </w:r>
      <w:r>
        <w:rPr>
          <w:sz w:val="20"/>
        </w:rPr>
        <w:t>1:15:53  reward nahi milega.</w:t>
      </w:r>
      <w:r>
        <w:br/>
      </w:r>
      <w:r>
        <w:rPr>
          <w:sz w:val="20"/>
        </w:rPr>
        <w:t>1:16:01  is mein hai ke وَكَانَ فِي أَهْلِهِ مَسْرُورًا apni family mein woh khoob khush rehta tha.</w:t>
      </w:r>
      <w:r>
        <w:br/>
      </w:r>
      <w:r>
        <w:rPr>
          <w:sz w:val="20"/>
        </w:rPr>
        <w:t>1:16:08  wa kane fi ahlihi masrooran to yeh ek criteria hai ke jo logon ko aap ke paein ke khoob</w:t>
      </w:r>
      <w:r>
        <w:br/>
      </w:r>
      <w:r>
        <w:rPr>
          <w:sz w:val="20"/>
        </w:rPr>
        <w:t>1:16:15  family mein hua karte hain, woh khoob khush rehte hain.</w:t>
      </w:r>
      <w:r>
        <w:br/>
      </w:r>
      <w:r>
        <w:rPr>
          <w:sz w:val="20"/>
        </w:rPr>
        <w:t>1:16:22  woh family un ka concern bane bane bhi bani hui hai.</w:t>
      </w:r>
      <w:r>
        <w:br/>
      </w:r>
      <w:r>
        <w:rPr>
          <w:sz w:val="20"/>
        </w:rPr>
        <w:t>1:16:29  family ke liye kamara, family ke liye kharch karna, sari un ki planning family ko le kar hoti hai.</w:t>
      </w:r>
      <w:r>
        <w:br/>
      </w:r>
      <w:r>
        <w:rPr>
          <w:sz w:val="20"/>
        </w:rPr>
        <w:t>1:16:37  to kane fi ahlihi masrooran to is ke mani kuch to Khuda ko nahi paya hai, family ko paya hai.</w:t>
      </w:r>
      <w:r>
        <w:br/>
      </w:r>
      <w:r>
        <w:rPr>
          <w:sz w:val="20"/>
        </w:rPr>
        <w:t>1:16:44  is ki yaft jo hai, is ki yaft is ki family hai, Khuda nahi hai.</w:t>
      </w:r>
      <w:r>
        <w:br/>
      </w:r>
      <w:r>
        <w:rPr>
          <w:sz w:val="20"/>
        </w:rPr>
        <w:t>1:16:51  to ek case yeh hai.</w:t>
      </w:r>
      <w:r>
        <w:br/>
      </w:r>
      <w:r>
        <w:rPr>
          <w:sz w:val="20"/>
        </w:rPr>
        <w:t>1:16:58  doosra case yeh hai ke Quran mein hai ke jo logon ko aakhirat mein jannat milegi, un</w:t>
      </w:r>
      <w:r>
        <w:br/>
      </w:r>
      <w:r>
        <w:rPr>
          <w:sz w:val="20"/>
        </w:rPr>
        <w:t>1:17:05  ke bare mein hai ke kunna fi ahlinaa mushriqeen khud jannat wala kehta hai kunna fi ahlinaa mushriqeen</w:t>
      </w:r>
      <w:r>
        <w:br/>
      </w:r>
      <w:r>
        <w:rPr>
          <w:sz w:val="20"/>
        </w:rPr>
        <w:t>1:17:13  khud jannat wala kehta hai ke kunna fi ahlinaa mushriqeen hum apne family mein dar kar rehte the,</w:t>
      </w:r>
      <w:r>
        <w:br/>
      </w:r>
      <w:r>
        <w:rPr>
          <w:sz w:val="20"/>
        </w:rPr>
        <w:t>1:17:20  yani family mein humein family mein hum hote the, lekin hum ko Allah ki accountability ka ehsas tha,</w:t>
      </w:r>
      <w:r>
        <w:br/>
      </w:r>
      <w:r>
        <w:rPr>
          <w:sz w:val="20"/>
        </w:rPr>
        <w:t>1:17:27  humein dar bichaya rehta tha.</w:t>
      </w:r>
      <w:r>
        <w:br/>
      </w:r>
      <w:r>
        <w:rPr>
          <w:sz w:val="20"/>
        </w:rPr>
        <w:t>1:17:34  to ek hai case kunna fi ahlinaa mushriqeen ka ke aadmi family ho, lekin is ka is ka</w:t>
      </w:r>
      <w:r>
        <w:br/>
      </w:r>
      <w:r>
        <w:rPr>
          <w:sz w:val="20"/>
        </w:rPr>
        <w:t>1:17:41  zehan laga hua Allah ki taraf, accountability ki taraf, aakhirat ki taraf.</w:t>
      </w:r>
      <w:r>
        <w:br/>
      </w:r>
      <w:r>
        <w:rPr>
          <w:sz w:val="20"/>
        </w:rPr>
        <w:t>1:17:49  ek woh hai ke woh family mein hai, to bas family mein magan hai, family mein hai, khush hai.</w:t>
      </w:r>
      <w:r>
        <w:br/>
      </w:r>
      <w:r>
        <w:rPr>
          <w:sz w:val="20"/>
        </w:rPr>
        <w:t>1:17:56  to yeh do ka pehchan hai bazahir ke kis ne Allah se taluq paida kiya aur kis kis</w:t>
      </w:r>
      <w:r>
        <w:br/>
      </w:r>
      <w:r>
        <w:rPr>
          <w:sz w:val="20"/>
        </w:rPr>
        <w:t>1:18:03  ka taluq Allah se paida nahi hua.</w:t>
      </w:r>
    </w:p>
    <w:p>
      <w:pPr>
        <w:pStyle w:val="Heading2"/>
      </w:pPr>
      <w:r>
        <w:t>Source and Origin of Human Thoughts</w:t>
      </w:r>
    </w:p>
    <w:p>
      <w:r>
        <w:rPr>
          <w:color w:val="666666"/>
          <w:sz w:val="18"/>
        </w:rPr>
        <w:t>Spirituality · Q&amp;A 04 DEC 2011 Maulana Wahiduddin Khan · 2m 36s · at 9:39 · https://youtu.be/KIMNmuUZoGo?t=579</w:t>
      </w:r>
    </w:p>
    <w:p>
      <w:r>
        <w:rPr>
          <w:i/>
        </w:rPr>
        <w:t>“From where do thoughts originate, and what is their source? If I get sixty thoughts per second, from where are they coming? Please tell me.”</w:t>
      </w:r>
    </w:p>
    <w:p>
      <w:r>
        <w:rPr>
          <w:sz w:val="20"/>
        </w:rPr>
        <w:t>9:39  maulana, agla sawal aaya hai mister ramesh jaiswani ka, dilli se. unhon ne likha hai: "From where do thoughts originate?</w:t>
      </w:r>
      <w:r>
        <w:br/>
      </w:r>
      <w:r>
        <w:rPr>
          <w:sz w:val="20"/>
        </w:rPr>
        <w:t>9:50  What is their source? If I get 60 thoughts per second, from where are they coming? Maulana sahib, please tell m</w:t>
      </w:r>
      <w:r>
        <w:br/>
      </w:r>
      <w:r>
        <w:rPr>
          <w:sz w:val="20"/>
        </w:rPr>
        <w:t>9:59  e." bhai, main toh jahan tak samjha hoon, psychology bhi yahi kehti hai. psychology kya hai?</w:t>
      </w:r>
      <w:r>
        <w:br/>
      </w:r>
      <w:r>
        <w:rPr>
          <w:sz w:val="20"/>
        </w:rPr>
        <w:t>10:08  psychology ek naam hai study of mind ka. study of mind ka naam psychology hai.</w:t>
      </w:r>
      <w:r>
        <w:br/>
      </w:r>
      <w:r>
        <w:rPr>
          <w:sz w:val="20"/>
        </w:rPr>
        <w:t>10:16  toh psychology bhi yahi kehti hai ke saare thoughts jo hain pehle hi se aindah ke mind mein maujood hain. aadmi kisi thought ko create nahi kar sakta.</w:t>
      </w:r>
      <w:r>
        <w:br/>
      </w:r>
      <w:r>
        <w:rPr>
          <w:sz w:val="20"/>
        </w:rPr>
        <w:t>10:28  hum create nahi kar sakte. we are not a creator.</w:t>
      </w:r>
      <w:r>
        <w:br/>
      </w:r>
      <w:r>
        <w:rPr>
          <w:sz w:val="20"/>
        </w:rPr>
        <w:t>10:34  jis tarah se hum ek ek jis tarah se hum ek chidiya ko nahi create kar sakte, hum thought ko bhi create nahi kar sakte. toh thoughts jo hain sab ke sab mind mein bhare hue hain.</w:t>
      </w:r>
      <w:r>
        <w:br/>
      </w:r>
      <w:r>
        <w:rPr>
          <w:sz w:val="20"/>
        </w:rPr>
        <w:t>10:47  ab ab hota yeh hai ke hum ek ek duniya mein jeete hain</w:t>
      </w:r>
      <w:r>
        <w:br/>
      </w:r>
      <w:r>
        <w:rPr>
          <w:sz w:val="20"/>
        </w:rPr>
        <w:t>10:51  jahan bohat cheezein hum suntay hain, dekhtay hain, parhtay hain. is se hum influence hotay hain. is se action aur reaction aata hai.</w:t>
      </w:r>
      <w:r>
        <w:br/>
      </w:r>
      <w:r>
        <w:rPr>
          <w:sz w:val="20"/>
        </w:rPr>
        <w:t>11:00  toh hum apne thought ko recollect karte hain, us ko analysis karte hain. is se ek naya thought emerge karta hai.</w:t>
      </w:r>
      <w:r>
        <w:br/>
      </w:r>
      <w:r>
        <w:rPr>
          <w:sz w:val="20"/>
        </w:rPr>
        <w:t>11:10  toh basically main jahan tak samjha hoon ke ek ek toh woh hai jo thought mein saari baatein maujood hain. doosri yeh hai ke jo hum bahar observation se ya study se baaton ko letay hain, is se phir ek analysis ek ek woh hota hai.</w:t>
      </w:r>
      <w:r>
        <w:br/>
      </w:r>
      <w:r>
        <w:rPr>
          <w:sz w:val="20"/>
        </w:rPr>
        <w:t>11:27  ek</w:t>
      </w:r>
      <w:r>
        <w:br/>
      </w:r>
      <w:r>
        <w:rPr>
          <w:sz w:val="20"/>
        </w:rPr>
        <w:t>11:29  ek nayi cheez emerge karti hai. ek toh us ko yaani yaani us ko explain bilkul is tarah nahi kiya ja sakta jis tarike se do do chaar ke tarike se.</w:t>
      </w:r>
      <w:r>
        <w:br/>
      </w:r>
      <w:r>
        <w:rPr>
          <w:sz w:val="20"/>
        </w:rPr>
        <w:t>11:43  isi liye psychology ab tak koi us ko science nahi manta.</w:t>
      </w:r>
      <w:r>
        <w:br/>
      </w:r>
      <w:r>
        <w:rPr>
          <w:sz w:val="20"/>
        </w:rPr>
        <w:t>11:48  kyunke science ab tak psychology is tarah develop nahi hui hai jis tarah exact sciences develop hui hain. is ko sirf samajhne ke liye maine yeh baatein kahi hain.</w:t>
      </w:r>
      <w:r>
        <w:br/>
      </w:r>
      <w:r>
        <w:rPr>
          <w:sz w:val="20"/>
        </w:rPr>
        <w:t>11:58  baqi agar aap yeh chahein ke main mathematical sense mein us ko explain kar doon toh yeh kisi ke liye possible nahi. na mere liye, na</w:t>
      </w:r>
      <w:r>
        <w:br/>
      </w:r>
      <w:r>
        <w:rPr>
          <w:sz w:val="20"/>
        </w:rPr>
        <w:t>12:06  na aur na woh pride ke liye.</w:t>
      </w:r>
    </w:p>
    <w:p>
      <w:pPr>
        <w:pStyle w:val="Heading2"/>
      </w:pPr>
      <w:r>
        <w:t>Source of conviction for purification</w:t>
      </w:r>
    </w:p>
    <w:p>
      <w:r>
        <w:rPr>
          <w:color w:val="666666"/>
          <w:sz w:val="18"/>
        </w:rPr>
        <w:t>Spirituality · Paradise September 18, 2016 · 1m 17s · at 1:10:22 · https://youtu.be/R2kZlD0PbGQ?t=4222</w:t>
      </w:r>
    </w:p>
    <w:p>
      <w:r>
        <w:rPr>
          <w:i/>
        </w:rPr>
        <w:t>“However much we may try at purifying ourselves, we never feel like we have purified ourselves. Is there any source of conviction or it will all depend on the mercy of God?”</w:t>
      </w:r>
    </w:p>
    <w:p>
      <w:r>
        <w:rPr>
          <w:sz w:val="20"/>
        </w:rPr>
        <w:t>1:10:22  molana, agla sawal doctor farida khanam ne kiya hai dilli se.</w:t>
      </w:r>
      <w:r>
        <w:br/>
      </w:r>
      <w:r>
        <w:rPr>
          <w:sz w:val="20"/>
        </w:rPr>
        <w:t>1:10:28  unhon ne likha hai: "however much we may try at purifying ourselves, we never feel like we have purified ourselves.</w:t>
      </w:r>
      <w:r>
        <w:br/>
      </w:r>
      <w:r>
        <w:rPr>
          <w:sz w:val="20"/>
        </w:rPr>
        <w:t>1:10:34  is there any source of conviction or it will all depend on the mercy of god?</w:t>
      </w:r>
      <w:r>
        <w:br/>
      </w:r>
      <w:r>
        <w:rPr>
          <w:sz w:val="20"/>
        </w:rPr>
        <w:t>1:10:40  "Dhekiye, conviction ki zaroorat nahin hai. Conviction aa jayega to stagnation aa jayega. Sahaba ke bare mein yeh hai ke ek ek sahabi, do sahabi ke aapas mein baat cheet hui. Un mein se ek ghaliban Hanzala the aur ek Hazrat Umar the. To Hazrat Umar ne dekha Hanzala ko ke ja rahe hain. Woh ja rahe the Rasool Allah ki taraf ja rahe the. To Hazrat Umar ne poocha kahan ja rahe ho? Unhone kaha: "Nafiq Hanzala." Yani matlab yeh ke mard marafiq ho gaya. Nafiq Hanzala. To Hazrat Umar ne poocha kyun aisa keh rahe ho? To unhone bataya ke jab hum Rasool Allah ke paas hote hain to hum ko lagta hai ke hum iman zinda hai hamara. Jab door jate hain karobar mein to farq ho jata hai. To Hazrat Umar ne kaha ke yeh to mera bhi haal hai. Nafiq Umar. Unhone kaha: "Nafiq Hanzala." Unhone kaha: "Nafiq Umar." To yeh koi cheez nahin hai. Yeh agar na ho to aap ke andar intellectual development kaise hoga? Phir to intellectual stagnation aa jayega. Jamood aa jayega. Jamood. Yeh ehsaas aap ko jamood se bachata hai. To conviction koi cheez nahin. Conviction se kyunke conviction hamesha jamood paida karta hai. Stagnation. Okay, we will end session today. If you want to join CPS or contribute to our dawah efforts, then write to us on info at cpsglobal.org. We be back next Sunday same time. Thank you.</w:t>
      </w:r>
    </w:p>
    <w:p>
      <w:pPr>
        <w:pStyle w:val="Heading2"/>
      </w:pPr>
      <w:r>
        <w:t>Spirituality not leading to worship of God</w:t>
      </w:r>
    </w:p>
    <w:p>
      <w:r>
        <w:rPr>
          <w:color w:val="666666"/>
          <w:sz w:val="18"/>
        </w:rPr>
        <w:t>Spirituality · Spiritual Goal January 15, 2017 · 50s · at 53:39 · https://youtu.be/D3JYu4p_P34?t=3219</w:t>
      </w:r>
    </w:p>
    <w:p>
      <w:r>
        <w:rPr>
          <w:i/>
        </w:rPr>
        <w:t>“When spirituality is not leading us to worship of God, then where could the fault be? What is your opinion on this?”</w:t>
      </w:r>
    </w:p>
    <w:p>
      <w:r>
        <w:rPr>
          <w:sz w:val="20"/>
        </w:rPr>
        <w:t>53:39  ji, maulana, agla sawal kolkata se aa bheja hai aa muhammad bilal shafi sahib ne, aur unhon ne</w:t>
      </w:r>
      <w:r>
        <w:br/>
      </w:r>
      <w:r>
        <w:rPr>
          <w:sz w:val="20"/>
        </w:rPr>
        <w:t>53:45  likha hai: "When spirituality is not leading us to worship of God, then where could the fault be?</w:t>
      </w:r>
      <w:r>
        <w:br/>
      </w:r>
      <w:r>
        <w:rPr>
          <w:sz w:val="20"/>
        </w:rPr>
        <w:t>53:51  What is your opinion on this, maulana sahib?</w:t>
      </w:r>
      <w:r>
        <w:br/>
      </w:r>
      <w:r>
        <w:rPr>
          <w:sz w:val="20"/>
        </w:rPr>
        <w:t>53:57  " ab yeh case ko le ke janna parega kaun sa case aap ke saamne hai.</w:t>
      </w:r>
      <w:r>
        <w:br/>
      </w:r>
      <w:r>
        <w:rPr>
          <w:sz w:val="20"/>
        </w:rPr>
        <w:t>54:04  kuch rare cases hain shayad yeh.</w:t>
      </w:r>
      <w:r>
        <w:br/>
      </w:r>
      <w:r>
        <w:rPr>
          <w:sz w:val="20"/>
        </w:rPr>
        <w:t>54:10  to case study karni paregi ke jis ki aap baat kar rahe hain, woh is ka mindset kya hai.</w:t>
      </w:r>
      <w:r>
        <w:br/>
      </w:r>
      <w:r>
        <w:rPr>
          <w:sz w:val="20"/>
        </w:rPr>
        <w:t>54:17  ji, is ke mutabiq us se baat kijiye aur kitabein dijiye.</w:t>
      </w:r>
      <w:r>
        <w:br/>
      </w:r>
      <w:r>
        <w:rPr>
          <w:sz w:val="20"/>
        </w:rPr>
        <w:t>54:23  ji, quran ka translation dijiye.</w:t>
      </w:r>
      <w:r>
        <w:br/>
      </w:r>
      <w:r>
        <w:rPr>
          <w:sz w:val="20"/>
        </w:rPr>
        <w:t>54:30  maulana, agla sawal lene se pehle ek comment parhna chahenge jo lahore se tariq badr sahib ne bheja hai.</w:t>
      </w:r>
    </w:p>
    <w:p>
      <w:pPr>
        <w:pStyle w:val="Heading2"/>
      </w:pPr>
      <w:r>
        <w:t>Stages for discovering God in daily life</w:t>
      </w:r>
    </w:p>
    <w:p>
      <w:r>
        <w:rPr>
          <w:color w:val="666666"/>
          <w:sz w:val="18"/>
        </w:rPr>
        <w:t>Spirituality · The Discovery of God IIC Prog (Maulana Talk) November 2, 2019 · 3m 49s · at 28:33 · https://youtu.be/u24tYGW6tCM?t=1713</w:t>
      </w:r>
    </w:p>
    <w:p>
      <w:r>
        <w:rPr>
          <w:i/>
        </w:rPr>
        <w:t>“Are there any stages for a person for the discovery of God? How can we discover God in our daily life?”</w:t>
      </w:r>
    </w:p>
    <w:p>
      <w:r>
        <w:rPr>
          <w:sz w:val="20"/>
        </w:rPr>
        <w:t>28:33  maulana sahib, yeh sawal bheja hai maulana iqbal umri ne jo program ko chennai se dekh rahe hain. unhon ne aapse poocha hai ke are there any stages for a person for the discovery of god?</w:t>
      </w:r>
      <w:r>
        <w:br/>
      </w:r>
      <w:r>
        <w:rPr>
          <w:sz w:val="20"/>
        </w:rPr>
        <w:t>28:47  how can we discover god in our daily life? is ke bare mein bataein. mein to har waqt paat</w:t>
      </w:r>
      <w:r>
        <w:br/>
      </w:r>
      <w:r>
        <w:rPr>
          <w:sz w:val="20"/>
        </w:rPr>
        <w:t>28:57  a hoon ke mein bol raha hoon aur meri awaz</w:t>
      </w:r>
      <w:r>
        <w:br/>
      </w:r>
      <w:r>
        <w:rPr>
          <w:sz w:val="20"/>
        </w:rPr>
        <w:t>29:04  na sirf aap tak pohnch rahi hai balkeh sari dunya mein pohnch rahi hai. samajhta hoon ke yeh creator ka kamal hai.</w:t>
      </w:r>
      <w:r>
        <w:br/>
      </w:r>
      <w:r>
        <w:rPr>
          <w:sz w:val="20"/>
        </w:rPr>
        <w:t>29:15  us ne nature ne nature mein aise cheezen rakh di theen,</w:t>
      </w:r>
      <w:r>
        <w:br/>
      </w:r>
      <w:r>
        <w:rPr>
          <w:sz w:val="20"/>
        </w:rPr>
        <w:t>29:23  laws of nature, un ko insan ne discover kiya aur discover kar ke us ne communication ka ek poora nizam banaya.</w:t>
      </w:r>
      <w:r>
        <w:br/>
      </w:r>
      <w:r>
        <w:rPr>
          <w:sz w:val="20"/>
        </w:rPr>
        <w:t>29:33  to jo kuch bhi dunya mein hai, chahe hawai jahaz ho, ek car ho, ek computer ho, yeh sab god almighty ki blessing hai.</w:t>
      </w:r>
      <w:r>
        <w:br/>
      </w:r>
      <w:r>
        <w:rPr>
          <w:sz w:val="20"/>
        </w:rPr>
        <w:t>29:45  to jab mein us ko istemal karta hoon ya mein kisi bhi tareeqe se us ko dekhta hoon to mein god ko dekhta hoon,</w:t>
      </w:r>
      <w:r>
        <w:br/>
      </w:r>
      <w:r>
        <w:rPr>
          <w:sz w:val="20"/>
        </w:rPr>
        <w:t>29:57  god ke communication ke through god ko. ya wohi, ab wohi mein formula apply karta hoon jo</w:t>
      </w:r>
      <w:r>
        <w:br/>
      </w:r>
      <w:r>
        <w:rPr>
          <w:sz w:val="20"/>
        </w:rPr>
        <w:t>30:08  quantum physics mein apply hota hai, yani effect se reality ko janna.</w:t>
      </w:r>
      <w:r>
        <w:br/>
      </w:r>
      <w:r>
        <w:rPr>
          <w:sz w:val="20"/>
        </w:rPr>
        <w:t>30:18  to yeh sab cheezen jo effect hain, woh khuda ka creation hai.</w:t>
      </w:r>
      <w:r>
        <w:br/>
      </w:r>
      <w:r>
        <w:rPr>
          <w:sz w:val="20"/>
        </w:rPr>
        <w:t>30:26  to through inference mein janta hoon, yeh meri, yeh meri discovery hai. maulana, doctor merchant sahib ne ek question bheja hai, unhon ne likha hai:</w:t>
      </w:r>
      <w:r>
        <w:br/>
      </w:r>
      <w:r>
        <w:rPr>
          <w:sz w:val="20"/>
        </w:rPr>
        <w:t>30:41  "thanks a lot for an enlightening talk by all the three speakers. it is said god is closer to me than i am to myself.</w:t>
      </w:r>
      <w:r>
        <w:br/>
      </w:r>
      <w:r>
        <w:rPr>
          <w:sz w:val="20"/>
        </w:rPr>
        <w:t>30:52  so then why am i far from god?</w:t>
      </w:r>
      <w:r>
        <w:br/>
      </w:r>
      <w:r>
        <w:rPr>
          <w:sz w:val="20"/>
        </w:rPr>
        <w:t>30:56  what is the reason that a man is far from god, even though god is so close to us?" dekhen, is myth ko mein jis ka mein arz kiya abhi ke quantum physics ne khatam kar diya ke ek cheez aap se paas bhi ho aur door bhi ho.</w:t>
      </w:r>
      <w:r>
        <w:br/>
      </w:r>
      <w:r>
        <w:rPr>
          <w:sz w:val="20"/>
        </w:rPr>
        <w:t>31:21  kyun ke jaisa ke mein ne arz kiya ke quantum physics yeh manti hai</w:t>
      </w:r>
      <w:r>
        <w:br/>
      </w:r>
      <w:r>
        <w:rPr>
          <w:sz w:val="20"/>
        </w:rPr>
        <w:t>31:27  ke ek cheez exist kar rahi hai jo hai. sub atomic particle. to sub atomic particle hum dekhte nahi, magar humein manna padta hai ke woh exist kar raha hai, is liye ke hum us ke effect ko detect karte hain.</w:t>
      </w:r>
      <w:r>
        <w:br/>
      </w:r>
      <w:r>
        <w:rPr>
          <w:sz w:val="20"/>
        </w:rPr>
        <w:t>31:45  to god ka jo existence hai, woh hum us ke creation ke through jante hain.</w:t>
      </w:r>
      <w:r>
        <w:br/>
      </w:r>
      <w:r>
        <w:rPr>
          <w:sz w:val="20"/>
        </w:rPr>
        <w:t>31:54  creation, creation ko hum jante hain, us ke through infer karte hain hum ke god maujood hai. yeh to ab ek aisi law of nature ka jo universal law hai, yeh applicable hai jis tareeqe se universe par is tarah woh applicable hai god almighty par.</w:t>
      </w:r>
    </w:p>
    <w:p>
      <w:pPr>
        <w:pStyle w:val="Heading2"/>
      </w:pPr>
      <w:r>
        <w:t>Starting Point to Rediscover Real Essence of Islam</w:t>
      </w:r>
    </w:p>
    <w:p>
      <w:r>
        <w:rPr>
          <w:color w:val="666666"/>
          <w:sz w:val="18"/>
        </w:rPr>
        <w:t>Spirituality · History of Kaaba March 19, 2017 · 47s · at 52:03 · https://youtu.be/HPvWnoueeqg?t=3123</w:t>
      </w:r>
    </w:p>
    <w:p>
      <w:r>
        <w:rPr>
          <w:i/>
        </w:rPr>
        <w:t>“We Muslims have discovered Islam but do not know the real essence of Islam. Maulana, what is the starting point to rediscover Islam? Kindly give us your guidance on this.”</w:t>
      </w:r>
    </w:p>
    <w:p>
      <w:r>
        <w:rPr>
          <w:sz w:val="20"/>
        </w:rPr>
        <w:t>52:03  ji maulana aamir mori sahab ne srinagar se sawal bheja hai unhone likha hai we muslims</w:t>
      </w:r>
      <w:r>
        <w:br/>
      </w:r>
      <w:r>
        <w:rPr>
          <w:sz w:val="20"/>
        </w:rPr>
        <w:t>52:10  have discovered islam but do not know the real essence of islam</w:t>
      </w:r>
      <w:r>
        <w:br/>
      </w:r>
      <w:r>
        <w:rPr>
          <w:sz w:val="20"/>
        </w:rPr>
        <w:t>52:17  Maulana what is the starting point to rediscover Islam kindly give us your guidance on this</w:t>
      </w:r>
      <w:r>
        <w:br/>
      </w:r>
      <w:r>
        <w:rPr>
          <w:sz w:val="20"/>
        </w:rPr>
        <w:t>52:27  jis ne rediscover kiya ho us ki kitabein padhiye jis ko aap paayein ke us ne rediscover kiya ho us ki us ki story jaaniye us ki kitabein padhiye main to yeh right process samajhta hoon is se sabak li jiye</w:t>
      </w:r>
    </w:p>
    <w:p>
      <w:pPr>
        <w:pStyle w:val="Heading2"/>
      </w:pPr>
      <w:r>
        <w:t>Starting point of God-realization</w:t>
      </w:r>
    </w:p>
    <w:p>
      <w:r>
        <w:rPr>
          <w:color w:val="666666"/>
          <w:sz w:val="18"/>
        </w:rPr>
        <w:t>Spirituality · Realization of God September 15, 2013 · 32s · at 1:03:46 · https://youtu.be/CNEEeM5uyi8?t=3826</w:t>
      </w:r>
    </w:p>
    <w:p>
      <w:r>
        <w:rPr>
          <w:i/>
        </w:rPr>
        <w:t>“Maulana, what is the starting point of ma'rifat and God-realization?”</w:t>
      </w:r>
    </w:p>
    <w:p>
      <w:r>
        <w:rPr>
          <w:sz w:val="20"/>
        </w:rPr>
        <w:t>1:03:46  Maulana, agla sawal lene se pehle ek comment padhna chahenge jo Roorkee se aaya hai, Sajid Anwar sahab ka. Unhone likha hai: "Maulana, today lecture was a thrilling one for me.</w:t>
      </w:r>
      <w:r>
        <w:br/>
      </w:r>
      <w:r>
        <w:rPr>
          <w:sz w:val="20"/>
        </w:rPr>
        <w:t>1:04:00  Today I rediscovered God Almighty and His greatness. The way you explain the way to gain marifat through tadabbur and tabaassum and commentary of chapter At-Teen was simply superb."</w:t>
      </w:r>
    </w:p>
    <w:p>
      <w:pPr>
        <w:pStyle w:val="Heading2"/>
      </w:pPr>
      <w:r>
        <w:t>Starting point of spiritual journey</w:t>
      </w:r>
    </w:p>
    <w:p>
      <w:r>
        <w:rPr>
          <w:color w:val="666666"/>
          <w:sz w:val="18"/>
        </w:rPr>
        <w:t>Spirituality · On Death June 08, 2014 · 2m 21s · at 45:25 · https://youtu.be/p0lSKQ0edmw?t=2725</w:t>
      </w:r>
    </w:p>
    <w:p>
      <w:r>
        <w:rPr>
          <w:i/>
        </w:rPr>
        <w:t>“How can a person begin their spiritual journey? What should be the starting point? Please advise.”</w:t>
      </w:r>
    </w:p>
    <w:p>
      <w:r>
        <w:rPr>
          <w:sz w:val="20"/>
        </w:rPr>
        <w:t>45:25  Maulana, yeh sawal Bhopal se kiya hai Haider sahab ne, aur unhon ne likha hai ke: "Maulana sahib, how can a person begin his or her spiritual journey?</w:t>
      </w:r>
      <w:r>
        <w:br/>
      </w:r>
      <w:r>
        <w:rPr>
          <w:sz w:val="20"/>
        </w:rPr>
        <w:t>45:38  What should be the starting point? Please advise."</w:t>
      </w:r>
      <w:r>
        <w:br/>
      </w:r>
      <w:r>
        <w:rPr>
          <w:sz w:val="20"/>
        </w:rPr>
        <w:t>45:52  bhai, mera jo experience hai, woh yahi hai ke sab se zaroori cheez hai apne ko destruction se bachana.</w:t>
      </w:r>
      <w:r>
        <w:br/>
      </w:r>
      <w:r>
        <w:rPr>
          <w:sz w:val="20"/>
        </w:rPr>
        <w:t>46:07  jab spirituality ki taraf safar shuru nahin ho sakta jab tak aap apne aap ko destruction se na bachaein.</w:t>
      </w:r>
      <w:r>
        <w:br/>
      </w:r>
      <w:r>
        <w:rPr>
          <w:sz w:val="20"/>
        </w:rPr>
        <w:t>46:17  har aadmi kisi na kisi destruction mein phansa hua hai, har aadmi.</w:t>
      </w:r>
      <w:r>
        <w:br/>
      </w:r>
      <w:r>
        <w:rPr>
          <w:sz w:val="20"/>
        </w:rPr>
        <w:t>46:25  aur destruction ka maamla yeh hai ke kuch dinon ke baad destruction jo hota hai, woh aap ka addiction ban jata hai.</w:t>
      </w:r>
      <w:r>
        <w:br/>
      </w:r>
      <w:r>
        <w:rPr>
          <w:sz w:val="20"/>
        </w:rPr>
        <w:t>46:34  addiction. aap soch nahin paate ke koi destruction hai.</w:t>
      </w:r>
      <w:r>
        <w:br/>
      </w:r>
      <w:r>
        <w:rPr>
          <w:sz w:val="20"/>
        </w:rPr>
        <w:t>46:41  to jab tak addiction na bana ho, tab tak to apne ko is se bachana aasan hai. dekhiye, ek hai habit, ek hai addiction.</w:t>
      </w:r>
      <w:r>
        <w:br/>
      </w:r>
      <w:r>
        <w:rPr>
          <w:sz w:val="20"/>
        </w:rPr>
        <w:t>46:54  haibat, addiction. to jab haibat ke darjay mein ho, tab us ko samajhna aasan hai. lekin haibat aagay barh kar ban jati hai addiction, to aap us ko chhor nahin paate.</w:t>
      </w:r>
      <w:r>
        <w:br/>
      </w:r>
      <w:r>
        <w:rPr>
          <w:sz w:val="20"/>
        </w:rPr>
        <w:t>47:10  to beharhaal, jis ko spirituality chahiye, to yeh sab us ko karna parega. us ko instra, us ko instrastructure karna parega.</w:t>
      </w:r>
      <w:r>
        <w:br/>
      </w:r>
      <w:r>
        <w:rPr>
          <w:sz w:val="20"/>
        </w:rPr>
        <w:t>47:22  balkay mein yeh kaha karta hoon ke us ko self-hambry karna paregi. tab ja kar ke destruction se bachega.</w:t>
      </w:r>
      <w:r>
        <w:br/>
      </w:r>
      <w:r>
        <w:rPr>
          <w:sz w:val="20"/>
        </w:rPr>
        <w:t>47:31  tab ja kar ke woh apnay habits ko, apnay addiction ko discover kar payega. tab woh apni zindagi ki re-planning karega.</w:t>
      </w:r>
      <w:r>
        <w:br/>
      </w:r>
      <w:r>
        <w:rPr>
          <w:sz w:val="20"/>
        </w:rPr>
        <w:t>47:42  is ke baghair mumkin nahin hai.</w:t>
      </w:r>
    </w:p>
    <w:p>
      <w:pPr>
        <w:pStyle w:val="Heading2"/>
      </w:pPr>
      <w:r>
        <w:t>Starting point of spiritual knowledge</w:t>
      </w:r>
    </w:p>
    <w:p>
      <w:r>
        <w:rPr>
          <w:color w:val="666666"/>
          <w:sz w:val="18"/>
        </w:rPr>
        <w:t>Spirituality · The Early Life of Prophet Muhammad November 28, 2021 Dr. Saniyasnain Khan · 11m 32s · at 35:36 · https://youtu.be/xjZAqfhmg1Y?t=2136</w:t>
      </w:r>
    </w:p>
    <w:p>
      <w:r>
        <w:rPr>
          <w:i/>
        </w:rPr>
        <w:t>“What should be the starting point of ma'rifat (spiritual knowledge)?”</w:t>
      </w:r>
    </w:p>
    <w:p>
      <w:r>
        <w:rPr>
          <w:sz w:val="20"/>
        </w:rPr>
        <w:t>35:36  merat se aah, zuber siddiqi sahib ne sawal bheja hai. aah, unhon ne aap se poocha hai ke: "marifat ka starting point kya hona chahiye?" what is the starting point of marifat?</w:t>
      </w:r>
      <w:r>
        <w:br/>
      </w:r>
      <w:r>
        <w:rPr>
          <w:sz w:val="20"/>
        </w:rPr>
        <w:t>35:51  isko wazeh kar dein aap. marifat ka jo starting point hai, wohi hai distractions ko avoid karna.</w:t>
      </w:r>
      <w:r>
        <w:br/>
      </w:r>
      <w:r>
        <w:rPr>
          <w:sz w:val="20"/>
        </w:rPr>
        <w:t>36:00  chounke jab aadmi distractions ko avoid karta hai, tabhi woh apne andar yeh salahiyat paida karta hai ke woh baaton ko gehrai se samjhe.</w:t>
      </w:r>
      <w:r>
        <w:br/>
      </w:r>
      <w:r>
        <w:rPr>
          <w:sz w:val="20"/>
        </w:rPr>
        <w:t>36:10  jaise abhi aap ne kaha hai ke jo signs hain, khuda ke signs jo poore universe mein phailay hue hain, un par ghore o fikr.</w:t>
      </w:r>
      <w:r>
        <w:br/>
      </w:r>
      <w:r>
        <w:rPr>
          <w:sz w:val="20"/>
        </w:rPr>
        <w:t>36:20  to jab distraction se avoid karega, apne andar mizaj paida karega, aur quran ki baaton ko gehrai se samjhega, un ko contemplate karega, aah, tadabbur karega, tabhi woh aah, marifat ka safar shuru kar payega.</w:t>
      </w:r>
      <w:r>
        <w:br/>
      </w:r>
      <w:r>
        <w:rPr>
          <w:sz w:val="20"/>
        </w:rPr>
        <w:t>36:39  mere ko aah, doctor sahib, ek hadith bhi yaad aa rahi hai aah, marifat ke talluq se ke: "aah, prophet one said that aah, ab the person who's most superior aah, in the side of allah is the one who remembers him profusely." aah, to ek tareeqay se starting point yeh bhi hai aah, ke bohat zikr karna.</w:t>
      </w:r>
      <w:r>
        <w:br/>
      </w:r>
      <w:r>
        <w:rPr>
          <w:sz w:val="20"/>
        </w:rPr>
        <w:t>37:06  آہ، تو معرفت آہ، از مولانا کہتے تھے کہ: "معرفت is the essence of spirituality."</w:t>
      </w:r>
      <w:r>
        <w:br/>
      </w:r>
      <w:r>
        <w:rPr>
          <w:sz w:val="20"/>
        </w:rPr>
        <w:t>37:12  اینڈ وہ کہتے تھے کہ: "اپنے mind کو اس طریقے سے develop کیجئے اس extent تک کہ آپ</w:t>
      </w:r>
      <w:r>
        <w:br/>
      </w:r>
      <w:r>
        <w:rPr>
          <w:sz w:val="20"/>
        </w:rPr>
        <w:t>37:17  har cheez ko ek point of reference bana sakein, aur us ko phir aap aah, Khuda se jorein."</w:t>
      </w:r>
      <w:r>
        <w:br/>
      </w:r>
      <w:r>
        <w:rPr>
          <w:sz w:val="20"/>
        </w:rPr>
        <w:t>37:25  to jaise unhone ek ek bar barish ka zikr kiya ke: "jab barish hoti hai to ek</w:t>
      </w:r>
      <w:r>
        <w:br/>
      </w:r>
      <w:r>
        <w:rPr>
          <w:sz w:val="20"/>
        </w:rPr>
        <w:t>37:30  believer jab ah, us ko le ke sochta hai, observe karta hai, to phir woh ah, us ko</w:t>
      </w:r>
      <w:r>
        <w:br/>
      </w:r>
      <w:r>
        <w:rPr>
          <w:sz w:val="20"/>
        </w:rPr>
        <w:t>37:35  aur aage tak le ke jata hai.</w:t>
      </w:r>
      <w:r>
        <w:br/>
      </w:r>
      <w:r>
        <w:rPr>
          <w:sz w:val="20"/>
        </w:rPr>
        <w:t>37:36  ek chain reaction form hota hai us ke mind mein ke kaise barish hui, aah, matlab kaise samandar ka aah, salty water through the process that is laid down by the creator converts that salty water into fresh water." to phir us ke andar ek aur cheez aah, us ke zehan mein aati hai ke: "aah, allah taala ne hamein aise hi nahi chhod diya is duniya mein.</w:t>
      </w:r>
      <w:r>
        <w:br/>
      </w:r>
      <w:r>
        <w:rPr>
          <w:sz w:val="20"/>
        </w:rPr>
        <w:t>38:02  وہ سارے آہ، provisions آہ، اللہ تعالی نے ہمارے لیے اس custom-made universe میں رکھے ہیں۔"</w:t>
      </w:r>
      <w:r>
        <w:br/>
      </w:r>
      <w:r>
        <w:rPr>
          <w:sz w:val="20"/>
        </w:rPr>
        <w:t>38:09  تو جیسے آپ نے بھی بتایا talk میں کہ: "اس کو helplessness کا آہ، آہ، ایک احساس ہوتا</w:t>
      </w:r>
      <w:r>
        <w:br/>
      </w:r>
      <w:r>
        <w:rPr>
          <w:sz w:val="20"/>
        </w:rPr>
        <w:t>38:15  ہے، ایک acknowledgement کا احساس ہوتا ہے۔"</w:t>
      </w:r>
      <w:r>
        <w:br/>
      </w:r>
      <w:r>
        <w:rPr>
          <w:sz w:val="20"/>
        </w:rPr>
        <w:t>38:18  تو جب ہم آہ، اس کو اس طریقے سے سوچتے ہیں تو then we, you know, are able</w:t>
      </w:r>
      <w:r>
        <w:br/>
      </w:r>
      <w:r>
        <w:rPr>
          <w:sz w:val="20"/>
        </w:rPr>
        <w:t>38:23  to ah, connect with God, aur hum ek acknowledgment ke taur pe bahut zyada hamare andar ek ah,</w:t>
      </w:r>
      <w:r>
        <w:br/>
      </w:r>
      <w:r>
        <w:rPr>
          <w:sz w:val="20"/>
        </w:rPr>
        <w:t>38:30  toofan ki tarah ek shukr ka aah, jazba umadta hai.</w:t>
      </w:r>
      <w:r>
        <w:br/>
      </w:r>
      <w:r>
        <w:rPr>
          <w:sz w:val="20"/>
        </w:rPr>
        <w:t>38:34  to is tareeqay se phir woh ek marifat ka process aah, insaan ke andar jaari ho jata hai. ji, aap ne jo yeh baat kahi hai ke: "zikr humm aah, ka ehsas paida hota hai us ke andar, aur khuda ka zikr aur shukr." to zikr aam taur se log aah, jo aaj kal trend hai aah, awam mein, woh zikr samajhte hain ke: "kuch alfaaz hain, un ko dohrana." humm, yaani aah,</w:t>
      </w:r>
      <w:r>
        <w:br/>
      </w:r>
      <w:r>
        <w:rPr>
          <w:sz w:val="20"/>
        </w:rPr>
        <w:t>39:03  allah o akbar ya alhamdulillah ya subhan allah bar bar bar bar kehna to yeh hai zikr. jo Maulana ne explain kiya hai, yeh zikr nahi hai.</w:t>
      </w:r>
      <w:r>
        <w:br/>
      </w:r>
      <w:r>
        <w:rPr>
          <w:sz w:val="20"/>
        </w:rPr>
        <w:t>39:13  repetition of words zikr nahi hai. zikr to yeh hai ke aap ne koi cheez dekhi, koi cheez sochi, aur aap ka zehn khuda ki taraf gaya ke: "kaise allah ne yeh cheez banai hai?</w:t>
      </w:r>
      <w:r>
        <w:br/>
      </w:r>
      <w:r>
        <w:rPr>
          <w:sz w:val="20"/>
        </w:rPr>
        <w:t>39:29  kaise yeh cheez mere liye kitni sahi hai, appropriate hai?" jo gravity hai, for example, aap agar us ke upar sochein jo nazar nahi aati, agar yeh gravity na ho to hum chal nahi sakte.</w:t>
      </w:r>
      <w:r>
        <w:br/>
      </w:r>
      <w:r>
        <w:rPr>
          <w:sz w:val="20"/>
        </w:rPr>
        <w:t>39:42  humm, hum car nahi chala sakte, hum jahaz nahi uda sakte, hum ghar nahi bana sakte. sab cheezein patangon ki tarah urein gi. to yeh is tarah ki lakhon karoron cheezein hain jo har waqt hamare samne aati hain.</w:t>
      </w:r>
      <w:r>
        <w:br/>
      </w:r>
      <w:r>
        <w:rPr>
          <w:sz w:val="20"/>
        </w:rPr>
        <w:t>39:57  to un pe sochna aur us se gehra apne andar shukr khuda ka paida karna, aur yahi zikr hai.</w:t>
      </w:r>
      <w:r>
        <w:br/>
      </w:r>
      <w:r>
        <w:rPr>
          <w:sz w:val="20"/>
        </w:rPr>
        <w:t>40:07  aah, lafzon ko dohrana zikr nahi hai, balkeh khuda ki jo aah, creativity hai, jo khuda ki aah, banai hui cheezein hain, un ke upar ghore o fikr kar ke khuda ko yaad karna, yeh creative zikr us ko Maulana kaha karte thay.</w:t>
      </w:r>
      <w:r>
        <w:br/>
      </w:r>
      <w:r>
        <w:rPr>
          <w:sz w:val="20"/>
        </w:rPr>
        <w:t>40:23  ji, main ek cheez is mein add karna chahunga. rasool allah salallahu alaihi wasallam ka waqia hai jo zikr ko bhi elaborate karta hai, aur khuda ke sath kya talluq hona chahiye, us ko bhi elaborate karta hai.</w:t>
      </w:r>
      <w:r>
        <w:br/>
      </w:r>
      <w:r>
        <w:rPr>
          <w:sz w:val="20"/>
        </w:rPr>
        <w:t>40:38  aah, Ata ek tabi hain, woh kehte hain ke: "main Ubaid bin Umair ke sath Hazrat Aisha Razi</w:t>
      </w:r>
      <w:r>
        <w:br/>
      </w:r>
      <w:r>
        <w:rPr>
          <w:sz w:val="20"/>
        </w:rPr>
        <w:t>40:45  Allah anha ke pas gaya, aur un se kaha ke aap mujhe yeh bataiye ke Rasool Allah SAW ki kya khaas baat aap ko bohat achi lagi?"</w:t>
      </w:r>
      <w:r>
        <w:br/>
      </w:r>
      <w:r>
        <w:rPr>
          <w:sz w:val="20"/>
        </w:rPr>
        <w:t>40:49  Hazrat Aisha yeh sun kar rone lagin, aur unhone kaha ke: "Rasool Allah ki har baat achi</w:t>
      </w:r>
      <w:r>
        <w:br/>
      </w:r>
      <w:r>
        <w:rPr>
          <w:sz w:val="20"/>
        </w:rPr>
        <w:t>40:54  thi, lekin ek baat main tum ko batati hoon</w:t>
      </w:r>
      <w:r>
        <w:br/>
      </w:r>
      <w:r>
        <w:rPr>
          <w:sz w:val="20"/>
        </w:rPr>
        <w:t>41:00  ke ek raat Rasool Allah SAW ne kaha: 'Ae Aisha, aaj mujhe Allah ki ibadat</w:t>
      </w:r>
      <w:r>
        <w:br/>
      </w:r>
      <w:r>
        <w:rPr>
          <w:sz w:val="20"/>
        </w:rPr>
        <w:t>41:04  karni hai, mujhe distract nahi karna kisi kaam se apne.'"</w:t>
      </w:r>
      <w:r>
        <w:br/>
      </w:r>
      <w:r>
        <w:rPr>
          <w:sz w:val="20"/>
        </w:rPr>
        <w:t>41:09  Hazrat Aisha ne kaha: "theek hai, aap kijiye."</w:t>
      </w:r>
      <w:r>
        <w:br/>
      </w:r>
      <w:r>
        <w:rPr>
          <w:sz w:val="20"/>
        </w:rPr>
        <w:t>41:14  Rasool Allah SAW wuzu kar ke namaz ke liye khade ho gaye, aur rote rahe,</w:t>
      </w:r>
      <w:r>
        <w:br/>
      </w:r>
      <w:r>
        <w:rPr>
          <w:sz w:val="20"/>
        </w:rPr>
        <w:t>41:16  rasool Allah sal Allah alaihi wasallam wazoo kar ke namaz ke liye kharay hogaye, aur rotay rahe,</w:t>
      </w:r>
      <w:r>
        <w:br/>
      </w:r>
      <w:r>
        <w:rPr>
          <w:sz w:val="20"/>
        </w:rPr>
        <w:t>41:22  namaz parhte rahe, aur rote rahe, yahan tak ke bolne lage: "zameen bheeg gayi." phir us ke baad jab fajar ki namaz azan hui, aur Bilal uthane ke liye aaye, fajar se pehle rasool allah salallahu alaihi wasallam sote thay thori dair,</w:t>
      </w:r>
      <w:r>
        <w:br/>
      </w:r>
      <w:r>
        <w:rPr>
          <w:sz w:val="20"/>
        </w:rPr>
        <w:t>41:36  uthane ke liye aaye to dekha ke ro rahe hain. to kaha: "ae allah ke rasool, aap kyun itne thakte, thakate hain apne aap ko jabke allah taala ne aap ke aglay aur pichlay gunah maaf kar diye hain?" to rasool allah salallahu alaihi wasallam ne us waqt kaha: "kya main afla akun abdan shukra?</w:t>
      </w:r>
      <w:r>
        <w:br/>
      </w:r>
      <w:r>
        <w:rPr>
          <w:sz w:val="20"/>
        </w:rPr>
        <w:t>41:55  kya main shukr guzar banda na banu?" phir us ke baad kaha ke: "raat mujh par ek aisi ayat utri hai." us ke aage farmaya: "waylun liman qara'ahu wa lam yatafakkar fiha" ke jo wayl hai, us ke liye allah ki rehmat se doori hai, us ke liye jo us ko parhe aur us mein tafakkur na kare.</w:t>
      </w:r>
      <w:r>
        <w:br/>
      </w:r>
      <w:r>
        <w:rPr>
          <w:sz w:val="20"/>
        </w:rPr>
        <w:t>42:16  woh ayat kaun si thi? "inna fi khalqi samawati wal ardi wakhtilafi al laili wan nahar" ke beshak aasman o zameen ki paidaish mein, raat o din ke aanay janay mein, aql walon ke liye nishaniyan hain.</w:t>
      </w:r>
      <w:r>
        <w:br/>
      </w:r>
      <w:r>
        <w:rPr>
          <w:sz w:val="20"/>
        </w:rPr>
        <w:t>42:28  to rasool allah salallahu alaihi wasallam ka zikr kaisa hota tha, us se hum samajh sakte hain ke tadabbur o tafakkur, aasman o zameen ke wonders mein tadabbur o tafakkur, aur is tadabbur o tafakkur ke zariye khuda ko daryaft karna ke allah ke rasool, jis ke baray mein allah taala ne keh diya tha ke aap ke aglay aur pichlay gunah maaf hain, us ke bawajood shukr guzar banda ban kar aap rehna chahte hain.</w:t>
      </w:r>
      <w:r>
        <w:br/>
      </w:r>
      <w:r>
        <w:rPr>
          <w:sz w:val="20"/>
        </w:rPr>
        <w:t>42:55  ji haan, bohat zabardast baat aap ne kahi, aur mujhe bhi ek yaad aaya hai, ah, Abu Dardah jo bohat bare sahabi thay, ah, un ki death ke baad, ah, un ki wife ke pas kuch log aaye,</w:t>
      </w:r>
      <w:r>
        <w:br/>
      </w:r>
      <w:r>
        <w:rPr>
          <w:sz w:val="20"/>
        </w:rPr>
        <w:t>43:08  Umm Dardah ke pas, ah, aur poocha ke sab se bari ibadat kya thi Abu Dardah ki? humm, to unhon ne kaha: "al-tafakkur wal-i'tibar" yaani ghore o fikr karna aur naseehat lena.</w:t>
      </w:r>
      <w:r>
        <w:br/>
      </w:r>
      <w:r>
        <w:rPr>
          <w:sz w:val="20"/>
        </w:rPr>
        <w:t>43:22  to yahi woh cheez hai jo darasal marifat ka rasta hamein dikhati hai. ek aur cheez bhi hoti hai tadabbur o tafakkur ke liye, aadmi ko modest banna chahiye.</w:t>
      </w:r>
      <w:r>
        <w:br/>
      </w:r>
      <w:r>
        <w:rPr>
          <w:sz w:val="20"/>
        </w:rPr>
        <w:t>43:32  modesty ke baghair tadabbur o tafakkur ya marifat nahi aa sakti hai.</w:t>
      </w:r>
      <w:r>
        <w:br/>
      </w:r>
      <w:r>
        <w:rPr>
          <w:sz w:val="20"/>
        </w:rPr>
        <w:t>43:36  humm, ek hadith hai rasool Allah sal Allah alaihi wasallam ki: "man yatawada' lillahi darajatan yarfa' Allah bihi darajatan</w:t>
      </w:r>
      <w:r>
        <w:br/>
      </w:r>
      <w:r>
        <w:rPr>
          <w:sz w:val="20"/>
        </w:rPr>
        <w:t>43:44  wa man yatakabbar 'alal lahi darajatan yaza' Allah bihi darajatan hatta yaj'alahu fi asfalis safilin" jo Allah ke liye</w:t>
      </w:r>
      <w:r>
        <w:br/>
      </w:r>
      <w:r>
        <w:rPr>
          <w:sz w:val="20"/>
        </w:rPr>
        <w:t>43:54  ek darje tawazu ikhtiyar karta hai, us ko Allah taala uthata hai apni taraf ek darja,</w:t>
      </w:r>
      <w:r>
        <w:br/>
      </w:r>
      <w:r>
        <w:rPr>
          <w:sz w:val="20"/>
        </w:rPr>
        <w:t>44:03  aur jo takabbur karta hai Allah ki taraf ek darja, Allah taala usko girata hai ek darja, yahan tak ke usko asfalis safilin mein kar deta hai. to uthane ka matlab kya hai?</w:t>
      </w:r>
      <w:r>
        <w:br/>
      </w:r>
      <w:r>
        <w:rPr>
          <w:sz w:val="20"/>
        </w:rPr>
        <w:t>44:12  ke usko marifat ka rasta dikhata rehta hai, apni taraf qareeb karta rehta hai, jo modesty ikhtiyar karta hai. mere ko bhi ek incident yaad aa raha hai, doctor sahab, kyunke Maulana hum logon ki, meri khud ki life se, to Maulana, kyunke hum sab ki bohat training karte the, to poochte the ke experience bataiye apna.</w:t>
      </w:r>
      <w:r>
        <w:br/>
      </w:r>
      <w:r>
        <w:rPr>
          <w:sz w:val="20"/>
        </w:rPr>
        <w:t>44:31  to kyunke main work ke silsile mein travel karta tha, to main is liye bhi share kar raha hoon ke kaise Maulana kehte the ke aap usko badhaiye, usko kijiye.</w:t>
      </w:r>
      <w:r>
        <w:br/>
      </w:r>
      <w:r>
        <w:rPr>
          <w:sz w:val="20"/>
        </w:rPr>
        <w:t>44:41  to ek bari mera safar ho raha tha, main plane mein tha, aur ah, jab air hostess ne aa ke khana diya, to jaise hi maine khane ki bite li, ah, plane bohat upar tha, to mere andar achanak yeh dua nikli ke Allah taala to jis tarike se ah, idhar aasman mein khana mujhe de raha hai, to akhirat mein bhi mujhe khana zaroor dena.</w:t>
      </w:r>
      <w:r>
        <w:br/>
      </w:r>
      <w:r>
        <w:rPr>
          <w:sz w:val="20"/>
        </w:rPr>
        <w:t>45:06  ah, to maine aa ke jab Maulana se share ki yeh baat, to Maulana ne kaha: "haan, aap aise hi point of reference banaiye aur usko aage badhaiye, is se marifat develop hoti hai." ah, to point of reference bana ke har ek cheez ko apni zindagi mein point of reference bana ke usko Khuda se jodna, akhirat se jodna, ah, jab hum is tarah karenge to marifat zaroor develop hogi hamare andar.</w:t>
      </w:r>
      <w:r>
        <w:br/>
      </w:r>
      <w:r>
        <w:rPr>
          <w:sz w:val="20"/>
        </w:rPr>
        <w:t>45:34  ji, mujhe bhi yaad aata hai jahaz ka aap ne zikr kiya, to main Maulana ke sath tha hawai jahaz mein, to shayad mera pehla safar tha ya doosra safar, to main to aise curious ho raha tha ke kya hua yeh idhar kya hai, idhar kya hai,</w:t>
      </w:r>
      <w:r>
        <w:br/>
      </w:r>
      <w:r>
        <w:rPr>
          <w:sz w:val="20"/>
        </w:rPr>
        <w:t>45:54  sari cheezein dekh raha tha jahaz mein. Maulana bohat hi khamoshi se ek kone mein baith ke ek kagaz pe likh rahe the, is tarike se unhone kar liya tha apne, woh is tarike se baith ke seat pe likh rahe the kuch.</w:t>
      </w:r>
      <w:r>
        <w:br/>
      </w:r>
      <w:r>
        <w:rPr>
          <w:sz w:val="20"/>
        </w:rPr>
        <w:t>46:10  to maine dekha ke kya likh rahe hain, to unhone likha tha jo baad mein risale mein bhi shaya hua kisi safarnama mein ke jab hamara jahaz uda aasman ki taraf fiza mein uda,</w:t>
      </w:r>
      <w:r>
        <w:br/>
      </w:r>
      <w:r>
        <w:rPr>
          <w:sz w:val="20"/>
        </w:rPr>
        <w:t>46:28  to mujhe aisa mehsoos hua ke jaise ek bohat bari chidiya meri rooh ko le ke aasman mein ud gayi.</w:t>
      </w:r>
      <w:r>
        <w:br/>
      </w:r>
      <w:r>
        <w:rPr>
          <w:sz w:val="20"/>
        </w:rPr>
        <w:t>46:40  phir unhone wahan se akhirat ki baatein likhni shuru kar dein. to Maulana ka yeh mizaj tha ke woh observe karte the cheezon ko, woh aur is se sabak liya karte the,</w:t>
      </w:r>
      <w:r>
        <w:br/>
      </w:r>
      <w:r>
        <w:rPr>
          <w:sz w:val="20"/>
        </w:rPr>
        <w:t>46:55  aur har cheez ah mein marifat ki ghiza talash kar lete the. to yahi woh cheez hai, yahi mizaj hai, agar hum apne andar develop kar sakein to phir marifat ka khazana hamein har taraf nazar aayega.</w:t>
      </w:r>
    </w:p>
    <w:p>
      <w:pPr>
        <w:pStyle w:val="Heading2"/>
      </w:pPr>
      <w:r>
        <w:t>Staying on God's Path Constantly</w:t>
      </w:r>
    </w:p>
    <w:p>
      <w:r>
        <w:rPr>
          <w:color w:val="666666"/>
          <w:sz w:val="18"/>
        </w:rPr>
        <w:t>Spirituality · Conversation with Maulana Wahiduddin Khan | October 01, 2017 · 1m 18s · at 32:51 · https://youtu.be/TmOYGd3rp2M?t=1971</w:t>
      </w:r>
    </w:p>
    <w:p>
      <w:r>
        <w:rPr>
          <w:i/>
        </w:rPr>
        <w:t>“What should we do to keep ourselves on God's path all the time? What would you advise us?”</w:t>
      </w:r>
    </w:p>
    <w:p>
      <w:r>
        <w:rPr>
          <w:sz w:val="20"/>
        </w:rPr>
        <w:t>32:51  eless baat hai. main is ko nahi manta. aur yahi baat Quran mein batai gayi. yeh baat Quran mein batai gayi hai ke tumhare par koi zulm nahi karne wala nahi hai. tum khud hi apni qeemat bhugte ho apni ghalti ki. Quran mein bohat saaf saaf kaha gaya hai. Maulana, agla sawal Dr. Naghma Siddiqui ne Delhi se bheja hai.</w:t>
      </w:r>
      <w:r>
        <w:br/>
      </w:r>
      <w:r>
        <w:rPr>
          <w:sz w:val="20"/>
        </w:rPr>
        <w:t>33:21  unhon ne likha hai ke "What should we do to keep ourselves on God's path all the time? What would you advise us?" yeh matlab yeh nahi ke har waqt aap path par kaam karein, kabhi deviation na ho. yeh matlab yeh nahi. matlab yeh hai ke aap aap ki niyat yeh ho ke aap ko Khuda ke raaste par chalna hai, lekin aap deviation hon, ghalti karein, rep</w:t>
      </w:r>
      <w:r>
        <w:br/>
      </w:r>
      <w:r>
        <w:rPr>
          <w:sz w:val="20"/>
        </w:rPr>
        <w:t>33:51  entance aaye, toba karein.</w:t>
      </w:r>
      <w:r>
        <w:br/>
      </w:r>
      <w:r>
        <w:rPr>
          <w:sz w:val="20"/>
        </w:rPr>
        <w:t>33:57  All the time mechanical following yeh matloob hi nahin hai.</w:t>
      </w:r>
      <w:r>
        <w:br/>
      </w:r>
      <w:r>
        <w:rPr>
          <w:sz w:val="20"/>
        </w:rPr>
        <w:t>34:03  islam koi mathematical formula nahi hai.</w:t>
      </w:r>
    </w:p>
    <w:p>
      <w:pPr>
        <w:pStyle w:val="Heading2"/>
      </w:pPr>
      <w:r>
        <w:t>Strengthening patience in oneself</w:t>
      </w:r>
    </w:p>
    <w:p>
      <w:r>
        <w:rPr>
          <w:color w:val="666666"/>
          <w:sz w:val="18"/>
        </w:rPr>
        <w:t>Spirituality · How to Manage Controversy 10 Nov 2019 - Maulana Wahiduddin Khan · 47s · at 51:20 · https://youtu.be/UafTzJXHrSA?t=3080</w:t>
      </w:r>
    </w:p>
    <w:p>
      <w:r>
        <w:rPr>
          <w:i/>
        </w:rPr>
        <w:t>“How can we strengthen the quality of patience in ourselves? Please guide us on this point.”</w:t>
      </w:r>
    </w:p>
    <w:p>
      <w:r>
        <w:rPr>
          <w:sz w:val="20"/>
        </w:rPr>
        <w:t>51:20  org. you can download the pdf of all these books and read it you know whenever you have time. Maulana, agla sawal lete hain.</w:t>
      </w:r>
      <w:r>
        <w:br/>
      </w:r>
      <w:r>
        <w:rPr>
          <w:sz w:val="20"/>
        </w:rPr>
        <w:t>51:31  yeh sawal bheja hai Ms Daniya Mustafa ne Karachi se. unhon ne likha hai: "Maulana sahib, how can we strengthen the quality of patience in our self</w:t>
      </w:r>
      <w:r>
        <w:br/>
      </w:r>
      <w:r>
        <w:rPr>
          <w:sz w:val="20"/>
        </w:rPr>
        <w:t>51:43  ? please guide us on this point."</w:t>
      </w:r>
      <w:r>
        <w:br/>
      </w:r>
      <w:r>
        <w:rPr>
          <w:sz w:val="20"/>
        </w:rPr>
        <w:t>51:51  bas wohi kijiye. Hazrat Umar ko mein ne kaise bataya ke Quran ki ayat parhiye, bas apne aap sab thanda ho jayega.</w:t>
      </w:r>
    </w:p>
    <w:p>
      <w:pPr>
        <w:pStyle w:val="Heading2"/>
      </w:pPr>
      <w:r>
        <w:t>Struggling to attain peace for ten years</w:t>
      </w:r>
    </w:p>
    <w:p>
      <w:r>
        <w:rPr>
          <w:color w:val="666666"/>
          <w:sz w:val="18"/>
        </w:rPr>
        <w:t>Spirituality · 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Suffering That Takes Man to God</w:t>
      </w:r>
    </w:p>
    <w:p>
      <w:r>
        <w:rPr>
          <w:color w:val="666666"/>
          <w:sz w:val="18"/>
        </w:rPr>
        <w:t>Spirituality · God's Management of History 23 Feb 2020 - Maulana Wahiduddin Khan · 1m 10s · at 1:17:24 · https://youtu.be/NeNadnD-0KE?t=4644</w:t>
      </w:r>
    </w:p>
    <w:p>
      <w:r>
        <w:rPr>
          <w:i/>
        </w:rPr>
        <w:t>“My question is with respect to yesterday's lecture on suffering. Is it right to say that suffering which takes man to God is good?”</w:t>
      </w:r>
    </w:p>
    <w:p>
      <w:r>
        <w:rPr>
          <w:sz w:val="20"/>
        </w:rPr>
        <w:t>1:17:24  Maulana Aamir Mori sahib ne gawah se sawal bheja hai. unhon ne likha hai: "My question is with respect to yesterday lecture on suffering.</w:t>
      </w:r>
      <w:r>
        <w:br/>
      </w:r>
      <w:r>
        <w:rPr>
          <w:sz w:val="20"/>
        </w:rPr>
        <w:t>1:17:35  is it right to say that suffering which takes man</w:t>
      </w:r>
    </w:p>
    <w:p>
      <w:pPr>
        <w:pStyle w:val="Heading2"/>
      </w:pPr>
      <w:r>
        <w:t>Sufi Concepts and Quran</w:t>
      </w:r>
    </w:p>
    <w:p>
      <w:r>
        <w:rPr>
          <w:color w:val="666666"/>
          <w:sz w:val="18"/>
        </w:rPr>
        <w:t>Spirituality · Materialism and Intellectual Dwarfism 29th April 2012 · 1m 12s · at 1:39:46 · https://youtu.be/qHzARL_r3I4?t=5986</w:t>
      </w:r>
    </w:p>
    <w:p>
      <w:r>
        <w:rPr>
          <w:i/>
        </w:rPr>
        <w:t>“People say that the Sufi concepts like kashf (unveiling), ilham (inspiration), etc. do not go against the Quran, so they are perfectly acceptable. What is your opinion?”</w:t>
      </w:r>
    </w:p>
    <w:p>
      <w:r>
        <w:rPr>
          <w:sz w:val="20"/>
        </w:rPr>
        <w:t>1:39:46  yeh tazkiya nafs ke naam se ek 50 safhe ka pamphlet hai is ko aap padh sakte hain aur moti kitab hai kitab marifat ke naam se woh bhi sab tazkiya ki baatein hain is mein hain is ko aap padhiye maulana hum batana chahenge ke website pe bhi uploaded hai cps ki website pe aap is ko padh sakte hain agla sawal ghaziabad se hai mister zubair sahib</w:t>
      </w:r>
      <w:r>
        <w:br/>
      </w:r>
      <w:r>
        <w:rPr>
          <w:sz w:val="20"/>
        </w:rPr>
        <w:t>1:40:10  ka unhon ne likha hai People say that the Sufi concepts like kashf, ilham, etc. do not go against the Quran, so they are perfectly acceptable.</w:t>
      </w:r>
      <w:r>
        <w:br/>
      </w:r>
      <w:r>
        <w:rPr>
          <w:sz w:val="20"/>
        </w:rPr>
        <w:t>1:40:21  What is your opinion? nahi nahi yeh kashf waghera kuch bhi nahi be haqeeqat hai quran hi criterion hai</w:t>
      </w:r>
      <w:r>
        <w:br/>
      </w:r>
      <w:r>
        <w:rPr>
          <w:sz w:val="20"/>
        </w:rPr>
        <w:t>1:40:32  jo cheez quran se mutabiqat rakhe usi ko maana jayega jo mutabiqat na rakhe woh nahi maana jayega is ko kashf koi independent source nahi hai kashf jo hai woh koi independent source nahi hai main is ko independent source nahi manta mustanad source jo hai authentic source to sirf quran aur sunnat hai bas aur kuch nahi</w:t>
      </w:r>
    </w:p>
    <w:p>
      <w:pPr>
        <w:pStyle w:val="Heading2"/>
      </w:pPr>
      <w:r>
        <w:t>Sustaining a thinker's mindset and gratitude</w:t>
      </w:r>
    </w:p>
    <w:p>
      <w:r>
        <w:rPr>
          <w:color w:val="666666"/>
          <w:sz w:val="18"/>
        </w:rPr>
        <w:t>Spirituality · God and Man I February 19, 2012 Maulana Wahiduddin Khan · 2m 25s · at 1:12:00 · https://youtu.be/8TP3nlGRZek?t=4320</w:t>
      </w:r>
    </w:p>
    <w:p>
      <w:r>
        <w:rPr>
          <w:i/>
        </w:rPr>
        <w:t>“How to be in a feeling of a thinker on a continuous basis? And how to be in a feeling of gratitude on a continuous basis?”</w:t>
      </w:r>
    </w:p>
    <w:p>
      <w:r>
        <w:rPr>
          <w:sz w:val="20"/>
        </w:rPr>
        <w:t>1:12:00  maulana agle sawal se pehle ek comment padhna chahenge jo Mr Shamsher Vake ne likha hai Australia se. unhone likha hai ke I really enjoyed today's lecture</w:t>
      </w:r>
      <w:r>
        <w:br/>
      </w:r>
      <w:r>
        <w:rPr>
          <w:sz w:val="20"/>
        </w:rPr>
        <w:t>1:12:12  agla sawal maulana hain Ms Naghma Siddiqui ka Delhi se. unhone poocha hai How to be in feeling of a thinker on a continuous basis?</w:t>
      </w:r>
      <w:r>
        <w:br/>
      </w:r>
      <w:r>
        <w:rPr>
          <w:sz w:val="20"/>
        </w:rPr>
        <w:t>1:12:23  Kindly advice kya phir se padhiye? How to be in a feeling of shukr How to be in a feeling of shukr on a continuous basis?</w:t>
      </w:r>
      <w:r>
        <w:br/>
      </w:r>
      <w:r>
        <w:rPr>
          <w:sz w:val="20"/>
        </w:rPr>
        <w:t>1:12:35  abhi hum is yani shukr kaise nahi karenge hum har waqt? har waqt hamein</w:t>
      </w:r>
      <w:r>
        <w:br/>
      </w:r>
      <w:r>
        <w:rPr>
          <w:sz w:val="20"/>
        </w:rPr>
        <w:t>1:12:41  mein to sochta hoon ke saans leta hoon aur aur aur oxygen mujhe inhale karta hoon, carbon exhale karta hoon.</w:t>
      </w:r>
      <w:r>
        <w:br/>
      </w:r>
      <w:r>
        <w:rPr>
          <w:sz w:val="20"/>
        </w:rPr>
        <w:t>1:12:52  yani har second yeh waqea hota hai, har second. to kaisi ajeeb baat hai ke mere jism mein jo nizam hai kharij mein us ke mutabiq nizam hai.</w:t>
      </w:r>
      <w:r>
        <w:br/>
      </w:r>
      <w:r>
        <w:rPr>
          <w:sz w:val="20"/>
        </w:rPr>
        <w:t>1:13:00  yani mere</w:t>
      </w:r>
      <w:r>
        <w:br/>
      </w:r>
      <w:r>
        <w:rPr>
          <w:sz w:val="20"/>
        </w:rPr>
        <w:t>1:13:02  carbon ko darakht le leta hai aur darakht is ke badle mujhe oxygen deta hai. to main oxygen inhale karta hoon aur carbon exhale karta hoon.</w:t>
      </w:r>
      <w:r>
        <w:br/>
      </w:r>
      <w:r>
        <w:rPr>
          <w:sz w:val="20"/>
        </w:rPr>
        <w:t>1:13:13  aur woh kitna zabardast exchange hota hai ke darakht mere carbon ko le leta hai aur mujhe oxygen supply karta hai. yeh har second ek ek yeh reminder hai, har har second ke liye ek reminder hai.</w:t>
      </w:r>
      <w:r>
        <w:br/>
      </w:r>
      <w:r>
        <w:rPr>
          <w:sz w:val="20"/>
        </w:rPr>
        <w:t>1:13:27  to mein to aik aik aik second bhi aisa nahi hota ke mein shukr ke baghair rahoon. kyunke har saans mujhe reminder hota hai mere liye, har saans.</w:t>
      </w:r>
      <w:r>
        <w:br/>
      </w:r>
      <w:r>
        <w:rPr>
          <w:sz w:val="20"/>
        </w:rPr>
        <w:t>1:13:37  har saans reminder hota hai ke ae ae insan Khuda ka shukr kar.yani aap ghore kijiye ke agar</w:t>
      </w:r>
      <w:r>
        <w:br/>
      </w:r>
      <w:r>
        <w:rPr>
          <w:sz w:val="20"/>
        </w:rPr>
        <w:t>1:13:46  aisa ho ke mere andar se jo carbon nikla woh darakht na le to har sa'at dunya rehne ke qabil na rahe.</w:t>
      </w:r>
      <w:r>
        <w:br/>
      </w:r>
      <w:r>
        <w:rPr>
          <w:sz w:val="20"/>
        </w:rPr>
        <w:t>1:13:56  dunya mein carbon gas bhar jayegi aur reh is dunya mein reh nahi payenge. ya darakht agar oxygen supply na kare to hum kahan tak theli liye phirenge oxygen ki?</w:t>
      </w:r>
      <w:r>
        <w:br/>
      </w:r>
      <w:r>
        <w:rPr>
          <w:sz w:val="20"/>
        </w:rPr>
        <w:t>1:14:07  to dono halaton mein mar jayenge. to har second yeh aik reminder hai insan ke liye ke ae insan Khuda ka shukr kar.</w:t>
      </w:r>
      <w:r>
        <w:br/>
      </w:r>
      <w:r>
        <w:rPr>
          <w:sz w:val="20"/>
        </w:rPr>
        <w:t>1:14:17  yeh sirf soch ki baat hai, soch. agar sochen to aap har har second, har lamha, har har moment aap</w:t>
      </w:r>
    </w:p>
    <w:p>
      <w:pPr>
        <w:pStyle w:val="Heading2"/>
      </w:pPr>
      <w:r>
        <w:t>Taking lessons from someone's death</w:t>
      </w:r>
    </w:p>
    <w:p>
      <w:r>
        <w:rPr>
          <w:color w:val="666666"/>
          <w:sz w:val="18"/>
        </w:rPr>
        <w:t>Spirituality · Hadith Prediction November 3, 2013 · 1m 51s · at 59:36 · https://youtu.be/cb5Lzw9c8aE?t=3576</w:t>
      </w:r>
    </w:p>
    <w:p>
      <w:r>
        <w:rPr>
          <w:i/>
        </w:rPr>
        <w:t>“Please tell us how we can take lessons from someone's death.”</w:t>
      </w:r>
    </w:p>
    <w:p>
      <w:r>
        <w:rPr>
          <w:sz w:val="20"/>
        </w:rPr>
        <w:t>59:36  maulana, agla sawal bangalore se hai javed sahab ka. unhon ne likha hai: "maulana sahab, please tell us as to how can we take lessons from somebody death?</w:t>
      </w:r>
      <w:r>
        <w:br/>
      </w:r>
      <w:r>
        <w:rPr>
          <w:sz w:val="20"/>
        </w:rPr>
        <w:t>59:50  death ji,</w:t>
      </w:r>
      <w:r>
        <w:br/>
      </w:r>
      <w:r>
        <w:rPr>
          <w:sz w:val="20"/>
        </w:rPr>
        <w:t>59:54  main baat to yahi samajhta hoon ke doosre ki maut ko aap apni maut samjhein.</w:t>
      </w:r>
      <w:r>
        <w:br/>
      </w:r>
      <w:r>
        <w:rPr>
          <w:sz w:val="20"/>
        </w:rPr>
        <w:t>1:00:03  doosre ko jab aap dekhein ke woh mar gaya aur main dafan kiya gaya, us ko is dunya se woh chala gaya to apne bare mein sochein.</w:t>
      </w:r>
      <w:r>
        <w:br/>
      </w:r>
      <w:r>
        <w:rPr>
          <w:sz w:val="20"/>
        </w:rPr>
        <w:t>1:00:13  aise hi mujhe hi marna hai, mujhe bhi qabar mein dala jayega, main bhi is dunya se chala jaunga.</w:t>
      </w:r>
      <w:r>
        <w:br/>
      </w:r>
      <w:r>
        <w:rPr>
          <w:sz w:val="20"/>
        </w:rPr>
        <w:t>1:00:21  to doosre ki maut mein apni maut ko dekhna yeh asal sabaq hai.</w:t>
      </w:r>
      <w:r>
        <w:br/>
      </w:r>
      <w:r>
        <w:rPr>
          <w:sz w:val="20"/>
        </w:rPr>
        <w:t>1:00:31  doosre ki maut mein apni maut ko dekhna, doosre ki maut, doosre ki maut ke waqeye par apni maut ko yaad karna yeh is ka sabaq hai.</w:t>
      </w:r>
      <w:r>
        <w:br/>
      </w:r>
      <w:r>
        <w:rPr>
          <w:sz w:val="20"/>
        </w:rPr>
        <w:t>1:00:42  aur yeh itna bara sabaq hai, itna bara sabaq hai ke sahi ma'no mein agar koi yeh sabaq le le to poori zindagi badal jayegi is ki.</w:t>
      </w:r>
      <w:r>
        <w:br/>
      </w:r>
      <w:r>
        <w:rPr>
          <w:sz w:val="20"/>
        </w:rPr>
        <w:t>1:00:52  yani poori zindagi is ki akhirat oriented ho jayegi. lekin dunya ek lagega is ko ke dunya kya hai.</w:t>
      </w:r>
      <w:r>
        <w:br/>
      </w:r>
      <w:r>
        <w:rPr>
          <w:sz w:val="20"/>
        </w:rPr>
        <w:t>1:00:59  thode dinon ke baad jana hai kisi aur dunya mein jo eternal world hai, to is ka rukh bilkul akhirat ki taraf chala jayega.</w:t>
      </w:r>
      <w:r>
        <w:br/>
      </w:r>
      <w:r>
        <w:rPr>
          <w:sz w:val="20"/>
        </w:rPr>
        <w:t>1:01:10  yeh to bohat bara waqea hai hamare liye, maut ka waqea aur is ka lesson jo hai bilashuba poori zindagi ko badal le, badal dene wala hai.</w:t>
      </w:r>
    </w:p>
    <w:p>
      <w:pPr>
        <w:pStyle w:val="Heading2"/>
      </w:pPr>
      <w:r>
        <w:t>Tawbah as Continuous Process</w:t>
      </w:r>
    </w:p>
    <w:p>
      <w:r>
        <w:rPr>
          <w:color w:val="666666"/>
          <w:sz w:val="18"/>
        </w:rPr>
        <w:t>Spirituality · Dars-e-Quran, Chapter 2, Verse 37 | January  07, 2018 · 3m 03s · at 1:02:31 · https://youtu.be/ao6Cr57KuEM?t=3751</w:t>
      </w:r>
    </w:p>
    <w:p>
      <w:r>
        <w:rPr>
          <w:i/>
        </w:rPr>
        <w:t>“Tawbah is not a one-time process, but a continuous process. Am I right in saying this? If this is so, does it imply that we will be doing...”</w:t>
      </w:r>
    </w:p>
    <w:p>
      <w:r>
        <w:rPr>
          <w:sz w:val="20"/>
        </w:rPr>
        <w:t>1:02:31  spiritual zeal. maulana, agla sawal lete hain jo kolkata se muhammad bilal shafi sahib ne bheja hai.</w:t>
      </w:r>
      <w:r>
        <w:br/>
      </w:r>
      <w:r>
        <w:rPr>
          <w:sz w:val="20"/>
        </w:rPr>
        <w:t>1:02:41  unhon ne likha hai: maulana, tauba to ek one time process nahin hai, balke ek continuous process hai.</w:t>
      </w:r>
      <w:r>
        <w:br/>
      </w:r>
      <w:r>
        <w:rPr>
          <w:sz w:val="20"/>
        </w:rPr>
        <w:t>1:02:51  Am I right in saying this? If this is so, does it imply that we will be doing</w:t>
      </w:r>
      <w:r>
        <w:br/>
      </w:r>
      <w:r>
        <w:rPr>
          <w:sz w:val="20"/>
        </w:rPr>
        <w:t>1:03:01  mistakes continuously? How will we then ever gain complete forgiveness, like that of Adam?" Dekhiye, galti ka matlab</w:t>
      </w:r>
      <w:r>
        <w:br/>
      </w:r>
      <w:r>
        <w:rPr>
          <w:sz w:val="20"/>
        </w:rPr>
        <w:t>1:03:07  yeh nahin ke aap ne kisi ko chori kar li, kisi ki jaan maar dali.</w:t>
      </w:r>
      <w:r>
        <w:br/>
      </w:r>
      <w:r>
        <w:rPr>
          <w:sz w:val="20"/>
        </w:rPr>
        <w:t>1:03:14  choti choti baat pe bhi aap ko andar repent hona chahiye.</w:t>
      </w:r>
      <w:r>
        <w:br/>
      </w:r>
      <w:r>
        <w:rPr>
          <w:sz w:val="20"/>
        </w:rPr>
        <w:t>1:03:20  choti choti baat pe jo har waqt insan ko ho sakti hai.</w:t>
      </w:r>
      <w:r>
        <w:br/>
      </w:r>
      <w:r>
        <w:rPr>
          <w:sz w:val="20"/>
        </w:rPr>
        <w:t>1:03:26  main nahin samajhta ke is mein</w:t>
      </w:r>
      <w:r>
        <w:br/>
      </w:r>
      <w:r>
        <w:rPr>
          <w:sz w:val="20"/>
        </w:rPr>
        <w:t>1:03:32  kya, yani kya problem hai, main samjha nahin.</w:t>
      </w:r>
      <w:r>
        <w:br/>
      </w:r>
      <w:r>
        <w:rPr>
          <w:sz w:val="20"/>
        </w:rPr>
        <w:t>1:03:40  baqi yeh hai ke ehsaas se, yani yeh ehsaas ke main, main to bilkul all right hoon, yeh</w:t>
      </w:r>
      <w:r>
        <w:br/>
      </w:r>
      <w:r>
        <w:rPr>
          <w:sz w:val="20"/>
        </w:rPr>
        <w:t>1:03:47  bahut hi killer hai, killer.</w:t>
      </w:r>
      <w:r>
        <w:br/>
      </w:r>
      <w:r>
        <w:rPr>
          <w:sz w:val="20"/>
        </w:rPr>
        <w:t>1:03:55  aur yeh ehsaas ke</w:t>
      </w:r>
      <w:r>
        <w:br/>
      </w:r>
      <w:r>
        <w:rPr>
          <w:sz w:val="20"/>
        </w:rPr>
        <w:t>1:04:03  main ne ghalati ki choti si baat par to woh aap ke liye bohat hi bara, aik bohat bara gain hai aap ke liye. maulana, agla comment aaya hai muhammad abdullah sahib ka kolkata se. unhon</w:t>
      </w:r>
      <w:r>
        <w:br/>
      </w:r>
      <w:r>
        <w:rPr>
          <w:sz w:val="20"/>
        </w:rPr>
        <w:t>1:04:33  نے لکھا ہے: "مولانا صاحب، from your every lecture, I learn new dimensions of Islamic text, but what</w:t>
      </w:r>
      <w:r>
        <w:br/>
      </w:r>
      <w:r>
        <w:rPr>
          <w:sz w:val="20"/>
        </w:rPr>
        <w:t>1:04:39  I learned in addition is the art of understanding the text.</w:t>
      </w:r>
      <w:r>
        <w:br/>
      </w:r>
      <w:r>
        <w:rPr>
          <w:sz w:val="20"/>
        </w:rPr>
        <w:t>1:04:45  This is an awesome way to learn from you.</w:t>
      </w:r>
      <w:r>
        <w:br/>
      </w:r>
      <w:r>
        <w:rPr>
          <w:sz w:val="20"/>
        </w:rPr>
        <w:t>1:04:51  jazak Allah. " yeh baat sahi hai ke quran ko parhne se pehle humein yeh jaanna chahiye ke what</w:t>
      </w:r>
      <w:r>
        <w:br/>
      </w:r>
      <w:r>
        <w:rPr>
          <w:sz w:val="20"/>
        </w:rPr>
        <w:t>1:04:58  is the method</w:t>
      </w:r>
      <w:r>
        <w:br/>
      </w:r>
      <w:r>
        <w:rPr>
          <w:sz w:val="20"/>
        </w:rPr>
        <w:t>1:05:04  quran ko samajhne ka, study karne ka method kya hai.</w:t>
      </w:r>
      <w:r>
        <w:br/>
      </w:r>
      <w:r>
        <w:rPr>
          <w:sz w:val="20"/>
        </w:rPr>
        <w:t>1:05:10  jaise maine aap se misaal di ke hazrat adam ke waqe'e ke do part hain, aur dono</w:t>
      </w:r>
      <w:r>
        <w:br/>
      </w:r>
      <w:r>
        <w:rPr>
          <w:sz w:val="20"/>
        </w:rPr>
        <w:t>1:05:16  do jagah hain.</w:t>
      </w:r>
      <w:r>
        <w:br/>
      </w:r>
      <w:r>
        <w:rPr>
          <w:sz w:val="20"/>
        </w:rPr>
        <w:t>1:05:22  ek part yeh hai ke adam ko repentance aaya, woh unhone duaein keen, ek jagah hai.</w:t>
      </w:r>
      <w:r>
        <w:br/>
      </w:r>
      <w:r>
        <w:rPr>
          <w:sz w:val="20"/>
        </w:rPr>
        <w:t>1:05:28  aur aur jo alfaaz the unki dua ke, woh doosri doos</w:t>
      </w:r>
    </w:p>
    <w:p>
      <w:pPr>
        <w:pStyle w:val="Heading2"/>
      </w:pPr>
      <w:r>
        <w:t>Tazkiyah and the Heart Hadith</w:t>
      </w:r>
    </w:p>
    <w:p>
      <w:r>
        <w:rPr>
          <w:color w:val="666666"/>
          <w:sz w:val="18"/>
        </w:rPr>
        <w:t>Spirituality · Deeper Meaning of Quran 17 05 2015 · 1m 47s · at 1:04:04 · https://youtu.be/_Cj6gds7nWI?t=3844</w:t>
      </w:r>
    </w:p>
    <w:p>
      <w:r>
        <w:rPr>
          <w:i/>
        </w:rPr>
        <w:t>“Moulana, you said that tazkiyah is not related to the heart, whereas there is a hadith that there is a piece in the body, i.e., the heart, when it is sound, everything is correct, when it is corrupt...”</w:t>
      </w:r>
    </w:p>
    <w:p>
      <w:r>
        <w:rPr>
          <w:sz w:val="20"/>
        </w:rPr>
        <w:t>1:04:04  Maulana, agla sawal punay se Zahid Khan sahib ne kiya hai aur unho ne likha hai keh Maulana,</w:t>
      </w:r>
      <w:r>
        <w:br/>
      </w:r>
      <w:r>
        <w:rPr>
          <w:sz w:val="20"/>
        </w:rPr>
        <w:t>1:04:10  aap ne kaha keh tazkiya ka talluq qalb se nahi hai, halankeh hadith hai keh jism mein ek</w:t>
      </w:r>
      <w:r>
        <w:br/>
      </w:r>
      <w:r>
        <w:rPr>
          <w:sz w:val="20"/>
        </w:rPr>
        <w:t>1:04:15  tukra hai yaani dil, keh jab woh theek ho to sab durust hai, keh jab kharab ho to</w:t>
      </w:r>
      <w:r>
        <w:br/>
      </w:r>
      <w:r>
        <w:rPr>
          <w:sz w:val="20"/>
        </w:rPr>
        <w:t>1:04:21  sab kharab hai.</w:t>
      </w:r>
      <w:r>
        <w:br/>
      </w:r>
      <w:r>
        <w:rPr>
          <w:sz w:val="20"/>
        </w:rPr>
        <w:t>1:04:27  keh is ko wazeh karein.</w:t>
      </w:r>
      <w:r>
        <w:br/>
      </w:r>
      <w:r>
        <w:rPr>
          <w:sz w:val="20"/>
        </w:rPr>
        <w:t>1:04:32  dekhein, yeh tamseel ki zabaan mein, tamseel ki zabaan mein insani bolta hai, Quran mein bhi tamseel ki</w:t>
      </w:r>
      <w:r>
        <w:br/>
      </w:r>
      <w:r>
        <w:rPr>
          <w:sz w:val="20"/>
        </w:rPr>
        <w:t>1:04:38  zabaan hai, jaise kaboot al ankaboot, koi ghar kisi ka, koi bakri ghar ki tarah hota nahi, jaal se bana hua.</w:t>
      </w:r>
      <w:r>
        <w:br/>
      </w:r>
      <w:r>
        <w:rPr>
          <w:sz w:val="20"/>
        </w:rPr>
        <w:t>1:04:44  to bakri ke jaale ka, bakri jaala tard kar jab ghar mein aati hai, us ki misaal di</w:t>
      </w:r>
      <w:r>
        <w:br/>
      </w:r>
      <w:r>
        <w:rPr>
          <w:sz w:val="20"/>
        </w:rPr>
        <w:t>1:04:49  gayi hai kaboot al ankaboot.</w:t>
      </w:r>
      <w:r>
        <w:br/>
      </w:r>
      <w:r>
        <w:rPr>
          <w:sz w:val="20"/>
        </w:rPr>
        <w:t>1:04:55  to is ka matlab yeh nahi keh woh jaale ka ghar.</w:t>
      </w:r>
      <w:r>
        <w:br/>
      </w:r>
      <w:r>
        <w:rPr>
          <w:sz w:val="20"/>
        </w:rPr>
        <w:t>1:05:01  to yeh tamseel ko kehte hain hum tamseel, yaani symbolic language.</w:t>
      </w:r>
      <w:r>
        <w:br/>
      </w:r>
      <w:r>
        <w:rPr>
          <w:sz w:val="20"/>
        </w:rPr>
        <w:t>1:05:06  aur doosri baat yeh hai keh aap arabi zabaan ki dictionaries dekhein to aap payein keh arabi zabaan</w:t>
      </w:r>
      <w:r>
        <w:br/>
      </w:r>
      <w:r>
        <w:rPr>
          <w:sz w:val="20"/>
        </w:rPr>
        <w:t>1:05:12  mein qalb ke maani heart ke nahi hote, dil dil ke maani samajhte hain log, qalb ke maani</w:t>
      </w:r>
      <w:r>
        <w:br/>
      </w:r>
      <w:r>
        <w:rPr>
          <w:sz w:val="20"/>
        </w:rPr>
        <w:t>1:05:18  wohi hain jo aqal ke hain.</w:t>
      </w:r>
      <w:r>
        <w:br/>
      </w:r>
      <w:r>
        <w:rPr>
          <w:sz w:val="20"/>
        </w:rPr>
        <w:t>1:05:23  aap Lisan al Arab mein parhein, jo arabi zabaan ki mashhoor lughat hai, qalb ke maani wahi hain jo</w:t>
      </w:r>
      <w:r>
        <w:br/>
      </w:r>
      <w:r>
        <w:rPr>
          <w:sz w:val="20"/>
        </w:rPr>
        <w:t>1:05:29  aqal ke maani hote hain.</w:t>
      </w:r>
      <w:r>
        <w:br/>
      </w:r>
      <w:r>
        <w:rPr>
          <w:sz w:val="20"/>
        </w:rPr>
        <w:t>1:05:35  aur quran mein chaar chaar alfaaz istemaal hue hain: qalb, aqal, fuaad, nuha, hijr waghera.</w:t>
      </w:r>
      <w:r>
        <w:br/>
      </w:r>
      <w:r>
        <w:rPr>
          <w:sz w:val="20"/>
        </w:rPr>
        <w:t>1:05:40  yeh sab aqal ke maani mein hain.</w:t>
      </w:r>
      <w:r>
        <w:br/>
      </w:r>
      <w:r>
        <w:rPr>
          <w:sz w:val="20"/>
        </w:rPr>
        <w:t>1:05:46  is par maine likha hai, bohat aap parh liye meri kitabon mein.</w:t>
      </w:r>
    </w:p>
    <w:p>
      <w:pPr>
        <w:pStyle w:val="Heading2"/>
      </w:pPr>
      <w:r>
        <w:t>The Straight Way to Reach God</w:t>
      </w:r>
    </w:p>
    <w:p>
      <w:r>
        <w:rPr>
          <w:color w:val="666666"/>
          <w:sz w:val="18"/>
        </w:rPr>
        <w:t>Spirituality · God Particle July 8, 2012 · 1m 02s · at 1:05:57 · https://youtu.be/30Ulu10c2nA?t=3957</w:t>
      </w:r>
    </w:p>
    <w:p>
      <w:r>
        <w:rPr>
          <w:i/>
        </w:rPr>
        <w:t>“What is the straight way to realize and reach God?”</w:t>
      </w:r>
    </w:p>
    <w:p>
      <w:r>
        <w:rPr>
          <w:sz w:val="20"/>
        </w:rPr>
        <w:t>1:05:57  bohat hi zyada yaani mein mein is ko gunah samajhta hoon ke Quran ki is ayat se Shab-e-Barat nikala jaye. koi is ka talluq nahi hai. Maulana, agla sawal Delhi se hai Mr. Shakeel Rehman Sahab</w:t>
      </w:r>
      <w:r>
        <w:br/>
      </w:r>
      <w:r>
        <w:rPr>
          <w:sz w:val="20"/>
        </w:rPr>
        <w:t>1:06:10  ka. unhon ne likha hai: "What is the straight way to realize or reach God?" Ek hi hai tareeqa, woh hai tadabbur.</w:t>
      </w:r>
      <w:r>
        <w:br/>
      </w:r>
      <w:r>
        <w:rPr>
          <w:sz w:val="20"/>
        </w:rPr>
        <w:t>1:06:21  tadabbur yaani ghor o fikr, contemplation. Quran mein ghor o fikr, hadith mein ghor o fikr, nature mein ghor o fikr, apne aap pe ghor o fikr.</w:t>
      </w:r>
      <w:r>
        <w:br/>
      </w:r>
      <w:r>
        <w:rPr>
          <w:sz w:val="20"/>
        </w:rPr>
        <w:t>1:06:36  koi doosra tareeqa nahi hai tadabbur ke siwa.</w:t>
      </w:r>
      <w:r>
        <w:br/>
      </w:r>
      <w:r>
        <w:rPr>
          <w:sz w:val="20"/>
        </w:rPr>
        <w:t>1:06:41  jitna zyada aadmi ghor o fikr karega, utni zyada us ko aala marifat hasil hogi. koi mysterious tareeqa nahi hai is ka, koi bhi mysterious tareeqa nahi hai.</w:t>
      </w:r>
    </w:p>
    <w:p>
      <w:pPr>
        <w:pStyle w:val="Heading2"/>
      </w:pPr>
      <w:r>
        <w:t>The process of becoming sincere</w:t>
      </w:r>
    </w:p>
    <w:p>
      <w:r>
        <w:rPr>
          <w:color w:val="666666"/>
          <w:sz w:val="18"/>
        </w:rPr>
        <w:t>Spirituality · Divine Help February 09, 2014 Maulana Wahiduddin Khan · 1m 45s · at 1:07:50 · https://youtu.be/eJBjiYGZcKY?t=4070</w:t>
      </w:r>
    </w:p>
    <w:p>
      <w:r>
        <w:rPr>
          <w:i/>
        </w:rPr>
        <w:t>“What is the process of becoming sincere?”</w:t>
      </w:r>
    </w:p>
    <w:p>
      <w:r>
        <w:rPr>
          <w:sz w:val="20"/>
        </w:rPr>
        <w:t>1:07:50  Maulana agla sawal haiderabad se hai.</w:t>
      </w:r>
      <w:r>
        <w:br/>
      </w:r>
      <w:r>
        <w:rPr>
          <w:sz w:val="20"/>
        </w:rPr>
        <w:t>1:07:54  zishan yusuf sahab ka.</w:t>
      </w:r>
      <w:r>
        <w:br/>
      </w:r>
      <w:r>
        <w:rPr>
          <w:sz w:val="20"/>
        </w:rPr>
        <w:t>1:07:59  unhon ne aap se poocha hai ke what is the process of becoming sincere? is ke bare mein batayein.</w:t>
      </w:r>
      <w:r>
        <w:br/>
      </w:r>
      <w:r>
        <w:rPr>
          <w:sz w:val="20"/>
        </w:rPr>
        <w:t>1:08:03  bohat hi simple process hai.</w:t>
      </w:r>
      <w:r>
        <w:br/>
      </w:r>
      <w:r>
        <w:rPr>
          <w:sz w:val="20"/>
        </w:rPr>
        <w:t>1:08:08  apne ko distractions se bachana.</w:t>
      </w:r>
      <w:r>
        <w:br/>
      </w:r>
      <w:r>
        <w:rPr>
          <w:sz w:val="20"/>
        </w:rPr>
        <w:t>1:08:13  sara jo fasaad hai wo hai distractions ka.</w:t>
      </w:r>
      <w:r>
        <w:br/>
      </w:r>
      <w:r>
        <w:rPr>
          <w:sz w:val="20"/>
        </w:rPr>
        <w:t>1:08:17  un logon ke shauq hote hain, un ki aadatein hoti hain.</w:t>
      </w:r>
      <w:r>
        <w:br/>
      </w:r>
      <w:r>
        <w:rPr>
          <w:sz w:val="20"/>
        </w:rPr>
        <w:t>1:08:22  un ko yani kuch comfort aur luxury chahiye.</w:t>
      </w:r>
      <w:r>
        <w:br/>
      </w:r>
      <w:r>
        <w:rPr>
          <w:sz w:val="20"/>
        </w:rPr>
        <w:t>1:08:26  un ko stage chahiye.</w:t>
      </w:r>
      <w:r>
        <w:br/>
      </w:r>
      <w:r>
        <w:rPr>
          <w:sz w:val="20"/>
        </w:rPr>
        <w:t>1:08:31  un ko bheed chahiye.</w:t>
      </w:r>
      <w:r>
        <w:br/>
      </w:r>
      <w:r>
        <w:rPr>
          <w:sz w:val="20"/>
        </w:rPr>
        <w:t>1:08:35  تو اس طرح سے آدمی اپنے آپ کو مسلسل طور پر distracted form میں رکھتا ہے۔</w:t>
      </w:r>
      <w:r>
        <w:br/>
      </w:r>
      <w:r>
        <w:rPr>
          <w:sz w:val="20"/>
        </w:rPr>
        <w:t>1:08:40  is ki shakhsiyat bikhri hui hoti hai.</w:t>
      </w:r>
      <w:r>
        <w:br/>
      </w:r>
      <w:r>
        <w:rPr>
          <w:sz w:val="20"/>
        </w:rPr>
        <w:t>1:08:45  un sab cheezon ko chhod dijiye.</w:t>
      </w:r>
      <w:r>
        <w:br/>
      </w:r>
      <w:r>
        <w:rPr>
          <w:sz w:val="20"/>
        </w:rPr>
        <w:t>1:08:49  is ke baad jo cheez bachega usi ka naam sincerity.</w:t>
      </w:r>
      <w:r>
        <w:br/>
      </w:r>
      <w:r>
        <w:rPr>
          <w:sz w:val="20"/>
        </w:rPr>
        <w:t>1:08:54  sincerity to already maujood hai.</w:t>
      </w:r>
      <w:r>
        <w:br/>
      </w:r>
      <w:r>
        <w:rPr>
          <w:sz w:val="20"/>
        </w:rPr>
        <w:t>1:08:58  sincerity ko paida nahi karna hai.</w:t>
      </w:r>
      <w:r>
        <w:br/>
      </w:r>
      <w:r>
        <w:rPr>
          <w:sz w:val="20"/>
        </w:rPr>
        <w:t>1:09:03  yeh to hum apne distractions se sincerity ko yani amal mein nahi aane dete.</w:t>
      </w:r>
      <w:r>
        <w:br/>
      </w:r>
      <w:r>
        <w:rPr>
          <w:sz w:val="20"/>
        </w:rPr>
        <w:t>1:09:07  jaise hi aap distractions se apne ko bachayenge to sincerity to prevail karegi aur kya? to</w:t>
      </w:r>
      <w:r>
        <w:br/>
      </w:r>
      <w:r>
        <w:rPr>
          <w:sz w:val="20"/>
        </w:rPr>
        <w:t>1:09:12  mein sab se zyada zor is par deta hoon ke aadmi apni apni conditioning ko tore.</w:t>
      </w:r>
      <w:r>
        <w:br/>
      </w:r>
      <w:r>
        <w:rPr>
          <w:sz w:val="20"/>
        </w:rPr>
        <w:t>1:09:16  Distractions se bachaye.</w:t>
      </w:r>
      <w:r>
        <w:br/>
      </w:r>
      <w:r>
        <w:rPr>
          <w:sz w:val="20"/>
        </w:rPr>
        <w:t>1:09:21  Apni jo habits ban jati hain us se apne ko bahar nikale.</w:t>
      </w:r>
      <w:r>
        <w:br/>
      </w:r>
      <w:r>
        <w:rPr>
          <w:sz w:val="20"/>
        </w:rPr>
        <w:t>1:09:26  Yahi sab karna hai.</w:t>
      </w:r>
      <w:r>
        <w:br/>
      </w:r>
      <w:r>
        <w:rPr>
          <w:sz w:val="20"/>
        </w:rPr>
        <w:t>1:09:30  Is ke baad jo cheez hai woh sincerity hi hai.</w:t>
      </w:r>
    </w:p>
    <w:p>
      <w:pPr>
        <w:pStyle w:val="Heading2"/>
      </w:pPr>
      <w:r>
        <w:t>Things That Hamper Spiritual Growth</w:t>
      </w:r>
    </w:p>
    <w:p>
      <w:r>
        <w:rPr>
          <w:color w:val="666666"/>
          <w:sz w:val="18"/>
        </w:rPr>
        <w:t>Spirituality · On Death June 08, 2014 · 2m 50s · at 50:24 · https://youtu.be/p0lSKQ0edmw?t=3024</w:t>
      </w:r>
    </w:p>
    <w:p>
      <w:r>
        <w:rPr>
          <w:i/>
        </w:rPr>
        <w:t>“What are the things that hamper a person's spiritual growth?”</w:t>
      </w:r>
    </w:p>
    <w:p>
      <w:r>
        <w:rPr>
          <w:sz w:val="20"/>
        </w:rPr>
        <w:t>50:24  maulana, agla sawal kya hai Agra se Usman sahib ne. Aur unhon ne poocha hai aap se ke "Please tell us according to you, what are the things which hampers a person's spiritual growth?" Woh to mein ne wohi keh diya.</w:t>
      </w:r>
      <w:r>
        <w:br/>
      </w:r>
      <w:r>
        <w:rPr>
          <w:sz w:val="20"/>
        </w:rPr>
        <w:t>50:43  Distraction. Ji, sab se bari killer jo hai, killer cheez woh hai distraction.</w:t>
      </w:r>
      <w:r>
        <w:br/>
      </w:r>
      <w:r>
        <w:rPr>
          <w:sz w:val="20"/>
        </w:rPr>
        <w:t>50:51  Distraction se mein har cheez ko leta hoon. Yaani bare necessity jo hai, jo bilkul zaroori cheez hai, us ke siwa jahan jahan aap apnay ko mashghool karte hain, woh sab distraction hai.</w:t>
      </w:r>
      <w:r>
        <w:br/>
      </w:r>
      <w:r>
        <w:rPr>
          <w:sz w:val="20"/>
        </w:rPr>
        <w:t>51:08  To ya to aadmi spirituality ki baat na kare. Woh kahe ke mujhe spirituality chahiye nahin. Agar baat karta hai to us ko us ki price deni paregi.</w:t>
      </w:r>
      <w:r>
        <w:br/>
      </w:r>
      <w:r>
        <w:rPr>
          <w:sz w:val="20"/>
        </w:rPr>
        <w:t>51:20  Logon ka haal yeh hai ke price diye baghair chahte hain ke un ko spirituality mil jaye. Kehte hain to possible nahin hai.</w:t>
      </w:r>
      <w:r>
        <w:br/>
      </w:r>
      <w:r>
        <w:rPr>
          <w:sz w:val="20"/>
        </w:rPr>
        <w:t>51:31  Aksar logon ko mein ne yahi paya hai ke woh chahte hain ke price diye baghair woh spirituality ko pa jayen. Yeh to possible nahin hai. Yeh to law of nature ke khilaf hai.</w:t>
      </w:r>
      <w:r>
        <w:br/>
      </w:r>
      <w:r>
        <w:rPr>
          <w:sz w:val="20"/>
        </w:rPr>
        <w:t>51:43  To yaad rakhiye, spirituality ki jo price hai, woh hai apnay aap ko distraction se bachana. Yahi price hai.</w:t>
      </w:r>
      <w:r>
        <w:br/>
      </w:r>
      <w:r>
        <w:rPr>
          <w:sz w:val="20"/>
        </w:rPr>
        <w:t>51:53  Ya to dijiye yeh price aur spirituality ko hasil kijiye. Aur nahin dena hai aap ko to phir spirituality ki baat hi mat kijiye.</w:t>
      </w:r>
      <w:r>
        <w:br/>
      </w:r>
      <w:r>
        <w:rPr>
          <w:sz w:val="20"/>
        </w:rPr>
        <w:t>52:10  dekhiye, jaise main kehta hoon, distraction se bachana wohi cheez hai jo Quran mein sabr kaha gaya hai.</w:t>
      </w:r>
      <w:r>
        <w:br/>
      </w:r>
      <w:r>
        <w:rPr>
          <w:sz w:val="20"/>
        </w:rPr>
        <w:t>52:20  isi ko to Quran mein sabr kaha gaya hai.</w:t>
      </w:r>
      <w:r>
        <w:br/>
      </w:r>
      <w:r>
        <w:rPr>
          <w:sz w:val="20"/>
        </w:rPr>
        <w:t>52:25  Quran mein yeh ayat hai ke "ولنبلونكم بشيء من الخوف والجوء منقص من الأموال والنفس والصبرات وبشر الصابرين" ۔</w:t>
      </w:r>
      <w:r>
        <w:br/>
      </w:r>
      <w:r>
        <w:rPr>
          <w:sz w:val="20"/>
        </w:rPr>
        <w:t>52:40  to tarah tarah ke nuksan, tarah tarah ka khona, tarah tarah ki aisi cheezein jo hum chahte nahi, woh pesh aati hain. Is par sabr karenge, tab ja kar aap ko Allah ki se qareeb hone ki tofeeq milegi.</w:t>
      </w:r>
      <w:r>
        <w:br/>
      </w:r>
      <w:r>
        <w:rPr>
          <w:sz w:val="20"/>
        </w:rPr>
        <w:t>52:58  yahi to hai distraction. Distraction mein bolta hoon aaj ke mind ko address karne ke liye, warna woh wohi cheez hai jis ko Quran mein sabr kaha gaya hai.</w:t>
      </w:r>
    </w:p>
    <w:p>
      <w:pPr>
        <w:pStyle w:val="Heading2"/>
      </w:pPr>
      <w:r>
        <w:t>Things that derail from love of God</w:t>
      </w:r>
    </w:p>
    <w:p>
      <w:r>
        <w:rPr>
          <w:color w:val="666666"/>
          <w:sz w:val="18"/>
        </w:rPr>
        <w:t>Spirituality · Love of God 19 Sept 2021 - Prof. Farida Khanam · 3m 43s · at 33:44 · https://youtu.be/mpGeGz_Cfrw?t=2024</w:t>
      </w:r>
    </w:p>
    <w:p>
      <w:r>
        <w:rPr>
          <w:i/>
        </w:rPr>
        <w:t>“What can derail a person from love of God? What is your opinion?”</w:t>
      </w:r>
    </w:p>
    <w:p>
      <w:r>
        <w:rPr>
          <w:sz w:val="20"/>
        </w:rPr>
        <w:t>33:44  ah, apa yeh sawal merit se bheja hai Khalid sahib ne.</w:t>
      </w:r>
      <w:r>
        <w:br/>
      </w:r>
      <w:r>
        <w:rPr>
          <w:sz w:val="20"/>
        </w:rPr>
        <w:t>33:50  انہوں نے لکھا ہے کہ: "اہ، what can derail a person from love of God؟" What is your</w:t>
      </w:r>
      <w:r>
        <w:br/>
      </w:r>
      <w:r>
        <w:rPr>
          <w:sz w:val="20"/>
        </w:rPr>
        <w:t>33:56  opinion in this?</w:t>
      </w:r>
      <w:r>
        <w:br/>
      </w:r>
      <w:r>
        <w:rPr>
          <w:sz w:val="20"/>
        </w:rPr>
        <w:t>34:02  ab derailment zyada yahi hai ke hamare apne interest, hamari desires, is mein hum hamara diversion ho jata hai.</w:t>
      </w:r>
      <w:r>
        <w:br/>
      </w:r>
      <w:r>
        <w:rPr>
          <w:sz w:val="20"/>
        </w:rPr>
        <w:t>34:08  hum kisi cheez mein bohat zyada hamara concern badh jata hai.</w:t>
      </w:r>
      <w:r>
        <w:br/>
      </w:r>
      <w:r>
        <w:rPr>
          <w:sz w:val="20"/>
        </w:rPr>
        <w:t>34:14  jaise koi jo job karta hai, us ke liye sab se bari cheez career ho jati hai, aur</w:t>
      </w:r>
      <w:r>
        <w:br/>
      </w:r>
      <w:r>
        <w:rPr>
          <w:sz w:val="20"/>
        </w:rPr>
        <w:t>34:20  business karta hai to woh apne business ko aur zyada aur zyada karna chahta hai.</w:t>
      </w:r>
      <w:r>
        <w:br/>
      </w:r>
      <w:r>
        <w:rPr>
          <w:sz w:val="20"/>
        </w:rPr>
        <w:t>34:26  ya koi leader hai to woh apni popularity</w:t>
      </w:r>
      <w:r>
        <w:br/>
      </w:r>
      <w:r>
        <w:rPr>
          <w:sz w:val="20"/>
        </w:rPr>
        <w:t>34:32  ke chakkar mein bohat zyada aage badh jata hai, aur woh khuda se taalluq is ka kam ho jata hai.</w:t>
      </w:r>
      <w:r>
        <w:br/>
      </w:r>
      <w:r>
        <w:rPr>
          <w:sz w:val="20"/>
        </w:rPr>
        <w:t>34:37  to yahi sab derailment hai.</w:t>
      </w:r>
      <w:r>
        <w:br/>
      </w:r>
      <w:r>
        <w:rPr>
          <w:sz w:val="20"/>
        </w:rPr>
        <w:t>34:41  yani duniya jo hai, yeh bohat bara deception hai.</w:t>
      </w:r>
      <w:r>
        <w:br/>
      </w:r>
      <w:r>
        <w:rPr>
          <w:sz w:val="20"/>
        </w:rPr>
        <w:t>34:45  is deception se hamein aage badhna hai, aur tamam veil ko phaad kar ke khuda se taalluq qaim karna hai.</w:t>
      </w:r>
      <w:r>
        <w:br/>
      </w:r>
      <w:r>
        <w:rPr>
          <w:sz w:val="20"/>
        </w:rPr>
        <w:t>34:50  is mein sab se bari baat yeh hai ke hum yeh samjhen ke yeh duniya jo hai, yeh</w:t>
      </w:r>
      <w:r>
        <w:br/>
      </w:r>
      <w:r>
        <w:rPr>
          <w:sz w:val="20"/>
        </w:rPr>
        <w:t>34:54  ek temporary aboard hai.</w:t>
      </w:r>
      <w:r>
        <w:br/>
      </w:r>
      <w:r>
        <w:rPr>
          <w:sz w:val="20"/>
        </w:rPr>
        <w:t>34:58  yeh creation plan jab tak hum apne samne</w:t>
      </w:r>
      <w:r>
        <w:br/>
      </w:r>
      <w:r>
        <w:rPr>
          <w:sz w:val="20"/>
        </w:rPr>
        <w:t>35:03  nahin rakhenge to hum duniya mein phanse rahenge.</w:t>
      </w:r>
      <w:r>
        <w:br/>
      </w:r>
      <w:r>
        <w:rPr>
          <w:sz w:val="20"/>
        </w:rPr>
        <w:t>35:06  kyunke duniya hum ko ek dam real lagti hai.</w:t>
      </w:r>
      <w:r>
        <w:br/>
      </w:r>
      <w:r>
        <w:rPr>
          <w:sz w:val="20"/>
        </w:rPr>
        <w:t>35:10  to hum ko apna creation plan apne samne rakhna hai, aur yeh samajhna hai ke hamari jo ek</w:t>
      </w:r>
      <w:r>
        <w:br/>
      </w:r>
      <w:r>
        <w:rPr>
          <w:sz w:val="20"/>
        </w:rPr>
        <w:t>35:14  eternal life hai, yeh chand din ki dunya hai.</w:t>
      </w:r>
      <w:r>
        <w:br/>
      </w:r>
      <w:r>
        <w:rPr>
          <w:sz w:val="20"/>
        </w:rPr>
        <w:t>35:18  is mein sirf zaroorat ki had tak involve karen, aur baqi jo hai sab kuch jo hai akhirat</w:t>
      </w:r>
      <w:r>
        <w:br/>
      </w:r>
      <w:r>
        <w:rPr>
          <w:sz w:val="20"/>
        </w:rPr>
        <w:t>35:21  ke liye tayyari karen.</w:t>
      </w:r>
      <w:r>
        <w:br/>
      </w:r>
      <w:r>
        <w:rPr>
          <w:sz w:val="20"/>
        </w:rPr>
        <w:t>35:25  kyun ke asal eternal abode hamara wohi hai.</w:t>
      </w:r>
      <w:r>
        <w:br/>
      </w:r>
      <w:r>
        <w:rPr>
          <w:sz w:val="20"/>
        </w:rPr>
        <w:t>35:29  in fact, apa</w:t>
      </w:r>
      <w:r>
        <w:br/>
      </w:r>
      <w:r>
        <w:rPr>
          <w:sz w:val="20"/>
        </w:rPr>
        <w:t>35:33  just to add in what you said, there is also a hadith with respect to this, and there</w:t>
      </w:r>
      <w:r>
        <w:br/>
      </w:r>
      <w:r>
        <w:rPr>
          <w:sz w:val="20"/>
        </w:rPr>
        <w:t>35:39  as a warning as well as glad tiding in that hadith.</w:t>
      </w:r>
      <w:r>
        <w:br/>
      </w:r>
      <w:r>
        <w:rPr>
          <w:sz w:val="20"/>
        </w:rPr>
        <w:t>35:45  And Muadh ibn Jabal narrated that the Prophet once said that you are on a wide and broad road</w:t>
      </w:r>
      <w:r>
        <w:br/>
      </w:r>
      <w:r>
        <w:rPr>
          <w:sz w:val="20"/>
        </w:rPr>
        <w:t>35:51  of God till you are overtaken by two intoxicants.</w:t>
      </w:r>
      <w:r>
        <w:br/>
      </w:r>
      <w:r>
        <w:rPr>
          <w:sz w:val="20"/>
        </w:rPr>
        <w:t>35:57  The first intoxicant is ignorance, and the second intoxicant is a love of</w:t>
      </w:r>
      <w:r>
        <w:br/>
      </w:r>
      <w:r>
        <w:rPr>
          <w:sz w:val="20"/>
        </w:rPr>
        <w:t>36:03  luxury and ease.</w:t>
      </w:r>
      <w:r>
        <w:br/>
      </w:r>
      <w:r>
        <w:rPr>
          <w:sz w:val="20"/>
        </w:rPr>
        <w:t>36:07  Ah so, and then he said that you will continue, you will continue to order to do good</w:t>
      </w:r>
      <w:r>
        <w:br/>
      </w:r>
      <w:r>
        <w:rPr>
          <w:sz w:val="20"/>
        </w:rPr>
        <w:t>36:12  to people, and you will ask them to shun evil.</w:t>
      </w:r>
      <w:r>
        <w:br/>
      </w:r>
      <w:r>
        <w:rPr>
          <w:sz w:val="20"/>
        </w:rPr>
        <w:t>36:16  Ah, but then you will be overtaken by the love of this world, and when you will be</w:t>
      </w:r>
      <w:r>
        <w:br/>
      </w:r>
      <w:r>
        <w:rPr>
          <w:sz w:val="20"/>
        </w:rPr>
        <w:t>36:20  overtaken by the love of this world, like you mentioned, then you will stop ordering people to do</w:t>
      </w:r>
      <w:r>
        <w:br/>
      </w:r>
      <w:r>
        <w:rPr>
          <w:sz w:val="20"/>
        </w:rPr>
        <w:t>36:24  good, or you will not tell them to, you know, check.</w:t>
      </w:r>
      <w:r>
        <w:br/>
      </w:r>
      <w:r>
        <w:rPr>
          <w:sz w:val="20"/>
        </w:rPr>
        <w:t>36:29  you will not check the</w:t>
      </w:r>
      <w:r>
        <w:br/>
      </w:r>
      <w:r>
        <w:rPr>
          <w:sz w:val="20"/>
        </w:rPr>
        <w:t>36:33  them in evil.</w:t>
      </w:r>
      <w:r>
        <w:br/>
      </w:r>
      <w:r>
        <w:rPr>
          <w:sz w:val="20"/>
        </w:rPr>
        <w:t>36:38  so then here he also gives a glad tiding.</w:t>
      </w:r>
      <w:r>
        <w:br/>
      </w:r>
      <w:r>
        <w:rPr>
          <w:sz w:val="20"/>
        </w:rPr>
        <w:t>36:43  he says that if at that time you act according to the book and the sunnah, then it</w:t>
      </w:r>
      <w:r>
        <w:br/>
      </w:r>
      <w:r>
        <w:rPr>
          <w:sz w:val="20"/>
        </w:rPr>
        <w:t>36:48  is like you will be in an in in the league of the earlier muhajir and the ansar.</w:t>
      </w:r>
      <w:r>
        <w:br/>
      </w:r>
      <w:r>
        <w:rPr>
          <w:sz w:val="20"/>
        </w:rPr>
        <w:t>36:53  so this is a, this is a great, you know, sort of tiding for everyone that if</w:t>
      </w:r>
      <w:r>
        <w:br/>
      </w:r>
      <w:r>
        <w:rPr>
          <w:sz w:val="20"/>
        </w:rPr>
        <w:t>36:58  we can some how manage, like apa also mentioned that is</w:t>
      </w:r>
      <w:r>
        <w:br/>
      </w:r>
      <w:r>
        <w:rPr>
          <w:sz w:val="20"/>
        </w:rPr>
        <w:t>37:04  dunya se bachna hai, whether it is, you know, position, love, fame, children, your wealth.</w:t>
      </w:r>
      <w:r>
        <w:br/>
      </w:r>
      <w:r>
        <w:rPr>
          <w:sz w:val="20"/>
        </w:rPr>
        <w:t>37:10  then you can actually be in the league of the ansar and the muhajir, and they were the</w:t>
      </w:r>
      <w:r>
        <w:br/>
      </w:r>
      <w:r>
        <w:rPr>
          <w:sz w:val="20"/>
        </w:rPr>
        <w:t>37:16  companions of the prophet.</w:t>
      </w:r>
      <w:r>
        <w:br/>
      </w:r>
      <w:r>
        <w:rPr>
          <w:sz w:val="20"/>
        </w:rPr>
        <w:t>37:22  so its, its a, its a wonderful hadith that I came across.</w:t>
      </w:r>
    </w:p>
    <w:p>
      <w:pPr>
        <w:pStyle w:val="Heading2"/>
      </w:pPr>
      <w:r>
        <w:t>Training mind for purification and good thoughts</w:t>
      </w:r>
    </w:p>
    <w:p>
      <w:r>
        <w:rPr>
          <w:color w:val="666666"/>
          <w:sz w:val="18"/>
        </w:rPr>
        <w:t>Spirituality · Dars e Quran, Ch 2 Vs 80 82, July 01, 2018 · 1m 20s · at 50:47 · https://youtu.be/BuLkoCE6j18?t=3047</w:t>
      </w:r>
    </w:p>
    <w:p>
      <w:r>
        <w:rPr>
          <w:i/>
        </w:rPr>
        <w:t>“Maulana, how can we train our mind to be disciplined towards purification and good thoughts?”</w:t>
      </w:r>
    </w:p>
    <w:p>
      <w:r>
        <w:rPr>
          <w:sz w:val="20"/>
        </w:rPr>
        <w:t>50:47  Maulana, agla sawal lene se pehle Muhammad Yaqoob Umri sahib ka comment padhna chahenge. Dilli se bheja hai unhone. Unhone likha hai: "Maulana, it is an eye opening lecture for me to know the meaning of Kitab Mahjoor.</w:t>
      </w:r>
      <w:r>
        <w:br/>
      </w:r>
      <w:r>
        <w:rPr>
          <w:sz w:val="20"/>
        </w:rPr>
        <w:t>51:03  it help me to get myself out of wishful thinking. jazak allah." maulana, agla sawal bheja hai fawad kadwai sahib ne lucknow se.</w:t>
      </w:r>
      <w:r>
        <w:br/>
      </w:r>
      <w:r>
        <w:rPr>
          <w:sz w:val="20"/>
        </w:rPr>
        <w:t>51:18  unhone likha hai: "maulana sahib, how can we train our mind to be disciplined towards purification and good thoughts?</w:t>
      </w:r>
      <w:r>
        <w:br/>
      </w:r>
      <w:r>
        <w:rPr>
          <w:sz w:val="20"/>
        </w:rPr>
        <w:t>51:29  how can we save our self from getting distracted towards the wrong path? please guide us." main kehta hoon ke objectivity ki zaroorat hai.</w:t>
      </w:r>
      <w:r>
        <w:br/>
      </w:r>
      <w:r>
        <w:rPr>
          <w:sz w:val="20"/>
        </w:rPr>
        <w:t>51:43  objective mind se study karna.</w:t>
      </w:r>
      <w:r>
        <w:br/>
      </w:r>
      <w:r>
        <w:rPr>
          <w:sz w:val="20"/>
        </w:rPr>
        <w:t>51:49  rukawat jo hai, woh hai ek objective thinking. musalmanon mein bohat kam ho gayi hai. isi ko revive kijiye to sab baat apne aap aa jayegi.</w:t>
      </w:r>
    </w:p>
    <w:p>
      <w:pPr>
        <w:pStyle w:val="Heading2"/>
      </w:pPr>
      <w:r>
        <w:t>Triggering mind with God's remembrance</w:t>
      </w:r>
    </w:p>
    <w:p>
      <w:r>
        <w:rPr>
          <w:color w:val="666666"/>
          <w:sz w:val="18"/>
        </w:rPr>
        <w:t>Spirituality · Roza (Fasting) Shock May 26, 2019 · 53s · at 39:37 · https://youtu.be/GXYhGriFRpM?t=2377</w:t>
      </w:r>
    </w:p>
    <w:p>
      <w:r>
        <w:rPr>
          <w:i/>
        </w:rPr>
        <w:t>“How to trigger the mind with the remembrance of God? What is the method? Explain.”</w:t>
      </w:r>
    </w:p>
    <w:p>
      <w:r>
        <w:rPr>
          <w:sz w:val="20"/>
        </w:rPr>
        <w:t>39:37  maulana, agla sawal kya hai maulana iqbal umri ne chennai se. unhon ne aapse poocha hai ke khuda ki yaad se mind ko kaise trigger karein?</w:t>
      </w:r>
      <w:r>
        <w:br/>
      </w:r>
      <w:r>
        <w:rPr>
          <w:sz w:val="20"/>
        </w:rPr>
        <w:t>39:48  iska tareeqa kya hai? is ki wazahat karein.</w:t>
      </w:r>
      <w:r>
        <w:br/>
      </w:r>
      <w:r>
        <w:rPr>
          <w:sz w:val="20"/>
        </w:rPr>
        <w:t>39:52  tareeqa to maine bata diya aap ko ke main ek masle se dochar hua ke mr. rajeev ne kaha ke nahi, aaj kuch na kuch to bolna padega.</w:t>
      </w:r>
      <w:r>
        <w:br/>
      </w:r>
      <w:r>
        <w:rPr>
          <w:sz w:val="20"/>
        </w:rPr>
        <w:t>40:02  to maine kaha ke aye allah ke farishton, meri madad karo. to unhon ne ek ajeeb ghareeb baat kahi ke logon ke liye batao ke roza is liye hai ke mind trigger ho.</w:t>
      </w:r>
      <w:r>
        <w:br/>
      </w:r>
      <w:r>
        <w:rPr>
          <w:sz w:val="20"/>
        </w:rPr>
        <w:t>40:18  roza fasting shock hai, yahi karna hai har har aadmi ko. har aadmi ko yahi karna hai.</w:t>
      </w:r>
    </w:p>
    <w:p>
      <w:pPr>
        <w:pStyle w:val="Heading2"/>
      </w:pPr>
      <w:r>
        <w:t>Ultimate limit of discovering helplessness</w:t>
      </w:r>
    </w:p>
    <w:p>
      <w:r>
        <w:rPr>
          <w:color w:val="666666"/>
          <w:sz w:val="18"/>
        </w:rPr>
        <w:t>Spirituality · The Importance of Thinking November 10, 2013 · 2m 24s · at 58:41 · https://youtu.be/y16CddTHoqE?t=3521</w:t>
      </w:r>
    </w:p>
    <w:p>
      <w:r>
        <w:rPr>
          <w:i/>
        </w:rPr>
        <w:t>“What is the ultimate limit of discovering helplessness? How can one know that they have discovered helplessness?”</w:t>
      </w:r>
    </w:p>
    <w:p>
      <w:r>
        <w:rPr>
          <w:sz w:val="20"/>
        </w:rPr>
        <w:t>58:41  to mein inshallah aap ko jawab doon ga. Maulana, agla sawal tamil nadu se hai Maulana Iqbal Umri ka</w:t>
      </w:r>
      <w:r>
        <w:br/>
      </w:r>
      <w:r>
        <w:rPr>
          <w:sz w:val="20"/>
        </w:rPr>
        <w:t>58:49  . unhon ne likha hai: "Maulana, ajz ki daryaft ki aakhri had kya hai? yani koi kaise yeh jaan sakta hai ke mein ajz ko daryaft kar chuka hoon?"</w:t>
      </w:r>
      <w:r>
        <w:br/>
      </w:r>
      <w:r>
        <w:rPr>
          <w:sz w:val="20"/>
        </w:rPr>
        <w:t>59:08  dekhen, mere tajrube ke mutabiq is ka jawab yeh hai ke jab aap ka haal yeh ho jaye ke aap ko aap ki praise ki jaye, aap ki tareef ki jaye,</w:t>
      </w:r>
      <w:r>
        <w:br/>
      </w:r>
      <w:r>
        <w:rPr>
          <w:sz w:val="20"/>
        </w:rPr>
        <w:t>59:26  aur aap ko is par koi khushi na ho, aur aap ko criticize kiya jaye, aap ki tanqeed ki jaye, aur is par aap ko kuch offend na ho, aap aap bura na lagay,</w:t>
      </w:r>
      <w:r>
        <w:br/>
      </w:r>
      <w:r>
        <w:rPr>
          <w:sz w:val="20"/>
        </w:rPr>
        <w:t>59:39  tab aap ne ajz ko jana.</w:t>
      </w:r>
      <w:r>
        <w:br/>
      </w:r>
      <w:r>
        <w:rPr>
          <w:sz w:val="20"/>
        </w:rPr>
        <w:t>59:45  yani aap ko bara. aap ko aap aap ko criticize kiya jaye aur aap offend na hon, aap ko praise kiya jaye aur aap khush na hon,</w:t>
      </w:r>
      <w:r>
        <w:br/>
      </w:r>
      <w:r>
        <w:rPr>
          <w:sz w:val="20"/>
        </w:rPr>
        <w:t>59:58  tab aap ne jana hai ke ajz ko daryaft kiya. baqi yeh hai ke ajz kis ka Allah ka qabool hoga, yeh alag baat hai.</w:t>
      </w:r>
      <w:r>
        <w:br/>
      </w:r>
      <w:r>
        <w:rPr>
          <w:sz w:val="20"/>
        </w:rPr>
        <w:t>1:00:07  phir bhi yeh baat baqi rahe gi ke is ka ajz Allah ka qabil-e-qubool thehray ga, woh Allah hi ko pata hai.</w:t>
      </w:r>
      <w:r>
        <w:br/>
      </w:r>
      <w:r>
        <w:rPr>
          <w:sz w:val="20"/>
        </w:rPr>
        <w:t>1:00:15  lekin definition ke aitbar se mein keh sakta hoon ke ajz ki definition yahi hai ke aadmi itna criticize ho jata hai,</w:t>
      </w:r>
      <w:r>
        <w:br/>
      </w:r>
      <w:r>
        <w:rPr>
          <w:sz w:val="20"/>
        </w:rPr>
        <w:t>1:00:29  itna criticize ho jata hai ke aadmi ko tareef sun kar woh kehta hai ke meri tareef kya? mein meri kon si tareef ki baat hai?</w:t>
      </w:r>
      <w:r>
        <w:br/>
      </w:r>
      <w:r>
        <w:rPr>
          <w:sz w:val="20"/>
        </w:rPr>
        <w:t>1:00:38  mere liye tanqeed sun kar sochta hai ke tanqeed par offend hone kya hai</w:t>
      </w:r>
      <w:r>
        <w:br/>
      </w:r>
      <w:r>
        <w:rPr>
          <w:sz w:val="20"/>
        </w:rPr>
        <w:t>1:00:45  ? mein to mein to woh aik aik ghalti kar raha hai, mere to hazar ghalti hai.</w:t>
      </w:r>
      <w:r>
        <w:br/>
      </w:r>
      <w:r>
        <w:rPr>
          <w:sz w:val="20"/>
        </w:rPr>
        <w:t>1:00:51  to ajz ki definition mein de raha hoon. baqi yeh hai ke kis ka ajz Allah ka qabool hoga, accept kiya jaye ga, woh alag baat hai.</w:t>
      </w:r>
      <w:r>
        <w:br/>
      </w:r>
      <w:r>
        <w:rPr>
          <w:sz w:val="20"/>
        </w:rPr>
        <w:t>1:01:00  is ka ilm sirf Allah ko hai.</w:t>
      </w:r>
    </w:p>
    <w:p>
      <w:pPr>
        <w:pStyle w:val="Heading2"/>
      </w:pPr>
      <w:r>
        <w:t>Understanding God's perspective on self</w:t>
      </w:r>
    </w:p>
    <w:p>
      <w:r>
        <w:rPr>
          <w:color w:val="666666"/>
          <w:sz w:val="18"/>
        </w:rPr>
        <w:t>Spirituality · Concept of Jihad in Islam September 7, 2014 · 3m 03s · at 54:40 · https://youtu.be/GnKBYM8HbuQ?t=3280</w:t>
      </w:r>
    </w:p>
    <w:p>
      <w:r>
        <w:rPr>
          <w:i/>
        </w:rPr>
        <w:t>“You had said you want each CPS member to look at himself the way God is looking at him. Can you please elaborate for our understanding what did you mean by that?”</w:t>
      </w:r>
    </w:p>
    <w:p>
      <w:r>
        <w:rPr>
          <w:sz w:val="20"/>
        </w:rPr>
        <w:t>54:40  maulana, agla sawal miss naghma siddiqui ne kiya hai dilli se, aur unhon ne likha hai ke you</w:t>
      </w:r>
      <w:r>
        <w:br/>
      </w:r>
      <w:r>
        <w:rPr>
          <w:sz w:val="20"/>
        </w:rPr>
        <w:t>54:45  had said you want each CPS member to look at himself the way God is looking at him.</w:t>
      </w:r>
      <w:r>
        <w:br/>
      </w:r>
      <w:r>
        <w:rPr>
          <w:sz w:val="20"/>
        </w:rPr>
        <w:t>54:51  Can you please elaborate for our understanding what did you mean by that?</w:t>
      </w:r>
      <w:r>
        <w:br/>
      </w:r>
      <w:r>
        <w:rPr>
          <w:sz w:val="20"/>
        </w:rPr>
        <w:t>54:56  Bhai, ek hadith hai, isi isi isi baat ko maine apne lafzon mein keh diya.</w:t>
      </w:r>
      <w:r>
        <w:br/>
      </w:r>
      <w:r>
        <w:rPr>
          <w:sz w:val="20"/>
        </w:rPr>
        <w:t>55:01  Ek hadith hai ke la tazal qadama abdin hatta yus'ala an arba Allah ke samne insan khara hoga</w:t>
      </w:r>
      <w:r>
        <w:br/>
      </w:r>
      <w:r>
        <w:rPr>
          <w:sz w:val="20"/>
        </w:rPr>
        <w:t>55:07  Aur hat nahi payega samne se jab tak char sal ka jawab na de de.</w:t>
      </w:r>
      <w:r>
        <w:br/>
      </w:r>
      <w:r>
        <w:rPr>
          <w:sz w:val="20"/>
        </w:rPr>
        <w:t>55:12  To wahi to hai ke aap is hadith par gaur kijiye ke wahan jab Allah ka barah-e-rast</w:t>
      </w:r>
      <w:r>
        <w:br/>
      </w:r>
      <w:r>
        <w:rPr>
          <w:sz w:val="20"/>
        </w:rPr>
        <w:t>55:18  Mujh se sawal hoga to main kya jawab dunga? Aur hadith mein yeh bhi hai ke har</w:t>
      </w:r>
      <w:r>
        <w:br/>
      </w:r>
      <w:r>
        <w:rPr>
          <w:sz w:val="20"/>
        </w:rPr>
        <w:t>55:23  Insan par woh waqt aayega ke woh Allah se uska dialogue hoga aur beech mein koi</w:t>
      </w:r>
      <w:r>
        <w:br/>
      </w:r>
      <w:r>
        <w:rPr>
          <w:sz w:val="20"/>
        </w:rPr>
        <w:t>55:28  Tarjuman nahi hoga.</w:t>
      </w:r>
      <w:r>
        <w:br/>
      </w:r>
      <w:r>
        <w:rPr>
          <w:sz w:val="20"/>
        </w:rPr>
        <w:t>55:34  Wa laysa bainahu wa baina hu tarjuman. Bari ajib baat hai.</w:t>
      </w:r>
      <w:r>
        <w:br/>
      </w:r>
      <w:r>
        <w:rPr>
          <w:sz w:val="20"/>
        </w:rPr>
        <w:t>55:39  Har insan Allah ke samne khara hoga aur beech mein koi tarjuman nahi hoga.</w:t>
      </w:r>
      <w:r>
        <w:br/>
      </w:r>
      <w:r>
        <w:rPr>
          <w:sz w:val="20"/>
        </w:rPr>
        <w:t>55:45  Yaani jo zuban Allah ki taraf se aayegi, wahi zuban aap bhi samjhenge aur bolenge.</w:t>
      </w:r>
      <w:r>
        <w:br/>
      </w:r>
      <w:r>
        <w:rPr>
          <w:sz w:val="20"/>
        </w:rPr>
        <w:t>55:50  Ek hi zuban.</w:t>
      </w:r>
      <w:r>
        <w:br/>
      </w:r>
      <w:r>
        <w:rPr>
          <w:sz w:val="20"/>
        </w:rPr>
        <w:t>55:55  To main samajhta hoon ke agar aadmi is tarah soche to har aadmi jaan lega ke wahan</w:t>
      </w:r>
      <w:r>
        <w:br/>
      </w:r>
      <w:r>
        <w:rPr>
          <w:sz w:val="20"/>
        </w:rPr>
        <w:t>56:01  Par mujh se kya sawal kiya jayega.</w:t>
      </w:r>
      <w:r>
        <w:br/>
      </w:r>
      <w:r>
        <w:rPr>
          <w:sz w:val="20"/>
        </w:rPr>
        <w:t>56:06  Koi mushkil kaam nahi.</w:t>
      </w:r>
      <w:r>
        <w:br/>
      </w:r>
      <w:r>
        <w:rPr>
          <w:sz w:val="20"/>
        </w:rPr>
        <w:t>56:12  Aap ka fitrat, aap ka shaoor yeh batane ke liye kafi hai ke jab main Allah ke samne</w:t>
      </w:r>
      <w:r>
        <w:br/>
      </w:r>
      <w:r>
        <w:rPr>
          <w:sz w:val="20"/>
        </w:rPr>
        <w:t>56:17  Khara hounga to mujh se kya sawal kiya jayega.</w:t>
      </w:r>
      <w:r>
        <w:br/>
      </w:r>
      <w:r>
        <w:rPr>
          <w:sz w:val="20"/>
        </w:rPr>
        <w:t>56:22  Is mein kisi logic ki zaroorat nahi hai, kisi philosophy ki zaroorat nahi hai.</w:t>
      </w:r>
      <w:r>
        <w:br/>
      </w:r>
      <w:r>
        <w:rPr>
          <w:sz w:val="20"/>
        </w:rPr>
        <w:t>56:28  Kaisi ajib baat hai.</w:t>
      </w:r>
      <w:r>
        <w:br/>
      </w:r>
      <w:r>
        <w:rPr>
          <w:sz w:val="20"/>
        </w:rPr>
        <w:t>56:33  Quran mein hai ke Yawma yaqoomu alnnasu lirabbi al'alamin jab khare honge log Allah ke samne, isi</w:t>
      </w:r>
      <w:r>
        <w:br/>
      </w:r>
      <w:r>
        <w:rPr>
          <w:sz w:val="20"/>
        </w:rPr>
        <w:t>56:39  Ka ta'beer hai hadith mein.</w:t>
      </w:r>
      <w:r>
        <w:br/>
      </w:r>
      <w:r>
        <w:rPr>
          <w:sz w:val="20"/>
        </w:rPr>
        <w:t>56:44  To bas yahi soche aadmi ke woh waqt jab aane wala hai ke jab main Allah ke samne</w:t>
      </w:r>
      <w:r>
        <w:br/>
      </w:r>
      <w:r>
        <w:rPr>
          <w:sz w:val="20"/>
        </w:rPr>
        <w:t>56:49  Apne aap ko paunga aur tarjuman ke baghair mujh se Allah ka dialogue hoga.</w:t>
      </w:r>
      <w:r>
        <w:br/>
      </w:r>
      <w:r>
        <w:rPr>
          <w:sz w:val="20"/>
        </w:rPr>
        <w:t>56:55  Aur aap jante hain ke har aadmi ko pata hai ke Allah par mere dil ka haal bhi</w:t>
      </w:r>
      <w:r>
        <w:br/>
      </w:r>
      <w:r>
        <w:rPr>
          <w:sz w:val="20"/>
        </w:rPr>
        <w:t>57:00  Khula hua hai.</w:t>
      </w:r>
      <w:r>
        <w:br/>
      </w:r>
      <w:r>
        <w:rPr>
          <w:sz w:val="20"/>
        </w:rPr>
        <w:t>57:06  woh janta hai ke mere mind mein kya soch chal raha hai, is ka bhi pata hai Allah taala ko.</w:t>
      </w:r>
      <w:r>
        <w:br/>
      </w:r>
      <w:r>
        <w:rPr>
          <w:sz w:val="20"/>
        </w:rPr>
        <w:t>57:11  isi liye Quran mein kaha gaya hai ke har aadmi agar apne aap bare mein soche toh woh</w:t>
      </w:r>
      <w:r>
        <w:br/>
      </w:r>
      <w:r>
        <w:rPr>
          <w:sz w:val="20"/>
        </w:rPr>
        <w:t>57:16  khud hi jaan sakta hai ke sachai kya hai.</w:t>
      </w:r>
      <w:r>
        <w:br/>
      </w:r>
      <w:r>
        <w:rPr>
          <w:sz w:val="20"/>
        </w:rPr>
        <w:t>57:22  balil lil insani wali nafsih wa saro toh mein toh aksar isi aayat ko sochta rehta hoon yom yaqoomun nas</w:t>
      </w:r>
      <w:r>
        <w:br/>
      </w:r>
      <w:r>
        <w:rPr>
          <w:sz w:val="20"/>
        </w:rPr>
        <w:t>57:27  lirab bil aalameen jis din log khare honge rab ul aalameen ke samne.</w:t>
      </w:r>
      <w:r>
        <w:br/>
      </w:r>
      <w:r>
        <w:rPr>
          <w:sz w:val="20"/>
        </w:rPr>
        <w:t>57:33  yahi ek aayat mere liye kafi hoti hai ke sari baatein mujh se khul jayen aur mujh ko</w:t>
      </w:r>
      <w:r>
        <w:br/>
      </w:r>
      <w:r>
        <w:rPr>
          <w:sz w:val="20"/>
        </w:rPr>
        <w:t>57:38  yeh aayat mujhe wazeh kar deti hai.</w:t>
      </w:r>
    </w:p>
    <w:p>
      <w:pPr>
        <w:pStyle w:val="Heading2"/>
      </w:pPr>
      <w:r>
        <w:t>Understanding Sabr as U-Turn</w:t>
      </w:r>
    </w:p>
    <w:p>
      <w:r>
        <w:rPr>
          <w:color w:val="666666"/>
          <w:sz w:val="18"/>
        </w:rPr>
        <w:t>Spirituality · The Method of Planning August 14, 2016 · 3m 48s · at 1:00:28 · https://youtu.be/84WV8NS2VKQ?t=3628</w:t>
      </w:r>
    </w:p>
    <w:p>
      <w:r>
        <w:rPr>
          <w:i/>
        </w:rPr>
        <w:t>“You said in today's lecture that patience (sabr) is taking a U-turn. I did not understand it.”</w:t>
      </w:r>
    </w:p>
    <w:p>
      <w:r>
        <w:rPr>
          <w:sz w:val="20"/>
        </w:rPr>
        <w:t>1:00:28  maulana, agla sawal bangalore se kya hai javed sahab ne, aur unhon ne likha hai ke maulana, you</w:t>
      </w:r>
      <w:r>
        <w:br/>
      </w:r>
      <w:r>
        <w:rPr>
          <w:sz w:val="20"/>
        </w:rPr>
        <w:t>1:00:34  said in today's lecture that sabr is taking a U-turn.</w:t>
      </w:r>
      <w:r>
        <w:br/>
      </w:r>
      <w:r>
        <w:rPr>
          <w:sz w:val="20"/>
        </w:rPr>
        <w:t>1:00:40  I did not understand it.</w:t>
      </w:r>
      <w:r>
        <w:br/>
      </w:r>
      <w:r>
        <w:rPr>
          <w:sz w:val="20"/>
        </w:rPr>
        <w:t>1:00:46  Can you elaborate as to how sabr means taking a U-turn?</w:t>
      </w:r>
      <w:r>
        <w:br/>
      </w:r>
      <w:r>
        <w:rPr>
          <w:sz w:val="20"/>
        </w:rPr>
        <w:t>1:00:51  dikhye, sabr ka matlab kya hai? Patience, tahammul, yani react na karna.</w:t>
      </w:r>
      <w:r>
        <w:br/>
      </w:r>
      <w:r>
        <w:rPr>
          <w:sz w:val="20"/>
        </w:rPr>
        <w:t>1:00:57  sabr ka matlab hai react na karte hue sochna.</w:t>
      </w:r>
      <w:r>
        <w:br/>
      </w:r>
      <w:r>
        <w:rPr>
          <w:sz w:val="20"/>
        </w:rPr>
        <w:t>1:01:03  yani koi soorat-e-haal pesh aayi to aadmi kya karta hai? Foran react karta hai.</w:t>
      </w:r>
      <w:r>
        <w:br/>
      </w:r>
      <w:r>
        <w:rPr>
          <w:sz w:val="20"/>
        </w:rPr>
        <w:t>1:01:09  koi bhi soorat-e-haal pesh aaye, mushtael ho jata hai, ghussa ho jata hai, react karta hai.</w:t>
      </w:r>
      <w:r>
        <w:br/>
      </w:r>
      <w:r>
        <w:rPr>
          <w:sz w:val="20"/>
        </w:rPr>
        <w:t>1:01:15  to is ka jo ulta hai, woh sabr hai.</w:t>
      </w:r>
      <w:r>
        <w:br/>
      </w:r>
      <w:r>
        <w:rPr>
          <w:sz w:val="20"/>
        </w:rPr>
        <w:t>1:01:20  is ka ulta jo hai, woh sabr hai.</w:t>
      </w:r>
      <w:r>
        <w:br/>
      </w:r>
      <w:r>
        <w:rPr>
          <w:sz w:val="20"/>
        </w:rPr>
        <w:t>1:01:26  to is ka maani hai ke jo instinct jo aata hai aadmi ke mind mein, jo baat hai,</w:t>
      </w:r>
      <w:r>
        <w:br/>
      </w:r>
      <w:r>
        <w:rPr>
          <w:sz w:val="20"/>
        </w:rPr>
        <w:t>1:01:32  isko na is se mutasir na ho kar ke doosra U-turn lene wala.</w:t>
      </w:r>
      <w:r>
        <w:br/>
      </w:r>
      <w:r>
        <w:rPr>
          <w:sz w:val="20"/>
        </w:rPr>
        <w:t>1:01:38  to practical tor par dekhen, yeh to U-turn hai.</w:t>
      </w:r>
      <w:r>
        <w:br/>
      </w:r>
      <w:r>
        <w:rPr>
          <w:sz w:val="20"/>
        </w:rPr>
        <w:t>1:01:44  aap chal rahe hain, chal rahe hain, society bombing kar rahe hain aur political activity chala rahe hain,</w:t>
      </w:r>
      <w:r>
        <w:br/>
      </w:r>
      <w:r>
        <w:rPr>
          <w:sz w:val="20"/>
        </w:rPr>
        <w:t>1:01:49  lekin koi result nahi nikalta.</w:t>
      </w:r>
      <w:r>
        <w:br/>
      </w:r>
      <w:r>
        <w:rPr>
          <w:sz w:val="20"/>
        </w:rPr>
        <w:t>1:01:55  to sabr karna padega, tab sochenge aap.</w:t>
      </w:r>
      <w:r>
        <w:br/>
      </w:r>
      <w:r>
        <w:rPr>
          <w:sz w:val="20"/>
        </w:rPr>
        <w:t>1:02:01  yani logon ko bharkane ko bhulana padega, nuksan ko bhulana padega, logon ke sazishon ko bhulana padega.</w:t>
      </w:r>
      <w:r>
        <w:br/>
      </w:r>
      <w:r>
        <w:rPr>
          <w:sz w:val="20"/>
        </w:rPr>
        <w:t>1:02:07  It requires patience.</w:t>
      </w:r>
      <w:r>
        <w:br/>
      </w:r>
      <w:r>
        <w:rPr>
          <w:sz w:val="20"/>
        </w:rPr>
        <w:t>1:02:13  to jab tak aap sabr nahi karenge, aap ke andar tahammul nahi aayega, aap ke andar</w:t>
      </w:r>
      <w:r>
        <w:br/>
      </w:r>
      <w:r>
        <w:rPr>
          <w:sz w:val="20"/>
        </w:rPr>
        <w:t>1:02:18  positive thinking nahi aayegi, aap objective andaaz mein assess nahi kar payenge.</w:t>
      </w:r>
      <w:r>
        <w:br/>
      </w:r>
      <w:r>
        <w:rPr>
          <w:sz w:val="20"/>
        </w:rPr>
        <w:t>1:02:24  yahi to sabr hai, aur kya hai? Quran mein dekhiye, ek aayat hai fasbir kama sabara uli al-awliya</w:t>
      </w:r>
      <w:r>
        <w:br/>
      </w:r>
      <w:r>
        <w:rPr>
          <w:sz w:val="20"/>
        </w:rPr>
        <w:t>1:02:30  min rusulim la ta'ajjil lahum.</w:t>
      </w:r>
      <w:r>
        <w:br/>
      </w:r>
      <w:r>
        <w:rPr>
          <w:sz w:val="20"/>
        </w:rPr>
        <w:t>1:02:36  to Quran mein sabr ka ulta ajlat bataya gaya hai.</w:t>
      </w:r>
      <w:r>
        <w:br/>
      </w:r>
      <w:r>
        <w:rPr>
          <w:sz w:val="20"/>
        </w:rPr>
        <w:t>1:02:42  sabr ka ulta ajlat, jald bazi.</w:t>
      </w:r>
      <w:r>
        <w:br/>
      </w:r>
      <w:r>
        <w:rPr>
          <w:sz w:val="20"/>
        </w:rPr>
        <w:t>1:02:47  to jald bazi kia hai? Reaction hai.</w:t>
      </w:r>
      <w:r>
        <w:br/>
      </w:r>
      <w:r>
        <w:rPr>
          <w:sz w:val="20"/>
        </w:rPr>
        <w:t>1:02:53  to reaction ka ulta kia hai? Positive thinking hai.</w:t>
      </w:r>
      <w:r>
        <w:br/>
      </w:r>
      <w:r>
        <w:rPr>
          <w:sz w:val="20"/>
        </w:rPr>
        <w:t>1:02:59  to aap ghor kariye, to amalan sabr ka matlab yahi hota hai.</w:t>
      </w:r>
      <w:r>
        <w:br/>
      </w:r>
      <w:r>
        <w:rPr>
          <w:sz w:val="20"/>
        </w:rPr>
        <w:t>1:03:05  aap khud ghor karenge to aap ko aap par clear ho jayegi yeh baat.</w:t>
      </w:r>
      <w:r>
        <w:br/>
      </w:r>
      <w:r>
        <w:rPr>
          <w:sz w:val="20"/>
        </w:rPr>
        <w:t>1:03:11  Okay, so we will end this session now.</w:t>
      </w:r>
      <w:r>
        <w:br/>
      </w:r>
      <w:r>
        <w:rPr>
          <w:sz w:val="20"/>
        </w:rPr>
        <w:t>1:03:17  If you want to join CPS Peace and Dawah initiatives or you want to be a Quran distributor in your local area, then kindly write to us at info@cpsglobal.org. We will be back next Sunday, same time at 10:30 AM. Thank you.</w:t>
      </w:r>
    </w:p>
    <w:p>
      <w:pPr>
        <w:pStyle w:val="Heading2"/>
      </w:pPr>
      <w:r>
        <w:t>Understanding Tawbah Nasuh as self-evaluation</w:t>
      </w:r>
    </w:p>
    <w:p>
      <w:r>
        <w:rPr>
          <w:color w:val="666666"/>
          <w:sz w:val="18"/>
        </w:rPr>
        <w:t>Spirituality · Tawbah-e-Nasuh (Sincere Repentance) 16 Feb 2020 - Maulana Wahiduddin Khan · 2m 03s · at 36:35 · https://youtu.be/0CccKs-1Uu8?t=2195</w:t>
      </w:r>
    </w:p>
    <w:p>
      <w:r>
        <w:rPr>
          <w:i/>
        </w:rPr>
        <w:t>“Can I understand that the same is for Tawbah Nasuh (sincere repentance) is to sit back, take stock and replan after every action?”</w:t>
      </w:r>
    </w:p>
    <w:p>
      <w:r>
        <w:rPr>
          <w:sz w:val="20"/>
        </w:rPr>
        <w:t>36:35  Maulana Bangalore se Riyaz Bhat sahib ne sawal bheja hai. Unhon ne likha hai: "It is mercifulness of Almighty Allah that with every interpretation of verses of the Quran we are being led to illumination of wisdom revealed by the Creator.</w:t>
      </w:r>
      <w:r>
        <w:br/>
      </w:r>
      <w:r>
        <w:rPr>
          <w:sz w:val="20"/>
        </w:rPr>
        <w:t>36:55  I understand that it is proven fact among scholars that sensitivity towards self-evaluation shapes the positive personality of a person and any believer has to keep it as main priority.</w:t>
      </w:r>
      <w:r>
        <w:br/>
      </w:r>
      <w:r>
        <w:rPr>
          <w:sz w:val="20"/>
        </w:rPr>
        <w:t>37:13  My question is can I understand that the same is for tauba nasuh is to sit back, take stock and replan after every action." Main to khatir sahi hai aap ki soch.</w:t>
      </w:r>
      <w:r>
        <w:br/>
      </w:r>
      <w:r>
        <w:rPr>
          <w:sz w:val="20"/>
        </w:rPr>
        <w:t>37:29  Tauba nasuh isi tarah</w:t>
      </w:r>
      <w:r>
        <w:br/>
      </w:r>
      <w:r>
        <w:rPr>
          <w:sz w:val="20"/>
        </w:rPr>
        <w:t>37:33  ka process aap ke andar jari karna hai. Tauba nasuh dekhiye, ek process hai. Ek lambi ki baat nahi hai.</w:t>
      </w:r>
      <w:r>
        <w:br/>
      </w:r>
      <w:r>
        <w:rPr>
          <w:sz w:val="20"/>
        </w:rPr>
        <w:t>37:43  Ke aap mujh se bol den ke maine tauba naseeb kiya. Is se kuch nahi hota. Aap ko apne andar ek process</w:t>
      </w:r>
      <w:r>
        <w:br/>
      </w:r>
      <w:r>
        <w:rPr>
          <w:sz w:val="20"/>
        </w:rPr>
        <w:t>37:51  jari karna hoga. Ek amal jari karna hoga. Tab woh tauba nasuh banega.</w:t>
      </w:r>
      <w:r>
        <w:br/>
      </w:r>
      <w:r>
        <w:rPr>
          <w:sz w:val="20"/>
        </w:rPr>
        <w:t>38:04  Professor Fareeda Khanam ne Delhi se comment bheja hai. Unhon ne likha hai: "I knew about tauba nasuh but I have realized it only today when you explained it by giving examples." Doctor Naghma Siddiqui ne Delhi se likha hai: "Molana I realized the importance of</w:t>
      </w:r>
      <w:r>
        <w:br/>
      </w:r>
      <w:r>
        <w:rPr>
          <w:sz w:val="20"/>
        </w:rPr>
        <w:t>38:25  sincere and immediate repentance today. I will inshallah watch over myself and change and purify myself all the time."</w:t>
      </w:r>
    </w:p>
    <w:p>
      <w:pPr>
        <w:pStyle w:val="Heading2"/>
      </w:pPr>
      <w:r>
        <w:t>Understanding mercy-less deconditioning clearly</w:t>
      </w:r>
    </w:p>
    <w:p>
      <w:r>
        <w:rPr>
          <w:color w:val="666666"/>
          <w:sz w:val="18"/>
        </w:rPr>
        <w:t>Spirituality · Spirituality in Simple Living, High Thinking October 27, 2019 Maulana Wahiduddin Khan · 1m 41s · at 56:12 · https://youtu.be/Kr28g15eFr8?t=3372</w:t>
      </w:r>
    </w:p>
    <w:p>
      <w:r>
        <w:rPr>
          <w:i/>
        </w:rPr>
        <w:t>“Can you please help us understand mercy-less deconditioning with more clarity, maybe with some examples?”</w:t>
      </w:r>
    </w:p>
    <w:p>
      <w:r>
        <w:rPr>
          <w:sz w:val="20"/>
        </w:rPr>
        <w:t>56:12  May Allah guide us and help us in achieving this inner spirituality." Mashallah. Muhammad Bilal Shafi sahib ne Dilli se sawal bheja hai.</w:t>
      </w:r>
      <w:r>
        <w:br/>
      </w:r>
      <w:r>
        <w:rPr>
          <w:sz w:val="20"/>
        </w:rPr>
        <w:t>56:23  Unhon ne likha hai: "Maulana, can you please help us understand merciless de conditioning with more clarity, maybe with some examples?"</w:t>
      </w:r>
      <w:r>
        <w:br/>
      </w:r>
      <w:r>
        <w:rPr>
          <w:sz w:val="20"/>
        </w:rPr>
        <w:t>56:39  dekhiye, bahut must hai merciless de conditioning, lekin bahut hi mushkil hai</w:t>
      </w:r>
      <w:r>
        <w:br/>
      </w:r>
      <w:r>
        <w:rPr>
          <w:sz w:val="20"/>
        </w:rPr>
        <w:t>56:52  merciless self de conditioning,</w:t>
      </w:r>
      <w:r>
        <w:br/>
      </w:r>
      <w:r>
        <w:rPr>
          <w:sz w:val="20"/>
        </w:rPr>
        <w:t>56:59  kyunki wajah yeh hai ke aadmi foran excuse le leta hai.</w:t>
      </w:r>
      <w:r>
        <w:br/>
      </w:r>
      <w:r>
        <w:rPr>
          <w:sz w:val="20"/>
        </w:rPr>
        <w:t>57:06  misal ke taur par, main aap ko agar koi baat bataoon, is ki misal ke taur par aap ki zindagi ki, to foran aap excuse le lenge aur us ko justify kar lenge.</w:t>
      </w:r>
      <w:r>
        <w:br/>
      </w:r>
      <w:r>
        <w:rPr>
          <w:sz w:val="20"/>
        </w:rPr>
        <w:t>57:20  ek excuse le kar justify kar lenge. To isi liye main shuru se logon ko kaha karta hoon, shuru se: "If you are good excuse, don't use it."</w:t>
      </w:r>
      <w:r>
        <w:br/>
      </w:r>
      <w:r>
        <w:rPr>
          <w:sz w:val="20"/>
        </w:rPr>
        <w:t>57:35  There is a starting point: "If you are good, if you are, if you have a good excuse, don't use it." Is ka apne andar bootha paida kijiye ga.</w:t>
      </w:r>
      <w:r>
        <w:br/>
      </w:r>
      <w:r>
        <w:rPr>
          <w:sz w:val="20"/>
        </w:rPr>
        <w:t>57:53  yeh here is a s</w:t>
      </w:r>
      <w:r>
        <w:br/>
      </w:r>
      <w:r>
        <w:rPr>
          <w:sz w:val="20"/>
        </w:rPr>
        <w:t>57:54  tarting. Maulana, agla sawal bheja hai Umar Abdullah sahib ne Bangalore se. Unhon ne likha hai: "Maulana, I have lot of personal and work related problems in my life.</w:t>
      </w:r>
    </w:p>
    <w:p>
      <w:pPr>
        <w:pStyle w:val="Heading2"/>
      </w:pPr>
      <w:r>
        <w:t>Understanding the meaning of taqwa</w:t>
      </w:r>
    </w:p>
    <w:p>
      <w:r>
        <w:rPr>
          <w:color w:val="666666"/>
          <w:sz w:val="18"/>
        </w:rPr>
        <w:t>Spirituality · Spirit of Ramadan June 14, 2015 · 4m 00s · at 1:02:46 · https://youtu.be/mKQdhE2rhdQ?t=3766</w:t>
      </w:r>
    </w:p>
    <w:p>
      <w:r>
        <w:rPr>
          <w:i/>
        </w:rPr>
        <w:t>“You said the real thing is taqwa. What is this taqwa?”</w:t>
      </w:r>
    </w:p>
    <w:p>
      <w:r>
        <w:rPr>
          <w:sz w:val="20"/>
        </w:rPr>
        <w:t>1:02:46  unhon ne kaha chalo yeh bhi theek hai. sab se acha formula yahi hai. Maulana, inhi ka agla sawal hai. Maulana, aap ne bataya asal cheez taqwa hai.</w:t>
      </w:r>
      <w:r>
        <w:br/>
      </w:r>
      <w:r>
        <w:rPr>
          <w:sz w:val="20"/>
        </w:rPr>
        <w:t>1:02:59  yeh taqwa kya hai?</w:t>
      </w:r>
      <w:r>
        <w:br/>
      </w:r>
      <w:r>
        <w:rPr>
          <w:sz w:val="20"/>
        </w:rPr>
        <w:t>1:03:01  taqwa spirit ka naam hai. taqwa koi mysterious cheez nahi hai. spirit, spirit yani aik hota hai form, aik hoti hai spirit.</w:t>
      </w:r>
      <w:r>
        <w:br/>
      </w:r>
      <w:r>
        <w:rPr>
          <w:sz w:val="20"/>
        </w:rPr>
        <w:t>1:03:13  to jo log aam taur par log bas form ko jante hain, is form ke peeche jo spirit hai us se bekhabar hain. misaal ke taur par roza hai.</w:t>
      </w:r>
      <w:r>
        <w:br/>
      </w:r>
      <w:r>
        <w:rPr>
          <w:sz w:val="20"/>
        </w:rPr>
        <w:t>1:03:21  roze mein yeh jante hain ke kya hamein lena hai?</w:t>
      </w:r>
      <w:r>
        <w:br/>
      </w:r>
      <w:r>
        <w:rPr>
          <w:sz w:val="20"/>
        </w:rPr>
        <w:t>1:03:26  yeh khana, yeh pani, woh samaan, yeh chahiye mujhe taake khoob khayein sehri ke waqt taake bhook na lage.</w:t>
      </w:r>
      <w:r>
        <w:br/>
      </w:r>
      <w:r>
        <w:rPr>
          <w:sz w:val="20"/>
        </w:rPr>
        <w:t>1:03:37  to yeh lena hai. to roze mein log jo jo form logon ne pakad rakha hai woh taking spirit par base karta hai.</w:t>
      </w:r>
      <w:r>
        <w:br/>
      </w:r>
      <w:r>
        <w:rPr>
          <w:sz w:val="20"/>
        </w:rPr>
        <w:t>1:03:46  doosra jo maine arz kiya woh giving spirit, doosron ko dena.</w:t>
      </w:r>
      <w:r>
        <w:br/>
      </w:r>
      <w:r>
        <w:rPr>
          <w:sz w:val="20"/>
        </w:rPr>
        <w:t>1:03:53  to har cheez mein aik form hota hai, aik spirit hoti hai. Islam ki jitni bhi taleemat hain, jitni bhi teaching hain, sab spirit ke aitbaar se unki importance hai, form ke aitbaar se nahi hai.</w:t>
      </w:r>
      <w:r>
        <w:br/>
      </w:r>
      <w:r>
        <w:rPr>
          <w:sz w:val="20"/>
        </w:rPr>
        <w:t>1:04:08  Maulana, yeh agla comment aaya hai Shafi Dar sahib ka Kashmir se. Respected Maulana sahib, Assalam-o-Alaikum. I heard your last Sunday talk and it was full of inspiration.</w:t>
      </w:r>
      <w:r>
        <w:br/>
      </w:r>
      <w:r>
        <w:rPr>
          <w:sz w:val="20"/>
        </w:rPr>
        <w:t>1:04:22  I was thinking that I am suffering in discrimination somewhere in my job and in my relationship, but your Sunday lecture helped me a lot and I thank Allah Almighty that He provided me a chance to hear your lecture.</w:t>
      </w:r>
      <w:r>
        <w:br/>
      </w:r>
      <w:r>
        <w:rPr>
          <w:sz w:val="20"/>
        </w:rPr>
        <w:t>1:04:39  otherwise I would have died in a state of negative mentality and discrimination.</w:t>
      </w:r>
      <w:r>
        <w:br/>
      </w:r>
      <w:r>
        <w:rPr>
          <w:sz w:val="20"/>
        </w:rPr>
        <w:t>1:04:46  dekhiye, main phir kahunga ke jo aadmi discrimination ki boli bolta hai, woh ka koi talluq Islam se nahi hai.</w:t>
      </w:r>
      <w:r>
        <w:br/>
      </w:r>
      <w:r>
        <w:rPr>
          <w:sz w:val="20"/>
        </w:rPr>
        <w:t>1:04:57  Islam mein discrimination ki boli sirf Satan ki thi, Satan ki, na Rasool ki, na Sahabi ki. yeh yeh Rasool Islam ki boli nahi hai.</w:t>
      </w:r>
      <w:r>
        <w:br/>
      </w:r>
      <w:r>
        <w:rPr>
          <w:sz w:val="20"/>
        </w:rPr>
        <w:t>1:05:08  discrimination yeh Satan ki boli hai.</w:t>
      </w:r>
      <w:r>
        <w:br/>
      </w:r>
      <w:r>
        <w:rPr>
          <w:sz w:val="20"/>
        </w:rPr>
        <w:t>1:05:11  Satan ne kaha tha ke khalaqni min naar wa khalaqtani min teen ke main is se mera darja bada hai aur insaan ka darja chota hai.</w:t>
      </w:r>
      <w:r>
        <w:br/>
      </w:r>
      <w:r>
        <w:rPr>
          <w:sz w:val="20"/>
        </w:rPr>
        <w:t>1:05:22  to to ne is ko badha diya, mujhe peeche peeche kar diya. yeh discriminate ki Rasool Allah par ilzaam lagaya discrimination ka.</w:t>
      </w:r>
      <w:r>
        <w:br/>
      </w:r>
      <w:r>
        <w:rPr>
          <w:sz w:val="20"/>
        </w:rPr>
        <w:t>1:05:31  to jo aadmi yaad rakhiye, discrimination mein ki boli bolta hai, woh Satan ki boli bolta hai, Satan ki boli bolta hai.</w:t>
      </w:r>
      <w:r>
        <w:br/>
      </w:r>
      <w:r>
        <w:rPr>
          <w:sz w:val="20"/>
        </w:rPr>
        <w:t>1:05:40  isi liye aap poora jo Quran o Hadees hai, kahin padh kar dikha dijiye, koi paighambar bola ho description ki boli, koi Sahabi bola ho description ki boli, yeh sirf Satan hai jo bola tha.</w:t>
      </w:r>
      <w:r>
        <w:br/>
      </w:r>
      <w:r>
        <w:rPr>
          <w:sz w:val="20"/>
        </w:rPr>
        <w:t>1:05:52  isi ko log follow kar rahe hain. ab bohat khatarnak baat yaad rakhiye ke Quran mein hai Allah taala ne farmaya ke jo Shaitan ko follow karega to main uska anjaam Shaitan ke saath karunga.</w:t>
      </w:r>
      <w:r>
        <w:br/>
      </w:r>
      <w:r>
        <w:rPr>
          <w:sz w:val="20"/>
        </w:rPr>
        <w:t>1:06:04  to kya yeh yeh risk lene ke tayyar hain woh log jo discrimination ki boli bolte hain? jo log discrimination ki boli bolte hain, woh Satan ki boli bolte hain.</w:t>
      </w:r>
      <w:r>
        <w:br/>
      </w:r>
      <w:r>
        <w:rPr>
          <w:sz w:val="20"/>
        </w:rPr>
        <w:t>1:06:15  aur Satan ki boli walon ke liye Quran mein hai ke jo boli bolega to uska wahi hoga anjaam jo Satan ka ho</w:t>
      </w:r>
      <w:r>
        <w:br/>
      </w:r>
      <w:r>
        <w:rPr>
          <w:sz w:val="20"/>
        </w:rPr>
        <w:t>1:06:24  ga. to sochna chahiye in logon ko ke woh kya kis cheez ka risk le rahe hain jo Satan ki boli ko, jo risk discrimination ki boli bolte hain.</w:t>
      </w:r>
      <w:r>
        <w:br/>
      </w:r>
      <w:r>
        <w:rPr>
          <w:sz w:val="20"/>
        </w:rPr>
        <w:t>1:06:33  bohat bohat hi bohat hi bara risk le rahe hain aise log. Discrimination ko main Islam mein bilkul hi jaiz nahi samajhta. Yeh Satan ki boli jaiz kaise ho jayegi?</w:t>
      </w:r>
    </w:p>
    <w:p>
      <w:pPr>
        <w:pStyle w:val="Heading2"/>
      </w:pPr>
      <w:r>
        <w:t>Unilateral vs bilateral relationship with God</w:t>
      </w:r>
    </w:p>
    <w:p>
      <w:r>
        <w:rPr>
          <w:color w:val="666666"/>
          <w:sz w:val="18"/>
        </w:rPr>
        <w:t>Spirituality · Concept of God December 7, 2014 · 34s · at 1:16:56 · https://youtu.be/dCgL9lp8EAo?t=4616</w:t>
      </w:r>
    </w:p>
    <w:p>
      <w:r>
        <w:rPr>
          <w:i/>
        </w:rPr>
        <w:t>“When we say that we are not getting response from God, is it that the relationship could be unilateral and therefore one needs to discover the bilateral relation with God? What is your advice?”</w:t>
      </w:r>
    </w:p>
    <w:p>
      <w:r>
        <w:rPr>
          <w:sz w:val="20"/>
        </w:rPr>
        <w:t>1:16:56  Maulana, agla sawal Delhi se kya hai Miss Sati Malhotra ne, aur unhon ne likha hai: "Moulana, when we say that we are not getting response from God, is it that the relationship could be unilateral and therefore one needs to discover the bilateral relation with God?</w:t>
      </w:r>
      <w:r>
        <w:br/>
      </w:r>
      <w:r>
        <w:rPr>
          <w:sz w:val="20"/>
        </w:rPr>
        <w:t>1:17:17  What is your advice?" haan, sahi hai, sahi hai.</w:t>
      </w:r>
      <w:r>
        <w:br/>
      </w:r>
      <w:r>
        <w:rPr>
          <w:sz w:val="20"/>
        </w:rPr>
        <w:t>1:17:21  aadmi ko sochna chahiye. aadmi ko introspection karna chahiye.</w:t>
      </w:r>
    </w:p>
    <w:p>
      <w:pPr>
        <w:pStyle w:val="Heading2"/>
      </w:pPr>
      <w:r>
        <w:t>Use of term 'spiritual Islam' in Tamil Nadu</w:t>
      </w:r>
    </w:p>
    <w:p>
      <w:r>
        <w:rPr>
          <w:color w:val="666666"/>
          <w:sz w:val="18"/>
        </w:rPr>
        <w:t>Spirituality · Dars-e-Quran, Chapter 38, V. 29 (Contemplation on the Quran) | October 7, 2018 · 1m 31s · at 1:04:26 · https://youtu.be/bF57J8TD8no?t=3866</w:t>
      </w:r>
    </w:p>
    <w:p>
      <w:r>
        <w:rPr>
          <w:i/>
        </w:rPr>
        <w:t>“A group in Tamil Nadu is using the term 'spiritual Islam' very frequently.”</w:t>
      </w:r>
    </w:p>
    <w:p>
      <w:r>
        <w:rPr>
          <w:sz w:val="20"/>
        </w:rPr>
        <w:t>1:04:26  hai. hamein daur work ke douran kai baar yeh experience hua ke logon ne khud hi hum se quran ki demand ki. they were very eager to read it. it made daur work very easy." mashallah, mashallah. maulana, ab sawal lena chahenge. yeh sawal bheja hai tamil nadu se faiz qadri sahab. faiz qadri sahab</w:t>
      </w:r>
      <w:r>
        <w:br/>
      </w:r>
      <w:r>
        <w:rPr>
          <w:sz w:val="20"/>
        </w:rPr>
        <w:t>1:04:56  ne bheja hai coimbatore se.</w:t>
      </w:r>
      <w:r>
        <w:br/>
      </w:r>
      <w:r>
        <w:rPr>
          <w:sz w:val="20"/>
        </w:rPr>
        <w:t>1:05:02  انہوں نے لکھا ہے: "تمل ناڈو کی ایک جماعت spiritual Islam کی ٹرم کو بہت زیادہ استعمال کر رہی ہے۔</w:t>
      </w:r>
      <w:r>
        <w:br/>
      </w:r>
      <w:r>
        <w:rPr>
          <w:sz w:val="20"/>
        </w:rPr>
        <w:t>1:05:08  yeh term kitni sahi hai, is ke baray mein batayen." maulana, unhon ne ek term istemal ki hai:</w:t>
      </w:r>
      <w:r>
        <w:br/>
      </w:r>
      <w:r>
        <w:rPr>
          <w:sz w:val="20"/>
        </w:rPr>
        <w:t>1:05:14  "spiritual islam." spiritual islam.</w:t>
      </w:r>
      <w:r>
        <w:br/>
      </w:r>
      <w:r>
        <w:rPr>
          <w:sz w:val="20"/>
        </w:rPr>
        <w:t>1:05:20  to un ka kehna yeh hai ke tamil nadu ki ek jamaat</w:t>
      </w:r>
      <w:r>
        <w:br/>
      </w:r>
      <w:r>
        <w:rPr>
          <w:sz w:val="20"/>
        </w:rPr>
        <w:t>1:05:26  is trm ko boht zyada istemal kr rhi hain.</w:t>
      </w:r>
      <w:r>
        <w:br/>
      </w:r>
      <w:r>
        <w:rPr>
          <w:sz w:val="20"/>
        </w:rPr>
        <w:t>1:05:30  to kia yeh sahi hai? spiritual islam? bhai, mein is pe koi comment nahi kr skta kyunke mujhe</w:t>
      </w:r>
      <w:r>
        <w:br/>
      </w:r>
      <w:r>
        <w:rPr>
          <w:sz w:val="20"/>
        </w:rPr>
        <w:t>1:05:35  is ki detail nahi maloom hai.</w:t>
      </w:r>
      <w:r>
        <w:br/>
      </w:r>
      <w:r>
        <w:rPr>
          <w:sz w:val="20"/>
        </w:rPr>
        <w:t>1:05:39  mujhe is ki detail ka kuch pata nahi.</w:t>
      </w:r>
      <w:r>
        <w:br/>
      </w:r>
      <w:r>
        <w:rPr>
          <w:sz w:val="20"/>
        </w:rPr>
        <w:t>1:05:44  jo bhi kr rhe hon, hum ko hum dua krte hain Allah taala se ke Allah taala un</w:t>
      </w:r>
      <w:r>
        <w:br/>
      </w:r>
      <w:r>
        <w:rPr>
          <w:sz w:val="20"/>
        </w:rPr>
        <w:t>1:05:48  ko sahi kaam krne ki tofeeq de.</w:t>
      </w:r>
      <w:r>
        <w:br/>
      </w:r>
      <w:r>
        <w:rPr>
          <w:sz w:val="20"/>
        </w:rPr>
        <w:t>1:05:52  hum yahi dua krte hain.</w:t>
      </w:r>
    </w:p>
    <w:p>
      <w:pPr>
        <w:pStyle w:val="Heading2"/>
      </w:pPr>
      <w:r>
        <w:t>Validity of Khwaja Ajmeri's kalma in Fawa'id al-Salikin</w:t>
      </w:r>
    </w:p>
    <w:p>
      <w:r>
        <w:rPr>
          <w:color w:val="666666"/>
          <w:sz w:val="18"/>
        </w:rPr>
        <w:t>Spirituality · Contribution of Sufism in India May 29, 2011 · 25m 05s · at 1:10:18 · https://youtu.be/lzxSaTnomio?t=4218</w:t>
      </w:r>
    </w:p>
    <w:p>
      <w:r>
        <w:rPr>
          <w:i/>
        </w:rPr>
        <w:t>“In Fawa'id al-Salikin, Khwaja Ajmeri had his own kalma recited. Is it correct to do such a thing?”</w:t>
      </w:r>
    </w:p>
    <w:p>
      <w:r>
        <w:rPr>
          <w:sz w:val="20"/>
        </w:rPr>
        <w:t>1:10:18  woh in ka aik aur sawal hai, maulana unhon ne likha hai: "fawaid us salikeen mein khwaja ajmeri ne apna kalma parhwaya.</w:t>
      </w:r>
      <w:r>
        <w:br/>
      </w:r>
      <w:r>
        <w:rPr>
          <w:sz w:val="20"/>
        </w:rPr>
        <w:t>1:10:30  aise aisa karna kahan tak theek hai?" dekhein, yeh sab jo kitabein hain, is mein haqiqatein bhi hain aur kahaniyan bhi hain.</w:t>
      </w:r>
      <w:r>
        <w:br/>
      </w:r>
      <w:r>
        <w:rPr>
          <w:sz w:val="20"/>
        </w:rPr>
        <w:t>1:10:43  woh koi research ke andaaz mein nahin likhi gayi hain. kitabein to un ko parhte hue aap ko sochna chahiye ke mazeed tehqeeq karna chahiye.</w:t>
      </w:r>
      <w:r>
        <w:br/>
      </w:r>
      <w:r>
        <w:rPr>
          <w:sz w:val="20"/>
        </w:rPr>
        <w:t>1:10:55  yeh itni bhi kitabein likhi gayi hain, woh sab mein yahi baat hai ke is mein haqaaq bhi hain aur kahaniyan bhi hain.</w:t>
      </w:r>
      <w:r>
        <w:br/>
      </w:r>
      <w:r>
        <w:rPr>
          <w:sz w:val="20"/>
        </w:rPr>
        <w:t>1:11:05  tu khud ba safaa dam qadr ka husool ikhtiyar kijiye.</w:t>
      </w:r>
      <w:r>
        <w:br/>
      </w:r>
      <w:r>
        <w:rPr>
          <w:sz w:val="20"/>
        </w:rPr>
        <w:t>1:11:13  mus najma siddiqui ne dilli se likha hai: "is it islamically correct to go to such mazar where lot of bidats are propagating</w:t>
      </w:r>
      <w:r>
        <w:br/>
      </w:r>
      <w:r>
        <w:rPr>
          <w:sz w:val="20"/>
        </w:rPr>
        <w:t>1:11:24  ? to what extent the concept of nazrana ya chadar is correct or not correct?" dekhein, yeh controversial cheez hai.</w:t>
      </w:r>
      <w:r>
        <w:br/>
      </w:r>
      <w:r>
        <w:rPr>
          <w:sz w:val="20"/>
        </w:rPr>
        <w:t>1:11:35  mein khud to jata nahin kabhi jis ko samajh mein aaye theek ho jaye. mein zahiri taur par is sab se door rehta hoon, to mein to is ka just jo hai is ko leta hoon.</w:t>
      </w:r>
      <w:r>
        <w:br/>
      </w:r>
      <w:r>
        <w:rPr>
          <w:sz w:val="20"/>
        </w:rPr>
        <w:t>1:11:48  just jo hai is ki spirituality hai.</w:t>
      </w:r>
      <w:r>
        <w:br/>
      </w:r>
      <w:r>
        <w:rPr>
          <w:sz w:val="20"/>
        </w:rPr>
        <w:t>1:11:51  zahiri aitbaar se to har jagah kuch na kuch aisi baatein hoti hain jo qabil qabil e ghaur hoti hain. to mein zahiri taur par mizaj hai ke mein is ke just ko leta hoon, just ko is ke cracks ko leta hoon.</w:t>
      </w:r>
      <w:r>
        <w:br/>
      </w:r>
      <w:r>
        <w:rPr>
          <w:sz w:val="20"/>
        </w:rPr>
        <w:t>1:12:05  cracks jo hai woh spirituality hai aur woh mujhe pasand hai.</w:t>
      </w:r>
      <w:r>
        <w:br/>
      </w:r>
      <w:r>
        <w:rPr>
          <w:sz w:val="20"/>
        </w:rPr>
        <w:t>1:12:13  maulana sharq hussain ne dilli se likha hai: "mein aik musalman ke sath aik discussion mein shareek tha. yahan discussion ka subject khuda ki marifat tha.</w:t>
      </w:r>
      <w:r>
        <w:br/>
      </w:r>
      <w:r>
        <w:rPr>
          <w:sz w:val="20"/>
        </w:rPr>
        <w:t>1:12:26  discussion ke douran mazkoora musalman ne kaha ke discussion ka topic bohat boring topic hai. maulana, is ki kya wajah hai ke log marifat aur spirituality ke topic mein interest nahin lete?"</w:t>
      </w:r>
      <w:r>
        <w:br/>
      </w:r>
      <w:r>
        <w:rPr>
          <w:sz w:val="20"/>
        </w:rPr>
        <w:t>1:12:47  woh to hadith mein aaya hai ke aik zamana aaye ga jab sab se bari cheez maal ban jaye gi. log maal ki taraf dorein ge. wohi hai baat yeh ke dekhein, pehle zamane mein woh hua karta tha jo kehte hain dafina, yani log zameen neeche paisa dafan kar dete thay.</w:t>
      </w:r>
      <w:r>
        <w:br/>
      </w:r>
      <w:r>
        <w:rPr>
          <w:sz w:val="20"/>
        </w:rPr>
        <w:t>1:13:10  ab kon dafan karta hai? hamare bachpan ke zamane mein bhi dafine niklte</w:t>
      </w:r>
      <w:r>
        <w:br/>
      </w:r>
      <w:r>
        <w:rPr>
          <w:sz w:val="20"/>
        </w:rPr>
        <w:t>1:13:16  the, kahin khoda to kahin wahan koi sona chandi nikal aaye zameen ke neeche se. to kyun pehle paise ka istemal nahin tha?</w:t>
      </w:r>
      <w:r>
        <w:br/>
      </w:r>
      <w:r>
        <w:rPr>
          <w:sz w:val="20"/>
        </w:rPr>
        <w:t>1:13:27  yeh consumers ka daur aaya nahin tha. ab koi pahunche ka istemal itna barh gaya, itna barh gaya ke kisi ko dafan karne ki zaroorat nahin hai.</w:t>
      </w:r>
      <w:r>
        <w:br/>
      </w:r>
      <w:r>
        <w:rPr>
          <w:sz w:val="20"/>
        </w:rPr>
        <w:t>1:13:37  kam paisa aata hai to aap cycle khareediye, ziyada paisa aata hai to motor car khareediye, aur paisa aaya hai to hawajat khareediye. to koi had hi nahin hai.</w:t>
      </w:r>
      <w:r>
        <w:br/>
      </w:r>
      <w:r>
        <w:rPr>
          <w:sz w:val="20"/>
        </w:rPr>
        <w:t>1:13:45  to log toote par rahe hain paise ki taraf. yeh hai woh culture jis ka consumers pe aaya tha, is ka nateeja hai.</w:t>
      </w:r>
      <w:r>
        <w:br/>
      </w:r>
      <w:r>
        <w:rPr>
          <w:sz w:val="20"/>
        </w:rPr>
        <w:t>1:13:55  to chounke is paas dayen aur taraf dekh rahe hain ke paisa beh raha hai, to chahte hain ke hum dor kar ke paisa laein. to paisa hi maabood ban gaya hai.</w:t>
      </w:r>
      <w:r>
        <w:br/>
      </w:r>
      <w:r>
        <w:rPr>
          <w:sz w:val="20"/>
        </w:rPr>
        <w:t>1:14:04  zamane mein, pehle zamane mein paisa maabood is tareeqe se nahin bana tha kyunke paise ka istemal nahin tha. koi</w:t>
      </w:r>
      <w:r>
        <w:br/>
      </w:r>
      <w:r>
        <w:rPr>
          <w:sz w:val="20"/>
        </w:rPr>
        <w:t>1:14:14  mere apne bachpan mein paise ka koi khaas istemal nahin tha. paisa ho bhi to kare ga aadmi. ab to paisa aap ke paas hai, to aap aap billion dollar bhi naqis hain kharch karna chahein.</w:t>
      </w:r>
      <w:r>
        <w:br/>
      </w:r>
      <w:r>
        <w:rPr>
          <w:sz w:val="20"/>
        </w:rPr>
        <w:t>1:14:28  aap to</w:t>
      </w:r>
      <w:r>
        <w:br/>
      </w:r>
      <w:r>
        <w:rPr>
          <w:sz w:val="20"/>
        </w:rPr>
        <w:t>1:14:29  to paise ki ke paise ke istemal ke jo naye mawaqe khule hain, is ne logon ko aakhri had tak madi bana diya hai. materialist.</w:t>
      </w:r>
      <w:r>
        <w:br/>
      </w:r>
      <w:r>
        <w:rPr>
          <w:sz w:val="20"/>
        </w:rPr>
        <w:t>1:14:39  ab yeh hai masla. ab kya kiya jaye? in ko samjhana parega, in ke zehan ko in ko decondition karni paregi. jab tak decondition na kar lein, aap ko in ki baat samajh mein nahi ayegi.</w:t>
      </w:r>
      <w:r>
        <w:br/>
      </w:r>
      <w:r>
        <w:rPr>
          <w:sz w:val="20"/>
        </w:rPr>
        <w:t>1:14:54  in ka ek aur sawal hai, Maulana.</w:t>
      </w:r>
      <w:r>
        <w:br/>
      </w:r>
      <w:r>
        <w:rPr>
          <w:sz w:val="20"/>
        </w:rPr>
        <w:t>1:14:56  unhon ne likha hai: "soofiyon ke peaceful character aur un ki religious ideology jaise monism, kya aap dono ke beech mein farq karte hain ya dono ko yeksana taur par qabil-e-ittiba hai?" dekhein, monism ko zahiri taur par mein sahi nahi samajhta.</w:t>
      </w:r>
      <w:r>
        <w:br/>
      </w:r>
      <w:r>
        <w:rPr>
          <w:sz w:val="20"/>
        </w:rPr>
        <w:t>1:15:16  yeh woh hai ke wajood ko</w:t>
      </w:r>
      <w:r>
        <w:br/>
      </w:r>
      <w:r>
        <w:rPr>
          <w:sz w:val="20"/>
        </w:rPr>
        <w:t>1:15:19  mein tawheed ko manta hoon, lekin is waqt masla jo mere zehan mein tha, woh yeh hai ke musalmanon ka jo sara rukh chala gaya hai, us ki taraf political method ki taraf</w:t>
      </w:r>
      <w:r>
        <w:br/>
      </w:r>
      <w:r>
        <w:rPr>
          <w:sz w:val="20"/>
        </w:rPr>
        <w:t>1:15:37  laro aur jihad karo aur qabza karo, hukumat qaim karo. yeh jo ban gaya hai, to is ka yeh bilkul irrelevant hai.</w:t>
      </w:r>
      <w:r>
        <w:br/>
      </w:r>
      <w:r>
        <w:rPr>
          <w:sz w:val="20"/>
        </w:rPr>
        <w:t>1:15:49  yeh kaise is ko toda jaye? is zehan ko toda kaise jaye? is zehan ko kaise toda jaye? sab se bara, sab se bari museebat jo is waqt musalmanon ke upar hai, woh yeh hai ke woh isi mein koi aur tareeqa samajh mein nahi ata.</w:t>
      </w:r>
      <w:r>
        <w:br/>
      </w:r>
      <w:r>
        <w:rPr>
          <w:sz w:val="20"/>
        </w:rPr>
        <w:t>1:16:03  un ke ke larai, larai, larai, larai, larai, l</w:t>
      </w:r>
      <w:r>
        <w:br/>
      </w:r>
      <w:r>
        <w:rPr>
          <w:sz w:val="20"/>
        </w:rPr>
        <w:t>1:16:06  rai, har jagah larai, larai. yahan tak kuch society bombing karte hain. society bombing jo hai, woh to yani tabahi ki aakhri had hai.</w:t>
      </w:r>
      <w:r>
        <w:br/>
      </w:r>
      <w:r>
        <w:rPr>
          <w:sz w:val="20"/>
        </w:rPr>
        <w:t>1:16:15  woh bhi kar rahe hain kyunke in ke zehan mein woh chhaya hua hai ke tashaddud mein taqat hai. is ko kaise toda jaye? is ko todne ke liye mein samajhta hoon ke is ke jo baatein mein ne is waqt kahin, is isi zehan ko todne ke liye.</w:t>
      </w:r>
      <w:r>
        <w:br/>
      </w:r>
      <w:r>
        <w:rPr>
          <w:sz w:val="20"/>
        </w:rPr>
        <w:t>1:16:31  isi par aap dekhiye meri baat ko ke ek aalami, ek aalami, ek gumrahi hai musalmanon ki ke tashaddud mein taqat hai, gun mein taqat hai, bomb mein taqat hai, society bombing mein taqat hai.</w:t>
      </w:r>
      <w:r>
        <w:br/>
      </w:r>
      <w:r>
        <w:rPr>
          <w:sz w:val="20"/>
        </w:rPr>
        <w:t>1:16:44  chhaya hua hai logon ke upar. aap dekhein, mere siwa kaun hai jo condemn karta ho? ek bhi musalman nahi hai jo in ko condemn karta ho. bura kehte hain kis ko?</w:t>
      </w:r>
      <w:r>
        <w:br/>
      </w:r>
      <w:r>
        <w:rPr>
          <w:sz w:val="20"/>
        </w:rPr>
        <w:t>1:16:54  doosron ko. doosron ko bura kehte hain.</w:t>
      </w:r>
      <w:r>
        <w:br/>
      </w:r>
      <w:r>
        <w:rPr>
          <w:sz w:val="20"/>
        </w:rPr>
        <w:t>1:16:58  khud jo karte hain yeh kaam musalman, un ko koi bura nahi kehta. aisa chhaya hua hai logon ke dimagh par. yeh ek pur-tashaddud, yani tashaddud wala tareeqa, is ki azmat itni chhayi hui hai.</w:t>
      </w:r>
      <w:r>
        <w:br/>
      </w:r>
      <w:r>
        <w:rPr>
          <w:sz w:val="20"/>
        </w:rPr>
        <w:t>1:17:11  wohi hath asraat insan tanfeen. to is zehan ko todne ke liye mein ne yeh baat kahi hai. isi par aap is ko dekhiye.</w:t>
      </w:r>
      <w:r>
        <w:br/>
      </w:r>
      <w:r>
        <w:rPr>
          <w:sz w:val="20"/>
        </w:rPr>
        <w:t>1:17:20  Mr Arshad ne Delhi se sawal kiya</w:t>
      </w:r>
      <w:r>
        <w:br/>
      </w:r>
      <w:r>
        <w:rPr>
          <w:sz w:val="20"/>
        </w:rPr>
        <w:t>1:17:23  hai. unhon ne likha hai: "soofiyon ki tehreek ek rohani tehreek thi jo us waqt bhi kamyab thi, aaj bhi kamyab hai, jabke is se pehle musalmanon ki tehreek siyasi tehreek thi jo aaj poori tarah nakaam hai.</w:t>
      </w:r>
      <w:r>
        <w:br/>
      </w:r>
      <w:r>
        <w:rPr>
          <w:sz w:val="20"/>
        </w:rPr>
        <w:t>1:17:41  jab nateejay ke aitbar se baat bilkul saaf hai, to phir kyun musalman aaj bhi rohani dabdabe ke bajaye siyasi dabdaba qaim karna chahte hain?</w:t>
      </w:r>
      <w:r>
        <w:br/>
      </w:r>
      <w:r>
        <w:rPr>
          <w:sz w:val="20"/>
        </w:rPr>
        <w:t>1:17:53  itni moti baat kyun un ki samajh mein nahi ati?" ab maze ki sari duniya mein mein yeh baat bol raha hoon. hazaron hazar bolne wale hain, sab ulti boli bol rahe hain, doosri boli bol rahe hain.</w:t>
      </w:r>
      <w:r>
        <w:br/>
      </w:r>
      <w:r>
        <w:rPr>
          <w:sz w:val="20"/>
        </w:rPr>
        <w:t>1:18:05  kya kiya jaye? har akhbar mein, har radio mein, har TV mein, har jalse mein, har jagah log wohi baatein bol rahe hain. aap Delhi mein bhi, ab mere paas ek sahab telephone aaye jo Makkah Madinah mein hain.</w:t>
      </w:r>
      <w:r>
        <w:br/>
      </w:r>
      <w:r>
        <w:rPr>
          <w:sz w:val="20"/>
        </w:rPr>
        <w:t>1:18:18  us waqt, us waqt Makkah Madinah mein hain,</w:t>
      </w:r>
      <w:r>
        <w:br/>
      </w:r>
      <w:r>
        <w:rPr>
          <w:sz w:val="20"/>
        </w:rPr>
        <w:t>1:18:21  yani Haramain ki taqreerein sun rahe hain aur logon ke kahin ke yahan siwa koi koi baat hi doosre paas nahi. sazish aur aur dushman, yeh yeh sab baatein hain logon ke paas hain.</w:t>
      </w:r>
      <w:r>
        <w:br/>
      </w:r>
      <w:r>
        <w:rPr>
          <w:sz w:val="20"/>
        </w:rPr>
        <w:t>1:18:31  hamare khilaf sazish ki ja rahi hai, hum sab dushman bane hue hain, hum hum ko mitana chahte hain. yahi baatein hain wahan pe Makkah Madinah mein. yeh baatein hain to sab log wohi boli bol rahe hain.</w:t>
      </w:r>
      <w:r>
        <w:br/>
      </w:r>
      <w:r>
        <w:rPr>
          <w:sz w:val="20"/>
        </w:rPr>
        <w:t>1:18:43  to musalmanon ko woh is woh sunne mein aa raha hai, to isi ki isi zehan banega. un ka is zehan ko todne ke liye hum hamare yeh mission</w:t>
      </w:r>
      <w:r>
        <w:br/>
      </w:r>
      <w:r>
        <w:rPr>
          <w:sz w:val="20"/>
        </w:rPr>
        <w:t>1:18:52  , kyunke abhi to yeh mein nahin samajhta ke koi qabil-e-zikr aadmi mere siwa hai Muslim dunya mein jo yeh baatein bolta ho. To inshallah mustaqbil mein yahi yahi zehan chha jayega, yeh CPS ka zehan chha jayega mustaqbil mein.</w:t>
      </w:r>
      <w:r>
        <w:br/>
      </w:r>
      <w:r>
        <w:rPr>
          <w:sz w:val="20"/>
        </w:rPr>
        <w:t>1:19:05  Inshallah, abhi hamein iski koshish karna hai iske liye.</w:t>
      </w:r>
      <w:r>
        <w:br/>
      </w:r>
      <w:r>
        <w:rPr>
          <w:sz w:val="20"/>
        </w:rPr>
        <w:t>1:19:11  Maulana Zakwan Nadvi ne Dilli se likha hai: "Hadees mein aaya hai ke jis aadmi ke dil mein rai ke daane ke barabar bhi apni badai ka ehsas hoga, yaani kibr, woh jannat mein entry na pa sakega.</w:t>
      </w:r>
      <w:r>
        <w:br/>
      </w:r>
      <w:r>
        <w:rPr>
          <w:sz w:val="20"/>
        </w:rPr>
        <w:t>1:19:27  Yeh kibr kya cheez hai aur iska ilaaj kya hai?" Yeh to hadees bohat hi zyada tadpaney wali hai.</w:t>
      </w:r>
      <w:r>
        <w:br/>
      </w:r>
      <w:r>
        <w:rPr>
          <w:sz w:val="20"/>
        </w:rPr>
        <w:t>1:19:38  La yadhkhol al-jannata man kan fi qalbi mithqala habbati khardalin min kibr yaani kis qadar zyada yeh tadpaney wali hadees hai ke jis aadmi ke dil mein rai ke daane ke barabar bhi kibr hoga,</w:t>
      </w:r>
      <w:r>
        <w:br/>
      </w:r>
      <w:r>
        <w:rPr>
          <w:sz w:val="20"/>
        </w:rPr>
        <w:t>1:19:56  yaani kibr kehte hain arrogance, woh jannat dakhil nahin jayega. Kya jayega?</w:t>
      </w:r>
      <w:r>
        <w:br/>
      </w:r>
      <w:r>
        <w:rPr>
          <w:sz w:val="20"/>
        </w:rPr>
        <w:t>1:20:04  To sab se zyada aadmi ko isi par sochna hai. Dekhein, ek hota hai kibr khafi, ek hota hai kibr jali, yaani arrogance jo hai, ek khula khula hota hai, ek hidden type ka arrogance hota hai.</w:t>
      </w:r>
      <w:r>
        <w:br/>
      </w:r>
      <w:r>
        <w:rPr>
          <w:sz w:val="20"/>
        </w:rPr>
        <w:t>1:20:22  To khula khula to log jaan lete hain, hidden arrogance ko log nahin jaan paate.</w:t>
      </w:r>
      <w:r>
        <w:br/>
      </w:r>
      <w:r>
        <w:rPr>
          <w:sz w:val="20"/>
        </w:rPr>
        <w:t>1:20:28  Matlab hai ke dil mein to ehsas hai, badai hai. Abu se bol rahe hain, naram naram baatein. Main aise bohat se logon se mila hoon is tarah ka ke woh log samajhte hain ke bohat mutawazin hai, bohat naram boli.</w:t>
      </w:r>
      <w:r>
        <w:br/>
      </w:r>
      <w:r>
        <w:rPr>
          <w:sz w:val="20"/>
        </w:rPr>
        <w:t>1:20:43  Lekin unke jab maine un par tanqeed ki to bhadak uthe woh. Wahi insaan bhadak utha to baaz auqat andar kibr tha, munh se naram boli bol rahe the</w:t>
      </w:r>
      <w:r>
        <w:br/>
      </w:r>
      <w:r>
        <w:rPr>
          <w:sz w:val="20"/>
        </w:rPr>
        <w:t>1:20:53  tab tak jab tak ke log unki haan mein haan mila rahe the. Aur maine tanqeed kardi to bhadak uthe woh. To main samajhta hoon ke pehchan jo hai kibr ki, kibr hai ya nahin ke aap tanqeed ko sun saken.</w:t>
      </w:r>
      <w:r>
        <w:br/>
      </w:r>
      <w:r>
        <w:rPr>
          <w:sz w:val="20"/>
        </w:rPr>
        <w:t>1:21:11  Hindi ka ek maqoola hai ke "chot seh jo shabd ki, waaye guru mein daas".</w:t>
      </w:r>
      <w:r>
        <w:br/>
      </w:r>
      <w:r>
        <w:rPr>
          <w:sz w:val="20"/>
        </w:rPr>
        <w:t>1:21:18  To thoda sa badal ke main kahunga ke "chot seh jo shabd ki" wahi sabit karta hai ke mere andar kibr nahin hai. Tanqeed chuki jo bhadak uthe to yaqeeni proof hai ke uske andar kibr hai,</w:t>
      </w:r>
      <w:r>
        <w:br/>
      </w:r>
      <w:r>
        <w:rPr>
          <w:sz w:val="20"/>
        </w:rPr>
        <w:t>1:21:33  aur kibr hai to jannat ka gate uska nahin khulega. To yeh to sab se badi badi cheez hai jiska hamein introspection karna hai.</w:t>
      </w:r>
      <w:r>
        <w:br/>
      </w:r>
      <w:r>
        <w:rPr>
          <w:sz w:val="20"/>
        </w:rPr>
        <w:t>1:21:43  Sochte rehna hai, sochte rehna hai, sochte rehna hai.</w:t>
      </w:r>
      <w:r>
        <w:br/>
      </w:r>
      <w:r>
        <w:rPr>
          <w:sz w:val="20"/>
        </w:rPr>
        <w:t>1:21:49  Ab yeh to aadmi khud hi soch sakta hai ke yeh doosre ke, yeh doosre ka domain nahin hai. Yeh har aadmi ka apna domain hai.</w:t>
      </w:r>
      <w:r>
        <w:br/>
      </w:r>
      <w:r>
        <w:rPr>
          <w:sz w:val="20"/>
        </w:rPr>
        <w:t>1:21:59  yeh</w:t>
      </w:r>
      <w:r>
        <w:br/>
      </w:r>
      <w:r>
        <w:rPr>
          <w:sz w:val="20"/>
        </w:rPr>
        <w:t>1:22:02  main sirf iska definition bata sakta hoon. Definition,</w:t>
      </w:r>
      <w:r>
        <w:br/>
      </w:r>
      <w:r>
        <w:rPr>
          <w:sz w:val="20"/>
        </w:rPr>
        <w:t>1:22:08  definition yahi hai ke jab aap ko,</w:t>
      </w:r>
      <w:r>
        <w:br/>
      </w:r>
      <w:r>
        <w:rPr>
          <w:sz w:val="20"/>
        </w:rPr>
        <w:t>1:22:18  jab aap ko tanqeed buri na lage aur tareef par aap khush na hon, tab samjhiye ke aap sache momin hain. Yaani imaan ki aur ikhlas ki definition yahi main kar sakta hoon ke aap ke samne aap ki tareef ki jaye to aap ko acha na lage,</w:t>
      </w:r>
      <w:r>
        <w:br/>
      </w:r>
      <w:r>
        <w:rPr>
          <w:sz w:val="20"/>
        </w:rPr>
        <w:t>1:22:37  aap ka dil khush na ho us par,</w:t>
      </w:r>
      <w:r>
        <w:br/>
      </w:r>
      <w:r>
        <w:rPr>
          <w:sz w:val="20"/>
        </w:rPr>
        <w:t>1:22:42  aur aap ko tanqeed ki jaye to aap ko bura na lage, aap offend na hon. Jo offend hota hai, samajh lein ke uske andar zaroor kibr hai.</w:t>
      </w:r>
      <w:r>
        <w:br/>
      </w:r>
      <w:r>
        <w:rPr>
          <w:sz w:val="20"/>
        </w:rPr>
        <w:t>1:22:54  To main yahi bata sakta hoon ke iske aage to har aadmi ka apna kaam hai ke woh apna self-hembring kare, apna introspection kare.</w:t>
      </w:r>
      <w:r>
        <w:br/>
      </w:r>
      <w:r>
        <w:rPr>
          <w:sz w:val="20"/>
        </w:rPr>
        <w:t>1:23:06  Kyunke marne ke baad jo hai, marne ke baad koi introspection nahin hoga, marne ke baad koi islaah nahin hogi.</w:t>
      </w:r>
      <w:r>
        <w:br/>
      </w:r>
      <w:r>
        <w:rPr>
          <w:sz w:val="20"/>
        </w:rPr>
        <w:t>1:23:20  Yeh jo, yeh jo, jo tazkiya hai, jo islaah hai, jo introspection hai, yeh isi dunya mein hona hai. Mare to sab khatam, marne ke baad to bhugtna hai.</w:t>
      </w:r>
      <w:r>
        <w:br/>
      </w:r>
      <w:r>
        <w:rPr>
          <w:sz w:val="20"/>
        </w:rPr>
        <w:t>1:23:32  to bas to har aadmi ko isi crucial jo test hai, isi par sochna chahiye ke ke tareef se is ko khushi na ho aur tanqeed is ko buri na lagay.</w:t>
      </w:r>
      <w:r>
        <w:br/>
      </w:r>
      <w:r>
        <w:rPr>
          <w:sz w:val="20"/>
        </w:rPr>
        <w:t>1:23:46  tab samjhiye ke woh is is burai se bacha hua hai.</w:t>
      </w:r>
      <w:r>
        <w:br/>
      </w:r>
      <w:r>
        <w:rPr>
          <w:sz w:val="20"/>
        </w:rPr>
        <w:t>1:23:56  maulana, un ka aik aur sawal hai.</w:t>
      </w:r>
      <w:r>
        <w:br/>
      </w:r>
      <w:r>
        <w:rPr>
          <w:sz w:val="20"/>
        </w:rPr>
        <w:t>1:23:58  unhon ne likha hai: "dawati mission ke logon ke liye mutale ki ahmiyat kya hai? kya un ko al risala mission ki kitabon ke ilawa doosre literature ka bhi mutala karna chahiye?</w:t>
      </w:r>
      <w:r>
        <w:br/>
      </w:r>
      <w:r>
        <w:rPr>
          <w:sz w:val="20"/>
        </w:rPr>
        <w:t>1:24:11  misalan hayat us sahaba, etc."</w:t>
      </w:r>
      <w:r>
        <w:br/>
      </w:r>
      <w:r>
        <w:rPr>
          <w:sz w:val="20"/>
        </w:rPr>
        <w:t>1:24:19  bhai, mutala to zaroori hai, lekin har aadmi ke lehaz se is ka faisla hota hai. hum koi is ka aik rule nahi bana sakte,</w:t>
      </w:r>
      <w:r>
        <w:br/>
      </w:r>
      <w:r>
        <w:rPr>
          <w:sz w:val="20"/>
        </w:rPr>
        <w:t>1:24:27  koi aik rule is ka nahi hai. har aadmi apne lehaz se samjhe ke main kya cheez parhoon, kya cheez na parhoon. har aadmi khud apne baray mein kisi se pooche, apne kisi aalim se ke dekho,</w:t>
      </w:r>
      <w:r>
        <w:br/>
      </w:r>
      <w:r>
        <w:rPr>
          <w:sz w:val="20"/>
        </w:rPr>
        <w:t>1:24:45  mere baray mein kya mashwara aap ka hai? to yeh har aadmi pe, yani har har aadmi ka aik individual case hai.</w:t>
      </w:r>
      <w:r>
        <w:br/>
      </w:r>
      <w:r>
        <w:rPr>
          <w:sz w:val="20"/>
        </w:rPr>
        <w:t>1:24:54  yeh h</w:t>
      </w:r>
      <w:r>
        <w:br/>
      </w:r>
      <w:r>
        <w:rPr>
          <w:sz w:val="20"/>
        </w:rPr>
        <w:t>1:24:55  m koi is ko qulli usool nahi bata sakte is ka, lekin behal as a principle study zaroori hai. is se aadmi ke imaan mein izafa hota hai.</w:t>
      </w:r>
      <w:r>
        <w:br/>
      </w:r>
      <w:r>
        <w:rPr>
          <w:sz w:val="20"/>
        </w:rPr>
        <w:t>1:25:09  miss aisha ne delhi se likha hai: "maulana, please explain the chapter 33, verse number 69 of quran, where it is mentioned: 'believers do not behave like those who slandered moses.' god cleared him of their allegations."</w:t>
      </w:r>
      <w:r>
        <w:br/>
      </w:r>
      <w:r>
        <w:rPr>
          <w:sz w:val="20"/>
        </w:rPr>
        <w:t>1:25:35  hazrat musa yahood ke darmiyan aaye thay, kyun ke woh yahood ka zamana zawal ka zamana tha.</w:t>
      </w:r>
      <w:r>
        <w:br/>
      </w:r>
      <w:r>
        <w:rPr>
          <w:sz w:val="20"/>
        </w:rPr>
        <w:t>1:25:46  hazrat musa ke zamane mein misr mein kafi yahoodi</w:t>
      </w:r>
      <w:r>
        <w:br/>
      </w:r>
      <w:r>
        <w:rPr>
          <w:sz w:val="20"/>
        </w:rPr>
        <w:t>1:25:49  thay, unhi mein woh paida hue. to woh zamana yahood ke zawal ka zamana tha, yani degeneration ka zamana tha. woh to jab bhi kisi ka degeneration hota hai to us ko tanqeed bohat buri lagti hai.</w:t>
      </w:r>
      <w:r>
        <w:br/>
      </w:r>
      <w:r>
        <w:rPr>
          <w:sz w:val="20"/>
        </w:rPr>
        <w:t>1:26:06  yahan jab bible mein hai ke yahood ne kaha ke hum ko, yani hum ko naseehat mat karo, hum ko lori sunao,</w:t>
      </w:r>
      <w:r>
        <w:br/>
      </w:r>
      <w:r>
        <w:rPr>
          <w:sz w:val="20"/>
        </w:rPr>
        <w:t>1:26:17  to kaha hum par tanqeed mat mat karo, hamare upar hamein tanqeed nahi sunna hai.</w:t>
      </w:r>
      <w:r>
        <w:br/>
      </w:r>
      <w:r>
        <w:rPr>
          <w:sz w:val="20"/>
        </w:rPr>
        <w:t>1:26:23  to hazrat musa ne jab un ki naseehat ki, un ke point out kiya, un ki kamzoriyon ko, to hazrat musa ke khilaf ho gaye woh. to khilaf wali qanoon kya hain?</w:t>
      </w:r>
      <w:r>
        <w:br/>
      </w:r>
      <w:r>
        <w:rPr>
          <w:sz w:val="20"/>
        </w:rPr>
        <w:t>1:26:34  jo woh bohat se waqiat aap dekh sakte hain kitabon mein ke un par allegation lagane lagay.</w:t>
      </w:r>
      <w:r>
        <w:br/>
      </w:r>
      <w:r>
        <w:rPr>
          <w:sz w:val="20"/>
        </w:rPr>
        <w:t>1:26:43  allegation</w:t>
      </w:r>
      <w:r>
        <w:br/>
      </w:r>
      <w:r>
        <w:rPr>
          <w:sz w:val="20"/>
        </w:rPr>
        <w:t>1:26:46  to yeh allegation ki zuban, yani aib aib lagana, ilzam lagana, yeh jo zuban hai, yeh yeh is zamane ke zawal yafta yahoodiyon ki zuban thi.</w:t>
      </w:r>
      <w:r>
        <w:br/>
      </w:r>
      <w:r>
        <w:rPr>
          <w:sz w:val="20"/>
        </w:rPr>
        <w:t>1:26:57  to musalmanon ko yeh kaam nahi karna hai.</w:t>
      </w:r>
      <w:r>
        <w:br/>
      </w:r>
      <w:r>
        <w:rPr>
          <w:sz w:val="20"/>
        </w:rPr>
        <w:t>1:27:03  karna kya hai? musalman bhi is ka matlab hai ke musalman bhi daur zawal mein pohnchay gay, un mein bhi yeh phenomena zahir hoga to is se yahood ki misal se apni naseehat lo</w:t>
      </w:r>
      <w:r>
        <w:br/>
      </w:r>
      <w:r>
        <w:rPr>
          <w:sz w:val="20"/>
        </w:rPr>
        <w:t>1:27:14  aur is se bachao apne aap ko. lekin aaj ke musalman to bilkul isi mubtala hain, yahood se bhi zyada bura haal hai musalmanon ka. jahan ikhtilaf paida hua, foran aib zani, foran ilzam tarashi, foran bura bura kahengay.</w:t>
      </w:r>
      <w:r>
        <w:br/>
      </w:r>
      <w:r>
        <w:rPr>
          <w:sz w:val="20"/>
        </w:rPr>
        <w:t>1:27:28  sare musalmanon ka yeh haal hai, mera to tajurba yahi hai. main musalmanon mein aise afraad nahi pata, ulma ya ghair ulma, jo bilkul wohi baat keh rahe hain jo haqeeqatan hai.</w:t>
      </w:r>
      <w:r>
        <w:br/>
      </w:r>
      <w:r>
        <w:rPr>
          <w:sz w:val="20"/>
        </w:rPr>
        <w:t>1:27:38  jahan ikhtilaf hua, foran ilzam lagayeng,</w:t>
      </w:r>
      <w:r>
        <w:br/>
      </w:r>
      <w:r>
        <w:rPr>
          <w:sz w:val="20"/>
        </w:rPr>
        <w:t>1:27:42  foran ilzaam lagayen ge. yeh dushmanon ke agent hain aur yeh yeh aisa ya waisa, tarah tarah ke ilzaam lagayen ge. yaani khalis ilmi andaz mein tanqeed karna musalmanon ko aata hi nahin.</w:t>
      </w:r>
      <w:r>
        <w:br/>
      </w:r>
      <w:r>
        <w:rPr>
          <w:sz w:val="20"/>
        </w:rPr>
        <w:t>1:27:55  musalman jante hi nahin ke scientific andaz mein tanqeed kiya cheez hai. scientific criticism jo hai, musalmanon ko aata hi nahin. yeh daur-e-zawal ke alamaat hain, yeh musalman kar rahe hain.</w:t>
      </w:r>
      <w:r>
        <w:br/>
      </w:r>
      <w:r>
        <w:rPr>
          <w:sz w:val="20"/>
        </w:rPr>
        <w:t>1:28:07  jaise hi ikhtilaf paida hua, foran bas ilzaam ki aur allegation ki zuban shuru kar di unhon ne. to is ayat mein goya warning di gayi thi ke tum is se bachna.</w:t>
      </w:r>
      <w:r>
        <w:br/>
      </w:r>
      <w:r>
        <w:rPr>
          <w:sz w:val="20"/>
        </w:rPr>
        <w:t>1:28:20  lekin warning ke bawajood musalman bache nahin, aur aaj ka musalman jo hai, aaj ka bilkul isi mubtala hai. jahan pe koi differences aaye, jahan pe ikhtilaf hua, foran wohi bolne lagte hain, wohi zuban, allegation ki zuban.</w:t>
      </w:r>
      <w:r>
        <w:br/>
      </w:r>
      <w:r>
        <w:rPr>
          <w:sz w:val="20"/>
        </w:rPr>
        <w:t>1:28:36  yeh bohat hi bari picture hai, yeh main khud is ka shikar hoon. mere khilaf bohat chupta hai, lekin sab ka sab jhoot hota hai.</w:t>
      </w:r>
      <w:r>
        <w:br/>
      </w:r>
      <w:r>
        <w:rPr>
          <w:sz w:val="20"/>
        </w:rPr>
        <w:t>1:28:45  jhoot is tarah ke aib-zeni hoti hai, ilzaam-tarashi hoti hai. koi bhi nahin karta ke meri baaton ka quran ki roshni mein, hadith ki roshni mein tajziya kare, analysis kare.</w:t>
      </w:r>
      <w:r>
        <w:br/>
      </w:r>
      <w:r>
        <w:rPr>
          <w:sz w:val="20"/>
        </w:rPr>
        <w:t>1:28:58  jhoote ilzamat, jhoote yaani aib lagate hain, koi sar dubta hai jin baaton ko. to bohat hi buri halat hai musalmanon ki is aitbar se.</w:t>
      </w:r>
      <w:r>
        <w:br/>
      </w:r>
      <w:r>
        <w:rPr>
          <w:sz w:val="20"/>
        </w:rPr>
        <w:t>1:29:12  Allah dua hai ke Allah bachaye logon ko is burai se.</w:t>
      </w:r>
      <w:r>
        <w:br/>
      </w:r>
      <w:r>
        <w:rPr>
          <w:sz w:val="20"/>
        </w:rPr>
        <w:t>1:29:20  doctor najma siddiqui ne Dilli se likha hai: "kindly again explain the concept of empire and hukumat."</w:t>
      </w:r>
      <w:r>
        <w:br/>
      </w:r>
      <w:r>
        <w:rPr>
          <w:sz w:val="20"/>
        </w:rPr>
        <w:t>1:29:32  haan, dekhen, ek zamana tha pehle jab empire hua karti thi, ab woh daur khatm</w:t>
      </w:r>
      <w:r>
        <w:br/>
      </w:r>
      <w:r>
        <w:rPr>
          <w:sz w:val="20"/>
        </w:rPr>
        <w:t>1:29:40  ho gaya. national hukumatain ab hoti hain. empire ka matlab hai ke ek bare area mein ek hi shehanshah hukumat kar raha ho. to misaal ke taur par Roman the, woh Africa, Asia se le kar Europe tak hukumat qaim thi.</w:t>
      </w:r>
      <w:r>
        <w:br/>
      </w:r>
      <w:r>
        <w:rPr>
          <w:sz w:val="20"/>
        </w:rPr>
        <w:t>1:29:55  un ki aisi badshahat thi, un ke bare mein kaha jata hai ke un ke saltanat mein suraj gharoob nahin hota.</w:t>
      </w:r>
      <w:r>
        <w:br/>
      </w:r>
      <w:r>
        <w:rPr>
          <w:sz w:val="20"/>
        </w:rPr>
        <w:t>1:30:04  kai continent phaili hui thi, un ki hukumat</w:t>
      </w:r>
      <w:r>
        <w:br/>
      </w:r>
      <w:r>
        <w:rPr>
          <w:sz w:val="20"/>
        </w:rPr>
        <w:t>1:30:07  musalmanon ka role bhi musalmanon ka empire tha. hum hi chaye hue the sharq se ta gharb dunya mein. to ek bare raqbe mein, yaani woh bhi hukumat hoti hai,</w:t>
      </w:r>
      <w:r>
        <w:br/>
      </w:r>
      <w:r>
        <w:rPr>
          <w:sz w:val="20"/>
        </w:rPr>
        <w:t>1:30:20  lekin agar bare raqbe mein hukumat qaim ho to use kehte hain empire, aur ek chote raqbe mein jo hoti hai, us ko hukumat kaha jata hai. to us waqt bhi musalmanon ki 57 hukumatain hain,</w:t>
      </w:r>
      <w:r>
        <w:br/>
      </w:r>
      <w:r>
        <w:rPr>
          <w:sz w:val="20"/>
        </w:rPr>
        <w:t>1:30:34  empire nahin hai.</w:t>
      </w:r>
      <w:r>
        <w:br/>
      </w:r>
      <w:r>
        <w:rPr>
          <w:sz w:val="20"/>
        </w:rPr>
        <w:t>1:30:37  to empire kiska dunya mein raha? imam sahib khatm ho gaye, jaise empire bane the, yaani Roman empire khatm, British empire khatm.</w:t>
      </w:r>
      <w:r>
        <w:br/>
      </w:r>
      <w:r>
        <w:rPr>
          <w:sz w:val="20"/>
        </w:rPr>
        <w:t>1:30:47  to empire nahin khatm hoga. quran mein ek woh, woh jo jo cheez, yaani daur ko le kar jo cheez khatm hoti hai, na woh phir revive nahin hua karti.</w:t>
      </w:r>
      <w:r>
        <w:br/>
      </w:r>
      <w:r>
        <w:rPr>
          <w:sz w:val="20"/>
        </w:rPr>
        <w:t>1:31:00  kingship khatm ho gayi to kingship revive hogi. empire khatm hoga to empire phir banega. ke</w:t>
      </w:r>
      <w:r>
        <w:br/>
      </w:r>
      <w:r>
        <w:rPr>
          <w:sz w:val="20"/>
        </w:rPr>
        <w:t>1:31:06  mein musalman is ko bhi nahin samajhte ke kuch cheezain woh hoti hain jo ke daur khatm ho jata hai. jaise ek glass hai, main ne apne bachpan mein woh zamana dekha jab ke mitti ke bartan hua tha pani peene ke liye.</w:t>
      </w:r>
      <w:r>
        <w:br/>
      </w:r>
      <w:r>
        <w:rPr>
          <w:sz w:val="20"/>
        </w:rPr>
        <w:t>1:31:20  to woh daur khatm ho gaya. ab koi mitti ka bartan le ke bazaar mein beche to koi kharedega us ko? yaani mitti ka bana kar ke pehle zamane mein aata tha ke wahan to khareedte the log us ko.</w:t>
      </w:r>
      <w:r>
        <w:br/>
      </w:r>
      <w:r>
        <w:rPr>
          <w:sz w:val="20"/>
        </w:rPr>
        <w:t>1:31:31  aaj kal aur kharedega kyunke ab to sheeshe glass bik raha hai.</w:t>
      </w:r>
      <w:r>
        <w:br/>
      </w:r>
      <w:r>
        <w:rPr>
          <w:sz w:val="20"/>
        </w:rPr>
        <w:t>1:31:35  to kuch cheezain aisi hain jo ke daur khatm ho jata hai. daur daur khatm ho jata hai, us ko aap revive nahin kar sakte.</w:t>
      </w:r>
      <w:r>
        <w:br/>
      </w:r>
      <w:r>
        <w:rPr>
          <w:sz w:val="20"/>
        </w:rPr>
        <w:t>1:31:47  lekin musalman yeh bhi nahin jante, us ko angrezi mein kehte hain "anachronism". sare musalmanon ka haal yahi hai. ab kya kiya jaye musalmanon ko?</w:t>
      </w:r>
      <w:r>
        <w:br/>
      </w:r>
      <w:r>
        <w:rPr>
          <w:sz w:val="20"/>
        </w:rPr>
        <w:t>1:31:56  yaani aqal bhi nahin hai, deen bhi nahin hai. musalmanon ka haal yeh hai aaj kal ke zamane mein ke aqal bhi nahin hai, deen bhi nahin hai.</w:t>
      </w:r>
      <w:r>
        <w:br/>
      </w:r>
      <w:r>
        <w:rPr>
          <w:sz w:val="20"/>
        </w:rPr>
        <w:t>1:32:04  bas kuch paisa kama liya, is ke magar hain. to hamara mission jo hai, musalmanon ko sirf deen nahi, aql bhi dena chahta hai, wisdom bhi dena chahta hai.</w:t>
      </w:r>
      <w:r>
        <w:br/>
      </w:r>
      <w:r>
        <w:rPr>
          <w:sz w:val="20"/>
        </w:rPr>
        <w:t>1:32:18  sachi deeni spirit bhi hum revive karna chahte hain, wisdom bhi chahte hain ke logon ko aaye. aur is ko Allah ki madad se yeh kaam aage badhe to inshallah ek waqt aayega ke jab musalmanon ko aql bhi hogi aur deen bhi hoga un ke andar.</w:t>
      </w:r>
      <w:r>
        <w:br/>
      </w:r>
      <w:r>
        <w:rPr>
          <w:sz w:val="20"/>
        </w:rPr>
        <w:t>1:32:36  miss naghma siddiqui ne dili se likha hai: "what is the concept of wahdat al-wujood? is it part of sufism?"</w:t>
      </w:r>
      <w:r>
        <w:br/>
      </w:r>
      <w:r>
        <w:rPr>
          <w:sz w:val="20"/>
        </w:rPr>
        <w:t>1:32:49  part of sufism kahiye, part of theism kahiye. yani ek hai theism, ek hai atheism.</w:t>
      </w:r>
      <w:r>
        <w:br/>
      </w:r>
      <w:r>
        <w:rPr>
          <w:sz w:val="20"/>
        </w:rPr>
        <w:t>1:32:59  atheism mein hai ke Khuda ko na manna, theism mein hai Khuda ko manna.</w:t>
      </w:r>
      <w:r>
        <w:br/>
      </w:r>
      <w:r>
        <w:rPr>
          <w:sz w:val="20"/>
        </w:rPr>
        <w:t>1:33:04  to part of theism hai woh.</w:t>
      </w:r>
      <w:r>
        <w:br/>
      </w:r>
      <w:r>
        <w:rPr>
          <w:sz w:val="20"/>
        </w:rPr>
        <w:t>1:33:10  yani Khuda ke kai concept hain. ek hai jo kehte hain "polytheism", yani kai Khuda manna.</w:t>
      </w:r>
      <w:r>
        <w:br/>
      </w:r>
      <w:r>
        <w:rPr>
          <w:sz w:val="20"/>
        </w:rPr>
        <w:t>1:33:21  monism jo hai, is ka matlab hai ke yani Khuda ek person nahi hai, personal God ko nahi mante.</w:t>
      </w:r>
      <w:r>
        <w:br/>
      </w:r>
      <w:r>
        <w:rPr>
          <w:sz w:val="20"/>
        </w:rPr>
        <w:t>1:33:30  monist log woh samajhte hain ke supreme spirit ek hai</w:t>
      </w:r>
      <w:r>
        <w:br/>
      </w:r>
      <w:r>
        <w:rPr>
          <w:sz w:val="20"/>
        </w:rPr>
        <w:t>1:33:35  jo har har cheez mein woh spirit phaili hui hai. to theism, yani woh polytheism mein kai Khuda mana jata hai jo hum shirk kehte hain.</w:t>
      </w:r>
      <w:r>
        <w:br/>
      </w:r>
      <w:r>
        <w:rPr>
          <w:sz w:val="20"/>
        </w:rPr>
        <w:t>1:33:48  monism mein Khuda ko personal God ke taur par nahi mante, supreme spirit ke taur par mante hain. aur monotheism jo hai, is mein Khuda ko personal ke taur par mante hain.</w:t>
      </w:r>
      <w:r>
        <w:br/>
      </w:r>
      <w:r>
        <w:rPr>
          <w:sz w:val="20"/>
        </w:rPr>
        <w:t>1:34:01  to Islam mein, Yahudiyat mein wazeh taur par monotheism hai. Masih log bhi mante hain, lekin unhon ne is ko ajeeb o ghareeb kar rakha hai ke taslees bana rakha hai.</w:t>
      </w:r>
      <w:r>
        <w:br/>
      </w:r>
      <w:r>
        <w:rPr>
          <w:sz w:val="20"/>
        </w:rPr>
        <w:t>1:34:13  un ke haan jo hai, yani "three in one, one in three" yeh ajeeb o ghareeb un ka nazariya hai ke ek bhi hai aur teen bhi hain. jo trinity hai, trinity jo hai, qawaneen hain ke teen Khuda woh hain: "one in one",</w:t>
      </w:r>
      <w:r>
        <w:br/>
      </w:r>
      <w:r>
        <w:rPr>
          <w:sz w:val="20"/>
        </w:rPr>
        <w:t>1:34:30  teen bhi hain aur ek bhi hai, yani "three in one, one in three".</w:t>
      </w:r>
      <w:r>
        <w:br/>
      </w:r>
      <w:r>
        <w:rPr>
          <w:sz w:val="20"/>
        </w:rPr>
        <w:t>1:34:35  to behal is ko aap samajhte hain kis mein dala jaye, kis khane mein. lekin Islam aur Yahudiyat to wazeh taur par monotheism ka aqeedah rakhte hain.</w:t>
      </w:r>
      <w:r>
        <w:br/>
      </w:r>
      <w:r>
        <w:rPr>
          <w:sz w:val="20"/>
        </w:rPr>
        <w:t>1:34:45  do</w:t>
      </w:r>
      <w:r>
        <w:br/>
      </w:r>
      <w:r>
        <w:rPr>
          <w:sz w:val="20"/>
        </w:rPr>
        <w:t>1:34:48  to aur bhi kai, yani theism mein aur bhi kai shakhain hain. basically yahi teen hain, yani monism, monotheism aur polytheism.</w:t>
      </w:r>
      <w:r>
        <w:br/>
      </w:r>
      <w:r>
        <w:rPr>
          <w:sz w:val="20"/>
        </w:rPr>
        <w:t>1:35:00  yani polytheism mein bhi dekhiye, shirk jo hai, kya hai? shirk bhi Khuda ko manta hai,</w:t>
      </w:r>
      <w:r>
        <w:br/>
      </w:r>
      <w:r>
        <w:rPr>
          <w:sz w:val="20"/>
        </w:rPr>
        <w:t>1:35:06  ek ek bade Khuda ko mankar ke is ke tehat kai Khuda mante hain. to Khuda wahi mante hain. to ek atheism hai, ek theism hai.</w:t>
      </w:r>
      <w:r>
        <w:br/>
      </w:r>
      <w:r>
        <w:rPr>
          <w:sz w:val="20"/>
        </w:rPr>
        <w:t>1:35:15  to yeh jo hai, theism ka hissa hai monism jis ko hum kehte hain.</w:t>
      </w:r>
    </w:p>
    <w:p>
      <w:pPr>
        <w:pStyle w:val="Heading2"/>
      </w:pPr>
      <w:r>
        <w:t>Ways to Increase God Consciousness</w:t>
      </w:r>
    </w:p>
    <w:p>
      <w:r>
        <w:rPr>
          <w:color w:val="666666"/>
          <w:sz w:val="18"/>
        </w:rPr>
        <w:t>Spirituality · The Prophet An Example of Modesty August 27, 2017 · 59s · at 1:08:11 · https://youtu.be/aR3V4c8fQC4?t=4091</w:t>
      </w:r>
    </w:p>
    <w:p>
      <w:r>
        <w:rPr>
          <w:i/>
        </w:rPr>
        <w:t>“How can we increase God consciousness?”</w:t>
      </w:r>
    </w:p>
    <w:p>
      <w:r>
        <w:rPr>
          <w:sz w:val="20"/>
        </w:rPr>
        <w:t>1:08:11  maulana, agla sawal lene se pehle ek comment padhna chahenge jo shad hussain sahib ne bheja hai srinagar se, unhon ne likha hai, "maulana sahib has deciphered an eternal breaking news from nature.</w:t>
      </w:r>
      <w:r>
        <w:br/>
      </w:r>
      <w:r>
        <w:rPr>
          <w:sz w:val="20"/>
        </w:rPr>
        <w:t>1:08:25  thank you for crushing our negligence.</w:t>
      </w:r>
      <w:r>
        <w:br/>
      </w:r>
      <w:r>
        <w:rPr>
          <w:sz w:val="20"/>
        </w:rPr>
        <w:t>1:08:28  thank you for guiding us to a wonderful parameter for modesty." maulana, agla sawal bhi srinagar se hai aamir mori sahib ka, unhon ne aapse poocha hai ke "how can we increase god consciousness?</w:t>
      </w:r>
      <w:r>
        <w:br/>
      </w:r>
      <w:r>
        <w:rPr>
          <w:sz w:val="20"/>
        </w:rPr>
        <w:t>1:08:43  is ki guidance hamein dijiye."</w:t>
      </w:r>
      <w:r>
        <w:br/>
      </w:r>
      <w:r>
        <w:rPr>
          <w:sz w:val="20"/>
        </w:rPr>
        <w:t>1:08:51  main bas yahi kahunga ke hamara program barabar suniye, hamari kitabein padhiye, yeh sab kijiye, quran ka mutala kijiye, tazkir al-quran ko padhiye, yeh sab kijiye.</w:t>
      </w:r>
      <w:r>
        <w:br/>
      </w:r>
      <w:r>
        <w:rPr>
          <w:sz w:val="20"/>
        </w:rPr>
        <w:t>1:09:06  is ka koi masti rasta tareeqa nahi hai.</w:t>
      </w:r>
    </w:p>
    <w:p>
      <w:pPr>
        <w:pStyle w:val="Heading2"/>
      </w:pPr>
      <w:r>
        <w:t>Ways to remember paradise and death</w:t>
      </w:r>
    </w:p>
    <w:p>
      <w:r>
        <w:rPr>
          <w:color w:val="666666"/>
          <w:sz w:val="18"/>
        </w:rPr>
        <w:t>Spirituality · On Death June 08, 2014 · 1m 32s · at 53:15 · https://youtu.be/p0lSKQ0edmw?t=3195</w:t>
      </w:r>
    </w:p>
    <w:p>
      <w:r>
        <w:rPr>
          <w:i/>
        </w:rPr>
        <w:t>“How can one remember paradise, and what is the way of remembering death?”</w:t>
      </w:r>
    </w:p>
    <w:p>
      <w:r>
        <w:rPr>
          <w:sz w:val="20"/>
        </w:rPr>
        <w:t>53:15  Maulana, agla sawal Muzaffar Nagar UP se kiya hai Aasif Zameer sahib ne. Aur unhon ne aap se poocha hai ke "How can one remember paradise and what is the way of remembering death?" ۔</w:t>
      </w:r>
      <w:r>
        <w:br/>
      </w:r>
      <w:r>
        <w:rPr>
          <w:sz w:val="20"/>
        </w:rPr>
        <w:t>53:31  in dono cheezon ke bare mein aap batayein. Remember karna to theek hai, jaise aaj kal garmi padh rahi hai, aap jante hain.</w:t>
      </w:r>
      <w:r>
        <w:br/>
      </w:r>
      <w:r>
        <w:rPr>
          <w:sz w:val="20"/>
        </w:rPr>
        <w:t>53:43  forty-eight degree tak pahunch gaya. To hum mein subah shaam yeh sochta hoon. Ke dunya mein abhi dekhein, jaada tha, sakht sardi thi, uska problem tha.</w:t>
      </w:r>
      <w:r>
        <w:br/>
      </w:r>
      <w:r>
        <w:rPr>
          <w:sz w:val="20"/>
        </w:rPr>
        <w:t>53:58  ab garmi hai to garmi ka problem hai. To is ayat ko yaad karta rehta hoon main. "لا يرون فيها شمس ولا ضمريرا" ۔</w:t>
      </w:r>
      <w:r>
        <w:br/>
      </w:r>
      <w:r>
        <w:rPr>
          <w:sz w:val="20"/>
        </w:rPr>
        <w:t>54:09  yani jannat woh maqam hai jahan na sardi ka problem hai na garmi ka problem. To har waqt aise cheezein pesh aati hain, har waqt.</w:t>
      </w:r>
      <w:r>
        <w:br/>
      </w:r>
      <w:r>
        <w:rPr>
          <w:sz w:val="20"/>
        </w:rPr>
        <w:t>54:22  subah shaam. Woh aap ko remind karti hain. Un se aap, un se aap sabak lijiye.</w:t>
      </w:r>
      <w:r>
        <w:br/>
      </w:r>
      <w:r>
        <w:rPr>
          <w:sz w:val="20"/>
        </w:rPr>
        <w:t>54:31  un se aap lesson extract kijiye. Yahi tareeqa hai aur koi doosra tareeqa nahi hai.</w:t>
      </w:r>
    </w:p>
    <w:p>
      <w:pPr>
        <w:pStyle w:val="Heading2"/>
      </w:pPr>
      <w:r>
        <w:t>What is Sabr-e-Jameel (beautiful patience)?</w:t>
      </w:r>
    </w:p>
    <w:p>
      <w:r>
        <w:rPr>
          <w:color w:val="666666"/>
          <w:sz w:val="18"/>
        </w:rPr>
        <w:t>Spirituality · Divine Help March 31, 2019 Maulana Wahiduddin Khan · 3m 40s · at 41:40 · https://youtu.be/o5-R5Rjs5Cw?t=2500</w:t>
      </w:r>
    </w:p>
    <w:p>
      <w:r>
        <w:rPr>
          <w:i/>
        </w:rPr>
        <w:t>“What is Sabr-e-Jameel (beautiful patience)? Please explain it.”</w:t>
      </w:r>
    </w:p>
    <w:p>
      <w:r>
        <w:rPr>
          <w:sz w:val="20"/>
        </w:rPr>
        <w:t>41:40  maulana, agla ek comment aur sawal hai jo umm ashait sahiba ne bheja hai chennai se, unhon ne likha hai: "Today I learned that what is planning of God?</w:t>
      </w:r>
      <w:r>
        <w:br/>
      </w:r>
      <w:r>
        <w:rPr>
          <w:sz w:val="20"/>
        </w:rPr>
        <w:t>41:56  The great plan of God in history is Hazrat Hajirah's model changed into Kaba model, and now in modern era the toti malhotra ka model will inshaAllah change into global women model.</w:t>
      </w:r>
      <w:r>
        <w:br/>
      </w:r>
      <w:r>
        <w:rPr>
          <w:sz w:val="20"/>
        </w:rPr>
        <w:t>42:11  jazak Allah maulana. phir un ka sawal hai maulana, unhon ne aap se poocha hai ke sabr jameel kya hai, is ki wazahat karen.</w:t>
      </w:r>
      <w:r>
        <w:br/>
      </w:r>
      <w:r>
        <w:rPr>
          <w:sz w:val="20"/>
        </w:rPr>
        <w:t>42:29  sabr jameel ka matlab hai ke shikayat ke baghair sabr karna.</w:t>
      </w:r>
      <w:r>
        <w:br/>
      </w:r>
      <w:r>
        <w:rPr>
          <w:sz w:val="20"/>
        </w:rPr>
        <w:t>42:37  bas musalman jeete hain shikayaton mein ke zulm ho raha hai, yeh ho raha hai, woh ho raha hai. to shikayat ke baghair sabr karna, yahi sabr jameel hai.</w:t>
      </w:r>
      <w:r>
        <w:br/>
      </w:r>
      <w:r>
        <w:rPr>
          <w:sz w:val="20"/>
        </w:rPr>
        <w:t>42:57  Maulana, un ka ek aur comment aaya hai abhi abhi jo hum parhna chahein ge.</w:t>
      </w:r>
      <w:r>
        <w:br/>
      </w:r>
      <w:r>
        <w:rPr>
          <w:sz w:val="20"/>
        </w:rPr>
        <w:t>43:00  to Umm Ish'aat sahibah ne likha hai: "Maulana, main musalsal teen din se kitaab Qayamat ka Kalam parh</w:t>
      </w:r>
      <w:r>
        <w:br/>
      </w:r>
      <w:r>
        <w:rPr>
          <w:sz w:val="20"/>
        </w:rPr>
        <w:t>43:09  rahi thi to mujhe mehsoos hua ke aaj hi mein musalman hui hoon aur main aaj dobara kalma</w:t>
      </w:r>
      <w:r>
        <w:br/>
      </w:r>
      <w:r>
        <w:rPr>
          <w:sz w:val="20"/>
        </w:rPr>
        <w:t>43:16  parhna chahti hoon."</w:t>
      </w:r>
      <w:r>
        <w:br/>
      </w:r>
      <w:r>
        <w:rPr>
          <w:sz w:val="20"/>
        </w:rPr>
        <w:t>43:18  jazak Allah Maulana, you are a person who is giving guidance globally in the modern era and in</w:t>
      </w:r>
      <w:r>
        <w:br/>
      </w:r>
      <w:r>
        <w:rPr>
          <w:sz w:val="20"/>
        </w:rPr>
        <w:t>43:25  the age of communication.</w:t>
      </w:r>
      <w:r>
        <w:br/>
      </w:r>
      <w:r>
        <w:rPr>
          <w:sz w:val="20"/>
        </w:rPr>
        <w:t>43:28  masha Allah, jazakum Allah.</w:t>
      </w:r>
      <w:r>
        <w:br/>
      </w:r>
      <w:r>
        <w:rPr>
          <w:sz w:val="20"/>
        </w:rPr>
        <w:t>43:34  maulana, ek sawal aaya hai rahel ali sahib ka, unhon ne apni location nahi likhi hai. un ka sawal hai ke how can I make a non-Muslim understand tauheed, is ke bare mein bataen.</w:t>
      </w:r>
      <w:r>
        <w:br/>
      </w:r>
      <w:r>
        <w:rPr>
          <w:sz w:val="20"/>
        </w:rPr>
        <w:t>43:52  bhai, yeh to is zamane mein, yani science ke zamane mein, bohat hi asan ho chuka hai. hamari koi kitab hai "Al Islam wa Tauheed", woh tauheedi par to hai, woh kitab.</w:t>
      </w:r>
      <w:r>
        <w:br/>
      </w:r>
      <w:r>
        <w:rPr>
          <w:sz w:val="20"/>
        </w:rPr>
        <w:t>44:06  is ka naam angrezi mein hai "God Rises" . us ko aap parhiye, woh kitab tauheed hai, woh</w:t>
      </w:r>
      <w:r>
        <w:br/>
      </w:r>
      <w:r>
        <w:rPr>
          <w:sz w:val="20"/>
        </w:rPr>
        <w:t>44:20  aap us ko parhiye, insha Allah us par aap ko jawab mil jayega.</w:t>
      </w:r>
      <w:r>
        <w:br/>
      </w:r>
      <w:r>
        <w:rPr>
          <w:sz w:val="20"/>
        </w:rPr>
        <w:t>44:34  aur agar aap ko mere siwa kisi aur ki kitab parhna hai, is ka bhi naam batata hoon mein aap ko. ek kitab hai jis ka naam hai angrezi mein "Evidence of God in an Expanding Universe" .</w:t>
      </w:r>
      <w:r>
        <w:br/>
      </w:r>
      <w:r>
        <w:rPr>
          <w:sz w:val="20"/>
        </w:rPr>
        <w:t>44:51  arabi mein is ka title hai "Allah Yatjalla Fi Asr Al Ilm" . arabic mein title hai "Allah Yatjalla Fi Asr Al Ilm" .</w:t>
      </w:r>
      <w:r>
        <w:br/>
      </w:r>
      <w:r>
        <w:rPr>
          <w:sz w:val="20"/>
        </w:rPr>
        <w:t>45:03  angrezi mein title hai "Evidence of God in an Expanding Universe" . parhiye us ko, reading parhaiye, reading parhana bohat zaroori hai.</w:t>
      </w:r>
    </w:p>
    <w:p>
      <w:pPr>
        <w:pStyle w:val="Heading2"/>
      </w:pPr>
      <w:r>
        <w:t>What is spirituality and how to nurture it?</w:t>
      </w:r>
    </w:p>
    <w:p>
      <w:r>
        <w:rPr>
          <w:color w:val="666666"/>
          <w:sz w:val="18"/>
        </w:rPr>
        <w:t>Spirituality · Signs of Doomsday November 7, 2021 Prof. Farida Khanam · 5m 47s · at 53:03 · https://youtu.be/RQZchtP6uRg?t=3183</w:t>
      </w:r>
    </w:p>
    <w:p>
      <w:r>
        <w:rPr>
          <w:i/>
        </w:rPr>
        <w:t>“What is spirituality? Please tell us something about it.”</w:t>
      </w:r>
    </w:p>
    <w:p>
      <w:r>
        <w:rPr>
          <w:sz w:val="20"/>
        </w:rPr>
        <w:t>53:03  yeh matlab hai iska. apa, yeh ek sawal bheja hai kashmir se aasim abbasi sahab ne. unhone aapse poocha hai ke roohaniyat kya hai?</w:t>
      </w:r>
      <w:r>
        <w:br/>
      </w:r>
      <w:r>
        <w:rPr>
          <w:sz w:val="20"/>
        </w:rPr>
        <w:t>53:15  is ke bare mein kuch batayein. asal mein ek hai insaan ka physical self aur ek hai spiritual self. body and soul ka majmooa hai insaan.</w:t>
      </w:r>
      <w:r>
        <w:br/>
      </w:r>
      <w:r>
        <w:rPr>
          <w:sz w:val="20"/>
        </w:rPr>
        <w:t>53:25  to hum kya kar rahe hain? body ko to khoob khoob feed karte hain aur soul ko feed nahi karte hain. to isi soul ko jab hum feed karenge, woh isi se hota hai ke Khuda ki baatein karein, Khuda quran padhein, is ko samjhein aur Khuda se taalluq banayein, duaayein karein.</w:t>
      </w:r>
      <w:r>
        <w:br/>
      </w:r>
      <w:r>
        <w:rPr>
          <w:sz w:val="20"/>
        </w:rPr>
        <w:t>53:43  to yeh sab isi mein ghaur o fikr karein. to is se jo hum ko jo is spiritual provision milta hai, spiritual food milta hai, wahi roohaniyat hai.</w:t>
      </w:r>
      <w:r>
        <w:br/>
      </w:r>
      <w:r>
        <w:rPr>
          <w:sz w:val="20"/>
        </w:rPr>
        <w:t>53:55  to humein chahiye ke musalsal is mein apna waqt lagayein, apna dhyan lagayein aur need based life.</w:t>
      </w:r>
      <w:r>
        <w:br/>
      </w:r>
      <w:r>
        <w:rPr>
          <w:sz w:val="20"/>
        </w:rPr>
        <w:t>54:06  jo Maulana keh dete hain: "simple living, high thinking." to bas wahi hum logon ko guzarna hoga, need based life aur baqi tamam waqt jo hai, woh marifat mein guzarna hai.</w:t>
      </w:r>
      <w:r>
        <w:br/>
      </w:r>
      <w:r>
        <w:rPr>
          <w:sz w:val="20"/>
        </w:rPr>
        <w:t>54:18  to yahi roohaniyat hai. to Maulana, woh woh roohaniyat jo tasawwuf wali hai, us ko nahi mante the kyunke woh to sirf hamein extasy tak le jati hai.</w:t>
      </w:r>
      <w:r>
        <w:br/>
      </w:r>
      <w:r>
        <w:rPr>
          <w:sz w:val="20"/>
        </w:rPr>
        <w:t>54:30  woh ek spiritual, ek trance hota hai. isi ko woh roohaniyat samajhte hain. roohaniyat yeh nahi hai. roohaniyat hamein spiritual food, intellectual food jo hamein milta hai, Khuda ki baaton mein ghaur o fikr karne se aur Khuda ki jo nishaniyan kainat mein hain, us mein ghaur o fikr karne se jo spiritual food milta hai, woh us se hamari roohaniyat, yani hamari soul, musalsal taraqqi karti rehti hai.</w:t>
      </w:r>
      <w:r>
        <w:br/>
      </w:r>
      <w:r>
        <w:rPr>
          <w:sz w:val="20"/>
        </w:rPr>
        <w:t>54:56  to woh taraqqi karte karte is mein phir hum ko marifat hasil hone lag jati hai. jaise Hazrat Maryam ke paas jab Hazrat Zakariya aate the to woh kehte the ke tum ko yeh sab rizq kahan se milta hai?</w:t>
      </w:r>
      <w:r>
        <w:br/>
      </w:r>
      <w:r>
        <w:rPr>
          <w:sz w:val="20"/>
        </w:rPr>
        <w:t>55:11  to log samajhte nahi. log samajhte the koi baqayda tafseeron mein likha hua hai ke tray mein phal rakh rakh ke jannat se aate the.</w:t>
      </w:r>
      <w:r>
        <w:br/>
      </w:r>
      <w:r>
        <w:rPr>
          <w:sz w:val="20"/>
        </w:rPr>
        <w:t>55:21  ab aap sochiye ke paighambaron, paighambar bhooka rehta tha, us ke liye to tray mein phal nahi aaye. to Hazrat Maryam ke liye phal aate the.</w:t>
      </w:r>
      <w:r>
        <w:br/>
      </w:r>
      <w:r>
        <w:rPr>
          <w:sz w:val="20"/>
        </w:rPr>
        <w:t>55:29  to balkeh woh spiritual food hota tha. Maulana ne likha hai ke woh spiritual food hota tha. is ko woh kehte the tum ko yeh rizq kahan se milta hai?</w:t>
      </w:r>
      <w:r>
        <w:br/>
      </w:r>
      <w:r>
        <w:rPr>
          <w:sz w:val="20"/>
        </w:rPr>
        <w:t>55:39  to ab woh to full time ibadat mein lagi rehti thi. to jo bhi aisa karega, Allah Ta'ala ko apne tamam bando se equal mohabbat hai.</w:t>
      </w:r>
      <w:r>
        <w:br/>
      </w:r>
      <w:r>
        <w:rPr>
          <w:sz w:val="20"/>
        </w:rPr>
        <w:t>55:49  yeh nahi ke kisi ke liye hai, kisi ke liye nahi hai. to jo bhi Allah ke liye apne aap ko waqf karega, Allah ki baaton ko samajhne ke liye poora dhyan lagayega, to us ko spiritual food milega.</w:t>
      </w:r>
      <w:r>
        <w:br/>
      </w:r>
      <w:r>
        <w:rPr>
          <w:sz w:val="20"/>
        </w:rPr>
        <w:t>56:02  aur wahi jo hai, wahi roohaniyat hai. islam, quraani roohaniyat wahi hai.</w:t>
      </w:r>
      <w:r>
        <w:br/>
      </w:r>
      <w:r>
        <w:rPr>
          <w:sz w:val="20"/>
        </w:rPr>
        <w:t>56:11  saadi zindagi guzarni chahiye. is par ek hadith mujhe yaad aa rahi hai, woh mein sunata hoon: "man ahabb dunya</w:t>
      </w:r>
      <w:r>
        <w:br/>
      </w:r>
      <w:r>
        <w:rPr>
          <w:sz w:val="20"/>
        </w:rPr>
        <w:t>56:23  akhratahu</w:t>
      </w:r>
      <w:r>
        <w:br/>
      </w:r>
      <w:r>
        <w:rPr>
          <w:sz w:val="20"/>
        </w:rPr>
        <w:t>56:26  ma yafqah" ke jo apni dunya ko zyada chahega, woh apni akhirat ko nuqsan pohanchayega. aur jo apni akhirat ko zyada chahega, woh apni dunya ko nuqsan pohanchayega.</w:t>
      </w:r>
      <w:r>
        <w:br/>
      </w:r>
      <w:r>
        <w:rPr>
          <w:sz w:val="20"/>
        </w:rPr>
        <w:t>56:39  to jo hamesha baqi rehni hai, us ko tarjeeh do in cheezon par jo fana hone wali hain, khatam hone wali hain. to rabbaniyat ya rohaniyat, rohaniyat ko hi quran mein rabbaniyat kaha gaya hai.</w:t>
      </w:r>
      <w:r>
        <w:br/>
      </w:r>
      <w:r>
        <w:rPr>
          <w:sz w:val="20"/>
        </w:rPr>
        <w:t>56:51  rabbaniyat yahi cheez hai ke hamara soul concern hona chahiye, akhirat ko yaad karna, akhirat ko tarjeeh dena hona chahiye. ek waqia yaad aata hai hazrat umar r.a. ka, un ki khilafat ke zamane ka waqia hai ke ek sahab gaye aur un ko kafi bura bhala kehne lage, jo galat tha, magar fact nahi tha.</w:t>
      </w:r>
      <w:r>
        <w:br/>
      </w:r>
      <w:r>
        <w:rPr>
          <w:sz w:val="20"/>
        </w:rPr>
        <w:t>57:10  to hazrat umar ko ghussa aaya. to us us waqt wahan par ek aur sahab khade hue the, unhone kaha: "afi ka</w:t>
      </w:r>
      <w:r>
        <w:br/>
      </w:r>
      <w:r>
        <w:rPr>
          <w:sz w:val="20"/>
        </w:rPr>
        <w:t>57:22  mamla kijiye aur jo nadan hai, us se darguzar kijiye." yeh sunna tha ke hazrat umar bilkul thande ho gaye. yahi cheez akhirat ko yaad karna hai.</w:t>
      </w:r>
      <w:r>
        <w:br/>
      </w:r>
      <w:r>
        <w:rPr>
          <w:sz w:val="20"/>
        </w:rPr>
        <w:t>57:32  rohaniyat yahi cheez hai ke jahan hukum aaye ke khuda ka yeh hukum hai, hum bilkul thande ho jayein. hum apne jo jazbat hamare hain, woh thande ho jane chahiye.</w:t>
      </w:r>
      <w:r>
        <w:br/>
      </w:r>
      <w:r>
        <w:rPr>
          <w:sz w:val="20"/>
        </w:rPr>
        <w:t>57:43  asal cheez jo honi chahiye, woh allah aur allah ki yaad aur akhirat ki zindagi honi chahiye hamari. apa, yeh kuch comment parhna chahunga.</w:t>
      </w:r>
      <w:r>
        <w:br/>
      </w:r>
      <w:r>
        <w:rPr>
          <w:sz w:val="20"/>
        </w:rPr>
        <w:t>57:53  yeh comment bheja hai miss sofia akhtar ne. unhone likha hai: "jazak allah khair, aap</w:t>
      </w:r>
      <w:r>
        <w:br/>
      </w:r>
      <w:r>
        <w:rPr>
          <w:sz w:val="20"/>
        </w:rPr>
        <w:t>58:00  a. aap ne hamein akhirat ki yaad dilai. hamein do kaam zaroor karne hain: pehla, zyada se zyada quran samajhna aur doosron tak pohanchana hai.</w:t>
      </w:r>
      <w:r>
        <w:br/>
      </w:r>
      <w:r>
        <w:rPr>
          <w:sz w:val="20"/>
        </w:rPr>
        <w:t>58:12  doosra, positive friendly environment banana hai. allah hamein distract hone se bachayein, hamein aur naseehat karein." yeh comment bheja hai maulana yaqoob umri ne dilli se.</w:t>
      </w:r>
      <w:r>
        <w:br/>
      </w:r>
      <w:r>
        <w:rPr>
          <w:sz w:val="20"/>
        </w:rPr>
        <w:t>58:24  unhone likha hai: "jazak allah, aap</w:t>
      </w:r>
      <w:r>
        <w:br/>
      </w:r>
      <w:r>
        <w:rPr>
          <w:sz w:val="20"/>
        </w:rPr>
        <w:t>58:28  a, for the motivational lecture and making us remember our responsibility towards our self and humanity.</w:t>
      </w:r>
      <w:r>
        <w:br/>
      </w:r>
      <w:r>
        <w:rPr>
          <w:sz w:val="20"/>
        </w:rPr>
        <w:t>58:38  creating dawah friendly environment is the responsibility of every muslim, uh that that he should do." apa, yeh aakhri sawal lena chahunga aaj ka.</w:t>
      </w:r>
    </w:p>
    <w:p>
      <w:pPr>
        <w:pStyle w:val="Heading2"/>
      </w:pPr>
      <w:r>
        <w:t>What to do in the fourth state?</w:t>
      </w:r>
    </w:p>
    <w:p>
      <w:r>
        <w:rPr>
          <w:color w:val="666666"/>
          <w:sz w:val="18"/>
        </w:rPr>
        <w:t>Spirituality · Self Correction November 09, 2014 · 1m 44s · at 1:03:01 · https://youtu.be/EgAukdSfGRU?t=3781</w:t>
      </w:r>
    </w:p>
    <w:p>
      <w:r>
        <w:rPr>
          <w:i/>
        </w:rPr>
        <w:t>“If someone is in the fourth state, what should he do? Should he be disappointed? As you said that repentance from far (tawbah ba'eed) is impossible.”</w:t>
      </w:r>
    </w:p>
    <w:p>
      <w:r>
        <w:rPr>
          <w:sz w:val="20"/>
        </w:rPr>
        <w:t>1:03:01  maulana, agla sawal muzaffar nagar se adnan sahib ne kiya hai aur unhon ne likha hai: "if someone is in the fourth state, what should he do?</w:t>
      </w:r>
      <w:r>
        <w:br/>
      </w:r>
      <w:r>
        <w:rPr>
          <w:sz w:val="20"/>
        </w:rPr>
        <w:t>1:03:13  should he be disappointed? as you said that tauba ba'eed is impossible." bhai, meri to bohat mushkil sawal hai.</w:t>
      </w:r>
      <w:r>
        <w:br/>
      </w:r>
      <w:r>
        <w:rPr>
          <w:sz w:val="20"/>
        </w:rPr>
        <w:t>1:03:22  aap ko mere jaisa banna parhe ga ke mein apnay ko kill karta hoon. yaqeen kijiye, merciless pampering karta hoon.</w:t>
      </w:r>
      <w:r>
        <w:br/>
      </w:r>
      <w:r>
        <w:rPr>
          <w:sz w:val="20"/>
        </w:rPr>
        <w:t>1:03:31  kai cheezein bohat dair mein chori hain. mein yeh bhi hua, meri zindagi mein tauba ba'eed ka bhi mere saath case paish aaya. kuch cheezein foran chori, kuch cheezein bohat dinon mein, 40 saal, 50 saal chori.</w:t>
      </w:r>
      <w:r>
        <w:br/>
      </w:r>
      <w:r>
        <w:rPr>
          <w:sz w:val="20"/>
        </w:rPr>
        <w:t>1:03:46  to mein yeh keh sakta hoon ke mein ne apnay aap ko, yaani zibah kiya, apnay aap ko zibah kiya, tab mein chor paya is ko.</w:t>
      </w:r>
      <w:r>
        <w:br/>
      </w:r>
      <w:r>
        <w:rPr>
          <w:sz w:val="20"/>
        </w:rPr>
        <w:t>1:03:59  agar mein zibah na karta to mein na chor pata is ko. to jis ko jo chahta ho ke woh ba'eed ka daur aa jaye, hatta woh tauba kare, to us ko merciless pampering karni parhe gi.</w:t>
      </w:r>
      <w:r>
        <w:br/>
      </w:r>
      <w:r>
        <w:rPr>
          <w:sz w:val="20"/>
        </w:rPr>
        <w:t>1:04:22  agar woh chahe ke nermi nermi se ho jaye to nermi honay wala nahi hai.</w:t>
      </w:r>
      <w:r>
        <w:br/>
      </w:r>
      <w:r>
        <w:rPr>
          <w:sz w:val="20"/>
        </w:rPr>
        <w:t>1:04:29  mein apne bare mein keh sakta hoon ke maine apne ko kai cheezon ko chhodne ke liye apne ko zibah kiya. mein</w:t>
      </w:r>
      <w:r>
        <w:br/>
      </w:r>
      <w:r>
        <w:rPr>
          <w:sz w:val="20"/>
        </w:rPr>
        <w:t>1:04:38  yeh allah behtar janta hai.</w:t>
      </w:r>
    </w:p>
    <w:p>
      <w:pPr>
        <w:pStyle w:val="Heading2"/>
      </w:pPr>
      <w:r>
        <w:t>When Dua Is Not Accepted, Resorting to Dargahs</w:t>
      </w:r>
    </w:p>
    <w:p>
      <w:r>
        <w:rPr>
          <w:color w:val="666666"/>
          <w:sz w:val="18"/>
        </w:rPr>
        <w:t>Spirituality · Divine Help September 22, 2015 · 6m 26s · at 29:50 · https://youtu.be/sozrNCif0Gg?t=1790</w:t>
      </w:r>
    </w:p>
    <w:p>
      <w:r>
        <w:rPr>
          <w:i/>
        </w:rPr>
        <w:t>“Some people link divine help with their duas being accepted. They think if their dua is not accepted, then God is not pleased with them, and many end up going for shortcuts like amulets and even to dargah to get their wish fulfilled. What is your opinion on this?”</w:t>
      </w:r>
    </w:p>
    <w:p>
      <w:r>
        <w:rPr>
          <w:sz w:val="20"/>
        </w:rPr>
        <w:t>29:50  jazak Allah. molana, sawal lena chahenge. yeh sawal bheja hai ahmedabad se muhammad imran sahab ne.</w:t>
      </w:r>
      <w:r>
        <w:br/>
      </w:r>
      <w:r>
        <w:rPr>
          <w:sz w:val="20"/>
        </w:rPr>
        <w:t>30:02  unhone likha hai: "Molana, some people link divine help with their duas being accepted. They think if their dua is not accepted, then God is not pleased with them,</w:t>
      </w:r>
      <w:r>
        <w:br/>
      </w:r>
      <w:r>
        <w:rPr>
          <w:sz w:val="20"/>
        </w:rPr>
        <w:t>30:17  and many end up going for shortcuts like taweez aur even to dargah to get their wish fulfilled." molana, what is your opinion on this?</w:t>
      </w:r>
      <w:r>
        <w:br/>
      </w:r>
      <w:r>
        <w:rPr>
          <w:sz w:val="20"/>
        </w:rPr>
        <w:t>30:32  dekhiye, taweez aur dargah toh bilkul absurd cheezein hain. inka Islam se koi taluq nahi hai. bilkul taluq nahi hai, bilkul taluq nahi hai.</w:t>
      </w:r>
      <w:r>
        <w:br/>
      </w:r>
      <w:r>
        <w:rPr>
          <w:sz w:val="20"/>
        </w:rPr>
        <w:t>30:43  dua jo hai, dua toh Quran se sabit hai, hadith se sabit hai, rasool Allah ki sunnat se sabit hai. dua bohat hi bari</w:t>
      </w:r>
      <w:r>
        <w:br/>
      </w:r>
      <w:r>
        <w:rPr>
          <w:sz w:val="20"/>
        </w:rPr>
        <w:t>30:51  cheez hai. lekin yaad rakhiye, dua fifty-fifty hai. dua ka muamla fifty-fifty hai. yaani aadha kaam aap karte hain, aadha kaam Allah ke hukum se, faisle karte hain.</w:t>
      </w:r>
      <w:r>
        <w:br/>
      </w:r>
      <w:r>
        <w:rPr>
          <w:sz w:val="20"/>
        </w:rPr>
        <w:t>31:11  toh aap agar apna aadha kaam na karein toh kuch bhi hone wala nahi. kuch bhi nahi hoga, kuch bhi nahi.</w:t>
      </w:r>
      <w:r>
        <w:br/>
      </w:r>
      <w:r>
        <w:rPr>
          <w:sz w:val="20"/>
        </w:rPr>
        <w:t>31:21  toh iske maani kya hain? dua shuru hoti hai discovery se, marifat se. sab se pehle aap ko jaanna padta hai ke what is the plan of God Allah ki planning kya hai?</w:t>
      </w:r>
      <w:r>
        <w:br/>
      </w:r>
      <w:r>
        <w:rPr>
          <w:sz w:val="20"/>
        </w:rPr>
        <w:t>31:38  main apne aap ko kahan khada karoon?</w:t>
      </w:r>
      <w:r>
        <w:br/>
      </w:r>
      <w:r>
        <w:rPr>
          <w:sz w:val="20"/>
        </w:rPr>
        <w:t>31:43  apne aap ko kahan khada karoon?</w:t>
      </w:r>
      <w:r>
        <w:br/>
      </w:r>
      <w:r>
        <w:rPr>
          <w:sz w:val="20"/>
        </w:rPr>
        <w:t>31:45  jaise baarish ho rahi hai, aap apne aap ko maidan mein khada karna padega. pahad ki choti par khada hoon toh baarish nahi milegi aap ko.</w:t>
      </w:r>
      <w:r>
        <w:br/>
      </w:r>
      <w:r>
        <w:rPr>
          <w:sz w:val="20"/>
        </w:rPr>
        <w:t>31:57  pahaad ki choti par khade ho jayein aap toh aap ko baarish nahi milegi. aap ko maidan mein khada karna padega, tab baarish milegi.</w:t>
      </w:r>
      <w:r>
        <w:br/>
      </w:r>
      <w:r>
        <w:rPr>
          <w:sz w:val="20"/>
        </w:rPr>
        <w:t>32:07  toh dua ka aaghaz dua ke kalmaat dua se nahi hai, harghiz nahi hai.</w:t>
      </w:r>
      <w:r>
        <w:br/>
      </w:r>
      <w:r>
        <w:rPr>
          <w:sz w:val="20"/>
        </w:rPr>
        <w:t>32:14  dua ka aaghaz hai sab se pehle yeh ek cheez janne ka, iski discovery karne ka ke Allah ki iski options kya hain, Allah ki planning kya hai.</w:t>
      </w:r>
      <w:r>
        <w:br/>
      </w:r>
      <w:r>
        <w:rPr>
          <w:sz w:val="20"/>
        </w:rPr>
        <w:t>32:30  main kaise apne aap ko is mein lagaoon? misaal ke taur par dekhiye, Allah taala ne beeswi sadi mein English zabaan ko international zabaan bana diya.</w:t>
      </w:r>
      <w:r>
        <w:br/>
      </w:r>
      <w:r>
        <w:rPr>
          <w:sz w:val="20"/>
        </w:rPr>
        <w:t>32:44  British Empire ko ek ek aalami empire bana diya. yeh kaha jata tha ke the sun never set in the British Empire toh hum is mein ladne lage.</w:t>
      </w:r>
      <w:r>
        <w:br/>
      </w:r>
      <w:r>
        <w:rPr>
          <w:sz w:val="20"/>
        </w:rPr>
        <w:t>32:58  jaane nahi ke Allah ki planning kya hai. yeh bilkul main samajhta hoon ke jo log lade woh andhe bhare log the. toh aap ko bohat is ko lena chahiye tha ba-taur opportunity ko, na ke ba-taur dushmani ko.</w:t>
      </w:r>
      <w:r>
        <w:br/>
      </w:r>
      <w:r>
        <w:rPr>
          <w:sz w:val="20"/>
        </w:rPr>
        <w:t>33:12  british empire hamari dushman nahi thi, hamari opportunity thi. yani is ne sari dunya mein darwaza khol diya dawat ka.</w:t>
      </w:r>
      <w:r>
        <w:br/>
      </w:r>
      <w:r>
        <w:rPr>
          <w:sz w:val="20"/>
        </w:rPr>
        <w:t>33:22  unhein wahi to laya dunya mein communication, unhi ki zuban mein to communication laya.</w:t>
      </w:r>
      <w:r>
        <w:br/>
      </w:r>
      <w:r>
        <w:rPr>
          <w:sz w:val="20"/>
        </w:rPr>
        <w:t>33:30  to un ke zamane mein Allah ne communication khola, international language paida ki. to doriye is is mawaqe ko avail karne ke liye.</w:t>
      </w:r>
      <w:r>
        <w:br/>
      </w:r>
      <w:r>
        <w:rPr>
          <w:sz w:val="20"/>
        </w:rPr>
        <w:t>33:40  to british empire ka zamana jadeed opportunity ko avail karne ka zamana tha. jo log british ab wahan se lade, mera khayal hai woh bilkul andhe bhare log thay.</w:t>
      </w:r>
      <w:r>
        <w:br/>
      </w:r>
      <w:r>
        <w:rPr>
          <w:sz w:val="20"/>
        </w:rPr>
        <w:t>33:52  kuch unhein pata nahi</w:t>
      </w:r>
      <w:r>
        <w:br/>
      </w:r>
      <w:r>
        <w:rPr>
          <w:sz w:val="20"/>
        </w:rPr>
        <w:t>33:53  tha. khwamkhwah lade. yani apne apne hamiyon se lade. woh to aap ke hami thay, aap ki himayat ke liye nikle thay.</w:t>
      </w:r>
      <w:r>
        <w:br/>
      </w:r>
      <w:r>
        <w:rPr>
          <w:sz w:val="20"/>
        </w:rPr>
        <w:t>34:03  woh jo lad rahe hain, is ko talwar mar rahe hain, is ko pathar mar rahe hain. yeh andha pan hi hai. isi ko kaha gaya hai ke fitna dohama.</w:t>
      </w:r>
      <w:r>
        <w:br/>
      </w:r>
      <w:r>
        <w:rPr>
          <w:sz w:val="20"/>
        </w:rPr>
        <w:t>34:16  fitna dohama jo hai, is ko kaha jata hai ke utter darkness. yeh fitna dohama tha.</w:t>
      </w:r>
      <w:r>
        <w:br/>
      </w:r>
      <w:r>
        <w:rPr>
          <w:sz w:val="20"/>
        </w:rPr>
        <w:t>34:24  phir utter jab mawaqe almi mawaqe khule to musalman utter darkness mein par gaye, andhe pan mein par gaye.</w:t>
      </w:r>
      <w:r>
        <w:br/>
      </w:r>
      <w:r>
        <w:rPr>
          <w:sz w:val="20"/>
        </w:rPr>
        <w:t>34:33  woh lad rahe hain, khwamkhwah lad rahe hain. avail nahi kiya is ko. yani sare almi mawaqe khule hain british empire ke zamane mein.</w:t>
      </w:r>
      <w:r>
        <w:br/>
      </w:r>
      <w:r>
        <w:rPr>
          <w:sz w:val="20"/>
        </w:rPr>
        <w:t>34:43  is ko avail kijiye. ladna kya hai?</w:t>
      </w:r>
      <w:r>
        <w:br/>
      </w:r>
      <w:r>
        <w:rPr>
          <w:sz w:val="20"/>
        </w:rPr>
        <w:t>34:51  molana, kuch aur comments parhna chahein ge.</w:t>
      </w:r>
      <w:r>
        <w:br/>
      </w:r>
      <w:r>
        <w:rPr>
          <w:sz w:val="20"/>
        </w:rPr>
        <w:t>34:54  sajid anwar sahib ne mumbai se likha hai: "Molana, my takeaway from today's lecture is, irrespective of the situation, one always finds himself amidst Dawa opportunities.</w:t>
      </w:r>
      <w:r>
        <w:br/>
      </w:r>
      <w:r>
        <w:rPr>
          <w:sz w:val="20"/>
        </w:rPr>
        <w:t>35:09  What we are required is to avail the same. I rededicate myself for this Dawa mission." doctor naghma siddiqui ne dilli se likha hai:</w:t>
      </w:r>
      <w:r>
        <w:br/>
      </w:r>
      <w:r>
        <w:rPr>
          <w:sz w:val="20"/>
        </w:rPr>
        <w:t>35:22  "It is thrilling to know that all of God's opportunities have been universalized. We just have to open our minds and plan, and the whole world will come to our support." mashallah.</w:t>
      </w:r>
      <w:r>
        <w:br/>
      </w:r>
      <w:r>
        <w:rPr>
          <w:sz w:val="20"/>
        </w:rPr>
        <w:t>35:39  mehtab ahmad sahib ne dhampur se likha hai: "Molana sahib, beshak aap ki baat hundred percent sahi hai.</w:t>
      </w:r>
      <w:r>
        <w:br/>
      </w:r>
      <w:r>
        <w:rPr>
          <w:sz w:val="20"/>
        </w:rPr>
        <w:t>35:48  react na karna se bohat bara benefit milta hai. is ka mujhe khud experience hua. jazak Allah molana sahib." mashallah.</w:t>
      </w:r>
      <w:r>
        <w:br/>
      </w:r>
      <w:r>
        <w:rPr>
          <w:sz w:val="20"/>
        </w:rPr>
        <w:t>36:00  doctor junaid shaikh ne mumbai se likha hai: "Molana, no one except you discovered the concept de-monopolization and outsourcing, which are greatest blessings of God Almighty.</w:t>
      </w:r>
      <w:r>
        <w:br/>
      </w:r>
      <w:r>
        <w:rPr>
          <w:sz w:val="20"/>
        </w:rPr>
        <w:t>36:14  jazak Allah. mashallah.</w:t>
      </w:r>
    </w:p>
    <w:p>
      <w:pPr>
        <w:pStyle w:val="Heading2"/>
      </w:pPr>
      <w:r>
        <w:t>Where Does Ego Originate From?</w:t>
      </w:r>
    </w:p>
    <w:p>
      <w:r>
        <w:rPr>
          <w:color w:val="666666"/>
          <w:sz w:val="18"/>
        </w:rPr>
        <w:t>Spirituality · Q&amp;A 04 DEC 2011 Maulana Wahiduddin Khan · 1m 41s · at 7:58 · https://youtu.be/KIMNmuUZoGo?t=478</w:t>
      </w:r>
    </w:p>
    <w:p>
      <w:r>
        <w:rPr>
          <w:i/>
        </w:rPr>
        <w:t>“We talk about ego a lot. I want to know from you, where does it originate from? Mind or heart?”</w:t>
      </w:r>
    </w:p>
    <w:p>
      <w:r>
        <w:rPr>
          <w:sz w:val="20"/>
        </w:rPr>
        <w:t>7:58  maulana, agla sawal aya hai dilli se mister aniket verma ka. unhone aapse poocha hai ke: "maulana sahib, we talk about ego a lot.</w:t>
      </w:r>
      <w:r>
        <w:br/>
      </w:r>
      <w:r>
        <w:rPr>
          <w:sz w:val="20"/>
        </w:rPr>
        <w:t>8:09  i want to know from you, where does it originate from? mind or heart?"</w:t>
      </w:r>
      <w:r>
        <w:br/>
      </w:r>
      <w:r>
        <w:rPr>
          <w:sz w:val="20"/>
        </w:rPr>
        <w:t>8:18  dekhiye, yeh mind aur heart ka jo alag alag mante the log, ab woh khatam ho chuka hai.</w:t>
      </w:r>
      <w:r>
        <w:br/>
      </w:r>
      <w:r>
        <w:rPr>
          <w:sz w:val="20"/>
        </w:rPr>
        <w:t>8:27  ab mind hi sab kuch hai. soul bhi mind mein hi hai. heart bhi mind mein hai. thinking bhi mind mein hai, emotions bhi mind mein hain.</w:t>
      </w:r>
      <w:r>
        <w:br/>
      </w:r>
      <w:r>
        <w:rPr>
          <w:sz w:val="20"/>
        </w:rPr>
        <w:t>8:36  har cheez ka jo source hai woh mind hai.</w:t>
      </w:r>
      <w:r>
        <w:br/>
      </w:r>
      <w:r>
        <w:rPr>
          <w:sz w:val="20"/>
        </w:rPr>
        <w:t>8:40  to alag kuch nahi hai mind se. baqi jo ego hai to har aadmi apne tajrube mein jaan sakta hai ego aur conscience ka muamla.</w:t>
      </w:r>
      <w:r>
        <w:br/>
      </w:r>
      <w:r>
        <w:rPr>
          <w:sz w:val="20"/>
        </w:rPr>
        <w:t>8:52  ke kahin aap ko andar se ek hota hai repentance ata hai.</w:t>
      </w:r>
      <w:r>
        <w:br/>
      </w:r>
      <w:r>
        <w:rPr>
          <w:sz w:val="20"/>
        </w:rPr>
        <w:t>8:58  that is phenomenon of conscience. kahin aap provoke hote hain, ghussa hota hai ke sab yeh karoon, woh karoon. that is phenomenon of ego. to yeh to koi koi mystery nahi hai.</w:t>
      </w:r>
      <w:r>
        <w:br/>
      </w:r>
      <w:r>
        <w:rPr>
          <w:sz w:val="20"/>
        </w:rPr>
        <w:t>9:11  har aadmi apne tajrube mein samajh sakta hai ke insaan ke andar dono faculties hain: ego bhi aur conscience bhi.</w:t>
      </w:r>
      <w:r>
        <w:br/>
      </w:r>
      <w:r>
        <w:rPr>
          <w:sz w:val="20"/>
        </w:rPr>
        <w:t>9:19  aur chunaanche insaan test mein hai to is liye zaroori tha ke dono faculties hon. taake aadmi dekha jaye kaun woh aadmi hai jo ego ko follow nahi karta balke conscience ko follow karta hai.</w:t>
      </w:r>
      <w:r>
        <w:br/>
      </w:r>
      <w:r>
        <w:rPr>
          <w:sz w:val="20"/>
        </w:rPr>
        <w:t>9:33  yeh toh yeh toh hona hi hona tha test ke liye.</w:t>
      </w:r>
    </w:p>
    <w:p>
      <w:pPr>
        <w:pStyle w:val="Heading2"/>
      </w:pPr>
      <w:r>
        <w:t>Where to Find God Everywhere</w:t>
      </w:r>
    </w:p>
    <w:p>
      <w:r>
        <w:rPr>
          <w:color w:val="666666"/>
          <w:sz w:val="18"/>
        </w:rPr>
        <w:t>Spirituality · Importance of Creative Thinking December 11, 2011 · 1m 47s · at 1:15:02 · https://youtu.be/jfML9Arb0S4?t=4502</w:t>
      </w:r>
    </w:p>
    <w:p>
      <w:r>
        <w:rPr>
          <w:i/>
        </w:rPr>
        <w:t>“Where can we go to find God if we cannot see Him in our own hearts and in every living being? Please explain.”</w:t>
      </w:r>
    </w:p>
    <w:p>
      <w:r>
        <w:rPr>
          <w:sz w:val="20"/>
        </w:rPr>
        <w:t>1:15:02  maulana, agla sawal aya hai dilli se miss amita pushpendra ka. unhon ne likha hai ke "where can we go to find god if we cannot see him in our own hearts and in every living being?" please explain.</w:t>
      </w:r>
      <w:r>
        <w:br/>
      </w:r>
      <w:r>
        <w:rPr>
          <w:sz w:val="20"/>
        </w:rPr>
        <w:t>1:15:19  kya matlab hai?</w:t>
      </w:r>
      <w:r>
        <w:br/>
      </w:r>
      <w:r>
        <w:rPr>
          <w:sz w:val="20"/>
        </w:rPr>
        <w:t>1:15:21  "where can we go to find god if we cannot see him in our own hearts and in every living being?"</w:t>
      </w:r>
      <w:r>
        <w:br/>
      </w:r>
      <w:r>
        <w:rPr>
          <w:sz w:val="20"/>
        </w:rPr>
        <w:t>1:15:33  dekhen, yeh to jo un ka question hai, mein samajhta hoon ke yeh is mind se bol rahi hain jo jis ko kehte hain monism, yani har cheez khuda ka ansh hai,</w:t>
      </w:r>
      <w:r>
        <w:br/>
      </w:r>
      <w:r>
        <w:rPr>
          <w:sz w:val="20"/>
        </w:rPr>
        <w:t>1:15:47  aur woh is m</w:t>
      </w:r>
      <w:r>
        <w:br/>
      </w:r>
      <w:r>
        <w:rPr>
          <w:sz w:val="20"/>
        </w:rPr>
        <w:t>1:15:49  ind se bol rahi hain. hum is ko nahi mante. hum hum creator creator ko creation alag alag mante hain. aap jante hain ke hamare desh mein do concept hain: duality, advaita.</w:t>
      </w:r>
      <w:r>
        <w:br/>
      </w:r>
      <w:r>
        <w:rPr>
          <w:sz w:val="20"/>
        </w:rPr>
        <w:t>1:16:02  yeh jo un ka question hai, woh advaita ke mind se nikla hai. yeh mein advaita ko unnatural manta hoon, is ko sahi nahi manta.</w:t>
      </w:r>
      <w:r>
        <w:br/>
      </w:r>
      <w:r>
        <w:rPr>
          <w:sz w:val="20"/>
        </w:rPr>
        <w:t>1:16:14  mein duality manta hoon. to is mein creation alag hai, creator alag hai.</w:t>
      </w:r>
      <w:r>
        <w:br/>
      </w:r>
      <w:r>
        <w:rPr>
          <w:sz w:val="20"/>
        </w:rPr>
        <w:t>1:16:19  jab tak yahan par aap, yani aap ka mind jo hai, is baat ko na samjhe, tab tak ab aage koi sawal nahi ho sakta.</w:t>
      </w:r>
      <w:r>
        <w:br/>
      </w:r>
      <w:r>
        <w:rPr>
          <w:sz w:val="20"/>
        </w:rPr>
        <w:t>1:16:28  yeh sawal aage ka sawal hai. yeh yeh yeh sawal jo kar rahe hain, woh aage ka sawal hai. is se peechay ka sawal wahan par mamle ko samajhna hoga ke duality sahi hai ke advaita sahi hai.</w:t>
      </w:r>
      <w:r>
        <w:br/>
      </w:r>
      <w:r>
        <w:rPr>
          <w:sz w:val="20"/>
        </w:rPr>
        <w:t>1:16:41  tab yeh sab in sab sawalat ka jawab apne aap mil jayega.</w:t>
      </w:r>
    </w:p>
    <w:p>
      <w:pPr>
        <w:pStyle w:val="Heading2"/>
      </w:pPr>
      <w:r>
        <w:t>Why Few Achieve Realization of God?</w:t>
      </w:r>
    </w:p>
    <w:p>
      <w:r>
        <w:rPr>
          <w:color w:val="666666"/>
          <w:sz w:val="18"/>
        </w:rPr>
        <w:t>Spirituality · Roza and Quran July 18, 2010 · 1m 37s · at 1:20:12 · https://youtu.be/TSjqSQEb0EQ?t=4812</w:t>
      </w:r>
    </w:p>
    <w:p>
      <w:r>
        <w:rPr>
          <w:i/>
        </w:rPr>
        <w:t>“What is the reason for very few people in human history who were able to achieve the realization of God at a higher level? What are the obstacles to this goal? Kindly explain.”</w:t>
      </w:r>
    </w:p>
    <w:p>
      <w:r>
        <w:rPr>
          <w:sz w:val="20"/>
        </w:rPr>
        <w:t>1:20:12  maulana, agla sawal doctor farida khanoom ka hai, dehli se.</w:t>
      </w:r>
      <w:r>
        <w:br/>
      </w:r>
      <w:r>
        <w:rPr>
          <w:sz w:val="20"/>
        </w:rPr>
        <w:t>1:20:17  unhon ne likha hai "What is the reason for very few people in human history who were able to achieve the realization of God at a higher level?</w:t>
      </w:r>
      <w:r>
        <w:br/>
      </w:r>
      <w:r>
        <w:rPr>
          <w:sz w:val="20"/>
        </w:rPr>
        <w:t>1:20:28  What are the obstacles to this goal? Kindly explain."</w:t>
      </w:r>
      <w:r>
        <w:br/>
      </w:r>
      <w:r>
        <w:rPr>
          <w:sz w:val="20"/>
        </w:rPr>
        <w:t>1:20:39  bhai, mein to yeh samajhta hoon ke jo cheezein dikhai pad rahi theen, woh focus mein aati chali gayeen.</w:t>
      </w:r>
      <w:r>
        <w:br/>
      </w:r>
      <w:r>
        <w:rPr>
          <w:sz w:val="20"/>
        </w:rPr>
        <w:t>1:20:46  matlab suraj, chand, pahad, samandar, woh dikhai de rahe the. aise hi hamare jo akabir hain, so-called bigs, woh dikhai dete hain.</w:t>
      </w:r>
      <w:r>
        <w:br/>
      </w:r>
      <w:r>
        <w:rPr>
          <w:sz w:val="20"/>
        </w:rPr>
        <w:t>1:20:57  hamari history jo hai, woh dikhai deti hai, woh focus mein rehti hai. isi ko log zyada badhate chadate hain. aur khuda dikhai nahin deta, is liye focus mein nahin aata.</w:t>
      </w:r>
      <w:r>
        <w:br/>
      </w:r>
      <w:r>
        <w:rPr>
          <w:sz w:val="20"/>
        </w:rPr>
        <w:t>1:21:06  soch samajh kar aaye ga to sochta koi hai nahin. matlab poori history mein sab se zyada jo cheez kam hai, woh hai art of thinking.</w:t>
      </w:r>
      <w:r>
        <w:br/>
      </w:r>
      <w:r>
        <w:rPr>
          <w:sz w:val="20"/>
        </w:rPr>
        <w:t>1:21:16  poori poori history mein art of thinking jo hai, is ka bohat hi kam logon ko is ki ahmiyat ka bhi pata hai. to soch na hone ki wajah se aisa hua.</w:t>
      </w:r>
      <w:r>
        <w:br/>
      </w:r>
      <w:r>
        <w:rPr>
          <w:sz w:val="20"/>
        </w:rPr>
        <w:t>1:21:29  is liye hum apne mission mein bohat zyada zor dete hain, sochne, sochne, sochne.</w:t>
      </w:r>
      <w:r>
        <w:br/>
      </w:r>
      <w:r>
        <w:rPr>
          <w:sz w:val="20"/>
        </w:rPr>
        <w:t>1:21:38  jab sochen ge, tab khuda focus mein aa jayega. nahi to wahi cheezen focus mein rahen gi jo dikhai deti hain.</w:t>
      </w:r>
      <w:r>
        <w:br/>
      </w:r>
      <w:r>
        <w:rPr>
          <w:sz w:val="20"/>
        </w:rPr>
        <w:t>1:21:45  mein to yeh samajhta hoon ke yahi waja hai is ki.</w:t>
      </w:r>
    </w:p>
    <w:p>
      <w:pPr>
        <w:pStyle w:val="Heading2"/>
      </w:pPr>
      <w:r>
        <w:t>Why Learning Islam Hardens Heart</w:t>
      </w:r>
    </w:p>
    <w:p>
      <w:r>
        <w:rPr>
          <w:color w:val="666666"/>
          <w:sz w:val="18"/>
        </w:rPr>
        <w:t>Spirituality · Life After Death January 22, 2012 · 4m 10s · at 1:28:24 · https://youtu.be/5hVH1BLKBF4?t=5304</w:t>
      </w:r>
    </w:p>
    <w:p>
      <w:r>
        <w:rPr>
          <w:i/>
        </w:rPr>
        <w:t>“Most of the Muslims who follow the Islamic scholars and know a little bit of Quran and Hadith are away from the love of humanity. Why does the learning of Islam lead to stiffening of one's heart?”</w:t>
      </w:r>
    </w:p>
    <w:p>
      <w:r>
        <w:rPr>
          <w:sz w:val="20"/>
        </w:rPr>
        <w:t>1:28:24  is mein koi sawab nahi hai. maulana, in ka doosra sawal yeh hai, unhone likha hai: "Most of the Muslims who follow the Islamic scholars and know a little bit of Quran and Hadith are away from the love of humanity.</w:t>
      </w:r>
      <w:r>
        <w:br/>
      </w:r>
      <w:r>
        <w:rPr>
          <w:sz w:val="20"/>
        </w:rPr>
        <w:t>1:28:41  Why does the learning of Islam lead one to stiffening of one's heart?"</w:t>
      </w:r>
      <w:r>
        <w:br/>
      </w:r>
      <w:r>
        <w:rPr>
          <w:sz w:val="20"/>
        </w:rPr>
        <w:t>1:28:50  nahi, yeh yeh stiffening jo aayi hai yeh quran o hadith se nahi aayi hai. chhodne ki niyat mein aayi hai, chhodne ki.</w:t>
      </w:r>
      <w:r>
        <w:br/>
      </w:r>
      <w:r>
        <w:rPr>
          <w:sz w:val="20"/>
        </w:rPr>
        <w:t>1:28:59  is ko kehte hain qasawat. qasawat chhoden. agar woh quran ko padhen, hadith ko padhen, rasool allah ki seerat ko padhen to is mein dil naram hoga.</w:t>
      </w:r>
      <w:r>
        <w:br/>
      </w:r>
      <w:r>
        <w:rPr>
          <w:sz w:val="20"/>
        </w:rPr>
        <w:t>1:29:09  woh softening ke zariye aayi hai, stiffening ke zariye nahi hai. yani qasawat nahi aayegi balkeh dil naram ho gaye. log log log keh rahe hain ke woh padhte hi nahi hain.</w:t>
      </w:r>
      <w:r>
        <w:br/>
      </w:r>
      <w:r>
        <w:rPr>
          <w:sz w:val="20"/>
        </w:rPr>
        <w:t>1:29:20  bahut se bahut quran ki tilawat kar lete hain. quran ka zikr kaun karta hai? to jitna zyada gehrai ke sath log quran ko padhenge, sunnat rasool ko padhenge, hadith ko padhenge, sahaba ki zindagi ko padhenge, utne hi logon ke dil naram honge.</w:t>
      </w:r>
      <w:r>
        <w:br/>
      </w:r>
      <w:r>
        <w:rPr>
          <w:sz w:val="20"/>
        </w:rPr>
        <w:t>1:29:36  aur jitna is ko chhodenge utni qasawat aayegi.</w:t>
      </w:r>
      <w:r>
        <w:br/>
      </w:r>
      <w:r>
        <w:rPr>
          <w:sz w:val="20"/>
        </w:rPr>
        <w:t>1:29:40  yeh hai saada formula is ka.</w:t>
      </w:r>
      <w:r>
        <w:br/>
      </w:r>
      <w:r>
        <w:rPr>
          <w:sz w:val="20"/>
        </w:rPr>
        <w:t>1:29:44  dilli se misr muhammad sadiq ne likha hai: "We Muslims believe this. We Muslims believe this worldly life only once.</w:t>
      </w:r>
      <w:r>
        <w:br/>
      </w:r>
      <w:r>
        <w:rPr>
          <w:sz w:val="20"/>
        </w:rPr>
        <w:t>1:29:55  But non-Muslims believe seven times life and birth. Please tell us how to make them understand logically as they don't believe Quran and Islamic concepts."</w:t>
      </w:r>
      <w:r>
        <w:br/>
      </w:r>
      <w:r>
        <w:rPr>
          <w:sz w:val="20"/>
        </w:rPr>
        <w:t>1:30:10  kitaben padhiye, padhwaiye. khud hi padhiye to padhwaiye. aur koi doosra zariya nahi hai. khud apne yani aap apna intellectual development kijiye.</w:t>
      </w:r>
      <w:r>
        <w:br/>
      </w:r>
      <w:r>
        <w:rPr>
          <w:sz w:val="20"/>
        </w:rPr>
        <w:t>1:30:24  aur sab mutale se hota hai, study ke zariye hota hai. khud padhiye to padhwaiye. yahi tareeqa hai. maulana sharukh hussain ne dilli se likha hai: "इस्लाम में मायूसी हराम क्यों है?</w:t>
      </w:r>
      <w:r>
        <w:br/>
      </w:r>
      <w:r>
        <w:rPr>
          <w:sz w:val="20"/>
        </w:rPr>
        <w:t>1:30:39  "haram is liye hai ke duniya ko allah taala ne is tarah banaya hai ke yahan mayoos hone ki zaroorat hi nahi hai.</w:t>
      </w:r>
      <w:r>
        <w:br/>
      </w:r>
      <w:r>
        <w:rPr>
          <w:sz w:val="20"/>
        </w:rPr>
        <w:t>1:30:52  misal ke taur par agar koi shakhs pani na piya bhar jaye to haram hoga is ke liye. kyun? pani itna abundantly maujood hai ke aap kahin bhi pani, zameen khoden to pani hai, darya ko dekhen to pani hai, samandar ko dekhen to pani hai.</w:t>
      </w:r>
      <w:r>
        <w:br/>
      </w:r>
      <w:r>
        <w:rPr>
          <w:sz w:val="20"/>
        </w:rPr>
        <w:t>1:31:09  to aap kyun pani, pani yani pani na peekar apne ko maar dalen? jab pani itna abundantly available hai to aap pani ko chhod kar maren apne aap ko, halak karen.</w:t>
      </w:r>
      <w:r>
        <w:br/>
      </w:r>
      <w:r>
        <w:rPr>
          <w:sz w:val="20"/>
        </w:rPr>
        <w:t>1:31:20  to kaise jaiz hoga woh? to allah taala ne duniya ko is tarah banaya hai ke yahan opportunities unlimited hain.</w:t>
      </w:r>
      <w:r>
        <w:br/>
      </w:r>
      <w:r>
        <w:rPr>
          <w:sz w:val="20"/>
        </w:rPr>
        <w:t>1:31:30  unlimited. to kya zaroorat hai mayoos hone ki aap ko? unlimited opportunities hain.</w:t>
      </w:r>
      <w:r>
        <w:br/>
      </w:r>
      <w:r>
        <w:rPr>
          <w:sz w:val="20"/>
        </w:rPr>
        <w:t>1:31:38  to is liye mayoosi ko haram qarar diya gaya hai. yani nizam mein fitrat ke khilaf hai, law of nature ke khilaf hai. allah taala ne aisi duniya aap ko di hai jahan mawaqe, opportunities bepanah hain.</w:t>
      </w:r>
      <w:r>
        <w:br/>
      </w:r>
      <w:r>
        <w:rPr>
          <w:sz w:val="20"/>
        </w:rPr>
        <w:t>1:31:54  aap khwamkhwah aap koi mayoos kar ke baithen to yeh aap ko yani yani khuda ke nizam ke khilaf ka yeh hai, is ke khilaf vote dena hai, is ke khilaf sochna hai.</w:t>
      </w:r>
      <w:r>
        <w:br/>
      </w:r>
      <w:r>
        <w:rPr>
          <w:sz w:val="20"/>
        </w:rPr>
        <w:t>1:32:10  khuda par distress show karna hai. jo aadmi mayoos hota hai woh khuda par be aitimadi karta hai, khuda par distress show karta hai.</w:t>
      </w:r>
      <w:r>
        <w:br/>
      </w:r>
      <w:r>
        <w:rPr>
          <w:sz w:val="20"/>
        </w:rPr>
        <w:t>1:32:22  to to zahir hai ke haram hoga. kyunke iske koi is ka koi justification nahi hai. is ka koi jawaz, is ka koi jawaz nahi hai.</w:t>
      </w:r>
    </w:p>
    <w:p>
      <w:pPr>
        <w:pStyle w:val="Heading2"/>
      </w:pPr>
      <w:r>
        <w:t>Why can't we see inner spiritual light</w:t>
      </w:r>
    </w:p>
    <w:p>
      <w:r>
        <w:rPr>
          <w:color w:val="666666"/>
          <w:sz w:val="18"/>
        </w:rPr>
        <w:t>Spirituality · Brilliant Personality November 27, 2016 · 3m 27s · at 50:50 · https://youtu.be/268O3sgnjC0?t=3050</w:t>
      </w:r>
    </w:p>
    <w:p>
      <w:r>
        <w:rPr>
          <w:i/>
        </w:rPr>
        <w:t>“Is it because we don't have the eyes or the ability to see the inner spiritual light that we cannot see the brilliant personality in this world?”</w:t>
      </w:r>
    </w:p>
    <w:p>
      <w:r>
        <w:rPr>
          <w:sz w:val="20"/>
        </w:rPr>
        <w:t>50:50  Maulana, agla sawal Dr. Farida Khanam ne kiya hai, isi jawab ko aap ke continue karte hue ke</w:t>
      </w:r>
      <w:r>
        <w:br/>
      </w:r>
      <w:r>
        <w:rPr>
          <w:sz w:val="20"/>
        </w:rPr>
        <w:t>50:59  is duniya mein hum jo brilliant personality ko nahi dekh sakte to un ka sawal ye hai ke</w:t>
      </w:r>
      <w:r>
        <w:br/>
      </w:r>
      <w:r>
        <w:rPr>
          <w:sz w:val="20"/>
        </w:rPr>
        <w:t>51:08  is it because we don't have the eyes or the ability to see the inner spiritual light in</w:t>
      </w:r>
      <w:r>
        <w:br/>
      </w:r>
      <w:r>
        <w:rPr>
          <w:sz w:val="20"/>
        </w:rPr>
        <w:t>51:17  this world while in the next eternal world we will be granted the ability to see the spiritual</w:t>
      </w:r>
      <w:r>
        <w:br/>
      </w:r>
      <w:r>
        <w:rPr>
          <w:sz w:val="20"/>
        </w:rPr>
        <w:t>51:26  dimension of our deeds?</w:t>
      </w:r>
      <w:r>
        <w:br/>
      </w:r>
      <w:r>
        <w:rPr>
          <w:sz w:val="20"/>
        </w:rPr>
        <w:t>51:36  dekhen, ye baat sahi hai lekin brilliant personality total sach mein unobservable nahi hai, aisa nahi hai.</w:t>
      </w:r>
      <w:r>
        <w:br/>
      </w:r>
      <w:r>
        <w:rPr>
          <w:sz w:val="20"/>
        </w:rPr>
        <w:t>51:44  agar aap ko dekhne wali nigah ho to isi duniya mein bhi is ki jhalak, yani glimpse dikhai</w:t>
      </w:r>
      <w:r>
        <w:br/>
      </w:r>
      <w:r>
        <w:rPr>
          <w:sz w:val="20"/>
        </w:rPr>
        <w:t>51:52  deti hai, glimpse, G-L-I-M-P-S-E.</w:t>
      </w:r>
      <w:r>
        <w:br/>
      </w:r>
      <w:r>
        <w:rPr>
          <w:sz w:val="20"/>
        </w:rPr>
        <w:t>52:00  to agarchay total scene to hum nahi dekh sakte is duniya mein lekin glimpse zaroor dekh sakte hain.</w:t>
      </w:r>
      <w:r>
        <w:br/>
      </w:r>
      <w:r>
        <w:rPr>
          <w:sz w:val="20"/>
        </w:rPr>
        <w:t>52:08  ek martaba mein ek jalse mein tha, ghaliban Gujarat ka qissa hai, to kuch baat karte hue meri</w:t>
      </w:r>
      <w:r>
        <w:br/>
      </w:r>
      <w:r>
        <w:rPr>
          <w:sz w:val="20"/>
        </w:rPr>
        <w:t>52:16  aankhon mein aansu aa gaye.</w:t>
      </w:r>
      <w:r>
        <w:br/>
      </w:r>
      <w:r>
        <w:rPr>
          <w:sz w:val="20"/>
        </w:rPr>
        <w:t>52:24  to aap jante hain ke aankhon mein jo aansu aate hain to naak se raaste mein kuch rezhish</w:t>
      </w:r>
      <w:r>
        <w:br/>
      </w:r>
      <w:r>
        <w:rPr>
          <w:sz w:val="20"/>
        </w:rPr>
        <w:t>52:32  hone lagti hai.</w:t>
      </w:r>
      <w:r>
        <w:br/>
      </w:r>
      <w:r>
        <w:rPr>
          <w:sz w:val="20"/>
        </w:rPr>
        <w:t>52:40  to woh kya kehte hain ke shayad aap ko zukaam ho gaya hai aur lage mujh ko woh</w:t>
      </w:r>
      <w:r>
        <w:br/>
      </w:r>
      <w:r>
        <w:rPr>
          <w:sz w:val="20"/>
        </w:rPr>
        <w:t>52:48  tissue paper, lage mujh ko tissue paper dene.</w:t>
      </w:r>
      <w:r>
        <w:br/>
      </w:r>
      <w:r>
        <w:rPr>
          <w:sz w:val="20"/>
        </w:rPr>
        <w:t>52:56  to logon ko asal mein hassasiyat chahiye, spiritual hassasiyat, spiritual sensitivity.</w:t>
      </w:r>
      <w:r>
        <w:br/>
      </w:r>
      <w:r>
        <w:rPr>
          <w:sz w:val="20"/>
        </w:rPr>
        <w:t>53:05  log physical sense mein hassas hote hain, spiritual sense mein nahin hote.</w:t>
      </w:r>
      <w:r>
        <w:br/>
      </w:r>
      <w:r>
        <w:rPr>
          <w:sz w:val="20"/>
        </w:rPr>
        <w:t>53:13  to mera manna yeh hai ke agar koi spiritual sensitivity hai kisi ke andar to isi duniya mein</w:t>
      </w:r>
      <w:r>
        <w:br/>
      </w:r>
      <w:r>
        <w:rPr>
          <w:sz w:val="20"/>
        </w:rPr>
        <w:t>53:21  dekh lega, woh woh face se dekhega, tone se dekhega.</w:t>
      </w:r>
      <w:r>
        <w:br/>
      </w:r>
      <w:r>
        <w:rPr>
          <w:sz w:val="20"/>
        </w:rPr>
        <w:t>53:29  isi duniya mein agarche agarche woh glimpse hogi lekin phir bhi woh dekhega.</w:t>
      </w:r>
      <w:r>
        <w:br/>
      </w:r>
      <w:r>
        <w:rPr>
          <w:sz w:val="20"/>
        </w:rPr>
        <w:t>53:37  log asal mein be-hass ho gaye hain, bilkul insensitive ho gaye hain.</w:t>
      </w:r>
      <w:r>
        <w:br/>
      </w:r>
      <w:r>
        <w:rPr>
          <w:sz w:val="20"/>
        </w:rPr>
        <w:t>53:45  masla yahan hai, masla yahan hai ke log insensitive ho gaye hain, apne interest ke siwa kuch aur</w:t>
      </w:r>
      <w:r>
        <w:br/>
      </w:r>
      <w:r>
        <w:rPr>
          <w:sz w:val="20"/>
        </w:rPr>
        <w:t>53:53  dikhai deta nahin.</w:t>
      </w:r>
      <w:r>
        <w:br/>
      </w:r>
      <w:r>
        <w:rPr>
          <w:sz w:val="20"/>
        </w:rPr>
        <w:t>54:01  to main yeh manta hoon ke agar aadmi ke andar spiritual sensitivity ho to zaroor isi duniya mein</w:t>
      </w:r>
      <w:r>
        <w:br/>
      </w:r>
      <w:r>
        <w:rPr>
          <w:sz w:val="20"/>
        </w:rPr>
        <w:t>54:09  woh glimpse dekhega, agarche total scene jo hai woh to aakhirat mein hoga.</w:t>
      </w:r>
    </w:p>
    <w:p>
      <w:pPr>
        <w:pStyle w:val="Heading2"/>
      </w:pPr>
      <w:r>
        <w:t>Why detach from world to contact God?</w:t>
      </w:r>
    </w:p>
    <w:p>
      <w:r>
        <w:rPr>
          <w:color w:val="666666"/>
          <w:sz w:val="18"/>
        </w:rPr>
        <w:t>Spirituality · Self Correction November 09, 2014 · 1m 32s · at 52:15 · https://youtu.be/EgAukdSfGRU?t=3135</w:t>
      </w:r>
    </w:p>
    <w:p>
      <w:r>
        <w:rPr>
          <w:i/>
        </w:rPr>
        <w:t>“Why is it necessary to divest ourselves of all worldly attachments or addiction in order to establish contact with God?”</w:t>
      </w:r>
    </w:p>
    <w:p>
      <w:r>
        <w:rPr>
          <w:sz w:val="20"/>
        </w:rPr>
        <w:t>52:15  maulana, agla sawal Dilli se hai doctor Fareeda Khanam ka, aur unhon ne likha hai "Why is it necessary to divest ourselves from all worldly attachment or addiction to establish contact with God?" main dekhiye, yeh to bohat hi clear baat hai</w:t>
      </w:r>
      <w:r>
        <w:br/>
      </w:r>
      <w:r>
        <w:rPr>
          <w:sz w:val="20"/>
        </w:rPr>
        <w:t>52:38  ke woh woh cheez destruction banti hai. destruction to Khuda ya aakhirat se continuous taluq darkaar hai.</w:t>
      </w:r>
      <w:r>
        <w:br/>
      </w:r>
      <w:r>
        <w:rPr>
          <w:sz w:val="20"/>
        </w:rPr>
        <w:t>52:53  us ko Quran hadith mein ta'ahhud kaha gaya hai. ta'ahhud, ta'ahhud ke darje mein taluq darkaar hai. agar ta'ahhud na ho, matlab continuous taluq, musalsal taur par usi ko sochna.</w:t>
      </w:r>
      <w:r>
        <w:br/>
      </w:r>
      <w:r>
        <w:rPr>
          <w:sz w:val="20"/>
        </w:rPr>
        <w:t>53:06  agar nahin karen ge to distract hon ge, aur distraction dhire dhire ban jayega wohi habit aur addiction.</w:t>
      </w:r>
      <w:r>
        <w:br/>
      </w:r>
      <w:r>
        <w:rPr>
          <w:sz w:val="20"/>
        </w:rPr>
        <w:t>53:16  to main samajhta hoon ke yeh is maamle mein aadmi ko bohat zyada focused hona chahiye.</w:t>
      </w:r>
      <w:r>
        <w:br/>
      </w:r>
      <w:r>
        <w:rPr>
          <w:sz w:val="20"/>
        </w:rPr>
        <w:t>53:26  focused, focused na hon ge to is ke baad kya hoga? hum distraction mein mubtala ho jayen ge.</w:t>
      </w:r>
      <w:r>
        <w:br/>
      </w:r>
      <w:r>
        <w:rPr>
          <w:sz w:val="20"/>
        </w:rPr>
        <w:t>53:35  hamari cheezen, hamari zehan divert ho jayega, aur phir kuch nahin mile ga. na deen, na duniya.</w:t>
      </w:r>
    </w:p>
    <w:p>
      <w:pPr>
        <w:pStyle w:val="Heading2"/>
      </w:pPr>
      <w:r>
        <w:t>Why does lack of contemplation weaken knowledge?</w:t>
      </w:r>
    </w:p>
    <w:p>
      <w:r>
        <w:rPr>
          <w:color w:val="666666"/>
          <w:sz w:val="18"/>
        </w:rPr>
        <w:t>Spirituality · The Problem of Conditioning April 22, 2012 · 3m 06s · at 1:21:29 · https://youtu.be/j-kJQzOz46g?t=4889</w:t>
      </w:r>
    </w:p>
    <w:p>
      <w:r>
        <w:rPr>
          <w:i/>
        </w:rPr>
        <w:t>“Maulana, why is it that after discovering God, if there is a lack of contemplation and thought for some days, then the knowledge (ma'rifa) becomes weak?”</w:t>
      </w:r>
    </w:p>
    <w:p>
      <w:r>
        <w:rPr>
          <w:sz w:val="20"/>
        </w:rPr>
        <w:t>1:21:29  maulana, agla sawal doha, qatar se hai. maulana abdul basit umri sahib ka.</w:t>
      </w:r>
      <w:r>
        <w:br/>
      </w:r>
      <w:r>
        <w:rPr>
          <w:sz w:val="20"/>
        </w:rPr>
        <w:t>1:21:34  unhon ne likha hai: "maulana, marifat ka masla aisa kyun hai ke khuda ko daryaft karne ke baad bhi agar kuch din ghor aur fikr mein kami ho jati hai to phir khuda ki yaad kaifiyat ke sath nahi aati?" maulana, is bare mein wazahat chahta hoon.</w:t>
      </w:r>
      <w:r>
        <w:br/>
      </w:r>
      <w:r>
        <w:rPr>
          <w:sz w:val="20"/>
        </w:rPr>
        <w:t>1:21:55  dekhiye, yeh marifat ek din ki daryaft ki cheez nahi hai. kisi ek din aap jaan len ke do aur do mil kar chaar to hamesha ke liye ho gaya.</w:t>
      </w:r>
      <w:r>
        <w:br/>
      </w:r>
      <w:r>
        <w:rPr>
          <w:sz w:val="20"/>
        </w:rPr>
        <w:t>1:22:05  marifat ka mamla aisa nahi hai. do aur do mil kar chaar to ek baar daryaft kar liya to ho jayega. lekin marifat to har roz daryaft karni hai.</w:t>
      </w:r>
      <w:r>
        <w:br/>
      </w:r>
      <w:r>
        <w:rPr>
          <w:sz w:val="20"/>
        </w:rPr>
        <w:t>1:22:14  aap ko</w:t>
      </w:r>
      <w:r>
        <w:br/>
      </w:r>
      <w:r>
        <w:rPr>
          <w:sz w:val="20"/>
        </w:rPr>
        <w:t>1:22:15  quran mein hai ke kul yaum huwa fi shaan yaani har din allah ki taraf se aap ko kuch special aana chahiye. har din is aayat mein isi ka zikr hai ke har din allah taala ki taraf se kuch special aata hai.</w:t>
      </w:r>
      <w:r>
        <w:br/>
      </w:r>
      <w:r>
        <w:rPr>
          <w:sz w:val="20"/>
        </w:rPr>
        <w:t>1:22:33  to wahi wo isi inspiration se to yaani imaan mein izafa hota hai. isi se marifat mein izafa hota hai.</w:t>
      </w:r>
      <w:r>
        <w:br/>
      </w:r>
      <w:r>
        <w:rPr>
          <w:sz w:val="20"/>
        </w:rPr>
        <w:t>1:22:41  to jab aap allah se taluq rakhen ge, allah ko yaad karte rahen ge, allah se dua karte rahen ge, allah ki kitab mein mutala karte rahen ge to har din naye naye item aayen ge marifat ke.</w:t>
      </w:r>
      <w:r>
        <w:br/>
      </w:r>
      <w:r>
        <w:rPr>
          <w:sz w:val="20"/>
        </w:rPr>
        <w:t>1:22:58  kyun ke marifat ke item jo hain, wo wo in gunt hain, yaani billion trillion se bhi zyada hain.</w:t>
      </w:r>
      <w:r>
        <w:br/>
      </w:r>
      <w:r>
        <w:rPr>
          <w:sz w:val="20"/>
        </w:rPr>
        <w:t>1:23:06  to agar marifat ke naye item aana band ho jayen to phir to jamood aa jayega. jamood is wajah se yeh sahi nahi hai ke marifat ek baar mil jati hai.</w:t>
      </w:r>
      <w:r>
        <w:br/>
      </w:r>
      <w:r>
        <w:rPr>
          <w:sz w:val="20"/>
        </w:rPr>
        <w:t>1:23:18  nahi, marifat har subah sham us ke item aate rehte hain. isi liye wo ek ek zinda marifat bani rehti hai hamesha.</w:t>
      </w:r>
      <w:r>
        <w:br/>
      </w:r>
      <w:r>
        <w:rPr>
          <w:sz w:val="20"/>
        </w:rPr>
        <w:t>1:23:27  kabhi is par jamood nahi aata hai. jamood ka matlab hai stagnation.</w:t>
      </w:r>
      <w:r>
        <w:br/>
      </w:r>
      <w:r>
        <w:rPr>
          <w:sz w:val="20"/>
        </w:rPr>
        <w:t>1:23:35  okay, we will end the session now. thank you.</w:t>
      </w:r>
    </w:p>
    <w:p>
      <w:pPr>
        <w:pStyle w:val="Heading2"/>
      </w:pPr>
      <w:r>
        <w:t>Why non-material life called Sufi or Sadhu</w:t>
      </w:r>
    </w:p>
    <w:p>
      <w:r>
        <w:rPr>
          <w:color w:val="666666"/>
          <w:sz w:val="18"/>
        </w:rPr>
        <w:t>Spirituality · Material Science Vs Spiritual Science 20th May 12 SLOW · 2m 35s · at 1:14:57 · https://youtu.be/qYwFExG7cyM?t=4497</w:t>
      </w:r>
    </w:p>
    <w:p>
      <w:r>
        <w:rPr>
          <w:i/>
        </w:rPr>
        <w:t>“When talking about non-material life, people are called Sufi or Sadhu. Maulana, why is that?”</w:t>
      </w:r>
    </w:p>
    <w:p>
      <w:r>
        <w:rPr>
          <w:sz w:val="20"/>
        </w:rPr>
        <w:t>1:14:57  maulana, agla sawal tamil nadu se hai maulana iqbal umri sahab ka.</w:t>
      </w:r>
      <w:r>
        <w:br/>
      </w:r>
      <w:r>
        <w:rPr>
          <w:sz w:val="20"/>
        </w:rPr>
        <w:t>1:15:03  unhone likha hai: "ghair maadi zindagi ki baat karte hain toh sufi ya sadhu ya sadhu kaha jata hai.</w:t>
      </w:r>
      <w:r>
        <w:br/>
      </w:r>
      <w:r>
        <w:rPr>
          <w:sz w:val="20"/>
        </w:rPr>
        <w:t>1:15:09  maulana, aisa kyun?" nahi toh hum ghair maadi ka woh matlab hamara nahi hai.</w:t>
      </w:r>
      <w:r>
        <w:br/>
      </w:r>
      <w:r>
        <w:rPr>
          <w:sz w:val="20"/>
        </w:rPr>
        <w:t>1:15:15  woh toh janglon mein chale jana aur insano se door chale jana ke maene mein lete hain.</w:t>
      </w:r>
      <w:r>
        <w:br/>
      </w:r>
      <w:r>
        <w:rPr>
          <w:sz w:val="20"/>
        </w:rPr>
        <w:t>1:15:21  hum woh maene mein nahi lete.</w:t>
      </w:r>
      <w:r>
        <w:br/>
      </w:r>
      <w:r>
        <w:rPr>
          <w:sz w:val="20"/>
        </w:rPr>
        <w:t>1:15:27  hum toh yeh kehte hain ke maadi cheezon ko baghz zaroorat lena, baghz raish nahi.</w:t>
      </w:r>
      <w:r>
        <w:br/>
      </w:r>
      <w:r>
        <w:rPr>
          <w:sz w:val="20"/>
        </w:rPr>
        <w:t>1:15:33  dekhiye, angrezi mein teen lafz bola jata hai: "need, comfort, luxury".</w:t>
      </w:r>
      <w:r>
        <w:br/>
      </w:r>
      <w:r>
        <w:rPr>
          <w:sz w:val="20"/>
        </w:rPr>
        <w:t>1:15:39  "need, comfort, luxury".</w:t>
      </w:r>
      <w:r>
        <w:br/>
      </w:r>
      <w:r>
        <w:rPr>
          <w:sz w:val="20"/>
        </w:rPr>
        <w:t>1:15:45  main samajhta hoon ke "need" ke darje mein liya jaye, yeh sahi tareeqa hai.</w:t>
      </w:r>
      <w:r>
        <w:br/>
      </w:r>
      <w:r>
        <w:rPr>
          <w:sz w:val="20"/>
        </w:rPr>
        <w:t>1:15:51  woh sufi log jo bolte hain, woh toh woh toh bilkul apne ko kaatna aur riyazat, yani rohani</w:t>
      </w:r>
      <w:r>
        <w:br/>
      </w:r>
      <w:r>
        <w:rPr>
          <w:sz w:val="20"/>
        </w:rPr>
        <w:t>1:15:57  riyazaton ke naam par woh alag ho kar ke ek zindagi guzarna, woh ek alag hi cheez hai.</w:t>
      </w:r>
      <w:r>
        <w:br/>
      </w:r>
      <w:r>
        <w:rPr>
          <w:sz w:val="20"/>
        </w:rPr>
        <w:t>1:16:03  woh hum jo baat bolte hain, woh yeh hai ke "need" ke darje mein ikhtiyar karo.</w:t>
      </w:r>
      <w:r>
        <w:br/>
      </w:r>
      <w:r>
        <w:rPr>
          <w:sz w:val="20"/>
        </w:rPr>
        <w:t>1:16:09  maadi cheezein na comfort ke darje mein, na luxury ke darje mein.</w:t>
      </w:r>
      <w:r>
        <w:br/>
      </w:r>
      <w:r>
        <w:rPr>
          <w:sz w:val="20"/>
        </w:rPr>
        <w:t>1:16:15  yeh kyunke agar aap is ko "need" se aage badhenge toh phir aap ka time nahi rahe</w:t>
      </w:r>
      <w:r>
        <w:br/>
      </w:r>
      <w:r>
        <w:rPr>
          <w:sz w:val="20"/>
        </w:rPr>
        <w:t>1:16:21  ga sochne ka, time nahi rahe ga, yani apne intellectual faculty ko develop karne ka.</w:t>
      </w:r>
      <w:r>
        <w:br/>
      </w:r>
      <w:r>
        <w:rPr>
          <w:sz w:val="20"/>
        </w:rPr>
        <w:t>1:16:27  masla yeh hai, woh haram nahi hai.</w:t>
      </w:r>
      <w:r>
        <w:br/>
      </w:r>
      <w:r>
        <w:rPr>
          <w:sz w:val="20"/>
        </w:rPr>
        <w:t>1:16:33  yani comfort aur luxury haram nahi hai, lekin woh aap ke time ko kill karta hai, aap ki</w:t>
      </w:r>
      <w:r>
        <w:br/>
      </w:r>
      <w:r>
        <w:rPr>
          <w:sz w:val="20"/>
        </w:rPr>
        <w:t>1:16:39  energy ko kill karta hai, aap ke money ko kill karta hai.</w:t>
      </w:r>
      <w:r>
        <w:br/>
      </w:r>
      <w:r>
        <w:rPr>
          <w:sz w:val="20"/>
        </w:rPr>
        <w:t>1:16:45  is se is sense mein woh bohat hi, yani halakat khaiz hai.</w:t>
      </w:r>
      <w:r>
        <w:br/>
      </w:r>
      <w:r>
        <w:rPr>
          <w:sz w:val="20"/>
        </w:rPr>
        <w:t>1:16:51  mein yeh nahi kehta ke ke comfort aur luxury haram hai, nahi.</w:t>
      </w:r>
      <w:r>
        <w:br/>
      </w:r>
      <w:r>
        <w:rPr>
          <w:sz w:val="20"/>
        </w:rPr>
        <w:t>1:16:57  mein yeh kehta hoon ke jo aadmi comfort aur luxury ko apna, yani nishana banaye ga, to woh</w:t>
      </w:r>
      <w:r>
        <w:br/>
      </w:r>
      <w:r>
        <w:rPr>
          <w:sz w:val="20"/>
        </w:rPr>
        <w:t>1:17:03  is qeemat par hoga ke jo doosra jo bara kaam hai, intellectual development aur spiritual development, woh nahi</w:t>
      </w:r>
      <w:r>
        <w:br/>
      </w:r>
      <w:r>
        <w:rPr>
          <w:sz w:val="20"/>
        </w:rPr>
        <w:t>1:17:09  kar paye ga.</w:t>
      </w:r>
      <w:r>
        <w:br/>
      </w:r>
      <w:r>
        <w:rPr>
          <w:sz w:val="20"/>
        </w:rPr>
        <w:t>1:17:15  kyun ke is ka sara time isi mein nikal jaye ga, is ka paisa isi mein kharch hoga, is</w:t>
      </w:r>
      <w:r>
        <w:br/>
      </w:r>
      <w:r>
        <w:rPr>
          <w:sz w:val="20"/>
        </w:rPr>
        <w:t>1:17:21  ki is ki energy isi mein kharch hogi, is ki tawajjuh isi mein kharch hogi.</w:t>
      </w:r>
      <w:r>
        <w:br/>
      </w:r>
      <w:r>
        <w:rPr>
          <w:sz w:val="20"/>
        </w:rPr>
        <w:t>1:17:27  is sense mein mein kehta hoon, yani haram halal ke sense mein nahi kehta.</w:t>
      </w:r>
    </w:p>
    <w:p>
      <w:pPr>
        <w:pStyle w:val="Heading2"/>
      </w:pPr>
      <w:r>
        <w:t>Why people lack repentance?</w:t>
      </w:r>
    </w:p>
    <w:p>
      <w:r>
        <w:rPr>
          <w:color w:val="666666"/>
          <w:sz w:val="18"/>
        </w:rPr>
        <w:t>Spirituality · The Divine Purpose Behind Human Creation October 6, 2024 · 30m 33s · at 27:48 · https://youtu.be/VepgdrN7M2A?t=1668</w:t>
      </w:r>
    </w:p>
    <w:p>
      <w:r>
        <w:rPr>
          <w:i/>
        </w:rPr>
        <w:t>“Why does it happen that people do not feel repentance? Is it due to their egoistic nature or arrogance, or is there a reason that people often do not repent?”</w:t>
      </w:r>
    </w:p>
    <w:p>
      <w:r>
        <w:rPr>
          <w:sz w:val="20"/>
        </w:rPr>
        <w:t>27:48  Aapa, yeh ek sawal aaya hai Lucknow se, Muhammad Asif Khan sahab ne bheja hai. Unhone likha hai ke: "Aapa, aisa kyun hota hai ke logon ke andar repentance nahi aati hai?</w:t>
      </w:r>
      <w:r>
        <w:br/>
      </w:r>
      <w:r>
        <w:rPr>
          <w:sz w:val="20"/>
        </w:rPr>
        <w:t>28:00  Kya woh iske egoistic nature ya arrogance ki wajah se hota hai, ya kya kya kya iska ek reason hai ke log aksar repent nahi karte hain?"</w:t>
      </w:r>
      <w:r>
        <w:br/>
      </w:r>
      <w:r>
        <w:rPr>
          <w:sz w:val="20"/>
        </w:rPr>
        <w:t>28:13  Dekhiye, repentance ka jo jazba hai, woh sab ke andar hota hai. Lekin jaise agar aap ne sabse pehli baar koi galati ki hai to aap ko bahut shadeed ehsas hota hai.</w:t>
      </w:r>
      <w:r>
        <w:br/>
      </w:r>
      <w:r>
        <w:rPr>
          <w:sz w:val="20"/>
        </w:rPr>
        <w:t>28:27  Lekin agar us waqt aap chook jayein aur aap apni galati ko na maane to aindah wahi galati karenge to aap ko itna ehsas nahi hoga.</w:t>
      </w:r>
      <w:r>
        <w:br/>
      </w:r>
      <w:r>
        <w:rPr>
          <w:sz w:val="20"/>
        </w:rPr>
        <w:t>28:36  Aap galati pe galati karte chale jayenge to conscience jo hai, jis ko kehte hain ke murda ho jata hai.</w:t>
      </w:r>
      <w:r>
        <w:br/>
      </w:r>
      <w:r>
        <w:rPr>
          <w:sz w:val="20"/>
        </w:rPr>
        <w:t>28:42  To jaise jaise woh hota hai,</w:t>
      </w:r>
      <w:r>
        <w:br/>
      </w:r>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r>
        <w:br/>
      </w:r>
      <w:r>
        <w:rPr>
          <w:sz w:val="20"/>
        </w:rPr>
        <w:t>29:35  hi nahi. is ko bedaar, is par mehnat, har kaam pe mehnat karni padti hai. main ek aap ko ek misaal deti hoon, jab main shayad 14, 15 saal ki thi to main apne ek عزیز ke haan gayi.</w:t>
      </w:r>
      <w:r>
        <w:br/>
      </w:r>
      <w:r>
        <w:rPr>
          <w:sz w:val="20"/>
        </w:rPr>
        <w:t>29:48  hamare haan to father koi aisi waisi cheez parhne ke liye kuch hota hi nahi tha. to عزیز ke haan gayi to wahan par ek jasoosi novel rakha hua tha.</w:t>
      </w:r>
      <w:r>
        <w:br/>
      </w:r>
      <w:r>
        <w:rPr>
          <w:sz w:val="20"/>
        </w:rPr>
        <w:t>29:58  hum ne to kabhi novel bhi nahi parha tha.</w:t>
      </w:r>
      <w:r>
        <w:br/>
      </w:r>
      <w:r>
        <w:rPr>
          <w:sz w:val="20"/>
        </w:rPr>
        <w:t>30:01  ab woh dekha to jasoosi novel kahin se sun liya hoga ke jasoosi novel parhne se gunah milta hai. to hum ne jab woh parhna shuru kiya, do chaar page parha hoga, jaise ek dum ghabrahat ho gayi.</w:t>
      </w:r>
      <w:r>
        <w:br/>
      </w:r>
      <w:r>
        <w:rPr>
          <w:sz w:val="20"/>
        </w:rPr>
        <w:t>30:15  phir woh mein ne us ko daba ke rakh diya, kabhi nahi parha us ko. to yeh hota hai pehli baar jo hai na, jazba jo hai, yeh jazba sab ke andar hai.</w:t>
      </w:r>
      <w:r>
        <w:br/>
      </w:r>
      <w:r>
        <w:rPr>
          <w:sz w:val="20"/>
        </w:rPr>
        <w:t>30:23  Allah taala ne sab ke andar yeh jazba paida kiya hua hai, lekin insaan ignore karta hai</w:t>
      </w:r>
      <w:r>
        <w:br/>
      </w:r>
      <w:r>
        <w:rPr>
          <w:sz w:val="20"/>
        </w:rPr>
        <w:t>30:30  is ko. aur is ko kuch, koi bhi dunyavi interest hai, koi bhi wajah hai, aur ya woh nahi kehta, hum nahi mante, koi kuch bhi kehta rahe, hum to apni marzi se, marzi se kaam karenge.</w:t>
      </w:r>
      <w:r>
        <w:br/>
      </w:r>
      <w:r>
        <w:rPr>
          <w:sz w:val="20"/>
        </w:rPr>
        <w:t>30:42  to woh jazba dheere dheere dheere dheere woh khatam ho jata hai. phir kabhi bhi woh agar repentance kare sachay dil se to woh phir woh jazba ubhar aayega.</w:t>
      </w:r>
      <w:r>
        <w:br/>
      </w:r>
      <w:r>
        <w:rPr>
          <w:sz w:val="20"/>
        </w:rPr>
        <w:t>30:51  hmm, hmm, ji,</w:t>
      </w:r>
      <w:r>
        <w:br/>
      </w:r>
      <w:r>
        <w:rPr>
          <w:sz w:val="20"/>
        </w:rPr>
        <w:t>30:53  apa, ek cheez jo aap ne baar baar hi aaj bhi talk mein kahi ke yeh jo poori zindagi hai, yeh test period hai. aur apa, yeh test period hai to isi liye Allah taala ne hum sab ko freedom bhi di hai taake hum kya moral choice lete hain, woh woh dekh sakein.</w:t>
      </w:r>
      <w:r>
        <w:br/>
      </w:r>
      <w:r>
        <w:rPr>
          <w:sz w:val="20"/>
        </w:rPr>
        <w:t>31:12  har ek insaan ko jaancha ja raha hai, isi liye to apa, nature of freedom kya hai? what is the nature of this human freedom? is ke baray mein aap thora aur wazeh karein.</w:t>
      </w:r>
      <w:r>
        <w:br/>
      </w:r>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r>
        <w:br/>
      </w:r>
      <w:r>
        <w:rPr>
          <w:sz w:val="20"/>
        </w:rPr>
        <w:t>34:02  ek baar Maulana, ek pehle aap jante hain, kitabat hath se ki jati thi. ji,</w:t>
      </w:r>
      <w:r>
        <w:br/>
      </w:r>
      <w:r>
        <w:rPr>
          <w:sz w:val="20"/>
        </w:rPr>
        <w:t>34:09  to woh is ke liye kabhi kabhi Maulana koi ek amjad katib the, to un ki thori zyada umar thi, to abba kabhi kabhi un ke paas jate the.</w:t>
      </w:r>
      <w:r>
        <w:br/>
      </w:r>
      <w:r>
        <w:rPr>
          <w:sz w:val="20"/>
        </w:rPr>
        <w:t>34:18  to dekha, un ke haan ke un ki chhat par kisi ka bachcha patang uda raha tha. ab woh kehne lage ke dekhiye, chhat pe patang uda raha hai, gir jaye, yeh ho jaye, woh ho jaye, kitna galat kaam hai.</w:t>
      </w:r>
      <w:r>
        <w:br/>
      </w:r>
      <w:r>
        <w:rPr>
          <w:sz w:val="20"/>
        </w:rPr>
        <w:t>34:32  phir Maulana kehte hain ke phir un ka bachcha aaya aur unhone patang nikali aur ja ke udane laga. aur woh kuch nahi, us ko kaha, khush ho rahe hain.</w:t>
      </w:r>
      <w:r>
        <w:br/>
      </w:r>
      <w:r>
        <w:rPr>
          <w:sz w:val="20"/>
        </w:rPr>
        <w:t>34:42  ji, to yeh hai ke apna to samajh mein hi nahi aata aur doosre ka samajh mein aata hai. is ka matlab hamare andar woh ehsas hai na ke kya galat hai, kya sahi hai.</w:t>
      </w:r>
      <w:r>
        <w:br/>
      </w:r>
      <w:r>
        <w:rPr>
          <w:sz w:val="20"/>
        </w:rPr>
        <w:t>34:52  ji, to humein is ehsas ko bidaar karna hai, is ko ehsas ko jala dena hai, tabhi hum samajh sakenge kya galat hai, kya sahi hai.</w:t>
      </w:r>
      <w:r>
        <w:br/>
      </w:r>
      <w:r>
        <w:rPr>
          <w:sz w:val="20"/>
        </w:rPr>
        <w:t>35:01  to</w:t>
      </w:r>
      <w:r>
        <w:br/>
      </w:r>
      <w:r>
        <w:rPr>
          <w:sz w:val="20"/>
        </w:rPr>
        <w:t>35:02  is ke liye bohat kuch karna padta hai, ghor o fikr karna Quran o hadith mein aur learning karna har ek se.</w:t>
      </w:r>
      <w:r>
        <w:br/>
      </w:r>
      <w:r>
        <w:rPr>
          <w:sz w:val="20"/>
        </w:rPr>
        <w:t>35:11  doosra kya kaam karta hai? kis ne? Aristotle ne, Plato ne, kis ne kaha tha ke tum ne adab kis adab kahan se seekha?</w:t>
      </w:r>
      <w:r>
        <w:br/>
      </w:r>
      <w:r>
        <w:rPr>
          <w:sz w:val="20"/>
        </w:rPr>
        <w:t>35:20  to us ne kaha, be adabon se. matlab jab aap dekhte hain ke koi kaam galat kar raha hai to aap foran aap ke dimagh mein aata hai na ke yeh kaam aise hum nahi karenge.</w:t>
      </w:r>
      <w:r>
        <w:br/>
      </w:r>
      <w:r>
        <w:rPr>
          <w:sz w:val="20"/>
        </w:rPr>
        <w:t>35:29  ji, kitna galat woh kaam kar raha hai. to</w:t>
      </w:r>
      <w:r>
        <w:br/>
      </w:r>
      <w:r>
        <w:rPr>
          <w:sz w:val="20"/>
        </w:rPr>
        <w:t>35:32  yeh hai. to hamare dil o dimagh mein Allah ne sab kuch humein de kar bheja hai. kehte hain ke DNA mein sab kuch hai siwaye maut ke.</w:t>
      </w:r>
      <w:r>
        <w:br/>
      </w:r>
      <w:r>
        <w:rPr>
          <w:sz w:val="20"/>
        </w:rPr>
        <w:t>35:42  ji, ke maut kab hamari aayegi, is ke ilawa sab kuch hai. to yeh bhi hai ke hum Khuda ke aage hum surrender karen aur Khuda ke ke marzi ke mutabiq is duniya mein zindagi guzaren.</w:t>
      </w:r>
      <w:r>
        <w:br/>
      </w:r>
      <w:r>
        <w:rPr>
          <w:sz w:val="20"/>
        </w:rPr>
        <w:t>35:55  yeh to hamare andar hi hai.</w:t>
      </w:r>
      <w:r>
        <w:br/>
      </w:r>
      <w:r>
        <w:rPr>
          <w:sz w:val="20"/>
        </w:rPr>
        <w:t>35:57  doosre yeh hai ke peghambar Allah taala ne barabar bheje, woh batate rahe. ji, to is wajah se hidayat mein Allah ne koi kami nahi ki hai.</w:t>
      </w:r>
      <w:r>
        <w:br/>
      </w:r>
      <w:r>
        <w:rPr>
          <w:sz w:val="20"/>
        </w:rPr>
        <w:t>36:08  hmm, hmm, jo kami hai woh yeh hai ke hum baton ko samajhna hi nahi chahte hain. to bas farq yeh hai ke kainat mein aur insan mein ke kainat jo hai, woh compulsorily is ko submit karna hai, is ke aage koi doosra option nahi</w:t>
      </w:r>
      <w:r>
        <w:br/>
      </w:r>
      <w:r>
        <w:rPr>
          <w:sz w:val="20"/>
        </w:rPr>
        <w:t>36:25  hai. Allah ne poori kainat ko jis tarike se set kar diya hai, woh isi tarike se billions and billions saal se woh chal rahi hai. woh is ko azadi ka koi ijazat nahi hai.</w:t>
      </w:r>
      <w:r>
        <w:br/>
      </w:r>
      <w:r>
        <w:rPr>
          <w:sz w:val="20"/>
        </w:rPr>
        <w:t>36:38  all planets orbit the sun. ab yeh nahi ke woh planets jo hain, jo hamare solar system mein planet hain, woh idhar udhar bhag jayen. woh isi tarike se orbit karte rahenge jis tarike se Allah taala ne un ko set kar diya hai.</w:t>
      </w:r>
      <w:r>
        <w:br/>
      </w:r>
      <w:r>
        <w:rPr>
          <w:sz w:val="20"/>
        </w:rPr>
        <w:t>36:52  ji,</w:t>
      </w:r>
      <w:r>
        <w:br/>
      </w:r>
      <w:r>
        <w:rPr>
          <w:sz w:val="20"/>
        </w:rPr>
        <w:t>36:54  to aur doosri yeh cheez hai, hum ko nature jo hai, yeh hamari learning ke liye hai ke nature mein har cheez jo hai, profitability ke usool par chal rahi hai.</w:t>
      </w:r>
      <w:r>
        <w:br/>
      </w:r>
      <w:r>
        <w:rPr>
          <w:sz w:val="20"/>
        </w:rPr>
        <w:t>37:06  har cheez humein peed humein saya de raha hai, phal de raha hai, pahad hain, un ke upar barf jamti hai, woh hum sare sare saal is pani ko hum peete hain jab woh garam ho ke darya mein aata hai.</w:t>
      </w:r>
      <w:r>
        <w:br/>
      </w:r>
      <w:r>
        <w:rPr>
          <w:sz w:val="20"/>
        </w:rPr>
        <w:t>37:19  to</w:t>
      </w:r>
      <w:r>
        <w:br/>
      </w:r>
      <w:r>
        <w:rPr>
          <w:sz w:val="20"/>
        </w:rPr>
        <w:t>37:20  phir chand hai, raat ko hamein roshni de raha hai, thandi hawaein hain, dunya ki har cheez, woh sab profitability par chalte hain, koi hamein harm nahi pohanchata hai.</w:t>
      </w:r>
      <w:r>
        <w:br/>
      </w:r>
      <w:r>
        <w:rPr>
          <w:sz w:val="20"/>
        </w:rPr>
        <w:t>37:30  to hamein isi tarike se har taraf se learning karni hai, rozana balkeh hamein kuch aisi learning karni chahiye ke hum jab raat ko soyein to hum sochein ke aaj hamari kya learning</w:t>
      </w:r>
      <w:r>
        <w:br/>
      </w:r>
      <w:r>
        <w:rPr>
          <w:sz w:val="20"/>
        </w:rPr>
        <w:t>37:43  hui hai, chahe woh quran hadith se ho, chahe woh in apne jo personal experiences hote hain, logon se mulaqatein hoti hain.</w:t>
      </w:r>
      <w:r>
        <w:br/>
      </w:r>
      <w:r>
        <w:rPr>
          <w:sz w:val="20"/>
        </w:rPr>
        <w:t>37:52  to jaise Maulana the, koi bhi aata tha, foran puchte the, aur koi koi bataiye, kuch kya puchte the?</w:t>
      </w:r>
      <w:r>
        <w:br/>
      </w:r>
      <w:r>
        <w:rPr>
          <w:sz w:val="20"/>
        </w:rPr>
        <w:t>38:00  ji, koi aap apna experience bataein, experience bataiye. is experience se unko kai baatein aisi mil jati thi ke usko phir woh likhte the.</w:t>
      </w:r>
      <w:r>
        <w:br/>
      </w:r>
      <w:r>
        <w:rPr>
          <w:sz w:val="20"/>
        </w:rPr>
        <w:t>38:09  ji</w:t>
      </w:r>
      <w:r>
        <w:br/>
      </w:r>
      <w:r>
        <w:rPr>
          <w:sz w:val="20"/>
        </w:rPr>
        <w:t>38:10  haan, to woh bilkul jo bhi woh likhte the, woh imaginary nahi hota tha, kahani nahi hoti thi, balkeh real zindagi ke waqiat hote the, isi ko woh likhte the.</w:t>
      </w:r>
      <w:r>
        <w:br/>
      </w:r>
      <w:r>
        <w:rPr>
          <w:sz w:val="20"/>
        </w:rPr>
        <w:t>38:21  to insan ko submit karna hai by choice, kyun? by choice submit karega, tabhi usko reward milega, aur reward hai bohat hi qeemti, woh hai jannat.</w:t>
      </w:r>
      <w:r>
        <w:br/>
      </w:r>
      <w:r>
        <w:rPr>
          <w:sz w:val="20"/>
        </w:rPr>
        <w:t>38:32  to hamein Khuda ke aage apne aap ko surrender karna hai by choi</w:t>
      </w:r>
      <w:r>
        <w:br/>
      </w:r>
      <w:r>
        <w:rPr>
          <w:sz w:val="20"/>
        </w:rPr>
        <w:t>38:37  ce. ji, aur apa, ek cheez aur bhi jo maine Maulana se seekhi, isi element of freedom ko le kar ke insan har bari aisa hota hai ke is mein koi exception nahi hai ke he faces, he or she faces difficult situations, negative situations, challenging,</w:t>
      </w:r>
      <w:r>
        <w:br/>
      </w:r>
      <w:r>
        <w:rPr>
          <w:sz w:val="20"/>
        </w:rPr>
        <w:t>38:55  ah, they experience loss. ah, but Allah taala yeh nahi dekh rahe ke woh kis situation mein hain. Allah taala sirf unka concern yeh hai ke is ka response kya hai aisi situ</w:t>
      </w:r>
      <w:r>
        <w:br/>
      </w:r>
      <w:r>
        <w:rPr>
          <w:sz w:val="20"/>
        </w:rPr>
        <w:t>39:06  ation mein. to circumstances is not, is not the main thing. the response that a person gives in that situation, that is the most important thing.</w:t>
      </w:r>
      <w:r>
        <w:br/>
      </w:r>
      <w:r>
        <w:rPr>
          <w:sz w:val="20"/>
        </w:rPr>
        <w:t>39:15  aur yahin pe aap ka jo freedom, jo aap ka nature of freedom hai, that comes at work ke aap kis tarike se apne freedom ko use karte hain.</w:t>
      </w:r>
      <w:r>
        <w:br/>
      </w:r>
      <w:r>
        <w:rPr>
          <w:sz w:val="20"/>
        </w:rPr>
        <w:t>39:24  to apa, main soch raha tha isi baat ke Maulana ki is baat ko le kar</w:t>
      </w:r>
      <w:r>
        <w:br/>
      </w:r>
      <w:r>
        <w:rPr>
          <w:sz w:val="20"/>
        </w:rPr>
        <w:t>39:29  , to main apne aap ko hi samjha raha tha ke jaise agar mere paas agar koi bicycle hai aur mere paas the only wealth is 500 rupee note, and somebody comes snatches away my bicycle, takes away my 500 rupee note, and also says some ill words, hurts me emotionally.</w:t>
      </w:r>
      <w:r>
        <w:br/>
      </w:r>
      <w:r>
        <w:rPr>
          <w:sz w:val="20"/>
        </w:rPr>
        <w:t>39:46  lekin is time pe he Allah taala ne yeh rakha hua hai ke agar mera response positive rahega to mujhe bicycle ki bajaye he has probably kept a full loaded private jet, and maybe trillions of dollars.</w:t>
      </w:r>
      <w:r>
        <w:br/>
      </w:r>
      <w:r>
        <w:rPr>
          <w:sz w:val="20"/>
        </w:rPr>
        <w:t>39:58  but that is not in this world, it is in the hereafter. the everything that depends is ke main kaise respond karta hoon apni freedom ko le kar is situation mein.</w:t>
      </w:r>
      <w:r>
        <w:br/>
      </w:r>
      <w:r>
        <w:rPr>
          <w:sz w:val="20"/>
        </w:rPr>
        <w:t>40:09  woh bohat ek important aspect bhi hai. apa,</w:t>
      </w:r>
      <w:r>
        <w:br/>
      </w:r>
      <w:r>
        <w:rPr>
          <w:sz w:val="20"/>
        </w:rPr>
        <w:t>40:14  apa, agle sawal ki taraf chalte hain. jaisa ke apa, aap jante hain ke ek lakh 24 hazar payghambar aaye, aur jo final payghambar the woh Prophet Muhammad sallallahu alaihi wasallam the.</w:t>
      </w:r>
      <w:r>
        <w:br/>
      </w:r>
      <w:r>
        <w:rPr>
          <w:sz w:val="20"/>
        </w:rPr>
        <w:t>40:25  to apa, main chahunga ke thoda unka jo ek prime message tha for humanity, us ko le kar aap kuch bataein.</w:t>
      </w:r>
      <w:r>
        <w:br/>
      </w:r>
      <w:r>
        <w:rPr>
          <w:sz w:val="20"/>
        </w:rPr>
        <w:t>40:36  insan ko Allah taala ne paida kiya to koi bohat azeem maqsad raha hoga, kyunke itni bari kainat, solar system, earth, is mein sara life support system, phir farishtey itne zyada Allah ne yahan bheje insano ki madad ke liye.</w:t>
      </w:r>
      <w:r>
        <w:br/>
      </w:r>
      <w:r>
        <w:rPr>
          <w:sz w:val="20"/>
        </w:rPr>
        <w:t>40:56  to koi bohat bara maqsad hoga, to isi maqsad ko hamein samajhna hai.</w:t>
      </w:r>
      <w:r>
        <w:br/>
      </w:r>
      <w:r>
        <w:rPr>
          <w:sz w:val="20"/>
        </w:rPr>
        <w:t>41:02  yeh Maulana ne apni kitab, kitab marifat mein is par kafi likha hai. to Allah taala chahte hain ke yahan par ek ek tehzeeb, jis ko rabbani tehzeeb keh sakte hain, ek tehzeeb banaein.</w:t>
      </w:r>
      <w:r>
        <w:br/>
      </w:r>
      <w:r>
        <w:rPr>
          <w:sz w:val="20"/>
        </w:rPr>
        <w:t>41:19  insan to actually Allah ne har cheez yahan potential form mein rakhi hui hai. tamam cheezein potential form mein hain, us ko hamein discover karna hai.</w:t>
      </w:r>
      <w:r>
        <w:br/>
      </w:r>
      <w:r>
        <w:rPr>
          <w:sz w:val="20"/>
        </w:rPr>
        <w:t>41:31  to jo jo bhi science ki bhi jo discoveries hui hain, woh koi invention nahi thi, balkeh sab kuch isi duniya mein tha. us ko scientists ne bohat zyada mehnat kar ke us ko discover kiya aur itni poori ek tehzeeb bana dali.</w:t>
      </w:r>
      <w:r>
        <w:br/>
      </w:r>
      <w:r>
        <w:rPr>
          <w:sz w:val="20"/>
        </w:rPr>
        <w:t>41:46  tu woh thi material tehz</w:t>
      </w:r>
      <w:r>
        <w:br/>
      </w:r>
      <w:r>
        <w:rPr>
          <w:sz w:val="20"/>
        </w:rPr>
        <w:t>41:48  eeb. isi tareeqay say Allah taala chahtay hain aik divine tehzeeb banai jaye. tu divine tehzeeb ki shuruaat tu yahan hogi, lekin yeh tehzeeb jo hai, is ka marifat ka safar jo hai, yeh akhirat tak chalta rahega.</w:t>
      </w:r>
      <w:r>
        <w:br/>
      </w:r>
      <w:r>
        <w:rPr>
          <w:sz w:val="20"/>
        </w:rPr>
        <w:t>42:04  log samajhtay hain akhirat mein bas hum log sofe pe bethay huay khate peetay rahengay. tu aisa nahi hai. Maulana nay bataya</w:t>
      </w:r>
      <w:r>
        <w:br/>
      </w:r>
      <w:r>
        <w:rPr>
          <w:sz w:val="20"/>
        </w:rPr>
        <w:t>42:11  keh wahan poora marifat ka safar jo yahan hai, yahan tu beginning hai, aur akhirat mein yeh safar musalsal without any limitation wahan chalta rahega, aur wahin par culmination hoga, wahin par mukammal hoga.</w:t>
      </w:r>
      <w:r>
        <w:br/>
      </w:r>
      <w:r>
        <w:rPr>
          <w:sz w:val="20"/>
        </w:rPr>
        <w:t>42:26  tu is kay liye Allah taala nay do level par kaam kiya. aik tu insaan kay andar sari cheezain rakh dain.</w:t>
      </w:r>
      <w:r>
        <w:br/>
      </w:r>
      <w:r>
        <w:rPr>
          <w:sz w:val="20"/>
        </w:rPr>
        <w:t>42:35  us nay insaan samajhta hai keh sahi kiya hai, ghul</w:t>
      </w:r>
      <w:r>
        <w:br/>
      </w:r>
      <w:r>
        <w:rPr>
          <w:sz w:val="20"/>
        </w:rPr>
        <w:t>42:39  at kiya hai, woh will fully galat kaam karta hai. aisa koi bhi nahi hai, woh na samjhay keh yeh galat kaam hai. kitnay bhi dako hi achahay hon, woh dako bhi janta hai keh mein galat kaam kar raha hoon.</w:t>
      </w:r>
      <w:r>
        <w:br/>
      </w:r>
      <w:r>
        <w:rPr>
          <w:sz w:val="20"/>
        </w:rPr>
        <w:t>42:52  tu is ka matlab hai keh is kay andar bhi yeh baat hai. sab ko wahi dil diya gaya hai keh woh sab sab sab kuch samajhta hai. tu aadmi jaan boojh kar ghalti karega aur maafi nahi mangay ga, tu us ko phir Khuda ki madad nahi milegi.</w:t>
      </w:r>
      <w:r>
        <w:br/>
      </w:r>
      <w:r>
        <w:rPr>
          <w:sz w:val="20"/>
        </w:rPr>
        <w:t>43:10  aur baghair Khuda ki madad kay, farishton ki madad kay, hum is spiritual journey mein agay nahi barh saktay hain.</w:t>
      </w:r>
      <w:r>
        <w:br/>
      </w:r>
      <w:r>
        <w:rPr>
          <w:sz w:val="20"/>
        </w:rPr>
        <w:t>43:19  tu Allah taala nay kabhi bhi insaanon ko baghair guidance kay nahi chora. Hazrat Adam, jo keh pehlay peghambar thay, woh pehlay insaan thay.</w:t>
      </w:r>
      <w:r>
        <w:br/>
      </w:r>
      <w:r>
        <w:rPr>
          <w:sz w:val="20"/>
        </w:rPr>
        <w:t>43:31  unhi ko Allah taala nay pehla peghambar bhi bana diya. phir insaan kiya hai? dunya bohat attractive hai.</w:t>
      </w:r>
      <w:r>
        <w:br/>
      </w:r>
      <w:r>
        <w:rPr>
          <w:sz w:val="20"/>
        </w:rPr>
        <w:t>43:39  tu dunya kay say itna us ko attract woh hota hai keh woh sab bhool jata hai akhirat ki baatein, peghambaron ki baatein tu bhool jata hai.</w:t>
      </w:r>
      <w:r>
        <w:br/>
      </w:r>
      <w:r>
        <w:rPr>
          <w:sz w:val="20"/>
        </w:rPr>
        <w:t>43:50  is wajah say bar bar Allah nay peghambar bhijwaye. ab is zamanay mein tu koi press waghera ka daur nahi tha keh koi cheez jo hai woh mehfooz reh sakay.</w:t>
      </w:r>
      <w:r>
        <w:br/>
      </w:r>
      <w:r>
        <w:rPr>
          <w:sz w:val="20"/>
        </w:rPr>
        <w:t>44:00  bas by by by word of mouth chalta tha.</w:t>
      </w:r>
      <w:r>
        <w:br/>
      </w:r>
      <w:r>
        <w:rPr>
          <w:sz w:val="20"/>
        </w:rPr>
        <w:t>44:03  peghambar kay janay kay baad do char naslon tak woh rehta tha. phir log bhool jatay thay kyunkeh woh apni marzi kay mutabiq, apnay desires kay mutabiq woh chaltay thay.</w:t>
      </w:r>
      <w:r>
        <w:br/>
      </w:r>
      <w:r>
        <w:rPr>
          <w:sz w:val="20"/>
        </w:rPr>
        <w:t>44:13  aur kab bhooltay na bhi hon tu sirf form reh jata tha. spirit ghayab ho jati thi. tu peghambar tu aik lakh 24 hazar aaye, lekin 25 baray baray peghambaron ka zikr Quran mein aaya hai.</w:t>
      </w:r>
      <w:r>
        <w:br/>
      </w:r>
      <w:r>
        <w:rPr>
          <w:sz w:val="20"/>
        </w:rPr>
        <w:t>44:29  tu peghambar ka jo sab say bara paigham hota tha, woh tauheed ka paigham hota tha keh Khuda aik hai, Khuda kay sath shirk nahi karna hai, usi ki ibadat karni hai.</w:t>
      </w:r>
      <w:r>
        <w:br/>
      </w:r>
      <w:r>
        <w:rPr>
          <w:sz w:val="20"/>
        </w:rPr>
        <w:t>44:42  aur baqi jo hai, dunya mein jo bhi kaam karo, woh Khuda ki marzi kay mutabiq kaam karna hai. jaisay moti moti is zamanay mein bas yahi tha: jhoot nahi bolna, chori nahi karna, kisi ka maal nahi khana hai.</w:t>
      </w:r>
      <w:r>
        <w:br/>
      </w:r>
      <w:r>
        <w:rPr>
          <w:sz w:val="20"/>
        </w:rPr>
        <w:t>44:56  yeh sari jo hain</w:t>
      </w:r>
      <w:r>
        <w:br/>
      </w:r>
      <w:r>
        <w:rPr>
          <w:sz w:val="20"/>
        </w:rPr>
        <w:t>44:58  tu is tarah ki baatein har aadmi kay dil mein hi hain keh hum yeh galat hain. lekin mazeed is ko taqviyat dainay kay liye Allah taala nay peghambar bhijwaye.</w:t>
      </w:r>
      <w:r>
        <w:br/>
      </w:r>
      <w:r>
        <w:rPr>
          <w:sz w:val="20"/>
        </w:rPr>
        <w:t>45:09  tu lekin woh itna ziyada woh daur tha nature worship ka keh har numayan cheez dekhiye. science kay daur say pehlay insaan kuch samajhta hi nahi tha.</w:t>
      </w:r>
      <w:r>
        <w:br/>
      </w:r>
      <w:r>
        <w:rPr>
          <w:sz w:val="20"/>
        </w:rPr>
        <w:t>45:21  bijli karkti thi tu woh samajhtay thay keh devta ghusay ho gaye hain.</w:t>
      </w:r>
      <w:r>
        <w:br/>
      </w:r>
      <w:r>
        <w:rPr>
          <w:sz w:val="20"/>
        </w:rPr>
        <w:t>45:24  woh yeh science kay daur say pehlay ka phenomenon hai. aur suraj, Maulana nay bataya keh jab yahan sehra mein suraj itnay ab o taab say niklta hai keh woh sach much lagta hai keh koi devta hi hai,</w:t>
      </w:r>
      <w:r>
        <w:br/>
      </w:r>
      <w:r>
        <w:rPr>
          <w:sz w:val="20"/>
        </w:rPr>
        <w:t>45:39  tu unhon nay dekha tha. tu log kehtay thay: "haza rabbi, haza akbar, yahi mera rab hai, yeh tu bohat bara hai." woh tu Hazrat Ibrahim nay kaha keh "yeh mera rab kaisay ho sakta hai jo jo chup jaye?</w:t>
      </w:r>
      <w:r>
        <w:br/>
      </w:r>
      <w:r>
        <w:rPr>
          <w:sz w:val="20"/>
        </w:rPr>
        <w:t>45:53  hmm, mera rab aisa thori hai keh thori dair rahega, thori dair kay baad ghayab ho jayega." tu isi tareeqay say suraj, chand, darya, pahar, peir, janwar, har cheez ko pooja jata tha.</w:t>
      </w:r>
      <w:r>
        <w:br/>
      </w:r>
      <w:r>
        <w:rPr>
          <w:sz w:val="20"/>
        </w:rPr>
        <w:t>46:05  woh yeh samajhte thay nature mein koi mysterious force hai aur us ko poojne se hamari qismat badalti hai, badalti hai, bigadti hai.</w:t>
      </w:r>
      <w:r>
        <w:br/>
      </w:r>
      <w:r>
        <w:rPr>
          <w:sz w:val="20"/>
        </w:rPr>
        <w:t>46:16  agar woh naraz ho jayen, aap jante hain, pehle chechak hota tha toh uska ilaaj nahi hota tha. samajhte thay koi devi devta hain aur woh naraz ho gayi hain, is liye bimari hai.</w:t>
      </w:r>
      <w:r>
        <w:br/>
      </w:r>
      <w:r>
        <w:rPr>
          <w:sz w:val="20"/>
        </w:rPr>
        <w:t>46:25  woh bechare ko bhooka maar dalte thay.</w:t>
      </w:r>
      <w:r>
        <w:br/>
      </w:r>
      <w:r>
        <w:rPr>
          <w:sz w:val="20"/>
        </w:rPr>
        <w:t>46:28  yeh toh baad mein kuch toh kaam musalmanon ne kiya tha. is par kitaab bhi likhi thi. isi ko parhne ke baad ek Edward Jenner thay, unhon ne teeka banaya.</w:t>
      </w:r>
      <w:r>
        <w:br/>
      </w:r>
      <w:r>
        <w:rPr>
          <w:sz w:val="20"/>
        </w:rPr>
        <w:t>46:41  phir woh teeka diya jaane laga aur aise mein is ko aur zyada acha khana khilana chahiye. ji, ab woh hum is ko kuch nahi dete thay ke devi naraz ho jayegi.</w:t>
      </w:r>
      <w:r>
        <w:br/>
      </w:r>
      <w:r>
        <w:rPr>
          <w:sz w:val="20"/>
        </w:rPr>
        <w:t>46:51  toh yeh sab dekhiye, science se pehle ki baatein</w:t>
      </w:r>
      <w:r>
        <w:br/>
      </w:r>
      <w:r>
        <w:rPr>
          <w:sz w:val="20"/>
        </w:rPr>
        <w:t>46:54  thin. insaan kisi cheez ko explain kar nahi pata tha toh inhi inhi terms mein sochta tha. woh itna darte thay in cheezon se kyunke woh samajhte thay mysterious force hai is ke andar.</w:t>
      </w:r>
      <w:r>
        <w:br/>
      </w:r>
      <w:r>
        <w:rPr>
          <w:sz w:val="20"/>
        </w:rPr>
        <w:t>47:08  toh Hazrat Ibrahim se kehte thay aur doosre paighambaron se bhi unhon ne yahi kaha ke "agar tum ne is ko kuch bura bhala kaha toh tum andhe ho jaoge, pagal ho jaoge, barbaad ho</w:t>
      </w:r>
      <w:r>
        <w:br/>
      </w:r>
      <w:r>
        <w:rPr>
          <w:sz w:val="20"/>
        </w:rPr>
        <w:t>47:18  jaoge." toh woh darte thay ke agar aisa un ko hum ne nahi, un ko due respect diya toh hamara yeh sab ho jayega.</w:t>
      </w:r>
      <w:r>
        <w:br/>
      </w:r>
      <w:r>
        <w:rPr>
          <w:sz w:val="20"/>
        </w:rPr>
        <w:t>47:27  toh yeh hai. toh isi liye Hazrat Ibrahim ne Iraq ko chhod diya kyunke wahan ke log manne wale nahi thay.</w:t>
      </w:r>
      <w:r>
        <w:br/>
      </w:r>
      <w:r>
        <w:rPr>
          <w:sz w:val="20"/>
        </w:rPr>
        <w:t>47:35  ab masla kya ho gaya tha ke shirk jo hai is mein ek nexus ho gaya tha ke ab hum toh mante hi thay, ab badshah log manne lagay.</w:t>
      </w:r>
      <w:r>
        <w:br/>
      </w:r>
      <w:r>
        <w:rPr>
          <w:sz w:val="20"/>
        </w:rPr>
        <w:t>47:44  kyunke is ki wajah se kya tha ke har badai ko yeh log devi devta maan lete thay. toh woh, woh bhi badshah bhi bada hota tha na, toh un ko devi devta ka darja de dete thay.</w:t>
      </w:r>
      <w:r>
        <w:br/>
      </w:r>
      <w:r>
        <w:rPr>
          <w:sz w:val="20"/>
        </w:rPr>
        <w:t>47:57  toh hamare bhagwan</w:t>
      </w:r>
      <w:r>
        <w:br/>
      </w:r>
      <w:r>
        <w:rPr>
          <w:sz w:val="20"/>
        </w:rPr>
        <w:t>47:58  hain. toh is wajah se badshahon ko yeh mauqa mil jata tha awam par hukoomat karne ka. awam woh achi policy chalayen, galat chalayen, awam is in ko kuch keh nahi sakte thay.</w:t>
      </w:r>
      <w:r>
        <w:br/>
      </w:r>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r>
        <w:br/>
      </w:r>
      <w:r>
        <w:rPr>
          <w:sz w:val="20"/>
        </w:rPr>
        <w:t>48:42  toh jamhooriyat bohat bara hamare liye bohat bari boon thi. jamhooriyat ki wajah se tamam logon ko mauqa mila kaam karne ka.</w:t>
      </w:r>
      <w:r>
        <w:br/>
      </w:r>
      <w:r>
        <w:rPr>
          <w:sz w:val="20"/>
        </w:rPr>
        <w:t>48:52  pehlay toh kya tha? jo badshah chahta tha, wahi hota tha.</w:t>
      </w:r>
      <w:r>
        <w:br/>
      </w:r>
      <w:r>
        <w:rPr>
          <w:sz w:val="20"/>
        </w:rPr>
        <w:t>48:56  agar koi badshah ke khilaf kuch bhi kar de toh uska sar qalam. toh is wajah se taraqqi kuch nahi ho pati thi. nature mein jo taskheer karna, nature ko, nature par investigation, nature par research, woh sab kuch nahi hota tha.</w:t>
      </w:r>
      <w:r>
        <w:br/>
      </w:r>
      <w:r>
        <w:rPr>
          <w:sz w:val="20"/>
        </w:rPr>
        <w:t>49:12  badshah bohat darte thay ke koi bhi naya kaam ho raha hai toh galat hi hoga. jo woh chahte thay, bas bas badshah hukmi sab kuch hota tha.</w:t>
      </w:r>
      <w:r>
        <w:br/>
      </w:r>
      <w:r>
        <w:rPr>
          <w:sz w:val="20"/>
        </w:rPr>
        <w:t>49:23  toh yeh tha. toh paighambaron ne bataya ke is duniya mein toh sirf shuruaat karni hai. hamein apne aap ko deserving candidate banana hai.</w:t>
      </w:r>
      <w:r>
        <w:br/>
      </w:r>
      <w:r>
        <w:rPr>
          <w:sz w:val="20"/>
        </w:rPr>
        <w:t>49:31  aur asal mayari duniya jo hai, woh toh jannat ki hai. wahan par asal mein dekhiye, sara limitations khatam ho jayega.</w:t>
      </w:r>
      <w:r>
        <w:br/>
      </w:r>
      <w:r>
        <w:rPr>
          <w:sz w:val="20"/>
        </w:rPr>
        <w:t>49:40  jab limitations khatam ho jayega toh hum lamahdood tor par hum kaam kar payenge. insaan ka dimagh jo hai na, woh toh hai hi lamahdood.</w:t>
      </w:r>
      <w:r>
        <w:br/>
      </w:r>
      <w:r>
        <w:rPr>
          <w:sz w:val="20"/>
        </w:rPr>
        <w:t>49:50  lekin is duniya mein itni limitations hain ke hum is ko poora istemal nahi kar paate. bohat jald insaan bimar ho jata hai, boodha ho jata hai, mar jata hai, accident ho jata hai.</w:t>
      </w:r>
      <w:r>
        <w:br/>
      </w:r>
      <w:r>
        <w:rPr>
          <w:sz w:val="20"/>
        </w:rPr>
        <w:t>50:02  aur mawaqe jo woh chahta hai, woh nahi milte hain. to is waja se woh pura kaam kar nahi</w:t>
      </w:r>
      <w:r>
        <w:br/>
      </w:r>
      <w:r>
        <w:rPr>
          <w:sz w:val="20"/>
        </w:rPr>
        <w:t>50:07  paata. aakhirat mein yeh sari limitations khatm ho jayengi. to woh hamari aakhri manzil hoga. wahan marifat ka zariya musalsal jari rahega.</w:t>
      </w:r>
      <w:r>
        <w:br/>
      </w:r>
      <w:r>
        <w:rPr>
          <w:sz w:val="20"/>
        </w:rPr>
        <w:t>50:19  aur wahan perfect shakal mein Khuda ka realization hoga. tab Allah taala apni jhalak bhi wahan dikhayenge ke jo aarif insan hai, jo Khuda ki jis ne marifat hasil ki, usi se Allah raazi hoga.</w:t>
      </w:r>
      <w:r>
        <w:br/>
      </w:r>
      <w:r>
        <w:rPr>
          <w:sz w:val="20"/>
        </w:rPr>
        <w:t>50:35  ji,</w:t>
      </w:r>
      <w:r>
        <w:br/>
      </w:r>
      <w:r>
        <w:rPr>
          <w:sz w:val="20"/>
        </w:rPr>
        <w:t>50:36  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r>
        <w:br/>
      </w:r>
      <w:r>
        <w:rPr>
          <w:sz w:val="20"/>
        </w:rPr>
        <w:t>51:02  . woh desires ko hi le kar apni puri zindagi nikal deta hai. jabke fact is ki aap desires ko fulfill hi nahi kar sakte is duniya mein.</w:t>
      </w:r>
      <w:r>
        <w:br/>
      </w:r>
      <w:r>
        <w:rPr>
          <w:sz w:val="20"/>
        </w:rPr>
        <w:t>51:11  to is ke bare mein batayein, apa, ke kaise desire management insan kar sakta hai? desires ko kaise samajhna chahiye? is ke bare mein bhi aap hum sab ko batayein.</w:t>
      </w:r>
      <w:r>
        <w:br/>
      </w:r>
      <w:r>
        <w:rPr>
          <w:sz w:val="20"/>
        </w:rPr>
        <w:t>51:22  asal mein sab se bari cheez yahi hai ke insan creation plan ko samjhe. ab insan ek duniya mein aa</w:t>
      </w:r>
      <w:r>
        <w:br/>
      </w:r>
      <w:r>
        <w:rPr>
          <w:sz w:val="20"/>
        </w:rPr>
        <w:t>51:29  gaya, ab woh samajhta hi nahi ke is duniya mein kaise rehna hai. to aap samajh lijiye ke ab sab kaam galat hi galat karenge.</w:t>
      </w:r>
      <w:r>
        <w:br/>
      </w:r>
      <w:r>
        <w:rPr>
          <w:sz w:val="20"/>
        </w:rPr>
        <w:t>51:39  to sab se pehle insan ko Khuda ke creation plan ko samajhna hai. to creation plan ke mutabiq yeh duniya desire ke fulfillment ke liye hai hi nahi.</w:t>
      </w:r>
      <w:r>
        <w:br/>
      </w:r>
      <w:r>
        <w:rPr>
          <w:sz w:val="20"/>
        </w:rPr>
        <w:t>51:51  to kaise desire ka ful</w:t>
      </w:r>
      <w:r>
        <w:br/>
      </w:r>
      <w:r>
        <w:rPr>
          <w:sz w:val="20"/>
        </w:rPr>
        <w:t>51:53  fillment yahan hoga? kyunke yahan itni limitation, itni limitation hai ke desire ka fulfillment possible hi nahi hai. to aur insan jo hai, chunke is ke andar hai ek ideal world basi hui hai, kehte hain jab insan paida hua to us ko sab kuch jannat dikha di gayi thi.</w:t>
      </w:r>
      <w:r>
        <w:br/>
      </w:r>
      <w:r>
        <w:rPr>
          <w:sz w:val="20"/>
        </w:rPr>
        <w:t>52:11  hmm, yahan tak kehte hain ke jab bachcha paida hota hai to woh muskurata hai, kehte hain woh jannat dekh raha hai. ji, to us ko sab kuch us ke dil mein, dimagh mein, us ki jannat basi hui hai.</w:t>
      </w:r>
      <w:r>
        <w:br/>
      </w:r>
      <w:r>
        <w:rPr>
          <w:sz w:val="20"/>
        </w:rPr>
        <w:t>52:23  ab woh yeh farq nahi kar pata ke yeh jannat jo hai, us ko aakhirat mein milegi, duniya mein nahi milegi. isi waja se woh musalsal frustration mein rehta hai.</w:t>
      </w:r>
      <w:r>
        <w:br/>
      </w:r>
      <w:r>
        <w:rPr>
          <w:sz w:val="20"/>
        </w:rPr>
        <w:t>52:37  kyunke ideal ki talash karta hai aur ideal us ko milta nahi. aur bade bade logon ne kaha hai, jaise Edward Gibbon ne kaha hai: "human history is little more than the register of crimes."</w:t>
      </w:r>
      <w:r>
        <w:br/>
      </w:r>
      <w:r>
        <w:rPr>
          <w:sz w:val="20"/>
        </w:rPr>
        <w:t>52:49  to un ko, un ko samajh mein nahi aata ke is duniya mein itni suffering kyun hai, itni museebatein kyun hain, itni limitations kyun hain. bade bade insan jab mature hote hain to khatm ho jate hain, mar jate hain.</w:t>
      </w:r>
      <w:r>
        <w:br/>
      </w:r>
      <w:r>
        <w:rPr>
          <w:sz w:val="20"/>
        </w:rPr>
        <w:t>53:01  Einstein jo hai, bahut kam umar mein khatm hue. to itne bade bade log jab ke un ke time hota hai kaam karne ka, us waqt woh mar jate hain.</w:t>
      </w:r>
      <w:r>
        <w:br/>
      </w:r>
      <w:r>
        <w:rPr>
          <w:sz w:val="20"/>
        </w:rPr>
        <w:t>53:10  to yeh sari cheezein samajh mein aati nahi hain. ek Alexis Carrel ne ek kitaab likhi: "Man the</w:t>
      </w:r>
      <w:r>
        <w:br/>
      </w:r>
      <w:r>
        <w:rPr>
          <w:sz w:val="20"/>
        </w:rPr>
        <w:t>53:17  Known." us ki "Man in Known" bana hua hai. kyunke jab har cheez ka is duniya mein joda hai, isi tarah se is duniya ka bhi ek joda hai.</w:t>
      </w:r>
      <w:r>
        <w:br/>
      </w:r>
      <w:r>
        <w:rPr>
          <w:sz w:val="20"/>
        </w:rPr>
        <w:t>53:27  jab tak is jode ko le kar ke hum life ko explain na karein, tab tak hum samajh hi nahi sakte. ji, na samjhein ge to frustration hoga.</w:t>
      </w:r>
      <w:r>
        <w:br/>
      </w:r>
      <w:r>
        <w:rPr>
          <w:sz w:val="20"/>
        </w:rPr>
        <w:t>53:37  ab jaise hum log hain, CPS ke Maulana ki sari classes hum ne attend ki hain, literature padha hai. to hum logon ko bilkul clear hai ke yeh duniya sirf mehnat karne ke liye hai aur apne aap ko deserving candidate banane ke liye.</w:t>
      </w:r>
      <w:r>
        <w:br/>
      </w:r>
      <w:r>
        <w:rPr>
          <w:sz w:val="20"/>
        </w:rPr>
        <w:t>53:52  jo kuch milna hai, aakh</w:t>
      </w:r>
      <w:r>
        <w:br/>
      </w:r>
      <w:r>
        <w:rPr>
          <w:sz w:val="20"/>
        </w:rPr>
        <w:t>53:54  irat mein milna hai. to is liye hum logon ko frustration hota hi nahi ke jo mila hua hai, wahi lagta hai, wahi bohat hai. kyunke humein jo goal hai, hamari zindagi ka jo maqsad hai, us mein koi rukawat hai nahi.</w:t>
      </w:r>
      <w:r>
        <w:br/>
      </w:r>
      <w:r>
        <w:rPr>
          <w:sz w:val="20"/>
        </w:rPr>
        <w:t>54:06  to aur humein kuch chahiye nahi. to yeh hai. ab Sir James Jeans jo itna bada mathematician tha aur Nobel Prize us ko mila, us ne likha hai "The Mysterious Universe"</w:t>
      </w:r>
      <w:r>
        <w:br/>
      </w:r>
      <w:r>
        <w:rPr>
          <w:sz w:val="20"/>
        </w:rPr>
        <w:t>54:18  . isi liye ke in logon ko pata hi nahi tha ke doosri duniya hai, wahan jo hai saare hamare desires fulfill honge.</w:t>
      </w:r>
      <w:r>
        <w:br/>
      </w:r>
      <w:r>
        <w:rPr>
          <w:sz w:val="20"/>
        </w:rPr>
        <w:t>54:26  to yeh log jo hain, itne bare bare log jo hain, woh frustration mein khatam hue. ji, woh sir james jeans ne kaha: "it seems that man has strayed in a world that was not made for</w:t>
      </w:r>
      <w:r>
        <w:br/>
      </w:r>
      <w:r>
        <w:rPr>
          <w:sz w:val="20"/>
        </w:rPr>
        <w:t>54:42  hum." is ki samajh mein nahi aata, kisi ki samajh mein nahi aata. ji ke yeh duniya mein hum hum kis tareeqay se, jo hum zindagi paana chahte hain, woh kaise milay.</w:t>
      </w:r>
      <w:r>
        <w:br/>
      </w:r>
      <w:r>
        <w:rPr>
          <w:sz w:val="20"/>
        </w:rPr>
        <w:t>54:54  aik roosi writer ne kaha hai: "is duniya mein har cheez beautiful hai, sirf aik cheez beautiful nahi hai, aur woh insaan hai."</w:t>
      </w:r>
      <w:r>
        <w:br/>
      </w:r>
      <w:r>
        <w:rPr>
          <w:sz w:val="20"/>
        </w:rPr>
        <w:t>55:02  to is duniya mein insaan dekhiye, shakal, soorat, rang, sab kuch hai.</w:t>
      </w:r>
      <w:r>
        <w:br/>
      </w:r>
      <w:r>
        <w:rPr>
          <w:sz w:val="20"/>
        </w:rPr>
        <w:t>55:11  to woh aisa thori hai ke woh is ki inherently aisa hai, balkay woh hamari geographical conditions hain. koi kala hai, jaisay africa ke log hotay hain, to geographical conditions prevail karti hain.</w:t>
      </w:r>
      <w:r>
        <w:br/>
      </w:r>
      <w:r>
        <w:rPr>
          <w:sz w:val="20"/>
        </w:rPr>
        <w:t>55:25  to akhirat mein yeh sari limitations khatam ki jayen, kar di jayen gi.</w:t>
      </w:r>
      <w:r>
        <w:br/>
      </w:r>
      <w:r>
        <w:rPr>
          <w:sz w:val="20"/>
        </w:rPr>
        <w:t>55:29  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r>
        <w:br/>
      </w:r>
      <w:r>
        <w:rPr>
          <w:sz w:val="20"/>
        </w:rPr>
        <w:t>55:50  to wahan boodhapa hai, badsoorati hai, bimariyan hain, maut hai, yeh sab kuch wahan accident hai. wahan ya wahan yeh sab kuch nahi hoga.</w:t>
      </w:r>
      <w:r>
        <w:br/>
      </w:r>
      <w:r>
        <w:rPr>
          <w:sz w:val="20"/>
        </w:rPr>
        <w:t>56:01  lekin insaan apnay aap ko samajhta hai ke "main bilkul azaad hoon, main jo chahe karoon." to yehi jo is ki thinking hai na ke "main azaad hoon", yehi cheez is ke liye museebat ban gayi hai.</w:t>
      </w:r>
      <w:r>
        <w:br/>
      </w:r>
      <w:r>
        <w:rPr>
          <w:sz w:val="20"/>
        </w:rPr>
        <w:t>56:11  ji ke woh jab azaad hai to is ko desire ke mutabiq is ko aik zindagi milni chahiye.</w:t>
      </w:r>
      <w:r>
        <w:br/>
      </w:r>
      <w:r>
        <w:rPr>
          <w:sz w:val="20"/>
        </w:rPr>
        <w:t>56:19  lekin woh practically impossible hai. to result jo hai is ka, woh tension hai. ab woh itna samajh le ke yeh duniya is ki apni banayi hui nahi hai, balkay duniya Khuda ne banayi hai.</w:t>
      </w:r>
      <w:r>
        <w:br/>
      </w:r>
      <w:r>
        <w:rPr>
          <w:sz w:val="20"/>
        </w:rPr>
        <w:t>56:31  to yahan Khuda ki marzi ke mutabiq hi hamein is duniya mein rehna hai aur Khuda ke agay surrender karna hai. to tabhi is ko woh is qabil banay ga ke akhirat mein use Allah taala jannat mein jagah den.</w:t>
      </w:r>
      <w:r>
        <w:br/>
      </w:r>
      <w:r>
        <w:rPr>
          <w:sz w:val="20"/>
        </w:rPr>
        <w:t>56:47  to lekin insaan to limit cross kar diya,</w:t>
      </w:r>
      <w:r>
        <w:br/>
      </w:r>
      <w:r>
        <w:rPr>
          <w:sz w:val="20"/>
        </w:rPr>
        <w:t>56:52  nuclear bomb banaya sari duniya ko. ab qayamat aanay ki bhi zaroorat nahi hai, do chaar nuclear bomb phatenge, qayamat hi aa jayegi. ji to insaan jo hai, woh apni is se had se bahar chala gaya.</w:t>
      </w:r>
      <w:r>
        <w:br/>
      </w:r>
      <w:r>
        <w:rPr>
          <w:sz w:val="20"/>
        </w:rPr>
        <w:t>57:06  jabkay aap jantay hain jinnaat ko jo mazool kiya gaya tha, isi liye na ke woh duniya mein fasad barpa kar rahay thay, isi liye mazool kiya gaya tha.</w:t>
      </w:r>
      <w:r>
        <w:br/>
      </w:r>
      <w:r>
        <w:rPr>
          <w:sz w:val="20"/>
        </w:rPr>
        <w:t>57:17  ab to ab is se to hazaron lakhon guna ziyada fasad insaan kar raha hai. to kisi bhi waqt qayamat aa sakti hai. kyunkay jab Allah taala bilkul dekhenge ke ab insaan jo hai, koi acha kaam nahi karega, sirf bura hi bura karega, to us waqt phir woh qayamat aa jayegi.</w:t>
      </w:r>
      <w:r>
        <w:br/>
      </w:r>
      <w:r>
        <w:rPr>
          <w:sz w:val="20"/>
        </w:rPr>
        <w:t>57:36  to yehi hai ke hamein sab se pehlay zaroori hai ke hum ab creation plan ko samjhen aur is ke mutabiq hum apni zindagi ko, zindagi</w:t>
      </w:r>
      <w:r>
        <w:br/>
      </w:r>
      <w:r>
        <w:rPr>
          <w:sz w:val="20"/>
        </w:rPr>
        <w:t>57:46  ko chalayen. ji aur apa, agar hum Quran ko bhi parhen to is mein bohat clearly yeh cheez aa jati hai desires ko le kay. surah kahf mein jaisay hai ke "there there you will have all the that you desire and there is even more with us".</w:t>
      </w:r>
      <w:r>
        <w:br/>
      </w:r>
      <w:r>
        <w:rPr>
          <w:sz w:val="20"/>
        </w:rPr>
        <w:t>58:01  to matlab aik insaan jo tasawwur bhi nahi kar sakta desire ko le ke, us ke bhi beyond Allah taala yeh keh rahay hain ke "we have even more with us".</w:t>
      </w:r>
      <w:r>
        <w:br/>
      </w:r>
      <w:r>
        <w:rPr>
          <w:sz w:val="20"/>
        </w:rPr>
        <w:t>58:10  so</w:t>
      </w:r>
      <w:r>
        <w:br/>
      </w:r>
      <w:r>
        <w:rPr>
          <w:sz w:val="20"/>
        </w:rPr>
        <w:t>58:11  yeh aap ne bilkul bara sahi kaha ke hamein creation plan ko samajhna hai ke yeh duniya to sirf test ke level par hai. yahan pe aap fulfillment of desire nahi kar saktay, woh to aap ka akhirat mein hi hai.</w:t>
      </w:r>
    </w:p>
    <w:p>
      <w:pPr>
        <w:pStyle w:val="Heading2"/>
      </w:pPr>
      <w:r>
        <w:t>Why repeatedly discover helplessness for God?</w:t>
      </w:r>
    </w:p>
    <w:p>
      <w:r>
        <w:rPr>
          <w:color w:val="666666"/>
          <w:sz w:val="18"/>
        </w:rPr>
        <w:t>Spirituality · Q&amp;A 04 DEC 2011 Maulana Wahiduddin Khan · 1m 32s · at 39:04 · https://youtu.be/KIMNmuUZoGo?t=2344</w:t>
      </w:r>
    </w:p>
    <w:p>
      <w:r>
        <w:rPr>
          <w:i/>
        </w:rPr>
        <w:t>“You repeatedly discover your helplessness. Is not one time discovery of helplessness enough to believe in God? Then why do you keep discovering it repeatedly?”</w:t>
      </w:r>
    </w:p>
    <w:p>
      <w:r>
        <w:rPr>
          <w:sz w:val="20"/>
        </w:rPr>
        <w:t>39:04  maulānā aglā sawāl āyā hai maulānā 'abd al-bāsiṭ 'umrī kā dohā, qatar se. Unhoṅne likhā hai: "maulānā āp bār bār apne 'ujz ko daryāft karte rahte haiṅ." haiṅ?</w:t>
      </w:r>
      <w:r>
        <w:br/>
      </w:r>
      <w:r>
        <w:rPr>
          <w:sz w:val="20"/>
        </w:rPr>
        <w:t>39:17  "āp bār bār apne 'ujz ko daryāft karte rahte haiṅ." maulānā merā sawāl yeh hai ke kyā ek bār ke daryāft 'ujz ḳhudā ko mānanē ke lie kāfī nahīṅ?</w:t>
      </w:r>
      <w:r>
        <w:br/>
      </w:r>
      <w:r>
        <w:rPr>
          <w:sz w:val="20"/>
        </w:rPr>
        <w:t>39:29  to phir āp bār bār kyoṅ daryāft karte rahte haiṅ?</w:t>
      </w:r>
      <w:r>
        <w:br/>
      </w:r>
      <w:r>
        <w:rPr>
          <w:sz w:val="20"/>
        </w:rPr>
        <w:t>39:35  yeh ādmī dekhīye, ādmī kā dimāġh aisā hai ke cīzen calī jātī haiṅ bhuul ke ḳhāne meṅ.</w:t>
      </w:r>
      <w:r>
        <w:br/>
      </w:r>
      <w:r>
        <w:rPr>
          <w:sz w:val="20"/>
        </w:rPr>
        <w:t>39:45  ko'ī bhī cīz āp ko agar āp bār bār is ko carca na kareṅ to bhuul jā'ēṅge āp. Apne beṭe hī ko āp carca na kareṅ to bhuul jā'ēṅge. to beṭe ko har vaqt carca kartā hai ādmī.</w:t>
      </w:r>
      <w:r>
        <w:br/>
      </w:r>
      <w:r>
        <w:rPr>
          <w:sz w:val="20"/>
        </w:rPr>
        <w:t>39:55  muttalif bahāne āp apne beṭe ko carca karte haiṅ. tab woh āp ko memory meṅ ātā hai. to ko'ī bhī cīz ho āp ko carca karnā paṛegā is kā.</w:t>
      </w:r>
      <w:r>
        <w:br/>
      </w:r>
      <w:r>
        <w:rPr>
          <w:sz w:val="20"/>
        </w:rPr>
        <w:t>40:05  nahīṅ carca kareṅge to woh jaisā ke maiṅne is se pahle kahā thā ke mind ke tīn hisse haiṅ.</w:t>
      </w:r>
      <w:r>
        <w:br/>
      </w:r>
      <w:r>
        <w:rPr>
          <w:sz w:val="20"/>
        </w:rPr>
        <w:t>40:11  yānī conscious mind, subconscious mind, unconscious mind. to pahle cīzen ātī haiṅ conscious mind meṅ. phir calī ātī haiṅ subconscious mind meṅ.</w:t>
      </w:r>
      <w:r>
        <w:br/>
      </w:r>
      <w:r>
        <w:rPr>
          <w:sz w:val="20"/>
        </w:rPr>
        <w:t>40:21  phir calī ātī haiṅ unconscious mind meṅ. yeh to process hai, woh process se āp bac nahīṅ sakte āp. har cīz pe apply hotā hai woh. cāhe beṭe ko yād rakhnā ho yā allāh ta'ālā ko yād rakhnā ho.</w:t>
      </w:r>
    </w:p>
    <w:p>
      <w:pPr>
        <w:pStyle w:val="Heading2"/>
      </w:pPr>
      <w:r>
        <w:t>Why was prophet called mad for 'material is spiritual'?</w:t>
      </w:r>
    </w:p>
    <w:p>
      <w:r>
        <w:rPr>
          <w:color w:val="666666"/>
          <w:sz w:val="18"/>
        </w:rPr>
        <w:t>Spirituality · Islam in Daily Life May 26, 2013 · 1m 34s · at 1:02:54 · https://youtu.be/iNyWPrbyyhA?t=3774</w:t>
      </w:r>
    </w:p>
    <w:p>
      <w:r>
        <w:rPr>
          <w:i/>
        </w:rPr>
        <w:t>“You said that 'Material is spiritual.' Because of this, the Prophet was called mad. Why is that? There is a verse in the Quran: 'O Messenger, indeed you are mad.'”</w:t>
      </w:r>
    </w:p>
    <w:p>
      <w:r>
        <w:rPr>
          <w:sz w:val="20"/>
        </w:rPr>
        <w:t>1:02:54  ek baat par focus kijiye to bas us ke baad sab apne aap clear ho jata hai. Maulana agla sawal Maulana Iqbal Umri ka hai, Tamil Nadu se.</w:t>
      </w:r>
      <w:r>
        <w:br/>
      </w:r>
      <w:r>
        <w:rPr>
          <w:sz w:val="20"/>
        </w:rPr>
        <w:t>1:03:07  unhon ne aap se poocha hai: "Material is spiritual." . ki baat karne ki wajah se Rasool ko majnoon kaha jata tha.</w:t>
      </w:r>
      <w:r>
        <w:br/>
      </w:r>
      <w:r>
        <w:rPr>
          <w:sz w:val="20"/>
        </w:rPr>
        <w:t>1:03:17  maulana sahib, aisa kyun hai? quran mein jo ayat hai "ya ayyuha al-rasool innaka lamajnoon"</w:t>
      </w:r>
      <w:r>
        <w:br/>
      </w:r>
      <w:r>
        <w:rPr>
          <w:sz w:val="20"/>
        </w:rPr>
        <w:t>1:03:24  ۔ to woh to is pas manzar mein thi ke woh samajhte thay ke jo un ka mazhab hai, mazhab shirk, to saare jo bare bare un ke akabir thay, buzurg thay, woh isi par chal rahe, wahi karte rahe.</w:t>
      </w:r>
      <w:r>
        <w:br/>
      </w:r>
      <w:r>
        <w:rPr>
          <w:sz w:val="20"/>
        </w:rPr>
        <w:t>1:03:39  ab yeh ek aadmi aata hai keh raha hai yeh sab galat hai. to sach poochhiye to akabir ke deen ke khilaf hone ki wajah se woh samajhte thay majnoon.</w:t>
      </w:r>
      <w:r>
        <w:br/>
      </w:r>
      <w:r>
        <w:rPr>
          <w:sz w:val="20"/>
        </w:rPr>
        <w:t>1:03:49  ya to main samajhta hoon.</w:t>
      </w:r>
      <w:r>
        <w:br/>
      </w:r>
      <w:r>
        <w:rPr>
          <w:sz w:val="20"/>
        </w:rPr>
        <w:t>1:03:52  aaj bhi aap dekhiye logon ko soch kya hoti hai. jo akabir ne keh diya bhala woh galat ho sakta hai? aaj bhi yahi soch logon ki hai.</w:t>
      </w:r>
      <w:r>
        <w:br/>
      </w:r>
      <w:r>
        <w:rPr>
          <w:sz w:val="20"/>
        </w:rPr>
        <w:t>1:04:02  to akabir hum ne bana rakhe hain. koi akabir allah ne to nahi kisi ko kaha bataya ke akabir hai ya akabir hai. to khud se log apne kuch logon ko akabir maan lete hain.</w:t>
      </w:r>
      <w:r>
        <w:br/>
      </w:r>
      <w:r>
        <w:rPr>
          <w:sz w:val="20"/>
        </w:rPr>
        <w:t>1:04:15  ab woh jis par chale bas wahi samajhte hain ke wahi sach hai.</w:t>
      </w:r>
      <w:r>
        <w:br/>
      </w:r>
      <w:r>
        <w:rPr>
          <w:sz w:val="20"/>
        </w:rPr>
        <w:t>1:04:20  to rasool allah jo baat kehte thay un ke masle ke akabir ke khilaf thi. is liye woh kehte thay ke un ko majnoon bana diya.</w:t>
      </w:r>
    </w:p>
    <w:p>
      <w:pPr>
        <w:pStyle w:val="Heading2"/>
      </w:pPr>
      <w:r>
        <w:t>Will past sins be forgiven after sincere repentance?</w:t>
      </w:r>
    </w:p>
    <w:p>
      <w:r>
        <w:rPr>
          <w:color w:val="666666"/>
          <w:sz w:val="18"/>
        </w:rPr>
        <w:t>Spirituality · The Process of Personality Development June 30, 2013 · 3m 34s · at 52:54 · https://youtu.be/CSSFRydcJlo?t=3174</w:t>
      </w:r>
    </w:p>
    <w:p>
      <w:r>
        <w:rPr>
          <w:i/>
        </w:rPr>
        <w:t>“Maulana, thank you for explaining the process of tawbah; my heart was seeking it. I want to know one more thing: if a mistake has been committed, after going through the process of tawbah, will we still be punished for it in the afterlife, or will it be erased from our record?”</w:t>
      </w:r>
    </w:p>
    <w:p>
      <w:r>
        <w:rPr>
          <w:sz w:val="20"/>
        </w:rPr>
        <w:t>52:54  jab brain storming ati hai to is ke iman mein tarraqi hoti hai, marfat mein tarraqi hoti hai. maulana, agla sawal hai miss raziya ka, jamiya millia islamia, urdu department se.</w:t>
      </w:r>
      <w:r>
        <w:br/>
      </w:r>
      <w:r>
        <w:rPr>
          <w:sz w:val="20"/>
        </w:rPr>
        <w:t>53:06  unhone likha hai: "maulana, aap ne jo tauba ka process bataya, us ke liye shukriya. mere dil ko is ki talash thi. ek baat aur janana chahti hoon ke jo ghalti ho gayi hai to kya tauba ke process se guzrne ke bad bhi is ghalti ki saza hamein akhirat mein di jayegi ya woh hamare record se mita di jayegi?" record se nikal di jayegi.</w:t>
      </w:r>
      <w:r>
        <w:br/>
      </w:r>
      <w:r>
        <w:rPr>
          <w:sz w:val="20"/>
        </w:rPr>
        <w:t>53:34  woh quran mein likhi ek ayat hai:</w:t>
      </w:r>
      <w:r>
        <w:br/>
      </w:r>
      <w:r>
        <w:rPr>
          <w:sz w:val="20"/>
        </w:rPr>
        <w:t>53:39  wama yaghfir uz zunuba illa allah</w:t>
      </w:r>
      <w:r>
        <w:br/>
      </w:r>
      <w:r>
        <w:rPr>
          <w:sz w:val="20"/>
        </w:rPr>
        <w:t>53:43  allah ke siwa kon hai jo gunahon ko maaf kare? to aaj kal ki zaban mein mein yeh kehta hoon ke allah ke siwa kon hai jo mere nama-e-aamal se kisi cheez ko delete kar de?</w:t>
      </w:r>
      <w:r>
        <w:br/>
      </w:r>
      <w:r>
        <w:rPr>
          <w:sz w:val="20"/>
        </w:rPr>
        <w:t>53:56  woh jis ko aaj kal hum kehte hain delete karna, wohi murad hai is se. wohi murad hai</w:t>
      </w:r>
      <w:r>
        <w:br/>
      </w:r>
      <w:r>
        <w:rPr>
          <w:sz w:val="20"/>
        </w:rPr>
        <w:t>54:03  wama yaghfir uz zunuba illa allah yani yeh mamlat insan ke aamal jo hain, woh ek pura ek universe hai. insan in sare aamal mein jo lakhon karoron item hain, is mein se is item ko hadaf karna jo matloob nahi hai,</w:t>
      </w:r>
      <w:r>
        <w:br/>
      </w:r>
      <w:r>
        <w:rPr>
          <w:sz w:val="20"/>
        </w:rPr>
        <w:t>54:21  to k</w:t>
      </w:r>
      <w:r>
        <w:br/>
      </w:r>
      <w:r>
        <w:rPr>
          <w:sz w:val="20"/>
        </w:rPr>
        <w:t>54:22  un kar sakta hai? allah ke sath koi kar nahi sakta. yeh bas is ko hum aaj kal ki zaban mein kehta hoon ke allah ke sath koi nahi hai jo kisi ke nama-e-aamal se ghair matloob cheezon ko delete kar sake.</w:t>
      </w:r>
      <w:r>
        <w:br/>
      </w:r>
      <w:r>
        <w:rPr>
          <w:sz w:val="20"/>
        </w:rPr>
        <w:t>54:36  dusri ayat dekhein, ek aur hai: ya ibadiyallazina asrafu ala anfusihim la taqnatu birah matillah innallaha yaghfir uz zunuba jami'an mein aksar jab quran ko parhta hoon to yeh ayat mujhe lagti hai ke bohat bari rehmat hai insan ke liye.</w:t>
      </w:r>
      <w:r>
        <w:br/>
      </w:r>
      <w:r>
        <w:rPr>
          <w:sz w:val="20"/>
        </w:rPr>
        <w:t>54:56  ajeeb ghareeb rehmat hai. is ka tarjuma yeh hai: aye mere bando jinhone apni janon par zulm kiya hai, ziyadati ki hai,</w:t>
      </w:r>
      <w:r>
        <w:br/>
      </w:r>
      <w:r>
        <w:rPr>
          <w:sz w:val="20"/>
        </w:rPr>
        <w:t>55:11  to tum mayos na ho,</w:t>
      </w:r>
      <w:r>
        <w:br/>
      </w:r>
      <w:r>
        <w:rPr>
          <w:sz w:val="20"/>
        </w:rPr>
        <w:t>55:17  kyunke allah sare hi gunahon ko maaf kar kar sakta hai. fa innallaha yaghfir uz zunub</w:t>
      </w:r>
      <w:r>
        <w:br/>
      </w:r>
      <w:r>
        <w:rPr>
          <w:sz w:val="20"/>
        </w:rPr>
        <w:t>55:25  jami'an is mein dekhiye, koi cheez exempted nahi hai, koi cheez exempted nahi hai.</w:t>
      </w:r>
      <w:r>
        <w:br/>
      </w:r>
      <w:r>
        <w:rPr>
          <w:sz w:val="20"/>
        </w:rPr>
        <w:t>55:35  to islam mein jo tasawwur diya gaya hai, woh yeh hai ke banda agar sachi tauba kare, tauba sachi tauba hua nahi ke munh se bol diya to sachi tauba ho gayi.</w:t>
      </w:r>
      <w:r>
        <w:br/>
      </w:r>
      <w:r>
        <w:rPr>
          <w:sz w:val="20"/>
        </w:rPr>
        <w:t>55:48  woh process chalaye apne andar, woh process to zaroor is ki maaf</w:t>
      </w:r>
      <w:r>
        <w:br/>
      </w:r>
      <w:r>
        <w:rPr>
          <w:sz w:val="20"/>
        </w:rPr>
        <w:t>55:53  i ho jayegi. is tarah sab delete kar diya jayega, aur tauba ka yani moqa insan ko aakhri waqt tak diya gaya hai.</w:t>
      </w:r>
      <w:r>
        <w:br/>
      </w:r>
      <w:r>
        <w:rPr>
          <w:sz w:val="20"/>
        </w:rPr>
        <w:t>56:04  jo aaj hadith mein ata hai ke innallaha yaghfir ut taubata ma' al mughriqi yani maut ke aakhri waqt tak insan ko moqa diya jata hai ke woh tauba kare aur is ko maafi mil jaye.</w:t>
      </w:r>
      <w:r>
        <w:br/>
      </w:r>
      <w:r>
        <w:rPr>
          <w:sz w:val="20"/>
        </w:rPr>
        <w:t>56:18  to maghfirat ka jo tasawwur hai islam mein, woh to bohat hi wasee hai.</w:t>
      </w:r>
      <w:r>
        <w:br/>
      </w:r>
      <w:r>
        <w:rPr>
          <w:sz w:val="20"/>
        </w:rPr>
        <w:t>56:23  koi cheez is mein exempted nahi hai.</w:t>
      </w:r>
    </w:p>
    <w:p>
      <w:pPr>
        <w:pStyle w:val="Heading2"/>
      </w:pPr>
      <w:r>
        <w:t>Worry about death vs afterlife</w:t>
      </w:r>
    </w:p>
    <w:p>
      <w:r>
        <w:rPr>
          <w:color w:val="666666"/>
          <w:sz w:val="18"/>
        </w:rPr>
        <w:t>Spirituality · Concept of Death in Islam 26th Aug 12 SLOW · 2m 17s · at 13:28 · https://youtu.be/8dsos0OBM6M?t=808</w:t>
      </w:r>
    </w:p>
    <w:p>
      <w:r>
        <w:rPr>
          <w:i/>
        </w:rPr>
        <w:t>“Why people are more worried about how they will die, whether bedridden or healthy, instead of worrying about what will happen to them after death? Kindly comment.”</w:t>
      </w:r>
    </w:p>
    <w:p>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r>
        <w:br/>
      </w:r>
      <w:r>
        <w:rPr>
          <w:sz w:val="20"/>
        </w:rPr>
        <w:t>13:53  baat yeh hai ke is zindagi ko sab kuch subject rehte hain, woh to isi ko healthy banaye</w:t>
      </w:r>
      <w:r>
        <w:br/>
      </w:r>
      <w:r>
        <w:rPr>
          <w:sz w:val="20"/>
        </w:rPr>
        <w:t>13:59  rakhna, isi ki bimariyon ka ilaaj karte rehna, isi mein koi hadsa pesh aaya to hospital mein ja</w:t>
      </w:r>
      <w:r>
        <w:br/>
      </w:r>
      <w:r>
        <w:rPr>
          <w:sz w:val="20"/>
        </w:rPr>
        <w:t>14:06  kar theek karna.</w:t>
      </w:r>
      <w:r>
        <w:br/>
      </w:r>
      <w:r>
        <w:rPr>
          <w:sz w:val="20"/>
        </w:rPr>
        <w:t>14:12  to chounke isi zindagi ko hum chhaya rehte hain, dimagh par, kyunke beshtar log aap jante hain ke sochte nahi.</w:t>
      </w:r>
      <w:r>
        <w:br/>
      </w:r>
      <w:r>
        <w:rPr>
          <w:sz w:val="20"/>
        </w:rPr>
        <w:t>14:19  میں جو so-called developed countries ہیں، وہاں میں جب جاتا ہوں اور لوگوں سے پوچھتا ہوں تو</w:t>
      </w:r>
      <w:r>
        <w:br/>
      </w:r>
      <w:r>
        <w:rPr>
          <w:sz w:val="20"/>
        </w:rPr>
        <w:t>14:25  اس سارے profession کے کسی بات پر وہ کچھ کچھ کچھ share کرنے کی کوشش میں نہیں ہوتے۔</w:t>
      </w:r>
      <w:r>
        <w:br/>
      </w:r>
      <w:r>
        <w:rPr>
          <w:sz w:val="20"/>
        </w:rPr>
        <w:t>14:32  yeh bohat bara tajurba hua hai so called developed countries ka ke khoob paisa kama rahe hain, khoob</w:t>
      </w:r>
      <w:r>
        <w:br/>
      </w:r>
      <w:r>
        <w:rPr>
          <w:sz w:val="20"/>
        </w:rPr>
        <w:t>14:39  yaani achi zindagi guzar rahe hain, lekin kisi aur yaani is par guftagu ki jaye to kuch is</w:t>
      </w:r>
      <w:r>
        <w:br/>
      </w:r>
      <w:r>
        <w:rPr>
          <w:sz w:val="20"/>
        </w:rPr>
        <w:t>14:45  par share nahi kar paate.</w:t>
      </w:r>
      <w:r>
        <w:br/>
      </w:r>
      <w:r>
        <w:rPr>
          <w:sz w:val="20"/>
        </w:rPr>
        <w:t>14:52  woh profession ke bare mein bata payenge agar is se poochein aap to.</w:t>
      </w:r>
      <w:r>
        <w:br/>
      </w:r>
      <w:r>
        <w:rPr>
          <w:sz w:val="20"/>
        </w:rPr>
        <w:t>14:58  to yeh insaan ki jo kamzori jo hai ke woh atka rehta hai dekhne wali cheezon ko aur</w:t>
      </w:r>
      <w:r>
        <w:br/>
      </w:r>
      <w:r>
        <w:rPr>
          <w:sz w:val="20"/>
        </w:rPr>
        <w:t>15:05  idhar jo cheezein dekhein, dikhai nahi deti, woh sirf wahan par tawajjuh nahi nahi deta.</w:t>
      </w:r>
      <w:r>
        <w:br/>
      </w:r>
      <w:r>
        <w:rPr>
          <w:sz w:val="20"/>
        </w:rPr>
        <w:t>15:12  to sab se bari cheez yeh hai ke hamara mission, hamari zimmedari yeh hai ke hum logon</w:t>
      </w:r>
      <w:r>
        <w:br/>
      </w:r>
      <w:r>
        <w:rPr>
          <w:sz w:val="20"/>
        </w:rPr>
        <w:t>15:18  کے اندر intellectual awakening لائیں۔</w:t>
      </w:r>
      <w:r>
        <w:br/>
      </w:r>
      <w:r>
        <w:rPr>
          <w:sz w:val="20"/>
        </w:rPr>
        <w:t>15:25  یعنی ہم جو مشن چلا رہے ہیں، اس کی پہلی شرط یہ ہے کہ لوگوں کے اندر intellectual</w:t>
      </w:r>
      <w:r>
        <w:br/>
      </w:r>
      <w:r>
        <w:rPr>
          <w:sz w:val="20"/>
        </w:rPr>
        <w:t>15:31  awareness aa jaye, tabhi woh soch payenge, nahi to kuch nahi soch payenge.</w:t>
      </w:r>
      <w:r>
        <w:br/>
      </w:r>
      <w:r>
        <w:rPr>
          <w:sz w:val="20"/>
        </w:rPr>
        <w:t>15:38  تو first step ہے ہمارے مشن کا لوگوں کے اندر intellectual awakening لانا۔</w:t>
      </w:r>
      <w:r>
        <w:br/>
      </w:r>
      <w:r>
        <w:rPr>
          <w:sz w:val="20"/>
        </w:rPr>
        <w:t>15:45  Maulana, agla sawal Tamil Nadu se hai Maulana Iqbal Omri sahib ka. unhon ne likha hai: "Maulana, aaj mein jawan hoon, maut ko door dekh raha hoon. is ghaflat se mein kaise bachoon?" is ke bare mein batayein.</w:t>
      </w:r>
    </w:p>
    <w:p>
      <w:pPr>
        <w:pStyle w:val="Heading2"/>
      </w:pPr>
      <w:r>
        <w:t>Worrying about death versus afterlife</w:t>
      </w:r>
    </w:p>
    <w:p>
      <w:r>
        <w:rPr>
          <w:color w:val="666666"/>
          <w:sz w:val="18"/>
        </w:rPr>
        <w:t>Spirituality · Concept of Death in Islam August 26, 2012 · 2m 16s · at 1:05:59 · https://youtu.be/y0TJxKi0L94?t=3959</w:t>
      </w:r>
    </w:p>
    <w:p>
      <w:r>
        <w:rPr>
          <w:i/>
        </w:rPr>
        <w:t>“Why are people more worried about how they will die, whether bedridden or healthy, instead of worrying about what will happen to them after death? Kindly comment.”</w:t>
      </w:r>
    </w:p>
    <w:p>
      <w:r>
        <w:rPr>
          <w:sz w:val="20"/>
        </w:rPr>
        <w:t>1:05:59  maulana, agla sawal pennsylvania se hai, mister khwaja kaleemuddin sahib</w:t>
      </w:r>
      <w:r>
        <w:br/>
      </w:r>
      <w:r>
        <w:rPr>
          <w:sz w:val="20"/>
        </w:rPr>
        <w:t>1:06:04  ka. unhon ne likha hai maulana sahib, why people are more worried about how they will die, whether bedridden or healthy, instead of worrying about what will happen to them after death?</w:t>
      </w:r>
      <w:r>
        <w:br/>
      </w:r>
      <w:r>
        <w:rPr>
          <w:sz w:val="20"/>
        </w:rPr>
        <w:t>1:06:19  kindly comment.</w:t>
      </w:r>
      <w:r>
        <w:br/>
      </w:r>
      <w:r>
        <w:rPr>
          <w:sz w:val="20"/>
        </w:rPr>
        <w:t>1:06:24  baat yeh hai ke yeh zindagi ko sab kuch samjhe rehte</w:t>
      </w:r>
      <w:r>
        <w:br/>
      </w:r>
      <w:r>
        <w:rPr>
          <w:sz w:val="20"/>
        </w:rPr>
        <w:t>1:06:28  hain woh. to isi ko healthy banaye rakhna, isi ki bimariyon ka ilaaj karte rehna, isi mein koi hadsa pesh aa jaye to hospital mein ja kar theek karna.</w:t>
      </w:r>
      <w:r>
        <w:br/>
      </w:r>
      <w:r>
        <w:rPr>
          <w:sz w:val="20"/>
        </w:rPr>
        <w:t>1:06:39  to chounke isi zindagi ko hum chhaya rehta hai dimagh par.</w:t>
      </w:r>
      <w:r>
        <w:br/>
      </w:r>
      <w:r>
        <w:rPr>
          <w:sz w:val="20"/>
        </w:rPr>
        <w:t>1:06:44  kiyunke beshtar log aap jante hain ke sochte nahi. main jo so-called developed countries hain, wahan mein jab jata hoon aur logon se poochta hoon to siwaye profession ke kisi baat par woh kuch kuch kuch share karne ki koshish mein nahi hote.</w:t>
      </w:r>
      <w:r>
        <w:br/>
      </w:r>
      <w:r>
        <w:rPr>
          <w:sz w:val="20"/>
        </w:rPr>
        <w:t>1:07:02  yeh bohat bara tajruba hua hai</w:t>
      </w:r>
      <w:r>
        <w:br/>
      </w:r>
      <w:r>
        <w:rPr>
          <w:sz w:val="20"/>
        </w:rPr>
        <w:t>1:07:05  so-called developed countries ka. ke khoob paisa kama rahe hain, khoob yaani achi zindagi guzar rahe hain, lekin kisi aur yaani is par guftagu ki jaye to kuch is mein share nahi kar paate woh.</w:t>
      </w:r>
      <w:r>
        <w:br/>
      </w:r>
      <w:r>
        <w:rPr>
          <w:sz w:val="20"/>
        </w:rPr>
        <w:t>1:07:23  profession ke baray mein bata payenge agar is se poochein aap to.</w:t>
      </w:r>
      <w:r>
        <w:br/>
      </w:r>
      <w:r>
        <w:rPr>
          <w:sz w:val="20"/>
        </w:rPr>
        <w:t>1:07:30  to yeh insaan ki jo ek kamzori jo hai ke woh atka rehta hai dekhnay wali cheezon ko aur idhar jo cheezein dekha dikhai nahi deti, woh sirf wahan par tawajjuh nahi nahi deta.</w:t>
      </w:r>
      <w:r>
        <w:br/>
      </w:r>
      <w:r>
        <w:rPr>
          <w:sz w:val="20"/>
        </w:rPr>
        <w:t>1:07:45  to sab se bari cheez yeh hai ke hamara mission, hamari zimmedari yeh hai ke hum logon ke andar intellectual awakening layein. yaani hum jo mission chala rahe hain, is ki parhez chahte hain ke logon ke andar intellectual awakening aa jaye.</w:t>
      </w:r>
      <w:r>
        <w:br/>
      </w:r>
      <w:r>
        <w:rPr>
          <w:sz w:val="20"/>
        </w:rPr>
        <w:t>1:08:01  tabhi woh soch payenge, nahi to kuch nahi soch payenge. to first step hai hamare mission ka logon ke andar intellectual awakening lana.</w:t>
      </w:r>
    </w:p>
    <w:p>
      <w:pPr>
        <w:pStyle w:val="Heading2"/>
      </w:pPr>
      <w:r>
        <w:t>Youth attraction to materialism over spirituality</w:t>
      </w:r>
    </w:p>
    <w:p>
      <w:r>
        <w:rPr>
          <w:color w:val="666666"/>
          <w:sz w:val="18"/>
        </w:rPr>
        <w:t>Spirituality · Man and Paradise May 05, 2013 · 1m 29s · at 57:37 · https://youtu.be/VyFgim3pvts?t=3457</w:t>
      </w:r>
    </w:p>
    <w:p>
      <w:r>
        <w:rPr>
          <w:i/>
        </w:rPr>
        <w:t>“Why is it that today's younger generation is more attracted towards materialism than spirituality?”</w:t>
      </w:r>
    </w:p>
    <w:p>
      <w:r>
        <w:rPr>
          <w:sz w:val="20"/>
        </w:rPr>
        <w:t>57:37  Maulana, agla sawal Chennai se hai, Feroz sahib ne kiya hai. unhon ne poocha hai aap se ke "Why is it that today the young generation is more attracted towards materialism than spirituality?" nahin, aisa nahin hai.</w:t>
      </w:r>
      <w:r>
        <w:br/>
      </w:r>
      <w:r>
        <w:rPr>
          <w:sz w:val="20"/>
        </w:rPr>
        <w:t>57:54  aap sab se bari ghalati hai jo Aristotle aur Plato chal rahi hai aaj tak ke majmoo'ay ko le kar woh raah banate hain. majmoo'a dekhen, majmoo'a Khuda ka nishana hi nahin hai,</w:t>
      </w:r>
      <w:r>
        <w:br/>
      </w:r>
      <w:r>
        <w:rPr>
          <w:sz w:val="20"/>
        </w:rPr>
        <w:t>58:07  individual Khuda ka nishana hai.</w:t>
      </w:r>
      <w:r>
        <w:br/>
      </w:r>
      <w:r>
        <w:rPr>
          <w:sz w:val="20"/>
        </w:rPr>
        <w:t>58:11  youth log to bohat bare paimane par spirituality ki taraf mail hain. hamari mission mein dekhiye, sab youth lage hue hain. shayad hi koi boodha aadmi laga ho.</w:t>
      </w:r>
      <w:r>
        <w:br/>
      </w:r>
      <w:r>
        <w:rPr>
          <w:sz w:val="20"/>
        </w:rPr>
        <w:t>58:22  sari ghalati yeh hai ke log hamesha majmoo'ay ko dekhte hain. yani sare logon mein kya ho raha hai, bas yeh us ko dekhte hain. yeh nahin dekhte ke individual mein kya ho raha hai.</w:t>
      </w:r>
      <w:r>
        <w:br/>
      </w:r>
      <w:r>
        <w:rPr>
          <w:sz w:val="20"/>
        </w:rPr>
        <w:t>58:34  main to samajhta hoon ke bohat ziyada yani naujawanon mein kaam ho raha hai, bohat ziyada response naujawanon ki taraf se mil raha hai.</w:t>
      </w:r>
      <w:r>
        <w:br/>
      </w:r>
      <w:r>
        <w:rPr>
          <w:sz w:val="20"/>
        </w:rPr>
        <w:t>58:46  lekin individual level par aap dekhiye, tab yeh baat samajh mein ayegi.</w:t>
      </w:r>
      <w:r>
        <w:br/>
      </w:r>
      <w:r>
        <w:rPr>
          <w:sz w:val="20"/>
        </w:rPr>
        <w:t>58:50  aap majmoo'ay ko le kar sochenge to kuch samajh mein nahin ayega.</w:t>
      </w:r>
      <w:r>
        <w:br/>
      </w:r>
      <w:r>
        <w:rPr>
          <w:sz w:val="20"/>
        </w:rPr>
        <w:t>58:56  main ne bar bar yeh baat kahi hai ke Khuda ka jo creation plan hai, woh individual based hai, woh majmoo'a based nahin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