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123 questions · category Spirituality · full transcripts with timestamps · exported 2026-09-21</w:t>
      </w:r>
    </w:p>
    <w:p>
      <w:pPr>
        <w:pStyle w:val="Heading2"/>
      </w:pPr>
      <w:r>
        <w:t>Achieving focused mind for contemplation</w:t>
      </w:r>
    </w:p>
    <w:p>
      <w:r>
        <w:rPr>
          <w:color w:val="666666"/>
          <w:sz w:val="18"/>
        </w:rPr>
        <w:t>Spirituality · Deeper Meaning of The Quran May 17, 2015 · 2m 28s · at 55:23 · https://youtu.be/CoTUNYxSRiI?t=3323</w:t>
      </w:r>
    </w:p>
    <w:p>
      <w:r>
        <w:rPr>
          <w:i/>
        </w:rPr>
        <w:t>“Contemplation requires a focused mind. How can we stay away from distraction to get a focused mind?”</w:t>
      </w:r>
    </w:p>
    <w:p>
      <w:r>
        <w:rPr>
          <w:sz w:val="20"/>
        </w:rPr>
        <w:t>55:23  maulana, agla sawal dilli se hai miss naghma siddiqui ka. aur unhon ne likha hai: "contemplation requires a focused mind</w:t>
      </w:r>
      <w:r>
        <w:br/>
      </w:r>
      <w:r>
        <w:rPr>
          <w:sz w:val="20"/>
        </w:rPr>
        <w:t>55:34  . how can we stay away from distraction to get a focused mind?"</w:t>
      </w:r>
      <w:r>
        <w:br/>
      </w:r>
      <w:r>
        <w:rPr>
          <w:sz w:val="20"/>
        </w:rPr>
        <w:t>55:44  dekhiye main samajhta hoon ke har aadmi kisi ek cheez par focus kiya rehta hai. baghair focus ke koi jeeta nahi.</w:t>
      </w:r>
      <w:r>
        <w:br/>
      </w:r>
      <w:r>
        <w:rPr>
          <w:sz w:val="20"/>
        </w:rPr>
        <w:t>56:00  sirf yeh hai ke aap focus kisi ka hota hai akhirat par kisi ka aur dunya par.</w:t>
      </w:r>
      <w:r>
        <w:br/>
      </w:r>
      <w:r>
        <w:rPr>
          <w:sz w:val="20"/>
        </w:rPr>
        <w:t>56:06  misalan ek shakhs ne mujhe bataya ke mere mulk ke bhai rehte hain bahar europe ke kisi mulk mein ya america mein kahein.</w:t>
      </w:r>
      <w:r>
        <w:br/>
      </w:r>
      <w:r>
        <w:rPr>
          <w:sz w:val="20"/>
        </w:rPr>
        <w:t>56:16  to unhon ne kaha un ki ek bachi paida hui beti. to bas isi ko le ke khelte rehte hain. to unhon ne kaha ke woh office mein kaam karte hain.</w:t>
      </w:r>
      <w:r>
        <w:br/>
      </w:r>
      <w:r>
        <w:rPr>
          <w:sz w:val="20"/>
        </w:rPr>
        <w:t>56:27  to office mein jab aate hain to sab se pehle is bachi ko utha lete hain. use pyar karte hain us ki god mein lete hain.</w:t>
      </w:r>
      <w:r>
        <w:br/>
      </w:r>
      <w:r>
        <w:rPr>
          <w:sz w:val="20"/>
        </w:rPr>
        <w:t>56:35  to kaha office mein tab bhi focus bachchi bachchi par hai. isi ko yaad kiye hue hain.</w:t>
      </w:r>
      <w:r>
        <w:br/>
      </w:r>
      <w:r>
        <w:rPr>
          <w:sz w:val="20"/>
        </w:rPr>
        <w:t>56:44  to har aadmi ka focus hota hai kisi na kisi cheez par. baghair focus ke koi jeeta nahi hai dunya mein.</w:t>
      </w:r>
      <w:r>
        <w:br/>
      </w:r>
      <w:r>
        <w:rPr>
          <w:sz w:val="20"/>
        </w:rPr>
        <w:t>56:54  hata ke jo galat log hain unhon ne kaha focus koi hai? koi galat cheez un ka focus bani hui hai? to focus to rehta hi rehta hai.</w:t>
      </w:r>
      <w:r>
        <w:br/>
      </w:r>
      <w:r>
        <w:rPr>
          <w:sz w:val="20"/>
        </w:rPr>
        <w:t>57:05  ab cheez yeh hai ke focus sahi ho. Allah par ho jannat par ho akhirat par ho. to yeh cheez aayegi soch se.</w:t>
      </w:r>
      <w:r>
        <w:br/>
      </w:r>
      <w:r>
        <w:rPr>
          <w:sz w:val="20"/>
        </w:rPr>
        <w:t>57:15  jab tak sochenge itni focus ka correction hoga. to focused mind to by nature har ek ka hota hi hota hai.</w:t>
      </w:r>
      <w:r>
        <w:br/>
      </w:r>
      <w:r>
        <w:rPr>
          <w:sz w:val="20"/>
        </w:rPr>
        <w:t>57:24  sirf masla hai correction ka. apne focus ko aap sahi karein.</w:t>
      </w:r>
      <w:r>
        <w:br/>
      </w:r>
      <w:r>
        <w:rPr>
          <w:sz w:val="20"/>
        </w:rPr>
        <w:t>57:30  to main samajhta hoon ke study karna ghor o fikar karna duaein mangna yahi is ka zariya hai.</w:t>
      </w:r>
      <w:r>
        <w:br/>
      </w:r>
      <w:r>
        <w:rPr>
          <w:sz w:val="20"/>
        </w:rPr>
        <w:t>57:41  jisko jo chahta ho ke mera focus sahi ho to yahi rasta hai is ke liye aur koi rasta to hai nahi.</w:t>
      </w:r>
    </w:p>
    <w:p>
      <w:pPr>
        <w:pStyle w:val="Heading2"/>
      </w:pPr>
      <w:r>
        <w:t>Are Sufi concepts like kashf acceptable?</w:t>
      </w:r>
    </w:p>
    <w:p>
      <w:r>
        <w:rPr>
          <w:color w:val="666666"/>
          <w:sz w:val="18"/>
        </w:rPr>
        <w:t>Spirituality · Material Science Vs Spiritual Science 20th May 12 SLOW · 3m 28s · at 1:45:45 · https://youtu.be/qYwFExG7cyM?t=6345</w:t>
      </w:r>
    </w:p>
    <w:p>
      <w:r>
        <w:rPr>
          <w:i/>
        </w:rPr>
        <w:t>“Some people say that Sufi concepts like kashf, ilham, and istara do not go against the Quran, so they are perfectly acceptable. What is your opinion?”</w:t>
      </w:r>
    </w:p>
    <w:p>
      <w:r>
        <w:rPr>
          <w:sz w:val="20"/>
        </w:rPr>
        <w:t>1:45:45  agla sawal ghaziabad se hai mr zubair sahab ka.</w:t>
      </w:r>
      <w:r>
        <w:br/>
      </w:r>
      <w:r>
        <w:rPr>
          <w:sz w:val="20"/>
        </w:rPr>
        <w:t>1:45:49  انہوں نے لکھا ہے: "People say that the Sufi concepts like kashf, ilham, etcetera, do not go against</w:t>
      </w:r>
      <w:r>
        <w:br/>
      </w:r>
      <w:r>
        <w:rPr>
          <w:sz w:val="20"/>
        </w:rPr>
        <w:t>1:45:57  the quran, so they are perfectly acceptable.</w:t>
      </w:r>
      <w:r>
        <w:br/>
      </w:r>
      <w:r>
        <w:rPr>
          <w:sz w:val="20"/>
        </w:rPr>
        <w:t>1:46:00  what is your opinion? nahin, nahin, yeh kashf waghera kuch bhi nahin, be-haqeeqat hai.</w:t>
      </w:r>
      <w:r>
        <w:br/>
      </w:r>
      <w:r>
        <w:rPr>
          <w:sz w:val="20"/>
        </w:rPr>
        <w:t>1:46:06  quran hi criterion hai.</w:t>
      </w:r>
      <w:r>
        <w:br/>
      </w:r>
      <w:r>
        <w:rPr>
          <w:sz w:val="20"/>
        </w:rPr>
        <w:t>1:46:08  jo cheez quran se mutabiqat rakhe, usi ko mana jayega.</w:t>
      </w:r>
      <w:r>
        <w:br/>
      </w:r>
      <w:r>
        <w:rPr>
          <w:sz w:val="20"/>
        </w:rPr>
        <w:t>1:46:13  jo mutabiqat na rakhe, wo nahi mana jayega.</w:t>
      </w:r>
      <w:r>
        <w:br/>
      </w:r>
      <w:r>
        <w:rPr>
          <w:sz w:val="20"/>
        </w:rPr>
        <w:t>1:46:16  is ko kashf koi independent source nahi hai.</w:t>
      </w:r>
      <w:r>
        <w:br/>
      </w:r>
      <w:r>
        <w:rPr>
          <w:sz w:val="20"/>
        </w:rPr>
        <w:t>1:46:20  kashf jo hai, wo koi independent source nahi hai.</w:t>
      </w:r>
      <w:r>
        <w:br/>
      </w:r>
      <w:r>
        <w:rPr>
          <w:sz w:val="20"/>
        </w:rPr>
        <w:t>1:46:24  main is ko independent source nahi manta.</w:t>
      </w:r>
      <w:r>
        <w:br/>
      </w:r>
      <w:r>
        <w:rPr>
          <w:sz w:val="20"/>
        </w:rPr>
        <w:t>1:46:27  mustanad source jo hai, authentic source, is ko quran aur sunnat hai, bas aur kuch nahi.</w:t>
      </w:r>
      <w:r>
        <w:br/>
      </w:r>
      <w:r>
        <w:rPr>
          <w:sz w:val="20"/>
        </w:rPr>
        <w:t>1:46:34  maulana, ye sawal aya hai maulana zikwan nadvi ka dilli se.</w:t>
      </w:r>
      <w:r>
        <w:br/>
      </w:r>
      <w:r>
        <w:rPr>
          <w:sz w:val="20"/>
        </w:rPr>
        <w:t>1:46:38  unhon ne likha hai: "kal raat ko ek sahib ka phone aya, unhon ne kaha ke is waqt</w:t>
      </w:r>
      <w:r>
        <w:br/>
      </w:r>
      <w:r>
        <w:rPr>
          <w:sz w:val="20"/>
        </w:rPr>
        <w:t>1:46:46  yahan mere sath kai log bethe hue hain.</w:t>
      </w:r>
      <w:r>
        <w:br/>
      </w:r>
      <w:r>
        <w:rPr>
          <w:sz w:val="20"/>
        </w:rPr>
        <w:t>1:46:49  un ka sawal ye hai ke quran mein darhi ke bare mein kya hukum diya gaya hai?" main</w:t>
      </w:r>
      <w:r>
        <w:br/>
      </w:r>
      <w:r>
        <w:rPr>
          <w:sz w:val="20"/>
        </w:rPr>
        <w:t>1:46:57  ne kaha ke is tarah ka sawal durust nahi.</w:t>
      </w:r>
      <w:r>
        <w:br/>
      </w:r>
      <w:r>
        <w:rPr>
          <w:sz w:val="20"/>
        </w:rPr>
        <w:t>1:47:01  koi shakhs jab ek poda lagata hai to pehle wo apni apna sara focus jar par deta hai,</w:t>
      </w:r>
      <w:r>
        <w:br/>
      </w:r>
      <w:r>
        <w:rPr>
          <w:sz w:val="20"/>
        </w:rPr>
        <w:t>1:47:09  na ke patiyon par.</w:t>
      </w:r>
      <w:r>
        <w:br/>
      </w:r>
      <w:r>
        <w:rPr>
          <w:sz w:val="20"/>
        </w:rPr>
        <w:t>1:47:10  اس طرح ہم کو قرآن کے بارے میں سوچنا چاہیے کہ کیا ہم قرآن کی basic teachings پر</w:t>
      </w:r>
      <w:r>
        <w:br/>
      </w:r>
      <w:r>
        <w:rPr>
          <w:sz w:val="20"/>
        </w:rPr>
        <w:t>1:47:18  qaim hain ya nahi, maslan allah ka khauf aur insan se mohabbat wagera.</w:t>
      </w:r>
      <w:r>
        <w:br/>
      </w:r>
      <w:r>
        <w:rPr>
          <w:sz w:val="20"/>
        </w:rPr>
        <w:t>1:47:24  is sawal ke bare mein aap kya farmayenge? darhi kon hai? ji haan, ji haan, to theek</w:t>
      </w:r>
      <w:r>
        <w:br/>
      </w:r>
      <w:r>
        <w:rPr>
          <w:sz w:val="20"/>
        </w:rPr>
        <w:t>1:47:31  jawab, theek jawab diya bhai.</w:t>
      </w:r>
      <w:r>
        <w:br/>
      </w:r>
      <w:r>
        <w:rPr>
          <w:sz w:val="20"/>
        </w:rPr>
        <w:t>1:47:34  yehi se, yani islam ki beginning jo hai, darhi se nahi hoti.</w:t>
      </w:r>
      <w:r>
        <w:br/>
      </w:r>
      <w:r>
        <w:rPr>
          <w:sz w:val="20"/>
        </w:rPr>
        <w:t>1:47:39  ye to ek maloom baat hai ke islam ki beginning darhi se nahi hoti hai.</w:t>
      </w:r>
      <w:r>
        <w:br/>
      </w:r>
      <w:r>
        <w:rPr>
          <w:sz w:val="20"/>
        </w:rPr>
        <w:t>1:47:45  islam ki beginning hoti hai marifat se, yani intellectual development se.</w:t>
      </w:r>
      <w:r>
        <w:br/>
      </w:r>
      <w:r>
        <w:rPr>
          <w:sz w:val="20"/>
        </w:rPr>
        <w:t>1:47:50  to pehli agar aap kahein darhi rakho to ye to ye aap ka apna tareeqa hoga, ye quran</w:t>
      </w:r>
      <w:r>
        <w:br/>
      </w:r>
      <w:r>
        <w:rPr>
          <w:sz w:val="20"/>
        </w:rPr>
        <w:t>1:47:58  o hadith ka tareeqa nahi hoga.</w:t>
      </w:r>
      <w:r>
        <w:br/>
      </w:r>
      <w:r>
        <w:rPr>
          <w:sz w:val="20"/>
        </w:rPr>
        <w:t>1:48:00  baqi darhi, darhi mein bhi darhi rakhi hai, aap dekh lijiye darhi ko.</w:t>
      </w:r>
      <w:r>
        <w:br/>
      </w:r>
      <w:r>
        <w:rPr>
          <w:sz w:val="20"/>
        </w:rPr>
        <w:t>1:48:06  main agar na manta to main koi darhi rakhi hui thi.</w:t>
      </w:r>
      <w:r>
        <w:br/>
      </w:r>
      <w:r>
        <w:rPr>
          <w:sz w:val="20"/>
        </w:rPr>
        <w:t>1:48:10  okay, we will end the session now.</w:t>
      </w:r>
      <w:r>
        <w:br/>
      </w:r>
      <w:r>
        <w:rPr>
          <w:sz w:val="20"/>
        </w:rPr>
        <w:t>1:48:13  thank you.</w:t>
      </w:r>
    </w:p>
    <w:p>
      <w:pPr>
        <w:pStyle w:val="Heading2"/>
      </w:pPr>
      <w:r>
        <w:t>Balancing Dua and Objective Thinking in Crisis</w:t>
      </w:r>
    </w:p>
    <w:p>
      <w:r>
        <w:rPr>
          <w:color w:val="666666"/>
          <w:sz w:val="18"/>
        </w:rPr>
        <w:t>Spirituality · Understanding the Quran April 7, 2019 · 2m 02s · at 35:54 · https://youtu.be/m_Om5MtQJz4?t=2154</w:t>
      </w:r>
    </w:p>
    <w:p>
      <w:r>
        <w:rPr>
          <w:i/>
        </w:rPr>
        <w:t>“Maulana, you always emphasize on doing dua whenever one finds oneself in a difficult situation. On the other hand, you also emphasize on developing objective thinking. So my question is: how simply doing dua can develop objective thinking to handle a crisis situation? If one relies only on dua, then how can one solve a crisis?”</w:t>
      </w:r>
    </w:p>
    <w:p>
      <w:r>
        <w:rPr>
          <w:sz w:val="20"/>
        </w:rPr>
        <w:t>35:54  Lucknow se sawal bheja hai Muhammad Imran sahab ne, aur unhone likha hai: "Maulana, you always emphasize on doing dua whenever one finds oneself in a difficult situation.</w:t>
      </w:r>
      <w:r>
        <w:br/>
      </w:r>
      <w:r>
        <w:rPr>
          <w:sz w:val="20"/>
        </w:rPr>
        <w:t>36:10  On the other hand, you also emphasize on developing objective thinking. So my question is: how simply doing dua can develop objective thinking to handle a crisis situation?</w:t>
      </w:r>
      <w:r>
        <w:br/>
      </w:r>
      <w:r>
        <w:rPr>
          <w:sz w:val="20"/>
        </w:rPr>
        <w:t>36:25  If one relies only on dua, then how can one solve a crisis?"</w:t>
      </w:r>
      <w:r>
        <w:br/>
      </w:r>
      <w:r>
        <w:rPr>
          <w:sz w:val="20"/>
        </w:rPr>
        <w:t>36:36  Bhai, dua ke maani hain Allah ki help mangna. Isse Allama Ibn Taymiyyah Quran padh rahe the, koi ayat un pe clear nahi hui to unhone kya kiya?</w:t>
      </w:r>
      <w:r>
        <w:br/>
      </w:r>
      <w:r>
        <w:rPr>
          <w:sz w:val="20"/>
        </w:rPr>
        <w:t>36:54  Wazu kiya, wazu kar ke namaz ke liye khade ho gaye, aur namaz mein dua kiya: "Ya Muallim Ibrahim Allimni".</w:t>
      </w:r>
      <w:r>
        <w:br/>
      </w:r>
      <w:r>
        <w:rPr>
          <w:sz w:val="20"/>
        </w:rPr>
        <w:t>37:06  "Ya Muallim Ibrahim Allimni". Yeh help mangna, Allah se help mangna, dua koi bhi seedhi cheez nahi hai.</w:t>
      </w:r>
      <w:r>
        <w:br/>
      </w:r>
      <w:r>
        <w:rPr>
          <w:sz w:val="20"/>
        </w:rPr>
        <w:t>37:16  Dua ka matlab hai ke jo khaliq hai is alam ka, jo author hai Quran ka, jis ne apne paighambar ko bheja, us se kehna ke: "Khudaaya,</w:t>
      </w:r>
      <w:r>
        <w:br/>
      </w:r>
      <w:r>
        <w:rPr>
          <w:sz w:val="20"/>
        </w:rPr>
        <w:t>37:32  meri hadd aa gayi, meri limit aa gayi, ab tu mujhe madad farma, mere limitation ki talafi ata farma." Yeh hai dua.</w:t>
      </w:r>
      <w:r>
        <w:br/>
      </w:r>
      <w:r>
        <w:rPr>
          <w:sz w:val="20"/>
        </w:rPr>
        <w:t>37:48  To dua to bohat badi taqat hai.</w:t>
      </w:r>
    </w:p>
    <w:p>
      <w:pPr>
        <w:pStyle w:val="Heading2"/>
      </w:pPr>
      <w:r>
        <w:t>Closeness to God: Intellect or Emotions?</w:t>
      </w:r>
    </w:p>
    <w:p>
      <w:r>
        <w:rPr>
          <w:color w:val="666666"/>
          <w:sz w:val="18"/>
        </w:rPr>
        <w:t>Spirituality · The Importance of Thinking November 10, 2013 · 2m 25s · at 49:09 · https://youtu.be/y16CddTHoqE?t=2949</w:t>
      </w:r>
    </w:p>
    <w:p>
      <w:r>
        <w:rPr>
          <w:i/>
        </w:rPr>
        <w:t>“Is closeness to God possible at the level of intellect or at the level of emotions?”</w:t>
      </w:r>
    </w:p>
    <w:p>
      <w:r>
        <w:rPr>
          <w:sz w:val="20"/>
        </w:rPr>
        <w:t>49:09  maulana, agla sawal tamil nadu se hai maulana iqbal umri ka.</w:t>
      </w:r>
      <w:r>
        <w:br/>
      </w:r>
      <w:r>
        <w:rPr>
          <w:sz w:val="20"/>
        </w:rPr>
        <w:t>49:14  unhon ne likha hai: "maulana, khuda se qurbat aql ki satah par mumkin hai ya jazbat ki satah par?" dekhen, agar jazbat ki satah par qurbat na hui ho to woh qurbat hi nahi hai.</w:t>
      </w:r>
      <w:r>
        <w:br/>
      </w:r>
      <w:r>
        <w:rPr>
          <w:sz w:val="20"/>
        </w:rPr>
        <w:t>49:31  woh toh mechanical qurbat hai.</w:t>
      </w:r>
      <w:r>
        <w:br/>
      </w:r>
      <w:r>
        <w:rPr>
          <w:sz w:val="20"/>
        </w:rPr>
        <w:t>49:37  hub jo hai, hub toh zahir hai ke emotion ki cheez hai, hub toh jazbat ki cheez hai. aur Quran mein hai ke: "allazeen aamanoo ashad hubba lillah".</w:t>
      </w:r>
      <w:r>
        <w:br/>
      </w:r>
      <w:r>
        <w:rPr>
          <w:sz w:val="20"/>
        </w:rPr>
        <w:t>49:48  jo iman wale hain, unko Allah se hub shadeed hota hai.</w:t>
      </w:r>
      <w:r>
        <w:br/>
      </w:r>
      <w:r>
        <w:rPr>
          <w:sz w:val="20"/>
        </w:rPr>
        <w:t>49:54  toh sahi baat dekhiye yeh hai ke aqli soch se aap pohnchte hain gate tak,</w:t>
      </w:r>
      <w:r>
        <w:br/>
      </w:r>
      <w:r>
        <w:rPr>
          <w:sz w:val="20"/>
        </w:rPr>
        <w:t>50:07  mohabbat ke gate tak. jab aap aql ko istemal karte hain toh matlab kya hota hai? aap study karte hain, aap mushahida karte hain, aap cheezon ka analysis karte hain.</w:t>
      </w:r>
      <w:r>
        <w:br/>
      </w:r>
      <w:r>
        <w:rPr>
          <w:sz w:val="20"/>
        </w:rPr>
        <w:t>50:22  yeh sab karte karte aap ko intellectual level par discovery hoti hai. yeh ek darja hai.</w:t>
      </w:r>
      <w:r>
        <w:br/>
      </w:r>
      <w:r>
        <w:rPr>
          <w:sz w:val="20"/>
        </w:rPr>
        <w:t>50:32  is ke baad phir aql ka qafila aage badhta hai, phir mohabbat shuru hoti hai. jazbat, jazbat ke yani yani aala jazbat ke aitbar se aap Allah se taalluq paida ho jata</w:t>
      </w:r>
      <w:r>
        <w:br/>
      </w:r>
      <w:r>
        <w:rPr>
          <w:sz w:val="20"/>
        </w:rPr>
        <w:t>50:50  hai, phir badhte rehta hai, badhte rehta hai, badhta hai. toh main dekh, aql ka darja seerhi ka darja hai, seerhi manzil ka darja nahi hai.</w:t>
      </w:r>
      <w:r>
        <w:br/>
      </w:r>
      <w:r>
        <w:rPr>
          <w:sz w:val="20"/>
        </w:rPr>
        <w:t>51:02  seerhi yani stair, stair ke par charh kar hi aap pohnchte hain manzil tak. lekin stair, stair hai, manzil, manzil hai.</w:t>
      </w:r>
      <w:r>
        <w:br/>
      </w:r>
      <w:r>
        <w:rPr>
          <w:sz w:val="20"/>
        </w:rPr>
        <w:t>51:15  toh mere tajurbe ke mutabiq aql seerhi ka kaam karti hai. jab aap pohnch jaate hain toh woh duniya, duniya mohabbat hi hoti hai.</w:t>
      </w:r>
      <w:r>
        <w:br/>
      </w:r>
      <w:r>
        <w:rPr>
          <w:sz w:val="20"/>
        </w:rPr>
        <w:t>51:24  woh</w:t>
      </w:r>
      <w:r>
        <w:br/>
      </w:r>
      <w:r>
        <w:rPr>
          <w:sz w:val="20"/>
        </w:rPr>
        <w:t>51:28  yeh main samjha hoon mutale se bhi aur apne tajurbe se bhi.</w:t>
      </w:r>
    </w:p>
    <w:p>
      <w:pPr>
        <w:pStyle w:val="Heading2"/>
      </w:pPr>
      <w:r>
        <w:t>Concept of 'Insan-e-Kamil' and spiritual exercises</w:t>
      </w:r>
    </w:p>
    <w:p>
      <w:r>
        <w:rPr>
          <w:color w:val="666666"/>
          <w:sz w:val="18"/>
        </w:rPr>
        <w:t>Spirituality · Islamic Pacifism Q&amp;A 8 May 2011 · 2m 07s · at 15:40 · https://youtu.be/5ZersGDNVcw?t=940</w:t>
      </w:r>
    </w:p>
    <w:p>
      <w:r>
        <w:rPr>
          <w:i/>
        </w:rPr>
        <w:t>“Molana, who according to you is 'insan-e-kamil'? Can a spiritual exercise that is generally done in khanqahs produce insan-e-kamil? Or is it that without a mind-based or tadabbur-based spiritual exercise, it cannot be achieved?”</w:t>
      </w:r>
    </w:p>
    <w:p>
      <w:r>
        <w:rPr>
          <w:sz w:val="20"/>
        </w:rPr>
        <w:t>15:40  agla sawal Maulana hai mister khalid ansari ka, noida se. unhon ne likha hai: "Molana, who according to you is insan-e-kamil?</w:t>
      </w:r>
      <w:r>
        <w:br/>
      </w:r>
      <w:r>
        <w:rPr>
          <w:sz w:val="20"/>
        </w:rPr>
        <w:t>15:51  Can a spiritual exercise that is generally done in khanqahs produce insan-e-kamil? Or is it that without a mind-based or tadabbur-based spiritual exercise, it cannot be achieved?"</w:t>
      </w:r>
      <w:r>
        <w:br/>
      </w:r>
      <w:r>
        <w:rPr>
          <w:sz w:val="20"/>
        </w:rPr>
        <w:t>16:07  dekhen, insan-e-kamil ka to lafz hi ek bid'at hai. na quran mein yeh lafz hai, na hadis mein yeh lafz hai. main samajhta hoon koi aadmi duniya mein insan-e-kamil ho nahi sakta hai.</w:t>
      </w:r>
      <w:r>
        <w:br/>
      </w:r>
      <w:r>
        <w:rPr>
          <w:sz w:val="20"/>
        </w:rPr>
        <w:t>16:21  impossible hai. yani yeh target nahi hai ke hum insan-e-kamil banen.</w:t>
      </w:r>
      <w:r>
        <w:br/>
      </w:r>
      <w:r>
        <w:rPr>
          <w:sz w:val="20"/>
        </w:rPr>
        <w:t>16:30  koi bhi mujhe hadith nahi maloom hai, koi bhi ayat nahi maloom hai jis mein yeh kaha gaya ho ke a logon, tum insan kamil bano. yeh jo log banaye hain, woh Quran o hadith se bahar apna nazariya unhon ne banaya hai.</w:t>
      </w:r>
      <w:r>
        <w:br/>
      </w:r>
      <w:r>
        <w:rPr>
          <w:sz w:val="20"/>
        </w:rPr>
        <w:t>16:45  to ab ab sawal yeh hai ke woh khanqahi tareeqa kya hai? woh ek alag sawal hai. khanqahi tareeqa jo hai, mein us ko</w:t>
      </w:r>
      <w:r>
        <w:br/>
      </w:r>
      <w:r>
        <w:rPr>
          <w:sz w:val="20"/>
        </w:rPr>
        <w:t>16:56  yani mein ne woh tareeqa nahi ikhtiyar kiya hai. is par meri kitab hai, tajdeed de sakta hoon ke yeh yeh jo concept hai insan kamil ka, woh ek bidat hai.</w:t>
      </w:r>
      <w:r>
        <w:br/>
      </w:r>
      <w:r>
        <w:rPr>
          <w:sz w:val="20"/>
        </w:rPr>
        <w:t>17:10  kyun ke is dunya mein yeh mumkin nahi ke koi aadmi insan kamil ban jaye.</w:t>
      </w:r>
      <w:r>
        <w:br/>
      </w:r>
      <w:r>
        <w:rPr>
          <w:sz w:val="20"/>
        </w:rPr>
        <w:t>17:15  yeh to fitnon ki dunya hai, yeh ibtila ki dunya hai, test ki dunya hai.</w:t>
      </w:r>
      <w:r>
        <w:br/>
      </w:r>
      <w:r>
        <w:rPr>
          <w:sz w:val="20"/>
        </w:rPr>
        <w:t>17:22  to yeh mumkin nahi hai. sahaba ke halaat aap parhiye, kisi sahabi ko ke baray mein aap nahi payenge ke woh samajhta ho ke mein insan kamil ban gaya hoon.</w:t>
      </w:r>
      <w:r>
        <w:br/>
      </w:r>
      <w:r>
        <w:rPr>
          <w:sz w:val="20"/>
        </w:rPr>
        <w:t>17:35  har aadmi yeh samajhta tha ke mein abhi insan naqis hoon. to</w:t>
      </w:r>
      <w:r>
        <w:br/>
      </w:r>
      <w:r>
        <w:rPr>
          <w:sz w:val="20"/>
        </w:rPr>
        <w:t>17:41  mere meri study ke mutabiq yeh hai soorat e haal.</w:t>
      </w:r>
    </w:p>
    <w:p>
      <w:pPr>
        <w:pStyle w:val="Heading2"/>
      </w:pPr>
      <w:r>
        <w:t>Consciously increasing iman</w:t>
      </w:r>
    </w:p>
    <w:p>
      <w:r>
        <w:rPr>
          <w:color w:val="666666"/>
          <w:sz w:val="18"/>
        </w:rPr>
        <w:t>Spirituality · 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Dargah culture origin and status in Islam</w:t>
      </w:r>
    </w:p>
    <w:p>
      <w:r>
        <w:rPr>
          <w:color w:val="666666"/>
          <w:sz w:val="18"/>
        </w:rPr>
        <w:t>Spirituality · The Issues of Islam in the Present World November 11, 2012 · 2m 27s · at 1:14:26 · https://youtu.be/COoaUbCCi1c?t=4466</w:t>
      </w:r>
    </w:p>
    <w:p>
      <w:r>
        <w:rPr>
          <w:i/>
        </w:rPr>
        <w:t>“I went to the dargah of Khwaja Moinuddin Chishti in Ajmer. I was extremely surprised to see that Muslims who believe in one God were prostrating to Khwaja Ghareeb Nawaz. My question is: How did the dargah culture originate in India? And what is the status of dargahs and saints in Islam?”</w:t>
      </w:r>
    </w:p>
    <w:p>
      <w:r>
        <w:rPr>
          <w:sz w:val="20"/>
        </w:rPr>
        <w:t>1:14:26  maulana, agla sawal dilli se hai shah imran hasan sahib ka</w:t>
      </w:r>
      <w:r>
        <w:br/>
      </w:r>
      <w:r>
        <w:rPr>
          <w:sz w:val="20"/>
        </w:rPr>
        <w:t>1:14:30  , unhon ne likha hai: "main ek saptah ajmer khwaja moinuddin chishti ki dargah par gaya. mujhe yeh dekh kar atyant aashcharya hua ke ek khuda ko manane wale musalman khwaja garib nawaz ko sajda kar rahe hain.</w:t>
      </w:r>
      <w:r>
        <w:br/>
      </w:r>
      <w:r>
        <w:rPr>
          <w:sz w:val="20"/>
        </w:rPr>
        <w:t>1:14:46  mera poochna yeh hai ke bharat mein dargah culture ki sthapna kis tarah hui? tatha islam dharm mein dargah aur auliya ka kya maqam hai?</w:t>
      </w:r>
      <w:r>
        <w:br/>
      </w:r>
      <w:r>
        <w:rPr>
          <w:sz w:val="20"/>
        </w:rPr>
        <w:t>1:14:57  kripa karke is sandarbh mein apna vichar vyakt karen." dekhiye, yeh hinduized islam hai. yeh</w:t>
      </w:r>
      <w:r>
        <w:br/>
      </w:r>
      <w:r>
        <w:rPr>
          <w:sz w:val="20"/>
        </w:rPr>
        <w:t>1:15:06  wahi phenomenon yahan hua jo maine arz kiya ke arab mein ke hindu jo convert hue, india mein dekhiye, mass conversion hua.</w:t>
      </w:r>
      <w:r>
        <w:br/>
      </w:r>
      <w:r>
        <w:rPr>
          <w:sz w:val="20"/>
        </w:rPr>
        <w:t>1:15:15  aap jante hain, sufiyon ke zamane mein india mein mass conversion hua to un ki tibbat kuch hui nahin.</w:t>
      </w:r>
      <w:r>
        <w:br/>
      </w:r>
      <w:r>
        <w:rPr>
          <w:sz w:val="20"/>
        </w:rPr>
        <w:t>1:15:24  is liye mindset ke sath woh musalmanon mein dakhil ho gaye.</w:t>
      </w:r>
      <w:r>
        <w:br/>
      </w:r>
      <w:r>
        <w:rPr>
          <w:sz w:val="20"/>
        </w:rPr>
        <w:t>1:15:30  to isi ko unhon ne yaani hindu rivajon ko unhon ne islamize kar ke yahan raij kar diya. main ek martaba gaya tha wahan par yaani rishikesh to ek sahib mujhe dikha rahe the to yeh jagah bahut se khade hue the deewaron ke paas, aise but aise hi bithaye hue the.</w:t>
      </w:r>
      <w:r>
        <w:br/>
      </w:r>
      <w:r>
        <w:rPr>
          <w:sz w:val="20"/>
        </w:rPr>
        <w:t>1:15:53  to is ko dekh kar unhon ne hanste hue kaha ke dekhiye, musalmanon mein hinduo mein kya farq hai?</w:t>
      </w:r>
      <w:r>
        <w:br/>
      </w:r>
      <w:r>
        <w:rPr>
          <w:sz w:val="20"/>
        </w:rPr>
        <w:t>1:15:59  hum khada kar poochte hain, aap lita kar poochte hain. matlab qabr, darg, dargah mein jo qabr hai, wahan buddhu leta hua hai, us ko aap pooch rahe hain.</w:t>
      </w:r>
      <w:r>
        <w:br/>
      </w:r>
      <w:r>
        <w:rPr>
          <w:sz w:val="20"/>
        </w:rPr>
        <w:t>1:16:10  to unhon ne kaha ke hum khada kar pooch rahe hain, aap lita kar poochte hain. to yeh yeh islam nahin hai. yeh converted jo hindu the, unhon ne aa kar ke pichhle mindset ke mutabiq kiya, wahi sab chala diya.</w:t>
      </w:r>
      <w:r>
        <w:br/>
      </w:r>
      <w:r>
        <w:rPr>
          <w:sz w:val="20"/>
        </w:rPr>
        <w:t>1:16:25  aur un logon ki tarbiyat thi nahin. sufiyon ke haan ka tarbiyat, tarbiyat, tarbiyat koi nizam nahin tha.</w:t>
      </w:r>
      <w:r>
        <w:br/>
      </w:r>
      <w:r>
        <w:rPr>
          <w:sz w:val="20"/>
        </w:rPr>
        <w:t>1:16:30  sufiyon ke zariye se mass conversion hua, phir sufiyon ne un ki taleem, tarbiyat ka koi intezam kiya nahin. to is ke aaj tak is ke hum bhagat rahe hain.</w:t>
      </w:r>
      <w:r>
        <w:br/>
      </w:r>
      <w:r>
        <w:rPr>
          <w:sz w:val="20"/>
        </w:rPr>
        <w:t>1:16:42  is ko isi liye mein education pe zor deta hoon, siwa education ke aur koi hamare paas starting point nahi hai.</w:t>
      </w:r>
    </w:p>
    <w:p>
      <w:pPr>
        <w:pStyle w:val="Heading2"/>
      </w:pPr>
      <w:r>
        <w:t>Dealing with depression about end times</w:t>
      </w:r>
    </w:p>
    <w:p>
      <w:r>
        <w:rPr>
          <w:color w:val="666666"/>
          <w:sz w:val="18"/>
        </w:rPr>
        <w:t>Spirituality · 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Dealing with frustration despite knowing God's plan</w:t>
      </w:r>
    </w:p>
    <w:p>
      <w:r>
        <w:rPr>
          <w:color w:val="666666"/>
          <w:sz w:val="18"/>
        </w:rPr>
        <w:t>Spirituality · Discovery of Paradise March 22, 2015 · 2m 00s · at 49:17 · https://youtu.be/2axrfd7sZkE?t=2957</w:t>
      </w:r>
    </w:p>
    <w:p>
      <w:r>
        <w:rPr>
          <w:i/>
        </w:rPr>
        <w:t>“When we do not get something in this world, we often fall into frustration in spite of knowing the creation plan of God. Please give guidance for this.”</w:t>
      </w:r>
    </w:p>
    <w:p>
      <w:r>
        <w:rPr>
          <w:sz w:val="20"/>
        </w:rPr>
        <w:t>49:17  to is mein koi sawal hai nahi? ji, yeh comment hai Maulana in ka. theek hai, baat hai. Maulana, agla sawal Dilli se hai Miss Naghma Siddiqui ka, aur unhon ne likha hai:</w:t>
      </w:r>
      <w:r>
        <w:br/>
      </w:r>
      <w:r>
        <w:rPr>
          <w:sz w:val="20"/>
        </w:rPr>
        <w:t>49:32  wen we do not get something in this world, we often fall into frustration in spite of knowing the creation plan of God.</w:t>
      </w:r>
      <w:r>
        <w:br/>
      </w:r>
      <w:r>
        <w:rPr>
          <w:sz w:val="20"/>
        </w:rPr>
        <w:t>49:43  please give guidance for this.</w:t>
      </w:r>
      <w:r>
        <w:br/>
      </w:r>
      <w:r>
        <w:rPr>
          <w:sz w:val="20"/>
        </w:rPr>
        <w:t>49:46  mera jo tajurba hai, wo to yeh hai ke insaan ki ek kamzori hai ke uska dhyan jab jo cheez mil chuki hai, us ka us par dhyan nahi rehta.</w:t>
      </w:r>
      <w:r>
        <w:br/>
      </w:r>
      <w:r>
        <w:rPr>
          <w:sz w:val="20"/>
        </w:rPr>
        <w:t>49:59  is ka jo nahi mili hai, usi pe dhyan rehta hai. yaani mili hui cheez ko for granted le lena aur na mili hui cheez ko apna goal samajhna,</w:t>
      </w:r>
      <w:r>
        <w:br/>
      </w:r>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r>
        <w:br/>
      </w:r>
      <w:r>
        <w:rPr>
          <w:sz w:val="20"/>
        </w:rPr>
        <w:t>51:02  lagana to apne is mizaj ka hamein durust karna padega, is mizaj ko correction karna padega, tab ja kar ke wo baat hasil hogi.</w:t>
      </w:r>
    </w:p>
    <w:p>
      <w:pPr>
        <w:pStyle w:val="Heading2"/>
      </w:pPr>
      <w:r>
        <w:t>Dealing with guilt after repeated repentance</w:t>
      </w:r>
    </w:p>
    <w:p>
      <w:r>
        <w:rPr>
          <w:color w:val="666666"/>
          <w:sz w:val="18"/>
        </w:rPr>
        <w:t>Spirituality · Tawbah-e-Nasuh (Sincere Repentance) 16 Feb 2020 - Maulana Wahiduddin Khan · 3m 25s · at 31:33 · https://youtu.be/0CccKs-1Uu8?t=1893</w:t>
      </w:r>
    </w:p>
    <w:p>
      <w:r>
        <w:rPr>
          <w:i/>
        </w:rPr>
        <w:t>“Many a times we do repentance and we mean it as well. But after a while we again end up either repeating the mistake or make new ones. This gives rise to guilty feeling to such a level that we fall in frustration.”</w:t>
      </w:r>
    </w:p>
    <w:p>
      <w:r>
        <w:rPr>
          <w:sz w:val="20"/>
        </w:rPr>
        <w:t>31:33  Allah aap ko sehat de." Maulana ab sawal lena chahenge. aa yeh sawal bheja hai Jamnagar, Gujarat se Aasif Iqbal sahib ne.</w:t>
      </w:r>
      <w:r>
        <w:br/>
      </w:r>
      <w:r>
        <w:rPr>
          <w:sz w:val="20"/>
        </w:rPr>
        <w:t>31:47  unhon ne likha hai: "Maulana many a times we do repentance and we mean it as well.</w:t>
      </w:r>
      <w:r>
        <w:br/>
      </w:r>
      <w:r>
        <w:rPr>
          <w:sz w:val="20"/>
        </w:rPr>
        <w:t>31:55  But after a while we again end up either repeating the mistake or make new ones. This gives rise to guilty feeling to such a level that we fall in frustration.</w:t>
      </w:r>
      <w:r>
        <w:br/>
      </w:r>
      <w:r>
        <w:rPr>
          <w:sz w:val="20"/>
        </w:rPr>
        <w:t>32:09  The frustration is because despite us</w:t>
      </w:r>
      <w:r>
        <w:br/>
      </w:r>
      <w:r>
        <w:rPr>
          <w:sz w:val="20"/>
        </w:rPr>
        <w:t>32:12  not wanting to do the mistake, we end up repeating it. Maulana my question is what should we do? It gives a feeling that we all are useless." bhai yeh toh apne hi ko karna hai.</w:t>
      </w:r>
      <w:r>
        <w:br/>
      </w:r>
      <w:r>
        <w:rPr>
          <w:sz w:val="20"/>
        </w:rPr>
        <w:t>32:27  dekhen main jab naujawan tha, naujwani kon mein,</w:t>
      </w:r>
      <w:r>
        <w:br/>
      </w:r>
      <w:r>
        <w:rPr>
          <w:sz w:val="20"/>
        </w:rPr>
        <w:t>32:31  hum rehte the zamindar family mein. is zamane mein zamindar ka malik hota tha.</w:t>
      </w:r>
      <w:r>
        <w:br/>
      </w:r>
      <w:r>
        <w:rPr>
          <w:sz w:val="20"/>
        </w:rPr>
        <w:t>32:41  is zamane mein toh main ne ek ek dalit ko jis ko is zamane mein chuhar kehte the,</w:t>
      </w:r>
      <w:r>
        <w:br/>
      </w:r>
      <w:r>
        <w:rPr>
          <w:sz w:val="20"/>
        </w:rPr>
        <w:t>32:50  main didde se maar diya. maar diya. toh us ke baad mere andar repeatness aaya ke maine us ko mara.</w:t>
      </w:r>
      <w:r>
        <w:br/>
      </w:r>
      <w:r>
        <w:rPr>
          <w:sz w:val="20"/>
        </w:rPr>
        <w:t>33:00  toh main us ke ghar ko talash karte karte us ke ghar pohancha. us ke ghar pohancha. Nawada is gaon ka naam tha.</w:t>
      </w:r>
      <w:r>
        <w:br/>
      </w:r>
      <w:r>
        <w:rPr>
          <w:sz w:val="20"/>
        </w:rPr>
        <w:t>33:11  aur woh Bawri ke ghar rehta tha. ja ke maine us ka darwaza khatkhataya. woh nikla toh maine poocha ke bhai dekho falan mauqe par maine tum ko maar diya tha.</w:t>
      </w:r>
      <w:r>
        <w:br/>
      </w:r>
      <w:r>
        <w:rPr>
          <w:sz w:val="20"/>
        </w:rPr>
        <w:t>33:24  main us ki maafi mangne ke liye aaya hoon tumhare paas.</w:t>
      </w:r>
      <w:r>
        <w:br/>
      </w:r>
      <w:r>
        <w:rPr>
          <w:sz w:val="20"/>
        </w:rPr>
        <w:t>33:29  toh uska raaz dekhen kya hai?</w:t>
      </w:r>
      <w:r>
        <w:br/>
      </w:r>
      <w:r>
        <w:rPr>
          <w:sz w:val="20"/>
        </w:rPr>
        <w:t>33:34  yeh yeh kahan hai sahib yeh ayat? Surah Nisa. Bahut ba-maani ayat hai yeh. Tauba qareeb.</w:t>
      </w:r>
      <w:r>
        <w:br/>
      </w:r>
      <w:r>
        <w:rPr>
          <w:sz w:val="20"/>
        </w:rPr>
        <w:t>33:46  yani der aap agar aap der ki aap ne to dheere dheere woh aap ke mind mein woh</w:t>
      </w:r>
      <w:r>
        <w:br/>
      </w:r>
      <w:r>
        <w:rPr>
          <w:sz w:val="20"/>
        </w:rPr>
        <w:t>33:54  mit jaye ga. Aap sensitive nahi rahenge is ke liye. Ke jaise hi aap ko ghalti ka ehsas hua, foran ke foran aap usi ko us ki tahlfi ke liye doriye.</w:t>
      </w:r>
      <w:r>
        <w:br/>
      </w:r>
      <w:r>
        <w:rPr>
          <w:sz w:val="20"/>
        </w:rPr>
        <w:t>34:09  Tauba qareeb ka tareeqa ikhtiyar kijiye.</w:t>
      </w:r>
      <w:r>
        <w:br/>
      </w:r>
      <w:r>
        <w:rPr>
          <w:sz w:val="20"/>
        </w:rPr>
        <w:t>34:18  Log jo hain tauba baeed mein phanse hue hain. Ke kar len ge, kar len ge, kar len ge. To tab tak woh mind mein woh cheez oujhal ho jati hai.</w:t>
      </w:r>
      <w:r>
        <w:br/>
      </w:r>
      <w:r>
        <w:rPr>
          <w:sz w:val="20"/>
        </w:rPr>
        <w:t>34:30  To main samajhta hoon ke har aadmi jo yeh shikayat karta ho</w:t>
      </w:r>
      <w:r>
        <w:br/>
      </w:r>
      <w:r>
        <w:rPr>
          <w:sz w:val="20"/>
        </w:rPr>
        <w:t>34:36  To us ko yahi karna chahiye ke tauba qareeb. Tab yeh cheez khatam hogi. Nagpur se Muhammad Irfan Rashidi sahib ne comment bheja hai.</w:t>
      </w:r>
      <w:r>
        <w:br/>
      </w:r>
      <w:r>
        <w:rPr>
          <w:sz w:val="20"/>
        </w:rPr>
        <w:t>34:49  Unhon ne likha hai: "Choti choti misalon se badi badi baatein akhaz karna Maulana sahib yeh aap hi ka wasf hai.</w:t>
      </w:r>
    </w:p>
    <w:p>
      <w:pPr>
        <w:pStyle w:val="Heading2"/>
      </w:pPr>
      <w:r>
        <w:t>Deferring gratification until afterlife</w:t>
      </w:r>
    </w:p>
    <w:p>
      <w:r>
        <w:rPr>
          <w:color w:val="666666"/>
          <w:sz w:val="18"/>
        </w:rPr>
        <w:t>Spirituality · Discovery of God (In Conversation with Maulana) December 25, 2011 · 3m 26s · at 26:33 · https://youtu.be/-1c1d7cFj0s?t=1593</w:t>
      </w:r>
    </w:p>
    <w:p>
      <w:r>
        <w:rPr>
          <w:i/>
        </w:rPr>
        <w:t>“How can one make it easy to defer gratification of desires until the afterlife, especially in an age of instant gratification?”</w:t>
      </w:r>
    </w:p>
    <w:p>
      <w:r>
        <w:rPr>
          <w:sz w:val="20"/>
        </w:rPr>
        <w:t>26:33  maulana, yeh sawal aaya hai patna se mister anwar imam ghazali ka. unhone likha hai: "i would like to know how one can make it easy for oneself to defer the gratification of desires till the post death period, especially today when one sees possibility of instant gratification all around."</w:t>
      </w:r>
      <w:r>
        <w:br/>
      </w:r>
      <w:r>
        <w:rPr>
          <w:sz w:val="20"/>
        </w:rPr>
        <w:t>26:58  bhai, mera jo tajurba hai ya mera jo state hai, mein to samajhta hoon kuch cheez milti nahi. yeh sirf ek ek milne se pehle to lagta hai ke hum yeh pa jayen to hum ko bohat hi achi cheez mil jayegi hum ko.</w:t>
      </w:r>
      <w:r>
        <w:br/>
      </w:r>
      <w:r>
        <w:rPr>
          <w:sz w:val="20"/>
        </w:rPr>
        <w:t>27:13  lekin jab pa leta hai aadmi, to maloom hota hai kuch nahi. jaise ek sath meri mulaqat hui, unhone love marriage ki hai. maine un se poocha ke love marriage ka kya tajurba aap ko hai?</w:t>
      </w:r>
      <w:r>
        <w:br/>
      </w:r>
      <w:r>
        <w:rPr>
          <w:sz w:val="20"/>
        </w:rPr>
        <w:t>27:27  ek top ke aadmi se poocha maine. unhone kaha ke jab tak marriage nahi hui thi, tab to lagta tha ke love marriage koi bohat bari cheez hai. mein aasman mein ud raha tha, jab mujhe ho gayi to zameen mein aa gaya.</w:t>
      </w:r>
      <w:r>
        <w:br/>
      </w:r>
      <w:r>
        <w:rPr>
          <w:sz w:val="20"/>
        </w:rPr>
        <w:t>27:38  ab kuch nahi, wohi same love marriage jo hai, mujhe ab kuch nahi dikhai padti. ab normal lagti hai. woh aisi jis ko bhi mein mein ne padha, jis ko bhi abhi mein ne internet par likhwa ya, nikala,</w:t>
      </w:r>
      <w:r>
        <w:br/>
      </w:r>
      <w:r>
        <w:rPr>
          <w:sz w:val="20"/>
        </w:rPr>
        <w:t>27:51  nikalwaya, woh ke jo super achievers hain, un ki zindagi khatm kaise hui? to sab despair mein mare, sab ke sab.</w:t>
      </w:r>
      <w:r>
        <w:br/>
      </w:r>
      <w:r>
        <w:rPr>
          <w:sz w:val="20"/>
        </w:rPr>
        <w:t>28:01  to milti kahan woh cheez? to ek fareb hai ke hum is cheez ko pa lete hain. to sab se bara question to yahi hai ke kya wajah hai ke hum hum ko fulfillment, fulfillment, fulfillment nahi milta is duniya mein?</w:t>
      </w:r>
      <w:r>
        <w:br/>
      </w:r>
      <w:r>
        <w:rPr>
          <w:sz w:val="20"/>
        </w:rPr>
        <w:t>28:12  jo hum chahte hain, woh hum paate nahi is duniya mein. yeh thori hai ke pa lete hain hum. yeh to ek fareb ki baat hai. mein samajhta hoon ke sab se bara question jo insan ke liye hai, woh yahi hai ke kya wajah hai ke hum jo kuch chahna chahte hain, jo kuch hum chahte hain paana, wohi paane paate nahi hum?</w:t>
      </w:r>
      <w:r>
        <w:br/>
      </w:r>
      <w:r>
        <w:rPr>
          <w:sz w:val="20"/>
        </w:rPr>
        <w:t>28:30  isi se hum mehroom rehte hain aur mar jate hain. paane se pehle lagta hai ke yeh ek cheez mil hi mil jayegi, to hamein bari khushi hogi, hum bohat enjoy karenge.</w:t>
      </w:r>
      <w:r>
        <w:br/>
      </w:r>
      <w:r>
        <w:rPr>
          <w:sz w:val="20"/>
        </w:rPr>
        <w:t>28:39  lekin paane ke baad kahan hota hai? paane ke baad kuch nahi hota. bill gates ko bhi kuch nahi hai. ab jab jab woh shuru mein usko khushiyan nahi hongi, ab toh zindagi uske liye kuch bhi nahi hai,</w:t>
      </w:r>
      <w:r>
        <w:br/>
      </w:r>
      <w:r>
        <w:rPr>
          <w:sz w:val="20"/>
        </w:rPr>
        <w:t>28:53  sivaye liability ke. toh yeh main samajhta hoon ke yeh soch sahi nahi hai ke is duniya mein hum kuch pa lete hain. paane se pehle hum zaroor samajhte hain ke hum paane ke baad hum ko khushi mil jayegi.</w:t>
      </w:r>
      <w:r>
        <w:br/>
      </w:r>
      <w:r>
        <w:rPr>
          <w:sz w:val="20"/>
        </w:rPr>
        <w:t>29:10  ek kitaab likhi hai isne, bert russell ne, uska naam hi hai "happiness". is mein likhta hai ke happiness achievable nahi is duniya mein. aur waqea hai, aap kisi bhi kisi bhi shakhs ko dekhiye jo bare martabe pahuncha ho, jisne bare paise kamaye hon, uska end kya hota hai?</w:t>
      </w:r>
      <w:r>
        <w:br/>
      </w:r>
      <w:r>
        <w:rPr>
          <w:sz w:val="20"/>
        </w:rPr>
        <w:t>29:27  end uska khatma toh aap dekhein ke frustration mein, despair mein khatam hota hai. woh kyunke woh paane ke baad, jo usne apne mind mein samjha tha ke is se mujhe yeh milega, woh milega, woh kuch mila nahi usko.</w:t>
      </w:r>
      <w:r>
        <w:br/>
      </w:r>
      <w:r>
        <w:rPr>
          <w:sz w:val="20"/>
        </w:rPr>
        <w:t>29:42  toh asal sawal toh yahi hai ke kya wajah hai ke hum is duniya mein, hum paane ke bawajood mehroom rehte hain? isi sawal ko jab hum jaan lein, tab paradise hamari goal ban jayegi ke wahan par hamein fulfillment milega.</w:t>
      </w:r>
    </w:p>
    <w:p>
      <w:pPr>
        <w:pStyle w:val="Heading2"/>
      </w:pPr>
      <w:r>
        <w:t>Definition of taqwa</w:t>
      </w:r>
    </w:p>
    <w:p>
      <w:r>
        <w:rPr>
          <w:color w:val="666666"/>
          <w:sz w:val="18"/>
        </w:rPr>
        <w:t>Spirituality · Spirit of Ramadan | June 14, 2015 · 4m 18s · at 1:03:08 · https://youtu.be/LMQxfxQcnxQ?t=3788</w:t>
      </w:r>
    </w:p>
    <w:p>
      <w:r>
        <w:rPr>
          <w:i/>
        </w:rPr>
        <w:t>“You said the real thing is taqwa. What is taqwa?”</w:t>
      </w:r>
    </w:p>
    <w:p>
      <w:r>
        <w:rPr>
          <w:sz w:val="20"/>
        </w:rPr>
        <w:t>1:03:08  agar wohi wohi jo the America mein, kaha ji kaise aadmi aap hain? aap ki wajah se maine program sab cancel kar diya. aaj maine sab ko program cancel kar ke tayyar hua ke aap ke saath jaunga aur aap yeh aisa kar rahe hain. kal ko nahin bataya to aisa nahin kiya unhon ne. unhon ne kaha chalo yeh bhi theek hai. sab se acha formula yahi hai. mona, inhi ka agla sawal hai. Maulana, aap ne bataya asal cheez taqwa hai. yeh taqwa</w:t>
      </w:r>
      <w:r>
        <w:br/>
      </w:r>
      <w:r>
        <w:rPr>
          <w:sz w:val="20"/>
        </w:rPr>
        <w:t>1:03:38  kya hai? taqwa spirit ka naam hai.</w:t>
      </w:r>
      <w:r>
        <w:br/>
      </w:r>
      <w:r>
        <w:rPr>
          <w:sz w:val="20"/>
        </w:rPr>
        <w:t>1:03:42  taqwa koi mysterious cheez nahi hai.</w:t>
      </w:r>
      <w:r>
        <w:br/>
      </w:r>
      <w:r>
        <w:rPr>
          <w:sz w:val="20"/>
        </w:rPr>
        <w:t>1:03:46  spirit, spirit yani aik hota hai form, aik hoti hai spirit.</w:t>
      </w:r>
      <w:r>
        <w:br/>
      </w:r>
      <w:r>
        <w:rPr>
          <w:sz w:val="20"/>
        </w:rPr>
        <w:t>1:03:51  to jo log aam tor par log bas form ko jante hain, is form ke peechay jo spirit</w:t>
      </w:r>
      <w:r>
        <w:br/>
      </w:r>
      <w:r>
        <w:rPr>
          <w:sz w:val="20"/>
        </w:rPr>
        <w:t>1:03:55  hai, us se bekhabar hain.</w:t>
      </w:r>
      <w:r>
        <w:br/>
      </w:r>
      <w:r>
        <w:rPr>
          <w:sz w:val="20"/>
        </w:rPr>
        <w:t>1:03:59  misalan roza hai.</w:t>
      </w:r>
      <w:r>
        <w:br/>
      </w:r>
      <w:r>
        <w:rPr>
          <w:sz w:val="20"/>
        </w:rPr>
        <w:t>1:04:04  roze mein yahi jante hain ke kya hamein lena hai? yeh khana, yeh pani, woh saman,</w:t>
      </w:r>
      <w:r>
        <w:br/>
      </w:r>
      <w:r>
        <w:rPr>
          <w:sz w:val="20"/>
        </w:rPr>
        <w:t>1:04:08  yeh chahiye mujhe taake khoob khayein sehri ke waqt, taake bhook na lage.</w:t>
      </w:r>
      <w:r>
        <w:br/>
      </w:r>
      <w:r>
        <w:rPr>
          <w:sz w:val="20"/>
        </w:rPr>
        <w:t>1:04:13  to yeh lena hai.</w:t>
      </w:r>
      <w:r>
        <w:br/>
      </w:r>
      <w:r>
        <w:rPr>
          <w:sz w:val="20"/>
        </w:rPr>
        <w:t>1:04:18  to roze mein log jo jo form logon par pakar rakha hai, woh taking spirit par base karta hai.</w:t>
      </w:r>
      <w:r>
        <w:br/>
      </w:r>
      <w:r>
        <w:rPr>
          <w:sz w:val="20"/>
        </w:rPr>
        <w:t>1:04:23  dosra jo mein ne arz kiya, woh giving spirit, doosron ko dena.</w:t>
      </w:r>
      <w:r>
        <w:br/>
      </w:r>
      <w:r>
        <w:rPr>
          <w:sz w:val="20"/>
        </w:rPr>
        <w:t>1:04:28  to har cheez mein aik form hota hai, aik spirit hoti hai.</w:t>
      </w:r>
      <w:r>
        <w:br/>
      </w:r>
      <w:r>
        <w:rPr>
          <w:sz w:val="20"/>
        </w:rPr>
        <w:t>1:04:33  islam ki jitni bhi taleemat hain, jitni bhi teaching hain,</w:t>
      </w:r>
      <w:r>
        <w:br/>
      </w:r>
      <w:r>
        <w:rPr>
          <w:sz w:val="20"/>
        </w:rPr>
        <w:t>1:04:38  sab spirit ke aitbar se un ki importance hai, form ke aitbar se nahin hai. mona, yeh agla comment aaya hai Shafi Dar sahib ka Kashmir se. respected Maulana sahib, Assalam-o-Alaikum. I heard your last Sunday talk and it was full of inspiration. I was thinking that I am suffering in discrimination somewhere in my job and in my relationship. but your Sunday l</w:t>
      </w:r>
      <w:r>
        <w:br/>
      </w:r>
      <w:r>
        <w:rPr>
          <w:sz w:val="20"/>
        </w:rPr>
        <w:t>1:05:08  lecture helped me a lot and I thank Allah Almighty that He provided me a chance to</w:t>
      </w:r>
      <w:r>
        <w:br/>
      </w:r>
      <w:r>
        <w:rPr>
          <w:sz w:val="20"/>
        </w:rPr>
        <w:t>1:05:13  heer your lecture.</w:t>
      </w:r>
      <w:r>
        <w:br/>
      </w:r>
      <w:r>
        <w:rPr>
          <w:sz w:val="20"/>
        </w:rPr>
        <w:t>1:05:18  Otherwise, I would have died in a state of negative mentality and discrimination.</w:t>
      </w:r>
      <w:r>
        <w:br/>
      </w:r>
      <w:r>
        <w:rPr>
          <w:sz w:val="20"/>
        </w:rPr>
        <w:t>1:05:23  dekhiye, main phir kahunga ke jo aadmi discrimination ki boli bolta hai, woh ka koi talluq Islam</w:t>
      </w:r>
      <w:r>
        <w:br/>
      </w:r>
      <w:r>
        <w:rPr>
          <w:sz w:val="20"/>
        </w:rPr>
        <w:t>1:05:28  se nahi hai.</w:t>
      </w:r>
      <w:r>
        <w:br/>
      </w:r>
      <w:r>
        <w:rPr>
          <w:sz w:val="20"/>
        </w:rPr>
        <w:t>1:05:33  Islam mein discrimination ki bol</w:t>
      </w:r>
      <w:r>
        <w:br/>
      </w:r>
      <w:r>
        <w:rPr>
          <w:sz w:val="20"/>
        </w:rPr>
        <w:t>1:05:38  yi sirf Satan ki thi, Satan ki, na Rasool ki, na Sahabi ki.</w:t>
      </w:r>
      <w:r>
        <w:br/>
      </w:r>
      <w:r>
        <w:rPr>
          <w:sz w:val="20"/>
        </w:rPr>
        <w:t>1:05:43  yeh yeh Rasool Islam ki boli nahi hai.</w:t>
      </w:r>
      <w:r>
        <w:br/>
      </w:r>
      <w:r>
        <w:rPr>
          <w:sz w:val="20"/>
        </w:rPr>
        <w:t>1:05:47  discrimination yeh Satan ki boli hai.</w:t>
      </w:r>
      <w:r>
        <w:br/>
      </w:r>
      <w:r>
        <w:rPr>
          <w:sz w:val="20"/>
        </w:rPr>
        <w:t>1:05:51  Satan ne kaha tha ke khalaq khalaq min deen ke main is se mera darja bada hai aur</w:t>
      </w:r>
      <w:r>
        <w:br/>
      </w:r>
      <w:r>
        <w:rPr>
          <w:sz w:val="20"/>
        </w:rPr>
        <w:t>1:05:55  insaan ka darja chhota hai.</w:t>
      </w:r>
      <w:r>
        <w:br/>
      </w:r>
      <w:r>
        <w:rPr>
          <w:sz w:val="20"/>
        </w:rPr>
        <w:t>1:06:00  toh toh ne is ko badha diya, mujhe peeche peeche kar diya.</w:t>
      </w:r>
      <w:r>
        <w:br/>
      </w:r>
      <w:r>
        <w:rPr>
          <w:sz w:val="20"/>
        </w:rPr>
        <w:t>1:06:04  yeh discriminate ki Rasool Allah par ilzaam lagaya discrimination</w:t>
      </w:r>
      <w:r>
        <w:br/>
      </w:r>
      <w:r>
        <w:rPr>
          <w:sz w:val="20"/>
        </w:rPr>
        <w:t>1:06:08  ka.</w:t>
      </w:r>
      <w:r>
        <w:br/>
      </w:r>
      <w:r>
        <w:rPr>
          <w:sz w:val="20"/>
        </w:rPr>
        <w:t>1:06:12  toh jo aadmi aaj yaad rakhiye, discrimination mein ki boli bolta hai, woh Satan ki boli bolta hai,</w:t>
      </w:r>
      <w:r>
        <w:br/>
      </w:r>
      <w:r>
        <w:rPr>
          <w:sz w:val="20"/>
        </w:rPr>
        <w:t>1:06:15  Satan ki boli bolta hai.</w:t>
      </w:r>
      <w:r>
        <w:br/>
      </w:r>
      <w:r>
        <w:rPr>
          <w:sz w:val="20"/>
        </w:rPr>
        <w:t>1:06:19  isi liye aap poora jo Quran o Hadees hai, kahin padh kar dikha dijiye.</w:t>
      </w:r>
      <w:r>
        <w:br/>
      </w:r>
      <w:r>
        <w:rPr>
          <w:sz w:val="20"/>
        </w:rPr>
        <w:t>1:06:22  koi paighambar bola ho discrimination ki boli, koi Sahabi bola ho discrimination ki boli, yeh sirf Satan hai</w:t>
      </w:r>
      <w:r>
        <w:br/>
      </w:r>
      <w:r>
        <w:rPr>
          <w:sz w:val="20"/>
        </w:rPr>
        <w:t>1:06:25  jo bola tha.</w:t>
      </w:r>
      <w:r>
        <w:br/>
      </w:r>
      <w:r>
        <w:rPr>
          <w:sz w:val="20"/>
        </w:rPr>
        <w:t>1:06:29  isi ko log follow kar rahe hain.</w:t>
      </w:r>
      <w:r>
        <w:br/>
      </w:r>
      <w:r>
        <w:rPr>
          <w:sz w:val="20"/>
        </w:rPr>
        <w:t>1:06:32  ab bohat khatarnak baat yaad rakhiye ke Quran mein hai.</w:t>
      </w:r>
      <w:r>
        <w:br/>
      </w:r>
      <w:r>
        <w:rPr>
          <w:sz w:val="20"/>
        </w:rPr>
        <w:t>1:06:35  lamman tab'a'ka minhum la'amla jah</w:t>
      </w:r>
      <w:r>
        <w:br/>
      </w:r>
      <w:r>
        <w:rPr>
          <w:sz w:val="20"/>
        </w:rPr>
        <w:t>1:06:39  nam minkum ajmaeen haan, Allah taala ne farmaya ke jo shaitan ko follow karega toh main is</w:t>
      </w:r>
      <w:r>
        <w:br/>
      </w:r>
      <w:r>
        <w:rPr>
          <w:sz w:val="20"/>
        </w:rPr>
        <w:t>1:06:44  ka anjaam shaitan ke saath karunga.</w:t>
      </w:r>
      <w:r>
        <w:br/>
      </w:r>
      <w:r>
        <w:rPr>
          <w:sz w:val="20"/>
        </w:rPr>
        <w:t>1:06:49  toh kya yeh yeh risk lene ke tayyar hain woh log jo discrimination ki boli bolte hain? Jo</w:t>
      </w:r>
      <w:r>
        <w:br/>
      </w:r>
      <w:r>
        <w:rPr>
          <w:sz w:val="20"/>
        </w:rPr>
        <w:t>1:06:54  log discrimination ki boli bolte hain, woh Satan ki boli bolte hain.</w:t>
      </w:r>
      <w:r>
        <w:br/>
      </w:r>
      <w:r>
        <w:rPr>
          <w:sz w:val="20"/>
        </w:rPr>
        <w:t>1:06:59  aur Satan ki boli walon ke liye Quran mein hai ke jo boli bolega toh uska</w:t>
      </w:r>
      <w:r>
        <w:br/>
      </w:r>
      <w:r>
        <w:rPr>
          <w:sz w:val="20"/>
        </w:rPr>
        <w:t>1:07:04  wohi hoga anjam jo sitan ka hoga to</w:t>
      </w:r>
      <w:r>
        <w:br/>
      </w:r>
      <w:r>
        <w:rPr>
          <w:sz w:val="20"/>
        </w:rPr>
        <w:t>1:07:09  sochna chahiye in logon ko ke woh kya kis cheez ka risk le rahe hain jo sitan ki</w:t>
      </w:r>
      <w:r>
        <w:br/>
      </w:r>
      <w:r>
        <w:rPr>
          <w:sz w:val="20"/>
        </w:rPr>
        <w:t>1:07:13  بولی، جو risk description کی بولی بولتے ہیں۔</w:t>
      </w:r>
      <w:r>
        <w:br/>
      </w:r>
      <w:r>
        <w:rPr>
          <w:sz w:val="20"/>
        </w:rPr>
        <w:t>1:07:18  bohat bohat hi bohat hi bara risk le rahe hain aise log.</w:t>
      </w:r>
      <w:r>
        <w:br/>
      </w:r>
      <w:r>
        <w:rPr>
          <w:sz w:val="20"/>
        </w:rPr>
        <w:t>1:07:22  discrimination ko main islam mein bilkul hi jaiz nahi samajhta.</w:t>
      </w:r>
    </w:p>
    <w:p>
      <w:pPr>
        <w:pStyle w:val="Heading2"/>
      </w:pPr>
      <w:r>
        <w:t>Developing inner peace for external harmony</w:t>
      </w:r>
    </w:p>
    <w:p>
      <w:r>
        <w:rPr>
          <w:color w:val="666666"/>
          <w:sz w:val="18"/>
        </w:rPr>
        <w:t>Spirituality · Communal Harmony October 16, 2022 · 4m 35s · at 27:29 · https://youtu.be/Ob4BVozf3KY?t=1649</w:t>
      </w:r>
    </w:p>
    <w:p>
      <w:r>
        <w:rPr>
          <w:i/>
        </w:rPr>
        <w:t>“How can we develop inner peace so that it reflects in external actions? Because only when we have inner peace can there be communal harmony.”</w:t>
      </w:r>
    </w:p>
    <w:p>
      <w:r>
        <w:rPr>
          <w:sz w:val="20"/>
        </w:rPr>
        <w:t>27:29  maulana iqbal umri ne chennai se likha hai: "masha allah, bahut achha naksha khencha hai shanti yatra ka." apa, ab ab sawal lena chahunga.</w:t>
      </w:r>
      <w:r>
        <w:br/>
      </w:r>
      <w:r>
        <w:rPr>
          <w:sz w:val="20"/>
        </w:rPr>
        <w:t>27:39  yeh sawal hai ah ali hasan sahib ka lucknow se. unhon ne likha hai ke: "ah how can we develop inner peace so that it reflects in external action?" ah because only when we have inner peace can there be communal harmony.</w:t>
      </w:r>
      <w:r>
        <w:br/>
      </w:r>
      <w:r>
        <w:rPr>
          <w:sz w:val="20"/>
        </w:rPr>
        <w:t>27:58  to</w:t>
      </w:r>
      <w:r>
        <w:br/>
      </w:r>
      <w:r>
        <w:rPr>
          <w:sz w:val="20"/>
        </w:rPr>
        <w:t>27:59  is ke bare mein bataein aap. inner peace ke liye zaroori hai ke hum apni zindagi ko kisi worth while mission mein lagayein.</w:t>
      </w:r>
      <w:r>
        <w:br/>
      </w:r>
      <w:r>
        <w:rPr>
          <w:sz w:val="20"/>
        </w:rPr>
        <w:t>28:09  ji, sirf ah job karna aur business karna is se inner peace nahin aata. hamein khuda se taluq qaim karna parega.</w:t>
      </w:r>
      <w:r>
        <w:br/>
      </w:r>
      <w:r>
        <w:rPr>
          <w:sz w:val="20"/>
        </w:rPr>
        <w:t>28:22  kehte hain ke: "man cannot live by Bible mein, man cannot live by bread alone.</w:t>
      </w:r>
      <w:r>
        <w:br/>
      </w:r>
      <w:r>
        <w:rPr>
          <w:sz w:val="20"/>
        </w:rPr>
        <w:t>28:28  " to hamein inner peace jabhi milega jab hamara khuda se taluq qaim hoga. to is ke liye hamein bahut zyada, main to yahi samajhti hoon ke maulana ki literature padhein aur yeh jo divine mission hai, is mein lag jayein.</w:t>
      </w:r>
      <w:r>
        <w:br/>
      </w:r>
      <w:r>
        <w:rPr>
          <w:sz w:val="20"/>
        </w:rPr>
        <w:t>28:45  kyun ke is waqt sab se bada kaam yahi hai jab jab hamein yeh mehsoos hoga ke hum ek aise kaam mein lage hue hain jo khuda ka kaam hai, khuda ki nusrat karna hai.</w:t>
      </w:r>
      <w:r>
        <w:br/>
      </w:r>
      <w:r>
        <w:rPr>
          <w:sz w:val="20"/>
        </w:rPr>
        <w:t>28:55  to</w:t>
      </w:r>
      <w:r>
        <w:br/>
      </w:r>
      <w:r>
        <w:rPr>
          <w:sz w:val="20"/>
        </w:rPr>
        <w:t>28:56  is se hamein peace milta hai. agar hum sirf dunya ke kaam mein lage rahein to dunya ke kaam to kabhi hal hi nahin hote hain. kabhi aisa nahin hota ke insaan ki jo desires hain, woh itni zyada hain ke woh kabhi hal nahin hongi.</w:t>
      </w:r>
      <w:r>
        <w:br/>
      </w:r>
      <w:r>
        <w:rPr>
          <w:sz w:val="20"/>
        </w:rPr>
        <w:t>29:09  to hamein yeh sochna chahiye ke is dunya mein sirf baqadr zaroorat aur akhirat mein baqadr desire, aur baqi jitne bhi hamare paas time ho zaroorat ke baad, woh sab hum isi mission mein apne aap ko waqf kar dein.</w:t>
      </w:r>
      <w:r>
        <w:br/>
      </w:r>
      <w:r>
        <w:rPr>
          <w:sz w:val="20"/>
        </w:rPr>
        <w:t>29:25  khuda ke kaam mein apne aap ko waqf kar dein, khuda se taluq qaim karein, khuda se connection qaim karein, aur aur baqi jo hai achhe kaam karein.</w:t>
      </w:r>
      <w:r>
        <w:br/>
      </w:r>
      <w:r>
        <w:rPr>
          <w:sz w:val="20"/>
        </w:rPr>
        <w:t>29:35  logon ki madad karna yeh bhi bahut zyada mustahsan qarar diya gaya hai islam mein. to logon ki madad karein, logon ki taleem mein un ki madad karein, har achhe kaam mein saath</w:t>
      </w:r>
      <w:r>
        <w:br/>
      </w:r>
      <w:r>
        <w:rPr>
          <w:sz w:val="20"/>
        </w:rPr>
        <w:t>29:48  dein. jaise rasool allah sallallahu alaihi wasallam ne hilf al-fudul mein saath bahut hi khushi se saath diya tha, aur baad mein bhi kaha: "prophet mil, prophethood milne ke baad bhi aap ne kaha ke agar hilf al-fudul ke liye mujhe bulaya jaye to main aaj bhi jaane ke liye tayyar hoon." kyun ke woh tha ke kisi ne ek bar koi saman khareeda tha aur uska paisa nahin diya tha,</w:t>
      </w:r>
      <w:r>
        <w:br/>
      </w:r>
      <w:r>
        <w:rPr>
          <w:sz w:val="20"/>
        </w:rPr>
        <w:t>30:13  to woh dahai de raha tha ke ab quraish aise ho gaye hain ke hamein saman khareeda aur paisa nahin diya. to yeh baat jo hai, kyun ke society mein yeh kaam bahut zaroori hai, maroof munkir wala kaam bahut zaroori hai.</w:t>
      </w:r>
      <w:r>
        <w:br/>
      </w:r>
      <w:r>
        <w:rPr>
          <w:sz w:val="20"/>
        </w:rPr>
        <w:t>30:28  maroof maani har achhi baat ko society mein us ke liye kaam karna taake log us par chalein, aur munkir hai ke har buri baat se logon ko bachana.</w:t>
      </w:r>
      <w:r>
        <w:br/>
      </w:r>
      <w:r>
        <w:rPr>
          <w:sz w:val="20"/>
        </w:rPr>
        <w:t>30:39  to yeh kaam karna chahiye hamein,</w:t>
      </w:r>
      <w:r>
        <w:br/>
      </w:r>
      <w:r>
        <w:rPr>
          <w:sz w:val="20"/>
        </w:rPr>
        <w:t>30:42  yeh bhi khudai kaam hai, aur da'wah work karna chahiye taake logon ki akhirat sudhre. ek taraf dunya ke bare mein kaam karna hai ke logon ki dunya ki bhalai ke liye kaam karna hai, aur akhirat ki kamyabi ke liye kaam karna hai.</w:t>
      </w:r>
      <w:r>
        <w:br/>
      </w:r>
      <w:r>
        <w:rPr>
          <w:sz w:val="20"/>
        </w:rPr>
        <w:t>30:58  to jab hum apne aap se niklenge aur bahar kaam karenge, tab hamein inner peace milega.</w:t>
      </w:r>
      <w:r>
        <w:br/>
      </w:r>
      <w:r>
        <w:rPr>
          <w:sz w:val="20"/>
        </w:rPr>
        <w:t>31:06  agar hum sochenge ke bas hum apni desires hi par chalte rahein, to desires to hamari kabhi khatam hi nahin hongi. kyun ke desires itni zyada hain, itni zyada hain ke yeh dunya jo hai, is ko support hi nahin karti.</w:t>
      </w:r>
      <w:r>
        <w:br/>
      </w:r>
      <w:r>
        <w:rPr>
          <w:sz w:val="20"/>
        </w:rPr>
        <w:t>31:17  woh to akhirat ke liye hai, akhirat mein hi hamari sari desires fulfill hongi. to mujhe yahi samajh mein aata hai ke khuda se gehra taluq qaim karein.</w:t>
      </w:r>
      <w:r>
        <w:br/>
      </w:r>
      <w:r>
        <w:rPr>
          <w:sz w:val="20"/>
        </w:rPr>
        <w:t>31:27  ji, aur apa yeh bhi hai ke: "an individual is governed by his or her thinking.</w:t>
      </w:r>
      <w:r>
        <w:br/>
      </w:r>
      <w:r>
        <w:rPr>
          <w:sz w:val="20"/>
        </w:rPr>
        <w:t>31:33  " to agar aap tolerance aur avoidance ki ahmiyat ko agar samjhein, as compared to intolerance ya confrontation, to you will realize ke ah result ke aitbar se ah kya important hai.</w:t>
      </w:r>
      <w:r>
        <w:br/>
      </w:r>
      <w:r>
        <w:rPr>
          <w:sz w:val="20"/>
        </w:rPr>
        <w:t>31:48  to Maulana hamesha yeh kehte thay ke: "result oriented, positive, misbat soch rakhiye.</w:t>
      </w:r>
      <w:r>
        <w:br/>
      </w:r>
      <w:r>
        <w:rPr>
          <w:sz w:val="20"/>
        </w:rPr>
        <w:t>31:53  " to is liye yeh bohat ziyada ah zaroori hai, aur agar hum is cheez ko realize karein to automatically hamari jo thinking pattern hai, ah woh positive lines mein develop hone lag jata hai.</w:t>
      </w:r>
    </w:p>
    <w:p>
      <w:pPr>
        <w:pStyle w:val="Heading2"/>
      </w:pPr>
      <w:r>
        <w:t>Developing love for Allah</w:t>
      </w:r>
    </w:p>
    <w:p>
      <w:r>
        <w:rPr>
          <w:color w:val="666666"/>
          <w:sz w:val="18"/>
        </w:rPr>
        <w:t>Spirituality · Islam in A New Age March 18, 2012 · 2m 28s · at 59:40 · https://youtu.be/P5hzq_NheY0?t=3580</w:t>
      </w:r>
    </w:p>
    <w:p>
      <w:r>
        <w:rPr>
          <w:i/>
        </w:rPr>
        <w:t>“How can one develop love for Allah in the heart? What should be done for this? People want to love Allah but also want to continue their other loves; they do not want to sacrifice.”</w:t>
      </w:r>
    </w:p>
    <w:p>
      <w:r>
        <w:rPr>
          <w:sz w:val="20"/>
        </w:rPr>
        <w:t>59:40  Maulana, agla sawal aya hai Kashmir se Mr Arif Jilani sahib ka. unhon ne likha hai ke Allah se mohabbat karne ke liye dil kaise lag jaye, is ke liye kya kya jaye?</w:t>
      </w:r>
      <w:r>
        <w:br/>
      </w:r>
      <w:r>
        <w:rPr>
          <w:sz w:val="20"/>
        </w:rPr>
        <w:t>59:53  wazahat farmayen.</w:t>
      </w:r>
      <w:r>
        <w:br/>
      </w:r>
      <w:r>
        <w:rPr>
          <w:sz w:val="20"/>
        </w:rPr>
        <w:t>1:00:00  asal mein log chahte hain ke Allah se mohabbat to karen aur doosron se mohabbatें bhi jari rahen. sacrifice karna chahte nahi,</w:t>
      </w:r>
      <w:r>
        <w:br/>
      </w:r>
      <w:r>
        <w:rPr>
          <w:sz w:val="20"/>
        </w:rPr>
        <w:t>1:00:10  tab is liye aisa اولاد karte hain. agar aap ko Allah se mohabbat karna hai aur mohabbat ka jo inaam hai, wo lena hai to doosri mohabbatوں ko chhodna padega aap ko.</w:t>
      </w:r>
      <w:r>
        <w:br/>
      </w:r>
      <w:r>
        <w:rPr>
          <w:sz w:val="20"/>
        </w:rPr>
        <w:t>1:00:26  madi mohabbat, family ki mohabbat, beta beti ki mohabbat, job ki mohabbat, business ki mohabbat. yani chahte hain ke log wo bhi mohabbatیں ج</w:t>
      </w:r>
      <w:r>
        <w:br/>
      </w:r>
      <w:r>
        <w:rPr>
          <w:sz w:val="20"/>
        </w:rPr>
        <w:t>1:00:35  ari rahen aur sath sath, yani Khuda ki mohabbat bhi mil jaye. ye to mumkin nahi hai. ya to aisi baat na kijiye, baat kar rahe the is ke liye jo price hai, dijiye is ki price.</w:t>
      </w:r>
      <w:r>
        <w:br/>
      </w:r>
      <w:r>
        <w:rPr>
          <w:sz w:val="20"/>
        </w:rPr>
        <w:t>1:00:49  price yahi hai ke doosri mohabbatیں chhodni padengi.</w:t>
      </w:r>
      <w:r>
        <w:br/>
      </w:r>
      <w:r>
        <w:rPr>
          <w:sz w:val="20"/>
        </w:rPr>
        <w:t>1:00:56  bahut simple si baat hai, is mein koi nahi, nahi, koi pecheeda baat nahi hai ke ghair Allah ki mohabbat chhodie, apne aap Allah ki mohabbat aap ke dil mein baith jayegi.</w:t>
      </w:r>
      <w:r>
        <w:br/>
      </w:r>
      <w:r>
        <w:rPr>
          <w:sz w:val="20"/>
        </w:rPr>
        <w:t>1:01:12  ye yahi is ki price hai. agar aap price dene ke tayyar nahi hain to phir mohabbat Khuda ki baat hi mat kijiye. phir be faida baat karna</w:t>
      </w:r>
      <w:r>
        <w:br/>
      </w:r>
      <w:r>
        <w:rPr>
          <w:sz w:val="20"/>
        </w:rPr>
        <w:t>1:01:26  kuch bhi is ke doosri doosra nuskha is ka nahi hai. ye alhamdulillah Quran ki pehli ayat hai alhamdulillah to ek hai alhamdulillah ghair Allah ek hai alhubb lillah ek hai alhubb lillah to alhubb lillah se apne ko door kar lijiye, bas alhubb lillah apne aap aa jayega.</w:t>
      </w:r>
      <w:r>
        <w:br/>
      </w:r>
      <w:r>
        <w:rPr>
          <w:sz w:val="20"/>
        </w:rPr>
        <w:t>1:01:51  to ya to aap is</w:t>
      </w:r>
      <w:r>
        <w:br/>
      </w:r>
      <w:r>
        <w:rPr>
          <w:sz w:val="20"/>
        </w:rPr>
        <w:t>1:01:52  price dijiye, nahi price dene ke tayyar hain to phir ye baat mat kahiye aur is ki umeed na rakhiye ke Allah taala ke haan aap jab pahunchenge to wahan aap ko, yani wo reward milega jo Allah se mohabbat karne wale bando ke liye muqaddar hai.</w:t>
      </w:r>
    </w:p>
    <w:p>
      <w:pPr>
        <w:pStyle w:val="Heading2"/>
      </w:pPr>
      <w:r>
        <w:t>Developing sensitivity to avoid distraction</w:t>
      </w:r>
    </w:p>
    <w:p>
      <w:r>
        <w:rPr>
          <w:color w:val="666666"/>
          <w:sz w:val="18"/>
        </w:rPr>
        <w:t>Spirituality · Save Yourself from Distraction August 21, 2016 · 3m 48s · at 1:09:29 · https://youtu.be/wP3Dj-tccDQ?t=4169</w:t>
      </w:r>
    </w:p>
    <w:p>
      <w:r>
        <w:rPr>
          <w:i/>
        </w:rPr>
        <w:t>“You said to one of the questioners today that sensitivity checks whether we are getting distracted or not. My question is, how can we develop sensitivity?”</w:t>
      </w:r>
    </w:p>
    <w:p>
      <w:r>
        <w:rPr>
          <w:sz w:val="20"/>
        </w:rPr>
        <w:t>1:09:29  Maulana, haan Maulana, agla sawal Mumbai say hai Waqar sahib ka aur unhon nay likha hai: "Maulana sahib,</w:t>
      </w:r>
      <w:r>
        <w:br/>
      </w:r>
      <w:r>
        <w:rPr>
          <w:sz w:val="20"/>
        </w:rPr>
        <w:t>1:09:37  You said to one of the question today that sensitivity checks whether we are getting distracted or not.</w:t>
      </w:r>
      <w:r>
        <w:br/>
      </w:r>
      <w:r>
        <w:rPr>
          <w:sz w:val="20"/>
        </w:rPr>
        <w:t>1:09:44  my question is, how can we develop sensitivity?" Bhai sochen, log sochtay nahi, hamesha koi bhi cheez</w:t>
      </w:r>
      <w:r>
        <w:br/>
      </w:r>
      <w:r>
        <w:rPr>
          <w:sz w:val="20"/>
        </w:rPr>
        <w:t>1:09:52  ho, usi mein phans jatay hain.</w:t>
      </w:r>
      <w:r>
        <w:br/>
      </w:r>
      <w:r>
        <w:rPr>
          <w:sz w:val="20"/>
        </w:rPr>
        <w:t>1:09:55  jaisay mein aap ko aik aik qissa batata hoon, aik aalim thay, ab un ka intiqal ho gaya,</w:t>
      </w:r>
      <w:r>
        <w:br/>
      </w:r>
      <w:r>
        <w:rPr>
          <w:sz w:val="20"/>
        </w:rPr>
        <w:t>1:10:02  baqaida aalim thay woh.</w:t>
      </w:r>
      <w:r>
        <w:br/>
      </w:r>
      <w:r>
        <w:rPr>
          <w:sz w:val="20"/>
        </w:rPr>
        <w:t>1:10:04  to mein ne aik aik bohat hi, yaani aik fiqhi, is par woh fiqh ke ustaad maane jatay</w:t>
      </w:r>
      <w:r>
        <w:br/>
      </w:r>
      <w:r>
        <w:rPr>
          <w:sz w:val="20"/>
        </w:rPr>
        <w:t>1:10:12  thay, fiqh mein unhon ne research kiya tha, doctorate kiya tha.</w:t>
      </w:r>
      <w:r>
        <w:br/>
      </w:r>
      <w:r>
        <w:rPr>
          <w:sz w:val="20"/>
        </w:rPr>
        <w:t>1:10:16  to mein ne fiqh par aik mazmoon likha, to mein ne chaha ke un ki rai loon.</w:t>
      </w:r>
      <w:r>
        <w:br/>
      </w:r>
      <w:r>
        <w:rPr>
          <w:sz w:val="20"/>
        </w:rPr>
        <w:t>1:10:24  mujhe apartment liya, to mein un ke ghar par gaya apna mazmoon le kar aur mein parhta tha,</w:t>
      </w:r>
      <w:r>
        <w:br/>
      </w:r>
      <w:r>
        <w:rPr>
          <w:sz w:val="20"/>
        </w:rPr>
        <w:t>1:10:31  woh suntay thay, lekin is beech mein bar bar un ka aik chota bacha tha, bar bar aata</w:t>
      </w:r>
      <w:r>
        <w:br/>
      </w:r>
      <w:r>
        <w:rPr>
          <w:sz w:val="20"/>
        </w:rPr>
        <w:t>1:10:39  tha, woh foran mutawajjah ho jatay, us ko pakartay thay, choomte thay, yeh karte hue.</w:t>
      </w:r>
      <w:r>
        <w:br/>
      </w:r>
      <w:r>
        <w:rPr>
          <w:sz w:val="20"/>
        </w:rPr>
        <w:t>1:10:46  yeh yeh kyun nahi? aik aap makana baat hai, aap ne kisi ko time diya hai to us</w:t>
      </w:r>
      <w:r>
        <w:br/>
      </w:r>
      <w:r>
        <w:rPr>
          <w:sz w:val="20"/>
        </w:rPr>
        <w:t>1:10:53  waqt bachon ko keh dein ke tum mat jao.</w:t>
      </w:r>
      <w:r>
        <w:br/>
      </w:r>
      <w:r>
        <w:rPr>
          <w:sz w:val="20"/>
        </w:rPr>
        <w:t>1:10:57  man'a kyun nahi karte? aap man'a kyun nahi karte? mein ne aik bohat baray aalim ka qissa suna,</w:t>
      </w:r>
      <w:r>
        <w:br/>
      </w:r>
      <w:r>
        <w:rPr>
          <w:sz w:val="20"/>
        </w:rPr>
        <w:t>1:11:05  parha ke aik bohat baray aalim thay, un ka koi program par jana tha, un ko to aindah</w:t>
      </w:r>
      <w:r>
        <w:br/>
      </w:r>
      <w:r>
        <w:rPr>
          <w:sz w:val="20"/>
        </w:rPr>
        <w:t>1:11:13  waqt par chota bacha aa kar un ke paon pakar liya, us ne abba abba kehne laga, ab</w:t>
      </w:r>
      <w:r>
        <w:br/>
      </w:r>
      <w:r>
        <w:rPr>
          <w:sz w:val="20"/>
        </w:rPr>
        <w:t>1:11:20  woh isi mein masghool ho gaye, yahan tak ke program late pohanchay.</w:t>
      </w:r>
      <w:r>
        <w:br/>
      </w:r>
      <w:r>
        <w:rPr>
          <w:sz w:val="20"/>
        </w:rPr>
        <w:t>1:11:25  yeh sab aap ke, yaani yeh cheezein jo distract karti hain aap ko, samjhein ke aap aap aap</w:t>
      </w:r>
      <w:r>
        <w:br/>
      </w:r>
      <w:r>
        <w:rPr>
          <w:sz w:val="20"/>
        </w:rPr>
        <w:t>1:11:33  zindagi ka koi qadar nahi jantay.</w:t>
      </w:r>
      <w:r>
        <w:br/>
      </w:r>
      <w:r>
        <w:rPr>
          <w:sz w:val="20"/>
        </w:rPr>
        <w:t>1:11:36  aap choti choti baatein aap ko kahein aap ko distract kar deti hain.</w:t>
      </w:r>
      <w:r>
        <w:br/>
      </w:r>
      <w:r>
        <w:rPr>
          <w:sz w:val="20"/>
        </w:rPr>
        <w:t>1:11:41  aap ko sochna chahiye ke is waqt bachon ko bhagana hai, aap ko bhago, hum ko program mein</w:t>
      </w:r>
      <w:r>
        <w:br/>
      </w:r>
      <w:r>
        <w:rPr>
          <w:sz w:val="20"/>
        </w:rPr>
        <w:t>1:11:49  jana hai, bhago, hum ko is waqt yeh sunna hai.</w:t>
      </w:r>
      <w:r>
        <w:br/>
      </w:r>
      <w:r>
        <w:rPr>
          <w:sz w:val="20"/>
        </w:rPr>
        <w:t>1:11:53  bhai yeh sab kijiye, yeh kya? koi bhi aa ke aap ko distract kar de? yeh koi baat</w:t>
      </w:r>
      <w:r>
        <w:br/>
      </w:r>
      <w:r>
        <w:rPr>
          <w:sz w:val="20"/>
        </w:rPr>
        <w:t>1:12:01  hui? yeh to bohat hi, yaani insan ke andar jo Allah taala ne siftat diye, us ko istemal</w:t>
      </w:r>
      <w:r>
        <w:br/>
      </w:r>
      <w:r>
        <w:rPr>
          <w:sz w:val="20"/>
        </w:rPr>
        <w:t>1:12:09  na karna hai.</w:t>
      </w:r>
      <w:r>
        <w:br/>
      </w:r>
      <w:r>
        <w:rPr>
          <w:sz w:val="20"/>
        </w:rPr>
        <w:t>1:12:10  okay, so we will end today session, we will be back next Sunday same time 10:30 AM.</w:t>
      </w:r>
      <w:r>
        <w:br/>
      </w:r>
      <w:r>
        <w:rPr>
          <w:sz w:val="20"/>
        </w:rPr>
        <w:t>1:12:18  thank you.</w:t>
      </w:r>
    </w:p>
    <w:p>
      <w:pPr>
        <w:pStyle w:val="Heading2"/>
      </w:pPr>
      <w:r>
        <w:t>Difference Between Tawbah and Istighfar</w:t>
      </w:r>
    </w:p>
    <w:p>
      <w:r>
        <w:rPr>
          <w:color w:val="666666"/>
          <w:sz w:val="18"/>
        </w:rPr>
        <w:t>Spirituality · Importance of Patience October 26, 2014 · 3m 06s · at 52:09 · https://youtu.be/XdOlp9-fPG0?t=3129</w:t>
      </w:r>
    </w:p>
    <w:p>
      <w:r>
        <w:rPr>
          <w:i/>
        </w:rPr>
        <w:t>“What is the difference between tawbah and istighfar?”</w:t>
      </w:r>
    </w:p>
    <w:p>
      <w:r>
        <w:rPr>
          <w:sz w:val="20"/>
        </w:rPr>
        <w:t>52:09  maulana, agla sawal rampur se hai muhammad matloob sahib ka, aur wo aap se yeh jaanna chahte hain ke "what is the difference between tauba and istighfar?" dekhen, tauba ke lafzi ma'ne hain paltna.</w:t>
      </w:r>
      <w:r>
        <w:br/>
      </w:r>
      <w:r>
        <w:rPr>
          <w:sz w:val="20"/>
        </w:rPr>
        <w:t>52:26  tauba ya taubon ke lafzi ma'ne hote hain paltna. yaani ek hum ghalat kaam ho gaya tha hum se to hum palte.</w:t>
      </w:r>
      <w:r>
        <w:br/>
      </w:r>
      <w:r>
        <w:rPr>
          <w:sz w:val="20"/>
        </w:rPr>
        <w:t>52:36  that is tauba.</w:t>
      </w:r>
      <w:r>
        <w:br/>
      </w:r>
      <w:r>
        <w:rPr>
          <w:sz w:val="20"/>
        </w:rPr>
        <w:t>52:38  to quran mein aata hai ke "sum yatubuna min qareeb" ke jab ghalati ho jaye to foran hi lotna chahiye. dekhiye, is ko yaad rakhiye is baat ko ke islam mein tauba baeed nahi hai, sirf tauba qareeb hai.</w:t>
      </w:r>
      <w:r>
        <w:br/>
      </w:r>
      <w:r>
        <w:rPr>
          <w:sz w:val="20"/>
        </w:rPr>
        <w:t>52:57  yeh bohat important baat hai. tauba ke baad istighf</w:t>
      </w:r>
      <w:r>
        <w:br/>
      </w:r>
      <w:r>
        <w:rPr>
          <w:sz w:val="20"/>
        </w:rPr>
        <w:t>53:02  far aata hai. istighfar ke lafzi ma'ne hain bakhshish chahna. tauba ke lafzi ma'ne hain lotna. jab aap lotenge, yaani abhi ghalati se lotenge, you turn lenge, to is ke baad kya karenge?</w:t>
      </w:r>
      <w:r>
        <w:br/>
      </w:r>
      <w:r>
        <w:rPr>
          <w:sz w:val="20"/>
        </w:rPr>
        <w:t>53:17  aap duaein karenge, maghfirat mangenge. ise kehte hain istighfar. to tauba ke baad istighfar aata hai. pehle tauba, is ke baad istigh</w:t>
      </w:r>
      <w:r>
        <w:br/>
      </w:r>
      <w:r>
        <w:rPr>
          <w:sz w:val="20"/>
        </w:rPr>
        <w:t>53:29  far. lekin tauba ke bare mein ek bohat aham baat hai ke quran mein hai ke "sum yatubuna min qareeb". phir jald hi wo tauba karte hain, yaani ghalati se palte hain.</w:t>
      </w:r>
      <w:r>
        <w:br/>
      </w:r>
      <w:r>
        <w:rPr>
          <w:sz w:val="20"/>
        </w:rPr>
        <w:t>53:43  is par maine ghor kiya ke tauba qareeb kyun hai quran majeed mein. is ki wajah dekhen, yeh hai ke nafsiyat ke mutale se yeh baat samajh mein aati hai</w:t>
      </w:r>
      <w:r>
        <w:br/>
      </w:r>
      <w:r>
        <w:rPr>
          <w:sz w:val="20"/>
        </w:rPr>
        <w:t>53:56  ke aadmi ke mind mein jab ek baat aati hai ke maine falan kaam ghalat kiya, to pehle din zamir is ko tokta hai.</w:t>
      </w:r>
      <w:r>
        <w:br/>
      </w:r>
      <w:r>
        <w:rPr>
          <w:sz w:val="20"/>
        </w:rPr>
        <w:t>54:06  achha, agar aap tauba na karen to dheere dheere dheere usi waqt condition hone lagte hain. condition to dheere dheere is ki is ki burai khatm ho jati hai.</w:t>
      </w:r>
      <w:r>
        <w:br/>
      </w:r>
      <w:r>
        <w:rPr>
          <w:sz w:val="20"/>
        </w:rPr>
        <w:t>54:20  kahin memory mein rehta hai, aisa maine kiya tha, lekin is ki burai khatm ho jati hai. to phir tauba ka speed bhi khatm ho jati hai.</w:t>
      </w:r>
      <w:r>
        <w:br/>
      </w:r>
      <w:r>
        <w:rPr>
          <w:sz w:val="20"/>
        </w:rPr>
        <w:t>54:33  to jaise hi aadmi ko ehsas ho ke mujh se ghalati ho gayi, to jaldi se is ko tauba karna chahiye. yaani tauba ka ma'na wapas hona chahiye.</w:t>
      </w:r>
      <w:r>
        <w:br/>
      </w:r>
      <w:r>
        <w:rPr>
          <w:sz w:val="20"/>
        </w:rPr>
        <w:t>54:43  wapas hone ka ma'na hai ke ghalati ki islaah karni chahiye. aur istighfar yaani allah se dua karna chahiye.</w:t>
      </w:r>
      <w:r>
        <w:br/>
      </w:r>
      <w:r>
        <w:rPr>
          <w:sz w:val="20"/>
        </w:rPr>
        <w:t>54:54  apni taraf se aadmi jo tauba karta hai, us mein allah ki madad chahiye is ki. to goya ke istighfar ka matlab hota hai ke aadmi tauba ke baad jo nayi zindagi bana raha hai, us mein allah ki madad ka talib hona.</w:t>
      </w:r>
      <w:r>
        <w:br/>
      </w:r>
      <w:r>
        <w:rPr>
          <w:sz w:val="20"/>
        </w:rPr>
        <w:t>55:09  yeh matlab hai is ka.</w:t>
      </w:r>
    </w:p>
    <w:p>
      <w:pPr>
        <w:pStyle w:val="Heading2"/>
      </w:pPr>
      <w:r>
        <w:t>Difference between guidance and misguidance</w:t>
      </w:r>
    </w:p>
    <w:p>
      <w:r>
        <w:rPr>
          <w:color w:val="666666"/>
          <w:sz w:val="18"/>
        </w:rPr>
        <w:t>Spirituality · Islamic Pacifism Q&amp;A 8 May 2011 · 3m 38s · at 0:13 · https://youtu.be/5ZersGDNVcw?t=13</w:t>
      </w:r>
    </w:p>
    <w:p>
      <w:r>
        <w:rPr>
          <w:i/>
        </w:rPr>
        <w:t>“I have so far observed this difference between guidance and misguidance: misguidance has a limit; it either stops at a breaking point or rapidly advances on one issue, while guidance is unlimited—just as ma‘rifat has no limit and the process of tazkiyah continues for a lifetime. Please tell us something about this.”</w:t>
      </w:r>
    </w:p>
    <w:p>
      <w:r>
        <w:rPr>
          <w:sz w:val="20"/>
        </w:rPr>
        <w:t>0:13  maulana, ye sawal aaya hai mr amir bin yusuf ka pakistan se. unhone likha hai: "maine abhi tak hidayat aur gumrahi mein ye difference mehsoos kiya hai ki gumrahi ki limit hoti hai,</w:t>
      </w:r>
      <w:r>
        <w:br/>
      </w:r>
      <w:r>
        <w:rPr>
          <w:sz w:val="20"/>
        </w:rPr>
        <w:t>0:29  wo kisi break par ruk jaati hai, ya kisi ek issue par tezi se aage badh jaati hai, jabki hidayat unlimited hoti hai, jaise marifat ki koi limit nahi, tazkiya ka amal lifetime chalta hai." iske bare mein kuch bataen.</w:t>
      </w:r>
      <w:r>
        <w:br/>
      </w:r>
      <w:r>
        <w:rPr>
          <w:sz w:val="20"/>
        </w:rPr>
        <w:t>0:52  baat sahi hai, lekin main unhen kahunga ki gumrahi ruk jaati hai.</w:t>
      </w:r>
      <w:r>
        <w:br/>
      </w:r>
      <w:r>
        <w:rPr>
          <w:sz w:val="20"/>
        </w:rPr>
        <w:t>1:01  nahi, warning milta hai: "ruk jao." speed breaker jo aata hai, wo warning ke liye hota hai.</w:t>
      </w:r>
      <w:r>
        <w:br/>
      </w:r>
      <w:r>
        <w:rPr>
          <w:sz w:val="20"/>
        </w:rPr>
        <w:t>1:10  speed breaker ke bawajood log gumrahi se hatate nahi, phir bhi usi par chalte rehte hain, usi raah mein. to main yeh kahunga ki hidayat ke raaste par aap chalenge to ismein koi speed breaker nahi aata,</w:t>
      </w:r>
      <w:r>
        <w:br/>
      </w:r>
      <w:r>
        <w:rPr>
          <w:sz w:val="20"/>
        </w:rPr>
        <w:t>1:29  lekin ismein bhi aata hai. main balki yun kahunga ki speed breaker to zindagi ka hissa hai.</w:t>
      </w:r>
      <w:r>
        <w:br/>
      </w:r>
      <w:r>
        <w:rPr>
          <w:sz w:val="20"/>
        </w:rPr>
        <w:t>1:39  speed breaker jo hai, zindagi ka hissa hai. rasool Allah ko masle pesh aaye, sahaba ko masle pesh aaye, wo sab isi par.</w:t>
      </w:r>
      <w:r>
        <w:br/>
      </w:r>
      <w:r>
        <w:rPr>
          <w:sz w:val="20"/>
        </w:rPr>
        <w:t>1:48  speed breaker hi to the.</w:t>
      </w:r>
      <w:r>
        <w:br/>
      </w:r>
      <w:r>
        <w:rPr>
          <w:sz w:val="20"/>
        </w:rPr>
        <w:t>1:50  to speed breaker jo hai, wo aapko aapke test ke liye hota hai ki aap ruk jaate hain ya aage badhte hain. ruk jaate hain ya aage badhte hain.</w:t>
      </w:r>
      <w:r>
        <w:br/>
      </w:r>
      <w:r>
        <w:rPr>
          <w:sz w:val="20"/>
        </w:rPr>
        <w:t>2:03  to speed breaker jo hai, is aadmi ke liye jo sach bach seeker hai, jo sachai ko daryaft kar chuka hai,</w:t>
      </w:r>
      <w:r>
        <w:br/>
      </w:r>
      <w:r>
        <w:rPr>
          <w:sz w:val="20"/>
        </w:rPr>
        <w:t>2:10  uske liye speed breaker jo hai, wo sirf ek mehmid banta hai, ek instructional ban jaata hai. aur aur aur zyada incentive ke saath wo aage badhta hai.</w:t>
      </w:r>
      <w:r>
        <w:br/>
      </w:r>
      <w:r>
        <w:rPr>
          <w:sz w:val="20"/>
        </w:rPr>
        <w:t>2:22  lekin jinke andar seeker, seeking spirit nahi hai,</w:t>
      </w:r>
      <w:r>
        <w:br/>
      </w:r>
      <w:r>
        <w:rPr>
          <w:sz w:val="20"/>
        </w:rPr>
        <w:t>2:29  jo daryaft ke darje mein sachai ko nahi paya unhone, to unke liye jab record koi aati hai to usi mein bhatak jaate hain. record unke upar chha jaati hai.</w:t>
      </w:r>
      <w:r>
        <w:br/>
      </w:r>
      <w:r>
        <w:rPr>
          <w:sz w:val="20"/>
        </w:rPr>
        <w:t>2:41  to zyada sahi taur par yeh kahun ki isi speed breaker zindagi ke</w:t>
      </w:r>
      <w:r>
        <w:br/>
      </w:r>
      <w:r>
        <w:rPr>
          <w:sz w:val="20"/>
        </w:rPr>
        <w:t>2:46  ek part hai. isi speed breaker ka matlab hai rukawatein, mushkilat, muwan'e, hurdles.</w:t>
      </w:r>
      <w:r>
        <w:br/>
      </w:r>
      <w:r>
        <w:rPr>
          <w:sz w:val="20"/>
        </w:rPr>
        <w:t>2:59  yeh zindagi ka ek part hai. wo sab ko pesh aate hain.</w:t>
      </w:r>
      <w:r>
        <w:br/>
      </w:r>
      <w:r>
        <w:rPr>
          <w:sz w:val="20"/>
        </w:rPr>
        <w:t>3:04  paighambar ko bhi aur ghair paighambar ko bhi. aur wo darasal ek test hota hai. agar aap, yaani aapka zehan bedaar hai,</w:t>
      </w:r>
      <w:r>
        <w:br/>
      </w:r>
      <w:r>
        <w:rPr>
          <w:sz w:val="20"/>
        </w:rPr>
        <w:t>3:20  aapka shaoor bedaar hai,</w:t>
      </w:r>
      <w:r>
        <w:br/>
      </w:r>
      <w:r>
        <w:rPr>
          <w:sz w:val="20"/>
        </w:rPr>
        <w:t>3:22  aap cheezon ko analysis karna jaante hain, to isse aapko koi nuksan nahi pahunchega. aap aage badhte chale jayenge. lekin agar aapka zehan bedaar nahi hai, aapka shaoor bedaar nahi hai, aap usko explain karne ki taqat aapke andar nahi hai,</w:t>
      </w:r>
      <w:r>
        <w:br/>
      </w:r>
      <w:r>
        <w:rPr>
          <w:sz w:val="20"/>
        </w:rPr>
        <w:t>3:38  to negative result niklega, aap phans karte jayenge ismein. aur aapki zindagi mein stop ho jayega.</w:t>
      </w:r>
    </w:p>
    <w:p>
      <w:pPr>
        <w:pStyle w:val="Heading2"/>
      </w:pPr>
      <w:r>
        <w:t>Difference between spirituality and religion</w:t>
      </w:r>
    </w:p>
    <w:p>
      <w:r>
        <w:rPr>
          <w:color w:val="666666"/>
          <w:sz w:val="18"/>
        </w:rPr>
        <w:t>Spirituality · Discovery of Paradise November 15, 2020 Maulana Wahiduddin Khan · 2m 51s · at 29:16 · https://youtu.be/Ig1kHk5K3zE?t=1756</w:t>
      </w:r>
    </w:p>
    <w:p>
      <w:r>
        <w:rPr>
          <w:i/>
        </w:rPr>
        <w:t>“What is spirituality and what is religion? What is the difference between the two? Please clarify.”</w:t>
      </w:r>
    </w:p>
    <w:p>
      <w:r>
        <w:rPr>
          <w:sz w:val="20"/>
        </w:rPr>
        <w:t>29:16  muhammad bilal shafi sahib ne sawal bheja hai. unho ne aapse poocha hai ke: "maulana, spirituality kya hai aur religion kya hai?\</w:t>
      </w:r>
      <w:r>
        <w:br/>
      </w:r>
      <w:r>
        <w:rPr>
          <w:sz w:val="20"/>
        </w:rPr>
        <w:t>29:28  in dono mein kya difference hai? is ko wazeh karen."</w:t>
      </w:r>
      <w:r>
        <w:br/>
      </w:r>
      <w:r>
        <w:rPr>
          <w:sz w:val="20"/>
        </w:rPr>
        <w:t>29:33  main samajhta hoon ke yeh bohat saada question nahi hai.</w:t>
      </w:r>
      <w:r>
        <w:br/>
      </w:r>
      <w:r>
        <w:rPr>
          <w:sz w:val="20"/>
        </w:rPr>
        <w:t>29:42  it required life long study.</w:t>
      </w:r>
      <w:r>
        <w:br/>
      </w:r>
      <w:r>
        <w:rPr>
          <w:sz w:val="20"/>
        </w:rPr>
        <w:t>29:51  to agar aap janna chahte hain to deep study karni pare gi. woh possible nahi hai.</w:t>
      </w:r>
      <w:r>
        <w:br/>
      </w:r>
      <w:r>
        <w:rPr>
          <w:sz w:val="20"/>
        </w:rPr>
        <w:t>30:05  Mahboob bhai ne comment bheja hai Mumbai se. unho ne likha hai: "Maulana, Allah se dua hai ke aap ki guidance mere liye aur zameen par basne wale sabhi insano ke liye lambi muddat tak rahe.</w:t>
      </w:r>
      <w:r>
        <w:br/>
      </w:r>
      <w:r>
        <w:rPr>
          <w:sz w:val="20"/>
        </w:rPr>
        <w:t>30:24  aap ki Allah har tarah se hifazat kare."</w:t>
      </w:r>
      <w:r>
        <w:br/>
      </w:r>
      <w:r>
        <w:rPr>
          <w:sz w:val="20"/>
        </w:rPr>
        <w:t>30:30  Masha Allah, Masha Allah, Masha Allah. Tariq Badar sahib ne comment bheja hai Pakistan se.</w:t>
      </w:r>
      <w:r>
        <w:br/>
      </w:r>
      <w:r>
        <w:rPr>
          <w:sz w:val="20"/>
        </w:rPr>
        <w:t>30:42  unho ne likha hai: "Maulana sahib, your two books are extraordinary in discovering God.</w:t>
      </w:r>
      <w:r>
        <w:br/>
      </w:r>
      <w:r>
        <w:rPr>
          <w:sz w:val="20"/>
        </w:rPr>
        <w:t>30:52  these two books are Allah Akbar and Kitab e Marifat. we are trying that these books reaches to maximum people in Pakistan."</w:t>
      </w:r>
      <w:r>
        <w:br/>
      </w:r>
      <w:r>
        <w:rPr>
          <w:sz w:val="20"/>
        </w:rPr>
        <w:t>31:07  Okay, we will end the session now. Thank you.</w:t>
      </w:r>
    </w:p>
    <w:p>
      <w:pPr>
        <w:pStyle w:val="Heading2"/>
      </w:pPr>
      <w:r>
        <w:t>Differing emphases after self-purification</w:t>
      </w:r>
    </w:p>
    <w:p>
      <w:r>
        <w:rPr>
          <w:color w:val="666666"/>
          <w:sz w:val="18"/>
        </w:rPr>
        <w:t>Spirituality · Importance of Travel in Religion July 28, 2024 · 2m 12s · at 45:00 · https://youtu.be/a5tfBcUSYXc?t=2700</w:t>
      </w:r>
    </w:p>
    <w:p>
      <w:r>
        <w:rPr>
          <w:i/>
        </w:rPr>
        <w:t>“There are multiple points of view in religious thoughts. Everyone agrees upon tazkiyah nafs, but after that some people emphasize on dawah work, some on jihad, some on charity, some on Sufism, and some on iqamat-e-din.”</w:t>
      </w:r>
    </w:p>
    <w:p>
      <w:r>
        <w:rPr>
          <w:sz w:val="20"/>
        </w:rPr>
        <w:t>45:00  May Allah help me." Apa yeh ek sawal bheja hai Pakistan ne. Pakistan se Anis Rehman sahib ne aaj ke topic se to related nahi hai, lekin phir bhi main aap se poochna chahunga.</w:t>
      </w:r>
      <w:r>
        <w:br/>
      </w:r>
      <w:r>
        <w:rPr>
          <w:sz w:val="20"/>
        </w:rPr>
        <w:t>45:14  Un ka sawal hai ke "There are multiple points of views on religious thoughts.</w:t>
      </w:r>
      <w:r>
        <w:br/>
      </w:r>
      <w:r>
        <w:rPr>
          <w:sz w:val="20"/>
        </w:rPr>
        <w:t>45:20  Everyone agrees upon tazkiya-e-nafs, but after that some people emphasize on da'wah work, some on jihad, some on charity, some on sufism, and some on iqamat-e-deen.</w:t>
      </w:r>
      <w:r>
        <w:br/>
      </w:r>
      <w:r>
        <w:rPr>
          <w:sz w:val="20"/>
        </w:rPr>
        <w:t>45:35  So everyone has their references and details, and it seems right. How to know which one should we choose?</w:t>
      </w:r>
      <w:r>
        <w:br/>
      </w:r>
      <w:r>
        <w:rPr>
          <w:sz w:val="20"/>
        </w:rPr>
        <w:t>45:44  Is ke baray mein batayen."</w:t>
      </w:r>
      <w:r>
        <w:br/>
      </w:r>
      <w:r>
        <w:rPr>
          <w:sz w:val="20"/>
        </w:rPr>
        <w:t>45:49  Dekhiye, tazkiya-e-nafs to theek hai, hamesha apne aap, apna apne aap ko purification of the self karna hai, aur yeh dono sath sath chalega.</w:t>
      </w:r>
      <w:r>
        <w:br/>
      </w:r>
      <w:r>
        <w:rPr>
          <w:sz w:val="20"/>
        </w:rPr>
        <w:t>45:59  Apna tazkiya aur jo kuch hamare paas hai, us ko doosron se share karna hai. Lekin iqamat-e-deen ka to koi reference nahi.</w:t>
      </w:r>
      <w:r>
        <w:br/>
      </w:r>
      <w:r>
        <w:rPr>
          <w:sz w:val="20"/>
        </w:rPr>
        <w:t>46:07  Maulana ne apni kitab "Tabeeri Ghalati Mein" aur "Deen Ki Siyasi Ta'beer" mein bohat hi clear tareeqay se bataya hai ke woh iqamat-e-deen ka woh bilkul galat hawale hain.</w:t>
      </w:r>
      <w:r>
        <w:br/>
      </w:r>
      <w:r>
        <w:rPr>
          <w:sz w:val="20"/>
        </w:rPr>
        <w:t>46:17  Ab aap aap khud tafseer dekhiye aur khud us ko discover kijiye, samjhiye us ko ke kya is Quran ke mutabiq hai aur Rasool Allah (SAW) ki kya sunnat hai aur Sahaba ka kya uswa hai.</w:t>
      </w:r>
      <w:r>
        <w:br/>
      </w:r>
      <w:r>
        <w:rPr>
          <w:sz w:val="20"/>
        </w:rPr>
        <w:t>46:33  Yeh sab teeno cheez aap dekhiye aur us ke mutabiq jo ho, woh aap kijiye. Tazkiya-e-nafs to sab ka hi tha. Ji, der der tak raat ko ibadat karna kitna zyada mushkil kaam hai.</w:t>
      </w:r>
      <w:r>
        <w:br/>
      </w:r>
      <w:r>
        <w:rPr>
          <w:sz w:val="20"/>
        </w:rPr>
        <w:t>46:44  Isi liye kar dein apna tazkiya-e-nafs karne ke liye. To phir us ke baad saare log da'wah work kar rahe thay, saare Sahaba.</w:t>
      </w:r>
      <w:r>
        <w:br/>
      </w:r>
      <w:r>
        <w:rPr>
          <w:sz w:val="20"/>
        </w:rPr>
        <w:t>46:52  To woh hum karenge na? Yeh nahi ke koi ek aadmi agar kuch keh raha hai to us ko, us ko thori hum follow karenge. Saare Sahaba kya kaam kar rahe hain?</w:t>
      </w:r>
      <w:r>
        <w:br/>
      </w:r>
      <w:r>
        <w:rPr>
          <w:sz w:val="20"/>
        </w:rPr>
        <w:t>47:01  Saare Prophet kya kaam kar rahe hain? Quran kya keh raha hai? Aap us ko dekhiye aur us ke mutabiq apna la'ih-e-amal mutayyan kijiye.</w:t>
      </w:r>
      <w:r>
        <w:br/>
      </w:r>
      <w:r>
        <w:rPr>
          <w:sz w:val="20"/>
        </w:rPr>
        <w:t>47:10  Ji ji, apa bilkul aap ne sahi farmaya.</w:t>
      </w:r>
    </w:p>
    <w:p>
      <w:pPr>
        <w:pStyle w:val="Heading2"/>
      </w:pPr>
      <w:r>
        <w:t>Discovering one's helplessness before God daily</w:t>
      </w:r>
    </w:p>
    <w:p>
      <w:r>
        <w:rPr>
          <w:color w:val="666666"/>
          <w:sz w:val="18"/>
        </w:rPr>
        <w:t>Spirituality · Dars-e-Quran, Chapter 2, Verse 37 | January  07, 2018 · 3m 10s · at 1:13:33 · https://youtu.be/ao6Cr57KuEM?t=4413</w:t>
      </w:r>
    </w:p>
    <w:p>
      <w:r>
        <w:rPr>
          <w:i/>
        </w:rPr>
        <w:t>“Maulana, can we discover our own helplessness every day? Because God...”</w:t>
      </w:r>
    </w:p>
    <w:p>
      <w:r>
        <w:rPr>
          <w:sz w:val="20"/>
        </w:rPr>
        <w:t>1:13:33  ji maulana, agla sawal aaya hai doha qatar se</w:t>
      </w:r>
      <w:r>
        <w:br/>
      </w:r>
      <w:r>
        <w:rPr>
          <w:sz w:val="20"/>
        </w:rPr>
        <w:t>1:13:39  maulana abdul basit umri sahib ka.</w:t>
      </w:r>
      <w:r>
        <w:br/>
      </w:r>
      <w:r>
        <w:rPr>
          <w:sz w:val="20"/>
        </w:rPr>
        <w:t>1:13:47  انہوں نے لکھا ہے: "مولانا، کیا اپنے urges کو ہم روزانہ دریافت کر سکتے ہیں؟ کیونکہ خدا</w:t>
      </w:r>
      <w:r>
        <w:br/>
      </w:r>
      <w:r>
        <w:rPr>
          <w:sz w:val="20"/>
        </w:rPr>
        <w:t>1:13:54  se gehra ta'alluq edges ki daryaft ke baad hi hota hai." rozana aap kehte hain har moment, har</w:t>
      </w:r>
      <w:r>
        <w:br/>
      </w:r>
      <w:r>
        <w:rPr>
          <w:sz w:val="20"/>
        </w:rPr>
        <w:t>1:14:02  lamha woh cheez</w:t>
      </w:r>
      <w:r>
        <w:br/>
      </w:r>
      <w:r>
        <w:rPr>
          <w:sz w:val="20"/>
        </w:rPr>
        <w:t>1:14:10  , yani discoverable hoti hai.</w:t>
      </w:r>
      <w:r>
        <w:br/>
      </w:r>
      <w:r>
        <w:rPr>
          <w:sz w:val="20"/>
        </w:rPr>
        <w:t>1:14:18  yani har har cheez mein hum ko daryaft hota hai ke yeh baat kaise hogi.</w:t>
      </w:r>
      <w:r>
        <w:br/>
      </w:r>
      <w:r>
        <w:rPr>
          <w:sz w:val="20"/>
        </w:rPr>
        <w:t>1:14:26  isi isi baat ko hutoobur ne kaha tha ke tum ek glass pani piyo aur pani to body</w:t>
      </w:r>
      <w:r>
        <w:br/>
      </w:r>
      <w:r>
        <w:rPr>
          <w:sz w:val="20"/>
        </w:rPr>
        <w:t>1:14:34  mein ja kar ke,</w:t>
      </w:r>
      <w:r>
        <w:br/>
      </w:r>
      <w:r>
        <w:rPr>
          <w:sz w:val="20"/>
        </w:rPr>
        <w:t>1:14:42  , yani hazam ho jae.</w:t>
      </w:r>
      <w:r>
        <w:br/>
      </w:r>
      <w:r>
        <w:rPr>
          <w:sz w:val="20"/>
        </w:rPr>
        <w:t>1:14:47  to isi pe shukr wajib hai.</w:t>
      </w:r>
      <w:r>
        <w:br/>
      </w:r>
      <w:r>
        <w:rPr>
          <w:sz w:val="20"/>
        </w:rPr>
        <w:t>1:14:53  yani ek glass pani ka aap piyen to ek system chahiye body ke andar.</w:t>
      </w:r>
      <w:r>
        <w:br/>
      </w:r>
      <w:r>
        <w:rPr>
          <w:sz w:val="20"/>
        </w:rPr>
        <w:t>1:14:58  wo system is ko accept kare to pani milega, aap ko nahin to pani nahin milega.</w:t>
      </w:r>
      <w:r>
        <w:br/>
      </w:r>
      <w:r>
        <w:rPr>
          <w:sz w:val="20"/>
        </w:rPr>
        <w:t>1:15:03  to wo system kis ne banaya? wo to khaliq ne banaya.</w:t>
      </w:r>
      <w:r>
        <w:br/>
      </w:r>
      <w:r>
        <w:rPr>
          <w:sz w:val="20"/>
        </w:rPr>
        <w:t>1:15:08  to ek glass pani pe shukr wajib hai, chawal ke ek dane par shukr wajib hai,</w:t>
      </w:r>
      <w:r>
        <w:br/>
      </w:r>
      <w:r>
        <w:rPr>
          <w:sz w:val="20"/>
        </w:rPr>
        <w:t>1:15:13  sans lete hain aap, is par shukr wajib hai.</w:t>
      </w:r>
      <w:r>
        <w:br/>
      </w:r>
      <w:r>
        <w:rPr>
          <w:sz w:val="20"/>
        </w:rPr>
        <w:t>1:15:18  har cheez par, har cheez par, har cheez par.</w:t>
      </w:r>
      <w:r>
        <w:br/>
      </w:r>
      <w:r>
        <w:rPr>
          <w:sz w:val="20"/>
        </w:rPr>
        <w:t>1:15:23  yeh to aik continuous process hai, yeh koi aik waqt ki baat nahi hai.</w:t>
      </w:r>
      <w:r>
        <w:br/>
      </w:r>
      <w:r>
        <w:rPr>
          <w:sz w:val="20"/>
        </w:rPr>
        <w:t>1:15:28  Okay, we will end the session now.</w:t>
      </w:r>
      <w:r>
        <w:br/>
      </w:r>
      <w:r>
        <w:rPr>
          <w:sz w:val="20"/>
        </w:rPr>
        <w:t>1:15:33  We want to remind the viewers that if they want to support or sponsor the Quran distribution drives,</w:t>
      </w:r>
      <w:r>
        <w:br/>
      </w:r>
      <w:r>
        <w:rPr>
          <w:sz w:val="20"/>
        </w:rPr>
        <w:t>1:15:38  deen de can r</w:t>
      </w:r>
      <w:r>
        <w:br/>
      </w:r>
      <w:r>
        <w:rPr>
          <w:sz w:val="20"/>
        </w:rPr>
        <w:t>1:15:43  ite to us at info@cpsglobal.org. Thank you.</w:t>
      </w:r>
    </w:p>
    <w:p>
      <w:pPr>
        <w:pStyle w:val="Heading2"/>
      </w:pPr>
      <w:r>
        <w:t>Distinguishing right thinking from negativity</w:t>
      </w:r>
    </w:p>
    <w:p>
      <w:r>
        <w:rPr>
          <w:color w:val="666666"/>
          <w:sz w:val="18"/>
        </w:rPr>
        <w:t>Spirituality · Nation Building On India's Republic Day Jan 26, 2020 Maulana Wahiduddin Khan · 2m 13s · at 1:02:55 · https://youtu.be/58CVocbLAb8?t=3775</w:t>
      </w:r>
    </w:p>
    <w:p>
      <w:r>
        <w:rPr>
          <w:i/>
        </w:rPr>
        <w:t>“In Islam, thinking is also worship. What a thrilling quote! But it sometimes is difficult to discover which type of thinking is graded as prayer. Most of the time our thinking leads towards negativity. Please guide us on right thinking.”</w:t>
      </w:r>
    </w:p>
    <w:p>
      <w:r>
        <w:rPr>
          <w:sz w:val="20"/>
        </w:rPr>
        <w:t>1:02:55  sajid ahmed khan sahib ne nakpoor se sawal bheja hai. unhon ne likha hai: "islam mein sochna bhi ibadat hai. What a thrilling quote</w:t>
      </w:r>
      <w:r>
        <w:br/>
      </w:r>
      <w:r>
        <w:rPr>
          <w:sz w:val="20"/>
        </w:rPr>
        <w:t>1:03:05  . But it sometimes is difficult to discover which type of thinking is graded in prayer. Most of the time our thinking leads towards negativity.</w:t>
      </w:r>
      <w:r>
        <w:br/>
      </w:r>
      <w:r>
        <w:rPr>
          <w:sz w:val="20"/>
        </w:rPr>
        <w:t>1:03:18  Please guide us on right thinking."</w:t>
      </w:r>
      <w:r>
        <w:br/>
      </w:r>
      <w:r>
        <w:rPr>
          <w:sz w:val="20"/>
        </w:rPr>
        <w:t>1:03:27  ek lafz mein mein kahoon ga ke positive thinking۔ agar thinking positive nahi hai kisi ki nafrat sikhati hai aap ko kisi ladna sikhati hai to wo galat thinking hai.</w:t>
      </w:r>
      <w:r>
        <w:br/>
      </w:r>
      <w:r>
        <w:rPr>
          <w:sz w:val="20"/>
        </w:rPr>
        <w:t>1:03:43  kyunke wo thinking jo aap ke andar mohabbat paida kare insaniyat paida kare aur doosre se ka khair khwah banaye wo sachi thinking hai.</w:t>
      </w:r>
      <w:r>
        <w:br/>
      </w:r>
      <w:r>
        <w:rPr>
          <w:sz w:val="20"/>
        </w:rPr>
        <w:t>1:03:55  to sachi thinking positive thinking hai. sachi thinking positive thinking hai.</w:t>
      </w:r>
      <w:r>
        <w:br/>
      </w:r>
      <w:r>
        <w:rPr>
          <w:sz w:val="20"/>
        </w:rPr>
        <w:t>1:04:07  Okay we will end the</w:t>
      </w:r>
      <w:r>
        <w:br/>
      </w:r>
      <w:r>
        <w:rPr>
          <w:sz w:val="20"/>
        </w:rPr>
        <w:t>1:04:09  session now۔ Thank you۔</w:t>
      </w:r>
    </w:p>
    <w:p>
      <w:pPr>
        <w:pStyle w:val="Heading2"/>
      </w:pPr>
      <w:r>
        <w:t>Distraction during contemplation and reflection</w:t>
      </w:r>
    </w:p>
    <w:p>
      <w:r>
        <w:rPr>
          <w:color w:val="666666"/>
          <w:sz w:val="18"/>
        </w:rPr>
        <w:t>Spirituality · 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Divine wisdom vs philosophical wisdom</w:t>
      </w:r>
    </w:p>
    <w:p>
      <w:r>
        <w:rPr>
          <w:color w:val="666666"/>
          <w:sz w:val="18"/>
        </w:rPr>
        <w:t>Spirituality · How to Develop Pratical Wisdom May 5, 2024 · 4m 28s · at 21:03 · https://youtu.be/QIKxtH-MyMM?t=1263</w:t>
      </w:r>
    </w:p>
    <w:p>
      <w:r>
        <w:rPr>
          <w:i/>
        </w:rPr>
        <w:t>“How is wisdom from God different from philosophical wisdom?”</w:t>
      </w:r>
    </w:p>
    <w:p>
      <w:r>
        <w:rPr>
          <w:sz w:val="20"/>
        </w:rPr>
        <w:t>21:03  ji apa aik sawal, kyun ke aap ne abhi philosophy ko le kar bare achhe se samjhaya, to doctor naghma siddiqui ne dilli se sawal bheja ke "How is wisdom from God different from philosophical wisdom?" is ko bhi aap wazeh kar dein.</w:t>
      </w:r>
      <w:r>
        <w:br/>
      </w:r>
      <w:r>
        <w:rPr>
          <w:sz w:val="20"/>
        </w:rPr>
        <w:t>21:19  mere khayal se abhi aap ne touch upon bhi kiya, kyun ke philosophy is man made, and wisdom jo hamein milti hai woh wahi ki shakal mein, through revelation ke zariye se hum is ko paas</w:t>
      </w:r>
      <w:r>
        <w:br/>
      </w:r>
      <w:r>
        <w:rPr>
          <w:sz w:val="20"/>
        </w:rPr>
        <w:t>21:30  kute hain. to thoda sa agar aap is ko expand kar dein, apa. asal mein aqal ki limitation hai. ji greek philosophers jo hain, woh aqal ke zariye se baton ko samajhna chah rahe thay, to is wajah se un ko matlab poori rehnumai un ko nahi mili.</w:t>
      </w:r>
      <w:r>
        <w:br/>
      </w:r>
      <w:r>
        <w:rPr>
          <w:sz w:val="20"/>
        </w:rPr>
        <w:t>21:47  unhon ne falsafa bohat zyada develop kiya, baad mein muslim philosophers ne bhi develop kiya, lekin woh kisi nateejay tak nahi pahunch paye. jab</w:t>
      </w:r>
      <w:r>
        <w:br/>
      </w:r>
      <w:r>
        <w:rPr>
          <w:sz w:val="20"/>
        </w:rPr>
        <w:t>21:56  ke agar hum quran ki rehnumai mein yeh ghor o fikr karte hain to hum aik nateejay tak pahunchte hain. to aik main baat yeh hai ke jab hum samajhte hain ke yeh dunya jo hai, yeh sirf yeh eternal nahi hai, hamein ephemeral aik life hai hamari, hamein kuch din yahan rehna hai,</w:t>
      </w:r>
      <w:r>
        <w:br/>
      </w:r>
      <w:r>
        <w:rPr>
          <w:sz w:val="20"/>
        </w:rPr>
        <w:t>22:18  yeh ideal nahi hai, balkeh ideal jo hai, woh perfect world, ideal world akhirat hai.</w:t>
      </w:r>
      <w:r>
        <w:br/>
      </w:r>
      <w:r>
        <w:rPr>
          <w:sz w:val="20"/>
        </w:rPr>
        <w:t>22:25  to yeh samajh kar hum ko jab tak yeh understanding hamare andar na hogi, hum koi bhi baat nahi samjhe samajh sakte. kyun ke tamam greek philosophers se le kar ke ideal king, ideal man, aik Al-Jilli aik philosopher tha, woh Insan, Insan al-kamil,</w:t>
      </w:r>
      <w:r>
        <w:br/>
      </w:r>
      <w:r>
        <w:rPr>
          <w:sz w:val="20"/>
        </w:rPr>
        <w:t>22:45  a perfect man, isi mein woh lage rahe, lage rahe. halankeh is dunya mein perfection hai hi nahi, to kahan se milega?</w:t>
      </w:r>
      <w:r>
        <w:br/>
      </w:r>
      <w:r>
        <w:rPr>
          <w:sz w:val="20"/>
        </w:rPr>
        <w:t>22:54  isi liye hamein chahiye ke hum wahi ki rehnumai mein yeh koshish karein in baton ko samajhne ki. is ne Alexander, Aristotle ne bohat koshish ki thi Alexander par ke woh jo hai aik ideal king banega, lekin woh nahi ideal king bana.</w:t>
      </w:r>
      <w:r>
        <w:br/>
      </w:r>
      <w:r>
        <w:rPr>
          <w:sz w:val="20"/>
        </w:rPr>
        <w:t>23:15  kingdom milti, woh kehte hain power corrupts and absolute power corrupts, absolutely. to</w:t>
      </w:r>
      <w:r>
        <w:br/>
      </w:r>
      <w:r>
        <w:rPr>
          <w:sz w:val="20"/>
        </w:rPr>
        <w:t>23:21  woh is dunya mein jo cheez mumkin nahi, us ke upar woh apne ghore daurate rahe, to is waja se unhein kuch mila nahi. finally logon ne switch kiya science ki taraf, tab ja ke dunya ko bohat kuch science ke zariye se, technology ke zariye se dunya ko bohat kuch mila.</w:t>
      </w:r>
      <w:r>
        <w:br/>
      </w:r>
      <w:r>
        <w:rPr>
          <w:sz w:val="20"/>
        </w:rPr>
        <w:t>23:41  philosophy jo kehte thay queen of of arts hai, lekin philosophy se logon ko kuch mila nahi, kyunke woh limitations hain philosophy ki.</w:t>
      </w:r>
      <w:r>
        <w:br/>
      </w:r>
      <w:r>
        <w:rPr>
          <w:sz w:val="20"/>
        </w:rPr>
        <w:t>23:52  agar unhon ne Khuda ki revelation jo hai, us ki rehnumai mein kaam kiya hota, tab un ko sare rehnuma usool milte.</w:t>
      </w:r>
      <w:r>
        <w:br/>
      </w:r>
      <w:r>
        <w:rPr>
          <w:sz w:val="20"/>
        </w:rPr>
        <w:t>24:01  jaise Maulana ne aik aik Arsalah ka aik nikala hai, shumarah 2018 mein, January 2018</w:t>
      </w:r>
      <w:r>
        <w:br/>
      </w:r>
      <w:r>
        <w:rPr>
          <w:sz w:val="20"/>
        </w:rPr>
        <w:t>24:10  , to us mein bohat sare rehnuma usool bataye hain jo ke Rasool Allah salallaho alaihi wasallam ki zindagi se unhon ne liye hain.</w:t>
      </w:r>
      <w:r>
        <w:br/>
      </w:r>
      <w:r>
        <w:rPr>
          <w:sz w:val="20"/>
        </w:rPr>
        <w:t>24:19  to conclusion jo hai, woh wahan se unhon ne draw kiya hai. to pehle log samajhte nahi thay wisdom aur practical wisdom ka farq.</w:t>
      </w:r>
      <w:r>
        <w:br/>
      </w:r>
      <w:r>
        <w:rPr>
          <w:sz w:val="20"/>
        </w:rPr>
        <w:t>24:28  to Maulana ne bar bar is par likha aur bohat mehnat ki ke agar jab tak ke hum practical wisdom ko samjhenge nahi, hum apne mamlaat ko rectify nahi kar sakte.</w:t>
      </w:r>
      <w:r>
        <w:br/>
      </w:r>
      <w:r>
        <w:rPr>
          <w:sz w:val="20"/>
        </w:rPr>
        <w:t>24:40  to yeh farq hai, kyunke hamare paas poora ilm hi nahi hai. jab poora ilm hi nahi hai, to hum kisi bhi baaton ko, jo hai teh tak pohnch nahi sakte.</w:t>
      </w:r>
      <w:r>
        <w:br/>
      </w:r>
      <w:r>
        <w:rPr>
          <w:sz w:val="20"/>
        </w:rPr>
        <w:t>24:52  ji apa, aur apa Maulana ne kafi is ke bare mein baat cheet bhi ki hai. Burton Russell ka jaise bohat example dete thay ke "all is life is study philosophy", but he failed to come up with any credible ideology.</w:t>
      </w:r>
      <w:r>
        <w:br/>
      </w:r>
      <w:r>
        <w:rPr>
          <w:sz w:val="20"/>
        </w:rPr>
        <w:t>25:08  to kisi ne kaha bhi ke he was a philosopher of no philosophy. aur apa Hazrat Mass se bhi attributed hain ke jab woh aakhri dinon mein thay aur log un se knowledge lene ke liye jatay thay, to woh kehte thay ke "save yourself from absurd philosophy or absurd reasoning".</w:t>
      </w:r>
      <w:r>
        <w:br/>
      </w:r>
      <w:r>
        <w:rPr>
          <w:sz w:val="20"/>
        </w:rPr>
        <w:t>25:26  to kaha gaya tha ke bhai aap because it is unscientific. apa</w:t>
      </w:r>
    </w:p>
    <w:p>
      <w:pPr>
        <w:pStyle w:val="Heading2"/>
      </w:pPr>
      <w:r>
        <w:t>Effectiveness of Sufi meditation for stress</w:t>
      </w:r>
    </w:p>
    <w:p>
      <w:r>
        <w:rPr>
          <w:color w:val="666666"/>
          <w:sz w:val="18"/>
        </w:rPr>
        <w:t>Spirituality · Contribution of Sufism in India May 29, 2011 · 3m 00s · at 1:35:23 · https://youtu.be/lzxSaTnomio?t=5723</w:t>
      </w:r>
    </w:p>
    <w:p>
      <w:r>
        <w:rPr>
          <w:i/>
        </w:rPr>
        <w:t>“Sufism focuses on meditation. How far is the practice successful to mitigate stress? Kindly comment.”</w:t>
      </w:r>
    </w:p>
    <w:p>
      <w:r>
        <w:rPr>
          <w:sz w:val="20"/>
        </w:rPr>
        <w:t>1:35:23  miss satohi malhotra ne dili se sawal kiya hai, unhon ne likha hai: "sufism focuses on meditation.</w:t>
      </w:r>
      <w:r>
        <w:br/>
      </w:r>
      <w:r>
        <w:rPr>
          <w:sz w:val="20"/>
        </w:rPr>
        <w:t>1:35:32  how far is the practice successful to mitigate stress?" kindly comment. dekhen, main to meditation ko nahi manta,</w:t>
      </w:r>
      <w:r>
        <w:br/>
      </w:r>
      <w:r>
        <w:rPr>
          <w:sz w:val="20"/>
        </w:rPr>
        <w:t>1:35:46  main to contemplation ko manta hoon. tamam sufiyon ka meditation hai, yani jo kehte hain muraqba.</w:t>
      </w:r>
      <w:r>
        <w:br/>
      </w:r>
      <w:r>
        <w:rPr>
          <w:sz w:val="20"/>
        </w:rPr>
        <w:t>1:35:54  yeh method ki baat hai. un ka jo method hai, woh muraqba based hai, yani</w:t>
      </w:r>
      <w:r>
        <w:br/>
      </w:r>
      <w:r>
        <w:rPr>
          <w:sz w:val="20"/>
        </w:rPr>
        <w:t>1:36:04  meditation par. hum jo mante hain, jo spirituality ko, hamari jo spirituality hai, woh contemplation base karti hai, yani soch, ghor o fikr, sochna, tafakkur, tadabbur, is par base karti hai.</w:t>
      </w:r>
      <w:r>
        <w:br/>
      </w:r>
      <w:r>
        <w:rPr>
          <w:sz w:val="20"/>
        </w:rPr>
        <w:t>1:36:15  to yeh method ka farq hai.</w:t>
      </w:r>
      <w:r>
        <w:br/>
      </w:r>
      <w:r>
        <w:rPr>
          <w:sz w:val="20"/>
        </w:rPr>
        <w:t>1:36:20  mr amir bin yousaf ne pakistan se likha hai: "main ne aap se toheed ke bohat sare points seekhe hain, magar sufism ne to mazaaraat aur hindu muslim mix culture create kiya.</w:t>
      </w:r>
      <w:r>
        <w:br/>
      </w:r>
      <w:r>
        <w:rPr>
          <w:sz w:val="20"/>
        </w:rPr>
        <w:t>1:36:35  arab ke musalman aur hamare hindustan aur pakistan ke musalman mein jo toheed ke problems hain, woh sab sufism ki education ki wajah se hain.</w:t>
      </w:r>
      <w:r>
        <w:br/>
      </w:r>
      <w:r>
        <w:rPr>
          <w:sz w:val="20"/>
        </w:rPr>
        <w:t>1:36:46  is ke bare mein aap kya kahenge?"</w:t>
      </w:r>
      <w:r>
        <w:br/>
      </w:r>
      <w:r>
        <w:rPr>
          <w:sz w:val="20"/>
        </w:rPr>
        <w:t>1:36:49  aaj kal jo so called muahideen hain, un mein yeh bohat kharabiyan hain. agar aap minus point talash karenge na, to so called muahideen, muahideen jo hain toheed wale, un ka kharabi kami nahi hai.</w:t>
      </w:r>
      <w:r>
        <w:br/>
      </w:r>
      <w:r>
        <w:rPr>
          <w:sz w:val="20"/>
        </w:rPr>
        <w:t>1:37:04  to aap bajaye is ke ke minus point talash karein, aap positive point talash kijiye. is waqt jo main ne koshish ki thi, woh yeh thi ke jo thirst, jo thirst tha, mera thirst ke kis tarike se musalmanon ka jo mind jo hai, chala ja raha hai tashaddud ki taraf.</w:t>
      </w:r>
      <w:r>
        <w:br/>
      </w:r>
      <w:r>
        <w:rPr>
          <w:sz w:val="20"/>
        </w:rPr>
        <w:t>1:37:20  is ko bari cheez samjhe baithe hain: gun culture, bomb culture, suicide culture, bohat bari cheez samjhe baithe hain. isi se woh dunya mein phir se aik islami empire qaim karenge.</w:t>
      </w:r>
      <w:r>
        <w:br/>
      </w:r>
      <w:r>
        <w:rPr>
          <w:sz w:val="20"/>
        </w:rPr>
        <w:t>1:37:30  sab yeh sab bilkul false, false, false, yani false, false foot par based</w:t>
      </w:r>
      <w:r>
        <w:br/>
      </w:r>
      <w:r>
        <w:rPr>
          <w:sz w:val="20"/>
        </w:rPr>
        <w:t>1:37:37  hai. to false foot is ko hatana kisi tarike se aur aman wala jo tareeqa hai, us par lana. main thirst mera is par yeh tha.</w:t>
      </w:r>
      <w:r>
        <w:br/>
      </w:r>
      <w:r>
        <w:rPr>
          <w:sz w:val="20"/>
        </w:rPr>
        <w:t>1:37:46  baqi minus point har cheez mein hote hain, plus point har cheez mein hote hain. to aap ko justice karna chahiye. justice. okay, i would like to read a comment.</w:t>
      </w:r>
      <w:r>
        <w:br/>
      </w:r>
      <w:r>
        <w:rPr>
          <w:sz w:val="20"/>
        </w:rPr>
        <w:t>1:37:57  it has come from dr farida khanam, who is written and spoken a lot about sufism.</w:t>
      </w:r>
      <w:r>
        <w:br/>
      </w:r>
      <w:r>
        <w:rPr>
          <w:sz w:val="20"/>
        </w:rPr>
        <w:t>1:38:03  she has written: "the early sufis did not deviate from sharia. it was in later times that many innovations were made." aur model that is cps model, aur early sufis, we don't have to follow what is happening today in dargahs.</w:t>
      </w:r>
    </w:p>
    <w:p>
      <w:pPr>
        <w:pStyle w:val="Heading2"/>
      </w:pPr>
      <w:r>
        <w:t>Elaboration on patience with reflection</w:t>
      </w:r>
    </w:p>
    <w:p>
      <w:r>
        <w:rPr>
          <w:color w:val="666666"/>
          <w:sz w:val="18"/>
        </w:rPr>
        <w:t>Spirituality · 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Explain Taleef-e-Qalb with an example</w:t>
      </w:r>
    </w:p>
    <w:p>
      <w:r>
        <w:rPr>
          <w:color w:val="666666"/>
          <w:sz w:val="18"/>
        </w:rPr>
        <w:t>Spirituality · Creative Solution or Ijtihadi Hal September 16, 2012 · 3m 49s · at 1:01:33 · https://youtu.be/yBKbiu0d_1A?t=3693</w:t>
      </w:r>
    </w:p>
    <w:p>
      <w:r>
        <w:rPr>
          <w:i/>
        </w:rPr>
        <w:t>“Please explain Tālīf al-Qalb (softening the heart) with an example.”</w:t>
      </w:r>
    </w:p>
    <w:p>
      <w:r>
        <w:rPr>
          <w:sz w:val="20"/>
        </w:rPr>
        <w:t>1:01:33  maulana, agla sawal dilli se hai nafees sahab ka. unhon ne aap se talif-e-qalb ke bare mein poocha hai aur unhon ne likha hai ke agar koi misaal de kar agar aap samjhane ki koshish karein to bohat meharbani hogi.</w:t>
      </w:r>
      <w:r>
        <w:br/>
      </w:r>
      <w:r>
        <w:rPr>
          <w:sz w:val="20"/>
        </w:rPr>
        <w:t>1:01:50  dekhein, talif-e-qalb jo hai, is ko angrezi mein kahen ge "softening". "softening the heart" dil ko naram karna aur yeh ek fitrat ka qanoon hai.</w:t>
      </w:r>
      <w:r>
        <w:br/>
      </w:r>
      <w:r>
        <w:rPr>
          <w:sz w:val="20"/>
        </w:rPr>
        <w:t>1:02:07  aap har kaam mein aap aisa karte hain. aap jab business karte hain ya aap job karte hain, aap rishtedaron se milte hain, har jagah aap yeh usool istemal karte hain.</w:t>
      </w:r>
      <w:r>
        <w:br/>
      </w:r>
      <w:r>
        <w:rPr>
          <w:sz w:val="20"/>
        </w:rPr>
        <w:t>1:02:18  talif-e-qalb ka, yani dil ko naram karne wali baat,</w:t>
      </w:r>
      <w:r>
        <w:br/>
      </w:r>
      <w:r>
        <w:rPr>
          <w:sz w:val="20"/>
        </w:rPr>
        <w:t>1:02:24  to yeh koi anokhi baat nahi hai. isi ka islam mein dawat ke maqsad ke liye istemal kiya gaya hai.</w:t>
      </w:r>
      <w:r>
        <w:br/>
      </w:r>
      <w:r>
        <w:rPr>
          <w:sz w:val="20"/>
        </w:rPr>
        <w:t>1:02:31  woh kaise? jaise ke aap naram boli bolein, achhe alfaz mein us ko خطاب karein.</w:t>
      </w:r>
      <w:r>
        <w:br/>
      </w:r>
      <w:r>
        <w:rPr>
          <w:sz w:val="20"/>
        </w:rPr>
        <w:t>1:02:45  ek kitab, woh farz ki jiye ke kharidne ki likha raha hai, aap free mein de dein us ko. yeh sab talif-e-qalb hai.</w:t>
      </w:r>
      <w:r>
        <w:br/>
      </w:r>
      <w:r>
        <w:rPr>
          <w:sz w:val="20"/>
        </w:rPr>
        <w:t>1:02:54  jaise ek sahab ne mujhe waqea bataya ke woh bus mein safar kar rahe the to hamare haan ki chhapi hui kitab, uska naam hai "insan apne aap ko pehchan".</w:t>
      </w:r>
      <w:r>
        <w:br/>
      </w:r>
      <w:r>
        <w:rPr>
          <w:sz w:val="20"/>
        </w:rPr>
        <w:t>1:03:07  woh urdu mein, hindi mein, english mein, teeno zabano mein milti hai. to woh parh rahe the us ko</w:t>
      </w:r>
      <w:r>
        <w:br/>
      </w:r>
      <w:r>
        <w:rPr>
          <w:sz w:val="20"/>
        </w:rPr>
        <w:t>1:03:13  to ek ghair muslim wahan baithe hue the. un ko yeh naam kuch, ek ek woh kuch naam se attract hue, woh ke "insan ne apne aap ko pehchan".</w:t>
      </w:r>
      <w:r>
        <w:br/>
      </w:r>
      <w:r>
        <w:rPr>
          <w:sz w:val="20"/>
        </w:rPr>
        <w:t>1:03:25  to unhon ne kaha ke yeh kitab kya mein kharid sakta hoon? matlab is kitab ko chahte the ke paise de kar khareedein. to unhon ne kaha, "main aap ko gift deta hoon, yeh hai talif-e-qalb"</w:t>
      </w:r>
      <w:r>
        <w:br/>
      </w:r>
      <w:r>
        <w:rPr>
          <w:sz w:val="20"/>
        </w:rPr>
        <w:t>1:03:40  . to talif-e-qalb koi anokhi cheez nahi hai. mauqa mauqe ke lehaz se, jaise aap kisi jagah gaye, kisi gurudware mein, mandir mein, to wahan prashad diya.</w:t>
      </w:r>
      <w:r>
        <w:br/>
      </w:r>
      <w:r>
        <w:rPr>
          <w:sz w:val="20"/>
        </w:rPr>
        <w:t>1:03:54  unhon ne ab aap kahein ke "hai yeh to yeh to shirk hai, yeh to yeh to jaiz nahi hai". to yeh talif-e-qalb ke khilaf hoga. aap le lijiye us ko bohat shauq se, shukriya ka ada karte hue,</w:t>
      </w:r>
      <w:r>
        <w:br/>
      </w:r>
      <w:r>
        <w:rPr>
          <w:sz w:val="20"/>
        </w:rPr>
        <w:t>1:04:06  woh talif-e-qalb ki niyat se lijiye us ko to sawab ho jaye ga aap ko. to talif-e-qalb ka koi laga bata usool nahi hai.</w:t>
      </w:r>
      <w:r>
        <w:br/>
      </w:r>
      <w:r>
        <w:rPr>
          <w:sz w:val="20"/>
        </w:rPr>
        <w:t>1:04:18  mauqa ke lehaz se mad'u ko ke dil ko naram karna aur us ko is aisa, yani aisi situation create karna ke bohat hi normal zehan ke sath woh aap se baat kare, aap kitab ko parhe.</w:t>
      </w:r>
      <w:r>
        <w:br/>
      </w:r>
      <w:r>
        <w:rPr>
          <w:sz w:val="20"/>
        </w:rPr>
        <w:t>1:04:37  bas isi ka naam talif-e-qalb hai. is ka is ki koi fees nahi bana sakte hum.</w:t>
      </w:r>
      <w:r>
        <w:br/>
      </w:r>
      <w:r>
        <w:rPr>
          <w:sz w:val="20"/>
        </w:rPr>
        <w:t>1:04:44  koi is ki fees nahi hai ke aap jab mandir mein jayein to prashad qabool kar lein. aisi koi fees nahi hai. har mauqe ke lehaz se talif-e-qalb hoti hai.</w:t>
      </w:r>
      <w:r>
        <w:br/>
      </w:r>
      <w:r>
        <w:rPr>
          <w:sz w:val="20"/>
        </w:rPr>
        <w:t>1:04:57  to agar aap ko dawat ka jazba aap ke andar zinda hai, aap mad'u ke sath aap khair khwah hain, yani aap ke andar mad'u friendly zehan hai, aap ke andar mad'u friendly zehan hai, to aap khud foran aap ko samajh mein aa jaye ga ke yahan par hum talif-e-qalb ka kaun sa tareeqa istemal karein jo mu'assir ho.</w:t>
      </w:r>
    </w:p>
    <w:p>
      <w:pPr>
        <w:pStyle w:val="Heading2"/>
      </w:pPr>
      <w:r>
        <w:t>Explain inner meaning vs inner reality</w:t>
      </w:r>
    </w:p>
    <w:p>
      <w:r>
        <w:rPr>
          <w:color w:val="666666"/>
          <w:sz w:val="18"/>
        </w:rPr>
        <w:t>Spirituality · Discovery of Paradise March 22, 2015 · 2m 24s · at 51:18 · https://youtu.be/2axrfd7sZkE?t=3078</w:t>
      </w:r>
    </w:p>
    <w:p>
      <w:r>
        <w:rPr>
          <w:i/>
        </w:rPr>
        <w:t>“Maulana, knowing the inner meaning is intellectual development, knowing the inner reality is spirituality. Please explain this further.”</w:t>
      </w:r>
    </w:p>
    <w:p>
      <w:r>
        <w:rPr>
          <w:sz w:val="20"/>
        </w:rPr>
        <w:t>51:18  Maulana, agla sawal Chennai se kiya hai Maulana Iqbal Umri ne, aur unhon ne likha hai: "Maulana, inner meaning ko janna hi intellectual development hai,</w:t>
      </w:r>
      <w:r>
        <w:br/>
      </w:r>
      <w:r>
        <w:rPr>
          <w:sz w:val="20"/>
        </w:rPr>
        <w:t>51:32  inner reality ko janna hi spirituality hai. Maulana, is ki mazeed wazahat karein."</w:t>
      </w:r>
      <w:r>
        <w:br/>
      </w:r>
      <w:r>
        <w:rPr>
          <w:sz w:val="20"/>
        </w:rPr>
        <w:t>51:42  mera matlab yeh hai ke log cheezon ko face value pe lete hain,</w:t>
      </w:r>
      <w:r>
        <w:br/>
      </w:r>
      <w:r>
        <w:rPr>
          <w:sz w:val="20"/>
        </w:rPr>
        <w:t>51:47  face value par is ke gehrai mein ja kar nahi sochte. misaal ke taur par, suraj nikla to bas nikal aaya, us ko bas face value pe le liya ke suraj to nikalta hi hai.</w:t>
      </w:r>
      <w:r>
        <w:br/>
      </w:r>
      <w:r>
        <w:rPr>
          <w:sz w:val="20"/>
        </w:rPr>
        <w:t>51:59  lekin mein ne socha ke suraj itni badi cheez hai ke</w:t>
      </w:r>
      <w:r>
        <w:br/>
      </w:r>
      <w:r>
        <w:rPr>
          <w:sz w:val="20"/>
        </w:rPr>
        <w:t>52:06  billion trillion saal se kaise isi tarah se nikal raha hai, aur</w:t>
      </w:r>
      <w:r>
        <w:br/>
      </w:r>
      <w:r>
        <w:rPr>
          <w:sz w:val="20"/>
        </w:rPr>
        <w:t>52:10  itne bahut hi thick distance par wo hai. is ka distance kam ho jaye, tab bhi wo mere liye wo bekar ho jayega.</w:t>
      </w:r>
      <w:r>
        <w:br/>
      </w:r>
      <w:r>
        <w:rPr>
          <w:sz w:val="20"/>
        </w:rPr>
        <w:t>52:22  zyada ho jaye, tab bhi bekar ho jayega. to is ki, yaani is ki takhleeq ke bare mein mein sochne laga.</w:t>
      </w:r>
      <w:r>
        <w:br/>
      </w:r>
      <w:r>
        <w:rPr>
          <w:sz w:val="20"/>
        </w:rPr>
        <w:t>52:32  to agar aap cheezon ko, yaani face value par lein, to aap is ki jo real meaning hai, us se bekhabar rahenge.</w:t>
      </w:r>
      <w:r>
        <w:br/>
      </w:r>
      <w:r>
        <w:rPr>
          <w:sz w:val="20"/>
        </w:rPr>
        <w:t>52:41  lekin face value ke aage jo is ki deeper sense mein jayein, aap to aap ko is ki haqeeqat maloom hogi.</w:t>
      </w:r>
      <w:r>
        <w:br/>
      </w:r>
      <w:r>
        <w:rPr>
          <w:sz w:val="20"/>
        </w:rPr>
        <w:t>52:51  yeh har cheez mein hota hai, har cheez mein hota hai. aisa</w:t>
      </w:r>
      <w:r>
        <w:br/>
      </w:r>
      <w:r>
        <w:rPr>
          <w:sz w:val="20"/>
        </w:rPr>
        <w:t>52:57  ek phool mein ne dekha to us mein saath makhi aayi aur use lagi is ka nectar lene. to mein ne socha, kaisi ajeeb baat hai ke ek ek ek poda hai, us ke neeche ek tana hai, phir shaakh hai, phir patti hai, wahan par ek phool hai.</w:t>
      </w:r>
      <w:r>
        <w:br/>
      </w:r>
      <w:r>
        <w:rPr>
          <w:sz w:val="20"/>
        </w:rPr>
        <w:t>53:16  is phool ke andar nature ne wahan par ek nectar rakh diya, us ko leti hai shayad ki makhi.</w:t>
      </w:r>
      <w:r>
        <w:br/>
      </w:r>
      <w:r>
        <w:rPr>
          <w:sz w:val="20"/>
        </w:rPr>
        <w:t>53:24  to face value pe lein to kuch nahi dikhai dega, lekin jab aap deeper sense mein lein to us mein bahut zabardast wisdom dikhai dega aap ko.</w:t>
      </w:r>
      <w:r>
        <w:br/>
      </w:r>
      <w:r>
        <w:rPr>
          <w:sz w:val="20"/>
        </w:rPr>
        <w:t>53:34  yeh har cheez ka mamla hai.</w:t>
      </w:r>
    </w:p>
    <w:p>
      <w:pPr>
        <w:pStyle w:val="Heading2"/>
      </w:pPr>
      <w:r>
        <w:t>Explaining Taleef-e-Qalb softening hearts</w:t>
      </w:r>
    </w:p>
    <w:p>
      <w:r>
        <w:rPr>
          <w:color w:val="666666"/>
          <w:sz w:val="18"/>
        </w:rPr>
        <w:t>Spirituality · Creative Solution or Ijtihadi Hal I 16th Sept. 2012 - Maulana Wahiduddin Khan · 3m 49s · at 1:01:57 · https://youtu.be/yhR_5zojzHI?t=3717</w:t>
      </w:r>
    </w:p>
    <w:p>
      <w:r>
        <w:rPr>
          <w:i/>
        </w:rPr>
        <w:t>“Please explain Taleef-e-Qalb (softening of hearts). If you give an example and try to explain, it would be very kind.”</w:t>
      </w:r>
    </w:p>
    <w:p>
      <w:r>
        <w:rPr>
          <w:sz w:val="20"/>
        </w:rPr>
        <w:t>1:01:57  maulana, agla sawal dilli se hai nafees sahab ka. unhon ne aap se talif-e-qalb ke bare mein poocha hai aur unhon ne likha hai ke agar koi udharan de kar agar aap samjhane ka priyas karen to ateeq kripa hogi.</w:t>
      </w:r>
      <w:r>
        <w:br/>
      </w:r>
      <w:r>
        <w:rPr>
          <w:sz w:val="20"/>
        </w:rPr>
        <w:t>1:02:14  dekhen, talif-e-qalb jo hai, is ko angrezi mein kahen ge "softening". "softening the heart".</w:t>
      </w:r>
      <w:r>
        <w:br/>
      </w:r>
      <w:r>
        <w:rPr>
          <w:sz w:val="20"/>
        </w:rPr>
        <w:t>1:02:24  dil ko narm karna</w:t>
      </w:r>
      <w:r>
        <w:br/>
      </w:r>
      <w:r>
        <w:rPr>
          <w:sz w:val="20"/>
        </w:rPr>
        <w:t>1:02:27  aur yeh ek fitrat ka qanoon hai. aap har kaam mein aap aisa karte hain. aap jab business karte hain ya aap job karte hain, aap rishtedaron se milte hain, har jagah aap yeh usool istemal karte hain.</w:t>
      </w:r>
      <w:r>
        <w:br/>
      </w:r>
      <w:r>
        <w:rPr>
          <w:sz w:val="20"/>
        </w:rPr>
        <w:t>1:02:43  talif-e-qalb ka, yani dil ko narm karne wali baat.</w:t>
      </w:r>
      <w:r>
        <w:br/>
      </w:r>
      <w:r>
        <w:rPr>
          <w:sz w:val="20"/>
        </w:rPr>
        <w:t>1:02:49  to yeh koi anokhi baat nahi hai. isi ka islam mein dawat ke maqsad ke liye istemal kiya gaya hai.</w:t>
      </w:r>
      <w:r>
        <w:br/>
      </w:r>
      <w:r>
        <w:rPr>
          <w:sz w:val="20"/>
        </w:rPr>
        <w:t>1:02:56  woh kaise? jaise ke aap narm boli bolen, achhe alfaz mein is ko khitab karen.</w:t>
      </w:r>
      <w:r>
        <w:br/>
      </w:r>
      <w:r>
        <w:rPr>
          <w:sz w:val="20"/>
        </w:rPr>
        <w:t>1:03:09  ek kitab, woh farz ki jiye ke kharidne ke liye keh raha hai, aap free mein de den is ko. yeh sab talif-e-qalb hai.</w:t>
      </w:r>
      <w:r>
        <w:br/>
      </w:r>
      <w:r>
        <w:rPr>
          <w:sz w:val="20"/>
        </w:rPr>
        <w:t>1:03:18  jaise ek sahab ne mujhe waqea bataya ke woh bus mein safar kar rahe the to hamare haan ki chhapi hui kitab, is ka naam hai "insan apne aap ko pehchan".</w:t>
      </w:r>
      <w:r>
        <w:br/>
      </w:r>
      <w:r>
        <w:rPr>
          <w:sz w:val="20"/>
        </w:rPr>
        <w:t>1:03:32  woh urdu mein, hindi mein, english mein, teeno zubanon mein milti hai.</w:t>
      </w:r>
      <w:r>
        <w:br/>
      </w:r>
      <w:r>
        <w:rPr>
          <w:sz w:val="20"/>
        </w:rPr>
        <w:t>1:03:36  to woh parh rahe the is ko to ek ghair muslim wahan baithe hue the. un ko yeh naam kuch, ek ek, woh kuch naam se attract hue, woh ke "insan ne apne aap ko pehchan".</w:t>
      </w:r>
      <w:r>
        <w:br/>
      </w:r>
      <w:r>
        <w:rPr>
          <w:sz w:val="20"/>
        </w:rPr>
        <w:t>1:03:50  to unhon ne kaha ke yeh kitab kya main kharid sakta hoon? matlab is kitab ko chahte the ke paise de kar khareeden. to unhon ne kaha "main aap ko gift deta hoon".</w:t>
      </w:r>
      <w:r>
        <w:br/>
      </w:r>
      <w:r>
        <w:rPr>
          <w:sz w:val="20"/>
        </w:rPr>
        <w:t>1:04:03  yeh hai talif-e-qalb.</w:t>
      </w:r>
      <w:r>
        <w:br/>
      </w:r>
      <w:r>
        <w:rPr>
          <w:sz w:val="20"/>
        </w:rPr>
        <w:t>1:04:05  to talif-e-qalb koi anokhi cheez nahi hai. mauqa mauqe ke lehaz se, jaise aap kisi jagah gaye, kisi gurudware mein, mandir mein to wahan prashad diya.</w:t>
      </w:r>
      <w:r>
        <w:br/>
      </w:r>
      <w:r>
        <w:rPr>
          <w:sz w:val="20"/>
        </w:rPr>
        <w:t>1:04:19  unhon ne ab aap kahen ke "hai yeh to, yeh to shirk hai, yeh to, yeh to jaiz nahi hai". to yeh talif-e-qalb ke khilaf hoga.</w:t>
      </w:r>
      <w:r>
        <w:br/>
      </w:r>
      <w:r>
        <w:rPr>
          <w:sz w:val="20"/>
        </w:rPr>
        <w:t>1:04:26  aap le lijye is ko bohat shauq se, shukriya ka ada karte hue. woh talif-e-qalb ki niyat se lijye is ko to sawab ho jaye ga aap ko.</w:t>
      </w:r>
      <w:r>
        <w:br/>
      </w:r>
      <w:r>
        <w:rPr>
          <w:sz w:val="20"/>
        </w:rPr>
        <w:t>1:04:37  to talif-e-qalb ka koi laga bata usool nahi hai. mauqe ke lehaz se mad'u ko ke dil ko narm karna aur is ko aisa,</w:t>
      </w:r>
      <w:r>
        <w:br/>
      </w:r>
      <w:r>
        <w:rPr>
          <w:sz w:val="20"/>
        </w:rPr>
        <w:t>1:04:54  yani aisi situation create karna ke bohat hi normal zehan ke sath woh aapse baat kare, aap kitab ko padhen.</w:t>
      </w:r>
      <w:r>
        <w:br/>
      </w:r>
      <w:r>
        <w:rPr>
          <w:sz w:val="20"/>
        </w:rPr>
        <w:t>1:05:02  bas isi ka naam talif-e-qalb hai. is ka, is ki koi fees nahi bana sakte hum. koi is ki fees nahi hai ke aaj jab mandir mein jayen to barsaat qabool kar len.</w:t>
      </w:r>
      <w:r>
        <w:br/>
      </w:r>
      <w:r>
        <w:rPr>
          <w:sz w:val="20"/>
        </w:rPr>
        <w:t>1:05:14  aisi koi fees nahi hai.</w:t>
      </w:r>
      <w:r>
        <w:br/>
      </w:r>
      <w:r>
        <w:rPr>
          <w:sz w:val="20"/>
        </w:rPr>
        <w:t>1:05:17  har mauqe ke lehaz se talif-e-qalb hoti hai. to agar aap ko dawat ka jazba aap ke andar zinda hai, aap mad'u ke sath aap khair khwah hain, yani aap ke andar mad'u friendly zehan hai, aap ke andar mad'u friendly zehan hai, to aap khud foran aap ko samajh mein aa jaye ga ke yahan par hum talif-e-qalb ka kaun sa tareeqa istemal karen jo mu'assir ho.</w:t>
      </w:r>
    </w:p>
    <w:p>
      <w:pPr>
        <w:pStyle w:val="Heading2"/>
      </w:pPr>
      <w:r>
        <w:t>Explanation of reconciliation of hearts</w:t>
      </w:r>
    </w:p>
    <w:p>
      <w:r>
        <w:rPr>
          <w:color w:val="666666"/>
          <w:sz w:val="18"/>
        </w:rPr>
        <w:t>Spirituality · Creative Solution or Ijtihadi Hul 16th Sep '12 SLOW · 3m 46s · at 1:03:36 · https://youtu.be/Ri7r6K65b2Y?t=3816</w:t>
      </w:r>
    </w:p>
    <w:p>
      <w:r>
        <w:rPr>
          <w:i/>
        </w:rPr>
        <w:t>“Please explain about 'taleef-e-qalb' (reconciliation of hearts). If you could explain with an example, it would be very kind.”</w:t>
      </w:r>
    </w:p>
    <w:p>
      <w:r>
        <w:rPr>
          <w:sz w:val="20"/>
        </w:rPr>
        <w:t>1:03:36  maulana, agla sawal dilli se hai nafeez sahib ka.</w:t>
      </w:r>
      <w:r>
        <w:br/>
      </w:r>
      <w:r>
        <w:rPr>
          <w:sz w:val="20"/>
        </w:rPr>
        <w:t>1:03:40  unhon ne aap se talif-e-qalb ke bare mein poocha hai aur unhon ne likha hai ke agar</w:t>
      </w:r>
      <w:r>
        <w:br/>
      </w:r>
      <w:r>
        <w:rPr>
          <w:sz w:val="20"/>
        </w:rPr>
        <w:t>1:03:47  koi misaal de kar agar aap samjhane ka koshish karen to bohat meharbani hogi.</w:t>
      </w:r>
      <w:r>
        <w:br/>
      </w:r>
      <w:r>
        <w:rPr>
          <w:sz w:val="20"/>
        </w:rPr>
        <w:t>1:03:53  dekhen, talif-e-qalb jo hai, is ko angrezi mein kahenge "softening".</w:t>
      </w:r>
      <w:r>
        <w:br/>
      </w:r>
      <w:r>
        <w:rPr>
          <w:sz w:val="20"/>
        </w:rPr>
        <w:t>1:03:59  "softening the heart" dil ko naram karna, aur yeh ek fitrat ka qanoon hai.</w:t>
      </w:r>
      <w:r>
        <w:br/>
      </w:r>
      <w:r>
        <w:rPr>
          <w:sz w:val="20"/>
        </w:rPr>
        <w:t>1:04:05  aap har kaam mein aisa karte hain.</w:t>
      </w:r>
      <w:r>
        <w:br/>
      </w:r>
      <w:r>
        <w:rPr>
          <w:sz w:val="20"/>
        </w:rPr>
        <w:t>1:04:08  aap jab business karte hain ya aap job karte hain, aap rishtedaron se milte hain, har jagah</w:t>
      </w:r>
      <w:r>
        <w:br/>
      </w:r>
      <w:r>
        <w:rPr>
          <w:sz w:val="20"/>
        </w:rPr>
        <w:t>1:04:15  aap yeh usool istemal karte hain talif-e-qalb ka, yaani dil ko naram karne wali baat.</w:t>
      </w:r>
      <w:r>
        <w:br/>
      </w:r>
      <w:r>
        <w:rPr>
          <w:sz w:val="20"/>
        </w:rPr>
        <w:t>1:04:22  to yeh koi anokhi baat nahin hai.</w:t>
      </w:r>
      <w:r>
        <w:br/>
      </w:r>
      <w:r>
        <w:rPr>
          <w:sz w:val="20"/>
        </w:rPr>
        <w:t>1:04:25  isi ka islam mein dawat ke maqsad ke liye istemal kiya gaya hai.</w:t>
      </w:r>
      <w:r>
        <w:br/>
      </w:r>
      <w:r>
        <w:rPr>
          <w:sz w:val="20"/>
        </w:rPr>
        <w:t>1:04:31  woh kaise? jaise ke aap naram boli bolen, achhe alfaaz mein is ko khitab karen.</w:t>
      </w:r>
      <w:r>
        <w:br/>
      </w:r>
      <w:r>
        <w:rPr>
          <w:sz w:val="20"/>
        </w:rPr>
        <w:t>1:04:37  ek kitab woh farz ki jiye ke khareedne ke liye keh raha hai, aap free mein de den is</w:t>
      </w:r>
      <w:r>
        <w:br/>
      </w:r>
      <w:r>
        <w:rPr>
          <w:sz w:val="20"/>
        </w:rPr>
        <w:t>1:04:45  ko.</w:t>
      </w:r>
      <w:r>
        <w:br/>
      </w:r>
      <w:r>
        <w:rPr>
          <w:sz w:val="20"/>
        </w:rPr>
        <w:t>1:04:46  yeh sab talif-e-qalb hai.</w:t>
      </w:r>
      <w:r>
        <w:br/>
      </w:r>
      <w:r>
        <w:rPr>
          <w:sz w:val="20"/>
        </w:rPr>
        <w:t>1:04:49  jaise ek sahab ne mujhe waqea bataya ke woh bus mein safar kar rahe the to hamare haan</w:t>
      </w:r>
      <w:r>
        <w:br/>
      </w:r>
      <w:r>
        <w:rPr>
          <w:sz w:val="20"/>
        </w:rPr>
        <w:t>1:04:56  ki chhapi hui kitaab, is ka naam hai "insaan apne aap ko pehchan".</w:t>
      </w:r>
      <w:r>
        <w:br/>
      </w:r>
      <w:r>
        <w:rPr>
          <w:sz w:val="20"/>
        </w:rPr>
        <w:t>1:05:02  woh urdu mein, hindi mein, english mein, teeno zabanon mein milti hai.</w:t>
      </w:r>
      <w:r>
        <w:br/>
      </w:r>
      <w:r>
        <w:rPr>
          <w:sz w:val="20"/>
        </w:rPr>
        <w:t>1:05:07  to woh parh rahe the is ko to ek ghair muslim wahan baithe hue the, un ko yeh</w:t>
      </w:r>
      <w:r>
        <w:br/>
      </w:r>
      <w:r>
        <w:rPr>
          <w:sz w:val="20"/>
        </w:rPr>
        <w:t>1:05:15  naam kuch ek ek woh kuch naam se attract hue, woh ke "insaan ne apne aap ko pehchan".</w:t>
      </w:r>
      <w:r>
        <w:br/>
      </w:r>
      <w:r>
        <w:rPr>
          <w:sz w:val="20"/>
        </w:rPr>
        <w:t>1:05:22  to unhon ne kaha ke yeh kitaab kya mein khareed sakta hoon? matlab is kitaab ko chahte the</w:t>
      </w:r>
      <w:r>
        <w:br/>
      </w:r>
      <w:r>
        <w:rPr>
          <w:sz w:val="20"/>
        </w:rPr>
        <w:t>1:05:30  ke paise de kar khareedein.</w:t>
      </w:r>
      <w:r>
        <w:br/>
      </w:r>
      <w:r>
        <w:rPr>
          <w:sz w:val="20"/>
        </w:rPr>
        <w:t>1:05:32  to unhon ne kaha is ko mein aap ko gift deta hoon.</w:t>
      </w:r>
      <w:r>
        <w:br/>
      </w:r>
      <w:r>
        <w:rPr>
          <w:sz w:val="20"/>
        </w:rPr>
        <w:t>1:05:37  yeh hai talif-e-qalb.</w:t>
      </w:r>
      <w:r>
        <w:br/>
      </w:r>
      <w:r>
        <w:rPr>
          <w:sz w:val="20"/>
        </w:rPr>
        <w:t>1:05:39  to talif-e-qalb koi anokhi cheez nahi hai.</w:t>
      </w:r>
      <w:r>
        <w:br/>
      </w:r>
      <w:r>
        <w:rPr>
          <w:sz w:val="20"/>
        </w:rPr>
        <w:t>1:05:43  mauqa mauqa ke lehaz se, jaise aap kisi jagah gaye, kisi gurudware mein, mandir mein to wahan parshad</w:t>
      </w:r>
      <w:r>
        <w:br/>
      </w:r>
      <w:r>
        <w:rPr>
          <w:sz w:val="20"/>
        </w:rPr>
        <w:t>1:05:50  diya.</w:t>
      </w:r>
      <w:r>
        <w:br/>
      </w:r>
      <w:r>
        <w:rPr>
          <w:sz w:val="20"/>
        </w:rPr>
        <w:t>1:05:52  ab aap kahein ke "ae yeh to yeh to shirk hai, yeh to yeh to jaiz nahi hai".</w:t>
      </w:r>
      <w:r>
        <w:br/>
      </w:r>
      <w:r>
        <w:rPr>
          <w:sz w:val="20"/>
        </w:rPr>
        <w:t>1:05:59  to yeh talif-e-qalb ke khilaf hoga.</w:t>
      </w:r>
      <w:r>
        <w:br/>
      </w:r>
      <w:r>
        <w:rPr>
          <w:sz w:val="20"/>
        </w:rPr>
        <w:t>1:06:02  aap le lijiye is ko bohat shauq se, shukriya ada karte hue, aur woh talif-e-qalb ki niyat</w:t>
      </w:r>
      <w:r>
        <w:br/>
      </w:r>
      <w:r>
        <w:rPr>
          <w:sz w:val="20"/>
        </w:rPr>
        <w:t>1:06:10  se lijiye is ko to sawab ho jaye ga aap ko.</w:t>
      </w:r>
      <w:r>
        <w:br/>
      </w:r>
      <w:r>
        <w:rPr>
          <w:sz w:val="20"/>
        </w:rPr>
        <w:t>1:06:15  to talif-e-qalb ka koi laga bata hasil nahi hai.</w:t>
      </w:r>
      <w:r>
        <w:br/>
      </w:r>
      <w:r>
        <w:rPr>
          <w:sz w:val="20"/>
        </w:rPr>
        <w:t>1:06:19  mauqa ke lehaz se mad'u ko ke dil ko naram karna aur us ko is aisa, yani aisi</w:t>
      </w:r>
      <w:r>
        <w:br/>
      </w:r>
      <w:r>
        <w:rPr>
          <w:sz w:val="20"/>
        </w:rPr>
        <w:t>1:06:27  situation create karna ke bohat hi normal zehan ke sath woh aap se baat kare, aap kitaab ko</w:t>
      </w:r>
      <w:r>
        <w:br/>
      </w:r>
      <w:r>
        <w:rPr>
          <w:sz w:val="20"/>
        </w:rPr>
        <w:t>1:06:35  parhein.</w:t>
      </w:r>
      <w:r>
        <w:br/>
      </w:r>
      <w:r>
        <w:rPr>
          <w:sz w:val="20"/>
        </w:rPr>
        <w:t>1:06:36  bas isi ka naam talif-e-qalb hai.</w:t>
      </w:r>
      <w:r>
        <w:br/>
      </w:r>
      <w:r>
        <w:rPr>
          <w:sz w:val="20"/>
        </w:rPr>
        <w:t>1:06:39  is ka is ki koi fees nahi bana sakte aap.</w:t>
      </w:r>
      <w:r>
        <w:br/>
      </w:r>
      <w:r>
        <w:rPr>
          <w:sz w:val="20"/>
        </w:rPr>
        <w:t>1:06:43  koi is ki fees nahi hai ke aap jab mandir mein jayein to parshad qabool kar lein.</w:t>
      </w:r>
      <w:r>
        <w:br/>
      </w:r>
      <w:r>
        <w:rPr>
          <w:sz w:val="20"/>
        </w:rPr>
        <w:t>1:06:51  aisi koi fees nahi hai.</w:t>
      </w:r>
      <w:r>
        <w:br/>
      </w:r>
      <w:r>
        <w:rPr>
          <w:sz w:val="20"/>
        </w:rPr>
        <w:t>1:06:53  har mauqa ke lehaz se talif-e-qalb hoti hai.</w:t>
      </w:r>
      <w:r>
        <w:br/>
      </w:r>
      <w:r>
        <w:rPr>
          <w:sz w:val="20"/>
        </w:rPr>
        <w:t>1:06:57  to agar aap ko dawat ka jazba aap ke andar deta hai, aap madu ke sath aap ka</w:t>
      </w:r>
      <w:r>
        <w:br/>
      </w:r>
      <w:r>
        <w:rPr>
          <w:sz w:val="20"/>
        </w:rPr>
        <w:t>1:07:04  rafqa hain, yaani aap ke andar madu friendly zehan hai, aap ke andar madu friendly zehan hai, to</w:t>
      </w:r>
      <w:r>
        <w:br/>
      </w:r>
      <w:r>
        <w:rPr>
          <w:sz w:val="20"/>
        </w:rPr>
        <w:t>1:07:12  aap khud foran aap ko samajh mein aa jayega ke yahan par hum talif e qalb ka kaun</w:t>
      </w:r>
      <w:r>
        <w:br/>
      </w:r>
      <w:r>
        <w:rPr>
          <w:sz w:val="20"/>
        </w:rPr>
        <w:t>1:07:20  sa tareeqa istemal karen jo moasser ho.</w:t>
      </w:r>
    </w:p>
    <w:p>
      <w:pPr>
        <w:pStyle w:val="Heading2"/>
      </w:pPr>
      <w:r>
        <w:t>Extracting divine wisdom from daily experiences</w:t>
      </w:r>
    </w:p>
    <w:p>
      <w:r>
        <w:rPr>
          <w:color w:val="666666"/>
          <w:sz w:val="18"/>
        </w:rPr>
        <w:t>Spirituality · How to Lead a Life of Fulfilment September 24, 2017 · 2m 26s · at 50:38 · https://youtu.be/WUoQOo2_zd8?t=3038</w:t>
      </w:r>
    </w:p>
    <w:p>
      <w:r>
        <w:rPr>
          <w:i/>
        </w:rPr>
        <w:t>“Kindly guide us how we can extract divine wisdom from daily experiences.”</w:t>
      </w:r>
    </w:p>
    <w:p>
      <w:r>
        <w:rPr>
          <w:sz w:val="20"/>
        </w:rPr>
        <w:t>50:38  isi tarah amir mori sahib ne bhi srinagar se yeh sawal bheja hai unhon ne likha hai</w:t>
      </w:r>
      <w:r>
        <w:br/>
      </w:r>
      <w:r>
        <w:rPr>
          <w:sz w:val="20"/>
        </w:rPr>
        <w:t>50:42  ke</w:t>
      </w:r>
      <w:r>
        <w:br/>
      </w:r>
      <w:r>
        <w:rPr>
          <w:sz w:val="20"/>
        </w:rPr>
        <w:t>50:44  molana kindly guide us how we can extract divine wisdom from our daily experiences</w:t>
      </w:r>
      <w:r>
        <w:br/>
      </w:r>
      <w:r>
        <w:rPr>
          <w:sz w:val="20"/>
        </w:rPr>
        <w:t>50:51  and become creative thinker as our mind always remain engulfed in materialistic things</w:t>
      </w:r>
      <w:r>
        <w:br/>
      </w:r>
      <w:r>
        <w:rPr>
          <w:sz w:val="20"/>
        </w:rPr>
        <w:t>51:00  dekhen yahi to is surah nahl jo hai yahi to lesson is ka hai aaj jo maine</w:t>
      </w:r>
      <w:r>
        <w:br/>
      </w:r>
      <w:r>
        <w:rPr>
          <w:sz w:val="20"/>
        </w:rPr>
        <w:t>51:07  surah nahl ka reference diya yahi to hai</w:t>
      </w:r>
      <w:r>
        <w:br/>
      </w:r>
      <w:r>
        <w:rPr>
          <w:sz w:val="20"/>
        </w:rPr>
        <w:t>51:13  ke honey bee ati hai brittle world mein yani phoolon ki duniya mein magar leti kya hai leti</w:t>
      </w:r>
      <w:r>
        <w:br/>
      </w:r>
      <w:r>
        <w:rPr>
          <w:sz w:val="20"/>
        </w:rPr>
        <w:t>51:22  hai nectar to aap business world mein hon</w:t>
      </w:r>
      <w:r>
        <w:br/>
      </w:r>
      <w:r>
        <w:rPr>
          <w:sz w:val="20"/>
        </w:rPr>
        <w:t>51:29  apne</w:t>
      </w:r>
      <w:r>
        <w:br/>
      </w:r>
      <w:r>
        <w:rPr>
          <w:sz w:val="20"/>
        </w:rPr>
        <w:t>51:30  job mein hon shopping center mein hon kuch bhi hon mind ko active rakhiye to har jagah mind jo hai nectar of wisdom nikalta rahega</w:t>
      </w:r>
      <w:r>
        <w:br/>
      </w:r>
      <w:r>
        <w:rPr>
          <w:sz w:val="20"/>
        </w:rPr>
        <w:t>51:46  nectar of wisdom kahin alag se nahi rakha hua hai woh har cheez ke andar hai</w:t>
      </w:r>
      <w:r>
        <w:br/>
      </w:r>
      <w:r>
        <w:rPr>
          <w:sz w:val="20"/>
        </w:rPr>
        <w:t>51:55  jaise jo shehad ki makhi ka jo nectar hai alag se nahi rakha hua hai woh phoolon ke andar hai to insan ke liye jo nectar of wisdom hai woh kahin alag se rakhi hui nahi hai har cheez mein hai</w:t>
      </w:r>
      <w:r>
        <w:br/>
      </w:r>
      <w:r>
        <w:rPr>
          <w:sz w:val="20"/>
        </w:rPr>
        <w:t>52:14  to aap apne mind ko alive rakhiye</w:t>
      </w:r>
      <w:r>
        <w:br/>
      </w:r>
      <w:r>
        <w:rPr>
          <w:sz w:val="20"/>
        </w:rPr>
        <w:t>52:21  mein bohat si misalein de sakta hoon ke kis tarah se mujhe</w:t>
      </w:r>
      <w:r>
        <w:br/>
      </w:r>
      <w:r>
        <w:rPr>
          <w:sz w:val="20"/>
        </w:rPr>
        <w:t>52:26  business world mein</w:t>
      </w:r>
      <w:r>
        <w:br/>
      </w:r>
      <w:r>
        <w:rPr>
          <w:sz w:val="20"/>
        </w:rPr>
        <w:t>52:29  aur har jagah</w:t>
      </w:r>
      <w:r>
        <w:br/>
      </w:r>
      <w:r>
        <w:rPr>
          <w:sz w:val="20"/>
        </w:rPr>
        <w:t>52:32  kahin bhi main hota hoon mujhe item milte rehte hain</w:t>
      </w:r>
      <w:r>
        <w:br/>
      </w:r>
      <w:r>
        <w:rPr>
          <w:sz w:val="20"/>
        </w:rPr>
        <w:t>52:37  kahin bhi agar aap mera safarnama padhein to safarnamay mein aise beshumar misalein hain ke main kahin</w:t>
      </w:r>
      <w:r>
        <w:br/>
      </w:r>
      <w:r>
        <w:rPr>
          <w:sz w:val="20"/>
        </w:rPr>
        <w:t>52:45  bhi hota hoon lekin mera mind trigger hota hai aur mujhe nectar milta rehta hai</w:t>
      </w:r>
      <w:r>
        <w:br/>
      </w:r>
      <w:r>
        <w:rPr>
          <w:sz w:val="20"/>
        </w:rPr>
        <w:t>52:54  yeh agar aap chahein to mere safarnama padh kar ke is is hikmat ko jaan sakte hain</w:t>
      </w:r>
    </w:p>
    <w:p>
      <w:pPr>
        <w:pStyle w:val="Heading2"/>
      </w:pPr>
      <w:r>
        <w:t>Eye-Opening Experiences in Sunday Classes</w:t>
      </w:r>
    </w:p>
    <w:p>
      <w:r>
        <w:rPr>
          <w:color w:val="666666"/>
          <w:sz w:val="18"/>
        </w:rPr>
        <w:t>Spirituality · Concept of Death in Islam August 26, 2012 · 2m 22s · at 1:28:50 · https://youtu.be/y0TJxKi0L94?t=5330</w:t>
      </w:r>
    </w:p>
    <w:p>
      <w:r>
        <w:rPr>
          <w:i/>
        </w:rPr>
        <w:t>“I was aware of the hadith 'Death is the destroyer of pleasures', but today's explanation gave deeper meaning to it, and it worked as an eye-opener. Maulana sahib, my question is: when we attend these Sunday classes, we experience many such eye-opening events, and it brings thrill and change in mindset. What is your guidance on this?”</w:t>
      </w:r>
    </w:p>
    <w:p>
      <w:r>
        <w:rPr>
          <w:sz w:val="20"/>
        </w:rPr>
        <w:t>1:28:50  maulana, agla sawal raipur se hai, idrees sahib</w:t>
      </w:r>
      <w:r>
        <w:br/>
      </w:r>
      <w:r>
        <w:rPr>
          <w:sz w:val="20"/>
        </w:rPr>
        <w:t>1:28:54  ne poocha hai, unhone likha hai: maut lazzat ko dha dene wali hai. I was aware of this hadith, but today's explanation gave deeper meaning to it, and it worked as an eye-opener.</w:t>
      </w:r>
      <w:r>
        <w:br/>
      </w:r>
      <w:r>
        <w:rPr>
          <w:sz w:val="20"/>
        </w:rPr>
        <w:t>1:29:09  maulana sahib but my question is, when we attend these Sunday classes, we experience many such eye-opening events, and it brings thrill and change in mindset.</w:t>
      </w:r>
      <w:r>
        <w:br/>
      </w:r>
      <w:r>
        <w:rPr>
          <w:sz w:val="20"/>
        </w:rPr>
        <w:t>1:29:22  but after some days, the intensity of the thrill gets diluted, and slowly we tend to drift back to usual mindset.</w:t>
      </w:r>
      <w:r>
        <w:br/>
      </w:r>
      <w:r>
        <w:rPr>
          <w:sz w:val="20"/>
        </w:rPr>
        <w:t>1:29:32  it seems permanent change in mindset is a very slow process. why does this happen, and is it possible to stop this drifting backwards?</w:t>
      </w:r>
      <w:r>
        <w:br/>
      </w:r>
      <w:r>
        <w:rPr>
          <w:sz w:val="20"/>
        </w:rPr>
        <w:t>1:29:43  kindly comment. dekhen, bohat hi aasan hai, bohat aasan</w:t>
      </w:r>
      <w:r>
        <w:br/>
      </w:r>
      <w:r>
        <w:rPr>
          <w:sz w:val="20"/>
        </w:rPr>
        <w:t>1:29:49  hai. ek maa baap jinke haan bachcha paida ho, woh baar baar us ko dekhte hain, baar baar us se pyar karte hain, baar baar us ko yaani chhoote hain, kiss karte hain.</w:t>
      </w:r>
      <w:r>
        <w:br/>
      </w:r>
      <w:r>
        <w:rPr>
          <w:sz w:val="20"/>
        </w:rPr>
        <w:t>1:30:03  to yeh baar baar jo karte hain, us se woh love jo hai, baqi rehti hai. agar ab maa baap aisa na karen to bachcha alag ho jayega, maa baap alag ho jayenge, phir koi ta'alluq nahi rahega.</w:t>
      </w:r>
      <w:r>
        <w:br/>
      </w:r>
      <w:r>
        <w:rPr>
          <w:sz w:val="20"/>
        </w:rPr>
        <w:t>1:30:14  to</w:t>
      </w:r>
      <w:r>
        <w:br/>
      </w:r>
      <w:r>
        <w:rPr>
          <w:sz w:val="20"/>
        </w:rPr>
        <w:t>1:30:15  aap jo sunte hain Sunday class mein, us ko repeat kijiye, phir suniye, phir suniye. kyunke yeh to aap jaante hain ke us ko aap download kar ke dobara sun sakte hain.</w:t>
      </w:r>
      <w:r>
        <w:br/>
      </w:r>
      <w:r>
        <w:rPr>
          <w:sz w:val="20"/>
        </w:rPr>
        <w:t>1:30:26  ek hi baar sun kar ke aap koi chhod dete hain us ko. jis tarah aap apne bachche ko baar baar dekh kar khush hote hain, baar baar us ko pyar kar ke khush hote hain, aur is tarah se us mohabbat ko continue rakhte hain.</w:t>
      </w:r>
      <w:r>
        <w:br/>
      </w:r>
      <w:r>
        <w:rPr>
          <w:sz w:val="20"/>
        </w:rPr>
        <w:t>1:30:43  isi tarah se aap is ko bhi kijiye, bar bar dekhiye, bar bar suniye, is par charcha kijiye.</w:t>
      </w:r>
      <w:r>
        <w:br/>
      </w:r>
      <w:r>
        <w:rPr>
          <w:sz w:val="20"/>
        </w:rPr>
        <w:t>1:30:50  meri rai yahi hai ke jo log bhi Sunday class mein aate hain, agar woh sirf ek bar aaye aur ek bar sun liya to is se un ko bohat kam faida hoga.</w:t>
      </w:r>
      <w:r>
        <w:br/>
      </w:r>
      <w:r>
        <w:rPr>
          <w:sz w:val="20"/>
        </w:rPr>
        <w:t>1:31:01  jis ko ziyada faida lena hai, zaroori hai ke woh download kar ke dobara sune, dobara sune, dobara sune. tabhi poora faida mil sakta hai is ka.</w:t>
      </w:r>
    </w:p>
    <w:p>
      <w:pPr>
        <w:pStyle w:val="Heading2"/>
      </w:pPr>
      <w:r>
        <w:t>Formula for living in gratitude in this world</w:t>
      </w:r>
    </w:p>
    <w:p>
      <w:r>
        <w:rPr>
          <w:color w:val="666666"/>
          <w:sz w:val="18"/>
        </w:rPr>
        <w:t>Spirituality · The Message of Eid Al-Adha November 6, 2011 Maulana Wahiduddin Khan · 2m 28s · at 1:31:41 · https://youtu.be/y59PU_RD2cg?t=5501</w:t>
      </w:r>
    </w:p>
    <w:p>
      <w:r>
        <w:rPr>
          <w:i/>
        </w:rPr>
        <w:t>“Maulana, what is the formula for living in a state of gratitude in this world of test?”</w:t>
      </w:r>
    </w:p>
    <w:p>
      <w:r>
        <w:rPr>
          <w:sz w:val="20"/>
        </w:rPr>
        <w:t>1:31:41  maulana, yeh sawal aaya hai maulana abdul basit ka doha qatar se. unhon ne likha hai: "maulana, shukr ki halat mein jeene ka formula kya hai is imtehan ki duniya mein?" is ke baray mein batayen.</w:t>
      </w:r>
      <w:r>
        <w:br/>
      </w:r>
      <w:r>
        <w:rPr>
          <w:sz w:val="20"/>
        </w:rPr>
        <w:t>1:32:06  mera tajruba to yahi hai ke shukr ke item ko bar bar daryaft karna parta hai, warna aadmi bhool jata hai. bar bar daryaft karna parta hai shukr ka item,</w:t>
      </w:r>
      <w:r>
        <w:br/>
      </w:r>
      <w:r>
        <w:rPr>
          <w:sz w:val="20"/>
        </w:rPr>
        <w:t>1:32:20  kyun ke waqeat hotay hain to woh waqeat awaz laga kar nahi atay. mislan hum yahan bethe hain to aakhri din aa rahi hai, to aakhri din chala kar to aati nahi hai.</w:t>
      </w:r>
      <w:r>
        <w:br/>
      </w:r>
      <w:r>
        <w:rPr>
          <w:sz w:val="20"/>
        </w:rPr>
        <w:t>1:32:32  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r>
        <w:br/>
      </w:r>
      <w:r>
        <w:rPr>
          <w:sz w:val="20"/>
        </w:rPr>
        <w:t>1:32:58  aise hum bol rahe hain, aap sun rahe hain, yeh bhi beech mein jo hua hai ya jo electronic jo beech mein zariya hai, woh chalata nahi hai.</w:t>
      </w:r>
      <w:r>
        <w:br/>
      </w:r>
      <w:r>
        <w:rPr>
          <w:sz w:val="20"/>
        </w:rPr>
        <w:t>1:33:09  to humein discover karna paray ga ke Allah taala ne kitna bara intezam kiya hai. to shukr ke item ko jo bar bar discover karta rahe, usi ka andar shukr jazba rahe ga, warna nahi rahe ga.</w:t>
      </w:r>
    </w:p>
    <w:p>
      <w:pPr>
        <w:pStyle w:val="Heading2"/>
      </w:pPr>
      <w:r>
        <w:t>Guidelines to Become Deserving of Paradise</w:t>
      </w:r>
    </w:p>
    <w:p>
      <w:r>
        <w:rPr>
          <w:color w:val="666666"/>
          <w:sz w:val="18"/>
        </w:rPr>
        <w:t>Spirituality · Discovery of Modern Age I 10th Feb. 13 · 2m 33s · at 1:04:40 · https://youtu.be/Yp5T0KacY84?t=3880</w:t>
      </w:r>
    </w:p>
    <w:p>
      <w:r>
        <w:rPr>
          <w:i/>
        </w:rPr>
        <w:t>“Paradise is the real goal and destination for which man should strive. Can you give some guidelines on how one should become a deserving candidate for Paradise?”</w:t>
      </w:r>
    </w:p>
    <w:p>
      <w:r>
        <w:rPr>
          <w:sz w:val="20"/>
        </w:rPr>
        <w:t>1:04:40  maulana, agla sawal Dilli se hai miss Naghma Siddiqui ka.</w:t>
      </w:r>
      <w:r>
        <w:br/>
      </w:r>
      <w:r>
        <w:rPr>
          <w:sz w:val="20"/>
        </w:rPr>
        <w:t>1:04:46  انہوں نے لکھا ہے: "Paradise is the real goal or destination for which man should strive for."</w:t>
      </w:r>
      <w:r>
        <w:br/>
      </w:r>
      <w:r>
        <w:rPr>
          <w:sz w:val="20"/>
        </w:rPr>
        <w:t>1:04:52  "Can you give some guidelines on how one should become a deserving candidate for Paradise?" Dekhiye, Quran</w:t>
      </w:r>
      <w:r>
        <w:br/>
      </w:r>
      <w:r>
        <w:rPr>
          <w:sz w:val="20"/>
        </w:rPr>
        <w:t>1:04:57  mein hai ke "zalk jadao muntziqa" ke jannat us ke liye hai jo apna tazkiya kare.</w:t>
      </w:r>
      <w:r>
        <w:br/>
      </w:r>
      <w:r>
        <w:rPr>
          <w:sz w:val="20"/>
        </w:rPr>
        <w:t>1:05:03  tazkiya ka matlab kya hai? Apne ko tayyar kare.</w:t>
      </w:r>
      <w:r>
        <w:br/>
      </w:r>
      <w:r>
        <w:rPr>
          <w:sz w:val="20"/>
        </w:rPr>
        <w:t>1:05:09  tayyar kiya maeni hai? Dekhiye, Quran mein bohat si ayatein hain is hawale se ke jannat ke log</w:t>
      </w:r>
      <w:r>
        <w:br/>
      </w:r>
      <w:r>
        <w:rPr>
          <w:sz w:val="20"/>
        </w:rPr>
        <w:t>1:05:15  bohat zyada un ke andar pak mind hoga, woh bohat zyada peaceful honge.</w:t>
      </w:r>
      <w:r>
        <w:br/>
      </w:r>
      <w:r>
        <w:rPr>
          <w:sz w:val="20"/>
        </w:rPr>
        <w:t>1:05:20  un ke andar bohat zyada, yani blushing hogi ek doosre ke liye.</w:t>
      </w:r>
      <w:r>
        <w:br/>
      </w:r>
      <w:r>
        <w:rPr>
          <w:sz w:val="20"/>
        </w:rPr>
        <w:t>1:05:26  woh kabhi kisi ke division create nahi karenge.</w:t>
      </w:r>
      <w:r>
        <w:br/>
      </w:r>
      <w:r>
        <w:rPr>
          <w:sz w:val="20"/>
        </w:rPr>
        <w:t>1:05:32  woh kabhi manfi boli nahi bolenge.</w:t>
      </w:r>
      <w:r>
        <w:br/>
      </w:r>
      <w:r>
        <w:rPr>
          <w:sz w:val="20"/>
        </w:rPr>
        <w:t>1:05:37  woh Alhamdulillah, Quran mein hai ke "wa khil alhamdu lillahi rabbil alameen".</w:t>
      </w:r>
      <w:r>
        <w:br/>
      </w:r>
      <w:r>
        <w:rPr>
          <w:sz w:val="20"/>
        </w:rPr>
        <w:t>1:05:43  woh hamd-e-khudawandi mein jiyenge, yani Khuda ki glory mein jiyenge.</w:t>
      </w:r>
      <w:r>
        <w:br/>
      </w:r>
      <w:r>
        <w:rPr>
          <w:sz w:val="20"/>
        </w:rPr>
        <w:t>1:05:49  yeh sari siftien paida kijiye.</w:t>
      </w:r>
      <w:r>
        <w:br/>
      </w:r>
      <w:r>
        <w:rPr>
          <w:sz w:val="20"/>
        </w:rPr>
        <w:t>1:05:54  yeh to quran mein aap dekh sakte hain.</w:t>
      </w:r>
      <w:r>
        <w:br/>
      </w:r>
      <w:r>
        <w:rPr>
          <w:sz w:val="20"/>
        </w:rPr>
        <w:t>1:06:00  quran mein hai ke "fi maqad-is-sidqi minda malik-il-muqtadir".</w:t>
      </w:r>
      <w:r>
        <w:br/>
      </w:r>
      <w:r>
        <w:rPr>
          <w:sz w:val="20"/>
        </w:rPr>
        <w:t>1:06:06  jannat walay Allah ke paas sachai ki seat par honge.</w:t>
      </w:r>
      <w:r>
        <w:br/>
      </w:r>
      <w:r>
        <w:rPr>
          <w:sz w:val="20"/>
        </w:rPr>
        <w:t>1:06:11  aap yeh samjhiye ke jinke andar waqi woh personality hogi jo sachai wali personality hai.</w:t>
      </w:r>
      <w:r>
        <w:br/>
      </w:r>
      <w:r>
        <w:rPr>
          <w:sz w:val="20"/>
        </w:rPr>
        <w:t>1:06:17  aaj kal to bas to har aadmi jhoot bolta hai.</w:t>
      </w:r>
      <w:r>
        <w:br/>
      </w:r>
      <w:r>
        <w:rPr>
          <w:sz w:val="20"/>
        </w:rPr>
        <w:t>1:06:23  koi direct, koi indirect.</w:t>
      </w:r>
      <w:r>
        <w:br/>
      </w:r>
      <w:r>
        <w:rPr>
          <w:sz w:val="20"/>
        </w:rPr>
        <w:t>1:06:28  jisko dekhiye, woh jhoot bolta hai.</w:t>
      </w:r>
      <w:r>
        <w:br/>
      </w:r>
      <w:r>
        <w:rPr>
          <w:sz w:val="20"/>
        </w:rPr>
        <w:t>1:06:34  mujhe to koi aadmi nahi maloom jo jhoot na bolta ho.</w:t>
      </w:r>
      <w:r>
        <w:br/>
      </w:r>
      <w:r>
        <w:rPr>
          <w:sz w:val="20"/>
        </w:rPr>
        <w:t>1:06:40  koi negative jhoot bol raha hai, koi beautiful jhoot bol raha hai.</w:t>
      </w:r>
      <w:r>
        <w:br/>
      </w:r>
      <w:r>
        <w:rPr>
          <w:sz w:val="20"/>
        </w:rPr>
        <w:t>1:06:46  to kya aise log zahir hai ke wahan baithe qabil nahi ho sakte? "fi maqad-is-sidqi minda malik-il-muqtadir".</w:t>
      </w:r>
      <w:r>
        <w:br/>
      </w:r>
      <w:r>
        <w:rPr>
          <w:sz w:val="20"/>
        </w:rPr>
        <w:t>1:06:51  aap ko bohat soch kar ke jeena hoga dunya mein ke mezban se sirf sach nikle.</w:t>
      </w:r>
      <w:r>
        <w:br/>
      </w:r>
      <w:r>
        <w:rPr>
          <w:sz w:val="20"/>
        </w:rPr>
        <w:t>1:06:57  sach kya hai? jo reality ho, jo waqi ke mutabiq ho, jo bahar ke jo haqaiq hain, us</w:t>
      </w:r>
      <w:r>
        <w:br/>
      </w:r>
      <w:r>
        <w:rPr>
          <w:sz w:val="20"/>
        </w:rPr>
        <w:t>1:07:03  se collaborate kar raha ho, woh sach hai.</w:t>
      </w:r>
      <w:r>
        <w:br/>
      </w:r>
      <w:r>
        <w:rPr>
          <w:sz w:val="20"/>
        </w:rPr>
        <w:t>1:07:08  yeh sab siftien apne andar paida karna, apne aap ko jannat ka deserving candidate banana hai.</w:t>
      </w:r>
    </w:p>
    <w:p>
      <w:pPr>
        <w:pStyle w:val="Heading2"/>
      </w:pPr>
      <w:r>
        <w:t>Guidelines to Become a Deserving Candidate for Paradise</w:t>
      </w:r>
    </w:p>
    <w:p>
      <w:r>
        <w:rPr>
          <w:color w:val="666666"/>
          <w:sz w:val="18"/>
        </w:rPr>
        <w:t>Spirituality · Discovery of Modern Age February 10, 2013 · 2m 31s · at 1:03:50 · https://youtu.be/qYGA53ii7E4?t=3830</w:t>
      </w:r>
    </w:p>
    <w:p>
      <w:r>
        <w:rPr>
          <w:i/>
        </w:rPr>
        <w:t>“Paradise is the real goal and destination for which man should strive. Can you give some guidelines on how one should become a deserving candidate for Paradise?”</w:t>
      </w:r>
    </w:p>
    <w:p>
      <w:r>
        <w:rPr>
          <w:sz w:val="20"/>
        </w:rPr>
        <w:t>1:03:50  hamara agla sawal Dilli se hai Miss Naghma Siddiqui ka. unhon ne likha hai: "Paradise is the real goal or destination for which man should strive for.</w:t>
      </w:r>
      <w:r>
        <w:br/>
      </w:r>
      <w:r>
        <w:rPr>
          <w:sz w:val="20"/>
        </w:rPr>
        <w:t>1:04:03  Can you give some guidelines on how one should become a deserving candidate for paradise?"</w:t>
      </w:r>
      <w:r>
        <w:br/>
      </w:r>
      <w:r>
        <w:rPr>
          <w:sz w:val="20"/>
        </w:rPr>
        <w:t>1:04:11  dekhiye, Quran mein hai ke zalik jaza muntazaka ke jannat us ke liye hai jo apna tazkiya kare.</w:t>
      </w:r>
      <w:r>
        <w:br/>
      </w:r>
      <w:r>
        <w:rPr>
          <w:sz w:val="20"/>
        </w:rPr>
        <w:t>1:04:21  tazkiya ka matlab kya hai? apne ko tayyar kare. tayyar kiya maani hain? dekhiye, Quran mein bohat si ayat hain, is se maloom hota hai ke jannat ke log bohat ziyada un ke andar pak mind hoga, woh bohat ziyada peaceful honge</w:t>
      </w:r>
      <w:r>
        <w:br/>
      </w:r>
      <w:r>
        <w:rPr>
          <w:sz w:val="20"/>
        </w:rPr>
        <w:t>1:04:39  , un ke andar bohat ziyada yani willing hogi ek doosray ke liye. woh kabhi kisi ke distance create nahin karenge, woh kabhi manfi boli nahin bolengay.</w:t>
      </w:r>
      <w:r>
        <w:br/>
      </w:r>
      <w:r>
        <w:rPr>
          <w:sz w:val="20"/>
        </w:rPr>
        <w:t>1:04:51  Quran mein hai ke "Wa khil alhamdu lillahi rabbil alameen". woh hamd e ilahi mein jeeyenge, yani Khuda glory mein jeeyenge. yeh sari sifatain paida kijiye.</w:t>
      </w:r>
      <w:r>
        <w:br/>
      </w:r>
      <w:r>
        <w:rPr>
          <w:sz w:val="20"/>
        </w:rPr>
        <w:t>1:05:03  yeh to Quran mein aap dekh sakte hain. Quran mein hai ke "Fi maqad is sidqi min al maliki muqdadi".</w:t>
      </w:r>
      <w:r>
        <w:br/>
      </w:r>
      <w:r>
        <w:rPr>
          <w:sz w:val="20"/>
        </w:rPr>
        <w:t>1:05:11  jannat walay Allah ke paas sachai ki seat par honge.</w:t>
      </w:r>
      <w:r>
        <w:br/>
      </w:r>
      <w:r>
        <w:rPr>
          <w:sz w:val="20"/>
        </w:rPr>
        <w:t>1:05:17  aap yeh samjhiye ke jin ke andar waqai woh personality hogi jo sachai wali personality hai. aaj kal to bas har aadmi jhoot bolta hai, koi direct, koi indirect.</w:t>
      </w:r>
      <w:r>
        <w:br/>
      </w:r>
      <w:r>
        <w:rPr>
          <w:sz w:val="20"/>
        </w:rPr>
        <w:t>1:05:32  jis ko dekhein, woh jhoot bolta hai.</w:t>
      </w:r>
      <w:r>
        <w:br/>
      </w:r>
      <w:r>
        <w:rPr>
          <w:sz w:val="20"/>
        </w:rPr>
        <w:t>1:05:36  mujhe to koi aadmi nahin maloom jo jhoot na bolta ho. koi naked jhoot bol raha hai, koi beautiful jhoot bol raha hai. to kya hai?</w:t>
      </w:r>
      <w:r>
        <w:br/>
      </w:r>
      <w:r>
        <w:rPr>
          <w:sz w:val="20"/>
        </w:rPr>
        <w:t>1:05:46  aise log zahir hai ke wahan baithne ke qabil nahi ho sakte. "fi maqad alsidqi min almiliki muqdadi" . aap ko bohat soch kar ke jeena hoga dunya mein ke meri zuban se sirf sach nikle.</w:t>
      </w:r>
      <w:r>
        <w:br/>
      </w:r>
      <w:r>
        <w:rPr>
          <w:sz w:val="20"/>
        </w:rPr>
        <w:t>1:06:00  sach kya hai? jo reality ho, jo waqe ke mutabiq ho, jo bahar ke jo haqaiq hain, us se collaborate kar raha ho, woh sach hai.</w:t>
      </w:r>
      <w:r>
        <w:br/>
      </w:r>
      <w:r>
        <w:rPr>
          <w:sz w:val="20"/>
        </w:rPr>
        <w:t>1:06:12  in sab sifatain apne andar paida karna, apne aap ko jannat ka deserving candidate banana hai.</w:t>
      </w:r>
    </w:p>
    <w:p>
      <w:pPr>
        <w:pStyle w:val="Heading2"/>
      </w:pPr>
      <w:r>
        <w:t>Hearing the Voice of Angels at Appropriate Times</w:t>
      </w:r>
    </w:p>
    <w:p>
      <w:r>
        <w:rPr>
          <w:color w:val="666666"/>
          <w:sz w:val="18"/>
        </w:rPr>
        <w:t>Spirituality · Man and Angels April 27, 2014 · 3m 38s · at 1:04:31 · https://youtu.be/b3fk1cakPeo?t=3871</w:t>
      </w:r>
    </w:p>
    <w:p>
      <w:r>
        <w:rPr>
          <w:i/>
        </w:rPr>
        <w:t>“According to you, the voice of angel can be heard or understood after the event has passed. Is there a way where we can understand or hear the voice of the angels at appropriate times?”</w:t>
      </w:r>
    </w:p>
    <w:p>
      <w:r>
        <w:rPr>
          <w:sz w:val="20"/>
        </w:rPr>
        <w:t>1:04:31  Maulana, agla sawal Delhi se kiya hai Muhammad Akram Khan sahib ne. Unhon ne likha hai: "According to you, the voice of angel can be heard or understood after the event has passed.</w:t>
      </w:r>
      <w:r>
        <w:br/>
      </w:r>
      <w:r>
        <w:rPr>
          <w:sz w:val="20"/>
        </w:rPr>
        <w:t>1:04:45  Is there a way where we can understand or hear the voice of the angels at appropriate times?"</w:t>
      </w:r>
      <w:r>
        <w:br/>
      </w:r>
      <w:r>
        <w:rPr>
          <w:sz w:val="20"/>
        </w:rPr>
        <w:t>1:04:55  Dekhiye, yeh sara mamla is par depend karta hai ke aap kitna zyada apne ko objective banayein. Kitna zyada aap mind ko free karein.</w:t>
      </w:r>
      <w:r>
        <w:br/>
      </w:r>
      <w:r>
        <w:rPr>
          <w:sz w:val="20"/>
        </w:rPr>
        <w:t>1:05:08  Log phanse rehte hain, distraction mein jeete hain. Toh na shuru mein sun paate hain un ke aur na aakhir mein sun paate hain.</w:t>
      </w:r>
      <w:r>
        <w:br/>
      </w:r>
      <w:r>
        <w:rPr>
          <w:sz w:val="20"/>
        </w:rPr>
        <w:t>1:05:20  Sab se pehle toh pehle cheez hai ke aap apne ko objective banayein, sincere banayein. Aap</w:t>
      </w:r>
      <w:r>
        <w:br/>
      </w:r>
      <w:r>
        <w:rPr>
          <w:sz w:val="20"/>
        </w:rPr>
        <w:t>1:05:30  apni degradation karein. Tab yeh hoga. Warna na shuru mein samajh mein aayega na aakhir mein samajh mein aayega. Apne zehen ko jitna zyada aap yani clear karenge,</w:t>
      </w:r>
      <w:r>
        <w:br/>
      </w:r>
      <w:r>
        <w:rPr>
          <w:sz w:val="20"/>
        </w:rPr>
        <w:t>1:05:46  Har aadmi jeeta hai jungle of thought mein. Toh apne ko clear karna padta hai. Nahi toh kuch bhi samajh mein nahi aayega na shuru mein na aakhir mein.</w:t>
      </w:r>
      <w:r>
        <w:br/>
      </w:r>
      <w:r>
        <w:rPr>
          <w:sz w:val="20"/>
        </w:rPr>
        <w:t>1:05:57  Main toh Allah ke fazl se kabhi bhi in cheezon mein nahi jiya main. Negative thought aur doosron ko blame dena ya duniya ke lazzatein, comfort life, luxury, yeh sab cheezon ka kabhi bhi haris nahi raha.</w:t>
      </w:r>
      <w:r>
        <w:br/>
      </w:r>
      <w:r>
        <w:rPr>
          <w:sz w:val="20"/>
        </w:rPr>
        <w:t>1:06:14  Bilkul nature par meri zindagi hamesha nature par hoti thi. Nature. Is wajah se main bohat jald pakad leta tha.</w:t>
      </w:r>
      <w:r>
        <w:br/>
      </w:r>
      <w:r>
        <w:rPr>
          <w:sz w:val="20"/>
        </w:rPr>
        <w:t>1:06:23  Log nature par jeete nahi, masnooi zindagi guzarte hain. Toh kaise pakadenge woh?</w:t>
      </w:r>
      <w:r>
        <w:br/>
      </w:r>
      <w:r>
        <w:rPr>
          <w:sz w:val="20"/>
        </w:rPr>
        <w:t>1:06:36  Maulana, ek comment bheja hai Iqbal Umri sahib ne Chennai se. Unhon ne likha hai: "Quran mein jitne bhi waqiyat hain, woh Khudai management ki daleel hain aur farishte tools of manager hain.</w:t>
      </w:r>
      <w:r>
        <w:br/>
      </w:r>
      <w:r>
        <w:rPr>
          <w:sz w:val="20"/>
        </w:rPr>
        <w:t>1:06:53  Arabi ek Arabi ayat hai: Yudahbirul amra minassamaa'i ilarḍi." Maulana, kya yeh sahi hai?</w:t>
      </w:r>
      <w:r>
        <w:br/>
      </w:r>
      <w:r>
        <w:rPr>
          <w:sz w:val="20"/>
        </w:rPr>
        <w:t>1:07:02  Haan, theek hai. Theek.</w:t>
      </w:r>
      <w:r>
        <w:br/>
      </w:r>
      <w:r>
        <w:rPr>
          <w:sz w:val="20"/>
        </w:rPr>
        <w:t>1:07:09  So we will end this session now. Thank you.</w:t>
      </w:r>
    </w:p>
    <w:p>
      <w:pPr>
        <w:pStyle w:val="Heading2"/>
      </w:pPr>
      <w:r>
        <w:t>How to Always Grow Iman</w:t>
      </w:r>
    </w:p>
    <w:p>
      <w:r>
        <w:rPr>
          <w:color w:val="666666"/>
          <w:sz w:val="18"/>
        </w:rPr>
        <w:t>Spirituality · Importance of Wisdom | August 24, 2014 · 2m 50s · at 59:31 · https://youtu.be/ZVPLm7fV0t0?t=3571</w:t>
      </w:r>
    </w:p>
    <w:p>
      <w:r>
        <w:rPr>
          <w:i/>
        </w:rPr>
        <w:t>“Sometimes I feel that the level of my iman is decreasing. Maulana sahib, please tell me how can I always grow my iman?”</w:t>
      </w:r>
    </w:p>
    <w:p>
      <w:r>
        <w:rPr>
          <w:sz w:val="20"/>
        </w:rPr>
        <w:t>59:31  maulana, agla sawal ajmer se hai doctor safina tabassum ka.</w:t>
      </w:r>
      <w:r>
        <w:br/>
      </w:r>
      <w:r>
        <w:rPr>
          <w:sz w:val="20"/>
        </w:rPr>
        <w:t>59:37  اور انہوں نے لکھا ہے کہ: Sometimes I feel that the level of my iman is decreasing.</w:t>
      </w:r>
      <w:r>
        <w:br/>
      </w:r>
      <w:r>
        <w:rPr>
          <w:sz w:val="20"/>
        </w:rPr>
        <w:t>59:43  مولانا صاحب، please tell me how can I always grow my iman? دیکھیں، یہ کوئی پریشانی کی بات نہیں ہے۔</w:t>
      </w:r>
      <w:r>
        <w:br/>
      </w:r>
      <w:r>
        <w:rPr>
          <w:sz w:val="20"/>
        </w:rPr>
        <w:t>59:49  ek waqia aata hai, woh main aap ko sunana chahta hoon ke ek sahabi the, un ka naam tha hanzala. to madine mein woh ek martaba ghar se nikle aur ja rahe the rasool Allah sal Allah aleh wasallam ke paas. to hazrat umar se mulaqat hui. to hazrat umar ne poocha: kahan ja rahe ho? to unhone kaha ke: naafiq hanzala. apne bar</w:t>
      </w:r>
      <w:r>
        <w:br/>
      </w:r>
      <w:r>
        <w:rPr>
          <w:sz w:val="20"/>
        </w:rPr>
        <w:t>1:00:19  mein kaha ke: mein to munafiq ho gaya. nafiq hanzala.</w:t>
      </w:r>
      <w:r>
        <w:br/>
      </w:r>
      <w:r>
        <w:rPr>
          <w:sz w:val="20"/>
        </w:rPr>
        <w:t>1:00:25  to hazrat umar ne poocha ke: aisa kyun hai? kaha ke: hum rasool Allah salallahu alaihi wasallam</w:t>
      </w:r>
      <w:r>
        <w:br/>
      </w:r>
      <w:r>
        <w:rPr>
          <w:sz w:val="20"/>
        </w:rPr>
        <w:t>1:00:31  ke paas jab hote hain, Allah aur rasool ki baatein sunte hain, to hamare dil mein imaan hota hai.</w:t>
      </w:r>
      <w:r>
        <w:br/>
      </w:r>
      <w:r>
        <w:rPr>
          <w:sz w:val="20"/>
        </w:rPr>
        <w:t>1:00:38  ab bahar jaate hain, ghar baar mein mashgool hote hain, to woh rooh nahi maujood rehti.</w:t>
      </w:r>
      <w:r>
        <w:br/>
      </w:r>
      <w:r>
        <w:rPr>
          <w:sz w:val="20"/>
        </w:rPr>
        <w:t>1:00:44  to hazrat umar ne kaha: woh to mera bhi haal hai.</w:t>
      </w:r>
      <w:r>
        <w:br/>
      </w:r>
      <w:r>
        <w:rPr>
          <w:sz w:val="20"/>
        </w:rPr>
        <w:t>1:00:50  unhone kaha: nafiq umar.</w:t>
      </w:r>
      <w:r>
        <w:br/>
      </w:r>
      <w:r>
        <w:rPr>
          <w:sz w:val="20"/>
        </w:rPr>
        <w:t>1:00:54  unhone kaha: nafiq hanzala.</w:t>
      </w:r>
      <w:r>
        <w:br/>
      </w:r>
      <w:r>
        <w:rPr>
          <w:sz w:val="20"/>
        </w:rPr>
        <w:t>1:00:59  unhone kaha: nafiq umar.</w:t>
      </w:r>
      <w:r>
        <w:br/>
      </w:r>
      <w:r>
        <w:rPr>
          <w:sz w:val="20"/>
        </w:rPr>
        <w:t>1:01:03  to gaye rasool Allah salallahu alaihi wasallam ke paas.</w:t>
      </w:r>
      <w:r>
        <w:br/>
      </w:r>
      <w:r>
        <w:rPr>
          <w:sz w:val="20"/>
        </w:rPr>
        <w:t>1:01:07  unhone apna qissa bataya.</w:t>
      </w:r>
      <w:r>
        <w:br/>
      </w:r>
      <w:r>
        <w:rPr>
          <w:sz w:val="20"/>
        </w:rPr>
        <w:t>1:01:12  to rasool Allah salallahu alaihi wasallam ne kaha ke: yeh yeh nifaq ki baat nahi hai.</w:t>
      </w:r>
      <w:r>
        <w:br/>
      </w:r>
      <w:r>
        <w:rPr>
          <w:sz w:val="20"/>
        </w:rPr>
        <w:t>1:01:16  yeh to hota hi hai, har ek andar hi aisa hota hai. aur ajeeb</w:t>
      </w:r>
      <w:r>
        <w:br/>
      </w:r>
      <w:r>
        <w:rPr>
          <w:sz w:val="20"/>
        </w:rPr>
        <w:t>1:01:20  baat yeh hai ke rasool Allah salallahu alaihi wasallam ne apne bare mein khud farmaya ke: mere</w:t>
      </w:r>
      <w:r>
        <w:br/>
      </w:r>
      <w:r>
        <w:rPr>
          <w:sz w:val="20"/>
        </w:rPr>
        <w:t>1:01:26  upar bhi kaifiyat taari hoti hai.</w:t>
      </w:r>
      <w:r>
        <w:br/>
      </w:r>
      <w:r>
        <w:rPr>
          <w:sz w:val="20"/>
        </w:rPr>
        <w:t>1:01:32  yeh to dunya ki zindagi ke mamlaat hain.</w:t>
      </w:r>
      <w:r>
        <w:br/>
      </w:r>
      <w:r>
        <w:rPr>
          <w:sz w:val="20"/>
        </w:rPr>
        <w:t>1:01:39  aap ka shaoor agar zinda hai to shaoor criterion hai.</w:t>
      </w:r>
      <w:r>
        <w:br/>
      </w:r>
      <w:r>
        <w:rPr>
          <w:sz w:val="20"/>
        </w:rPr>
        <w:t>1:01:45  yaani ehsas ki satah par ya</w:t>
      </w:r>
      <w:r>
        <w:br/>
      </w:r>
      <w:r>
        <w:rPr>
          <w:sz w:val="20"/>
        </w:rPr>
        <w:t>1:01:51  feeling ki satah par kami peshi ho to is mein koi pareshani ki baat nahi hai.</w:t>
      </w:r>
      <w:r>
        <w:br/>
      </w:r>
      <w:r>
        <w:rPr>
          <w:sz w:val="20"/>
        </w:rPr>
        <w:t>1:01:56  ek hai level of consciousness, ek hai level of feeling.</w:t>
      </w:r>
      <w:r>
        <w:br/>
      </w:r>
      <w:r>
        <w:rPr>
          <w:sz w:val="20"/>
        </w:rPr>
        <w:t>1:02:01  to level of consciousness agar is mein koi kami nahi aayi hai, maslan ek conviction aap ka baqi</w:t>
      </w:r>
      <w:r>
        <w:br/>
      </w:r>
      <w:r>
        <w:rPr>
          <w:sz w:val="20"/>
        </w:rPr>
        <w:t>1:02:06  hai, Allah ke wajood par conviction aap ka baqi hai, rasool Allah salallahu alaihi wasallam ki sadaqat</w:t>
      </w:r>
      <w:r>
        <w:br/>
      </w:r>
      <w:r>
        <w:rPr>
          <w:sz w:val="20"/>
        </w:rPr>
        <w:t>1:02:11  par aap ka conviction baqi hai, to that is the level of consciousness.</w:t>
      </w:r>
      <w:r>
        <w:br/>
      </w:r>
      <w:r>
        <w:rPr>
          <w:sz w:val="20"/>
        </w:rPr>
        <w:t>1:02:16  to level of consciousness jo hai,</w:t>
      </w:r>
    </w:p>
    <w:p>
      <w:pPr>
        <w:pStyle w:val="Heading2"/>
      </w:pPr>
      <w:r>
        <w:t>How to Develop Maulana's Passionate Madness</w:t>
      </w:r>
    </w:p>
    <w:p>
      <w:r>
        <w:rPr>
          <w:color w:val="666666"/>
          <w:sz w:val="18"/>
        </w:rPr>
        <w:t>Spirituality · The Meaning of Ummat-i-Wasat Nov 25, 2018 · 2m 21s · at 46:16 · https://youtu.be/3POFfvXaFss?t=2776</w:t>
      </w:r>
    </w:p>
    <w:p>
      <w:r>
        <w:rPr>
          <w:i/>
        </w:rPr>
        <w:t>“Moulana, my question is not related to today's class. Recently, when we travelled to Rajouri for the dawah meet, we received a book containing your speech at Srinagar Tagore Hall, in which you repeatedly said, 'I am a madman.' How can I develop that madness like you?”</w:t>
      </w:r>
    </w:p>
    <w:p>
      <w:r>
        <w:rPr>
          <w:sz w:val="20"/>
        </w:rPr>
        <w:t>46:16  maulana, agla sawal lete hain. yeh mahboob bhai ne mumbai se bheja hai, unhone likha hai: "maulana, my question is not related to today's class.</w:t>
      </w:r>
      <w:r>
        <w:br/>
      </w:r>
      <w:r>
        <w:rPr>
          <w:sz w:val="20"/>
        </w:rPr>
        <w:t>46:29  recently, when we travel to rajouri for the dawah meet, the rajouri team gifted all of us some books. one of them was a book which is basically our speech given at srinagar tagore hall.</w:t>
      </w:r>
      <w:r>
        <w:br/>
      </w:r>
      <w:r>
        <w:rPr>
          <w:sz w:val="20"/>
        </w:rPr>
        <w:t>46:46  you repeatedly said in that speech: 'main toh ek deewana aadmi hoon.' my request is, maulana, that how I could develop that deewangi like you?</w:t>
      </w:r>
      <w:r>
        <w:br/>
      </w:r>
      <w:r>
        <w:rPr>
          <w:sz w:val="20"/>
        </w:rPr>
        <w:t>46:58  what is your advice?" bhai, dua kijiye aur Quran poori rasool Allah ki seerat ko padhiye, sahaba ke halaat ko padhiye.</w:t>
      </w:r>
      <w:r>
        <w:br/>
      </w:r>
      <w:r>
        <w:rPr>
          <w:sz w:val="20"/>
        </w:rPr>
        <w:t>47:09  main ne toh yahi kiya tha,</w:t>
      </w:r>
      <w:r>
        <w:br/>
      </w:r>
      <w:r>
        <w:rPr>
          <w:sz w:val="20"/>
        </w:rPr>
        <w:t>47:14  main ne toh yahi kiya tha ke dua ki hai, Quran ko padha, hadith ko padha, seerat ko padha, sahaba ke halaat ko padha, isi ka outcome tha deewangi.</w:t>
      </w:r>
      <w:r>
        <w:br/>
      </w:r>
      <w:r>
        <w:rPr>
          <w:sz w:val="20"/>
        </w:rPr>
        <w:t>47:28  aap bhi yahi kijiye.</w:t>
      </w:r>
      <w:r>
        <w:br/>
      </w:r>
      <w:r>
        <w:rPr>
          <w:sz w:val="20"/>
        </w:rPr>
        <w:t>47:35  doctor naghma siddiqui ne dilli se likha hai: "i understood our role as the middle nation as the mission of all muslims, for which god has given all support in terms of infrastructure virtually free.</w:t>
      </w:r>
      <w:r>
        <w:br/>
      </w:r>
      <w:r>
        <w:rPr>
          <w:sz w:val="20"/>
        </w:rPr>
        <w:t>47:52  may god help us to perform this task." mr. asad parvez ne boston, usa se likha hai: "i gave a copy of the quran to my global strategy professor.</w:t>
      </w:r>
      <w:r>
        <w:br/>
      </w:r>
      <w:r>
        <w:rPr>
          <w:sz w:val="20"/>
        </w:rPr>
        <w:t>48:06  he said he was waiting for a long time to find out about islam, but never had the opportunity. people are waiting, but we never avail the opportunity.</w:t>
      </w:r>
      <w:r>
        <w:br/>
      </w:r>
      <w:r>
        <w:rPr>
          <w:sz w:val="20"/>
        </w:rPr>
        <w:t>48:19  this is the experience that i gain from this interaction."</w:t>
      </w:r>
      <w:r>
        <w:br/>
      </w:r>
      <w:r>
        <w:rPr>
          <w:sz w:val="20"/>
        </w:rPr>
        <w:t>48:26  ibn abdul rehman sahib ne srinagar se likha hai: "no one has a better speech than that of those who engage in dawah activities.</w:t>
      </w:r>
    </w:p>
    <w:p>
      <w:pPr>
        <w:pStyle w:val="Heading2"/>
      </w:pPr>
      <w:r>
        <w:t>How to Feel Gratitude Continuously</w:t>
      </w:r>
    </w:p>
    <w:p>
      <w:r>
        <w:rPr>
          <w:color w:val="666666"/>
          <w:sz w:val="18"/>
        </w:rPr>
        <w:t>Spirituality · God and Man February 19, 2012 · 2m 19s · at 1:12:07 · https://youtu.be/rL4g0LOU3wo?t=4327</w:t>
      </w:r>
    </w:p>
    <w:p>
      <w:r>
        <w:rPr>
          <w:i/>
        </w:rPr>
        <w:t>“How can we maintain a continuous feeling of gratitude (shukr)?”</w:t>
      </w:r>
    </w:p>
    <w:p>
      <w:r>
        <w:rPr>
          <w:sz w:val="20"/>
        </w:rPr>
        <w:t>1:12:07  Maulana, agle sawal se pehle aik comment parhna chahein ge jo Mr. Shamsher Vict ne likha hai Australia se. unhon ne likha hai ke "I really enjoyed today's lecture." agla sawal Maulana hai Miss Naghma Siddiqui ka Delhi se</w:t>
      </w:r>
      <w:r>
        <w:br/>
      </w:r>
      <w:r>
        <w:rPr>
          <w:sz w:val="20"/>
        </w:rPr>
        <w:t>1:12:22  . unhon ne poocha hai "How to be in feeling of. shukr on continuous basis? abhi hum is yani shukr kaise nahi karein ge hum har waqt?</w:t>
      </w:r>
      <w:r>
        <w:br/>
      </w:r>
      <w:r>
        <w:rPr>
          <w:sz w:val="20"/>
        </w:rPr>
        <w:t>1:12:35  har waqt hamein mein to sochta hoon ke saans leta hoon aur aur aur oxygen mujhe inhale karta hoon, carbon exhale karta hoon.</w:t>
      </w:r>
      <w:r>
        <w:br/>
      </w:r>
      <w:r>
        <w:rPr>
          <w:sz w:val="20"/>
        </w:rPr>
        <w:t>1:12:47  yani har second yeh waqia hota hai, har second.</w:t>
      </w:r>
      <w:r>
        <w:br/>
      </w:r>
      <w:r>
        <w:rPr>
          <w:sz w:val="20"/>
        </w:rPr>
        <w:t>1:12:50  to kaisi ajeeb baat hai ke mere jism mein jo nizam hai, kharij mein is ke mutabiq nizam hai. yani mere carbon ko darakht le leta hai aur darakht is ke badle mujhe oxygen deta hai.</w:t>
      </w:r>
      <w:r>
        <w:br/>
      </w:r>
      <w:r>
        <w:rPr>
          <w:sz w:val="20"/>
        </w:rPr>
        <w:t>1:13:03  to mein oxygen inhale karta hoon aur carbon exhale karta hoon. aur woh kitna zabardast exchange hota hai ke darakht mere carbon ko le leta hai aur mujhe oxygen supply karta hai.</w:t>
      </w:r>
      <w:r>
        <w:br/>
      </w:r>
      <w:r>
        <w:rPr>
          <w:sz w:val="20"/>
        </w:rPr>
        <w:t>1:13:17  yeh har second aik aik yeh reminder hai, har har second ke liye aik reminder hai. to mein to aik aik aik second bhi aisa nahi hota ke mein shukr ke baghair rahoon.</w:t>
      </w:r>
      <w:r>
        <w:br/>
      </w:r>
      <w:r>
        <w:rPr>
          <w:sz w:val="20"/>
        </w:rPr>
        <w:t>1:13:28  kyun ke har saans mujhe reminder hota hai mere liye, har saans. har saans reminder hota hai ke aye aye insan Khuda ka shukr kar.</w:t>
      </w:r>
      <w:r>
        <w:br/>
      </w:r>
      <w:r>
        <w:rPr>
          <w:sz w:val="20"/>
        </w:rPr>
        <w:t>1:13:40  yani aap ghor kijiye ke agar aisa ho ke mere andar se jo carbon nikla woh darakht na le to har sa'at dunya rehne ke qabil na rahe.</w:t>
      </w:r>
      <w:r>
        <w:br/>
      </w:r>
      <w:r>
        <w:rPr>
          <w:sz w:val="20"/>
        </w:rPr>
        <w:t>1:13:52  dunya mein carbon gas bhar jaye gi aur is dunya mein aap reh nahi paein ge. ya darakht agar oxygen supply na kare to hum kahan tak theli liye phirein ge oxygen ki?</w:t>
      </w:r>
      <w:r>
        <w:br/>
      </w:r>
      <w:r>
        <w:rPr>
          <w:sz w:val="20"/>
        </w:rPr>
        <w:t>1:14:03  to dono halaton mein mar jayein ge.</w:t>
      </w:r>
      <w:r>
        <w:br/>
      </w:r>
      <w:r>
        <w:rPr>
          <w:sz w:val="20"/>
        </w:rPr>
        <w:t>1:14:06  to har second yeh aik reminder hai insan ke liye ke aye insan Khuda ka shukr kar. yeh sirf soch ki baat hai, soch. agar sochein to aap har har second, har lamha, har har moment aap shukr mein jiyen ge.</w:t>
      </w:r>
    </w:p>
    <w:p>
      <w:pPr>
        <w:pStyle w:val="Heading2"/>
      </w:pPr>
      <w:r>
        <w:t>How to Love God While Worshipping</w:t>
      </w:r>
    </w:p>
    <w:p>
      <w:r>
        <w:rPr>
          <w:color w:val="666666"/>
          <w:sz w:val="18"/>
        </w:rPr>
        <w:t>Spirituality · Love of God 19 Sept 2021 - Prof. Farida Khanam · 3m 12s · at 28:28 · https://youtu.be/mpGeGz_Cfrw?t=1708</w:t>
      </w:r>
    </w:p>
    <w:p>
      <w:r>
        <w:rPr>
          <w:i/>
        </w:rPr>
        <w:t>“We worship God, but how can one love God?”</w:t>
      </w:r>
    </w:p>
    <w:p>
      <w:r>
        <w:rPr>
          <w:sz w:val="20"/>
        </w:rPr>
        <w:t>28:28  apne andar koi bhi ghil, koi malice nahi pata. to wohi jo abhi aap ne kaha na ke ji, mere andar kisi ke liye bhi koi grudge nahi hai. to yeh cheez jo hai woh bilkul aadmi ko jannat ka mustahiq thehrati hai. apa, yeh sawal ahmedabad se miss shaista ne bheja hai aur unhon ne aap se poocha hai ke: "we all worship god, but how can one love god?" is ko th</w:t>
      </w:r>
      <w:r>
        <w:br/>
      </w:r>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r>
        <w:br/>
      </w:r>
      <w:r>
        <w:rPr>
          <w:sz w:val="20"/>
        </w:rPr>
        <w:t>31:00  ke bohat zyada namaz is tarah parhte the ke ke lambi lambi quran ki ayaten parhte the, is</w:t>
      </w:r>
      <w:r>
        <w:br/>
      </w:r>
      <w:r>
        <w:rPr>
          <w:sz w:val="20"/>
        </w:rPr>
        <w:t>31:04  par ghor o fikr karte rehte the.</w:t>
      </w:r>
      <w:r>
        <w:br/>
      </w:r>
      <w:r>
        <w:rPr>
          <w:sz w:val="20"/>
        </w:rPr>
        <w:t>31:09  namaz ke baad jab masjid nabwi se bahar jate the to bhi ghor o fikr karte hue chale</w:t>
      </w:r>
      <w:r>
        <w:br/>
      </w:r>
      <w:r>
        <w:rPr>
          <w:sz w:val="20"/>
        </w:rPr>
        <w:t>31:13  jate the, aapas mein baat cheet nahi karte the.</w:t>
      </w:r>
      <w:r>
        <w:br/>
      </w:r>
      <w:r>
        <w:rPr>
          <w:sz w:val="20"/>
        </w:rPr>
        <w:t>31:17  to yeh ghor o fikr, tadabbur o tafakkur jo hai, yeh bohat zyada zaroori hai khuda ki marifat</w:t>
      </w:r>
      <w:r>
        <w:br/>
      </w:r>
      <w:r>
        <w:rPr>
          <w:sz w:val="20"/>
        </w:rPr>
        <w:t>31:22  hasil karne ke liye.</w:t>
      </w:r>
      <w:r>
        <w:br/>
      </w:r>
      <w:r>
        <w:rPr>
          <w:sz w:val="20"/>
        </w:rPr>
        <w:t>31:26  ji, ah, ek</w:t>
      </w:r>
      <w:r>
        <w:br/>
      </w:r>
      <w:r>
        <w:rPr>
          <w:sz w:val="20"/>
        </w:rPr>
        <w:t>31:30  sawal lucknow se, balkeh ah, do sawal hain, ah, farooq sahab ne bheje hain lucknow se.</w:t>
      </w:r>
    </w:p>
    <w:p>
      <w:pPr>
        <w:pStyle w:val="Heading2"/>
      </w:pPr>
      <w:r>
        <w:t>How to achieve self-renewal in comfortable life?</w:t>
      </w:r>
    </w:p>
    <w:p>
      <w:r>
        <w:rPr>
          <w:color w:val="666666"/>
          <w:sz w:val="18"/>
        </w:rPr>
        <w:t>Spirituality · The Prophet An Example of Modesty August 27, 2017 · 2m 16s · at 53:57 · https://youtu.be/aR3V4c8fQC4?t=3237</w:t>
      </w:r>
    </w:p>
    <w:p>
      <w:r>
        <w:rPr>
          <w:i/>
        </w:rPr>
        <w:t>“Often it happens that even while living a very comfortable life, we get bored of everything and start taking everything for granted, which reduces the feeling of gratitude towards our Creator. So in such a situation, how can we do self-renewal? Please advice.”</w:t>
      </w:r>
    </w:p>
    <w:p>
      <w:r>
        <w:rPr>
          <w:sz w:val="20"/>
        </w:rPr>
        <w:t>53:57  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r>
        <w:br/>
      </w:r>
      <w:r>
        <w:rPr>
          <w:sz w:val="20"/>
        </w:rPr>
        <w:t>54:22  to aise mein hum apna self renewal kaise karein? is ki advice karein." bas quran ko samajh kar parhiye, hadithon ko samajh kar parhiye, rasool Allah ki zindagi ko samajh kar mutala kijiye,</w:t>
      </w:r>
      <w:r>
        <w:br/>
      </w:r>
      <w:r>
        <w:rPr>
          <w:sz w:val="20"/>
        </w:rPr>
        <w:t>54:40  sahaba ki zindagi ko samajh kar mutala kijiye. samajh kar is liye keh raha hoon mein, ek sath ek mulaqat hui jo urdu jante the to mere sath kuch aur log the to mein ne to nahi, doosron ne un se sawal kiya.</w:t>
      </w:r>
      <w:r>
        <w:br/>
      </w:r>
      <w:r>
        <w:rPr>
          <w:sz w:val="20"/>
        </w:rPr>
        <w:t>54:59  yeh baat aayi thi ke unhon ne kunz ul amal ka poora, yani ramzan ke mahine mein, pichle ramzan mein poora poora kunz ul amal ko parhaya.</w:t>
      </w:r>
      <w:r>
        <w:br/>
      </w:r>
      <w:r>
        <w:rPr>
          <w:sz w:val="20"/>
        </w:rPr>
        <w:t>55:15  kunz ul amal ek moti kitab hai</w:t>
      </w:r>
      <w:r>
        <w:br/>
      </w:r>
      <w:r>
        <w:rPr>
          <w:sz w:val="20"/>
        </w:rPr>
        <w:t>55:20  to is mein sahaba ki, tabeen ki aur aala darje ke musalmanon ki bohat si baatein hain. to hamare sathiyon ne un se poocha ke kunz ul amal ki koi ek baat bataiye,</w:t>
      </w:r>
      <w:r>
        <w:br/>
      </w:r>
      <w:r>
        <w:rPr>
          <w:sz w:val="20"/>
        </w:rPr>
        <w:t>55:34  wisdom ki jo hamari mufeed ho. to aap yaqeen kijiye ke koi ek baat na bata sake. woh jab ke woh urdu jante the, ab poori poori kunz ul amal unhon ne ramzan mein parhi thi.</w:t>
      </w:r>
      <w:r>
        <w:br/>
      </w:r>
      <w:r>
        <w:rPr>
          <w:sz w:val="20"/>
        </w:rPr>
        <w:t>55:47  to log parhte hain lekin wahi hai ke Hazrat Aisha ne jo kaha tha ke "أولئك قروا ولم يقروا" aksar logon par yahi saadiq aata hai ke "أولئك قروا ولم يقروا".</w:t>
      </w:r>
      <w:r>
        <w:br/>
      </w:r>
      <w:r>
        <w:rPr>
          <w:sz w:val="20"/>
        </w:rPr>
        <w:t>56:04  ab mein kya karoon? yeh mein kahunga ke bhai sahi tareeqe se parhiye</w:t>
      </w:r>
    </w:p>
    <w:p>
      <w:pPr>
        <w:pStyle w:val="Heading2"/>
      </w:pPr>
      <w:r>
        <w:t>How to always realize our helplessness before God</w:t>
      </w:r>
    </w:p>
    <w:p>
      <w:r>
        <w:rPr>
          <w:color w:val="666666"/>
          <w:sz w:val="18"/>
        </w:rPr>
        <w:t>Spirituality · Man and the Laws of Nature April 1, 2012 · 3m 02s · at 1:46:47 · https://youtu.be/coIrwYQgb6Y?t=6407</w:t>
      </w:r>
    </w:p>
    <w:p>
      <w:r>
        <w:rPr>
          <w:i/>
        </w:rPr>
        <w:t>“Man is truly helpless, but he thinks he is in control due to the support given by God. How can we continue to realize our helplessness at all times?”</w:t>
      </w:r>
    </w:p>
    <w:p>
      <w:r>
        <w:rPr>
          <w:sz w:val="20"/>
        </w:rPr>
        <w:t>1:46:47  Maulana, agla sawal Miss Naghma Siddiqui ka hai Delhi se.</w:t>
      </w:r>
      <w:r>
        <w:br/>
      </w:r>
      <w:r>
        <w:rPr>
          <w:sz w:val="20"/>
        </w:rPr>
        <w:t>1:46:51  unho'n ne likha hai: "main is truly helpless, but he thinks he is in control due to the support given by God.</w:t>
      </w:r>
      <w:r>
        <w:br/>
      </w:r>
      <w:r>
        <w:rPr>
          <w:sz w:val="20"/>
        </w:rPr>
        <w:t>1:47:01  how can we continue to realize our helplessness at all times?"</w:t>
      </w:r>
      <w:r>
        <w:br/>
      </w:r>
      <w:r>
        <w:rPr>
          <w:sz w:val="20"/>
        </w:rPr>
        <w:t>1:47:09  yeh to sochne se hota hai.</w:t>
      </w:r>
      <w:r>
        <w:br/>
      </w:r>
      <w:r>
        <w:rPr>
          <w:sz w:val="20"/>
        </w:rPr>
        <w:t>1:47:13  har mere, mujhe to har tajrube mein is ka woh hota hai jaise ke main farz kijiye yeh uthata hoon, ab is ka yeh dhakan gir jata hai. is ko main girne se bacha nahi pata.</w:t>
      </w:r>
      <w:r>
        <w:br/>
      </w:r>
      <w:r>
        <w:rPr>
          <w:sz w:val="20"/>
        </w:rPr>
        <w:t>1:47:24  isi bajaye helplessness ka tajruba hota hai.</w:t>
      </w:r>
      <w:r>
        <w:br/>
      </w:r>
      <w:r>
        <w:rPr>
          <w:sz w:val="20"/>
        </w:rPr>
        <w:t>1:47:29  yani helplessness jo hai, woh har har lamha tajruba hota hai. is ka abhi main bol raha hoon, aap ko yaad hoga pichhle mahine ek baar meri zuban nahi chal rahi thi, main bol nahi pata tha.</w:t>
      </w:r>
      <w:r>
        <w:br/>
      </w:r>
      <w:r>
        <w:rPr>
          <w:sz w:val="20"/>
        </w:rPr>
        <w:t>1:47:40  to ab yeh to main sochta rehta hoon ke mujhe apni zuban pe ikhtiyar nahi hai. isi jagah main bol raha tha aur bol nahi pata tha. isi isi jagah to abhi abhi tak sochta hoon ke woh kaisa ajeeb tha ke mere paas zuban hai,</w:t>
      </w:r>
      <w:r>
        <w:br/>
      </w:r>
      <w:r>
        <w:rPr>
          <w:sz w:val="20"/>
        </w:rPr>
        <w:t>1:47:57  mere paas dimagh hai, sab kuch hai lekin bol nahi pa raha hoon main.</w:t>
      </w:r>
      <w:r>
        <w:br/>
      </w:r>
      <w:r>
        <w:rPr>
          <w:sz w:val="20"/>
        </w:rPr>
        <w:t>1:48:02  to yeh to har lamha jo aap beetta hai, aap par ya doosron par, woh is is baat ko yaad dilata hai, reminder hai ke insan helpless hai.</w:t>
      </w:r>
      <w:r>
        <w:br/>
      </w:r>
      <w:r>
        <w:rPr>
          <w:sz w:val="20"/>
        </w:rPr>
        <w:t>1:48:17  ab yani mujhe to har lamha is ka tajruba hota hai. jaise subah mein ek choti si baat karta hoon, subah mein nikla, main apni toliya ko dhoop mein phailana chahta chahta tha.</w:t>
      </w:r>
      <w:r>
        <w:br/>
      </w:r>
      <w:r>
        <w:rPr>
          <w:sz w:val="20"/>
        </w:rPr>
        <w:t>1:48:31  to main dekha to dhoop nikli hui nahi thi, badal tha. to main ne socha ke mere bas mein yeh nahi ke mere aur suraj ke beech mein jo badal hai, hata doon taake mera toliya jo hai, jab tak main wapas aaon to woh sookh</w:t>
      </w:r>
      <w:r>
        <w:br/>
      </w:r>
      <w:r>
        <w:rPr>
          <w:sz w:val="20"/>
        </w:rPr>
        <w:t>1:48:45  jaye. main aksar yahan karta hoon ke jab main yahan aata hoon to toliya phaila deta hoon aur jab wapas aata hoon to sookh jata hai. to aaj jab main phailane laga to laga ke to badal hain, woh shayad na sookh paye.</w:t>
      </w:r>
      <w:r>
        <w:br/>
      </w:r>
      <w:r>
        <w:rPr>
          <w:sz w:val="20"/>
        </w:rPr>
        <w:t>1:49:00  to main main ne socha ke badal ko main hata nahi sakta, mere bas mein nahi hai. yani suraj chamak raha hai badal ke upar lekin main us ko apne paas bula loon, yeh pasbol nahi hai.</w:t>
      </w:r>
      <w:r>
        <w:br/>
      </w:r>
      <w:r>
        <w:rPr>
          <w:sz w:val="20"/>
        </w:rPr>
        <w:t>1:49:11  to yeh sochne ki baat hai. aap sochein to har cheez mein is ka tajruba hota hai, har cheez mein. yahan tak ke main to baitha rehta hoon, aankh band kar leta hoon, sochta hoon ke meri aankh band ho gayi to kuch dikhai nahi de raha.</w:t>
      </w:r>
      <w:r>
        <w:br/>
      </w:r>
      <w:r>
        <w:rPr>
          <w:sz w:val="20"/>
        </w:rPr>
        <w:t>1:49:25  idhar bhi andhera hai, idhar bhi andhera hai. to aankh agar chhin jaye aadmi se, aap jante hain ke bohat se log hain, un ki aankh chhin jati hai.</w:t>
      </w:r>
      <w:r>
        <w:br/>
      </w:r>
      <w:r>
        <w:rPr>
          <w:sz w:val="20"/>
        </w:rPr>
        <w:t>1:49:36  to yeh yeh sochne ki</w:t>
      </w:r>
      <w:r>
        <w:br/>
      </w:r>
      <w:r>
        <w:rPr>
          <w:sz w:val="20"/>
        </w:rPr>
        <w:t>1:49:38  baat hai. sochein, aap to har har moment aap ko tajruba hoga insan ke izzat izzat ka. is ka taluq sochne se aur kisi cheez se nahi.</w:t>
      </w:r>
    </w:p>
    <w:p>
      <w:pPr>
        <w:pStyle w:val="Heading2"/>
      </w:pPr>
      <w:r>
        <w:t>How to avoid deviation from God's path?</w:t>
      </w:r>
    </w:p>
    <w:p>
      <w:r>
        <w:rPr>
          <w:color w:val="666666"/>
          <w:sz w:val="18"/>
        </w:rPr>
        <w:t>Spirituality · Discovery of God November 3, 2019 Maulana Wahiduddin Khan · 4m 37s · at 49:59 · https://youtu.be/WUaOl0Kwwng?t=2999</w:t>
      </w:r>
    </w:p>
    <w:p>
      <w:r>
        <w:rPr>
          <w:i/>
        </w:rPr>
        <w:t>“Maulana, your concern has always been God. You have never deviated from it, but we are afraid that we might deviate. Maulana, how can we save ourselves from deviation?”</w:t>
      </w:r>
    </w:p>
    <w:p>
      <w:r>
        <w:rPr>
          <w:sz w:val="20"/>
        </w:rPr>
        <w:t>49:59  un ka bhi parhna chahenge. dono ek jaise sawal hain. unhon ne likha hai: "maulana, aap ka concern hamesha god raha hai.</w:t>
      </w:r>
      <w:r>
        <w:br/>
      </w:r>
      <w:r>
        <w:rPr>
          <w:sz w:val="20"/>
        </w:rPr>
        <w:t>50:08  aap kabhi bhi is se derail nahi hue, lekin hamare liye yeh andesha rehta hai ke hum derail ho jaen. maulana, hum apne aap ko derail hone se kaise bacha sakte hain?"</w:t>
      </w:r>
      <w:r>
        <w:br/>
      </w:r>
      <w:r>
        <w:rPr>
          <w:sz w:val="20"/>
        </w:rPr>
        <w:t>50:31  main apna ek qissa batata hoon aap ko.</w:t>
      </w:r>
      <w:r>
        <w:br/>
      </w:r>
      <w:r>
        <w:rPr>
          <w:sz w:val="20"/>
        </w:rPr>
        <w:t>50:37  main pehle naujawan umar mein kuch shair waghera parha karta tha. shair to nahi tha, lekin parhta tha. to us zamane mein bohat se logon ko parha maine, top ke bhi jaise ghalib,</w:t>
      </w:r>
      <w:r>
        <w:br/>
      </w:r>
      <w:r>
        <w:rPr>
          <w:sz w:val="20"/>
        </w:rPr>
        <w:t>50:54  zauq waghera, aur doosre logon ko bhi. is zamane mein shair ki taraf, yani kalam bohat sa parha parha tha maine,</w:t>
      </w:r>
      <w:r>
        <w:br/>
      </w:r>
      <w:r>
        <w:rPr>
          <w:sz w:val="20"/>
        </w:rPr>
        <w:t>51:09  lekin sirf ek hi kalam mujhe attract kiya, woh tha fani ka, fani badaioni. to is zamane mein maine ek mazmoon likha tha: "fani haqeeqat ki talash mein sargardan." maine paya ke ek hi insaan tha shair ki duniya mein jo sachai ki talash mein, yani jo mutrashi tha,</w:t>
      </w:r>
      <w:r>
        <w:br/>
      </w:r>
      <w:r>
        <w:rPr>
          <w:sz w:val="20"/>
        </w:rPr>
        <w:t>51:33  seeker tha, woh tha fani. to maine likha: "fani haqeeqat ki talash mein sargardan." to is is ke ek shair mere liye bohat important ban ban gaya.</w:t>
      </w:r>
      <w:r>
        <w:br/>
      </w:r>
      <w:r>
        <w:rPr>
          <w:sz w:val="20"/>
        </w:rPr>
        <w:t>51:51  ek shair,</w:t>
      </w:r>
      <w:r>
        <w:br/>
      </w:r>
      <w:r>
        <w:rPr>
          <w:sz w:val="20"/>
        </w:rPr>
        <w:t>51:57  woh wahi meri, wahi shair bhi, meri tasweer hai. woh shair yeh tha:</w:t>
      </w:r>
      <w:r>
        <w:br/>
      </w:r>
      <w:r>
        <w:rPr>
          <w:sz w:val="20"/>
        </w:rPr>
        <w:t>52:10  "fareb jalwa aur kitna mukammal</w:t>
      </w:r>
      <w:r>
        <w:br/>
      </w:r>
      <w:r>
        <w:rPr>
          <w:sz w:val="20"/>
        </w:rPr>
        <w:t>52:13  , aye maaz Allah, bari mushkil se dil ko bazm-e-alam se utha paya."</w:t>
      </w:r>
      <w:r>
        <w:br/>
      </w:r>
      <w:r>
        <w:rPr>
          <w:sz w:val="20"/>
        </w:rPr>
        <w:t>52:22  yeh meri tasweer hai. fareb jalwa, yani duniya ki har chamak, har raunaq, fareb jalwa hai.</w:t>
      </w:r>
      <w:r>
        <w:br/>
      </w:r>
      <w:r>
        <w:rPr>
          <w:sz w:val="20"/>
        </w:rPr>
        <w:t>52:31  yeh kuch bhi nahi hai, sarag hai.</w:t>
      </w:r>
      <w:r>
        <w:br/>
      </w:r>
      <w:r>
        <w:rPr>
          <w:sz w:val="20"/>
        </w:rPr>
        <w:t>52:40  to fareb jalwa aur kitna mukammal</w:t>
      </w:r>
      <w:r>
        <w:br/>
      </w:r>
      <w:r>
        <w:rPr>
          <w:sz w:val="20"/>
        </w:rPr>
        <w:t>52:43  , aye maaz Allah, bari mushkil se dil ko bazm-e-alam se utha paya. to aap ko yahi karna parega ke aalami raunaq se apne ko utha len.</w:t>
      </w:r>
      <w:r>
        <w:br/>
      </w:r>
      <w:r>
        <w:rPr>
          <w:sz w:val="20"/>
        </w:rPr>
        <w:t>52:58  koi aalami raunaq aap ko attract na kar sake. to isi maine isi ko attend kiya, isi se mujhe faida hua.</w:t>
      </w:r>
      <w:r>
        <w:br/>
      </w:r>
      <w:r>
        <w:rPr>
          <w:sz w:val="20"/>
        </w:rPr>
        <w:t>53:11  fareb jalwa aur kitna mukammal</w:t>
      </w:r>
      <w:r>
        <w:br/>
      </w:r>
      <w:r>
        <w:rPr>
          <w:sz w:val="20"/>
        </w:rPr>
        <w:t>53:14  , aye maaz Allah, bari mushkil se dil ko bazm-e-alam se utha paya. to aap ko yahi karna parega ke aalami raunaq se apne ko utha len.</w:t>
      </w:r>
      <w:r>
        <w:br/>
      </w:r>
      <w:r>
        <w:rPr>
          <w:sz w:val="20"/>
        </w:rPr>
        <w:t>53:25  is mein sari woh cheezein shamil hain jo insaan ko attract karti hain.</w:t>
      </w:r>
      <w:r>
        <w:br/>
      </w:r>
      <w:r>
        <w:rPr>
          <w:sz w:val="20"/>
        </w:rPr>
        <w:t>53:37  maulana, agla comment bangalore se Faisal Saleem sahib ne bheja hai. unhone likha hai: "your lec</w:t>
      </w:r>
    </w:p>
    <w:p>
      <w:pPr>
        <w:pStyle w:val="Heading2"/>
      </w:pPr>
      <w:r>
        <w:t>How to awaken conscience permanently?</w:t>
      </w:r>
    </w:p>
    <w:p>
      <w:r>
        <w:rPr>
          <w:color w:val="666666"/>
          <w:sz w:val="18"/>
        </w:rPr>
        <w:t>Spirituality · Personality Building January 05, 2014 · 3m 06s · at 1:16:05 · https://youtu.be/3Zppdm2K4ug?t=4565</w:t>
      </w:r>
    </w:p>
    <w:p>
      <w:r>
        <w:rPr>
          <w:i/>
        </w:rPr>
        <w:t>“How can I awaken my conscience permanently? Please guide me.”</w:t>
      </w:r>
    </w:p>
    <w:p>
      <w:r>
        <w:rPr>
          <w:sz w:val="20"/>
        </w:rPr>
        <w:t>1:16:05  Maulana, agla sawal aya hai Islamabad, Pakistan se Waseem Bari sahib ka. Unhon ne likha hai: "Maulana, how can I awaken my conscience permanently?</w:t>
      </w:r>
      <w:r>
        <w:br/>
      </w:r>
      <w:r>
        <w:rPr>
          <w:sz w:val="20"/>
        </w:rPr>
        <w:t>1:16:19  please gaid mi." woh to aaj aaj mein isi bola ke jo aaj aaj mein ne kaha ke recharge yor maind, apne maind ko bar bar charge kijie.</w:t>
      </w:r>
      <w:r>
        <w:br/>
      </w:r>
      <w:r>
        <w:rPr>
          <w:sz w:val="20"/>
        </w:rPr>
        <w:t>1:16:36  to har lamha yaad rakhen jo ayat mein ne parhi, jo hadith mein ne parhi, to har momint, har momint kuch na kuch guzarta hai aap ke sath.</w:t>
      </w:r>
      <w:r>
        <w:br/>
      </w:r>
      <w:r>
        <w:rPr>
          <w:sz w:val="20"/>
        </w:rPr>
        <w:t>1:16:47  koi expiriens, koi abzarveshan, kisi se kuch suntay hain, kuch parhtay hain, har har momint. to aap apne shaoor ko, apne maind ko agar develop kar saken ke is se extract kare aadmi,</w:t>
      </w:r>
      <w:r>
        <w:br/>
      </w:r>
      <w:r>
        <w:rPr>
          <w:sz w:val="20"/>
        </w:rPr>
        <w:t>1:17:00  ise aap extract kar saken, ise nikal saken, woh cheez jis ko mein kehta hoon point of reference,</w:t>
      </w:r>
      <w:r>
        <w:br/>
      </w:r>
      <w:r>
        <w:rPr>
          <w:sz w:val="20"/>
        </w:rPr>
        <w:t>1:17:08  tab yeh silsila jari rahega, jari rahega, jari rahega. agar aisa nahi karenge to to discontinue ho jayega, phir jari nahi reh sakta. to har cheez aap ek paon uthate hain zameen par, tab bhi is mein ek point of reference hota hai.</w:t>
      </w:r>
      <w:r>
        <w:br/>
      </w:r>
      <w:r>
        <w:rPr>
          <w:sz w:val="20"/>
        </w:rPr>
        <w:t>1:17:24  aap aankh khol kar dekhte hain, tab bhi point of reference hota hai.</w:t>
      </w:r>
      <w:r>
        <w:br/>
      </w:r>
      <w:r>
        <w:rPr>
          <w:sz w:val="20"/>
        </w:rPr>
        <w:t>1:17:29  misalan jab mein apne ghar se nikla to bahar cheezain dikhai de rahi theen. to mein ne socha ke agar bahar roshni na ho, mujhe mujhe aankh mili hui ho aur bahar roshni na ho to mein kuch nahi dekhunga.</w:t>
      </w:r>
      <w:r>
        <w:br/>
      </w:r>
      <w:r>
        <w:rPr>
          <w:sz w:val="20"/>
        </w:rPr>
        <w:t>1:17:44  aankh nahi dekhti jab tak ke roshni bahar maujood na ho. to bahar lait hona chahiye, tab aap ki aankh dekh pati hai kisi cheez ko.</w:t>
      </w:r>
      <w:r>
        <w:br/>
      </w:r>
      <w:r>
        <w:rPr>
          <w:sz w:val="20"/>
        </w:rPr>
        <w:t>1:17:54  to isi is mein ek point of reference tha ke kaisa ajib hai khuda ke is ne jab mujhe aankh diya to bahar lait bhi is ne bherh di, suraj ko chamka bhi diya sath sath.</w:t>
      </w:r>
      <w:r>
        <w:br/>
      </w:r>
      <w:r>
        <w:rPr>
          <w:sz w:val="20"/>
        </w:rPr>
        <w:t>1:18:07  to har momint, har momint aisi cheez guzarti hai aap ke sath jis mein aap ko ek point of reference maujood hota hai.</w:t>
      </w:r>
      <w:r>
        <w:br/>
      </w:r>
      <w:r>
        <w:rPr>
          <w:sz w:val="20"/>
        </w:rPr>
        <w:t>1:18:15  jaise mein bol raha hoon to aap ghor kijie ke jo speech hai, power of speech, to sari universe mein kisi ko hasil nahi.</w:t>
      </w:r>
      <w:r>
        <w:br/>
      </w:r>
      <w:r>
        <w:rPr>
          <w:sz w:val="20"/>
        </w:rPr>
        <w:t>1:18:26  do sitaron ke beech mein koi exchange nahi hota, do planet ke beech mein koi baat cheet nahi hoti, kisi sher aur hathi ke beech mein baat cheet nahi hoti.</w:t>
      </w:r>
      <w:r>
        <w:br/>
      </w:r>
      <w:r>
        <w:rPr>
          <w:sz w:val="20"/>
        </w:rPr>
        <w:t>1:18:37  kyun ke in ko yeh yeh jo speech aap ko hasil hai, power hai, woh in ko nahi hasil hai.</w:t>
      </w:r>
      <w:r>
        <w:br/>
      </w:r>
      <w:r>
        <w:rPr>
          <w:sz w:val="20"/>
        </w:rPr>
        <w:t>1:18:43  to har waqt aap bolte hain, woh bhi ek point of reference hai. to asal cheez jo hai woh hai ke awaken maind.</w:t>
      </w:r>
      <w:r>
        <w:br/>
      </w:r>
      <w:r>
        <w:rPr>
          <w:sz w:val="20"/>
        </w:rPr>
        <w:t>1:18:52  awaken maind agar aap ke andar hai to har cheez aap ke liye point of reference banti rahegi aur phir woh continue rahega.</w:t>
      </w:r>
      <w:r>
        <w:br/>
      </w:r>
      <w:r>
        <w:rPr>
          <w:sz w:val="20"/>
        </w:rPr>
        <w:t>1:19:01  aap ka process is mein, is mein discontinue nahi hoga. yahi hai raaz.</w:t>
      </w:r>
    </w:p>
    <w:p>
      <w:pPr>
        <w:pStyle w:val="Heading2"/>
      </w:pPr>
      <w:r>
        <w:t>How to become God's desired person?</w:t>
      </w:r>
    </w:p>
    <w:p>
      <w:r>
        <w:rPr>
          <w:color w:val="666666"/>
          <w:sz w:val="18"/>
        </w:rPr>
        <w:t>Spirituality · Islamic Pacifism Q&amp;A 8 May 2011 · 4m 02s · at 21:48 · https://youtu.be/5ZersGDNVcw?t=1308</w:t>
      </w:r>
    </w:p>
    <w:p>
      <w:r>
        <w:rPr>
          <w:i/>
        </w:rPr>
        <w:t>“How can a person become the desired person of God?”</w:t>
      </w:r>
    </w:p>
    <w:p>
      <w:r>
        <w:rPr>
          <w:sz w:val="20"/>
        </w:rPr>
        <w:t>21:48  Mr. Muhammad Daniyal ne Patna se sawal kiya hai. Unhon ne likha hai: "Koi shakhs Khuda ka matloob insaan kaise banay?" Is ke baray mein batayein.</w:t>
      </w:r>
      <w:r>
        <w:br/>
      </w:r>
      <w:r>
        <w:rPr>
          <w:sz w:val="20"/>
        </w:rPr>
        <w:t>22:07  Yeh to bohat mushkil sawal hai.</w:t>
      </w:r>
      <w:r>
        <w:br/>
      </w:r>
      <w:r>
        <w:rPr>
          <w:sz w:val="20"/>
        </w:rPr>
        <w:t>22:22  Baaki mein yahi keh sakta hoon ke takhallaqu be akhlaq Allah. Allah ke jo sifat hain, attributes hain, woh apne andar paida karna.</w:t>
      </w:r>
      <w:r>
        <w:br/>
      </w:r>
      <w:r>
        <w:rPr>
          <w:sz w:val="20"/>
        </w:rPr>
        <w:t>22:35  Aur sab se bari sifat Allah Ta'ala ki hai,</w:t>
      </w:r>
      <w:r>
        <w:br/>
      </w:r>
      <w:r>
        <w:rPr>
          <w:sz w:val="20"/>
        </w:rPr>
        <w:t>22:38  Rehman aur Raheem hona. Jo shuru hi mein bataya gaya hai. Rehman Raheem ke ma'ani kya hain? Yak tarfa tor par doosray ke baray mein wilshir hona.</w:t>
      </w:r>
      <w:r>
        <w:br/>
      </w:r>
      <w:r>
        <w:rPr>
          <w:sz w:val="20"/>
        </w:rPr>
        <w:t>22:54  Yak tarfa tor par positive mind ke sath duniya mein rehna. Yak tarfa tor par apne seene ko doosron ke liye achay jazbaat ka maskan banana.</w:t>
      </w:r>
      <w:r>
        <w:br/>
      </w:r>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r>
        <w:br/>
      </w:r>
      <w:r>
        <w:rPr>
          <w:sz w:val="20"/>
        </w:rPr>
        <w:t>25:41  har cheez ko is nazar se dekha jis nazar se Khuda is ko dekhta hai.</w:t>
      </w:r>
    </w:p>
    <w:p>
      <w:pPr>
        <w:pStyle w:val="Heading2"/>
      </w:pPr>
      <w:r>
        <w:t>How to develop a purified personality despite mistakes</w:t>
      </w:r>
    </w:p>
    <w:p>
      <w:r>
        <w:rPr>
          <w:color w:val="666666"/>
          <w:sz w:val="18"/>
        </w:rPr>
        <w:t>Spirituality · Paradise September 18, 2016 · 2m 05s · at 53:16 · https://youtu.be/R2kZlD0PbGQ?t=3196</w:t>
      </w:r>
    </w:p>
    <w:p>
      <w:r>
        <w:rPr>
          <w:i/>
        </w:rPr>
        <w:t>“Often we do wrongdoings, and in spite of not wanting to, we continue to make mistakes. In such a situation, how can we develop a purified personality?”</w:t>
      </w:r>
    </w:p>
    <w:p>
      <w:r>
        <w:rPr>
          <w:sz w:val="20"/>
        </w:rPr>
        <w:t>53:16  ji Maulana, agla sawal kiya hai miss Naghma Siddiqui ne Delhi se.</w:t>
      </w:r>
      <w:r>
        <w:br/>
      </w:r>
      <w:r>
        <w:rPr>
          <w:sz w:val="20"/>
        </w:rPr>
        <w:t>53:21  انہوں نے لکھا ہے: "Often we do wrong doings and in spite of not wanting to we continue</w:t>
      </w:r>
      <w:r>
        <w:br/>
      </w:r>
      <w:r>
        <w:rPr>
          <w:sz w:val="20"/>
        </w:rPr>
        <w:t>53:27  to make mistakes. In such a situation, how can we develop a purified personality?" Dekhiye, purified personality ka</w:t>
      </w:r>
      <w:r>
        <w:br/>
      </w:r>
      <w:r>
        <w:rPr>
          <w:sz w:val="20"/>
        </w:rPr>
        <w:t>53:33  matlab yeh nahi hai ke ke koi ghalti na kare aadmi, yeh matlab nahi hai.</w:t>
      </w:r>
      <w:r>
        <w:br/>
      </w:r>
      <w:r>
        <w:rPr>
          <w:sz w:val="20"/>
        </w:rPr>
        <w:t>53:38  hadees mein aata hai ke: "kul bani Adam khattaon wa khair ul khattain at tawwaboon".</w:t>
      </w:r>
      <w:r>
        <w:br/>
      </w:r>
      <w:r>
        <w:rPr>
          <w:sz w:val="20"/>
        </w:rPr>
        <w:t>53:44  tu khata karna, yani aadmi khata na kare, yeh koi baat nahi hai.</w:t>
      </w:r>
      <w:r>
        <w:br/>
      </w:r>
      <w:r>
        <w:rPr>
          <w:sz w:val="20"/>
        </w:rPr>
        <w:t>53:50  khata ho aur aadmi foran lotay, tauba ka matlab hai lotna.</w:t>
      </w:r>
      <w:r>
        <w:br/>
      </w:r>
      <w:r>
        <w:rPr>
          <w:sz w:val="20"/>
        </w:rPr>
        <w:t>53:55  tu balkay aik hadees yahan tak hai ke insaan agar ghalti na kare to Allah aik aur makhlooq</w:t>
      </w:r>
      <w:r>
        <w:br/>
      </w:r>
      <w:r>
        <w:rPr>
          <w:sz w:val="20"/>
        </w:rPr>
        <w:t>54:01  paida kare ga jo ghalti kare aur tauba kare.</w:t>
      </w:r>
      <w:r>
        <w:br/>
      </w:r>
      <w:r>
        <w:rPr>
          <w:sz w:val="20"/>
        </w:rPr>
        <w:t>54:07  kyun? is ki wajah kiya hai? yeh ghalti se to hamara irtiqaa hota hai.</w:t>
      </w:r>
      <w:r>
        <w:br/>
      </w:r>
      <w:r>
        <w:rPr>
          <w:sz w:val="20"/>
        </w:rPr>
        <w:t>54:13  ghalti jo hai, yaad rakhiye, har ghalti, har khata hamare liye kiya hai? woh shock treatment hai.</w:t>
      </w:r>
      <w:r>
        <w:br/>
      </w:r>
      <w:r>
        <w:rPr>
          <w:sz w:val="20"/>
        </w:rPr>
        <w:t>54:18  shock treatment na ho to hum islaah bhi apni nahi kar paen ge.</w:t>
      </w:r>
      <w:r>
        <w:br/>
      </w:r>
      <w:r>
        <w:rPr>
          <w:sz w:val="20"/>
        </w:rPr>
        <w:t>54:24  ghalti aap ko jhanjhoarti hai, brainstorming paida karti hai.</w:t>
      </w:r>
      <w:r>
        <w:br/>
      </w:r>
      <w:r>
        <w:rPr>
          <w:sz w:val="20"/>
        </w:rPr>
        <w:t>54:30  to woh shock treatment hai.</w:t>
      </w:r>
      <w:r>
        <w:br/>
      </w:r>
      <w:r>
        <w:rPr>
          <w:sz w:val="20"/>
        </w:rPr>
        <w:t>54:35  to ghalti karna koi koi aib ki baat nahi hai.</w:t>
      </w:r>
      <w:r>
        <w:br/>
      </w:r>
      <w:r>
        <w:rPr>
          <w:sz w:val="20"/>
        </w:rPr>
        <w:t>54:41  ghalti ke baad foran aadmi chaokar na ho jaye aur apni islaah kare.</w:t>
      </w:r>
      <w:r>
        <w:br/>
      </w:r>
      <w:r>
        <w:rPr>
          <w:sz w:val="20"/>
        </w:rPr>
        <w:t>54:47  yeh baat quran mein maujood hai: "sab yatooboon min qareeb".</w:t>
      </w:r>
      <w:r>
        <w:br/>
      </w:r>
      <w:r>
        <w:rPr>
          <w:sz w:val="20"/>
        </w:rPr>
        <w:t>54:52  jaldi hi tauba kar lete hain.</w:t>
      </w:r>
      <w:r>
        <w:br/>
      </w:r>
      <w:r>
        <w:rPr>
          <w:sz w:val="20"/>
        </w:rPr>
        <w:t>54:58  woh toh matlab jo hai, jo matloob hai, woh yeh hai ke ghalti ke baad aadmi chaokar na</w:t>
      </w:r>
      <w:r>
        <w:br/>
      </w:r>
      <w:r>
        <w:rPr>
          <w:sz w:val="20"/>
        </w:rPr>
        <w:t>55:04  ho jaye, foran tauba kare, apni islaah kare.</w:t>
      </w:r>
      <w:r>
        <w:br/>
      </w:r>
      <w:r>
        <w:rPr>
          <w:sz w:val="20"/>
        </w:rPr>
        <w:t>55:10  yeh hai tareeqa.</w:t>
      </w:r>
      <w:r>
        <w:br/>
      </w:r>
      <w:r>
        <w:rPr>
          <w:sz w:val="20"/>
        </w:rPr>
        <w:t>55:15  ghalti na kare, yeh toh koi hal nahi hai.</w:t>
      </w:r>
    </w:p>
    <w:p>
      <w:pPr>
        <w:pStyle w:val="Heading2"/>
      </w:pPr>
      <w:r>
        <w:t>How to develop spiritual wisdom</w:t>
      </w:r>
    </w:p>
    <w:p>
      <w:r>
        <w:rPr>
          <w:color w:val="666666"/>
          <w:sz w:val="18"/>
        </w:rPr>
        <w:t>Spirituality · 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How to discover one's helplessness despite ability?</w:t>
      </w:r>
    </w:p>
    <w:p>
      <w:r>
        <w:rPr>
          <w:color w:val="666666"/>
          <w:sz w:val="18"/>
        </w:rPr>
        <w:t>Spirituality · Three levels of Realization 4 July 2010 - Maulana Wahiduddin Khan · 2m 27s · at 1:06:55 · https://youtu.be/H-kx5TldzfQ?t=4015</w:t>
      </w:r>
    </w:p>
    <w:p>
      <w:r>
        <w:rPr>
          <w:i/>
        </w:rPr>
        <w:t>“Maulana, while having ability, how can we discover our helplessness?”</w:t>
      </w:r>
    </w:p>
    <w:p>
      <w:r>
        <w:rPr>
          <w:sz w:val="20"/>
        </w:rPr>
        <w:t>1:06:55  maulana agla sawal abdul basit ne kiya hai doha qatar se unhon ne likha hai: "maulana ikhtiyar rakhte hue kaise apne ajz ko daryaft karein?" yani kis tarah ki soch se hum apne ajz ko daryaft karein?</w:t>
      </w:r>
      <w:r>
        <w:br/>
      </w:r>
      <w:r>
        <w:rPr>
          <w:sz w:val="20"/>
        </w:rPr>
        <w:t>1:07:17  ajz ki daryaft har waqt hoti rehti hai har waqt hoti rehti hai</w:t>
      </w:r>
      <w:r>
        <w:br/>
      </w:r>
      <w:r>
        <w:rPr>
          <w:sz w:val="20"/>
        </w:rPr>
        <w:t>1:07:22  hum koi na koi cheez hum se jaise ab mein farz ki jiye ke yeh uthata hoon aksar hota hai slip kar ke gir jata hai to mein ne apne ajz ko daryaft kiya ke khuda itni bari universe ko manage kar raha hai aur koi aisa na ho ke koi sitara gir pade koi planet gir pade koi star gir pade</w:t>
      </w:r>
      <w:r>
        <w:br/>
      </w:r>
      <w:r>
        <w:rPr>
          <w:sz w:val="20"/>
        </w:rPr>
        <w:t>1:07:45  ab jaise mein kal parson ki baat batata hoon mera daant jo hai wo zuban mein kuch injury ho gayi zuban mein khane khate waqt ittefaq se zuban kahin daant ke is mein aa gayi is ki zad mein aa gayi to zuban mein injury ho gayi</w:t>
      </w:r>
      <w:r>
        <w:br/>
      </w:r>
      <w:r>
        <w:rPr>
          <w:sz w:val="20"/>
        </w:rPr>
        <w:t>1:08:06  bhai doctor ke paas jana para to mein ne socha jate hue ke insaan itna helpless hai ke khud apne daant hain aur apni zuban hai apne daant se bhi apni zuban ko bacha nahi sakta wo</w:t>
      </w:r>
      <w:r>
        <w:br/>
      </w:r>
      <w:r>
        <w:rPr>
          <w:sz w:val="20"/>
        </w:rPr>
        <w:t>1:08:24  yeh bohat anokha mere liye experience tha wo daant bhi meri zuban bhi meri</w:t>
      </w:r>
      <w:r>
        <w:br/>
      </w:r>
      <w:r>
        <w:rPr>
          <w:sz w:val="20"/>
        </w:rPr>
        <w:t>1:08:31  aur mein khud apne daant se apni zuban ko bacha nahi sakta</w:t>
      </w:r>
      <w:r>
        <w:br/>
      </w:r>
      <w:r>
        <w:rPr>
          <w:sz w:val="20"/>
        </w:rPr>
        <w:t>1:08:37  to har waqt har waqt tajruba hota hai is tajrube mein lesson jo chupa hua hai us ko lesson nikaliye har waqt koi na koi aisi cheez hoti hai jo batati hai ke insaan helpless hai to helplessness ka koi koi wo koi course nahi hai wo apne aql ko active karna hai apni soch ko active karna hai</w:t>
      </w:r>
      <w:r>
        <w:br/>
      </w:r>
      <w:r>
        <w:rPr>
          <w:sz w:val="20"/>
        </w:rPr>
        <w:t>1:09:07  yani mein kahoon ke intellectual awakening jitni hogi utni aap is baat ko janenge yani zehni bedari jitna hoga jitni zyada utni zyada aap is se waqif ho jayenge.</w:t>
      </w:r>
    </w:p>
    <w:p>
      <w:pPr>
        <w:pStyle w:val="Heading2"/>
      </w:pPr>
      <w:r>
        <w:t>How to enlarge the heart for thought purification</w:t>
      </w:r>
    </w:p>
    <w:p>
      <w:r>
        <w:rPr>
          <w:color w:val="666666"/>
          <w:sz w:val="18"/>
        </w:rPr>
        <w:t>Spirituality · Tawbah-e-Nasuh (Sincere Repentance) 16 Feb 2020 - Maulana Wahiduddin Khan · 2m 20s · at 38:38 · https://youtu.be/0CccKs-1Uu8?t=2318</w:t>
      </w:r>
    </w:p>
    <w:p>
      <w:r>
        <w:rPr>
          <w:i/>
        </w:rPr>
        <w:t>“To clean one's thoughts, a very big heart is needed, especially for a dai. My question is: How can we all make our hearts big?”</w:t>
      </w:r>
    </w:p>
    <w:p>
      <w:r>
        <w:rPr>
          <w:sz w:val="20"/>
        </w:rPr>
        <w:t>38:38  maulana agla sawal lete hain. yeh sawal lucknow se bheja hai muhammad waqas sahab ne. unhon ne likha hai: "maulana thought ki safai ke liye bohat bara dil chahiye.</w:t>
      </w:r>
      <w:r>
        <w:br/>
      </w:r>
      <w:r>
        <w:rPr>
          <w:sz w:val="20"/>
        </w:rPr>
        <w:t>38:52  khas kar ek dai ke liye.</w:t>
      </w:r>
      <w:r>
        <w:br/>
      </w:r>
      <w:r>
        <w:rPr>
          <w:sz w:val="20"/>
        </w:rPr>
        <w:t>38:55  mera sawal yeh hai ke hum sab apna dil bara kaise karen?" yeh dil to bara hota hi hai.</w:t>
      </w:r>
      <w:r>
        <w:br/>
      </w:r>
      <w:r>
        <w:rPr>
          <w:sz w:val="20"/>
        </w:rPr>
        <w:t>39:05  jo dil allah ne paida kiya hai, woh to bara hota hi hai. hum is ko chhota kar lete hain.</w:t>
      </w:r>
      <w:r>
        <w:br/>
      </w:r>
      <w:r>
        <w:rPr>
          <w:sz w:val="20"/>
        </w:rPr>
        <w:t>39:15  aur chhota karne ki sab se bari wajah jo hai, woh hai</w:t>
      </w:r>
      <w:r>
        <w:br/>
      </w:r>
      <w:r>
        <w:rPr>
          <w:sz w:val="20"/>
        </w:rPr>
        <w:t>39:22  woh hai</w:t>
      </w:r>
      <w:r>
        <w:br/>
      </w:r>
      <w:r>
        <w:rPr>
          <w:sz w:val="20"/>
        </w:rPr>
        <w:t>39:27  kya kehte hain is ko?</w:t>
      </w:r>
      <w:r>
        <w:br/>
      </w:r>
      <w:r>
        <w:rPr>
          <w:sz w:val="20"/>
        </w:rPr>
        <w:t>39:42  yani apne ko kuch samajh lena. apne ko kuch samajh lena.</w:t>
      </w:r>
      <w:r>
        <w:br/>
      </w:r>
      <w:r>
        <w:rPr>
          <w:sz w:val="20"/>
        </w:rPr>
        <w:t>39:51  jab apne ko kuch na samjhen aap. is waqt hota hai jab allah ki barai jo hai, barai us ko aap discover karen.</w:t>
      </w:r>
      <w:r>
        <w:br/>
      </w:r>
      <w:r>
        <w:rPr>
          <w:sz w:val="20"/>
        </w:rPr>
        <w:t>40:05  mashhoor misal hai ke ek ek lakeer hai, woh lakeer ko tum chhota karna chahte ho to is ke paas doosri lakeer lambi kheench do.</w:t>
      </w:r>
      <w:r>
        <w:br/>
      </w:r>
      <w:r>
        <w:rPr>
          <w:sz w:val="20"/>
        </w:rPr>
        <w:t>40:18  main samajhta hoon ke sab se bara jo tareeqa hai, woh yeh ke aap sochen ke allah sab se sab se bara hai. allah sab se bara hai.</w:t>
      </w:r>
      <w:r>
        <w:br/>
      </w:r>
      <w:r>
        <w:rPr>
          <w:sz w:val="20"/>
        </w:rPr>
        <w:t>40:30  jab aap yeh jaan lenge, discover karenge ke sab se bara to allah hai</w:t>
      </w:r>
      <w:r>
        <w:br/>
      </w:r>
      <w:r>
        <w:rPr>
          <w:sz w:val="20"/>
        </w:rPr>
        <w:t>40:36  aur main to kuch bhi nahi hoon, tab ja kar yeh sifat aayegi aap ke andar. baghair is ke nahi aa sakti hai. lakeer chhoti kheenchne se kuch nahi hota.</w:t>
      </w:r>
      <w:r>
        <w:br/>
      </w:r>
      <w:r>
        <w:rPr>
          <w:sz w:val="20"/>
        </w:rPr>
        <w:t>40:47  allah ko apne dil mein bithayen aap, is se hota hai.</w:t>
      </w:r>
    </w:p>
    <w:p>
      <w:pPr>
        <w:pStyle w:val="Heading2"/>
      </w:pPr>
      <w:r>
        <w:t>How to practice introspection for ma'rifat</w:t>
      </w:r>
    </w:p>
    <w:p>
      <w:r>
        <w:rPr>
          <w:color w:val="666666"/>
          <w:sz w:val="18"/>
        </w:rPr>
        <w:t>Spirituality · The Importance of Thinking November 10, 2013 · 2m 24s · at 51:35 · https://youtu.be/y16CddTHoqE?t=3095</w:t>
      </w:r>
    </w:p>
    <w:p>
      <w:r>
        <w:rPr>
          <w:i/>
        </w:rPr>
        <w:t>“Introspection is most important for high ma'rifat. Maulana, please advise on how to do introspection.”</w:t>
      </w:r>
    </w:p>
    <w:p>
      <w:r>
        <w:rPr>
          <w:sz w:val="20"/>
        </w:rPr>
        <w:t>51:35  Maulana, agla sawal Dilli se hai Miss Naghma Siddiqui</w:t>
      </w:r>
      <w:r>
        <w:br/>
      </w:r>
      <w:r>
        <w:rPr>
          <w:sz w:val="20"/>
        </w:rPr>
        <w:t>51:39  ka. unhon ne likha hai: "Introspection is most important for high marifat." Maulana, please advise us how to do introspection.</w:t>
      </w:r>
      <w:r>
        <w:br/>
      </w:r>
      <w:r>
        <w:rPr>
          <w:sz w:val="20"/>
        </w:rPr>
        <w:t>51:54  dekhiye, introspection toh unfold hota hai, automatically unfold hota hai.</w:t>
      </w:r>
      <w:r>
        <w:br/>
      </w:r>
      <w:r>
        <w:rPr>
          <w:sz w:val="20"/>
        </w:rPr>
        <w:t>52:04  sab se bari cheez jo chahiye, woh modesty hai. modesty jaise hi modesty aayi, sab unfold hone laga.</w:t>
      </w:r>
      <w:r>
        <w:br/>
      </w:r>
      <w:r>
        <w:rPr>
          <w:sz w:val="20"/>
        </w:rPr>
        <w:t>52:16  Hadees mein likha aata hai: "man tawada' rafa' Allah". jo modesty ikhtiyar karta hai, Allah us ko buland karta hai.</w:t>
      </w:r>
      <w:r>
        <w:br/>
      </w:r>
      <w:r>
        <w:rPr>
          <w:sz w:val="20"/>
        </w:rPr>
        <w:t>52:26  yeh automatic baat nahi hai.</w:t>
      </w:r>
      <w:r>
        <w:br/>
      </w:r>
      <w:r>
        <w:rPr>
          <w:sz w:val="20"/>
        </w:rPr>
        <w:t>52:29  modesty karega toh us ke uska sab potential unfold hone lagenge.</w:t>
      </w:r>
      <w:r>
        <w:br/>
      </w:r>
      <w:r>
        <w:rPr>
          <w:sz w:val="20"/>
        </w:rPr>
        <w:t>52:38  tabhi introspection aayega aur Allah se qurbat sari sab kuch aati chali jayegi. qurbat toh "man tawada' rafa' Allah".</w:t>
      </w:r>
      <w:r>
        <w:br/>
      </w:r>
      <w:r>
        <w:rPr>
          <w:sz w:val="20"/>
        </w:rPr>
        <w:t>52:48  jo modesty ikhtiyar karta hai toh Allah us ko buland karta hai. yani modesty ki sathi se beginning hoti hai.</w:t>
      </w:r>
      <w:r>
        <w:br/>
      </w:r>
      <w:r>
        <w:rPr>
          <w:sz w:val="20"/>
        </w:rPr>
        <w:t>52:57  agar aap ke andar modesty na ho toh aap ka toh beginning bhi nahi hogi.</w:t>
      </w:r>
      <w:r>
        <w:br/>
      </w:r>
      <w:r>
        <w:rPr>
          <w:sz w:val="20"/>
        </w:rPr>
        <w:t>53:05  toh sab kuch ka raaz mere dukh modesty hai. apne aap ko jo aadmi bana le ke "no arrogance, no pride, no hate, no negative thinking".</w:t>
      </w:r>
      <w:r>
        <w:br/>
      </w:r>
      <w:r>
        <w:rPr>
          <w:sz w:val="20"/>
        </w:rPr>
        <w:t>53:18  jab yeh yeh kar le apne aap ko, yeh arrogance ka ulta kya hai? ke aap ke andar</w:t>
      </w:r>
      <w:r>
        <w:br/>
      </w:r>
      <w:r>
        <w:rPr>
          <w:sz w:val="20"/>
        </w:rPr>
        <w:t>53:30  har qism ka negative thought khatm ho jaye. apne ko bara samajh kar zehan khatm ho jaye.</w:t>
      </w:r>
      <w:r>
        <w:br/>
      </w:r>
      <w:r>
        <w:rPr>
          <w:sz w:val="20"/>
        </w:rPr>
        <w:t>53:40  to yeh yeh modesty hai. modesty jab aaye gi to phir sab baat ab aanay shuru ho jaye gi marifat ki. to marifat ke ke mamle mein modesty is the starting point.</w:t>
      </w:r>
    </w:p>
    <w:p>
      <w:pPr>
        <w:pStyle w:val="Heading2"/>
      </w:pPr>
      <w:r>
        <w:t>How to practice patience and earn reward?</w:t>
      </w:r>
    </w:p>
    <w:p>
      <w:r>
        <w:rPr>
          <w:color w:val="666666"/>
          <w:sz w:val="18"/>
        </w:rPr>
        <w:t>Spirituality · 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How to pray amidst fear and despair</w:t>
      </w:r>
    </w:p>
    <w:p>
      <w:r>
        <w:rPr>
          <w:color w:val="666666"/>
          <w:sz w:val="18"/>
        </w:rPr>
        <w:t>Spirituality · 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How to save oneself from destruction</w:t>
      </w:r>
    </w:p>
    <w:p>
      <w:r>
        <w:rPr>
          <w:color w:val="666666"/>
          <w:sz w:val="18"/>
        </w:rPr>
        <w:t>Spirituality · The Creation Plan December 09, 2018 · 4m 54s · at 48:51 · https://youtu.be/y8tS4vW9lFI?t=2931</w:t>
      </w:r>
    </w:p>
    <w:p>
      <w:r>
        <w:rPr>
          <w:i/>
        </w:rPr>
        <w:t>“How can we save our self from destruction?”</w:t>
      </w:r>
    </w:p>
    <w:p>
      <w:r>
        <w:rPr>
          <w:sz w:val="20"/>
        </w:rPr>
        <w:t>48:51  maulana, agla sawal islamabad pakistan se afaq jabbar sahib ne kiya hai. unhon ne aapse poocha hai ke: how can we save our self from distraction? is ke baray mein batayein.</w:t>
      </w:r>
      <w:r>
        <w:br/>
      </w:r>
      <w:r>
        <w:rPr>
          <w:sz w:val="20"/>
        </w:rPr>
        <w:t>49:12  dekhiye, kahan aap distract ho rahe hain, yeh foran aap ko bahar batata hai. aap ke andar jo consciousness hai,</w:t>
      </w:r>
      <w:r>
        <w:br/>
      </w:r>
      <w:r>
        <w:rPr>
          <w:sz w:val="20"/>
        </w:rPr>
        <w:t>49:25  woh foran batata hai ke: dekho, yahan tum distract ho rahe ho. to aap ko karna sirf aik kaam hai.</w:t>
      </w:r>
      <w:r>
        <w:br/>
      </w:r>
      <w:r>
        <w:rPr>
          <w:sz w:val="20"/>
        </w:rPr>
        <w:t>49:37  jaise hi aap ka zamir ya aap ka consciousness aap ko bataye ke: "tum yahan distract ho rahe ho," to jaldi se is ko avail kiye, jaldi se ruk jaiye.</w:t>
      </w:r>
      <w:r>
        <w:br/>
      </w:r>
      <w:r>
        <w:rPr>
          <w:sz w:val="20"/>
        </w:rPr>
        <w:t>49:55  aadmi kya karta hai? is batane ko foran dhyan nahi deta, is ko foran ke foran avail nahi karta, wo taal deta hai.</w:t>
      </w:r>
      <w:r>
        <w:br/>
      </w:r>
      <w:r>
        <w:rPr>
          <w:sz w:val="20"/>
        </w:rPr>
        <w:t>50:04  dekha gaya, ye ye mizaj khatam kijiye ke jab aap ka andar ka jo insan hai, wo aap ko bataye, toke to within second aap ruk jaiye, wahin koi khade ho jaiye aur lage sochne ke: "is mein kya ghalati hai?" aur phir is ko follow kijiye.</w:t>
      </w:r>
      <w:r>
        <w:br/>
      </w:r>
      <w:r>
        <w:rPr>
          <w:sz w:val="20"/>
        </w:rPr>
        <w:t>50:32  to ek hi lafz hai: "follow your consciousness."</w:t>
      </w:r>
      <w:r>
        <w:br/>
      </w:r>
      <w:r>
        <w:rPr>
          <w:sz w:val="20"/>
        </w:rPr>
        <w:t>50:42  main ne</w:t>
      </w:r>
      <w:r>
        <w:br/>
      </w:r>
      <w:r>
        <w:rPr>
          <w:sz w:val="20"/>
        </w:rPr>
        <w:t>50:46  pehlay bohat pabandi se parhta tha, ek ek American magazine aata hai: "Readers Digest."</w:t>
      </w:r>
      <w:r>
        <w:br/>
      </w:r>
      <w:r>
        <w:rPr>
          <w:sz w:val="20"/>
        </w:rPr>
        <w:t>50:58  to is mein ek martaba ek article chapa tha,</w:t>
      </w:r>
      <w:r>
        <w:br/>
      </w:r>
      <w:r>
        <w:rPr>
          <w:sz w:val="20"/>
        </w:rPr>
        <w:t>51:03  ek article.</w:t>
      </w:r>
      <w:r>
        <w:br/>
      </w:r>
      <w:r>
        <w:rPr>
          <w:sz w:val="20"/>
        </w:rPr>
        <w:t>51:12  is mein yahi is ka matlab yahi tha ke: "apni inner voice ko suno, inner voice ko suno."</w:t>
      </w:r>
      <w:r>
        <w:br/>
      </w:r>
      <w:r>
        <w:rPr>
          <w:sz w:val="20"/>
        </w:rPr>
        <w:t>51:25  andar se jo awaz aaye to foran is ko suno, foran is ko follow karo.</w:t>
      </w:r>
      <w:r>
        <w:br/>
      </w:r>
      <w:r>
        <w:rPr>
          <w:sz w:val="20"/>
        </w:rPr>
        <w:t>51:36  to main to samajhta hoon ke yahi ek hi tareeqa hai. kisi mufti ke paas mat jaiye, apne inner voice ko suniye, inner voice ko,</w:t>
      </w:r>
      <w:r>
        <w:br/>
      </w:r>
      <w:r>
        <w:rPr>
          <w:sz w:val="20"/>
        </w:rPr>
        <w:t>51:51  aur phir aap ko kabhi bhi wo inner voice aap ki jo hai, wo kabhi aap ko bhatkne nahi de ga.</w:t>
      </w:r>
      <w:r>
        <w:br/>
      </w:r>
      <w:r>
        <w:rPr>
          <w:sz w:val="20"/>
        </w:rPr>
        <w:t>52:02  Mumbai se Mahboob bhai ne likha hai: "Maulana, today lecture is once again a very encouraging lecture to me.</w:t>
      </w:r>
      <w:r>
        <w:br/>
      </w:r>
      <w:r>
        <w:rPr>
          <w:sz w:val="20"/>
        </w:rPr>
        <w:t>52:10  The triggering point for me was when you said: 'A tree can't have that ability to change itself, but humans have the chances to mold themself.' It's a tremendous hope and encouragement for me to stand and commit for the preparation of paradise.</w:t>
      </w:r>
      <w:r>
        <w:br/>
      </w:r>
      <w:r>
        <w:rPr>
          <w:sz w:val="20"/>
        </w:rPr>
        <w:t>52:30  Jazak Allah Maulana." Miss Shabina Ali ne Kolkata se likha hai: "War versus ideology is the wisdom behind conquering great fate.</w:t>
      </w:r>
      <w:r>
        <w:br/>
      </w:r>
      <w:r>
        <w:rPr>
          <w:sz w:val="20"/>
        </w:rPr>
        <w:t>52:43  Self-discipline, self-planning and self-thinking are the gems required in the making of a peace loving person who will inhabit paradise.</w:t>
      </w:r>
      <w:r>
        <w:br/>
      </w:r>
      <w:r>
        <w:rPr>
          <w:sz w:val="20"/>
        </w:rPr>
        <w:t>52:54  One needs to recognize its potential to become a self-made man, so that the angels will welcome in the Jannah.</w:t>
      </w:r>
      <w:r>
        <w:br/>
      </w:r>
      <w:r>
        <w:rPr>
          <w:sz w:val="20"/>
        </w:rPr>
        <w:t>53:03  Jazak Allah Maulana for giving so many guidelines to ponder in." Dr. Naghma Siddiqui ne Delhi se likha hai: "Maulana, you have explained God's creation plan so simply today, that God has created man and given him a minuscule amount of His characteristics of thinking, analyzing, arriving at decisions and putting them into words.</w:t>
      </w:r>
      <w:r>
        <w:br/>
      </w:r>
      <w:r>
        <w:rPr>
          <w:sz w:val="20"/>
        </w:rPr>
        <w:t>53:30  He has created us with a personality full of potential, like a thorny bush. It is our goal to convert it into actual, like a steel personality through one's own planning.</w:t>
      </w:r>
    </w:p>
    <w:p>
      <w:pPr>
        <w:pStyle w:val="Heading2"/>
      </w:pPr>
      <w:r>
        <w:t>How to stay away from distraction for focused mind?</w:t>
      </w:r>
    </w:p>
    <w:p>
      <w:r>
        <w:rPr>
          <w:color w:val="666666"/>
          <w:sz w:val="18"/>
        </w:rPr>
        <w:t>Spirituality · Deeper Meaning of Quran 17 05 2015 · 2m 07s · at 54:20 · https://youtu.be/_Cj6gds7nWI?t=3260</w:t>
      </w:r>
    </w:p>
    <w:p>
      <w:r>
        <w:rPr>
          <w:i/>
        </w:rPr>
        <w:t>“Contemplation requires a focused mind. How can we stay away from distraction to get a focused mind?”</w:t>
      </w:r>
    </w:p>
    <w:p>
      <w:r>
        <w:rPr>
          <w:sz w:val="20"/>
        </w:rPr>
        <w:t>54:20  Maulana, agla sawal Dilli se hai Miss Naghma Siddiqui ka aur unhon ne likha hai: "Contemplation requires a focused mind.</w:t>
      </w:r>
      <w:r>
        <w:br/>
      </w:r>
      <w:r>
        <w:rPr>
          <w:sz w:val="20"/>
        </w:rPr>
        <w:t>54:27  How can we stay away from distraction to get a focused mind?"</w:t>
      </w:r>
      <w:r>
        <w:br/>
      </w:r>
      <w:r>
        <w:rPr>
          <w:sz w:val="20"/>
        </w:rPr>
        <w:t>54:31  "dekhen, main samajhta hoon ke har aadmi kisi ek cheez par focus kiya rehta hai.</w:t>
      </w:r>
      <w:r>
        <w:br/>
      </w:r>
      <w:r>
        <w:rPr>
          <w:sz w:val="20"/>
        </w:rPr>
        <w:t>54:35  baghair focus ke koi jeeta nahi.</w:t>
      </w:r>
      <w:r>
        <w:br/>
      </w:r>
      <w:r>
        <w:rPr>
          <w:sz w:val="20"/>
        </w:rPr>
        <w:t>54:40  sirf yeh hai ke aap focus kisi ka hota hai akhirat par, kisi ka hota hai dunya par.</w:t>
      </w:r>
      <w:r>
        <w:br/>
      </w:r>
      <w:r>
        <w:rPr>
          <w:sz w:val="20"/>
        </w:rPr>
        <w:t>54:44  misalan, ek shakhs ne mujhe bataya ke mere inke bhai rehte hain bahar Europe mein, kisi mulk</w:t>
      </w:r>
      <w:r>
        <w:br/>
      </w:r>
      <w:r>
        <w:rPr>
          <w:sz w:val="20"/>
        </w:rPr>
        <w:t>54:49  mein ya America mein kahin.</w:t>
      </w:r>
      <w:r>
        <w:br/>
      </w:r>
      <w:r>
        <w:rPr>
          <w:sz w:val="20"/>
        </w:rPr>
        <w:t>54:53  to unhon ne kaha unki ek bachi paida hui, beti.</w:t>
      </w:r>
      <w:r>
        <w:br/>
      </w:r>
      <w:r>
        <w:rPr>
          <w:sz w:val="20"/>
        </w:rPr>
        <w:t>54:58  to bas usi ko le ke khelte rehte hain.</w:t>
      </w:r>
      <w:r>
        <w:br/>
      </w:r>
      <w:r>
        <w:rPr>
          <w:sz w:val="20"/>
        </w:rPr>
        <w:t>55:02  to unhon ne kaha ke woh office mein kaam karte hain.</w:t>
      </w:r>
      <w:r>
        <w:br/>
      </w:r>
      <w:r>
        <w:rPr>
          <w:sz w:val="20"/>
        </w:rPr>
        <w:t>55:07  to office mein jab aate hain to sab se pehle is bachi ko utha lete hain, use pyar</w:t>
      </w:r>
      <w:r>
        <w:br/>
      </w:r>
      <w:r>
        <w:rPr>
          <w:sz w:val="20"/>
        </w:rPr>
        <w:t>55:11  karte hain, use god mein lete hain.</w:t>
      </w:r>
      <w:r>
        <w:br/>
      </w:r>
      <w:r>
        <w:rPr>
          <w:sz w:val="20"/>
        </w:rPr>
        <w:t>55:16  to kaha office mein tab bhi focus bachi par hai.</w:t>
      </w:r>
      <w:r>
        <w:br/>
      </w:r>
      <w:r>
        <w:rPr>
          <w:sz w:val="20"/>
        </w:rPr>
        <w:t>55:20  usi ko yaad kiye hue hain.</w:t>
      </w:r>
      <w:r>
        <w:br/>
      </w:r>
      <w:r>
        <w:rPr>
          <w:sz w:val="20"/>
        </w:rPr>
        <w:t>55:25  to har aadmi ka focus hota hai kisi na kisi cheez par.</w:t>
      </w:r>
      <w:r>
        <w:br/>
      </w:r>
      <w:r>
        <w:rPr>
          <w:sz w:val="20"/>
        </w:rPr>
        <w:t>55:29  bghair focus ke koi jeeta nahi hai dunya mein.</w:t>
      </w:r>
      <w:r>
        <w:br/>
      </w:r>
      <w:r>
        <w:rPr>
          <w:sz w:val="20"/>
        </w:rPr>
        <w:t>55:34  hata ke jo ghalat log hain, un ka bhi focus koi hai.</w:t>
      </w:r>
      <w:r>
        <w:br/>
      </w:r>
      <w:r>
        <w:rPr>
          <w:sz w:val="20"/>
        </w:rPr>
        <w:t>55:38  koi ghalat cheez un ka focus bani hui hai.</w:t>
      </w:r>
      <w:r>
        <w:br/>
      </w:r>
      <w:r>
        <w:rPr>
          <w:sz w:val="20"/>
        </w:rPr>
        <w:t>55:43  to focus to rehta hi rehta hai.</w:t>
      </w:r>
      <w:r>
        <w:br/>
      </w:r>
      <w:r>
        <w:rPr>
          <w:sz w:val="20"/>
        </w:rPr>
        <w:t>55:47  ab cheez yeh hai ke focus sahi ho, Allah par ho, jannat par ho, aakhirat par ho.</w:t>
      </w:r>
      <w:r>
        <w:br/>
      </w:r>
      <w:r>
        <w:rPr>
          <w:sz w:val="20"/>
        </w:rPr>
        <w:t>55:52  to yeh cheez aaye gi soch se.</w:t>
      </w:r>
      <w:r>
        <w:br/>
      </w:r>
      <w:r>
        <w:rPr>
          <w:sz w:val="20"/>
        </w:rPr>
        <w:t>55:56  jitna sochen ge, utni focus ka correction hoga.</w:t>
      </w:r>
      <w:r>
        <w:br/>
      </w:r>
      <w:r>
        <w:rPr>
          <w:sz w:val="20"/>
        </w:rPr>
        <w:t>56:01  to focused mind to by nature har ek ka hota hi hota hai.</w:t>
      </w:r>
      <w:r>
        <w:br/>
      </w:r>
      <w:r>
        <w:rPr>
          <w:sz w:val="20"/>
        </w:rPr>
        <w:t>56:05  sirf masla hai correction ka.</w:t>
      </w:r>
      <w:r>
        <w:br/>
      </w:r>
      <w:r>
        <w:rPr>
          <w:sz w:val="20"/>
        </w:rPr>
        <w:t>56:10  apne focus ko aap sahi karen.</w:t>
      </w:r>
      <w:r>
        <w:br/>
      </w:r>
      <w:r>
        <w:rPr>
          <w:sz w:val="20"/>
        </w:rPr>
        <w:t>56:14  to mein samajhta hoon ke study karna, ghore o fikr karna, duaen mangna, yahi is ka zariya hai.</w:t>
      </w:r>
      <w:r>
        <w:br/>
      </w:r>
      <w:r>
        <w:rPr>
          <w:sz w:val="20"/>
        </w:rPr>
        <w:t>56:19  jisko jo chahta ho ke mera focus sahi ho, to yahi rasta hai is ke liye.</w:t>
      </w:r>
      <w:r>
        <w:br/>
      </w:r>
      <w:r>
        <w:rPr>
          <w:sz w:val="20"/>
        </w:rPr>
        <w:t>56:23  aur koi rasta to hai nahi.</w:t>
      </w:r>
    </w:p>
    <w:p>
      <w:pPr>
        <w:pStyle w:val="Heading2"/>
      </w:pPr>
      <w:r>
        <w:t>How to stay positive all the time?</w:t>
      </w:r>
    </w:p>
    <w:p>
      <w:r>
        <w:rPr>
          <w:color w:val="666666"/>
          <w:sz w:val="18"/>
        </w:rPr>
        <w:t>Spirituality · The Road to Paradise December 30, 2012 Maulana Wahiduddin Khan · 2m 10s · at 1:10:24 · https://youtu.be/vUiaPsYF4Tk?t=4224</w:t>
      </w:r>
    </w:p>
    <w:p>
      <w:r>
        <w:rPr>
          <w:i/>
        </w:rPr>
        <w:t>“The road to paradise is filled with obstacles to help us develop our personalities, so as to be eligible for paradise. This requires us to be positive at all times. Can you give us guidance as to how we can stay positive all the time?”</w:t>
      </w:r>
    </w:p>
    <w:p>
      <w:r>
        <w:rPr>
          <w:sz w:val="20"/>
        </w:rPr>
        <w:t>1:10:24  maulana, agla sawal dilli se hai, miss naghma siddiqui ka.</w:t>
      </w:r>
      <w:r>
        <w:br/>
      </w:r>
      <w:r>
        <w:rPr>
          <w:sz w:val="20"/>
        </w:rPr>
        <w:t>1:10:28  unhon ne likha hai: "the road to paradise is filled with obstacles to help us develop our personalities, so as to be eligible for paradise.</w:t>
      </w:r>
      <w:r>
        <w:br/>
      </w:r>
      <w:r>
        <w:rPr>
          <w:sz w:val="20"/>
        </w:rPr>
        <w:t>1:10:40  this requires us to be positive at all times. can you give us guidance as to how we can stay positive all the time?"</w:t>
      </w:r>
      <w:r>
        <w:br/>
      </w:r>
      <w:r>
        <w:rPr>
          <w:sz w:val="20"/>
        </w:rPr>
        <w:t>1:10:57  bhai, dekhen, jo paradise ka sahi ma'non mein chahne wala banega, is tarah chahne wale se ke maa chahti hai apne beta beti ko, to phir us ko apne aap har waqt us ka mind us ko guide karta rahega.</w:t>
      </w:r>
      <w:r>
        <w:br/>
      </w:r>
      <w:r>
        <w:rPr>
          <w:sz w:val="20"/>
        </w:rPr>
        <w:t>1:11:14  mujhe kya karna hai? mujhe kya karna hai? lekin log paradise ke hareese hi nahin hain.</w:t>
      </w:r>
      <w:r>
        <w:br/>
      </w:r>
      <w:r>
        <w:rPr>
          <w:sz w:val="20"/>
        </w:rPr>
        <w:t>1:11:20  woh to apne bachchon mein ko dekh kar khush hote hain, apni business ko dekh kar khush hote hain, apne job ko dekh kar khush hote hain.</w:t>
      </w:r>
      <w:r>
        <w:br/>
      </w:r>
      <w:r>
        <w:rPr>
          <w:sz w:val="20"/>
        </w:rPr>
        <w:t>1:11:30  unhen jannat ki koi talab hi nahin hai. samajhte hain jannat to apne aap mein mil jayegi unhein.</w:t>
      </w:r>
      <w:r>
        <w:br/>
      </w:r>
      <w:r>
        <w:rPr>
          <w:sz w:val="20"/>
        </w:rPr>
        <w:t>1:11:36  jo sahi ma'non mein jannat ka hareese ho, jannat ko chahne wala ban gaya ho, to us ka mind apne aap us ko har mauqe par guide karta rahega ke mujhe kaise sochna hai, kaise bolna hai,</w:t>
      </w:r>
      <w:r>
        <w:br/>
      </w:r>
      <w:r>
        <w:rPr>
          <w:sz w:val="20"/>
        </w:rPr>
        <w:t>1:11:49  kaise behave karna hai, kaise meri daily honi chahiye. khud khud aadmi ka conscience, aap ka mind us ko guide karta rahega.</w:t>
      </w:r>
      <w:r>
        <w:br/>
      </w:r>
      <w:r>
        <w:rPr>
          <w:sz w:val="20"/>
        </w:rPr>
        <w:t>1:11:58  aisi cheez hai ke aap jannat aap ka concern ban jaye. concern</w:t>
      </w:r>
      <w:r>
        <w:br/>
      </w:r>
      <w:r>
        <w:rPr>
          <w:sz w:val="20"/>
        </w:rPr>
        <w:t>1:12:02  koi bhi cheez jo aadmi ka concern ban jati hai, to khud hi woh apna. woh ho jata hai advisor. yeh to mind itna zabardast cheez hai insaan ke paas ke bahut zyada us ki potential hai.</w:t>
      </w:r>
      <w:r>
        <w:br/>
      </w:r>
      <w:r>
        <w:rPr>
          <w:sz w:val="20"/>
        </w:rPr>
        <w:t>1:12:18  to is mind ko jagaiye, mind ko bedaar kijiye. is ke baad, yani khud aap ko apne andar se guidance milti rahegi.</w:t>
      </w:r>
    </w:p>
    <w:p>
      <w:pPr>
        <w:pStyle w:val="Heading2"/>
      </w:pPr>
      <w:r>
        <w:t>How to stay safe from worldly distractions?</w:t>
      </w:r>
    </w:p>
    <w:p>
      <w:r>
        <w:rPr>
          <w:color w:val="666666"/>
          <w:sz w:val="18"/>
        </w:rPr>
        <w:t>Spirituality · Importance of Peace December 16, 2012 · 3m 15s · at 1:06:38 · https://youtu.be/nymyorYyEz4?t=3998</w:t>
      </w:r>
    </w:p>
    <w:p>
      <w:r>
        <w:rPr>
          <w:i/>
        </w:rPr>
        <w:t>“The world we are living in is full of distractions. While restraining from these distractions, one still gets affected by a few, as they are present in every corner of this world. How can one be safe from all these distractions so that one can lead a pure and righteous life? Kindly make a dua for me so that I can lead a purposeful life in this world.”</w:t>
      </w:r>
    </w:p>
    <w:p>
      <w:r>
        <w:rPr>
          <w:sz w:val="20"/>
        </w:rPr>
        <w:t>1:06:38  maulana, agla sawal kashmir se hai aamir jaan mori sahab ka. unhon ne likha hai: "The world we are living in is full of distractions.</w:t>
      </w:r>
      <w:r>
        <w:br/>
      </w:r>
      <w:r>
        <w:rPr>
          <w:sz w:val="20"/>
        </w:rPr>
        <w:t>1:06:51  while refraining from these distractions, one still gets affected from few as they are present in every corner of this world."</w:t>
      </w:r>
      <w:r>
        <w:br/>
      </w:r>
      <w:r>
        <w:rPr>
          <w:sz w:val="20"/>
        </w:rPr>
        <w:t>1:07:01  Maulana Sahab, mai question is: "How to be safe from all these distractions so that one can lead a pure and righteous life?" Maulana Sahab, kindly make a dua for me so that I can lead a purposeful life in this world.</w:t>
      </w:r>
      <w:r>
        <w:br/>
      </w:r>
      <w:r>
        <w:rPr>
          <w:sz w:val="20"/>
        </w:rPr>
        <w:t>1:07:18  dekhen, distraction to evil nahi hai, wo blessing hai. distraction ka matlab kya hai? intellectual challenge.</w:t>
      </w:r>
      <w:r>
        <w:br/>
      </w:r>
      <w:r>
        <w:rPr>
          <w:sz w:val="20"/>
        </w:rPr>
        <w:t>1:07:29  agar chelenj na ho to duniya mein har taraqqi khatam ho jaye. is raaz ko arlin tair bhi ne samjha.</w:t>
      </w:r>
      <w:r>
        <w:br/>
      </w:r>
      <w:r>
        <w:rPr>
          <w:sz w:val="20"/>
        </w:rPr>
        <w:t>1:07:37  is ne jo kitab likhi hai, bohat zabardast, to is mein jo dikhaya hai ke poori histri mein jo cheez kaam kar rahi hai, wo hai chelenj raspans mekanizm.</w:t>
      </w:r>
      <w:r>
        <w:br/>
      </w:r>
      <w:r>
        <w:rPr>
          <w:sz w:val="20"/>
        </w:rPr>
        <w:t>1:07:50  yani chelenj aata hai, phir insan is ka raspans deta hai.</w:t>
      </w:r>
      <w:r>
        <w:br/>
      </w:r>
      <w:r>
        <w:rPr>
          <w:sz w:val="20"/>
        </w:rPr>
        <w:t>1:07:58  is tarike se ek tisri cheez imarj karti hai, imarj karti hai. is ka kehna hai ke kisi se krritiiviti baqi rehti hai aap ki.</w:t>
      </w:r>
      <w:r>
        <w:br/>
      </w:r>
      <w:r>
        <w:rPr>
          <w:sz w:val="20"/>
        </w:rPr>
        <w:t>1:08:09  to distrekhshan ko aap evil ko samajhte hain. jab bhi koi distrekhshan samne aata hai to aap ko aata hai ke aap ri-think karen, ri-think karen, apne zehn ko phir se oiken karen,</w:t>
      </w:r>
      <w:r>
        <w:br/>
      </w:r>
      <w:r>
        <w:rPr>
          <w:sz w:val="20"/>
        </w:rPr>
        <w:t>1:08:22  apni soch ko aur bedar karen.</w:t>
      </w:r>
      <w:r>
        <w:br/>
      </w:r>
      <w:r>
        <w:rPr>
          <w:sz w:val="20"/>
        </w:rPr>
        <w:t>1:08:27  main to subah sham raat din ye poori zindagi distrekhshan mein jeeta raha hoon, aur wo is ko hamesha main ne apni ghiza banaya hai.</w:t>
      </w:r>
      <w:r>
        <w:br/>
      </w:r>
      <w:r>
        <w:rPr>
          <w:sz w:val="20"/>
        </w:rPr>
        <w:t>1:08:38  hamesha jab koi nai baat samne aati hai to bas sochta hoon, sochta hoon. mere haan, mere meri tanqeed jo cheez ghalat hai, wo reaction hai. aap positive raspans dijiye, aap bajaye reaction ke positive raspans di</w:t>
      </w:r>
      <w:r>
        <w:br/>
      </w:r>
      <w:r>
        <w:rPr>
          <w:sz w:val="20"/>
        </w:rPr>
        <w:t>1:08:53  jiye to har distrekhshan aap ko aap ko intellechual food ban jayega. aap ke liye, aap ke yani intellechual dvailpment, aap ko wo yani is is se aap ka intellechual dvailpment barabar badhta chala jayega.</w:t>
      </w:r>
      <w:r>
        <w:br/>
      </w:r>
      <w:r>
        <w:rPr>
          <w:sz w:val="20"/>
        </w:rPr>
        <w:t>1:09:11  koi dusra rasta duniya mein nahi hai. aap chahen ke distrekhshan na ho to natija ke jante hain kya hai? stigneshn aa jayega.</w:t>
      </w:r>
      <w:r>
        <w:br/>
      </w:r>
      <w:r>
        <w:rPr>
          <w:sz w:val="20"/>
        </w:rPr>
        <w:t>1:09:21  yani jab distrekhshan nahi hoga to is ke nateeje mein jo jayegi, wo stigneshn hoga, jamood hoga.</w:t>
      </w:r>
      <w:r>
        <w:br/>
      </w:r>
      <w:r>
        <w:rPr>
          <w:sz w:val="20"/>
        </w:rPr>
        <w:t>1:09:32  to is ko aap positive sens mein lijiye, is ko evil mat samjhiye, is ko blaising samjhiye. to maloom hoga ke aap ye to Khuda ne aap ki aap ki taraqqi ke liye rakha hai, wo masla nahi hai, wo masla nahi hai, wo aap ki taraqqi ke liye zine hain.</w:t>
      </w:r>
    </w:p>
    <w:p>
      <w:pPr>
        <w:pStyle w:val="Heading2"/>
      </w:pPr>
      <w:r>
        <w:t>Importance of gratitude in Islam</w:t>
      </w:r>
    </w:p>
    <w:p>
      <w:r>
        <w:rPr>
          <w:color w:val="666666"/>
          <w:sz w:val="18"/>
        </w:rPr>
        <w:t>Spirituality · The Road to Paradise December 30, 2012 Maulana Wahiduddin Khan · 4m 01s · at 1:28:02 · https://youtu.be/vUiaPsYF4Tk?t=5282</w:t>
      </w:r>
    </w:p>
    <w:p>
      <w:r>
        <w:rPr>
          <w:i/>
        </w:rPr>
        <w:t>“What is the importance of shukr (gratitude) in Islam?”</w:t>
      </w:r>
    </w:p>
    <w:p>
      <w:r>
        <w:rPr>
          <w:sz w:val="20"/>
        </w:rPr>
        <w:t>1:28:02  Maulana, agla sawal Hyderabad se hai, Miss Salma ka. Unhon ne aapse poocha hai: "What is the importance of shukr in Islam?"</w:t>
      </w:r>
      <w:r>
        <w:br/>
      </w:r>
      <w:r>
        <w:rPr>
          <w:sz w:val="20"/>
        </w:rPr>
        <w:t>1:28:12  shukr to sab kuch hai Islam mein. Alhamdulillah Rabb-ul-Alameen jo hai, hum shukr hi to hain.</w:t>
      </w:r>
      <w:r>
        <w:br/>
      </w:r>
      <w:r>
        <w:rPr>
          <w:sz w:val="20"/>
        </w:rPr>
        <w:t>1:28:23  sab se bari cheez Islam mein shukr hai. Aur aaj ke musalmanon mein shukr bilkul ghayab hai. Kam az kam mujhe nahi maloom koi insan jo sahi ma'ano mein shukr karne wala ho.</w:t>
      </w:r>
      <w:r>
        <w:br/>
      </w:r>
      <w:r>
        <w:rPr>
          <w:sz w:val="20"/>
        </w:rPr>
        <w:t>1:28:34  shukr karte hain kis par log? Apne bete, beti par, apne ghar par, apne job par, apni dukaan par, business par. Allah ka shukr kaun karta hai?</w:t>
      </w:r>
      <w:r>
        <w:br/>
      </w:r>
      <w:r>
        <w:rPr>
          <w:sz w:val="20"/>
        </w:rPr>
        <w:t>1:28:44  kam az kam mein woh insan aaj tak nahi mila hoon is insan se jo haqeeqi ma'ano mein Allah ka shukr karne wala ho.</w:t>
      </w:r>
      <w:r>
        <w:br/>
      </w:r>
      <w:r>
        <w:rPr>
          <w:sz w:val="20"/>
        </w:rPr>
        <w:t>1:28:55  aksar mera yeh tajruba hota hai, mein logon se poochta hoon koi item ko le kar ke ke bataein ke yeh is item par aap ne Allah ka shukr kiya?</w:t>
      </w:r>
      <w:r>
        <w:br/>
      </w:r>
      <w:r>
        <w:rPr>
          <w:sz w:val="20"/>
        </w:rPr>
        <w:t>1:29:05  kyunki yeh misaal to mein technology jo hai, technology kya hai? Is nature mein maujood</w:t>
      </w:r>
      <w:r>
        <w:br/>
      </w:r>
      <w:r>
        <w:rPr>
          <w:sz w:val="20"/>
        </w:rPr>
        <w:t>1:29:11  thi, Allah ne in nature mein rakh diya tha, potentially. Is ko insan ne daryaft kiya. Ab log khoob istemal kar rahe hain. Masalan ghari hai, radio hai, telephone hai, mobile hai, camera hai.</w:t>
      </w:r>
      <w:r>
        <w:br/>
      </w:r>
      <w:r>
        <w:rPr>
          <w:sz w:val="20"/>
        </w:rPr>
        <w:t>1:29:25  yeh sara Allah ka atiya to tha. Lekin sab log kya samajhte hain ke sabaq sector mein gaye, wahan se khareed liya, bas mil gaya hum ko.</w:t>
      </w:r>
      <w:r>
        <w:br/>
      </w:r>
      <w:r>
        <w:rPr>
          <w:sz w:val="20"/>
        </w:rPr>
        <w:t>1:29:34  mujhe to koi nahi mila jo is par shukr karta ho sahi ma'ano mein. Ke kitni bari bari nemmatein Allah ne rakh di thi zameen</w:t>
      </w:r>
      <w:r>
        <w:br/>
      </w:r>
      <w:r>
        <w:rPr>
          <w:sz w:val="20"/>
        </w:rPr>
        <w:t>1:29:40  mein, is ko discover kar ke hum istemal kar rahe hain. Koi bhi nahi. Bas samajhte hain ke jeeb mein paisa tha, hum ja ke khareed liya.</w:t>
      </w:r>
      <w:r>
        <w:br/>
      </w:r>
      <w:r>
        <w:rPr>
          <w:sz w:val="20"/>
        </w:rPr>
        <w:t>1:29:50  koi shukr nahi, Alhamdulillah, Subhan Allah karte hain jo log. Woh to ek culture hai, bas. Haqeeqi ma'ano mein dil se aur aur daryaft ke darje mein shukr karne wala kam az kam mujhe to nahi milta.</w:t>
      </w:r>
      <w:r>
        <w:br/>
      </w:r>
      <w:r>
        <w:rPr>
          <w:sz w:val="20"/>
        </w:rPr>
        <w:t>1:30:05  agar koi hai to mein us se mulaqat karna chahta hoon.</w:t>
      </w:r>
      <w:r>
        <w:br/>
      </w:r>
      <w:r>
        <w:rPr>
          <w:sz w:val="20"/>
        </w:rPr>
        <w:t>1:30:08  oon. Is ka naam mujhe bataiye, mein us ko miloon ga ja kar ke. Jahan bhi jahan bhi rehta hoon, wahan jaon ga. Agar haqeeqi ma'ano mein koi woh shukr jo matloob hai, bara shukr, yaani shukr ka samandar jis ke dil mein aa gaya ho, shukr chashme jari ho gaye jis ke dil mein, woh shukr, yaani shukr ka ek ek ek ek kainaati infijar jis ke dil mein aa gaya ho,</w:t>
      </w:r>
      <w:r>
        <w:br/>
      </w:r>
      <w:r>
        <w:rPr>
          <w:sz w:val="20"/>
        </w:rPr>
        <w:t>1:30:33  yaani shukr ka ek ek is ke mind ko is ne jagah diya ho, aisa insan, is ki zindagi shukr mein dhal gayi ho,</w:t>
      </w:r>
      <w:r>
        <w:br/>
      </w:r>
      <w:r>
        <w:rPr>
          <w:sz w:val="20"/>
        </w:rPr>
        <w:t>1:30:47  ek ek ek explosion ke roop mein aata hai shukr. Agar sacha shukr aata hai kisi ke andar, woh hai hi nahi bilkul. Ulama mein bhi nahi hai, ghair ulama mein bhi nahi hai.</w:t>
      </w:r>
      <w:r>
        <w:br/>
      </w:r>
      <w:r>
        <w:rPr>
          <w:sz w:val="20"/>
        </w:rPr>
        <w:t>1:30:56  to sab se bari cheez hai shukr, jis ko shaitan ne logon se cheen liya, cheen rakha hai.</w:t>
      </w:r>
      <w:r>
        <w:br/>
      </w:r>
      <w:r>
        <w:rPr>
          <w:sz w:val="20"/>
        </w:rPr>
        <w:t>1:31:03  hamara mission jo hai, yahi mission hai, ek lafz mein. Hum log chahte hain ke shukr shukr karne wale banen. Woh shukr ayega to dawat ayegi, shukr ayega to Islam ke sare a'amal mein jaan aa jayegi.</w:t>
      </w:r>
    </w:p>
    <w:p>
      <w:pPr>
        <w:pStyle w:val="Heading2"/>
      </w:pPr>
      <w:r>
        <w:t>Importance of pledge in Islam</w:t>
      </w:r>
    </w:p>
    <w:p>
      <w:r>
        <w:rPr>
          <w:color w:val="666666"/>
          <w:sz w:val="18"/>
        </w:rPr>
        <w:t>Spirituality · Age of Alternatives April 05, 2015 · 2m 25s · at 1:20:31 · https://youtu.be/4v0uCM2BZuA?t=4831</w:t>
      </w:r>
    </w:p>
    <w:p>
      <w:r>
        <w:rPr>
          <w:i/>
        </w:rPr>
        <w:t>“What is the importance of pledge in Islam?”</w:t>
      </w:r>
    </w:p>
    <w:p>
      <w:r>
        <w:rPr>
          <w:sz w:val="20"/>
        </w:rPr>
        <w:t>1:20:31  Maulana, aakhri sawal se pehle ek comment padhna chahenge jo abhi abhi Dr. Hina ne bheja hai London se, aur unhone likha hai: "The quality of women for multi thinking is very beneficial even for dawah mission besides home,</w:t>
      </w:r>
      <w:r>
        <w:br/>
      </w:r>
      <w:r>
        <w:rPr>
          <w:sz w:val="20"/>
        </w:rPr>
        <w:t>1:20:51  also in her profession or business as it guides her and her team."</w:t>
      </w:r>
      <w:r>
        <w:br/>
      </w:r>
      <w:r>
        <w:rPr>
          <w:sz w:val="20"/>
        </w:rPr>
        <w:t>1:20:59  MashaAllah, bahut sahi baat hai, bahut sahi baat hai. Maulana, ye aakhri sawal hai jo Fawad Sahab ne kiya hai Chennai se, aur wo aap se ye janna chahte hain ke what is the importance of pledge in Islam?</w:t>
      </w:r>
      <w:r>
        <w:br/>
      </w:r>
      <w:r>
        <w:rPr>
          <w:sz w:val="20"/>
        </w:rPr>
        <w:t>1:21:18  dekhen, Quran mein aaya hai ke: "Wafu bil ahd" - jab tum koi ahd karo to us ko poora karo, kyunke wo tum se us se pooch hogi.</w:t>
      </w:r>
      <w:r>
        <w:br/>
      </w:r>
      <w:r>
        <w:rPr>
          <w:sz w:val="20"/>
        </w:rPr>
        <w:t>1:21:33  to chahe aap ne Allah se ahd kiya ho ya insan se kiya ho, dono jo hai, dono ke bare mein Allah ke haan pooch hogi aapse.</w:t>
      </w:r>
      <w:r>
        <w:br/>
      </w:r>
      <w:r>
        <w:rPr>
          <w:sz w:val="20"/>
        </w:rPr>
        <w:t>1:21:44  . is mein koi option nahin hai aap ko, ya pledge le liya aap ne to us ko poora hi karna hai. is mein kisi koi excuse talash kar ke us ko aap tor nahin sakte.</w:t>
      </w:r>
      <w:r>
        <w:br/>
      </w:r>
      <w:r>
        <w:rPr>
          <w:sz w:val="20"/>
        </w:rPr>
        <w:t>1:21:57  "wafu billah ahad" isi mahboob ki qaul ayat hai: "an allaha masooluh". ahad ke baray mein poocha jaye ga, ahad ke mani wohi hain: pledge, qaul o qarar.</w:t>
      </w:r>
    </w:p>
    <w:p>
      <w:pPr>
        <w:pStyle w:val="Heading2"/>
      </w:pPr>
      <w:r>
        <w:t>Inspiration from nature for paradise</w:t>
      </w:r>
    </w:p>
    <w:p>
      <w:r>
        <w:rPr>
          <w:color w:val="666666"/>
          <w:sz w:val="18"/>
        </w:rPr>
        <w:t>Spirituality · Stress and Spirituality January 1, 2012 · 4m 29s · at 1:36:12 · https://youtu.be/TPhXL9-g6ME?t=5772</w:t>
      </w:r>
    </w:p>
    <w:p>
      <w:r>
        <w:rPr>
          <w:i/>
        </w:rPr>
        <w:t>“How can we get inspiration from nature in such a way that we get an introduction to paradise?”</w:t>
      </w:r>
    </w:p>
    <w:p>
      <w:r>
        <w:rPr>
          <w:sz w:val="20"/>
        </w:rPr>
        <w:t>1:36:12  allah ka yeh sab se bada ehsan hai ke is ne al-risala mission ki daryaft karai." agla sawal aah dilli se aaya hai miss naghma siddiqui ka.</w:t>
      </w:r>
      <w:r>
        <w:br/>
      </w:r>
      <w:r>
        <w:rPr>
          <w:sz w:val="20"/>
        </w:rPr>
        <w:t>1:36:22  unhon ne likha hai: "How can we get inspiration from nature in such a way that we get an introduction to paradise?" yeh baat bohat hi seedhi saadi hai.</w:t>
      </w:r>
      <w:r>
        <w:br/>
      </w:r>
      <w:r>
        <w:rPr>
          <w:sz w:val="20"/>
        </w:rPr>
        <w:t>1:36:35  is mein koi complex nahi hai.</w:t>
      </w:r>
      <w:r>
        <w:br/>
      </w:r>
      <w:r>
        <w:rPr>
          <w:sz w:val="20"/>
        </w:rPr>
        <w:t>1:36:42  woh yeh hai ke jab bhi hum koi cheez lete hain is dunya se to hamein is mein enjoyment milta hai, is mein taste milta hai.</w:t>
      </w:r>
      <w:r>
        <w:br/>
      </w:r>
      <w:r>
        <w:rPr>
          <w:sz w:val="20"/>
        </w:rPr>
        <w:t>1:36:52  is mein hum ko khushi milti hai. lekin ek had par ja kar bas hota hai ke ke limitations wahan aa kar ke record ban gayi hain.</w:t>
      </w:r>
      <w:r>
        <w:br/>
      </w:r>
      <w:r>
        <w:rPr>
          <w:sz w:val="20"/>
        </w:rPr>
        <w:t>1:37:03  koi disadvantage aa kar ke record ban gaya.</w:t>
      </w:r>
      <w:r>
        <w:br/>
      </w:r>
      <w:r>
        <w:rPr>
          <w:sz w:val="20"/>
        </w:rPr>
        <w:t>1:37:06  to is dunya mein sari cheezein hain lekin limitations ke sath hain, disadvantage ke sath hain.</w:t>
      </w:r>
      <w:r>
        <w:br/>
      </w:r>
      <w:r>
        <w:rPr>
          <w:sz w:val="20"/>
        </w:rPr>
        <w:t>1:37:15  to jab bhi aap enjoy karte hain to kahin na kahin ja kar maloom hota hai ke yeh jaise mein aah dhoop mein baithta hoon.</w:t>
      </w:r>
      <w:r>
        <w:br/>
      </w:r>
      <w:r>
        <w:rPr>
          <w:sz w:val="20"/>
        </w:rPr>
        <w:t>1:37:26  mujhe bohat pasand hai dhoop mein baithna. kai baar aisa hota hai ke dhoop mein baitha hoon aur kuch der ke baad paseena ho gaya. ab woh garmi</w:t>
      </w:r>
      <w:r>
        <w:br/>
      </w:r>
      <w:r>
        <w:rPr>
          <w:sz w:val="20"/>
        </w:rPr>
        <w:t>1:37:33  ho gayi. ab woh mujhe achhi nahi lagi. to mujhe yaad aati hai quran majeed ki ayat ke la yarawna fiha shamsan wa la zamhareera.</w:t>
      </w:r>
      <w:r>
        <w:br/>
      </w:r>
      <w:r>
        <w:rPr>
          <w:sz w:val="20"/>
        </w:rPr>
        <w:t>1:37:48  jaise ke thandak hai, thodi si thandak ho to bohat achha lagta hai is mein baithna. lekin thandak barh jaye to takleef hone lagti hai. thodi si roshni ho to bohat achha lagta hai.</w:t>
      </w:r>
      <w:r>
        <w:br/>
      </w:r>
      <w:r>
        <w:rPr>
          <w:sz w:val="20"/>
        </w:rPr>
        <w:t>1:37:57  lekin roshni barh jaye, garmi aa jaye to to pareshan ho jata hai aadmi.</w:t>
      </w:r>
      <w:r>
        <w:br/>
      </w:r>
      <w:r>
        <w:rPr>
          <w:sz w:val="20"/>
        </w:rPr>
        <w:t>1:38:03  to yeh ayat jo hai la yarawna fiha shamsan wa la zamhareera. matlab wahan ka jo suraj hoga is suraj mein yani roshni hogi lekin yani woh aisi garmi nahi hogi jis se aap ko takleef pahunche.</w:t>
      </w:r>
      <w:r>
        <w:br/>
      </w:r>
      <w:r>
        <w:rPr>
          <w:sz w:val="20"/>
        </w:rPr>
        <w:t>1:38:20  wahan jo thandak hogi us mein us mein sarwar hoga lekin woh yeh nahi hoga ke aap kap kap kap kap kap kap hi tare honge aap ke upar</w:t>
      </w:r>
      <w:r>
        <w:br/>
      </w:r>
      <w:r>
        <w:rPr>
          <w:sz w:val="20"/>
        </w:rPr>
        <w:t>1:38:27  to yeh bohat hi yani har din aap ko aisa tajurba ho sakta hai agar aap chahein ke duniya mein hum aaein yani khushiyan hain lekin woh khushiyan khushiyon ke sath sath yani disadvantage hai, limitations hain jis ko quran mein kaha gaya hai hazn.</w:t>
      </w:r>
      <w:r>
        <w:br/>
      </w:r>
      <w:r>
        <w:rPr>
          <w:sz w:val="20"/>
        </w:rPr>
        <w:t>1:38:49  to jannat mein jab jab jayenge log to woh kahenge alhamdulillah alladhi aza ba'd. hazn ke allah ka shukar hai jis ne hamein</w:t>
      </w:r>
      <w:r>
        <w:br/>
      </w:r>
      <w:r>
        <w:rPr>
          <w:sz w:val="20"/>
        </w:rPr>
        <w:t>1:39:00  hazn se yani hata liya hum hum se hazn. duniya mein hum ko har cheez ke sath hazn laga hua tha. har cheez ke sath.</w:t>
      </w:r>
      <w:r>
        <w:br/>
      </w:r>
      <w:r>
        <w:rPr>
          <w:sz w:val="20"/>
        </w:rPr>
        <w:t>1:39:11  bhai kahin hum aktah jate hain, kahin hum bor ho jate hain, kahin koi accident ho jata hai, kahin yani har mukhtalif qism ki disadvantage, mukhtalif koi limitations se hamein dochar hona parta hai is duniya mein.</w:t>
      </w:r>
      <w:r>
        <w:br/>
      </w:r>
      <w:r>
        <w:rPr>
          <w:sz w:val="20"/>
        </w:rPr>
        <w:t>1:39:27  lazaton ke bawajood. lekin jannat mein yeh sab kuch bhi nahi hoga. yeh sab cheezein wahan khatam ho jayengi. eternal bliss hogi wahan par.</w:t>
      </w:r>
      <w:r>
        <w:br/>
      </w:r>
      <w:r>
        <w:rPr>
          <w:sz w:val="20"/>
        </w:rPr>
        <w:t>1:39:36  to ahl-e-jannat kahenge alhamdulillah alladhi aza ba'd. hazn. is se allah ka shukar hai jis ne hum ke hazn ko nikal liya.</w:t>
      </w:r>
      <w:r>
        <w:br/>
      </w:r>
      <w:r>
        <w:rPr>
          <w:sz w:val="20"/>
        </w:rPr>
        <w:t>1:39:45  to mein kaha karta hoon ke ek hai paradise with hazn. ek hai paradise without hazn.</w:t>
      </w:r>
      <w:r>
        <w:br/>
      </w:r>
      <w:r>
        <w:rPr>
          <w:sz w:val="20"/>
        </w:rPr>
        <w:t>1:39:52  to maut duniya jo hai paradise with hazn hai. aur jannat jo hai woh paradise without hazn hai. yeh farq hai dono mein.</w:t>
      </w:r>
      <w:r>
        <w:br/>
      </w:r>
      <w:r>
        <w:rPr>
          <w:sz w:val="20"/>
        </w:rPr>
        <w:t>1:40:03  to paradise with hazn is liye di gayi ke aap is is is paradise ko daryaft kar saken jo paradise without hazn hogi.</w:t>
      </w:r>
      <w:r>
        <w:br/>
      </w:r>
      <w:r>
        <w:rPr>
          <w:sz w:val="20"/>
        </w:rPr>
        <w:t>1:40:13  ke aap yahan sochein ke khudaya paradise with hazn mein itni sari boundaries hain, itna is mein pleasure hai to woh jannat jo hai jo paradise without hazn hogi us mein kitna pleasure hoga.</w:t>
      </w:r>
      <w:r>
        <w:br/>
      </w:r>
      <w:r>
        <w:rPr>
          <w:sz w:val="20"/>
        </w:rPr>
        <w:t>1:40:26  is mein kitna zyada khushiyan hongi. is tarah se aap yaad kar sakte hain yeh duniya ko le kar ke akhirat ke jannat ko.</w:t>
      </w:r>
      <w:r>
        <w:br/>
      </w:r>
      <w:r>
        <w:rPr>
          <w:sz w:val="20"/>
        </w:rPr>
        <w:t>1:40:39  bangalore se maulana inayatullah umri ne</w:t>
      </w:r>
    </w:p>
    <w:p>
      <w:pPr>
        <w:pStyle w:val="Heading2"/>
      </w:pPr>
      <w:r>
        <w:t>Inspiring religious duties without emotions</w:t>
      </w:r>
    </w:p>
    <w:p>
      <w:r>
        <w:rPr>
          <w:color w:val="666666"/>
          <w:sz w:val="18"/>
        </w:rPr>
        <w:t>Spirituality · Major Signs of Doomsday November 26, 2023 · 3m 16s · at 27:43 · https://youtu.be/pMRzFjrkWf4?t=1663</w:t>
      </w:r>
    </w:p>
    <w:p>
      <w:r>
        <w:rPr>
          <w:i/>
        </w:rPr>
        <w:t>“If emotions are taken out of deen, and deen is according to rationality, how can you inspire people to do religious duties?”</w:t>
      </w:r>
    </w:p>
    <w:p>
      <w:r>
        <w:rPr>
          <w:sz w:val="20"/>
        </w:rPr>
        <w:t>27:43  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r>
        <w:br/>
      </w:r>
      <w:r>
        <w:rPr>
          <w:sz w:val="20"/>
        </w:rPr>
        <w:t>28:08  Junaid Muhammad sahib ne bheja</w:t>
      </w:r>
      <w:r>
        <w:br/>
      </w:r>
      <w:r>
        <w:rPr>
          <w:sz w:val="20"/>
        </w:rPr>
        <w:t>28:10  hai. Unhon ne likha hai ke: "Apa, if emotions are taken out of deen, then according to rationality, how can you inspire people to do religious deeds?</w:t>
      </w:r>
      <w:r>
        <w:br/>
      </w:r>
      <w:r>
        <w:rPr>
          <w:sz w:val="20"/>
        </w:rPr>
        <w:t>28:22  If Ibrahim Alaihissalam had used only mind at the time of his sacrifice of his son Ismail, he would not have done the deed.</w:t>
      </w:r>
      <w:r>
        <w:br/>
      </w:r>
      <w:r>
        <w:rPr>
          <w:sz w:val="20"/>
        </w:rPr>
        <w:t>28:31  How can we separate Islam from emotions and social justice?"</w:t>
      </w:r>
      <w:r>
        <w:br/>
      </w:r>
      <w:r>
        <w:rPr>
          <w:sz w:val="20"/>
        </w:rPr>
        <w:t>28:37  to woh yeh sawal aap se pooch rahe hain. Apa, is ke baray mein kuch bataein. To emotions to positive bhi hotay hain, negative bhi hotay hain. Ab Khuda ke liye hamaray jazbat hain, deen ke liye jazbat hain.</w:t>
      </w:r>
      <w:r>
        <w:br/>
      </w:r>
      <w:r>
        <w:rPr>
          <w:sz w:val="20"/>
        </w:rPr>
        <w:t>28:48  to woh to bohat acha jazbat hain. Insan to ke andar to jazbat bhare hue hain, lekin ghalat jazbat, ghalat jazbat ka ghalat direction ke hum tamam logon ko apna dushman maan lein to aur jazbat mein un se jang karna shuru kar dein.</w:t>
      </w:r>
      <w:r>
        <w:br/>
      </w:r>
      <w:r>
        <w:rPr>
          <w:sz w:val="20"/>
        </w:rPr>
        <w:t>29:04  to jazbat, hamara jazba yeh hona chahiye ke hum tamam logon ko Khuda ka deen pohanchayengay, un ko jannat ka rasta dikhayengay. To jazbat bhi to is ka direction sahi hona chahiye na?</w:t>
      </w:r>
      <w:r>
        <w:br/>
      </w:r>
      <w:r>
        <w:rPr>
          <w:sz w:val="20"/>
        </w:rPr>
        <w:t>29:15  Jazbat to rahengay, jazbat ko to hum alag kar hi nahi sakte. Insan to jazbat insan ke andar bohat ziyada hain. Kai kai aisay mazahib hain jo kehtay hain ke desires ko alag karo, lekin desires khatam karo, lekin yeh possible nahi hai.</w:t>
      </w:r>
      <w:r>
        <w:br/>
      </w:r>
      <w:r>
        <w:rPr>
          <w:sz w:val="20"/>
        </w:rPr>
        <w:t>29:33  Desires ko, emotions ko khatam nahi kar sakte, bas is ka sahi direction mutayyan kar sakte hain. Aur Apa, yeh bohat zaroori hai ke emotional response jo hai, woh hamesha reaction hota hai.</w:t>
      </w:r>
      <w:r>
        <w:br/>
      </w:r>
      <w:r>
        <w:rPr>
          <w:sz w:val="20"/>
        </w:rPr>
        <w:t>29:47  Lekin agar aap soch samajh ke aap jawab dein to woh well considered response hota hai.</w:t>
      </w:r>
      <w:r>
        <w:br/>
      </w:r>
      <w:r>
        <w:rPr>
          <w:sz w:val="20"/>
        </w:rPr>
        <w:t>29:53  Aur Apa, sab se bara, I think, example Islamic history mein jo hamein milta hai ke kyun emotional response nahi dena chahiye, woh Rasool Allah ki zindagi se Hudaybiyyah treaty se hamein milta hai.</w:t>
      </w:r>
      <w:r>
        <w:br/>
      </w:r>
      <w:r>
        <w:rPr>
          <w:sz w:val="20"/>
        </w:rPr>
        <w:t>30:05  Jab treaty sign honi thi to likha tha ke Prophet of Allah. To Suhail ibn Amr thay Quraish ke side se, unhon ne kaha ke nahi, aap likhein Muhammad ibn Abdullah, hum aap ko Prophet nahi mantay hain.</w:t>
      </w:r>
      <w:r>
        <w:br/>
      </w:r>
      <w:r>
        <w:rPr>
          <w:sz w:val="20"/>
        </w:rPr>
        <w:t>30:18  To ab dekhiye, itna bara yeh aik emotional point tha.</w:t>
      </w:r>
      <w:r>
        <w:br/>
      </w:r>
      <w:r>
        <w:rPr>
          <w:sz w:val="20"/>
        </w:rPr>
        <w:t>30:22  Sahaba jo thay, woh naraz ho rahe thay ke aisay kaise ho sakta hai? Hazrat Ali ne mitanay se mana kar diya tha, Prophet ne khud mitaya tha, lekin Prophet future ko dekh ke faisla le rahe thay.</w:t>
      </w:r>
      <w:r>
        <w:br/>
      </w:r>
      <w:r>
        <w:rPr>
          <w:sz w:val="20"/>
        </w:rPr>
        <w:t>30:34  Agar us waqt emotion ke sath faisla lete to shayad woh ayat bhi nahi aati jo Fatah Mubeen ki aayi thi. Ayat aur us ke baad hum jantay hain ke kis tarah se aasani se Islam phail gaya aur Makkah bhi fateh hua.</w:t>
      </w:r>
      <w:r>
        <w:br/>
      </w:r>
      <w:r>
        <w:rPr>
          <w:sz w:val="20"/>
        </w:rPr>
        <w:t>30:50  To yeh bara important hai ke aap ne sahi kaha, jazbat bohat important hain, lekin is ko sahi direction dena, is ke liye mind ka istemal karna bohat zaroori hai.</w:t>
      </w:r>
    </w:p>
    <w:p>
      <w:pPr>
        <w:pStyle w:val="Heading2"/>
      </w:pPr>
      <w:r>
        <w:t>Introspection and changing mindset</w:t>
      </w:r>
    </w:p>
    <w:p>
      <w:r>
        <w:rPr>
          <w:color w:val="666666"/>
          <w:sz w:val="18"/>
        </w:rPr>
        <w:t>Spirituality · Hadith Prediction November 3, 2013 · 2m 16s · at 49:13 · https://youtu.be/cb5Lzw9c8aE?t=2953</w:t>
      </w:r>
    </w:p>
    <w:p>
      <w:r>
        <w:rPr>
          <w:i/>
        </w:rPr>
        <w:t>“Is introspection the beginning of changing the mindset? Please explain how can one change one's mindset?”</w:t>
      </w:r>
    </w:p>
    <w:p>
      <w:r>
        <w:rPr>
          <w:sz w:val="20"/>
        </w:rPr>
        <w:t>49:13  maulana, agla sawal delhi se hai, miss naghma siddiqui ka</w:t>
      </w:r>
      <w:r>
        <w:br/>
      </w:r>
      <w:r>
        <w:rPr>
          <w:sz w:val="20"/>
        </w:rPr>
        <w:t>49:17  . unhon ne likha hai: "is introspection the beginning of changing the mindset? please explain how can one change ones mindset?" haan, yeh to sahi hai ke introspection jo hai, wohi beginning hai jis ko muhasba kaha jata hai.</w:t>
      </w:r>
      <w:r>
        <w:br/>
      </w:r>
      <w:r>
        <w:rPr>
          <w:sz w:val="20"/>
        </w:rPr>
        <w:t>49:37  muhasba yeh Hazrat Umar ka qaul hai: hāsbū anfusakum qabla an tuḥāsabū wa waznū qabla an tūzanū aap</w:t>
      </w:r>
      <w:r>
        <w:br/>
      </w:r>
      <w:r>
        <w:rPr>
          <w:sz w:val="20"/>
        </w:rPr>
        <w:t>49:47  na hisab kar lo, is se pehle ke tumhara hisab kiya jaye. apne ko tol lo, is se pehle ke tumhe tola jaye. yeh hai introspection. yeh to beginning hai aur bilkul natural beginning hai.</w:t>
      </w:r>
      <w:r>
        <w:br/>
      </w:r>
      <w:r>
        <w:rPr>
          <w:sz w:val="20"/>
        </w:rPr>
        <w:t>50:00  yeh jab</w:t>
      </w:r>
      <w:r>
        <w:br/>
      </w:r>
      <w:r>
        <w:rPr>
          <w:sz w:val="20"/>
        </w:rPr>
        <w:t>50:02  bhi aap ko ehsas ho jaye ke mujhe Allah ke raste par chalna hai, haq ka tareeqa jo hai, us ko follow karna hai, to beginning to yahin se hogi ke apne past ko sochenge.</w:t>
      </w:r>
      <w:r>
        <w:br/>
      </w:r>
      <w:r>
        <w:rPr>
          <w:sz w:val="20"/>
        </w:rPr>
        <w:t>50:14  aap ke ab tak jo main karta raha, woh kaisa tha? phir aap sochenge ke main kahan kahan mujhe correction karna hai, kahan kahan apne ko ek nayi soch lana hai.</w:t>
      </w:r>
      <w:r>
        <w:br/>
      </w:r>
      <w:r>
        <w:rPr>
          <w:sz w:val="20"/>
        </w:rPr>
        <w:t>50:27  baqi yeh kaise ho? to main to sochta hoon ke jo sincere hoga, woh karega. it required a lot of sincerity.</w:t>
      </w:r>
      <w:r>
        <w:br/>
      </w:r>
      <w:r>
        <w:rPr>
          <w:sz w:val="20"/>
        </w:rPr>
        <w:t>50:37  aadmi sincere na ho to phir to woh us ko kuch kehna hi bekar hai. sab se pehli cheez yeh hai ke aadmi ko sincere banna padega apne bare mein.</w:t>
      </w:r>
      <w:r>
        <w:br/>
      </w:r>
      <w:r>
        <w:rPr>
          <w:sz w:val="20"/>
        </w:rPr>
        <w:t>50:48  apne bare mein sincere banna padega aur ke main kyun paida hua</w:t>
      </w:r>
      <w:r>
        <w:br/>
      </w:r>
      <w:r>
        <w:rPr>
          <w:sz w:val="20"/>
        </w:rPr>
        <w:t>50:55  mein kyon duniya mein jeeta hoon, kyon maut aati hai, maut ke baad kya hona hai. yeh saara jo muamla hai zindagi ka, is ke bare mein aap sincere agar honge to sochenge.</w:t>
      </w:r>
      <w:r>
        <w:br/>
      </w:r>
      <w:r>
        <w:rPr>
          <w:sz w:val="20"/>
        </w:rPr>
        <w:t>51:08  samajhta hoon ke sincerity basic cheez hai. jab sincerity hogi aadmi ke andar to woh introspection karega.</w:t>
      </w:r>
      <w:r>
        <w:br/>
      </w:r>
      <w:r>
        <w:rPr>
          <w:sz w:val="20"/>
        </w:rPr>
        <w:t>51:19  introspection karega to saari baatein us ki us ko khulti chali jayengi us ke upar.</w:t>
      </w:r>
    </w:p>
    <w:p>
      <w:pPr>
        <w:pStyle w:val="Heading2"/>
      </w:pPr>
      <w:r>
        <w:t>Is Emotional Feeling a True Expression of Islam</w:t>
      </w:r>
    </w:p>
    <w:p>
      <w:r>
        <w:rPr>
          <w:color w:val="666666"/>
          <w:sz w:val="18"/>
        </w:rPr>
        <w:t>Spirituality · Surah Al-'Asr I November 23, 2014 Maulana Wahiduddin Khan · 4m 16s · at 49:18 · https://youtu.be/3dBMIUC0Dqw?t=2958</w:t>
      </w:r>
    </w:p>
    <w:p>
      <w:r>
        <w:rPr>
          <w:i/>
        </w:rPr>
        <w:t>“A gentleman has written his feeling about a spiritual state. Is this feeling an expression of Islam?”</w:t>
      </w:r>
    </w:p>
    <w:p>
      <w:r>
        <w:rPr>
          <w:sz w:val="20"/>
        </w:rPr>
        <w:t>49:18  Maulana, ye sawal aya hai ab Maulana Abdul Basit Umri ka, Qatar, Doha se. aur unhon ne likha hai: "Maulana, aik sahib ne kaifiyat ke baray mein apna aik ehsas likha.</w:t>
      </w:r>
      <w:r>
        <w:br/>
      </w:r>
      <w:r>
        <w:rPr>
          <w:sz w:val="20"/>
        </w:rPr>
        <w:t>49:33  kya ye ehsas Islam ka tarjuma hai?" aur Maulana, unhon ne wo phir</w:t>
      </w:r>
      <w:r>
        <w:br/>
      </w:r>
      <w:r>
        <w:rPr>
          <w:sz w:val="20"/>
        </w:rPr>
        <w:t>49:40  detail mein likha hai. jo sahib ne un ko likha tha wo is tarah hai: "aksar log jazbatiyat aur raqat ko hi taluq billah samjhte hain.</w:t>
      </w:r>
      <w:r>
        <w:br/>
      </w:r>
      <w:r>
        <w:rPr>
          <w:sz w:val="20"/>
        </w:rPr>
        <w:t>49:51  aur jab ye kam hone lagti hai to khud bhi ibadat mein kami ya tark kar dete hain.</w:t>
      </w:r>
      <w:r>
        <w:br/>
      </w:r>
      <w:r>
        <w:rPr>
          <w:sz w:val="20"/>
        </w:rPr>
        <w:t>49:58  halankay kaifiyat ka hona ya na hona dono azmaish hain. phir Allah ye bhi dekhna chahta hai ke mera banda mere liye ibadat karta hai ya dil ki lazzat o kaifiyat ke liye.</w:t>
      </w:r>
      <w:r>
        <w:br/>
      </w:r>
      <w:r>
        <w:rPr>
          <w:sz w:val="20"/>
        </w:rPr>
        <w:t>50:13  kaifiyat to ani jani cheez hai.</w:t>
      </w:r>
      <w:r>
        <w:br/>
      </w:r>
      <w:r>
        <w:rPr>
          <w:sz w:val="20"/>
        </w:rPr>
        <w:t>50:16  asal maqsood Allah ki ibadat aur itaat hai. agar ye na ho to kaifiyat ki koi khaas ahmiyat nahi." Maulana, is ke baray mein kuch?</w:t>
      </w:r>
      <w:r>
        <w:br/>
      </w:r>
      <w:r>
        <w:rPr>
          <w:sz w:val="20"/>
        </w:rPr>
        <w:t>50:28  nahi, kaifiyat hi asal hai. ye galat baat hai. kaifiyat hi asal hai.</w:t>
      </w:r>
      <w:r>
        <w:br/>
      </w:r>
      <w:r>
        <w:rPr>
          <w:sz w:val="20"/>
        </w:rPr>
        <w:t>50:35  jazbatiyat bilkul doosri cheez hai. jazbatiyat alag cheez hai.</w:t>
      </w:r>
      <w:r>
        <w:br/>
      </w:r>
      <w:r>
        <w:rPr>
          <w:sz w:val="20"/>
        </w:rPr>
        <w:t>50:44  misal ke taur par main aik martaba gaya, shia hazrat ki majlis hoti hai, majlis e aza. is mein aik sahib aye, unhon ne Hazrat Hussain ki mazloomiyat bayan ki.</w:t>
      </w:r>
      <w:r>
        <w:br/>
      </w:r>
      <w:r>
        <w:rPr>
          <w:sz w:val="20"/>
        </w:rPr>
        <w:t>50:56  mazloomiyat ajeeb o ghareeb tareeqay se mazloomiyat. ab sare log ro rahe hain.</w:t>
      </w:r>
      <w:r>
        <w:br/>
      </w:r>
      <w:r>
        <w:rPr>
          <w:sz w:val="20"/>
        </w:rPr>
        <w:t>51:04  ajeeb o ghareeb qism ke alfaaz ka khel tha un ka aur sare ro rahe hain. ye koi kaifiyat nahi hai. ye to ye to aik bilkul doosri cheez hai.</w:t>
      </w:r>
      <w:r>
        <w:br/>
      </w:r>
      <w:r>
        <w:rPr>
          <w:sz w:val="20"/>
        </w:rPr>
        <w:t>51:14  yeh bilkul doosri cheez hai. Billee Graham jo tha, haaye, abhi zindah hai woh. Woh jab taqreer, woh ek waise bedridden hai, jab taqreer karta tha to log rote thay.</w:t>
      </w:r>
      <w:r>
        <w:br/>
      </w:r>
      <w:r>
        <w:rPr>
          <w:sz w:val="20"/>
        </w:rPr>
        <w:t>51:25  Woh woh woh woh matloob kaifiyat wali baat nahi hai. Woh ek alag hi cheez hai. Woh alag cheez hai. Woh to aap ko ek</w:t>
      </w:r>
      <w:r>
        <w:br/>
      </w:r>
      <w:r>
        <w:rPr>
          <w:sz w:val="20"/>
        </w:rPr>
        <w:t>51:38  Yaani rabbani kaifiyat aur ek jazbaatiyat mein farq karna paray ga. Rabbani kaifiyat ke baghair Islam hi bekaar hai.</w:t>
      </w:r>
      <w:r>
        <w:br/>
      </w:r>
      <w:r>
        <w:rPr>
          <w:sz w:val="20"/>
        </w:rPr>
        <w:t>51:50  Woh to form ban jaye ga. Jiss ko aap ne ibaadat kaha, woh to form hai.</w:t>
      </w:r>
      <w:r>
        <w:br/>
      </w:r>
      <w:r>
        <w:rPr>
          <w:sz w:val="20"/>
        </w:rPr>
        <w:t>51:56  Form to nothing hai. Form ki koi qeemat nahi hai. To rabbani kaifiyat hi matloob hai, asal.</w:t>
      </w:r>
      <w:r>
        <w:br/>
      </w:r>
      <w:r>
        <w:rPr>
          <w:sz w:val="20"/>
        </w:rPr>
        <w:t>52:06  Warna woh ibaadat aap ki jo hai form ban jaye gi. Lekin yeh jo hazaron rulate hain, woh to taqreer karne ka kamaal samajhte thay.</w:t>
      </w:r>
      <w:r>
        <w:br/>
      </w:r>
      <w:r>
        <w:rPr>
          <w:sz w:val="20"/>
        </w:rPr>
        <w:t>52:15  Woh waqti tor par aisa karte hain.</w:t>
      </w:r>
      <w:r>
        <w:br/>
      </w:r>
      <w:r>
        <w:rPr>
          <w:sz w:val="20"/>
        </w:rPr>
        <w:t>52:19  Waqti tor par taqreer karein ge, hazar dein ge. Waqti tor par kuch baatein kahein ge, rula dein ge. Woh to ek kartab hai. Yeh ehsaan rulane ka kartab hai.</w:t>
      </w:r>
      <w:r>
        <w:br/>
      </w:r>
      <w:r>
        <w:rPr>
          <w:sz w:val="20"/>
        </w:rPr>
        <w:t>52:30  Woh ek alag hi cheez hai. Rabbani kaifiyat ek alag cheez hai.</w:t>
      </w:r>
      <w:r>
        <w:br/>
      </w:r>
      <w:r>
        <w:rPr>
          <w:sz w:val="20"/>
        </w:rPr>
        <w:t>52:36  Rabbani kaifiyat ki pehchaan yeh hai ke aap ke woh kaifiyat ke nateeje mein aap ke andar Allah ki mohabbat aaye, Allah ka khauf aaye, aap ke andar har maamle mein</w:t>
      </w:r>
      <w:r>
        <w:br/>
      </w:r>
      <w:r>
        <w:rPr>
          <w:sz w:val="20"/>
        </w:rPr>
        <w:t>52:53  Muwakhzah ko sochein, aap accountability ko. To yeh bohat, yeh jo unhon ne likha, mera zikr bilkul galat baat likhi hai unhon ne.</w:t>
      </w:r>
      <w:r>
        <w:br/>
      </w:r>
      <w:r>
        <w:rPr>
          <w:sz w:val="20"/>
        </w:rPr>
        <w:t>53:03  Unhon ne do cheezon ko ek ek kar diya. Yaani woh jo sathi qism ki jazbaatiyat jo hoti hai, jo muqarrir taqreer kar ke paida karta hai, kabhi rulata hai, kabhi hansata hai, woh ek alag hi cheez hai.</w:t>
      </w:r>
      <w:r>
        <w:br/>
      </w:r>
      <w:r>
        <w:rPr>
          <w:sz w:val="20"/>
        </w:rPr>
        <w:t>53:18  Woh to bohat hi third class ki cheez hai.</w:t>
      </w:r>
      <w:r>
        <w:br/>
      </w:r>
      <w:r>
        <w:rPr>
          <w:sz w:val="20"/>
        </w:rPr>
        <w:t>53:21  Lekin jo rabbani kaifiyat hai, woh to bohat aala hai. Woh woh to aaj matloob hai. Is ke baghair to deen mein baaz ek farigh ban kar reh jaye ga.</w:t>
      </w:r>
    </w:p>
    <w:p>
      <w:pPr>
        <w:pStyle w:val="Heading2"/>
      </w:pPr>
      <w:r>
        <w:t>Is helplessness positive or negative?</w:t>
      </w:r>
    </w:p>
    <w:p>
      <w:r>
        <w:rPr>
          <w:color w:val="666666"/>
          <w:sz w:val="18"/>
        </w:rPr>
        <w:t>Spirituality · 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Is rethinking equivalent to repentance?</w:t>
      </w:r>
    </w:p>
    <w:p>
      <w:r>
        <w:rPr>
          <w:color w:val="666666"/>
          <w:sz w:val="18"/>
        </w:rPr>
        <w:t>Spirituality · The Lesson of History September 21, 2014 · 2m 07s · at 57:07 · https://youtu.be/aMVHLKMkhcQ?t=3427</w:t>
      </w:r>
    </w:p>
    <w:p>
      <w:r>
        <w:rPr>
          <w:i/>
        </w:rPr>
        <w:t>“Can rethinking mean repentance? Are both the same thing? Please explain.”</w:t>
      </w:r>
    </w:p>
    <w:p>
      <w:r>
        <w:rPr>
          <w:sz w:val="20"/>
        </w:rPr>
        <w:t>57:07  maulana, agla sawal dilli se hai. maulana farhad ahmed sahab ka. aur unhon ne aap se poocha hai ke kya rethinking ka matlab tauba karna ho sakta hai?</w:t>
      </w:r>
      <w:r>
        <w:br/>
      </w:r>
      <w:r>
        <w:rPr>
          <w:sz w:val="20"/>
        </w:rPr>
        <w:t>57:19  is ke baray mein batayein. dono ek hi cheez hain. tauba ka matlab bhi hai rethinking. dekhiye, jab rethinking karenge aap to aap sochen ge ke mein ne kya ghalti ki.</w:t>
      </w:r>
      <w:r>
        <w:br/>
      </w:r>
      <w:r>
        <w:rPr>
          <w:sz w:val="20"/>
        </w:rPr>
        <w:t>57:33  is ghalti ko phir aap correction karenge is ka. is tarah se aap ne phir dobara theek karenge. yaani bhatke hain to aap sahi rastay par aayenge.</w:t>
      </w:r>
      <w:r>
        <w:br/>
      </w:r>
      <w:r>
        <w:rPr>
          <w:sz w:val="20"/>
        </w:rPr>
        <w:t>57:45  mein samajhta hoon ke tauba jo hai, woh isi cheez ka naam hai jis ko mein rethinking keh raha hoon</w:t>
      </w:r>
      <w:r>
        <w:br/>
      </w:r>
      <w:r>
        <w:rPr>
          <w:sz w:val="20"/>
        </w:rPr>
        <w:t>57:53  . ek aur baat mein arz karunga ke quran mein hai ke summa yatubuna min qareeb jo jald hi karte hain tauba.</w:t>
      </w:r>
      <w:r>
        <w:br/>
      </w:r>
      <w:r>
        <w:rPr>
          <w:sz w:val="20"/>
        </w:rPr>
        <w:t>58:03  to rethinking bohat jald karni chahiye. kyunke hota yeh hai ke agar aap ne tauba qareeb nahi kiya aap ne to aap ke andar aap conditioning ki wajah se aap pakka ho jayenge isi mein.</w:t>
      </w:r>
      <w:r>
        <w:br/>
      </w:r>
      <w:r>
        <w:rPr>
          <w:sz w:val="20"/>
        </w:rPr>
        <w:t>58:14  phir toba ki tofeeq hi nahi hogi aap ko. thumma y</w:t>
      </w:r>
      <w:r>
        <w:br/>
      </w:r>
      <w:r>
        <w:rPr>
          <w:sz w:val="20"/>
        </w:rPr>
        <w:t>58:19  atuboona min qareeb yani ghalati kiya to jaldi se toba karo. jaldi se phir se socho. nahi to kya hoga? conditioning ka process shuru ho jayega.</w:t>
      </w:r>
      <w:r>
        <w:br/>
      </w:r>
      <w:r>
        <w:rPr>
          <w:sz w:val="20"/>
        </w:rPr>
        <w:t>58:32  agar aap ne toba qareeb nahi kiya to conditioning ka process shuru ho jayega. aur dheere dheere aap ka ehsas barh jayega. ehsas yeh barh jayega ke aap ne ghalati ki thi.</w:t>
      </w:r>
      <w:r>
        <w:br/>
      </w:r>
      <w:r>
        <w:rPr>
          <w:sz w:val="20"/>
        </w:rPr>
        <w:t>58:43  yani ghalati ka ehsas barh jayega. agar aap toba qareeb nahi kiya aap ne.</w:t>
      </w:r>
      <w:r>
        <w:br/>
      </w:r>
      <w:r>
        <w:rPr>
          <w:sz w:val="20"/>
        </w:rPr>
        <w:t>58:48  yeh bohat ahem ayat hai yeh quran majeed ki. thumma yatuboona min qareeb ke jab ghalati ho jaye to foran toba karo. foran dobara socho.</w:t>
      </w:r>
      <w:r>
        <w:br/>
      </w:r>
      <w:r>
        <w:rPr>
          <w:sz w:val="20"/>
        </w:rPr>
        <w:t>59:01  nahi to isi mein tum conditioned ho jaoge aur phir toba ki tofeeq bhi qubool nahi hogi.</w:t>
      </w:r>
    </w:p>
    <w:p>
      <w:pPr>
        <w:pStyle w:val="Heading2"/>
      </w:pPr>
      <w:r>
        <w:t>Is there a limit to divine knowledge?</w:t>
      </w:r>
    </w:p>
    <w:p>
      <w:r>
        <w:rPr>
          <w:color w:val="666666"/>
          <w:sz w:val="18"/>
        </w:rPr>
        <w:t>Spirituality · Divine Help September 22, 2015 · 3m 20s · at 46:01 · https://youtu.be/sozrNCif0Gg?t=2761</w:t>
      </w:r>
    </w:p>
    <w:p>
      <w:r>
        <w:rPr>
          <w:i/>
        </w:rPr>
        <w:t>“Is there a limit to ma'rifat? We contemplate God's creations: rivers, mountains, oceans, sky, moon, sun, stars, paradise, hell, etc. Then we look at the universe's system, the Big Bang, and the ripples that are God's handwritings.”</w:t>
      </w:r>
    </w:p>
    <w:p>
      <w:r>
        <w:rPr>
          <w:sz w:val="20"/>
        </w:rPr>
        <w:t>46:01  Maulana, agla sawal Bijnor UP se Mahtab Ali Nandru Sahab ne bheja hai. unhon ne likha hai: "Maulana, kya marifat ki bhi koi had hai?</w:t>
      </w:r>
      <w:r>
        <w:br/>
      </w:r>
      <w:r>
        <w:rPr>
          <w:sz w:val="20"/>
        </w:rPr>
        <w:t>46:14  hum Allah ki banai hui cheezon mein ghaur karte hain: darya, pahaad, samandar, aasman, chand, suraj, sitare, jannat, jahannum waghera."</w:t>
      </w:r>
      <w:r>
        <w:br/>
      </w:r>
      <w:r>
        <w:rPr>
          <w:sz w:val="20"/>
        </w:rPr>
        <w:t>46:24  phir hum kainat ke nizaam ko dekhte hain aur big bang aur un ripples ko jo ke khuda ke haath ki tehreerein hain.</w:t>
      </w:r>
      <w:r>
        <w:br/>
      </w:r>
      <w:r>
        <w:rPr>
          <w:sz w:val="20"/>
        </w:rPr>
        <w:t>46:33  yahan aa kar hamari soch ki had aa jati hai. to kya baqi wonders of God ko insaan jannat mein unfold karega?</w:t>
      </w:r>
      <w:r>
        <w:br/>
      </w:r>
      <w:r>
        <w:rPr>
          <w:sz w:val="20"/>
        </w:rPr>
        <w:t>46:44  to kya realization ka amal jannat mein mukammal hoga? is ko wazeh karein."</w:t>
      </w:r>
      <w:r>
        <w:br/>
      </w:r>
      <w:r>
        <w:rPr>
          <w:sz w:val="20"/>
        </w:rPr>
        <w:t>46:57  dekhiye, jahan tak mein samajhta hoon, Allah rabbul alameen ki koi had nahin.</w:t>
      </w:r>
      <w:r>
        <w:br/>
      </w:r>
      <w:r>
        <w:rPr>
          <w:sz w:val="20"/>
        </w:rPr>
        <w:t>47:07  koi had hi nahin is ki. koi had nahin. to marifat ki bhi koi had nahin.</w:t>
      </w:r>
      <w:r>
        <w:br/>
      </w:r>
      <w:r>
        <w:rPr>
          <w:sz w:val="20"/>
        </w:rPr>
        <w:t>47:18  marifat ka jo process hai, woh jaari rahega. eternally.</w:t>
      </w:r>
      <w:r>
        <w:br/>
      </w:r>
      <w:r>
        <w:rPr>
          <w:sz w:val="20"/>
        </w:rPr>
        <w:t>47:25  abhi bhi jaari hai. jannaton mein jaari rahega. aur mawarae jannaton mein jaari rahega. kyunke dekhiye, yeh Einstein ki jo theory hai, is se sabit hota hai ke koi jo creation ka jo zimmedaar hai, us ki koi had nahin.</w:t>
      </w:r>
      <w:r>
        <w:br/>
      </w:r>
      <w:r>
        <w:rPr>
          <w:sz w:val="20"/>
        </w:rPr>
        <w:t>47:52  kuch had nahin. eternally had nahin hai.</w:t>
      </w:r>
      <w:r>
        <w:br/>
      </w:r>
      <w:r>
        <w:rPr>
          <w:sz w:val="20"/>
        </w:rPr>
        <w:t>47:57  agar had aa jaye to phir woh kaisa ajeeb ho jayega. to aap to bas marifat mein jeete rahiye.</w:t>
      </w:r>
      <w:r>
        <w:br/>
      </w:r>
      <w:r>
        <w:rPr>
          <w:sz w:val="20"/>
        </w:rPr>
        <w:t>48:09  Allah rabbul alameen ki be panah azmat mein jeete rahiye. aur is mein Allah ka shukr karte rahiye. bas.</w:t>
      </w:r>
      <w:r>
        <w:br/>
      </w:r>
      <w:r>
        <w:rPr>
          <w:sz w:val="20"/>
        </w:rPr>
        <w:t>48:22  maulana, agla comment lena chahenge jo saharanpur se Dr</w:t>
      </w:r>
      <w:r>
        <w:br/>
      </w:r>
      <w:r>
        <w:rPr>
          <w:sz w:val="20"/>
        </w:rPr>
        <w:t>48:26  doctor Aslam Khan sahib ne bheja hai. unhon ne likha hai: "Sir Isaac, Newton, Galileo, Albert Einstein, Paul Dirac, and Stephen Hawking ke paida hone ke baad is duniya mein physics aur metaphysical science mein bohat bara vacuum aa gaya tha jis ko reason-based spiritual rehnumai ko bharna tha.</w:t>
      </w:r>
      <w:r>
        <w:br/>
      </w:r>
      <w:r>
        <w:rPr>
          <w:sz w:val="20"/>
        </w:rPr>
        <w:t>48:51  isi period mein ek se ek qabil religious leaders paida hue lekin yeh log apna appropriate role ada na kar sake.</w:t>
      </w:r>
      <w:r>
        <w:br/>
      </w:r>
      <w:r>
        <w:rPr>
          <w:sz w:val="20"/>
        </w:rPr>
        <w:t>49:01  alhamdulillah, aap ne is vacuum ko reason-based tareeqe se poora kiya aur hazaron lakhon log confusion se bahar aa kar dawat-e-ilahi ka kaam kar rahe hain.</w:t>
      </w:r>
      <w:r>
        <w:br/>
      </w:r>
      <w:r>
        <w:rPr>
          <w:sz w:val="20"/>
        </w:rPr>
        <w:t>49:14  This all credit goes to you only. God bless you, respected Maulana, and your universal circle.</w:t>
      </w:r>
    </w:p>
    <w:p>
      <w:pPr>
        <w:pStyle w:val="Heading2"/>
      </w:pPr>
      <w:r>
        <w:t>Keeping faith alive</w:t>
      </w:r>
    </w:p>
    <w:p>
      <w:r>
        <w:rPr>
          <w:color w:val="666666"/>
          <w:sz w:val="18"/>
        </w:rPr>
        <w:t>Spirituality · 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Knowing Whether We Are Getting Close to Allah</w:t>
      </w:r>
    </w:p>
    <w:p>
      <w:r>
        <w:rPr>
          <w:color w:val="666666"/>
          <w:sz w:val="18"/>
        </w:rPr>
        <w:t>Spirituality · Realization of God September 15, 2013 · 2m 46s · at 1:00:59 · https://youtu.be/CNEEeM5uyi8?t=3659</w:t>
      </w:r>
    </w:p>
    <w:p>
      <w:r>
        <w:rPr>
          <w:i/>
        </w:rPr>
        <w:t>“Please guide us as to how we can know whether we are getting close to Allah or not.”</w:t>
      </w:r>
    </w:p>
    <w:p>
      <w:r>
        <w:rPr>
          <w:sz w:val="20"/>
        </w:rPr>
        <w:t>1:00:59  Maulana, agla sawal Mehtab Ahmad sahib ne kiya hai, Dhampur se. Unhon ne likha hai: "Maulana, please guide us as to how we can know whether we are getting close to Allah or not?"</w:t>
      </w:r>
      <w:r>
        <w:br/>
      </w:r>
      <w:r>
        <w:rPr>
          <w:sz w:val="20"/>
        </w:rPr>
        <w:t>1:01:16  dekhiye, yeh sawal karne ki baat nahin hai. kisi ko bhi yeh pata nahin hota ke woh allah is ke qareeb ho raha hai ya door ho raha hai.</w:t>
      </w:r>
      <w:r>
        <w:br/>
      </w:r>
      <w:r>
        <w:rPr>
          <w:sz w:val="20"/>
        </w:rPr>
        <w:t>1:01:28  agar aisa ho jaye to phir phir marifat ki had aa jayegi, aur paighambar ko yeh pata nahin hota hai. aap yeh samjhen ke paighambar ko pata hota hai ke woh kitna safar tay hua hai, kitna safar baqi hai.</w:t>
      </w:r>
      <w:r>
        <w:br/>
      </w:r>
      <w:r>
        <w:rPr>
          <w:sz w:val="20"/>
        </w:rPr>
        <w:t>1:01:42  yeh bilkul hi yeh soch galat hai,</w:t>
      </w:r>
      <w:r>
        <w:br/>
      </w:r>
      <w:r>
        <w:rPr>
          <w:sz w:val="20"/>
        </w:rPr>
        <w:t>1:01:47  yeh soch galat hai. Dekhiye, Allah ka jo nizam hai, jo takhleeqi naqsha Allah taala ka hai, uske mutabiq Allah ko matloob hai ke musalsal taur par aadmi uncertainty mein jeeye,</w:t>
      </w:r>
      <w:r>
        <w:br/>
      </w:r>
      <w:r>
        <w:rPr>
          <w:sz w:val="20"/>
        </w:rPr>
        <w:t>1:02:00  musalsal taur par uncertainty mein. Tabhi to intellectual process chalta rehta hai. Jitni yeh khatam ho jaye to intellectual process ruk jayega.</w:t>
      </w:r>
      <w:r>
        <w:br/>
      </w:r>
      <w:r>
        <w:rPr>
          <w:sz w:val="20"/>
        </w:rPr>
        <w:t>1:02:14  uncertainty yeh paighambar ke isi mein</w:t>
      </w:r>
      <w:r>
        <w:br/>
      </w:r>
      <w:r>
        <w:rPr>
          <w:sz w:val="20"/>
        </w:rPr>
        <w:t>1:02:16  rehta hai. Main aap ko misaal deta hoon, aap ko shakk na ho. Hadees baqayda maujood hai ke wallah la adri.</w:t>
      </w:r>
      <w:r>
        <w:br/>
      </w:r>
      <w:r>
        <w:rPr>
          <w:sz w:val="20"/>
        </w:rPr>
        <w:t>1:02:27  Log to samajhte hain ke Rasool Allah jo hai, takht par Allah miyan ke dayen ya bayen baithe hue hain. Yeh sab bilkul, yaani bilkul be-asar baatein hain, be-haqeeqat.</w:t>
      </w:r>
      <w:r>
        <w:br/>
      </w:r>
      <w:r>
        <w:rPr>
          <w:sz w:val="20"/>
        </w:rPr>
        <w:t>1:02:38  Rasool Allah ki jo tasweer hai, woh is hadees mein dekhiye: wallah la adri, wallah la adri, wallah la adri, wa ana Rasool Allah ma yufal bi wala bikum.</w:t>
      </w:r>
      <w:r>
        <w:br/>
      </w:r>
      <w:r>
        <w:rPr>
          <w:sz w:val="20"/>
        </w:rPr>
        <w:t>1:02:50  Khuda ki qasam, main nahi jaanta, Khuda ki qasam, main nahi jaanta, Khuda ki qasam, main nahi jaanta. Agarchay main Allah ka Rasool hoon, kya kiya jayega tumhare sath aur kya kiya jayega mere sath?</w:t>
      </w:r>
      <w:r>
        <w:br/>
      </w:r>
      <w:r>
        <w:rPr>
          <w:sz w:val="20"/>
        </w:rPr>
        <w:t>1:03:03  La adri ma yufal bi wala bikum. Yeh ayat Quran majeed ki hai: La adri ma yufal bi wala bikum.</w:t>
      </w:r>
      <w:r>
        <w:br/>
      </w:r>
      <w:r>
        <w:rPr>
          <w:sz w:val="20"/>
        </w:rPr>
        <w:t>1:03:12  To Quran mein bhi, hadees mein bhi hai. To yaad rakhiye, Allah ka jo takhleeqi naqsha hai, woh is par base karta hai ke insaan musalsal taur par uncertainty mein rahe.</w:t>
      </w:r>
      <w:r>
        <w:br/>
      </w:r>
      <w:r>
        <w:rPr>
          <w:sz w:val="20"/>
        </w:rPr>
        <w:t>1:03:25  Kyun? Isi waqt insaan ka jo intellectual development jo hai, spiritual development jo hai, uska process jaari rehta hai.</w:t>
      </w:r>
      <w:r>
        <w:br/>
      </w:r>
      <w:r>
        <w:rPr>
          <w:sz w:val="20"/>
        </w:rPr>
        <w:t>1:03:33  Woh pass ruk jayega, jahan ruk jayega to wahan stagnation aa jayega. Jahan process ruka, stagnation aaya.</w:t>
      </w:r>
    </w:p>
    <w:p>
      <w:pPr>
        <w:pStyle w:val="Heading2"/>
      </w:pPr>
      <w:r>
        <w:t>Knowing if dawah is accepted by God</w:t>
      </w:r>
    </w:p>
    <w:p>
      <w:r>
        <w:rPr>
          <w:color w:val="666666"/>
          <w:sz w:val="18"/>
        </w:rPr>
        <w:t>Spirituality · Surah Al-'Asr I November 23, 2014 Maulana Wahiduddin Khan · 3m 04s · at 1:05:31 · https://youtu.be/3dBMIUC0Dqw?t=3931</w:t>
      </w:r>
    </w:p>
    <w:p>
      <w:r>
        <w:rPr>
          <w:i/>
        </w:rPr>
        <w:t>“How can I know whether the dawah work done by me is acceptable to God?”</w:t>
      </w:r>
    </w:p>
    <w:p>
      <w:r>
        <w:rPr>
          <w:sz w:val="20"/>
        </w:rPr>
        <w:t>1:05:31  maulana, agla sawal modi nagar se kiya hai bilal sahab ne aur unhon ne aap se poocha hai ke Maulana How can I know whether the dawah work done by me is acceptable to God?</w:t>
      </w:r>
      <w:r>
        <w:br/>
      </w:r>
      <w:r>
        <w:rPr>
          <w:sz w:val="20"/>
        </w:rPr>
        <w:t>1:05:46  abhi to namaz bhi pata nahi ke accept ho ke nahi ho gi. yeh koi sochne ki baat nahi hai. daikhain, dawah ka kaam farz samajh kar kiya aata hai?</w:t>
      </w:r>
      <w:r>
        <w:br/>
      </w:r>
      <w:r>
        <w:rPr>
          <w:sz w:val="20"/>
        </w:rPr>
        <w:t>1:05:56  farz hai to karna hai. warna saray sahaba ko aap parhiye, un ke halaat kitabon mein likhay huay hain.</w:t>
      </w:r>
      <w:r>
        <w:br/>
      </w:r>
      <w:r>
        <w:rPr>
          <w:sz w:val="20"/>
        </w:rPr>
        <w:t>1:06:06  un ko kuch nahi pata tha ke hum jo namaz parh rahay hain woh accept ho ke nahi ho gi. hum jo amal kar rahay hain woh accept ho ga ya nahi ho ga. hazrat umar ka waqia hai.</w:t>
      </w:r>
      <w:r>
        <w:br/>
      </w:r>
      <w:r>
        <w:rPr>
          <w:sz w:val="20"/>
        </w:rPr>
        <w:t>1:06:19  hazrat umar jo yani second khalifa thay</w:t>
      </w:r>
      <w:r>
        <w:br/>
      </w:r>
      <w:r>
        <w:rPr>
          <w:sz w:val="20"/>
        </w:rPr>
        <w:t>1:06:23  aur bohat top most sahaba mein shumar hota hai in ka. to aap jantay hain ke un ko aakhir waqt mein aik aadmi ne khanjar maar diya tha. aur bohat gehra zakhm aaya tha, khoon bhara tha.</w:t>
      </w:r>
      <w:r>
        <w:br/>
      </w:r>
      <w:r>
        <w:rPr>
          <w:sz w:val="20"/>
        </w:rPr>
        <w:t>1:06:35  aur us zamanay mein koi is tarah ke mareez ke liye koi ilaaj ka</w:t>
      </w:r>
      <w:r>
        <w:br/>
      </w:r>
      <w:r>
        <w:rPr>
          <w:sz w:val="20"/>
        </w:rPr>
        <w:t>1:06:40  intezaam nahi hota tha. to beharhal woh bilkul maut ke qareeb pohanch gaye. to un ke betay thay ibn umar, unhon ne abdullah ibn umar, unhon ne apnay zano par uth kar sar rakh diya aur khoon bhara tha.</w:t>
      </w:r>
      <w:r>
        <w:br/>
      </w:r>
      <w:r>
        <w:rPr>
          <w:sz w:val="20"/>
        </w:rPr>
        <w:t>1:06:57  aur kaha ke ke aap ko yani aap ne rasool Allah ka saath diya, aap ghazwaat mein shareek huay, aap ne khilafat aik kaam ko itni zimmedari ke sath anjaam diya, aap ko bara darja hai inshallah.</w:t>
      </w:r>
      <w:r>
        <w:br/>
      </w:r>
      <w:r>
        <w:rPr>
          <w:sz w:val="20"/>
        </w:rPr>
        <w:t>1:07:13  aisi kuch baatein kahin unhon ne.</w:t>
      </w:r>
      <w:r>
        <w:br/>
      </w:r>
      <w:r>
        <w:rPr>
          <w:sz w:val="20"/>
        </w:rPr>
        <w:t>1:07:16  to unhon ne kaha ke a a abdullah, mujhe dhokay mein, mujhe dhokay mein na dalo.</w:t>
      </w:r>
      <w:r>
        <w:br/>
      </w:r>
      <w:r>
        <w:rPr>
          <w:sz w:val="20"/>
        </w:rPr>
        <w:t>1:07:27  yani sari dunya janti thi ke unhon ne itnay achay achay kaam kiye. to unhon ne kaha ke a abdullah, mujhe dhokay mein na dalo, mujhe deceive na kar. phir unhon ne kaha ke main to yahi chahta hoon ke la li wa la alaiyya.</w:t>
      </w:r>
      <w:r>
        <w:br/>
      </w:r>
      <w:r>
        <w:rPr>
          <w:sz w:val="20"/>
        </w:rPr>
        <w:t>1:07:43  la li wa la alaiyya ka matlab mamla barabar sarapa ho jaye.</w:t>
      </w:r>
      <w:r>
        <w:br/>
      </w:r>
      <w:r>
        <w:rPr>
          <w:sz w:val="20"/>
        </w:rPr>
        <w:t>1:07:49  na koi neki, na koi burai.</w:t>
      </w:r>
      <w:r>
        <w:br/>
      </w:r>
      <w:r>
        <w:rPr>
          <w:sz w:val="20"/>
        </w:rPr>
        <w:t>1:07:54  na koi for me, na koi against mein. la li wa la alaiyya. to aap dawah ke baray mein keh rahay hain ke to har amal ke baray mein yahi baat hai.</w:t>
      </w:r>
      <w:r>
        <w:br/>
      </w:r>
      <w:r>
        <w:rPr>
          <w:sz w:val="20"/>
        </w:rPr>
        <w:t>1:08:05  daikhain, yeh sochna hi ghalat hai ke accept ho ga ya nahi. yeh sochna ghalat hai. sochna sirf yeh hai ke kya yeh kaam farz hai?</w:t>
      </w:r>
      <w:r>
        <w:br/>
      </w:r>
      <w:r>
        <w:rPr>
          <w:sz w:val="20"/>
        </w:rPr>
        <w:t>1:08:16  kya yeh quran o sunnat se yeh kaam sabit hota hai? kya is kaam ke baray mein Allah aur rasool ne bataya hai ke yahi karnay ka kaam yahi hai?</w:t>
      </w:r>
      <w:r>
        <w:br/>
      </w:r>
      <w:r>
        <w:rPr>
          <w:sz w:val="20"/>
        </w:rPr>
        <w:t>1:08:24  bas. wahan aap ko agar itminan ho jaye to woh karna hi karna hai.</w:t>
      </w:r>
      <w:r>
        <w:br/>
      </w:r>
      <w:r>
        <w:rPr>
          <w:sz w:val="20"/>
        </w:rPr>
        <w:t>1:08:30  aur kuch sochna hi nahi hai.</w:t>
      </w:r>
    </w:p>
    <w:p>
      <w:pPr>
        <w:pStyle w:val="Heading2"/>
      </w:pPr>
      <w:r>
        <w:t>Lack of concern for Hereafter in Muslim groups</w:t>
      </w:r>
    </w:p>
    <w:p>
      <w:r>
        <w:rPr>
          <w:color w:val="666666"/>
          <w:sz w:val="18"/>
        </w:rPr>
        <w:t>Spirituality · Stress and Spirituality January 1, 2012 · 2m 47s · at 1:12:09 · https://youtu.be/TPhXL9-g6ME?t=4329</w:t>
      </w:r>
    </w:p>
    <w:p>
      <w:r>
        <w:rPr>
          <w:i/>
        </w:rPr>
        <w:t>“Why is there a lack of concern for the Hereafter in Muslim religious groups and institutions nowadays?”</w:t>
      </w:r>
    </w:p>
    <w:p>
      <w:r>
        <w:rPr>
          <w:sz w:val="20"/>
        </w:rPr>
        <w:t>1:12:09  maulana, agla sawal aya hai karachi pakistan se miss saira latif ka</w:t>
      </w:r>
      <w:r>
        <w:br/>
      </w:r>
      <w:r>
        <w:rPr>
          <w:sz w:val="20"/>
        </w:rPr>
        <w:t>1:12:15  ۔ unhon ne likha hai: "aaj kal musalmanon ki mazhabi jamaaton aur idaron mein fikr akhirat ki kami kyun nazar aa rahi hai?"</w:t>
      </w:r>
      <w:r>
        <w:br/>
      </w:r>
      <w:r>
        <w:rPr>
          <w:sz w:val="20"/>
        </w:rPr>
        <w:t>1:12:28  dekhen, yeh to hamesha is qom mein hota hai jis par zawal aa jaye. jis ko kehte hain degeneration. yeh is se pehle yahood mein hua.</w:t>
      </w:r>
      <w:r>
        <w:br/>
      </w:r>
      <w:r>
        <w:rPr>
          <w:sz w:val="20"/>
        </w:rPr>
        <w:t>1:12:40  to yani koi bhi ummat ho, nasal dar nasal jab baad ki naslein ati hain, baad ki naslein, to un mein yahi hota hai ke zawal aa jata hai.</w:t>
      </w:r>
      <w:r>
        <w:br/>
      </w:r>
      <w:r>
        <w:rPr>
          <w:sz w:val="20"/>
        </w:rPr>
        <w:t>1:12:54  to door zawal mein kya hota hai? form baqi rehta hai, spirit ghayeb ho jati hai.</w:t>
      </w:r>
      <w:r>
        <w:br/>
      </w:r>
      <w:r>
        <w:rPr>
          <w:sz w:val="20"/>
        </w:rPr>
        <w:t>1:13:01  jis tarah ke hadees mein aata hai ke ek zamana aayega jab ke lam yabqa min al-islam illa ismuhu. islam ka naam reh jayega.</w:t>
      </w:r>
      <w:r>
        <w:br/>
      </w:r>
      <w:r>
        <w:rPr>
          <w:sz w:val="20"/>
        </w:rPr>
        <w:t>1:13:11  is ka matlab yeh hai ke form reh jayega, spirit nahi rahegi. yeh jo hadees hai lam yabqa min al-islam illa ismuhu. wa lam yabqa min al-quran illa rasmuhu.</w:t>
      </w:r>
      <w:r>
        <w:br/>
      </w:r>
      <w:r>
        <w:rPr>
          <w:sz w:val="20"/>
        </w:rPr>
        <w:t>1:13:23  is ka matlab yahi hai ke islam ka form reh jayega, islam ki spirit ghayeb ho jayegi.</w:t>
      </w:r>
      <w:r>
        <w:br/>
      </w:r>
      <w:r>
        <w:rPr>
          <w:sz w:val="20"/>
        </w:rPr>
        <w:t>1:13:30  to yahi hai musalmanon ka haal. agar spirit zinda ho to akhirat ka fikr zinda hoga. spirit zinda na ho to duniyavi aitbar se kuch ek cultural activities ke taur par woh islam rahega un ke andar.</w:t>
      </w:r>
      <w:r>
        <w:br/>
      </w:r>
      <w:r>
        <w:rPr>
          <w:sz w:val="20"/>
        </w:rPr>
        <w:t>1:13:44  aaj jo musalmanon mein islam hai, woh woh culture ke taur par hai. ek community culture bas. akhirat ke aitbar se nahi hai.</w:t>
      </w:r>
      <w:r>
        <w:br/>
      </w:r>
      <w:r>
        <w:rPr>
          <w:sz w:val="20"/>
        </w:rPr>
        <w:t>1:13:54  aur yeh zawal ki bina par hai.</w:t>
      </w:r>
      <w:r>
        <w:br/>
      </w:r>
      <w:r>
        <w:rPr>
          <w:sz w:val="20"/>
        </w:rPr>
        <w:t>1:13:56  ab jo kaam karne ka hai, woh yeh nahi ke isi form mein log fazail sunate hain. isi form mein fazail suna suna ke bheed ikattha karte hain.</w:t>
      </w:r>
      <w:r>
        <w:br/>
      </w:r>
      <w:r>
        <w:rPr>
          <w:sz w:val="20"/>
        </w:rPr>
        <w:t>1:14:06  nahi. un ki spirit ko zinda kijiye. un ke andar phir se thinking ko jagaiye.</w:t>
      </w:r>
      <w:r>
        <w:br/>
      </w:r>
      <w:r>
        <w:rPr>
          <w:sz w:val="20"/>
        </w:rPr>
        <w:t>1:14:15  jo log isi isi form mein fazilaten sunate hain aur un ko isi form par qaim kiye hue hain aur bheed ikattha ho rahi hai wahan par, woh koi mein is ko koi haqeeqi khidmat nahi samajhta deen ki.</w:t>
      </w:r>
      <w:r>
        <w:br/>
      </w:r>
      <w:r>
        <w:rPr>
          <w:sz w:val="20"/>
        </w:rPr>
        <w:t>1:14:31  aap logon ki taraf se phir se woh woh spirit wali jo soch hai, spirit wala jo islam hai, woh zinda kijiye un ke andar.</w:t>
      </w:r>
      <w:r>
        <w:br/>
      </w:r>
      <w:r>
        <w:rPr>
          <w:sz w:val="20"/>
        </w:rPr>
        <w:t>1:14:42  tab akhirat ki fikr aayegi. tab jannat aur jahannum ka tasawwur aayega. to Allah se mohabbat aayegi. aur sari woh cheezen aayengi jo hum padhte hain kitabon mein.</w:t>
      </w:r>
    </w:p>
    <w:p>
      <w:pPr>
        <w:pStyle w:val="Heading2"/>
      </w:pPr>
      <w:r>
        <w:t>Leaving worldly work to discover God</w:t>
      </w:r>
    </w:p>
    <w:p>
      <w:r>
        <w:rPr>
          <w:color w:val="666666"/>
          <w:sz w:val="18"/>
        </w:rPr>
        <w:t>Spirituality · God Particle July 8, 2012 · 2m 24s · at 1:10:50 · https://youtu.be/30Ulu10c2nA?t=4250</w:t>
      </w:r>
    </w:p>
    <w:p>
      <w:r>
        <w:rPr>
          <w:i/>
        </w:rPr>
        <w:t>“In worldly work, there is distraction in being able to discover God. Could one solution be that we leave worldly work completely and engage in discovering God?”</w:t>
      </w:r>
    </w:p>
    <w:p>
      <w:r>
        <w:rPr>
          <w:sz w:val="20"/>
        </w:rPr>
        <w:t>1:10:50  Maulana, agla sawal Hyderabad se aaya hai Zeeshan sahab ka</w:t>
      </w:r>
      <w:r>
        <w:br/>
      </w:r>
      <w:r>
        <w:rPr>
          <w:sz w:val="20"/>
        </w:rPr>
        <w:t>1:10:54  . Unhon ne likha hai: "Dunyawi kaam ke sath Khuda ki discovery kar paane mein distraction aata hai. Kya is ka ek solution yeh ho sakta hai ke hum dunyawi kaam ko poori tarah se chhod dein aur Khuda ki discovery mein lag jayen?" Is ke baray mein batayen.</w:t>
      </w:r>
      <w:r>
        <w:br/>
      </w:r>
      <w:r>
        <w:rPr>
          <w:sz w:val="20"/>
        </w:rPr>
        <w:t>1:11:13  Dunya ke kaam se murad kya hai? Isi mein to discovery hoti hai. Dunya ke kaam ka kya matlab? Dunya ke kaam</w:t>
      </w:r>
      <w:r>
        <w:br/>
      </w:r>
      <w:r>
        <w:rPr>
          <w:sz w:val="20"/>
        </w:rPr>
        <w:t>1:11:23  yani har woh cheez jahan jis se aap, yani jis ko aap dunya kehte hain, woh Khuda ki takhleeq hai. Khuda ki takhleeq hai, isi takhleeq mein to Khaliq ko dekhna hai.</w:t>
      </w:r>
      <w:r>
        <w:br/>
      </w:r>
      <w:r>
        <w:rPr>
          <w:sz w:val="20"/>
        </w:rPr>
        <w:t>1:11:33  Aap chale jayen janglon mein to wahan kya karenge?</w:t>
      </w:r>
      <w:r>
        <w:br/>
      </w:r>
      <w:r>
        <w:rPr>
          <w:sz w:val="20"/>
        </w:rPr>
        <w:t>1:11:38  Sahi baat yeh hai, dekhiye ke aarif ke zehan se cheezon ko dekhna, yani seeker ke zehan se cheezon ko dekhna, yeh dunya chhodne ka koi sawal hi nahi paida hota.</w:t>
      </w:r>
      <w:r>
        <w:br/>
      </w:r>
      <w:r>
        <w:rPr>
          <w:sz w:val="20"/>
        </w:rPr>
        <w:t>1:11:55  Jahan aap chhod ke jayen ge, wahan bhi dunya hi hogi. Yeh ek lafz bhi galat samjha jata hai ke tark-e-dunya. Tark-e-dunya kya hai? Aap tark-e-dunya kar nahi sakte.</w:t>
      </w:r>
      <w:r>
        <w:br/>
      </w:r>
      <w:r>
        <w:rPr>
          <w:sz w:val="20"/>
        </w:rPr>
        <w:t>1:12:04  Aap marne se</w:t>
      </w:r>
      <w:r>
        <w:br/>
      </w:r>
      <w:r>
        <w:rPr>
          <w:sz w:val="20"/>
        </w:rPr>
        <w:t>1:12:06  pehlay jahan aap jayen ge, woh bhi dunya hogi. Wahan par to tark-e-dunya is nothing. Asal cheez yeh hai ke aap seeker hon, aap cheezon ko, yani is se lesson lene ka aap ke andar mada ho, gehrai mein cheezon ko sochein.</w:t>
      </w:r>
      <w:r>
        <w:br/>
      </w:r>
      <w:r>
        <w:rPr>
          <w:sz w:val="20"/>
        </w:rPr>
        <w:t>1:12:25  Aap is ki zaroorat hai. Tark-e-dunya keh na to koi cheez hai, na woh mumkin hai. Jahan aap chhod ke jayen ge, woh bhi dunya hogi.</w:t>
      </w:r>
      <w:r>
        <w:br/>
      </w:r>
      <w:r>
        <w:rPr>
          <w:sz w:val="20"/>
        </w:rPr>
        <w:t>1:12:35  Ek</w:t>
      </w:r>
      <w:r>
        <w:br/>
      </w:r>
      <w:r>
        <w:rPr>
          <w:sz w:val="20"/>
        </w:rPr>
        <w:t>1:12:37  Is liye yeh yeh koi yeh koi hal nahi hai. Maulana, agla ek comment aaya hai Qatar se Maulana Abdul Basit Umri sahab</w:t>
      </w:r>
      <w:r>
        <w:br/>
      </w:r>
      <w:r>
        <w:rPr>
          <w:sz w:val="20"/>
        </w:rPr>
        <w:t>1:12:48  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pStyle w:val="Heading2"/>
      </w:pPr>
      <w:r>
        <w:t>Meaning and practice of dhikr</w:t>
      </w:r>
    </w:p>
    <w:p>
      <w:r>
        <w:rPr>
          <w:color w:val="666666"/>
          <w:sz w:val="18"/>
        </w:rPr>
        <w:t>Spirituality · Divine Law of Success 14th October 2012 Slow · 3m 39s · at 1:38:56 · https://youtu.be/2zXfZhIf1jA?t=5936</w:t>
      </w:r>
    </w:p>
    <w:p>
      <w:r>
        <w:rPr>
          <w:i/>
        </w:rPr>
        <w:t>“The word 'dhikr' is mentioned in the Quran repeatedly as well as in Hadith. I want to know the real meaning of dhikr and how we can practice it in our day-to-day life.”</w:t>
      </w:r>
    </w:p>
    <w:p>
      <w:r>
        <w:rPr>
          <w:sz w:val="20"/>
        </w:rPr>
        <w:t>1:38:56  maulana, agla sawal kashmir se aya hai muhammad saleem sahib ka.</w:t>
      </w:r>
      <w:r>
        <w:br/>
      </w:r>
      <w:r>
        <w:rPr>
          <w:sz w:val="20"/>
        </w:rPr>
        <w:t>1:39:01  unhon ne likha hai: Word zikr is mentioned in Quran repeatedly as well as in Hadith.</w:t>
      </w:r>
      <w:r>
        <w:br/>
      </w:r>
      <w:r>
        <w:rPr>
          <w:sz w:val="20"/>
        </w:rPr>
        <w:t>1:39:07  I want to know the real meaning of zikr and how we can practice it in our day-to-day life.</w:t>
      </w:r>
      <w:r>
        <w:br/>
      </w:r>
      <w:r>
        <w:rPr>
          <w:sz w:val="20"/>
        </w:rPr>
        <w:t>1:39:12  dekhein, zikr jo hai, is ka lafzi matlab hai yaad karna, to remind.</w:t>
      </w:r>
      <w:r>
        <w:br/>
      </w:r>
      <w:r>
        <w:rPr>
          <w:sz w:val="20"/>
        </w:rPr>
        <w:t>1:39:18  aur zikr ka ek matlab hota hai charcha karna.</w:t>
      </w:r>
      <w:r>
        <w:br/>
      </w:r>
      <w:r>
        <w:rPr>
          <w:sz w:val="20"/>
        </w:rPr>
        <w:t>1:39:24  to yeh jo matlab hai remind karna, to aap to sufiyan ne jo culture chalaya hai, woh yeh</w:t>
      </w:r>
      <w:r>
        <w:br/>
      </w:r>
      <w:r>
        <w:rPr>
          <w:sz w:val="20"/>
        </w:rPr>
        <w:t>1:39:30  ke alfaaz ko ginna, yani itni baar, itni baar, itni baar.</w:t>
      </w:r>
      <w:r>
        <w:br/>
      </w:r>
      <w:r>
        <w:rPr>
          <w:sz w:val="20"/>
        </w:rPr>
        <w:t>1:39:36  mein samajhta hoon ke yeh zikr nahi hai.</w:t>
      </w:r>
      <w:r>
        <w:br/>
      </w:r>
      <w:r>
        <w:rPr>
          <w:sz w:val="20"/>
        </w:rPr>
        <w:t>1:39:41  alfaaz shumari ka naam zikr nahi hai.</w:t>
      </w:r>
      <w:r>
        <w:br/>
      </w:r>
      <w:r>
        <w:rPr>
          <w:sz w:val="20"/>
        </w:rPr>
        <w:t>1:39:47  zikr is ka naam hai ke Allah ke bare mein aap sochen, Allah ki azmaton ko yaad karein,</w:t>
      </w:r>
      <w:r>
        <w:br/>
      </w:r>
      <w:r>
        <w:rPr>
          <w:sz w:val="20"/>
        </w:rPr>
        <w:t>1:39:53  Allah ki nematon ko, Allah ki blessing ko yaad karein.</w:t>
      </w:r>
      <w:r>
        <w:br/>
      </w:r>
      <w:r>
        <w:rPr>
          <w:sz w:val="20"/>
        </w:rPr>
        <w:t>1:39:59  is se aap ke andar ek ek ek inspiration aayega, aap ka dil roshan hoga, aap ka</w:t>
      </w:r>
      <w:r>
        <w:br/>
      </w:r>
      <w:r>
        <w:rPr>
          <w:sz w:val="20"/>
        </w:rPr>
        <w:t>1:40:05  zehan roshan hoga, aap ke andar rabbani khayalat aayenge.</w:t>
      </w:r>
      <w:r>
        <w:br/>
      </w:r>
      <w:r>
        <w:rPr>
          <w:sz w:val="20"/>
        </w:rPr>
        <w:t>1:40:10  to yeh tafakkur, tadabbur ke zariye hota hai, yeh alfaaz shumaari ke zariye nahi hota hai.</w:t>
      </w:r>
      <w:r>
        <w:br/>
      </w:r>
      <w:r>
        <w:rPr>
          <w:sz w:val="20"/>
        </w:rPr>
        <w:t>1:40:16  tafakkur, tadabbur, tazakkur, tawaṣṣum, yeh jo alfaaz Quran majeed mein aaye hain, yahi zikr ka zariya hai.</w:t>
      </w:r>
      <w:r>
        <w:br/>
      </w:r>
      <w:r>
        <w:rPr>
          <w:sz w:val="20"/>
        </w:rPr>
        <w:t>1:40:22  main is ko nahi manta ke kuch alfaaz hain muqaddas, un ko takraar karo to zikr ho jayega.</w:t>
      </w:r>
      <w:r>
        <w:br/>
      </w:r>
      <w:r>
        <w:rPr>
          <w:sz w:val="20"/>
        </w:rPr>
        <w:t>1:40:28  woh main is ko nahi manta.</w:t>
      </w:r>
      <w:r>
        <w:br/>
      </w:r>
      <w:r>
        <w:rPr>
          <w:sz w:val="20"/>
        </w:rPr>
        <w:t>1:40:34  main zikr ka zariya samajhta hoon tafakkur, tadabbur, tazakkur, tawaṣṣum.</w:t>
      </w:r>
      <w:r>
        <w:br/>
      </w:r>
      <w:r>
        <w:rPr>
          <w:sz w:val="20"/>
        </w:rPr>
        <w:t>1:40:39  is ko apne mind ko jab activate karte hain, soch soch kar ke Allah ke bare mein, to</w:t>
      </w:r>
      <w:r>
        <w:br/>
      </w:r>
      <w:r>
        <w:rPr>
          <w:sz w:val="20"/>
        </w:rPr>
        <w:t>1:40:45  is se jo aap ko inspiration aata hai, jis mein aap ki rooh mein jo baladgi aati hai,</w:t>
      </w:r>
      <w:r>
        <w:br/>
      </w:r>
      <w:r>
        <w:rPr>
          <w:sz w:val="20"/>
        </w:rPr>
        <w:t>1:40:51  seene mein aap ke jo ek rabbani roshni aati hai, isi ka naam hai zikr.</w:t>
      </w:r>
      <w:r>
        <w:br/>
      </w:r>
      <w:r>
        <w:rPr>
          <w:sz w:val="20"/>
        </w:rPr>
        <w:t>1:40:57  wohi matloob hai.</w:t>
      </w:r>
      <w:r>
        <w:br/>
      </w:r>
      <w:r>
        <w:rPr>
          <w:sz w:val="20"/>
        </w:rPr>
        <w:t>1:41:03  Is there any other question?</w:t>
      </w:r>
      <w:r>
        <w:br/>
      </w:r>
      <w:r>
        <w:rPr>
          <w:sz w:val="20"/>
        </w:rPr>
        <w:t>1:41:09  aap ka hai? aap ka baad mein le lenge. theek hai.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khurram qureshi. we will end this session now.</w:t>
      </w:r>
      <w:r>
        <w:br/>
      </w:r>
      <w:r>
        <w:rPr>
          <w:sz w:val="20"/>
        </w:rPr>
        <w:t>1:41:36  thank you. kya? dekha wahan frankfurt mein dekha na? ji molana, doctor sahab ne. kamal ho gaya na? ji. sorry, i forgot. molana, rasool allah aur sahaba.</w:t>
      </w:r>
    </w:p>
    <w:p>
      <w:pPr>
        <w:pStyle w:val="Heading2"/>
      </w:pPr>
      <w:r>
        <w:t>Meaning of 'muztar' in prayer acceptance</w:t>
      </w:r>
    </w:p>
    <w:p>
      <w:r>
        <w:rPr>
          <w:color w:val="666666"/>
          <w:sz w:val="18"/>
        </w:rPr>
        <w:t>Spirituality · Realistic Approach 30 March, 2014 · 2m 03s · at 54:04 · https://youtu.be/HIFxmWWiEG4?t=3244</w:t>
      </w:r>
    </w:p>
    <w:p>
      <w:r>
        <w:rPr>
          <w:i/>
        </w:rPr>
        <w:t>“You wrote in your book Al-Islam that 'muztar' (one in distress) his prayer is immediately accepted by Allah, while for other believers, righteous deeds are also needed for acceptance. What is meant by 'muztar'? Please clarify.”</w:t>
      </w:r>
    </w:p>
    <w:p>
      <w:r>
        <w:rPr>
          <w:sz w:val="20"/>
        </w:rPr>
        <w:t>54:04  Maulana, agla sawal Shahnawaz Zafar sahib ne kiya hai Delhi se. Unhon ne likha hai: "Aap ne apni kitaab Al-Islam mein likha hai ke mustar yani jo iztirab ki halat mein ho, us ki dua Allah immediately qabool karta hai aur deegar momin ki dua ki qabooliyat ke liye amal saleh bhi chahiye.</w:t>
      </w:r>
      <w:r>
        <w:br/>
      </w:r>
      <w:r>
        <w:rPr>
          <w:sz w:val="20"/>
        </w:rPr>
        <w:t>54:28  Yahan mustar se murad kya hai? Is ko wazeh karein."</w:t>
      </w:r>
      <w:r>
        <w:br/>
      </w:r>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r>
        <w:br/>
      </w:r>
      <w:r>
        <w:rPr>
          <w:sz w:val="20"/>
        </w:rPr>
        <w:t>55:37  To apne ajz ko daryaft kijiye. Mustar aadmi jo hota hai, woh ajz ki aakhri hadd par hota hai. To apne ajz ko daryaft kiya, us ke baad apne aap sari cheezein aap ke andar aa jayengi.</w:t>
      </w:r>
      <w:r>
        <w:br/>
      </w:r>
      <w:r>
        <w:rPr>
          <w:sz w:val="20"/>
        </w:rPr>
        <w:t>55:52  Aur aap hamari kitabein parhiye. Hamari kitaab mein isi ki to tashreeh hai. Hamari kitaab mein jo hai, woh isi baat ki tashreeh hai ke yani "how to discover ajz".</w:t>
      </w:r>
    </w:p>
    <w:p>
      <w:pPr>
        <w:pStyle w:val="Heading2"/>
      </w:pPr>
      <w:r>
        <w:t>Meaning of Gratitude in Islam</w:t>
      </w:r>
    </w:p>
    <w:p>
      <w:r>
        <w:rPr>
          <w:color w:val="666666"/>
          <w:sz w:val="18"/>
        </w:rPr>
        <w:t>Spirituality · Living in a World of Competition October 24, 2010 · 2m 51s · at 1:13:53 · https://youtu.be/0DRVM8YxM5U?t=4433</w:t>
      </w:r>
    </w:p>
    <w:p>
      <w:r>
        <w:rPr>
          <w:i/>
        </w:rPr>
        <w:t>“What is the meaning of gratitude? Should we be grateful when Allah gives us plenty of money, or should we discover the state we are in as a state of gratitude? Please explain.”</w:t>
      </w:r>
    </w:p>
    <w:p>
      <w:r>
        <w:rPr>
          <w:sz w:val="20"/>
        </w:rPr>
        <w:t>1:13:53  maulana, agla sawal maulana abdul basit omary ne kiya hai, doha qatar se. unhon ne likha hai: "maulana, shukr ka matlab kya hai?</w:t>
      </w:r>
      <w:r>
        <w:br/>
      </w:r>
      <w:r>
        <w:rPr>
          <w:sz w:val="20"/>
        </w:rPr>
        <w:t>1:14:04  kya Allah jab hamein khoob paisa de, tab shukr karen, ya phir Allah ne jis ko jis halat mein rakha hai, woh usi halat ko shukr ki halat ke taur par daryaft kare?" maulana, is baray mein wazahat farmayen.</w:t>
      </w:r>
      <w:r>
        <w:br/>
      </w:r>
      <w:r>
        <w:rPr>
          <w:sz w:val="20"/>
        </w:rPr>
        <w:t>1:14:20  dekhiye, paise par shukr karna to yeh hai hi nahi islam mein.</w:t>
      </w:r>
      <w:r>
        <w:br/>
      </w:r>
      <w:r>
        <w:rPr>
          <w:sz w:val="20"/>
        </w:rPr>
        <w:t>1:14:26  yani daulat mile to is par shukr karen, aap yeh islam mein hai hi nahi.</w:t>
      </w:r>
      <w:r>
        <w:br/>
      </w:r>
      <w:r>
        <w:rPr>
          <w:sz w:val="20"/>
        </w:rPr>
        <w:t>1:14:31  ab dekhen, kaun sahabi tha jo paisa milne par shukr kiya? us ne keh khuda ka shukr hai ke to ne mujhe dolat di. aisa keh nahin paenge aap.</w:t>
      </w:r>
      <w:r>
        <w:br/>
      </w:r>
      <w:r>
        <w:rPr>
          <w:sz w:val="20"/>
        </w:rPr>
        <w:t>1:14:41  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r>
        <w:br/>
      </w:r>
      <w:r>
        <w:rPr>
          <w:sz w:val="20"/>
        </w:rPr>
        <w:t>1:15:00  yeh sab shukr ki baaten hain.</w:t>
      </w:r>
      <w:r>
        <w:br/>
      </w:r>
      <w:r>
        <w:rPr>
          <w:sz w:val="20"/>
        </w:rPr>
        <w:t>1:15:03  paisa milne par shukr karna aur dolat milne par shukr karna, yeh to hai hi nahin Islam mein, kyunke woh to fitna hai, azmaish hai.</w:t>
      </w:r>
      <w:r>
        <w:br/>
      </w:r>
      <w:r>
        <w:rPr>
          <w:sz w:val="20"/>
        </w:rPr>
        <w:t>1:15:13  ab azmaish par aap shukr karenge?</w:t>
      </w:r>
      <w:r>
        <w:br/>
      </w:r>
      <w:r>
        <w:rPr>
          <w:sz w:val="20"/>
        </w:rPr>
        <w:t>1:15:19  saaf saaf Quran mein likha hua hai ke maal fitna hai, azmaish hai. yani yani janchnay ke liye, test ke liye diya gaya hai, test ke liye diya gaya hai.</w:t>
      </w:r>
      <w:r>
        <w:br/>
      </w:r>
      <w:r>
        <w:rPr>
          <w:sz w:val="20"/>
        </w:rPr>
        <w:t>1:15:31  yeh to bohat bari gumrahi hai, bohat bari gumrahi hai. ek sahab ne bohat bara ghar banaya, main gaya un ke haan to dekha ke ghar ke samne jo entrance tha, pe likha hua tha: "haza min fadl rabbi".</w:t>
      </w:r>
      <w:r>
        <w:br/>
      </w:r>
      <w:r>
        <w:rPr>
          <w:sz w:val="20"/>
        </w:rPr>
        <w:t>1:15:44  matlab yeh ghar jo hai, mujhe Allah ke fazl se mila hai, yeh bilkul Islam se koi talluq nahin, is ka koi talluq Islam ka nahin hai.</w:t>
      </w:r>
      <w:r>
        <w:br/>
      </w:r>
      <w:r>
        <w:rPr>
          <w:sz w:val="20"/>
        </w:rPr>
        <w:t>1:15:54  chahe ghar ho, chahe dolat ho, chahe yeh sab jitni cheezen hain, woh sab azmaish hain, test hain.</w:t>
      </w:r>
      <w:r>
        <w:br/>
      </w:r>
      <w:r>
        <w:rPr>
          <w:sz w:val="20"/>
        </w:rPr>
        <w:t>1:16:02  yeh to bohat bari gumrahi mein sari dunya ke musalman mubtala hain, sab ke sab musalman mubtala hain. ek sahab ke haan mein gaya to un ke dost wahan baithe hue thay.</w:t>
      </w:r>
      <w:r>
        <w:br/>
      </w:r>
      <w:r>
        <w:rPr>
          <w:sz w:val="20"/>
        </w:rPr>
        <w:t>1:16:13  to dost sahab ne un ke baray mein farmaya ke Allah ne un ke upar bohat fazl kiya hai. matlab un ke bete kamate hain aur paisa hi paisa ghar mein ho raha hai aur har cheez bohat farawani ke sath koi mili hui hai.</w:t>
      </w:r>
      <w:r>
        <w:br/>
      </w:r>
      <w:r>
        <w:rPr>
          <w:sz w:val="20"/>
        </w:rPr>
        <w:t>1:16:27  is ko batate hain, un ka Allah ne un ke sath bara fazl kiya hai.</w:t>
      </w:r>
      <w:r>
        <w:br/>
      </w:r>
      <w:r>
        <w:rPr>
          <w:sz w:val="20"/>
        </w:rPr>
        <w:t>1:16:31  to unhon ne kaha yeh fazl ka yeh to test ki waris hai, yeh fazl ki waris nahin hai, yeh ek janchnay ki waris hai. janchnay to yeh sab to gumrahi hai.</w:t>
      </w:r>
    </w:p>
    <w:p>
      <w:pPr>
        <w:pStyle w:val="Heading2"/>
      </w:pPr>
      <w:r>
        <w:t>Meaning of Prophet's prayer 'show truth as it is'</w:t>
      </w:r>
    </w:p>
    <w:p>
      <w:r>
        <w:rPr>
          <w:color w:val="666666"/>
          <w:sz w:val="18"/>
        </w:rPr>
        <w:t>Spirituality · Islamic Wisdom July 17, 2016 · 2m 12s · at 49:36 · https://youtu.be/jB4ugN0K-AM?t=2976</w:t>
      </w:r>
    </w:p>
    <w:p>
      <w:r>
        <w:rPr>
          <w:i/>
        </w:rPr>
        <w:t>“There is a prayer of the Prophet: 'O God, show us the truth as it is.' What does 'as it is' thinking mean? Please elaborate on this.”</w:t>
      </w:r>
    </w:p>
    <w:p>
      <w:r>
        <w:rPr>
          <w:sz w:val="20"/>
        </w:rPr>
        <w:t>49:36  maulana, agla sawal mumbai se aya hai, aah aah faraz sahib ka, aur unhon ne likha hai: "der</w:t>
      </w:r>
      <w:r>
        <w:br/>
      </w:r>
      <w:r>
        <w:rPr>
          <w:sz w:val="20"/>
        </w:rPr>
        <w:t>49:43  as a prayer of the Prophet very said: "O God, show us the truth as it is." Maulana</w:t>
      </w:r>
      <w:r>
        <w:br/>
      </w:r>
      <w:r>
        <w:rPr>
          <w:sz w:val="20"/>
        </w:rPr>
        <w:t>49:51  Sahib, what does "as it is thinking" means? Please elaborate on this.</w:t>
      </w:r>
      <w:r>
        <w:br/>
      </w:r>
      <w:r>
        <w:rPr>
          <w:sz w:val="20"/>
        </w:rPr>
        <w:t>49:56  bhai, yeh kya? main ne misal de di as it is ki ke japan ke waqe mein jo</w:t>
      </w:r>
      <w:r>
        <w:br/>
      </w:r>
      <w:r>
        <w:rPr>
          <w:sz w:val="20"/>
        </w:rPr>
        <w:t>50:04  asli sabak hai, woh yeh hai ke society bombing chhodo, lekin ulta le liya ke society bombing karo.</w:t>
      </w:r>
      <w:r>
        <w:br/>
      </w:r>
      <w:r>
        <w:rPr>
          <w:sz w:val="20"/>
        </w:rPr>
        <w:t>50:12  yeh to hai yeh sare musalmanon ke jo mamlaat ke zamane mein, woh yahi hai.</w:t>
      </w:r>
      <w:r>
        <w:br/>
      </w:r>
      <w:r>
        <w:rPr>
          <w:sz w:val="20"/>
        </w:rPr>
        <w:t>50:18  misalan, commercial rights hote hain, woh aam taur par hote hain retaliation mein.</w:t>
      </w:r>
      <w:r>
        <w:br/>
      </w:r>
      <w:r>
        <w:rPr>
          <w:sz w:val="20"/>
        </w:rPr>
        <w:t>50:24  retaliation, lekin musalman kya kehte hain ke yeh zulm ho raha hai? zulm nahi ho raha.</w:t>
      </w:r>
      <w:r>
        <w:br/>
      </w:r>
      <w:r>
        <w:rPr>
          <w:sz w:val="20"/>
        </w:rPr>
        <w:t>50:31  tum logon ko retaliate karne ka mauqa na do, to fasad khatam ho jayega.</w:t>
      </w:r>
      <w:r>
        <w:br/>
      </w:r>
      <w:r>
        <w:rPr>
          <w:sz w:val="20"/>
        </w:rPr>
        <w:t>50:37  aur yeh hadith mein aata hai ke: "innal fitnata ni'matun la'anallahu man qadaa'a." matlab logon ko ghusse</w:t>
      </w:r>
      <w:r>
        <w:br/>
      </w:r>
      <w:r>
        <w:rPr>
          <w:sz w:val="20"/>
        </w:rPr>
        <w:t>50:45  ko jagao, logon ko yeh mauqa na do ke retaliate karne ka jazba un ke ubhar aaye.</w:t>
      </w:r>
      <w:r>
        <w:br/>
      </w:r>
      <w:r>
        <w:rPr>
          <w:sz w:val="20"/>
        </w:rPr>
        <w:t>50:52  yeh to matlab hai is ka.</w:t>
      </w:r>
      <w:r>
        <w:br/>
      </w:r>
      <w:r>
        <w:rPr>
          <w:sz w:val="20"/>
        </w:rPr>
        <w:t>50:55  to musalmanon ka case jo hai, is zamane mein be aqli ka case hai.</w:t>
      </w:r>
      <w:r>
        <w:br/>
      </w:r>
      <w:r>
        <w:rPr>
          <w:sz w:val="20"/>
        </w:rPr>
        <w:t>51:01  aqalmand ban gaya ho to sab cheezein khatam ho jayengi.</w:t>
      </w:r>
      <w:r>
        <w:br/>
      </w:r>
      <w:r>
        <w:rPr>
          <w:sz w:val="20"/>
        </w:rPr>
        <w:t>51:05  misal ke taur par kehte hain ke west mein islamophobia hai.</w:t>
      </w:r>
      <w:r>
        <w:br/>
      </w:r>
      <w:r>
        <w:rPr>
          <w:sz w:val="20"/>
        </w:rPr>
        <w:t>51:10  yeh mukammal taur par be aqli ki baat hai.</w:t>
      </w:r>
      <w:r>
        <w:br/>
      </w:r>
      <w:r>
        <w:rPr>
          <w:sz w:val="20"/>
        </w:rPr>
        <w:t>51:14  mein baar baar gaya hoon maghribi mulkon mein, itna zyada waqea wahan par hai ke wahan par waqea</w:t>
      </w:r>
      <w:r>
        <w:br/>
      </w:r>
      <w:r>
        <w:rPr>
          <w:sz w:val="20"/>
        </w:rPr>
        <w:t>51:22  pakistan, iran mein bhi nahi, muslim mulkon mein bhi nahi, kisi bhi muslim mulk mein woh waqea nahi</w:t>
      </w:r>
      <w:r>
        <w:br/>
      </w:r>
      <w:r>
        <w:rPr>
          <w:sz w:val="20"/>
        </w:rPr>
        <w:t>51:30  hai jo west mein hai.</w:t>
      </w:r>
      <w:r>
        <w:br/>
      </w:r>
      <w:r>
        <w:rPr>
          <w:sz w:val="20"/>
        </w:rPr>
        <w:t>51:32  aur woh kehte hain ke islamophobia.</w:t>
      </w:r>
      <w:r>
        <w:br/>
      </w:r>
      <w:r>
        <w:rPr>
          <w:sz w:val="20"/>
        </w:rPr>
        <w:t>51:35  to be aqli ko khatam karna yahi hamara beginning hai.</w:t>
      </w:r>
      <w:r>
        <w:br/>
      </w:r>
      <w:r>
        <w:rPr>
          <w:sz w:val="20"/>
        </w:rPr>
        <w:t>51:39  starting point hamare liye kya hai? ke apni be aqli ko khatam karein.</w:t>
      </w:r>
      <w:r>
        <w:br/>
      </w:r>
      <w:r>
        <w:rPr>
          <w:sz w:val="20"/>
        </w:rPr>
        <w:t>51:45  is ke baghair koi kaam nahi ho sakta.</w:t>
      </w:r>
    </w:p>
    <w:p>
      <w:pPr>
        <w:pStyle w:val="Heading2"/>
      </w:pPr>
      <w:r>
        <w:t>Merciless self-introspection method</w:t>
      </w:r>
    </w:p>
    <w:p>
      <w:r>
        <w:rPr>
          <w:color w:val="666666"/>
          <w:sz w:val="18"/>
        </w:rPr>
        <w:t>Spirituality · 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Muslims Far from Spirit of Islam</w:t>
      </w:r>
    </w:p>
    <w:p>
      <w:r>
        <w:rPr>
          <w:color w:val="666666"/>
          <w:sz w:val="18"/>
        </w:rPr>
        <w:t>Spirituality · From The Spiritual Tree September 8, 2013 · 2m 06s · at 54:38 · https://youtu.be/Vv6vf2N8YQA?t=3278</w:t>
      </w:r>
    </w:p>
    <w:p>
      <w:r>
        <w:rPr>
          <w:i/>
        </w:rPr>
        <w:t>“Muslims say their prayers five times, fast for the whole month of Ramadan, perform pilgrimage, but still they are far from the spirit of Islam. Why is this so?”</w:t>
      </w:r>
    </w:p>
    <w:p>
      <w:r>
        <w:rPr>
          <w:sz w:val="20"/>
        </w:rPr>
        <w:t>54:38  agla sawal aaya hai</w:t>
      </w:r>
      <w:r>
        <w:br/>
      </w:r>
      <w:r>
        <w:rPr>
          <w:sz w:val="20"/>
        </w:rPr>
        <w:t>54:40  doctor farida khanam ka dehli se. muslims say their prayers for five times.</w:t>
      </w:r>
      <w:r>
        <w:br/>
      </w:r>
      <w:r>
        <w:rPr>
          <w:sz w:val="20"/>
        </w:rPr>
        <w:t>54:50  fast for the whole month of ramzan. perform pilgrimage. but still they are far from the spirit of islam.</w:t>
      </w:r>
      <w:r>
        <w:br/>
      </w:r>
      <w:r>
        <w:rPr>
          <w:sz w:val="20"/>
        </w:rPr>
        <w:t>55:00  why is it that their worship does not change their lives?</w:t>
      </w:r>
      <w:r>
        <w:br/>
      </w:r>
      <w:r>
        <w:rPr>
          <w:sz w:val="20"/>
        </w:rPr>
        <w:t>55:08  aaj mein dekhiye baad ke zamaney mein yeh hua ke is tarah se islam ki tashreeh ki gayi aur is tarah se misaal bayan ki gayi ke logon ne samjha ke yahi formula jo hai yahi yahi ibaadat hai.</w:t>
      </w:r>
      <w:r>
        <w:br/>
      </w:r>
      <w:r>
        <w:rPr>
          <w:sz w:val="20"/>
        </w:rPr>
        <w:t>55:21  yaani namaz ka formula ya hajj ka jo formula hai wahi ibaadat hai.</w:t>
      </w:r>
      <w:r>
        <w:br/>
      </w:r>
      <w:r>
        <w:rPr>
          <w:sz w:val="20"/>
        </w:rPr>
        <w:t>55:28  spirit par emphasis nahi diya gaya. bas sara emphasis formula par chala gaya. to baad ke zamaney mein aisa hua.</w:t>
      </w:r>
      <w:r>
        <w:br/>
      </w:r>
      <w:r>
        <w:rPr>
          <w:sz w:val="20"/>
        </w:rPr>
        <w:t>55:40  aur awam hain isi cheez par chal rahe hain jo un ko bataya gaya hai. masjidon mein aaj kal is tarah ki baatein hoti hain.</w:t>
      </w:r>
      <w:r>
        <w:br/>
      </w:r>
      <w:r>
        <w:rPr>
          <w:sz w:val="20"/>
        </w:rPr>
        <w:t>55:49  to is ka ilaaj to yeh hai ke aap logon ko bataya jaye ke spirit asal hai. yaani formula jo hai ibaadat ka relative formula hissa hai.</w:t>
      </w:r>
      <w:r>
        <w:br/>
      </w:r>
      <w:r>
        <w:rPr>
          <w:sz w:val="20"/>
        </w:rPr>
        <w:t>55:59  formula ibaadat ka relative hissa hai. yeh spirit is ka real hissa hai. is tarah in ko bataya nahi gaya.</w:t>
      </w:r>
      <w:r>
        <w:br/>
      </w:r>
      <w:r>
        <w:rPr>
          <w:sz w:val="20"/>
        </w:rPr>
        <w:t>56:09  yaani formula to zaroori hai.</w:t>
      </w:r>
      <w:r>
        <w:br/>
      </w:r>
      <w:r>
        <w:rPr>
          <w:sz w:val="20"/>
        </w:rPr>
        <w:t>56:13  formula to har cheez ka ek hota hai. lekin formula jo hai woh ibaadat ka relative part hai. aur spirit jo hai woh ibaadat ka real part hai.</w:t>
      </w:r>
      <w:r>
        <w:br/>
      </w:r>
      <w:r>
        <w:rPr>
          <w:sz w:val="20"/>
        </w:rPr>
        <w:t>56:23  is tareeqe se bataya nahi gaya. to hum jo machine chala rahe hain woh is ka ek maqsad yeh bhi hai ke logon ko bataya jaye ke asal cheez spirit hai.</w:t>
      </w:r>
      <w:r>
        <w:br/>
      </w:r>
      <w:r>
        <w:rPr>
          <w:sz w:val="20"/>
        </w:rPr>
        <w:t>56:34  aur inshallah jo log hamari literature parhte hain woh is baat ko jaan lete hain aur is ko apni islaah karte hain.</w:t>
      </w:r>
    </w:p>
    <w:p>
      <w:pPr>
        <w:pStyle w:val="Heading2"/>
      </w:pPr>
      <w:r>
        <w:t>Necessity of Camps for Spirituality</w:t>
      </w:r>
    </w:p>
    <w:p>
      <w:r>
        <w:rPr>
          <w:color w:val="666666"/>
          <w:sz w:val="18"/>
        </w:rPr>
        <w:t>Spirituality · Spirituality in Simple Living, High Thinking October 27, 2019 Maulana Wahiduddin Khan · 2m 18s · at 53:53 · https://youtu.be/Kr28g15eFr8?t=3233</w:t>
      </w:r>
    </w:p>
    <w:p>
      <w:r>
        <w:rPr>
          <w:i/>
        </w:rPr>
        <w:t>“Is joining some camp necessary to initiate spirituality in one's life, or simply pondering upon nature is good enough to get started?”</w:t>
      </w:r>
    </w:p>
    <w:p>
      <w:r>
        <w:rPr>
          <w:sz w:val="20"/>
        </w:rPr>
        <w:t>53:53  maulana, agla sawal lucknow se bheja hai sirajuddin sahib ne. unhon ne likha hai: "maulana, today there are many camps that run in the name of spirituality to initiate a seeker into spirituality.</w:t>
      </w:r>
      <w:r>
        <w:br/>
      </w:r>
      <w:r>
        <w:rPr>
          <w:sz w:val="20"/>
        </w:rPr>
        <w:t>54:09  many people say that their experiences are good</w:t>
      </w:r>
      <w:r>
        <w:br/>
      </w:r>
      <w:r>
        <w:rPr>
          <w:sz w:val="20"/>
        </w:rPr>
        <w:t>54:15  . my question is that is joining some camp necessary to initiate spirituality in one's life, or simply pondering upon nature is good enough to get started?" yeh camping jo hoti hai, yeh bilkul aap sun rahe hain.</w:t>
      </w:r>
      <w:r>
        <w:br/>
      </w:r>
      <w:r>
        <w:rPr>
          <w:sz w:val="20"/>
        </w:rPr>
        <w:t>54:34  sab se pehla jo maine kiya tha, yeh camping parda ke camp gaya tha.</w:t>
      </w:r>
      <w:r>
        <w:br/>
      </w:r>
      <w:r>
        <w:rPr>
          <w:sz w:val="20"/>
        </w:rPr>
        <w:t>54:42  isi mein phansa tha main. parda ke camp laga tha, is mein main gaya tha,</w:t>
      </w:r>
      <w:r>
        <w:br/>
      </w:r>
      <w:r>
        <w:rPr>
          <w:sz w:val="20"/>
        </w:rPr>
        <w:t>54:52  aur is se is parda ke camp se mujhe kuch bhi take away nahi mila tha, kuch bhi take away nahi mila tha.</w:t>
      </w:r>
      <w:r>
        <w:br/>
      </w:r>
      <w:r>
        <w:rPr>
          <w:sz w:val="20"/>
        </w:rPr>
        <w:t>55:03  phir maine khud is ki history ki, tab maine jana ke is ki history kya hai.</w:t>
      </w:r>
      <w:r>
        <w:br/>
      </w:r>
      <w:r>
        <w:rPr>
          <w:sz w:val="20"/>
        </w:rPr>
        <w:t>55:12  yeh camp jo lagte hain, woh mein zaati tajrube ke barabar keh sakta hoon ke is mein koi take away le kar koi lot ta nahi.</w:t>
      </w:r>
      <w:r>
        <w:br/>
      </w:r>
      <w:r>
        <w:rPr>
          <w:sz w:val="20"/>
        </w:rPr>
        <w:t>55:24  koi bhi mujhe nahi maloom koi insan hai aisa jo wahan se koi take away le kar lauta ho.</w:t>
      </w:r>
      <w:r>
        <w:br/>
      </w:r>
      <w:r>
        <w:rPr>
          <w:sz w:val="20"/>
        </w:rPr>
        <w:t>55:35  Miss Mehka Fayyaz Sahiba ne dil ne Dilli se bheja hai comment</w:t>
      </w:r>
      <w:r>
        <w:br/>
      </w:r>
      <w:r>
        <w:rPr>
          <w:sz w:val="20"/>
        </w:rPr>
        <w:t>55:42  : "Maulana, idea of spirituality has always addressed my mind. It is very different from that of secluded one, which most people think is the rightest form of spirituality.</w:t>
      </w:r>
      <w:r>
        <w:br/>
      </w:r>
      <w:r>
        <w:rPr>
          <w:sz w:val="20"/>
        </w:rPr>
        <w:t>55:57  Maulana, idea of spirituality is not physical but observable. It is a self developing concept. Art of management is very simple technique which Maulana gives us.</w:t>
      </w:r>
    </w:p>
    <w:p>
      <w:pPr>
        <w:pStyle w:val="Heading2"/>
      </w:pPr>
      <w:r>
        <w:t>Non-material life: Sufi vs. need-based approach</w:t>
      </w:r>
    </w:p>
    <w:p>
      <w:r>
        <w:rPr>
          <w:color w:val="666666"/>
          <w:sz w:val="18"/>
        </w:rPr>
        <w:t>Spirituality · Materialism and Intellectual Dwarfism 29th April 2012 · 2m 24s · at 1:11:09 · https://youtu.be/qHzARL_r3I4?t=4269</w:t>
      </w:r>
    </w:p>
    <w:p>
      <w:r>
        <w:rPr>
          <w:i/>
        </w:rPr>
        <w:t>“When talking about non-material life, people call it Sufi or sadhu. Why is that? We mean that material things should be taken only as needed, not for show. What is the correct understanding?”</w:t>
      </w:r>
    </w:p>
    <w:p>
      <w:r>
        <w:rPr>
          <w:sz w:val="20"/>
        </w:rPr>
        <w:t>1:11:09  maulana agla sawal tamil nadu se hai maulana iqbal umri sahab ka unhon ne likha hai ghair maadi zindagi ki baat karte hain to sufi ya sadhu ya sadhu kaha jata hai maulana aisa kyun nahi to hum ghair maadi ka woh matlab hamara nahi hai woh to jungle mein chala jana aur insanon se door chala jana ke mani</w:t>
      </w:r>
      <w:r>
        <w:br/>
      </w:r>
      <w:r>
        <w:rPr>
          <w:sz w:val="20"/>
        </w:rPr>
        <w:t>1:11:34  mein lete hain hum woh mani mein nahi lete hum to yeh kehte hain ke maadi cheezon ko baqat zaroorat lena baqat raish nahi dekhiye angrezi mein teen lafz bola jata hai need, comfort, luxury.</w:t>
      </w:r>
      <w:r>
        <w:br/>
      </w:r>
      <w:r>
        <w:rPr>
          <w:sz w:val="20"/>
        </w:rPr>
        <w:t>1:11:49  need, comfort, luxury to main samajhta hoon ke need ke darje mein liya jaye yeh sahi tareeqa hai</w:t>
      </w:r>
      <w:r>
        <w:br/>
      </w:r>
      <w:r>
        <w:rPr>
          <w:sz w:val="20"/>
        </w:rPr>
        <w:t>1:11:55  aur woh sufi log jo bolte hain woh to woh to bilkul apne ko kaatna aur riyazat yani rohani riyazaton ke naam par woh alag ho kar ke ek zindagi guzarna woh woh ek alag hi cheez hai woh hum jo baat bolte hain woh yeh hai ke need ke darje mein ikhtiyar karo maadi cheezein na comfort ke darje mein na luxury ke darje mein</w:t>
      </w:r>
      <w:r>
        <w:br/>
      </w:r>
      <w:r>
        <w:rPr>
          <w:sz w:val="20"/>
        </w:rPr>
        <w:t>1:12:20  yeh kyunke agar aap is ko need se aage badhenge to phir aap ke paas time hi nahi rahega sochne ka time nahi rahega yani apne intellectual faculty ko develop karne ka masla yeh hai woh haram nahi hai yani comfort aur luxury haram nahi hai lekin woh aap ke time ko kill karta hai aap ki energy ko kill karta hai aap ke money ko kill karta hai</w:t>
      </w:r>
      <w:r>
        <w:br/>
      </w:r>
      <w:r>
        <w:rPr>
          <w:sz w:val="20"/>
        </w:rPr>
        <w:t>1:12:46  is se is sense mein woh bahut hi yani halakat khair hai main yeh nahi kehta ke ke comfort aur luxury haram hai</w:t>
      </w:r>
      <w:r>
        <w:br/>
      </w:r>
      <w:r>
        <w:rPr>
          <w:sz w:val="20"/>
        </w:rPr>
        <w:t>1:12:57  nahi main yeh kehta hoon ke jo aadmi comfort aur luxury ko apna</w:t>
      </w:r>
      <w:r>
        <w:br/>
      </w:r>
      <w:r>
        <w:rPr>
          <w:sz w:val="20"/>
        </w:rPr>
        <w:t>1:13:02  yani nishana banayega to wo is qeemat par hoga</w:t>
      </w:r>
      <w:r>
        <w:br/>
      </w:r>
      <w:r>
        <w:rPr>
          <w:sz w:val="20"/>
        </w:rPr>
        <w:t>1:13:07  ke jo doosra jo bara kaam hai intellectual development aur spiritual development wo nahi kar payega kyunke</w:t>
      </w:r>
      <w:r>
        <w:br/>
      </w:r>
      <w:r>
        <w:rPr>
          <w:sz w:val="20"/>
        </w:rPr>
        <w:t>1:13:14  iska to sara time isi mein nikal jayega iska paisa isi mein kharch hoga isi</w:t>
      </w:r>
      <w:r>
        <w:br/>
      </w:r>
      <w:r>
        <w:rPr>
          <w:sz w:val="20"/>
        </w:rPr>
        <w:t>1:13:20  iski energy isi mein kharch hogi iski tawajjah isi mein kharch hogi is sense mein main</w:t>
      </w:r>
      <w:r>
        <w:br/>
      </w:r>
      <w:r>
        <w:rPr>
          <w:sz w:val="20"/>
        </w:rPr>
        <w:t>1:13:25  kehta hoon</w:t>
      </w:r>
      <w:r>
        <w:br/>
      </w:r>
      <w:r>
        <w:rPr>
          <w:sz w:val="20"/>
        </w:rPr>
        <w:t>1:13:28  yani haram halal ke sense mein nahi kehta</w:t>
      </w:r>
    </w:p>
    <w:p>
      <w:pPr>
        <w:pStyle w:val="Heading2"/>
      </w:pPr>
      <w:r>
        <w:t>Obstacle in learning from death</w:t>
      </w:r>
    </w:p>
    <w:p>
      <w:r>
        <w:rPr>
          <w:color w:val="666666"/>
          <w:sz w:val="18"/>
        </w:rPr>
        <w:t>Spirituality · Concept of Death in Islam 26th Aug 12 SLOW · 2m 08s · at 11:20 · https://youtu.be/8dsos0OBM6M?t=680</w:t>
      </w:r>
    </w:p>
    <w:p>
      <w:r>
        <w:rPr>
          <w:i/>
        </w:rPr>
        <w:t>“What is the biggest obstacle we face when trying to take a lesson from death and how do we clear our minds of this obstacle?”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pStyle w:val="Heading2"/>
      </w:pPr>
      <w:r>
        <w:t>Origin and source of thoughts</w:t>
      </w:r>
    </w:p>
    <w:p>
      <w:r>
        <w:rPr>
          <w:color w:val="666666"/>
          <w:sz w:val="18"/>
        </w:rPr>
        <w:t>Spirituality · The Problem of Evil December 4, 2011 · 2m 30s · at 1:08:42 · https://youtu.be/SMqtVjaGHfw?t=4122</w:t>
      </w:r>
    </w:p>
    <w:p>
      <w:r>
        <w:rPr>
          <w:i/>
        </w:rPr>
        <w:t>“Where do thoughts originate? What is their source? If I get sixty thoughts per second, where are they coming from?”</w:t>
      </w:r>
    </w:p>
    <w:p>
      <w:r>
        <w:rPr>
          <w:sz w:val="20"/>
        </w:rPr>
        <w:t>1:08:42  maulana, agla sawal aaya hai Mr Ramesh Jaswani ka, Delhi se. unhon ne likha hai: "from where do thoughts originate?</w:t>
      </w:r>
      <w:r>
        <w:br/>
      </w:r>
      <w:r>
        <w:rPr>
          <w:sz w:val="20"/>
        </w:rPr>
        <w:t>1:08:52  what is their source? if i get sixty thoughts per second, from where are they coming?" Maulana sahib, please tell me.</w:t>
      </w:r>
      <w:r>
        <w:br/>
      </w:r>
      <w:r>
        <w:rPr>
          <w:sz w:val="20"/>
        </w:rPr>
        <w:t>1:09:02  bhai, main to jahan tak samjha hoon, psychology bhi yahi kehti hai. psychology kya hai?</w:t>
      </w:r>
      <w:r>
        <w:br/>
      </w:r>
      <w:r>
        <w:rPr>
          <w:sz w:val="20"/>
        </w:rPr>
        <w:t>1:09:11  psychology yeh naam hai study of mind ka. study of mind ka naam psychology hai. to psychology bhi yahi kehti hai ke saare thoughts jo hain, pehle hi se aindah ke mind mein maujood hain.</w:t>
      </w:r>
      <w:r>
        <w:br/>
      </w:r>
      <w:r>
        <w:rPr>
          <w:sz w:val="20"/>
        </w:rPr>
        <w:t>1:09:27  aadmi kisi thought ko create nahi kar sakta. hum create nahi kar sakte. "you are not a creator". jis tarah se hum ek ek, jis tarah se hum ek chidiya ko nahi create kar sakte, hum thought ko bhi create nahi kar sakte.</w:t>
      </w:r>
      <w:r>
        <w:br/>
      </w:r>
      <w:r>
        <w:rPr>
          <w:sz w:val="20"/>
        </w:rPr>
        <w:t>1:09:43  to thought jo hai, sab ke sab mind mein bhare hue hain.</w:t>
      </w:r>
      <w:r>
        <w:br/>
      </w:r>
      <w:r>
        <w:rPr>
          <w:sz w:val="20"/>
        </w:rPr>
        <w:t>1:09:48  ab ab hota yeh hai ke hum ek ek duniya mein jeete hain jahan bohat cheezein hum suntay hain, dekhtay hain, parhtay hain. is se hum influence hotay hain.</w:t>
      </w:r>
      <w:r>
        <w:br/>
      </w:r>
      <w:r>
        <w:rPr>
          <w:sz w:val="20"/>
        </w:rPr>
        <w:t>1:09:58  is se action aur reaction aata hai. to hum apne thought ko recollect karte hain, us ko analyze karte hain.</w:t>
      </w:r>
      <w:r>
        <w:br/>
      </w:r>
      <w:r>
        <w:rPr>
          <w:sz w:val="20"/>
        </w:rPr>
        <w:t>1:10:07  is se ek naya thought emerge karta hai. to basically, main jahan tak main samajhta hoon ke ek ek to woh hai jo thought mein saari baatein maujood hain.</w:t>
      </w:r>
      <w:r>
        <w:br/>
      </w:r>
      <w:r>
        <w:rPr>
          <w:sz w:val="20"/>
        </w:rPr>
        <w:t>1:10:18  doosri yeh hai ke jo hum bahar observation se ya study se baaton ko letay hain, is se phir ek analysis, ek ek woh hota hai, ek ek nayi cheez emerge karti hai.</w:t>
      </w:r>
      <w:r>
        <w:br/>
      </w:r>
      <w:r>
        <w:rPr>
          <w:sz w:val="20"/>
        </w:rPr>
        <w:t>1:10:31  ek to is ko, yani yani is ko explain bilkul is tarah nahi kiya ja sakta jis tarike se do do char ke tarike se.</w:t>
      </w:r>
      <w:r>
        <w:br/>
      </w:r>
      <w:r>
        <w:rPr>
          <w:sz w:val="20"/>
        </w:rPr>
        <w:t>1:10:42  isi liye psychology ab tak koi is ko science nahi manta kyunke science ab tak psychology is tarah develop nahi hui hai jis tarah exact sciences jo develop hui</w:t>
      </w:r>
      <w:r>
        <w:br/>
      </w:r>
      <w:r>
        <w:rPr>
          <w:sz w:val="20"/>
        </w:rPr>
        <w:t>1:10:52  hain. is ko sirf samajhne ke liye maine yeh baatein kahi hain. baqi agar aap yeh chahein ke main mathematical sense mein is ko explain kar doon to yeh kisi ke liye possible nahi hai, na mere liye, na na aur na woh Freud ke liye.</w:t>
      </w:r>
    </w:p>
    <w:p>
      <w:pPr>
        <w:pStyle w:val="Heading2"/>
      </w:pPr>
      <w:r>
        <w:t>Origin of spiritual life</w:t>
      </w:r>
    </w:p>
    <w:p>
      <w:r>
        <w:rPr>
          <w:color w:val="666666"/>
          <w:sz w:val="18"/>
        </w:rPr>
        <w:t>Spirituality · Pillars of Western Thought October 6, 2013 · 3m 16s · at 1:10:03 · https://youtu.be/o4WfPvju5_M?t=4203</w:t>
      </w:r>
    </w:p>
    <w:p>
      <w:r>
        <w:rPr>
          <w:i/>
        </w:rPr>
        <w:t>“Where does spiritual life begin?”</w:t>
      </w:r>
    </w:p>
    <w:p>
      <w:r>
        <w:rPr>
          <w:sz w:val="20"/>
        </w:rPr>
        <w:t>1:10:03  maulana bhopal se shakeel sahib ne sawal kiya hai. unhon ne aap se poocha hai ke spiritual life ka aghaz kahan se hota hai? allah ki marifat se aghaz hota hai.</w:t>
      </w:r>
      <w:r>
        <w:br/>
      </w:r>
      <w:r>
        <w:rPr>
          <w:sz w:val="20"/>
        </w:rPr>
        <w:t>1:10:16  jab aap ko allah ki marifat ho jayegi to rohaniyat ayegi. isi rohaniyat ka naam hai spirituality.</w:t>
      </w:r>
      <w:r>
        <w:br/>
      </w:r>
      <w:r>
        <w:rPr>
          <w:sz w:val="20"/>
        </w:rPr>
        <w:t>1:10:26  allah ki marifat ke liye aap quran ko parhiye, rasool allah ko parhiye, hamari kitabein isi mozu par is ko parhiye. hamari kitab hai, kai kitabein isi mozu par hain.</w:t>
      </w:r>
      <w:r>
        <w:br/>
      </w:r>
      <w:r>
        <w:rPr>
          <w:sz w:val="20"/>
        </w:rPr>
        <w:t>1:10:38  to sach poochhein to aap mutala aur ghor o fikr se yeh sifat paida hogi. woh aap ko karna hoga.</w:t>
      </w:r>
      <w:r>
        <w:br/>
      </w:r>
      <w:r>
        <w:rPr>
          <w:sz w:val="20"/>
        </w:rPr>
        <w:t>1:10:48  koi is ka, koi is ka tilasmati formula nahi hai. maulana, un ka aik aur question hai.</w:t>
      </w:r>
      <w:r>
        <w:br/>
      </w:r>
      <w:r>
        <w:rPr>
          <w:sz w:val="20"/>
        </w:rPr>
        <w:t>1:10:58  unhon ne aap se poocha hai: "maulana sahib, please tell me, how can i become wise? is there any formula for a</w:t>
      </w:r>
      <w:r>
        <w:br/>
      </w:r>
      <w:r>
        <w:rPr>
          <w:sz w:val="20"/>
        </w:rPr>
        <w:t>1:11:06  t?" wise, khoob mutala kijiye. khoob aath dekhein, mutala karne ke liye aap ko yani bohat si cheezein chhodni padengi.</w:t>
      </w:r>
      <w:r>
        <w:br/>
      </w:r>
      <w:r>
        <w:rPr>
          <w:sz w:val="20"/>
        </w:rPr>
        <w:t>1:11:16  misal ke tor par aap yani waqt zaya karna chhod dijiye, destruction ko chhod dijiye, fazooliyat mein waqt guzarte hain log, is ko chhod dijiye. apne andar yani</w:t>
      </w:r>
      <w:r>
        <w:br/>
      </w:r>
      <w:r>
        <w:rPr>
          <w:sz w:val="20"/>
        </w:rPr>
        <w:t>1:11:30  ba-maqsad zindagi paida kijiye aur phir mutala kijiye.</w:t>
      </w:r>
      <w:r>
        <w:br/>
      </w:r>
      <w:r>
        <w:rPr>
          <w:sz w:val="20"/>
        </w:rPr>
        <w:t>1:11:34  log chahte hain ke apni zindagi ko badlen nahin aur phir un ko woh bhi wisdom bhi mil jae. to kaise milega? aap har aadmi galat aadaton mein phansa hua hai, har aadmi galat doston mein phansa hua hai, har aadmi in cheezon mein phansa hua hai jo har waqt distract karti hain us ko.</w:t>
      </w:r>
      <w:r>
        <w:br/>
      </w:r>
      <w:r>
        <w:rPr>
          <w:sz w:val="20"/>
        </w:rPr>
        <w:t>1:11:54  aur phir kehta hai: "mujhe wisdom chahiye." to price har cheez deni parti hai to milti</w:t>
      </w:r>
      <w:r>
        <w:br/>
      </w:r>
      <w:r>
        <w:rPr>
          <w:sz w:val="20"/>
        </w:rPr>
        <w:t>1:12:00  hai woh cheez. to wisdom bhi aap ko milegi jab jab us ko price den ge. aap price aise nahin milegi.</w:t>
      </w:r>
      <w:r>
        <w:br/>
      </w:r>
      <w:r>
        <w:rPr>
          <w:sz w:val="20"/>
        </w:rPr>
        <w:t>1:12:10  waise hamari chaar kitaben aap parh lijie: "raaz hayat", "taabeer hayat", "kitab zindagi", "rahnuma hayat".</w:t>
      </w:r>
      <w:r>
        <w:br/>
      </w:r>
      <w:r>
        <w:rPr>
          <w:sz w:val="20"/>
        </w:rPr>
        <w:t>1:12:19  is se inshallah aap ko bohat faida hoga.</w:t>
      </w:r>
    </w:p>
    <w:p>
      <w:pPr>
        <w:pStyle w:val="Heading2"/>
      </w:pPr>
      <w:r>
        <w:t>Overcoming Limitations to Discover Allah's Blessings</w:t>
      </w:r>
    </w:p>
    <w:p>
      <w:r>
        <w:rPr>
          <w:color w:val="666666"/>
          <w:sz w:val="18"/>
        </w:rPr>
        <w:t>Spirituality · Dars-e-Quran, Chapter 2, Verse 255 | December 24, 2017 · 3m 34s · at 53:06 · https://youtu.be/tKX0KUhUMnw?t=3186</w:t>
      </w:r>
    </w:p>
    <w:p>
      <w:r>
        <w:rPr>
          <w:i/>
        </w:rPr>
        <w:t>“Dada, how should we overcome our limitations and distractions to discover the blessings of Allah? Also, how can one reach the conceptual level to understand these blessings?”</w:t>
      </w:r>
    </w:p>
    <w:p>
      <w:r>
        <w:rPr>
          <w:sz w:val="20"/>
        </w:rPr>
        <w:t>53:06  maulana, agla sawal london se adnan khan ne bheja hai.</w:t>
      </w:r>
      <w:r>
        <w:br/>
      </w:r>
      <w:r>
        <w:rPr>
          <w:sz w:val="20"/>
        </w:rPr>
        <w:t>53:16  انہوں نے لکھا ہے: "دادا، how should we overcome our limitations and distractions to discover the blessings of</w:t>
      </w:r>
      <w:r>
        <w:br/>
      </w:r>
      <w:r>
        <w:rPr>
          <w:sz w:val="20"/>
        </w:rPr>
        <w:t>53:27  Allah? "Also, how can one reach the conceptual level to understand these blessings?" دیکھیے، حضرت مسیح کا ایک</w:t>
      </w:r>
      <w:r>
        <w:br/>
      </w:r>
      <w:r>
        <w:rPr>
          <w:sz w:val="20"/>
        </w:rPr>
        <w:t>53:38  waqia is ka bohat acha jawab hai.</w:t>
      </w:r>
      <w:r>
        <w:br/>
      </w:r>
      <w:r>
        <w:rPr>
          <w:sz w:val="20"/>
        </w:rPr>
        <w:t>53:48  hazrat maseeh ek, ek aap jante hain ke ek prophet of god thay.</w:t>
      </w:r>
      <w:r>
        <w:br/>
      </w:r>
      <w:r>
        <w:rPr>
          <w:sz w:val="20"/>
        </w:rPr>
        <w:t>53:59  to ek insan un ke paas aaya, hazrat maseeh ke paas ek aadmi aaya, us ne un ki baatein suni,</w:t>
      </w:r>
      <w:r>
        <w:br/>
      </w:r>
      <w:r>
        <w:rPr>
          <w:sz w:val="20"/>
        </w:rPr>
        <w:t>54:09  hazrat maseeh ki baatein suni.</w:t>
      </w:r>
      <w:r>
        <w:br/>
      </w:r>
      <w:r>
        <w:rPr>
          <w:sz w:val="20"/>
        </w:rPr>
        <w:t>54:16  to us ne kaha ke aap ne jo baatein kaheen, woh bohat achi baatein hain, lekin insan kaise</w:t>
      </w:r>
      <w:r>
        <w:br/>
      </w:r>
      <w:r>
        <w:rPr>
          <w:sz w:val="20"/>
        </w:rPr>
        <w:t>54:24  is ko achieve kare, aisi baaton ko is level par pohanche kaise? yeh to unhon ne bara ajeeb</w:t>
      </w:r>
      <w:r>
        <w:br/>
      </w:r>
      <w:r>
        <w:rPr>
          <w:sz w:val="20"/>
        </w:rPr>
        <w:t>54:31  jawab diya, bohat ajeeb</w:t>
      </w:r>
      <w:r>
        <w:br/>
      </w:r>
      <w:r>
        <w:rPr>
          <w:sz w:val="20"/>
        </w:rPr>
        <w:t>54:39  ke insan ke liye bilashuba mushkil hai, lekin Allah ke liye koi cheez mushkil nahi hai.</w:t>
      </w:r>
      <w:r>
        <w:br/>
      </w:r>
      <w:r>
        <w:rPr>
          <w:sz w:val="20"/>
        </w:rPr>
        <w:t>54:47  yani Allah ke liye, yani insan ke liye mushkil hai, magar Allah ke liye asan hai, khuda ke</w:t>
      </w:r>
      <w:r>
        <w:br/>
      </w:r>
      <w:r>
        <w:rPr>
          <w:sz w:val="20"/>
        </w:rPr>
        <w:t>54:54  liye aasan hai.</w:t>
      </w:r>
      <w:r>
        <w:br/>
      </w:r>
      <w:r>
        <w:rPr>
          <w:sz w:val="20"/>
        </w:rPr>
        <w:t>55:02  to main sochta hoon ke sab se aham cheez hai dua karna, aur dua karte hue Allah ke</w:t>
      </w:r>
      <w:r>
        <w:br/>
      </w:r>
      <w:r>
        <w:rPr>
          <w:sz w:val="20"/>
        </w:rPr>
        <w:t>55:10  tareeqon ko follow karna.</w:t>
      </w:r>
      <w:r>
        <w:br/>
      </w:r>
      <w:r>
        <w:rPr>
          <w:sz w:val="20"/>
        </w:rPr>
        <w:t>55:17  baqi jo cheezen hain, wo to apne aap hi Allah ki tofeeq se aati hain.</w:t>
      </w:r>
      <w:r>
        <w:br/>
      </w:r>
      <w:r>
        <w:rPr>
          <w:sz w:val="20"/>
        </w:rPr>
        <w:t>55:25  hazrat maseeh alaihissalam ka jo jawab hai ke insaan ke liye mushkil hai, magar insaan Allah ke</w:t>
      </w:r>
      <w:r>
        <w:br/>
      </w:r>
      <w:r>
        <w:rPr>
          <w:sz w:val="20"/>
        </w:rPr>
        <w:t>55:33  liye to aasan hai, yeh bohat hi zabardast jawab hai, aur har soorat-e-haal mein woh apply hota hai.</w:t>
      </w:r>
      <w:r>
        <w:br/>
      </w:r>
      <w:r>
        <w:rPr>
          <w:sz w:val="20"/>
        </w:rPr>
        <w:t>55:40  maulana, kuch aur comment parhna chahenge jo abhi abhi aaye hain.</w:t>
      </w:r>
      <w:r>
        <w:br/>
      </w:r>
      <w:r>
        <w:rPr>
          <w:sz w:val="20"/>
        </w:rPr>
        <w:t>55:45  miss shabina ali ne kolkata se comment bheja hai.</w:t>
      </w:r>
      <w:r>
        <w:br/>
      </w:r>
      <w:r>
        <w:rPr>
          <w:sz w:val="20"/>
        </w:rPr>
        <w:t>55:50  انہوں نے لکھا ہے: "The concept of conceptual thinking is so, is so apt to understand and discover</w:t>
      </w:r>
      <w:r>
        <w:br/>
      </w:r>
      <w:r>
        <w:rPr>
          <w:sz w:val="20"/>
        </w:rPr>
        <w:t>55:55  da living god.</w:t>
      </w:r>
      <w:r>
        <w:br/>
      </w:r>
      <w:r>
        <w:rPr>
          <w:sz w:val="20"/>
        </w:rPr>
        <w:t>56:00  one has to develop and take it itself to that height and intellectual level to actually experience the</w:t>
      </w:r>
      <w:r>
        <w:br/>
      </w:r>
      <w:r>
        <w:rPr>
          <w:sz w:val="20"/>
        </w:rPr>
        <w:t>56:05  mind-boggling presence of the Creator in</w:t>
      </w:r>
      <w:r>
        <w:br/>
      </w:r>
      <w:r>
        <w:rPr>
          <w:sz w:val="20"/>
        </w:rPr>
        <w:t>56:10  each of his creation, be it a lion or a solar system.</w:t>
      </w:r>
      <w:r>
        <w:br/>
      </w:r>
      <w:r>
        <w:rPr>
          <w:sz w:val="20"/>
        </w:rPr>
        <w:t>56:16  jazak Allah maulana sahib for the enlightening session." mehtab sahib ne dhampur se likha hai: "maulana sahib, very</w:t>
      </w:r>
      <w:r>
        <w:br/>
      </w:r>
      <w:r>
        <w:rPr>
          <w:sz w:val="20"/>
        </w:rPr>
        <w:t>56:22  Nice explanation of a moment picture in your lecture.</w:t>
      </w:r>
      <w:r>
        <w:br/>
      </w:r>
      <w:r>
        <w:rPr>
          <w:sz w:val="20"/>
        </w:rPr>
        <w:t>56:28  jazak Allah." maulana, ek comment aaya hai bombay se, muhammad rafi choghale sahib ne bheja hai, aur woh</w:t>
      </w:r>
      <w:r>
        <w:br/>
      </w:r>
      <w:r>
        <w:rPr>
          <w:sz w:val="20"/>
        </w:rPr>
        <w:t>56:34  comment ek tareeqe se</w:t>
      </w:r>
    </w:p>
    <w:p>
      <w:pPr>
        <w:pStyle w:val="Heading2"/>
      </w:pPr>
      <w:r>
        <w:t>Overcoming fear of God from childhood</w:t>
      </w:r>
    </w:p>
    <w:p>
      <w:r>
        <w:rPr>
          <w:color w:val="666666"/>
          <w:sz w:val="18"/>
        </w:rPr>
        <w:t>Spirituality · The Culture of People of Paradise January 06, 2019 Maulana Wahiduddin Khan · 2m 18s · at 58:06 · https://youtu.be/rFExua9zntM?t=3486</w:t>
      </w:r>
    </w:p>
    <w:p>
      <w:r>
        <w:rPr>
          <w:i/>
        </w:rPr>
        <w:t>“We have been taught from childhood to fear God. How can we overcome this?”</w:t>
      </w:r>
    </w:p>
    <w:p>
      <w:r>
        <w:rPr>
          <w:sz w:val="20"/>
        </w:rPr>
        <w:t>58:06  woh weak nahin hai kyunke iska ek known target hai: khaliq ki qurbat. maulana, agla sawal sydney, australia se khalid idrees sahib ne kiya hai.</w:t>
      </w:r>
      <w:r>
        <w:br/>
      </w:r>
      <w:r>
        <w:rPr>
          <w:sz w:val="20"/>
        </w:rPr>
        <w:t>58:23  unhon ne likha hai ke maulana sahib, hamein bachpan se khuda se darna sikhaya gaya hai. is cheez ko hum kaise overcome karen, is ke bare mein bataen.</w:t>
      </w:r>
      <w:r>
        <w:br/>
      </w:r>
      <w:r>
        <w:rPr>
          <w:sz w:val="20"/>
        </w:rPr>
        <w:t>58:36  dekhen, darna ke maani woh nahin jaise ke aap saanp machhli darte hain. is ke maani hain khuda ko apna soul consent banana.</w:t>
      </w:r>
      <w:r>
        <w:br/>
      </w:r>
      <w:r>
        <w:rPr>
          <w:sz w:val="20"/>
        </w:rPr>
        <w:t>58:50  taqwa ka matlab hai khuda ko apna consent banana. woh nahin hai ke saanp</w:t>
      </w:r>
      <w:r>
        <w:br/>
      </w:r>
      <w:r>
        <w:rPr>
          <w:sz w:val="20"/>
        </w:rPr>
        <w:t>58:59  saanp bacho! to woh kahan hai? woh saanp bacho kahan hai jise dare hain? aisa to saanp bacho hai hi nahin! aisa saanp bacho to hai hi nahin!</w:t>
      </w:r>
      <w:r>
        <w:br/>
      </w:r>
      <w:r>
        <w:rPr>
          <w:sz w:val="20"/>
        </w:rPr>
        <w:t>59:11  to woh consent ke maani hain ke sab is ka beginning jo hai, jo taqwa ki beginning hai, woh hai "alhamdulillah".</w:t>
      </w:r>
      <w:r>
        <w:br/>
      </w:r>
      <w:r>
        <w:rPr>
          <w:sz w:val="20"/>
        </w:rPr>
        <w:t>59:25  yani allah ki blessing ka ehsaas, allah ki blessing ko discover kar ke jo allah se nemmat, allah ki blessing ko discover kar ke jo mizaj banta hai, woh paida karna hai apne andar.</w:t>
      </w:r>
      <w:r>
        <w:br/>
      </w:r>
      <w:r>
        <w:rPr>
          <w:sz w:val="20"/>
        </w:rPr>
        <w:t>59:42  aap ek lafz ko na len, pure quran ko padhen</w:t>
      </w:r>
      <w:r>
        <w:br/>
      </w:r>
      <w:r>
        <w:rPr>
          <w:sz w:val="20"/>
        </w:rPr>
        <w:t>59:48  to isi ko doosre lafzon mein farmaya hai ke "walladhi na'manna ashaddu lillah". "walladhi na'manna ashaddu lillah" yani allah ka taqwa jiske andar ho, uske andar allah ki mohabbat bohat zyada hogi, ho jayegi.</w:t>
      </w:r>
      <w:r>
        <w:br/>
      </w:r>
      <w:r>
        <w:rPr>
          <w:sz w:val="20"/>
        </w:rPr>
        <w:t>1:00:08  kyunke woh, kyunke woh jo hai allah ka ki discovery, woh sari ki sari base karti hai blessing par, nemmat par, inaam par.</w:t>
      </w:r>
    </w:p>
    <w:p>
      <w:pPr>
        <w:pStyle w:val="Heading2"/>
      </w:pPr>
      <w:r>
        <w:t>Paying heed to divine voice</w:t>
      </w:r>
    </w:p>
    <w:p>
      <w:r>
        <w:rPr>
          <w:color w:val="666666"/>
          <w:sz w:val="18"/>
        </w:rPr>
        <w:t>Spirituality · Divine Help January 04, 2015 · 4m 29s · at 1:09:03 · https://youtu.be/IsFIb5jI5u8?t=4143</w:t>
      </w:r>
    </w:p>
    <w:p>
      <w:r>
        <w:rPr>
          <w:i/>
        </w:rPr>
        <w:t>“Maulana, please advise as to how we can pay heed to the divine voice so that I can decide my course of direction.”</w:t>
      </w:r>
    </w:p>
    <w:p>
      <w:r>
        <w:rPr>
          <w:sz w:val="20"/>
        </w:rPr>
        <w:t>1:09:03  maulana, agla sawal dilli se kiya hai maulana farhad sahab ne aur unhon ne aap se poocha hai</w:t>
      </w:r>
      <w:r>
        <w:br/>
      </w:r>
      <w:r>
        <w:rPr>
          <w:sz w:val="20"/>
        </w:rPr>
        <w:t>1:09:08  کہ مولانا Please advise as to how we can pay heed to the divine voice so that I</w:t>
      </w:r>
      <w:r>
        <w:br/>
      </w:r>
      <w:r>
        <w:rPr>
          <w:sz w:val="20"/>
        </w:rPr>
        <w:t>1:09:13  can decide my course of direction.</w:t>
      </w:r>
      <w:r>
        <w:br/>
      </w:r>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Peace from God's remembrance despite worldly evil</w:t>
      </w:r>
    </w:p>
    <w:p>
      <w:r>
        <w:rPr>
          <w:color w:val="666666"/>
          <w:sz w:val="18"/>
        </w:rPr>
        <w:t>Spirituality · The Purpose of Existence-9th September 2012 · 2m 01s · at 1:16:36 · https://youtu.be/KxCy8m6k_MQ?t=4596</w:t>
      </w:r>
    </w:p>
    <w:p>
      <w:r>
        <w:rPr>
          <w:i/>
        </w:rPr>
        <w:t>“The Quran says that hearts find peace in the remembrance of God. What kind of peace is meant by this peace, because there is evil in the world?”</w:t>
      </w:r>
    </w:p>
    <w:p>
      <w:r>
        <w:rPr>
          <w:sz w:val="20"/>
        </w:rPr>
        <w:t>1:16:36  molana, agla sawal karachi pakistan se hai miss samia latif ka.</w:t>
      </w:r>
      <w:r>
        <w:br/>
      </w:r>
      <w:r>
        <w:rPr>
          <w:sz w:val="20"/>
        </w:rPr>
        <w:t>1:16:42  unhon ne likha hai: "quran mein hai ke allah ke zikr se dilon ko itminan hasil hota hai.</w:t>
      </w:r>
      <w:r>
        <w:br/>
      </w:r>
      <w:r>
        <w:rPr>
          <w:sz w:val="20"/>
        </w:rPr>
        <w:t>1:16:49  molana sahib, is itminan se kis qism ka itminan murad hai? kyunke duniya mein to gabd maujood hai."</w:t>
      </w:r>
      <w:r>
        <w:br/>
      </w:r>
      <w:r>
        <w:rPr>
          <w:sz w:val="20"/>
        </w:rPr>
        <w:t>1:16:55  gabd, duniya mein to gabd maujood hai.</w:t>
      </w:r>
      <w:r>
        <w:br/>
      </w:r>
      <w:r>
        <w:rPr>
          <w:sz w:val="20"/>
        </w:rPr>
        <w:t>1:17:01  gabd, kaf, bay zzal.</w:t>
      </w:r>
      <w:r>
        <w:br/>
      </w:r>
      <w:r>
        <w:rPr>
          <w:sz w:val="20"/>
        </w:rPr>
        <w:t>1:17:07  gabd, duniya mein to gabd maujood hai.</w:t>
      </w:r>
      <w:r>
        <w:br/>
      </w:r>
      <w:r>
        <w:rPr>
          <w:sz w:val="20"/>
        </w:rPr>
        <w:t>1:17:13  phir ek momin ke dil ko itminan kaise hoga? nahin, dekhiye, itminan ke mani happiness nahin hain, happiness</w:t>
      </w:r>
      <w:r>
        <w:br/>
      </w:r>
      <w:r>
        <w:rPr>
          <w:sz w:val="20"/>
        </w:rPr>
        <w:t>1:17:19  ya khushi aur masarrat nahin hai.</w:t>
      </w:r>
      <w:r>
        <w:br/>
      </w:r>
      <w:r>
        <w:rPr>
          <w:sz w:val="20"/>
        </w:rPr>
        <w:t>1:17:25  itminan ke mani hain explanation.</w:t>
      </w:r>
      <w:r>
        <w:br/>
      </w:r>
      <w:r>
        <w:rPr>
          <w:sz w:val="20"/>
        </w:rPr>
        <w:t>1:17:31  har aadmi chahta hai ke woh cheezon ko explain kar sake jo duniya mein ho raha hai, is</w:t>
      </w:r>
      <w:r>
        <w:br/>
      </w:r>
      <w:r>
        <w:rPr>
          <w:sz w:val="20"/>
        </w:rPr>
        <w:t>1:17:37  ko explain karna chahta hai.</w:t>
      </w:r>
      <w:r>
        <w:br/>
      </w:r>
      <w:r>
        <w:rPr>
          <w:sz w:val="20"/>
        </w:rPr>
        <w:t>1:17:43  آپ جانتے ہیں، انسان کے بارے میں کہا جاتا ہے کہ "man is an explanation-seeking animal."</w:t>
      </w:r>
      <w:r>
        <w:br/>
      </w:r>
      <w:r>
        <w:rPr>
          <w:sz w:val="20"/>
        </w:rPr>
        <w:t>1:17:49  "Man is an explanation-seeking animal." تو اللہ، جب اللہ کو آدمی ڈسکور کرتا ہے، اللہ میں وہ</w:t>
      </w:r>
      <w:r>
        <w:br/>
      </w:r>
      <w:r>
        <w:rPr>
          <w:sz w:val="20"/>
        </w:rPr>
        <w:t>1:17:55  yani soch bichar karta hai, is ki is ka contemplation ka focus allah ban jata hai, to is</w:t>
      </w:r>
      <w:r>
        <w:br/>
      </w:r>
      <w:r>
        <w:rPr>
          <w:sz w:val="20"/>
        </w:rPr>
        <w:t>1:18:01  qabil ho jata hai ke woh cheezon ko explain kar sake, apni life ko, insan ki history ko,</w:t>
      </w:r>
      <w:r>
        <w:br/>
      </w:r>
      <w:r>
        <w:rPr>
          <w:sz w:val="20"/>
        </w:rPr>
        <w:t>1:18:07  duniya ke halaat ko.</w:t>
      </w:r>
      <w:r>
        <w:br/>
      </w:r>
      <w:r>
        <w:rPr>
          <w:sz w:val="20"/>
        </w:rPr>
        <w:t>1:18:13  to woh explanation mil jata hai insan ko.</w:t>
      </w:r>
      <w:r>
        <w:br/>
      </w:r>
      <w:r>
        <w:rPr>
          <w:sz w:val="20"/>
        </w:rPr>
        <w:t>1:18:19  is sense mein hai woh.</w:t>
      </w:r>
      <w:r>
        <w:br/>
      </w:r>
      <w:r>
        <w:rPr>
          <w:sz w:val="20"/>
        </w:rPr>
        <w:t>1:18:25  woh woh is bhi sense mein nahin hai ke happiness mil jati hai.</w:t>
      </w:r>
      <w:r>
        <w:br/>
      </w:r>
      <w:r>
        <w:rPr>
          <w:sz w:val="20"/>
        </w:rPr>
        <w:t>1:18:31  is sense mein nahin hai woh.</w:t>
      </w:r>
    </w:p>
    <w:p>
      <w:pPr>
        <w:pStyle w:val="Heading2"/>
      </w:pPr>
      <w:r>
        <w:t>Personality change from God realization</w:t>
      </w:r>
    </w:p>
    <w:p>
      <w:r>
        <w:rPr>
          <w:color w:val="666666"/>
          <w:sz w:val="18"/>
        </w:rPr>
        <w:t>Spirituality · Three levels of Realization 4 July 2010 - Maulana Wahiduddin Khan · 3m 26s · at 1:10:52 · https://youtu.be/H-kx5TldzfQ?t=4252</w:t>
      </w:r>
    </w:p>
    <w:p>
      <w:r>
        <w:rPr>
          <w:i/>
        </w:rPr>
        <w:t>“Please explain the change brought about in a person's personality due to intentional level of God realization.”</w:t>
      </w:r>
    </w:p>
    <w:p>
      <w:r>
        <w:rPr>
          <w:sz w:val="20"/>
        </w:rPr>
        <w:t>1:10:52  Maulana agla sawal kya hai Miss Maria ne Delhi se.</w:t>
      </w:r>
      <w:r>
        <w:br/>
      </w:r>
      <w:r>
        <w:rPr>
          <w:sz w:val="20"/>
        </w:rPr>
        <w:t>1:10:57  "Please explain the change brought about in a person's personality</w:t>
      </w:r>
      <w:r>
        <w:br/>
      </w:r>
      <w:r>
        <w:rPr>
          <w:sz w:val="20"/>
        </w:rPr>
        <w:t>1:11:02  due to an intuitional level of God realization</w:t>
      </w:r>
      <w:r>
        <w:br/>
      </w:r>
      <w:r>
        <w:rPr>
          <w:sz w:val="20"/>
        </w:rPr>
        <w:t>1:11:06  by citing an example from the life of companions of the Prophet."</w:t>
      </w:r>
      <w:r>
        <w:br/>
      </w:r>
      <w:r>
        <w:rPr>
          <w:sz w:val="20"/>
        </w:rPr>
        <w:t>1:11:11  bhai example to bohat sare hain</w:t>
      </w:r>
      <w:r>
        <w:br/>
      </w:r>
      <w:r>
        <w:rPr>
          <w:sz w:val="20"/>
        </w:rPr>
        <w:t>1:11:16  ab foran mere dimagh mein nahin aa raha ke main kaun sa example pesh karoon</w:t>
      </w:r>
      <w:r>
        <w:br/>
      </w:r>
      <w:r>
        <w:rPr>
          <w:sz w:val="20"/>
        </w:rPr>
        <w:t>1:11:22  kyun ke prophet ke jo companion the wo paida yani paidaish hui hon pious aisa nahi tha koi pious paida nahi hua tha</w:t>
      </w:r>
      <w:r>
        <w:br/>
      </w:r>
      <w:r>
        <w:rPr>
          <w:sz w:val="20"/>
        </w:rPr>
        <w:t>1:11:37  kuch aisi cheezein pesh aaein jis ne un ki zindagi ko badal diya</w:t>
      </w:r>
      <w:r>
        <w:br/>
      </w:r>
      <w:r>
        <w:rPr>
          <w:sz w:val="20"/>
        </w:rPr>
        <w:t>1:11:44  to sab ke sath aisi qisse aisi waqiat hain ke is ne un ki zindagi ko badal diya</w:t>
      </w:r>
      <w:r>
        <w:br/>
      </w:r>
      <w:r>
        <w:rPr>
          <w:sz w:val="20"/>
        </w:rPr>
        <w:t>1:11:52  jaise misaal ke taur par dekhiye ek sahabi the to apne ghar ke samne baithe hue the to ek bulk card guzri bail gaadi us mein do animal yani do bail bandhe hue the</w:t>
      </w:r>
      <w:r>
        <w:br/>
      </w:r>
      <w:r>
        <w:rPr>
          <w:sz w:val="20"/>
        </w:rPr>
        <w:t>1:12:11  to chalte chalte kya hua ke ek bail baith gaya to jo gaadi chala raha tha us ne jo jo baith gaya to us ko mara us ko nahi mara jo abhi khada hua tha</w:t>
      </w:r>
      <w:r>
        <w:br/>
      </w:r>
      <w:r>
        <w:rPr>
          <w:sz w:val="20"/>
        </w:rPr>
        <w:t>1:12:30  jo aadmi chala raha tha cart ko gaadi ko to us ne jo jo bail khada reh gaya tha us ko to kuch bhi nahi kiya matlab wo bach gaya aur jo baith gaya to us ko mara to phir wo khada ho gaya wo to unhon ne kaha ke dekho is mein lesson hai is se un ki zindagi</w:t>
      </w:r>
      <w:r>
        <w:br/>
      </w:r>
      <w:r>
        <w:rPr>
          <w:sz w:val="20"/>
        </w:rPr>
        <w:t>1:12:55  badal gayi un ki ke mujhe bhi agar agar main duty na pura karun khuda ki duty to mujhe mar pare gi mere upar</w:t>
      </w:r>
      <w:r>
        <w:br/>
      </w:r>
      <w:r>
        <w:rPr>
          <w:sz w:val="20"/>
        </w:rPr>
        <w:t>1:13:06  agar duty na pura karun ga to mujhe mar pare gi to ek ek waqia hai un ki zindagi mein ek ek ek ek ek inqalab barpa kar diya ek change paida paida kar diya</w:t>
      </w:r>
      <w:r>
        <w:br/>
      </w:r>
      <w:r>
        <w:rPr>
          <w:sz w:val="20"/>
        </w:rPr>
        <w:t>1:13:18  yani is is waqiye mein chupa hua tha lesson sab ke liye lekin sab dekh nahi paaye khud gaadi wala bhi nahi dekh paya jis gaadi ne is jo jis gaadi ke upar jo baitha hua tha aadmi jo chala raha tha us ko bhi pata nahi ke is ka lesson chupa hua hai lekin ek sahabi jo dekh rahe the un ko un ko wo lesson mil gaya</w:t>
      </w:r>
      <w:r>
        <w:br/>
      </w:r>
      <w:r>
        <w:rPr>
          <w:sz w:val="20"/>
        </w:rPr>
        <w:t>1:13:43  to ye aap ki yani dekhne ki shakti hai jo kisi cheez ko lesson mein convert kar deti hai agar wo shakti nahi hai to nahi convert hoga to is tarah ke waqiat se jo sabak lete the sahaba un ki zindagi mein inqalab aa gaya tha wo samajhte the ke hum yani is duniya mein hamein khuda ki duty pura karna hai nahi pura karein ge to wahan par pakre jayein ge h</w:t>
      </w:r>
      <w:r>
        <w:br/>
      </w:r>
      <w:r>
        <w:rPr>
          <w:sz w:val="20"/>
        </w:rPr>
        <w:t>1:14:12  m is tarah ke waqiat bahut sare hain.</w:t>
      </w:r>
    </w:p>
    <w:p>
      <w:pPr>
        <w:pStyle w:val="Heading2"/>
      </w:pPr>
      <w:r>
        <w:t>Personality change through God realization example</w:t>
      </w:r>
    </w:p>
    <w:p>
      <w:r>
        <w:rPr>
          <w:color w:val="666666"/>
          <w:sz w:val="18"/>
        </w:rPr>
        <w:t>Spirituality · Three levels of Realization July 4, 2010 · 3m 18s · at 1:11:05 · https://youtu.be/NtCTVVov3Nw?t=4265</w:t>
      </w:r>
    </w:p>
    <w:p>
      <w:r>
        <w:rPr>
          <w:i/>
        </w:rPr>
        <w:t>“Please explain the change brought about in a person's personality due to intentional level of God realization by citing an example from the life of the companions of the Prophet.”</w:t>
      </w:r>
    </w:p>
    <w:p>
      <w:r>
        <w:rPr>
          <w:sz w:val="20"/>
        </w:rPr>
        <w:t>1:11:05  maulana agla sawal kya hai miss mariya ne dilli se</w:t>
      </w:r>
      <w:r>
        <w:br/>
      </w:r>
      <w:r>
        <w:rPr>
          <w:sz w:val="20"/>
        </w:rPr>
        <w:t>1:11:10  please explain the change brought about in a person personality due to intuitional level of god realization by citing an example from the life of companions of the prophet bhai example to bohat sare hain ab foran mere dimagh mein nahi aa raha ke main kon sa example pesh karoon</w:t>
      </w:r>
      <w:r>
        <w:br/>
      </w:r>
      <w:r>
        <w:rPr>
          <w:sz w:val="20"/>
        </w:rPr>
        <w:t>1:11:34  kyun ke prophet ke jo companions thay woh paida yani paida hi hue hon pious aisa nahi tha koi pious paida nahi hua tha kuch aisi cheezein pesh aaein jis ne un ki zindagi ko badal diya</w:t>
      </w:r>
      <w:r>
        <w:br/>
      </w:r>
      <w:r>
        <w:rPr>
          <w:sz w:val="20"/>
        </w:rPr>
        <w:t>1:11:55  to sab ke sath aisi qisse aisi waqiyat hain ke is ne un ki zindagi ko badal diya</w:t>
      </w:r>
      <w:r>
        <w:br/>
      </w:r>
      <w:r>
        <w:rPr>
          <w:sz w:val="20"/>
        </w:rPr>
        <w:t>1:12:03  jaise misaal ke taur par dekhiye aik sahabi thay to apnay ghar ke samnay bethe hue thay to aik bulk card guzri bail gaadi us mein do animal yani do bail bandhe hue thay</w:t>
      </w:r>
      <w:r>
        <w:br/>
      </w:r>
      <w:r>
        <w:rPr>
          <w:sz w:val="20"/>
        </w:rPr>
        <w:t>1:12:21  chalte chalte kya hua ke aik bail baith gaya to jo gaadi chala raha tha us ne jo jo baith gaya to us ko mara us ko nahi mara jo abhi khara hua tha</w:t>
      </w:r>
      <w:r>
        <w:br/>
      </w:r>
      <w:r>
        <w:rPr>
          <w:sz w:val="20"/>
        </w:rPr>
        <w:t>1:12:39  jo admi chala raha tha cart ko gaadi ko to us ne jo jo bail khara reh gaya tha us ko to kuch bhi nahi kiya matlab woh bach gaya aur jo baith gaya to us ko mara to phir woh khara ho gaya woh to unhon ne kaha ke dekho is mein lesson hai</w:t>
      </w:r>
      <w:r>
        <w:br/>
      </w:r>
      <w:r>
        <w:rPr>
          <w:sz w:val="20"/>
        </w:rPr>
        <w:t>1:13:02  is se un ki zindagi badal gayi un ki ke mujhe bhi agar agar main duty na pura karoon khuda ki duty to mujhe maar pare gi mere upar agar duty na pura karoon ga to mujhe maar pare gi to aik aik waqia hai un ki zindagi mein aik aik aik aik aik inqilab barpa kar diya aik change paida paida kar diya yani is is waqie mein chupa hua tha lesson sab ke liye lekin sab dekh nahi paye</w:t>
      </w:r>
      <w:r>
        <w:br/>
      </w:r>
      <w:r>
        <w:rPr>
          <w:sz w:val="20"/>
        </w:rPr>
        <w:t>1:13:31  koi gaadi wala bhi nahi dekh paya jis gaadi ne is jo jis gaadi ke upar jo baitha hua tha admi jo chala raha tha us ko bhi pata nahi ke is se lesson chupa hua hai lekin aik sahabi jo dekh rahe thay un ko un ko woh lesson mil gaya</w:t>
      </w:r>
      <w:r>
        <w:br/>
      </w:r>
      <w:r>
        <w:rPr>
          <w:sz w:val="20"/>
        </w:rPr>
        <w:t>1:13:49  to yeh aap ki yani dekhne ki shakti hai jo kisi cheez ko lesson mein convert kar deti hai</w:t>
      </w:r>
      <w:r>
        <w:br/>
      </w:r>
      <w:r>
        <w:rPr>
          <w:sz w:val="20"/>
        </w:rPr>
        <w:t>1:13:59  agar woh shakti nahi hai to nahi convert hoga to is tarah ke waqiyat se jo sabak lete thay sahaba un ki zindagi mein inqilab aa gaya tha woh samajhte thay ke hum yani is duniya mein hamein khuda ki duty pura karna hai nahi pura karein ge to wahan par pakar jayein ge hum is tarah ke waqiyat bohat sare hain</w:t>
      </w:r>
      <w:r>
        <w:br/>
      </w:r>
      <w:r>
        <w:rPr>
          <w:sz w:val="20"/>
        </w:rPr>
        <w:t>1:14:24  maulana agla sawal kya hai mister mehfooz ne new dilli se</w:t>
      </w:r>
    </w:p>
    <w:p>
      <w:pPr>
        <w:pStyle w:val="Heading2"/>
      </w:pPr>
      <w:r>
        <w:t>Practicing patience by trusting God</w:t>
      </w:r>
    </w:p>
    <w:p>
      <w:r>
        <w:rPr>
          <w:color w:val="666666"/>
          <w:sz w:val="18"/>
        </w:rPr>
        <w:t>Spirituality · Importance of Peace August 17, 2014 · 2m 53s · at 1:07:36 · https://youtu.be/ifxSwh2Jckw?t=4056</w:t>
      </w:r>
    </w:p>
    <w:p>
      <w:r>
        <w:rPr>
          <w:i/>
        </w:rPr>
        <w:t>“Sabr is very important in Islam. How can we be patient by placing everything in God's domain?”</w:t>
      </w:r>
    </w:p>
    <w:p>
      <w:r>
        <w:rPr>
          <w:sz w:val="20"/>
        </w:rPr>
        <w:t>1:07:36  maulana, agla sawal Miss Nagma Siddiqui ka hai, dilli se. aur unhon ne likha hai ke "Sabr is very important in Islam.</w:t>
      </w:r>
      <w:r>
        <w:br/>
      </w:r>
      <w:r>
        <w:rPr>
          <w:sz w:val="20"/>
        </w:rPr>
        <w:t>1:07:46  How can we be patient by placing everything in God's domain?" hum to har cheez ko khuda ke naam daal dete hain.</w:t>
      </w:r>
      <w:r>
        <w:br/>
      </w:r>
      <w:r>
        <w:rPr>
          <w:sz w:val="20"/>
        </w:rPr>
        <w:t>1:07:55  isi waqt foran ka foran. yeh mushkil kya hai is mein? mushkilat kya hai is mein?</w:t>
      </w:r>
      <w:r>
        <w:br/>
      </w:r>
      <w:r>
        <w:rPr>
          <w:sz w:val="20"/>
        </w:rPr>
        <w:t>1:08:04  rozana mujhe bhi tarah tarah ki baatein pesh aati hain. main din andar is ko khuda ke naam daalta hoon. to is tarah se jo main ne kaha na, by time strategy, woh mera formula hai.</w:t>
      </w:r>
      <w:r>
        <w:br/>
      </w:r>
      <w:r>
        <w:rPr>
          <w:sz w:val="20"/>
        </w:rPr>
        <w:t>1:08:18  fe foran mera time bach jata hai. khwah makhwah mein badal is mein kyun padoon? to aap is ko apnaieye.</w:t>
      </w:r>
      <w:r>
        <w:br/>
      </w:r>
      <w:r>
        <w:rPr>
          <w:sz w:val="20"/>
        </w:rPr>
        <w:t>1:08:29  by time strategy jo hai, bohat hi umda formula hai yeh.</w:t>
      </w:r>
      <w:r>
        <w:br/>
      </w:r>
      <w:r>
        <w:rPr>
          <w:sz w:val="20"/>
        </w:rPr>
        <w:t>1:08:33  jab aap sabr na karein to apne time ko waste karte hain. dekhiye, sabr jab aadmi karta hai to samajhta hai main kisi insaan ke muqable mein kar raha hoon.</w:t>
      </w:r>
      <w:r>
        <w:br/>
      </w:r>
      <w:r>
        <w:rPr>
          <w:sz w:val="20"/>
        </w:rPr>
        <w:t>1:08:43  kisi insaan ke liye kar raha hoon. apne liye kar raha hoon main. apne time bachane ke liye. apne aap ko tension free karne ke liye. bazahir sabr kisi aur ke khilaf hota hai.</w:t>
      </w:r>
      <w:r>
        <w:br/>
      </w:r>
      <w:r>
        <w:rPr>
          <w:sz w:val="20"/>
        </w:rPr>
        <w:t>1:08:54  lekin sabr sara ka faida apne ko milta hai is ka. main cheezon ko hamesha apne lehaz se dekhta hoon.</w:t>
      </w:r>
      <w:r>
        <w:br/>
      </w:r>
      <w:r>
        <w:rPr>
          <w:sz w:val="20"/>
        </w:rPr>
        <w:t>1:09:02  kal main ne ek sahib se kaha, har cheez ko main apne lehaz se dekhta hoon. kal main ne ek sahib se kaha ke dekhiye, offices mein yeh kaha jata hai ke waqt par aao.</w:t>
      </w:r>
      <w:r>
        <w:br/>
      </w:r>
      <w:r>
        <w:rPr>
          <w:sz w:val="20"/>
        </w:rPr>
        <w:t>1:09:15  waqt par aao. to log samajhte hain ke falan office jo hai, bohat sakht hai is muamle mein ke waqt par kehta hai ke sab log pahunchna hai waqt par.</w:t>
      </w:r>
      <w:r>
        <w:br/>
      </w:r>
      <w:r>
        <w:rPr>
          <w:sz w:val="20"/>
        </w:rPr>
        <w:t>1:09:25  to main ne kaha yeh office ki baat nahi hai.</w:t>
      </w:r>
      <w:r>
        <w:br/>
      </w:r>
      <w:r>
        <w:rPr>
          <w:sz w:val="20"/>
        </w:rPr>
        <w:t>1:09:30  office gover ki baat hai yeh.</w:t>
      </w:r>
      <w:r>
        <w:br/>
      </w:r>
      <w:r>
        <w:rPr>
          <w:sz w:val="20"/>
        </w:rPr>
        <w:t>1:09:33  yani time ki pabandi karna yeh office ki baat nahi hai. office gover ki baat hai. yani agar aap time ki pabandi karein ge to aap ke andar aik aik personality develop kare gi.</w:t>
      </w:r>
      <w:r>
        <w:br/>
      </w:r>
      <w:r>
        <w:rPr>
          <w:sz w:val="20"/>
        </w:rPr>
        <w:t>1:09:48  bohat hi aik aisi personality jo bohat hi punctual ho, bohat hi disciplined ho. jis ki soch mein bohat hi munazzam soch jis ke andar ho.</w:t>
      </w:r>
      <w:r>
        <w:br/>
      </w:r>
      <w:r>
        <w:rPr>
          <w:sz w:val="20"/>
        </w:rPr>
        <w:t>1:10:01  to aap bazahir to doosre ke liye time ki pabandi karte hain. faida apne ko milta hai. aap ke andar aik discipline aata hai.</w:t>
      </w:r>
      <w:r>
        <w:br/>
      </w:r>
      <w:r>
        <w:rPr>
          <w:sz w:val="20"/>
        </w:rPr>
        <w:t>1:10:14  disciplined thinking aati hai. disciplined character banta hai. to main to har cheez ko apne lehaz se dekhta hoon. har cheez ko.</w:t>
      </w:r>
      <w:r>
        <w:br/>
      </w:r>
      <w:r>
        <w:rPr>
          <w:sz w:val="20"/>
        </w:rPr>
        <w:t>1:10:24  aur is sabr ko bhi apne lehaz se dekhta hoon.</w:t>
      </w:r>
    </w:p>
    <w:p>
      <w:pPr>
        <w:pStyle w:val="Heading2"/>
      </w:pPr>
      <w:r>
        <w:t>Problems as challenges in God's plan</w:t>
      </w:r>
    </w:p>
    <w:p>
      <w:r>
        <w:rPr>
          <w:color w:val="666666"/>
          <w:sz w:val="18"/>
        </w:rPr>
        <w:t>Spirituality · Q&amp;A 13 Nov 2011 · 4m 24s · at 47:21 · https://youtu.be/oOZ9h37_pL8?t=2841</w:t>
      </w:r>
    </w:p>
    <w:p>
      <w:r>
        <w:rPr>
          <w:i/>
        </w:rPr>
        <w:t>“You told us to look at problems as challenges as per the creation plan of God. Can you please elaborate?”</w:t>
      </w:r>
    </w:p>
    <w:p>
      <w:r>
        <w:rPr>
          <w:sz w:val="20"/>
        </w:rPr>
        <w:t>47:21  jazakum Allah. maulana agla sawal aaya hai deli se miss naghma siddiqui ka unhone likha hai you told us to look at problems as challenges as per the creation plan of god can you please elaborate?</w:t>
      </w:r>
      <w:r>
        <w:br/>
      </w:r>
      <w:r>
        <w:rPr>
          <w:sz w:val="20"/>
        </w:rPr>
        <w:t>47:41  dekhiye yeh hum is duniya mein hain to hum ne duniya ko banaya nahi hai. main aksar kehta hoon ke agar aap ko rehna hai apne turn par to ek nayi duniya banaiye.</w:t>
      </w:r>
      <w:r>
        <w:br/>
      </w:r>
      <w:r>
        <w:rPr>
          <w:sz w:val="20"/>
        </w:rPr>
        <w:t>47:54  aap ko creator ke turn par rehna padega.</w:t>
      </w:r>
      <w:r>
        <w:br/>
      </w:r>
      <w:r>
        <w:rPr>
          <w:sz w:val="20"/>
        </w:rPr>
        <w:t>48:00  yani agar aap khud apne turn par rehna chahte hain duniya mein to woh mumkin nahi hai. phir ek aur duniya banani padegi aap ko. aap ke liye koi option nahi hai is ke siwa ke creator ke turn par aap duniya mein rahen.</w:t>
      </w:r>
      <w:r>
        <w:br/>
      </w:r>
      <w:r>
        <w:rPr>
          <w:sz w:val="20"/>
        </w:rPr>
        <w:t>48:13  creator ke turn kya hai?</w:t>
      </w:r>
      <w:r>
        <w:br/>
      </w:r>
      <w:r>
        <w:rPr>
          <w:sz w:val="20"/>
        </w:rPr>
        <w:t>48:15  quran mein saaf saaf bataya gaya hai ke Allah taala ne har insaan ko di azadi.</w:t>
      </w:r>
      <w:r>
        <w:br/>
      </w:r>
      <w:r>
        <w:rPr>
          <w:sz w:val="20"/>
        </w:rPr>
        <w:t>48:24  yani woh chahe zulm kare chahe justice kare. chahe peaceful rahe ya ya woh violent kare violence kare.</w:t>
      </w:r>
      <w:r>
        <w:br/>
      </w:r>
      <w:r>
        <w:rPr>
          <w:sz w:val="20"/>
        </w:rPr>
        <w:t>48:35  aap Khuda ki di hui azadi yeh hai woh woh aap abolish nahi kar sakte is ko. aap Khuda ki di hui cheez ko aap abolish kaise karenge</w:t>
      </w:r>
      <w:r>
        <w:br/>
      </w:r>
      <w:r>
        <w:rPr>
          <w:sz w:val="20"/>
        </w:rPr>
        <w:t>48:45  ? to aap ke liye koi option hi is ke siwa nahi hai ke aap is duniya mein creation plan of god ko samajh kar apni planning karen.</w:t>
      </w:r>
      <w:r>
        <w:br/>
      </w:r>
      <w:r>
        <w:rPr>
          <w:sz w:val="20"/>
        </w:rPr>
        <w:t>48:55  is ko ignore kar ke aap planning nahi kar sakte. is ko ignore kar ke aap planning karenge to yani aap nakaam rahenge.</w:t>
      </w:r>
      <w:r>
        <w:br/>
      </w:r>
      <w:r>
        <w:rPr>
          <w:sz w:val="20"/>
        </w:rPr>
        <w:t>49:06  is nuqtay ko log nahi samajhte ke doosra insaan jo hai woh woh bhi azaad hai is tarah mein azaad hoon. to main apni azadi ko chahoon ke main apni azadi ko is tarah istemal karoon doosre ki azadi khatam ho jaye to kaise mumkin hai?</w:t>
      </w:r>
      <w:r>
        <w:br/>
      </w:r>
      <w:r>
        <w:rPr>
          <w:sz w:val="20"/>
        </w:rPr>
        <w:t>49:23  mumkin hi nahi hai. to aap ko apni planning karni chahiye.</w:t>
      </w:r>
      <w:r>
        <w:br/>
      </w:r>
      <w:r>
        <w:rPr>
          <w:sz w:val="20"/>
        </w:rPr>
        <w:t>49:33  is ko dekh kar ke ek doosra dekhiye isi ka ek pehlu yeh hai. ek baat mein yahan ek wazeh karna chahta hoon. kai log galat fehmi mein rahte hain.</w:t>
      </w:r>
      <w:r>
        <w:br/>
      </w:r>
      <w:r>
        <w:rPr>
          <w:sz w:val="20"/>
        </w:rPr>
        <w:t>49:43  jaise rasool Allah sal Allah alayhi wasallam ne arz kiya yani quran mein ek waqea hai ke ghazwa tabuk mein sab ko kaha gaya tha ke chalo sab log.</w:t>
      </w:r>
      <w:r>
        <w:br/>
      </w:r>
      <w:r>
        <w:rPr>
          <w:sz w:val="20"/>
        </w:rPr>
        <w:t>49:57  nafir aam thi woh. to kuch log nahi gaye. jabke un ke pas sadhan tha jaane ka. to jab rasool Allah wapas aaye to aap ne sab ke uzr ko maan liya.</w:t>
      </w:r>
      <w:r>
        <w:br/>
      </w:r>
      <w:r>
        <w:rPr>
          <w:sz w:val="20"/>
        </w:rPr>
        <w:t>50:11  jo aata tha jo excuse pesh karta tha woh maan lete the. lekin teen ke excuse to apne mana aap ne. teen ke bare mein kya</w:t>
      </w:r>
      <w:r>
        <w:br/>
      </w:r>
      <w:r>
        <w:rPr>
          <w:sz w:val="20"/>
        </w:rPr>
        <w:t>50:18  ke is ka paye kaat kar un ko. to yeh duplicity nahi thi aap kahenge yeh to duplicity thi. ke kuch ke to uzr ko maan liya kuch ko man nahi mana.</w:t>
      </w:r>
      <w:r>
        <w:br/>
      </w:r>
      <w:r>
        <w:rPr>
          <w:sz w:val="20"/>
        </w:rPr>
        <w:t>50:28  that was not a duplicity. that was practical wisdom. aise hi dekhiye</w:t>
      </w:r>
      <w:r>
        <w:br/>
      </w:r>
      <w:r>
        <w:rPr>
          <w:sz w:val="20"/>
        </w:rPr>
        <w:t>50:35  rasool Allah sal Allah alayhi wasallam ko hunain ke baad ghanaim mile. aur us ki taqseem ki aap ne. to ansar ko diya nahi aur muhajireen ko de diya.</w:t>
      </w:r>
      <w:r>
        <w:br/>
      </w:r>
      <w:r>
        <w:rPr>
          <w:sz w:val="20"/>
        </w:rPr>
        <w:t>50:48  to ek aadmi ne kaha ke wallah muaddal tha.</w:t>
      </w:r>
      <w:r>
        <w:br/>
      </w:r>
      <w:r>
        <w:rPr>
          <w:sz w:val="20"/>
        </w:rPr>
        <w:t>50:53  ke aap ne duplicity ka mamla kiya. ek ko diya doosre ko nahi diya. to yeh zindagi itni saada nahi hai. bohat zyada samajhna padta hai.</w:t>
      </w:r>
      <w:r>
        <w:br/>
      </w:r>
      <w:r>
        <w:rPr>
          <w:sz w:val="20"/>
        </w:rPr>
        <w:t>51:06  creation plan of god ko halaat ko is ko is ko</w:t>
      </w:r>
      <w:r>
        <w:br/>
      </w:r>
      <w:r>
        <w:rPr>
          <w:sz w:val="20"/>
        </w:rPr>
        <w:t>51:10  zindagi itni aasan nahi hai. ke ab dhar se aap keh dein ke yeh to insaaf nahi hai yeh to justice nahi hai. yeh to duplicity hai waghera.</w:t>
      </w:r>
      <w:r>
        <w:br/>
      </w:r>
      <w:r>
        <w:rPr>
          <w:sz w:val="20"/>
        </w:rPr>
        <w:t>51:18  inhi chakron mein jhagde hote hain sab. saare jhagde is chakron mein hote hain. log logon ko</w:t>
      </w:r>
      <w:r>
        <w:br/>
      </w:r>
      <w:r>
        <w:rPr>
          <w:sz w:val="20"/>
        </w:rPr>
        <w:t>51:27  practical wisdom nahi maloom logon ko halaat ka jaiza lene ki salahiyat nahi hai. aur bas chahte hain ke apne bham pe jaein.</w:t>
      </w:r>
      <w:r>
        <w:br/>
      </w:r>
      <w:r>
        <w:rPr>
          <w:sz w:val="20"/>
        </w:rPr>
        <w:t>51:37  har aadmi bas apne bham pe jana chahta hai. to woh simply possible nahi hai.</w:t>
      </w:r>
    </w:p>
    <w:p>
      <w:pPr>
        <w:pStyle w:val="Heading2"/>
      </w:pPr>
      <w:r>
        <w:t>Quranic positive spirituality meaning</w:t>
      </w:r>
    </w:p>
    <w:p>
      <w:r>
        <w:rPr>
          <w:color w:val="666666"/>
          <w:sz w:val="18"/>
        </w:rPr>
        <w:t>Spirituality · Love of God 19 Sept 2021 - Prof. Farida Khanam · 2m 37s · at 37:28 · https://youtu.be/mpGeGz_Cfrw?t=2248</w:t>
      </w:r>
    </w:p>
    <w:p>
      <w:r>
        <w:rPr>
          <w:i/>
        </w:rPr>
        <w:t>“Maulana writes in Quranic Wisdom that Quranic spirituality is spirituality of the positive kind. It means living in the world and trying to derive spiritual food from material things as a matter...”</w:t>
      </w:r>
    </w:p>
    <w:p>
      <w:r>
        <w:rPr>
          <w:sz w:val="20"/>
        </w:rPr>
        <w:t>37:28  apa, agla sawal jo hai yeh ah lahore se bheja hai Muhammad Farooq sahib ne, aur</w:t>
      </w:r>
      <w:r>
        <w:br/>
      </w:r>
      <w:r>
        <w:rPr>
          <w:sz w:val="20"/>
        </w:rPr>
        <w:t>37:34  unhon ne likha hai: "Maulana writes in Quranic wisdom that Quranic spirituality is spirituality of the positive kind.</w:t>
      </w:r>
      <w:r>
        <w:br/>
      </w:r>
      <w:r>
        <w:rPr>
          <w:sz w:val="20"/>
        </w:rPr>
        <w:t>37:41  it means living in the world and trying to derive spiritual food from material things as a matter</w:t>
      </w:r>
      <w:r>
        <w:br/>
      </w:r>
      <w:r>
        <w:rPr>
          <w:sz w:val="20"/>
        </w:rPr>
        <w:t>37:49  of intellectual discipline."</w:t>
      </w:r>
      <w:r>
        <w:br/>
      </w:r>
      <w:r>
        <w:rPr>
          <w:sz w:val="20"/>
        </w:rPr>
        <w:t>37:57  it means to control rather than kill one's desire. apa, i could not understand the term of intellectual discipline.</w:t>
      </w:r>
      <w:r>
        <w:br/>
      </w:r>
      <w:r>
        <w:rPr>
          <w:sz w:val="20"/>
        </w:rPr>
        <w:t>38:04  kindly explain what is intellectual discipline.</w:t>
      </w:r>
      <w:r>
        <w:br/>
      </w:r>
      <w:r>
        <w:rPr>
          <w:sz w:val="20"/>
        </w:rPr>
        <w:t>38:10  yahi samajh mein aa raha hai ke tasawwuf mein yeh mana jata tha ke khuda ka jo hai</w:t>
      </w:r>
      <w:r>
        <w:br/>
      </w:r>
      <w:r>
        <w:rPr>
          <w:sz w:val="20"/>
        </w:rPr>
        <w:t>38:15  marifat woh heart ke zariye se hoti hai.</w:t>
      </w:r>
      <w:r>
        <w:br/>
      </w:r>
      <w:r>
        <w:rPr>
          <w:sz w:val="20"/>
        </w:rPr>
        <w:t>38:20  to woh Maulana kehte hain ke woh mind ke zariye se hoti hai.</w:t>
      </w:r>
      <w:r>
        <w:br/>
      </w:r>
      <w:r>
        <w:rPr>
          <w:sz w:val="20"/>
        </w:rPr>
        <w:t>38:25  har baat ko bohat hi zyada intellectual discipline, bohat zyada ghor o fikr ke zariye se.</w:t>
      </w:r>
      <w:r>
        <w:br/>
      </w:r>
      <w:r>
        <w:rPr>
          <w:sz w:val="20"/>
        </w:rPr>
        <w:t>38:30  to har baat ko jo khuda ki jo kainat mein nishaniyan</w:t>
      </w:r>
      <w:r>
        <w:br/>
      </w:r>
      <w:r>
        <w:rPr>
          <w:sz w:val="20"/>
        </w:rPr>
        <w:t>38:35  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r>
        <w:br/>
      </w:r>
      <w:r>
        <w:rPr>
          <w:sz w:val="20"/>
        </w:rPr>
        <w:t>39:05  se samajhna hai. kyunke sab kuch jab tak hum reason ko apply nahi karenge, hum cheezon ko gehrai se samajh nahi sakte hain. to Khuda ki jo marifat hasil hogi, woh reason ke zariye se hogi, na ke heart ke zariye se. is ko phir se dekhenge abhi to. ji, ah, okay, so we will end the session now. thank you.</w:t>
      </w:r>
    </w:p>
    <w:p>
      <w:pPr>
        <w:pStyle w:val="Heading2"/>
      </w:pPr>
      <w:r>
        <w:t>Reality of dreams in Islam</w:t>
      </w:r>
    </w:p>
    <w:p>
      <w:r>
        <w:rPr>
          <w:color w:val="666666"/>
          <w:sz w:val="18"/>
        </w:rPr>
        <w:t>Spirituality · Paradise Culture January 12, 2014 · 2m 27s · at 54:33 · https://youtu.be/Z3A6r7XjE00?t=3273</w:t>
      </w:r>
    </w:p>
    <w:p>
      <w:r>
        <w:rPr>
          <w:i/>
        </w:rPr>
        <w:t>“What is the reality of dreams in Islam? Is it correct that the interpretation of dreams comes true?”</w:t>
      </w:r>
    </w:p>
    <w:p>
      <w:r>
        <w:rPr>
          <w:sz w:val="20"/>
        </w:rPr>
        <w:t>54:33  Maulana, agla sawal Ilyas sahib ne kiya hai Chennai se. unhon ne likha hai: "Maulana, what is the reality of dream in Islam?</w:t>
      </w:r>
      <w:r>
        <w:br/>
      </w:r>
      <w:r>
        <w:rPr>
          <w:sz w:val="20"/>
        </w:rPr>
        <w:t>54:46  is it right that the ta'beer of dream comes true?"</w:t>
      </w:r>
      <w:r>
        <w:br/>
      </w:r>
      <w:r>
        <w:rPr>
          <w:sz w:val="20"/>
        </w:rPr>
        <w:t>54:51  dekhein, aap jo log sawal karte hain, un ko mein arz karunga ke sawal ka aap art of questioning janiye.</w:t>
      </w:r>
      <w:r>
        <w:br/>
      </w:r>
      <w:r>
        <w:rPr>
          <w:sz w:val="20"/>
        </w:rPr>
        <w:t>55:03  art of questioning!</w:t>
      </w:r>
      <w:r>
        <w:br/>
      </w:r>
      <w:r>
        <w:rPr>
          <w:sz w:val="20"/>
        </w:rPr>
        <w:t>55:07  dekhein, aadmi sawal ka tareeqa kya hai ke aadmi agar waqeatan janna chahta hai baaton ko to us ko us ke qist mein rehna chahiye, talash mein rehna chahiye.</w:t>
      </w:r>
      <w:r>
        <w:br/>
      </w:r>
      <w:r>
        <w:rPr>
          <w:sz w:val="20"/>
        </w:rPr>
        <w:t>55:20  agar aap talash mein hain to hamari kitabein padhein, hamare risale padhein. sawal o jawab ke tehat is ka jawab de chuke hain aap khwab ki ta'beer ke baray mein.</w:t>
      </w:r>
      <w:r>
        <w:br/>
      </w:r>
      <w:r>
        <w:rPr>
          <w:sz w:val="20"/>
        </w:rPr>
        <w:t>55:30  to kuch aur sawal kijiye, wohi sawal jis ka jawab diya ja chuka hai, wohi sawal dohrane se kya faida hai? kuch aur sawal kijiye, kuch aur sawal kijiye.</w:t>
      </w:r>
      <w:r>
        <w:br/>
      </w:r>
      <w:r>
        <w:rPr>
          <w:sz w:val="20"/>
        </w:rPr>
        <w:t>55:40  sawalat to billion ho sakte hain.</w:t>
      </w:r>
      <w:r>
        <w:br/>
      </w:r>
      <w:r>
        <w:rPr>
          <w:sz w:val="20"/>
        </w:rPr>
        <w:t>55:44  to mein yeh arz karunga ke sawal karne walon ko chahiye ke pabandi se hamare lecture sunein, kitabein padhein, hamare magazine padhein aur phir sawal karein.</w:t>
      </w:r>
      <w:r>
        <w:br/>
      </w:r>
      <w:r>
        <w:rPr>
          <w:sz w:val="20"/>
        </w:rPr>
        <w:t>55:55  to woh woh creative sawalat honge, creative creative sawalat honge, un ka jawab se yaani humein bhi faida bhi hoga, aap ko bhi faida hoga.</w:t>
      </w:r>
      <w:r>
        <w:br/>
      </w:r>
      <w:r>
        <w:rPr>
          <w:sz w:val="20"/>
        </w:rPr>
        <w:t>56:07  pehlay is ka jawab mein de chuka hoon, Bukhari mein kitab al-Ri'ayah hai, khwab ka bayan hai is ke andar aur us ko le kar mein ne likha hai.</w:t>
      </w:r>
      <w:r>
        <w:br/>
      </w:r>
      <w:r>
        <w:rPr>
          <w:sz w:val="20"/>
        </w:rPr>
        <w:t>56:20  us ko aap padh lijiyey, inshallah is mein aap ko jawab mil jayega. agar bil farz parhnay ke baad bhi jawab nahi mila to zaroor aap sawal kijiyega.</w:t>
      </w:r>
      <w:r>
        <w:br/>
      </w:r>
      <w:r>
        <w:rPr>
          <w:sz w:val="20"/>
        </w:rPr>
        <w:t>56:30  mera kehna yeh hai ke jin baaton ko is se pehlay likha ja chuka hai, us ko padhiye. is ke parhnay ke baad agar aap sawal karein ge to bohat hi acha sawal hoga, woh creative question hoga.</w:t>
      </w:r>
      <w:r>
        <w:br/>
      </w:r>
      <w:r>
        <w:rPr>
          <w:sz w:val="20"/>
        </w:rPr>
        <w:t>56:45  to mein sawal karne walon se yeh darkhwast karunga ke ke art of questioning ke mutabiq sawal karein.</w:t>
      </w:r>
      <w:r>
        <w:br/>
      </w:r>
      <w:r>
        <w:rPr>
          <w:sz w:val="20"/>
        </w:rPr>
        <w:t>56:53  woh</w:t>
      </w:r>
    </w:p>
    <w:p>
      <w:pPr>
        <w:pStyle w:val="Heading2"/>
      </w:pPr>
      <w:r>
        <w:t>Reality of kashf and ilham</w:t>
      </w:r>
    </w:p>
    <w:p>
      <w:r>
        <w:rPr>
          <w:color w:val="666666"/>
          <w:sz w:val="18"/>
        </w:rPr>
        <w:t>Spirituality · An Intellectual Journey May 1, 2011 · 2m 00s · at 1:19:18 · https://youtu.be/AqjjyimoIqw?t=4758</w:t>
      </w:r>
    </w:p>
    <w:p>
      <w:r>
        <w:rPr>
          <w:i/>
        </w:rPr>
        <w:t>“What is the reality of kashf (unveiling) and ilham (inspiration)? Is it a divine state? Explain.”</w:t>
      </w:r>
    </w:p>
    <w:p>
      <w:r>
        <w:rPr>
          <w:sz w:val="20"/>
        </w:rPr>
        <w:t>1:19:18  mufti ehsanullah ne kolkata se sawal likha hai, unhone poocha hai ke kashf aur ilham ki haqeeqat kya hai?</w:t>
      </w:r>
      <w:r>
        <w:br/>
      </w:r>
      <w:r>
        <w:rPr>
          <w:sz w:val="20"/>
        </w:rPr>
        <w:t>1:19:28  kya yeh ek rabbani kaifiyat ka naam hai? iske bare mein bataein. kashf kashf to ek mubtadana lafz hai,</w:t>
      </w:r>
      <w:r>
        <w:br/>
      </w:r>
      <w:r>
        <w:rPr>
          <w:sz w:val="20"/>
        </w:rPr>
        <w:t>1:19:36  quran o hadith se sabit nahin ke koi kashf hota hai. bilashuba mubtadana tasawwur hai, yeh kahin quran o hadith mein yeh nahin ke kisi ko kashf hota hai.</w:t>
      </w:r>
      <w:r>
        <w:br/>
      </w:r>
      <w:r>
        <w:rPr>
          <w:sz w:val="20"/>
        </w:rPr>
        <w:t>1:19:47  yeh to suufiyon ke zamane mein yeh cheez ijad hui, main isko bilkul baseless samajhta hoon. haan, ilham ke sabit hai, ilham, ilham isi ko, isko pata hai inspiration.</w:t>
      </w:r>
      <w:r>
        <w:br/>
      </w:r>
      <w:r>
        <w:rPr>
          <w:sz w:val="20"/>
        </w:rPr>
        <w:t>1:20:00  dekhein, Allah taala ke jahan tak maine samjha hai, Allah taala ke do tareeqe hain:</w:t>
      </w:r>
      <w:r>
        <w:br/>
      </w:r>
      <w:r>
        <w:rPr>
          <w:sz w:val="20"/>
        </w:rPr>
        <w:t>1:20:06  ek hai wahi, woh sirf nabi ko aati hai, nabi ke siwa kisi ko nahin aati. bhai, doosra hai ilqa aur ilham, woh hai inspiration.</w:t>
      </w:r>
      <w:r>
        <w:br/>
      </w:r>
      <w:r>
        <w:rPr>
          <w:sz w:val="20"/>
        </w:rPr>
        <w:t>1:20:16  inspiration kisi ko bhi aa sakta hai, koi bhi sachcha momin, koi bhi ibadat guzar momin, koi bhi shakhs jisne apne aap ko purify kar rakha ho, usko ilqa o ilham ho sakta hai inspiration ke roop mein.</w:t>
      </w:r>
      <w:r>
        <w:br/>
      </w:r>
      <w:r>
        <w:rPr>
          <w:sz w:val="20"/>
        </w:rPr>
        <w:t>1:20:31  lekin farq jo hai ke wahi jo hai, aik aik lafza musnad hoti hai. lafza inspiration jo hai, yeh wahi o ilqa hai.</w:t>
      </w:r>
      <w:r>
        <w:br/>
      </w:r>
      <w:r>
        <w:rPr>
          <w:sz w:val="20"/>
        </w:rPr>
        <w:t>1:20:41  inspiration jo hai, yani ilham aur ilqa, woh is mani mein valid ya musnad nahi hai jis mani mein wahi musnad hai.</w:t>
      </w:r>
      <w:r>
        <w:br/>
      </w:r>
      <w:r>
        <w:rPr>
          <w:sz w:val="20"/>
        </w:rPr>
        <w:t>1:20:51  aata to Allah ki taraf se hai, lekin wahi jo hai, lafza aik musnad</w:t>
      </w:r>
      <w:r>
        <w:br/>
      </w:r>
      <w:r>
        <w:rPr>
          <w:sz w:val="20"/>
        </w:rPr>
        <w:t>1:20:59  cheez hai jo Allah ki taraf se aati hai. aur ilqa o ilham jo hai, woh inspiration hai, hum us ko receive karte hain. agar hum purified na hon to hum is mein ghalti kar jayenge, kuch ka kuch samajh lenge.</w:t>
      </w:r>
      <w:r>
        <w:br/>
      </w:r>
      <w:r>
        <w:rPr>
          <w:sz w:val="20"/>
        </w:rPr>
        <w:t>1:21:14  baqi kashf ki koi haqeeqat Islam mein nahi hai.</w:t>
      </w:r>
    </w:p>
    <w:p>
      <w:pPr>
        <w:pStyle w:val="Heading2"/>
      </w:pPr>
      <w:r>
        <w:t>Reality of seeing God in meditation</w:t>
      </w:r>
    </w:p>
    <w:p>
      <w:r>
        <w:rPr>
          <w:color w:val="666666"/>
          <w:sz w:val="18"/>
        </w:rPr>
        <w:t>Spirituality · Roza and Quran July 18, 2010 · 2m 16s · at 59:38 · https://youtu.be/TSjqSQEb0EQ?t=3578</w:t>
      </w:r>
    </w:p>
    <w:p>
      <w:r>
        <w:rPr>
          <w:i/>
        </w:rPr>
        <w:t>“What is the reality of the claim by mystics that in higher states of meditation they see God and have dialogue with Him?”</w:t>
      </w:r>
    </w:p>
    <w:p>
      <w:r>
        <w:rPr>
          <w:sz w:val="20"/>
        </w:rPr>
        <w:t>59:38  maulana, yeh sawal aaya hai mister khalid ansari ka, nai dilli se. unhon ne likha hai ke "Muslims practicing mysticism claim that when they reach the higher state of maraqbah or meditation,</w:t>
      </w:r>
      <w:r>
        <w:br/>
      </w:r>
      <w:r>
        <w:rPr>
          <w:sz w:val="20"/>
        </w:rPr>
        <w:t>59:54  they see God. And not only they see Him, but have a dialogue as well." Maulana, according to you, what is the reality of this phenom</w:t>
      </w:r>
      <w:r>
        <w:br/>
      </w:r>
      <w:r>
        <w:rPr>
          <w:sz w:val="20"/>
        </w:rPr>
        <w:t>1:00:06  ena? Dekhen, yeh sab superstition hai. Jo Sufiya the, Sufiya, unhon ne jo bol banaya woh tha deedar elahi, Khuda ko dekhna.</w:t>
      </w:r>
      <w:r>
        <w:br/>
      </w:r>
      <w:r>
        <w:rPr>
          <w:sz w:val="20"/>
        </w:rPr>
        <w:t>1:00:19  Toh woh kya karte the? Kisi band jagah pe baith gaye, kisi kothri mein gaye, chadar odh liya, aankh band kar ke murakba kar rahe hain.</w:t>
      </w:r>
      <w:r>
        <w:br/>
      </w:r>
      <w:r>
        <w:rPr>
          <w:sz w:val="20"/>
        </w:rPr>
        <w:t>1:00:28  Toh aap kabhi bhi aisa kijiye toh aap ko kuch cheezein, yaani lage ke kuch badal odh rahe hain, kuch roshni idhar se udhar ja rahi hai. Toh us ko samajh lein ke woh Khuda, Khuda, Khuda ko dekh rahe hain.</w:t>
      </w:r>
      <w:r>
        <w:br/>
      </w:r>
      <w:r>
        <w:rPr>
          <w:sz w:val="20"/>
        </w:rPr>
        <w:t>1:00:41  Woh hai, us ko angrezi mein kehte hain hallucination. Yaani Khuda hi ka tasawwur nahi, aap kisi cheez ka tasawwur kijiye toh aap ko woh hoga.</w:t>
      </w:r>
      <w:r>
        <w:br/>
      </w:r>
      <w:r>
        <w:rPr>
          <w:sz w:val="20"/>
        </w:rPr>
        <w:t>1:00:49  Woh</w:t>
      </w:r>
      <w:r>
        <w:br/>
      </w:r>
      <w:r>
        <w:rPr>
          <w:sz w:val="20"/>
        </w:rPr>
        <w:t>1:00:50  Yaani der tak baith kar aap ko agar aap tasawwur karein ghore ka ya yeh pahaad ka, kisi bhi cheez ka, toh aap dekhen kuch ajeeb qism ke, yaani jhalakiyan aap ko dikhai dengi.</w:t>
      </w:r>
      <w:r>
        <w:br/>
      </w:r>
      <w:r>
        <w:rPr>
          <w:sz w:val="20"/>
        </w:rPr>
        <w:t>1:01:07  Toh unhon ne samajh liya ke hum toh Khuda ko dekh rahe hain. Yeh bilkul false, falsehood hai. Is ka koi talluq Khuda ko dekhne se nahi</w:t>
      </w:r>
      <w:r>
        <w:br/>
      </w:r>
      <w:r>
        <w:rPr>
          <w:sz w:val="20"/>
        </w:rPr>
        <w:t>1:01:16  hai. Baqi yeh jo claim karte hain Khuda se baat cheet, yeh bilkul, bilkul hi baseless hai. Yeh jo hallucination ka jo research hui hai, us se yeh prove hoti hai ke woh apne hi mind ko dekhte hain, apne hi mind se baat karte hain.</w:t>
      </w:r>
      <w:r>
        <w:br/>
      </w:r>
      <w:r>
        <w:rPr>
          <w:sz w:val="20"/>
        </w:rPr>
        <w:t>1:01:36  Khuda is duniya mein kisi ko bhi dikhai nahi de sakta. Yeh impossible hai. Yeh aakhirat mumkin hog</w:t>
      </w:r>
      <w:r>
        <w:br/>
      </w:r>
      <w:r>
        <w:rPr>
          <w:sz w:val="20"/>
        </w:rPr>
        <w:t>1:01:45  a. Jo log aisa sochte hain, bilashuba woh, yaani bhatke hue log hain.</w:t>
      </w:r>
    </w:p>
    <w:p>
      <w:pPr>
        <w:pStyle w:val="Heading2"/>
      </w:pPr>
      <w:r>
        <w:t>Recognizing Satanic Ideological Deception and Saving Oneself</w:t>
      </w:r>
    </w:p>
    <w:p>
      <w:r>
        <w:rPr>
          <w:color w:val="666666"/>
          <w:sz w:val="18"/>
        </w:rPr>
        <w:t>Spirituality · Islam and Politics November 17, 2013 · 3m 45s · at 1:01:33 · https://youtu.be/LgKA8wg4NPc?t=3693</w:t>
      </w:r>
    </w:p>
    <w:p>
      <w:r>
        <w:rPr>
          <w:i/>
        </w:rPr>
        <w:t>“How can one recognize that a particular ideology is Satanic deception (tazyeen), and how can one save oneself from it?”</w:t>
      </w:r>
    </w:p>
    <w:p>
      <w:r>
        <w:rPr>
          <w:sz w:val="20"/>
        </w:rPr>
        <w:t>1:01:33  maulana agla sawal roorkee se hai sajid an</w:t>
      </w:r>
      <w:r>
        <w:br/>
      </w:r>
      <w:r>
        <w:rPr>
          <w:sz w:val="20"/>
        </w:rPr>
        <w:t>1:01:36  war sahib ka unhon ne likha hai</w:t>
      </w:r>
      <w:r>
        <w:br/>
      </w:r>
      <w:r>
        <w:rPr>
          <w:sz w:val="20"/>
        </w:rPr>
        <w:t>1:01:39  Maulana, how to recognize that a particular ideology is Satan's tazeen and how to save ourself?</w:t>
      </w:r>
      <w:r>
        <w:br/>
      </w:r>
      <w:r>
        <w:rPr>
          <w:sz w:val="20"/>
        </w:rPr>
        <w:t>1:01:48  from that is ke bare mein hamein guide karen</w:t>
      </w:r>
      <w:r>
        <w:br/>
      </w:r>
      <w:r>
        <w:rPr>
          <w:sz w:val="20"/>
        </w:rPr>
        <w:t>1:01:52  bahut hi asan hai</w:t>
      </w:r>
      <w:r>
        <w:br/>
      </w:r>
      <w:r>
        <w:rPr>
          <w:sz w:val="20"/>
        </w:rPr>
        <w:t>1:01:56  jab bhi aap koi idea aap ke mind mein aata hai</w:t>
      </w:r>
      <w:r>
        <w:br/>
      </w:r>
      <w:r>
        <w:rPr>
          <w:sz w:val="20"/>
        </w:rPr>
        <w:t>1:02:00  yani beautified way mein to aap hamesha dhoondiye quran mein is ka koi asal hai</w:t>
      </w:r>
      <w:r>
        <w:br/>
      </w:r>
      <w:r>
        <w:rPr>
          <w:sz w:val="20"/>
        </w:rPr>
        <w:t>1:02:07  jaise abhi ek sawal jo abhi aaya tha ke is woh kaha tha ke islam agar mukammal nahi hai to kaun sa hain kaun sa nizam mukammal hai agar haan ab yeh jo hai in ko sochna chahiye tha pehle ke ke yeh sawal ki koi asal ka quran mein hai to quran majeed is ka asal koi hai nahi</w:t>
      </w:r>
      <w:r>
        <w:br/>
      </w:r>
      <w:r>
        <w:rPr>
          <w:sz w:val="20"/>
        </w:rPr>
        <w:t>1:02:29  to jab bhi koi idea aap ke mind mein aata hai beautified way mein to foran aap yeh kijiye ke quran mein dhoondiye ke kya is ka asal quran mein hai nahi hai to woh shaitan ka beautification hai woh shaitan ka beautification hai</w:t>
      </w:r>
      <w:r>
        <w:br/>
      </w:r>
      <w:r>
        <w:rPr>
          <w:sz w:val="20"/>
        </w:rPr>
        <w:t>1:02:53  jaise mein ek misaal deta hoon india ke bare mein india ke jo leader hain so called leader mein kisi ko leader nahi manta self styled leader hain yeh log to taqreeban sabhi ka ek obsession hai woh kya hai ke india mein musalmanon ki identity ko khatm kiya ja raha hai musalmanon ki pehchan ko khatm kiya ja raha hai</w:t>
      </w:r>
      <w:r>
        <w:br/>
      </w:r>
      <w:r>
        <w:rPr>
          <w:sz w:val="20"/>
        </w:rPr>
        <w:t>1:03:15  ab yeh hai to mein yani yeh kahoon ga ke jo yeh aap ke zehan mein aaya hai to dekhein quran mein kya kahin aisa likha hai pehchan ka to koi haqeeqat hi nahi islam mein hai yani identity jo hai islam ki woh spiritual hai na ke zahiri yani matlab dadi par koi pabandi ho to aap kahein ke islam ki p shah mitai ja rahi hai</w:t>
      </w:r>
      <w:r>
        <w:br/>
      </w:r>
      <w:r>
        <w:rPr>
          <w:sz w:val="20"/>
        </w:rPr>
        <w:t>1:03:44  to islam ki pehchan jo hai isprit hai yani taqwa hai aur khauf khuda hai mohabbat ilahi hai</w:t>
      </w:r>
      <w:r>
        <w:br/>
      </w:r>
      <w:r>
        <w:rPr>
          <w:sz w:val="20"/>
        </w:rPr>
        <w:t>1:03:52  aakhirat talbi hai yeh islam ki isprit hai yeh islam ki pehchan hai logon ne kya kiya ke</w:t>
      </w:r>
      <w:r>
        <w:br/>
      </w:r>
      <w:r>
        <w:rPr>
          <w:sz w:val="20"/>
        </w:rPr>
        <w:t>1:03:57  zahiri cheezon ko pehchan bana liya</w:t>
      </w:r>
      <w:r>
        <w:br/>
      </w:r>
      <w:r>
        <w:rPr>
          <w:sz w:val="20"/>
        </w:rPr>
        <w:t>1:04:01  maslan aaj agar farz kiya hukumat yeh kahe ke muslim university ka naam sirf aligarh university rahe</w:t>
      </w:r>
      <w:r>
        <w:br/>
      </w:r>
      <w:r>
        <w:rPr>
          <w:sz w:val="20"/>
        </w:rPr>
        <w:t>1:04:06  ga muslim nahin hoga to sara shor machayenge dekho islam ki pehchan mita rahe hain to aap</w:t>
      </w:r>
      <w:r>
        <w:br/>
      </w:r>
      <w:r>
        <w:rPr>
          <w:sz w:val="20"/>
        </w:rPr>
        <w:t>1:04:12  sochain quran mein kya kaha gaya apne idaron ka naam muslim rakho kahin likha hai to logon ko</w:t>
      </w:r>
      <w:r>
        <w:br/>
      </w:r>
      <w:r>
        <w:rPr>
          <w:sz w:val="20"/>
        </w:rPr>
        <w:t>1:04:19  maloom hoga ke to aisa hai hi nahin rasool Allah ne madine mein jo state banai thi to</w:t>
      </w:r>
      <w:r>
        <w:br/>
      </w:r>
      <w:r>
        <w:rPr>
          <w:sz w:val="20"/>
        </w:rPr>
        <w:t>1:04:24  aap ne is ka naam muslim state to nahin rakh</w:t>
      </w:r>
      <w:r>
        <w:br/>
      </w:r>
      <w:r>
        <w:rPr>
          <w:sz w:val="20"/>
        </w:rPr>
        <w:t>1:04:26  a tha woh to madina tha bas to apne aap bhi achi sabit shuda nahi hai ke aap ek idara banayein to is ka naam muslim ho to agar hukoomat kahe ke is lafz muslim se ke bajaye sirf aligarh kaho to is ka islam se koi matlab nahi ke islam in ke interruption ho raha hai islam ki pehchan mitai ja rahi hai</w:t>
      </w:r>
      <w:r>
        <w:br/>
      </w:r>
      <w:r>
        <w:rPr>
          <w:sz w:val="20"/>
        </w:rPr>
        <w:t>1:04:50  to bohat hi seedha saada tareeqa yeh hai ke hamare paas Allah taala ka kalam mehfooz halat mein maujood hai aap jis cheez aap ke mind mein aati hai is ka aap source ya is ka asal dhoondiye quran mein agar quran is ko certify kare to samjhiye ke sahi hai nahi to samjhein galat hai bilkul seedha saada usool hai</w:t>
      </w:r>
    </w:p>
    <w:p>
      <w:pPr>
        <w:pStyle w:val="Heading2"/>
      </w:pPr>
      <w:r>
        <w:t>Reflecting on death: spontaneous or forced?</w:t>
      </w:r>
    </w:p>
    <w:p>
      <w:r>
        <w:rPr>
          <w:color w:val="666666"/>
          <w:sz w:val="18"/>
        </w:rPr>
        <w:t>Spirituality · Concept of Death in Islam August 26, 2012 · 2m 23s · at 1:15:36 · https://youtu.be/y0TJxKi0L94?t=4536</w:t>
      </w:r>
    </w:p>
    <w:p>
      <w:r>
        <w:rPr>
          <w:i/>
        </w:rPr>
        <w:t>“What if the thought of death does not come to us spontaneously? Should we force ourselves to reflect on death? Would that reflection be authentic? Does reflection on death not make us disinterested in our daily activities?”</w:t>
      </w:r>
    </w:p>
    <w:p>
      <w:r>
        <w:rPr>
          <w:sz w:val="20"/>
        </w:rPr>
        <w:t>1:15:36  Maulana, agla sawal Delhi se hai, Mr Kaif ka. unhon ne likha hai what if the thought of death does not come to us spontaneously?</w:t>
      </w:r>
      <w:r>
        <w:br/>
      </w:r>
      <w:r>
        <w:rPr>
          <w:sz w:val="20"/>
        </w:rPr>
        <w:t>1:15:46  Should we force ourselves to reflect on death? Would that reflection be authentic? Does reflection on death not make us disinterested in our daily activities?</w:t>
      </w:r>
      <w:r>
        <w:br/>
      </w:r>
      <w:r>
        <w:rPr>
          <w:sz w:val="20"/>
        </w:rPr>
        <w:t>1:16:01  dekhen, maut ek jab yeh maloom hoga ke maut ek reality hai, to hamein sochna hi hai is ke upar.</w:t>
      </w:r>
      <w:r>
        <w:br/>
      </w:r>
      <w:r>
        <w:rPr>
          <w:sz w:val="20"/>
        </w:rPr>
        <w:t>1:16:10  jab yeh maloom hoga ke</w:t>
      </w:r>
      <w:r>
        <w:br/>
      </w:r>
      <w:r>
        <w:rPr>
          <w:sz w:val="20"/>
        </w:rPr>
        <w:t>1:16:15  jaara aane wala hai, to hamein sardi ka samna karna hi pare ga. to jab maut ke bare mein yeh bar bar tajurba hai ke aadmi marta hai, marta hai, marta hai, to hum us ko kaise ignore kar sakte hain?</w:t>
      </w:r>
      <w:r>
        <w:br/>
      </w:r>
      <w:r>
        <w:rPr>
          <w:sz w:val="20"/>
        </w:rPr>
        <w:t>1:16:30  humein sochna hi parega is ko, lazman. baqi yeh baat ke maut ke sochne se aadmi mein yaani kya hai, activity kam ho jayegi?</w:t>
      </w:r>
      <w:r>
        <w:br/>
      </w:r>
      <w:r>
        <w:rPr>
          <w:sz w:val="20"/>
        </w:rPr>
        <w:t>1:16:42  maulana, ke haan, disinterested ho jata hai insaan agar zyada soche maut ke bare mein. dekhein, yeh baat sahi nahi hai. maut ke bare mein is waqt urgency paida hoti hai, zyada active ho jata hai.</w:t>
      </w:r>
      <w:r>
        <w:br/>
      </w:r>
      <w:r>
        <w:rPr>
          <w:sz w:val="20"/>
        </w:rPr>
        <w:t>1:16:56  maut ka yaad karenge aap to sense of urgency aayegi ke bhai waqt bohat kam hai, cut dalo jo karna hai. yeh ajeeb ghareeb baat aksar log kehte hain mujh se,</w:t>
      </w:r>
      <w:r>
        <w:br/>
      </w:r>
      <w:r>
        <w:rPr>
          <w:sz w:val="20"/>
        </w:rPr>
        <w:t>1:17:09  halanke ulti baat hai. maut jo hai, aap ke andar sense of urgency lati hai ke bohat kam waqt hai, cut dalo jo karna hai.</w:t>
      </w:r>
      <w:r>
        <w:br/>
      </w:r>
      <w:r>
        <w:rPr>
          <w:sz w:val="20"/>
        </w:rPr>
        <w:t>1:17:21  to mera tajurba to yahi hai ke main har waqt is mein is hisab se jeeta hoon ke ke kal mauqa rahe, na rahe, aaj hi cut dalo.</w:t>
      </w:r>
      <w:r>
        <w:br/>
      </w:r>
      <w:r>
        <w:rPr>
          <w:sz w:val="20"/>
        </w:rPr>
        <w:t>1:17:36  kal pata nahi mauqa milega ya nahi milega, aaj hi cut dalo. to bohat zyada chobees ghante bas busy rehta hoon. to mere andar maut jo hai, aur main rozana maut ko yaad karta hoon, bohat zyada.</w:t>
      </w:r>
      <w:r>
        <w:br/>
      </w:r>
      <w:r>
        <w:rPr>
          <w:sz w:val="20"/>
        </w:rPr>
        <w:t>1:17:49  to mera tajurba yeh hai ke maut aadmi ke andar sense of urgency lati hai, jo apne aap mein bohat valuable cheez hai, bohat valuable cheez hai.</w:t>
      </w:r>
    </w:p>
    <w:p>
      <w:pPr>
        <w:pStyle w:val="Heading2"/>
      </w:pPr>
      <w:r>
        <w:t>Relationship of muhasabah and tazkiyah</w:t>
      </w:r>
    </w:p>
    <w:p>
      <w:r>
        <w:rPr>
          <w:color w:val="666666"/>
          <w:sz w:val="18"/>
        </w:rPr>
        <w:t>Spirituality · Self Correction November 09, 2014 Maulana Wahiduddin Khan · 2m 55s · at 1:12:52 · https://youtu.be/PpwTmeCQkSQ?t=4372</w:t>
      </w:r>
    </w:p>
    <w:p>
      <w:r>
        <w:rPr>
          <w:i/>
        </w:rPr>
        <w:t>“What is the relationship of muhasabah (self-accountability) and tazkiyah (purification), especially in changing bad habits?”</w:t>
      </w:r>
    </w:p>
    <w:p>
      <w:r>
        <w:rPr>
          <w:sz w:val="20"/>
        </w:rPr>
        <w:t>1:12:52  maulana, agla sawal dilli se kya hai miss naghma siddiqui ne, aur unhon ne aap se poocha hai</w:t>
      </w:r>
      <w:r>
        <w:br/>
      </w:r>
      <w:r>
        <w:rPr>
          <w:sz w:val="20"/>
        </w:rPr>
        <w:t>1:12:57  ke What is the relationship of muhasabah and tazkiyah, especially in changing bad habits?</w:t>
      </w:r>
      <w:r>
        <w:br/>
      </w:r>
      <w:r>
        <w:rPr>
          <w:sz w:val="20"/>
        </w:rPr>
        <w:t>1:13:03  pehle muhasabah aata hai, phir tazkiyah aata hai, pehle introspection aata hai, phir aadmi apni personality ko purify karta hai.</w:t>
      </w:r>
      <w:r>
        <w:br/>
      </w:r>
      <w:r>
        <w:rPr>
          <w:sz w:val="20"/>
        </w:rPr>
        <w:t>1:13:09  donon interconnected hain, lekin pehle aye ga muhasabah, yani introspection, phir aye ga tazkiyah, yani apni shakhsiyat ko purify karna.</w:t>
      </w:r>
      <w:r>
        <w:br/>
      </w:r>
      <w:r>
        <w:rPr>
          <w:sz w:val="20"/>
        </w:rPr>
        <w:t>1:13:16  maulana, agla sawal dilli se kya hai jameel akhtar sahab ne, aur unhon ne likha hai ke islam</w:t>
      </w:r>
      <w:r>
        <w:br/>
      </w:r>
      <w:r>
        <w:rPr>
          <w:sz w:val="20"/>
        </w:rPr>
        <w:t>1:13:23  ko phailane mein sufiyon ka bara role raha hai.</w:t>
      </w:r>
      <w:r>
        <w:br/>
      </w:r>
      <w:r>
        <w:rPr>
          <w:sz w:val="20"/>
        </w:rPr>
        <w:t>1:13:30  yeh baat aksar kahi jati hai, magar sufiyon ke halaat mein islam ki ajeeb o ghareeb baaten pai jati hain.</w:t>
      </w:r>
      <w:r>
        <w:br/>
      </w:r>
      <w:r>
        <w:rPr>
          <w:sz w:val="20"/>
        </w:rPr>
        <w:t>1:13:37  phir unhon ne kis tarah islam ko phailaya, is ke baray mein kuch bataen.</w:t>
      </w:r>
      <w:r>
        <w:br/>
      </w:r>
      <w:r>
        <w:rPr>
          <w:sz w:val="20"/>
        </w:rPr>
        <w:t>1:13:44  asal mein dekhiye, is mein to shaq nahi ke is ne phir islam ko phailaya, lekin yeh tha mass conversion.</w:t>
      </w:r>
      <w:r>
        <w:br/>
      </w:r>
      <w:r>
        <w:rPr>
          <w:sz w:val="20"/>
        </w:rPr>
        <w:t>1:13:51  to mass conversion to rasool Allah sal Allah alayh wasallam ke zamane mein bhi hadith mein aata hai</w:t>
      </w:r>
      <w:r>
        <w:br/>
      </w:r>
      <w:r>
        <w:rPr>
          <w:sz w:val="20"/>
        </w:rPr>
        <w:t>1:13:58  ke log, yani main ne is se pehle bata chuka hoon, ek hadith aap ko ke mass conversion</w:t>
      </w:r>
      <w:r>
        <w:br/>
      </w:r>
      <w:r>
        <w:rPr>
          <w:sz w:val="20"/>
        </w:rPr>
        <w:t>1:14:04  ka woh nuqsan tha, na ke sufiyon ka nuqsan.</w:t>
      </w:r>
      <w:r>
        <w:br/>
      </w:r>
      <w:r>
        <w:rPr>
          <w:sz w:val="20"/>
        </w:rPr>
        <w:t>1:14:11  sufiyon ke zamane mein mass conversion hua.</w:t>
      </w:r>
      <w:r>
        <w:br/>
      </w:r>
      <w:r>
        <w:rPr>
          <w:sz w:val="20"/>
        </w:rPr>
        <w:t>1:14:18  mass conversion yeh hota hai ke log pichlay khayalat ko le kar aate hain, aur un ki itne</w:t>
      </w:r>
      <w:r>
        <w:br/>
      </w:r>
      <w:r>
        <w:rPr>
          <w:sz w:val="20"/>
        </w:rPr>
        <w:t>1:14:25  bade paon par tarbiyat ho nahi pati, to wohi sab khayalat ko naye andaaz mein likhte hain.</w:t>
      </w:r>
      <w:r>
        <w:br/>
      </w:r>
      <w:r>
        <w:rPr>
          <w:sz w:val="20"/>
        </w:rPr>
        <w:t>1:14:32  woh is ki pairwi karne to main samajhta hoon ke sufiyon ka role bohat ahem hai.</w:t>
      </w:r>
      <w:r>
        <w:br/>
      </w:r>
      <w:r>
        <w:rPr>
          <w:sz w:val="20"/>
        </w:rPr>
        <w:t>1:14:39  baqi mass conversion ki wajah se jo tarbiyat na ho saki logon ki, us se bigaad aaya.</w:t>
      </w:r>
      <w:r>
        <w:br/>
      </w:r>
      <w:r>
        <w:rPr>
          <w:sz w:val="20"/>
        </w:rPr>
        <w:t>1:14:46  to donon ko alag kar ke dekhiye taake sahih rai qaim kar saken aap.</w:t>
      </w:r>
      <w:r>
        <w:br/>
      </w:r>
      <w:r>
        <w:rPr>
          <w:sz w:val="20"/>
        </w:rPr>
        <w:t>1:14:53  maulana, un ka ek aur sawal hai.</w:t>
      </w:r>
      <w:r>
        <w:br/>
      </w:r>
      <w:r>
        <w:rPr>
          <w:sz w:val="20"/>
        </w:rPr>
        <w:t>1:15:00  unhon ne likha hai ke aaj ke session mein maloom hua ke aap shayar bhi rahe hain.</w:t>
      </w:r>
      <w:r>
        <w:br/>
      </w:r>
      <w:r>
        <w:rPr>
          <w:sz w:val="20"/>
        </w:rPr>
        <w:t>1:15:06  kya is daur ka apna koi shair arz kar sakte hain? main ne yeh to nahi kaha ke</w:t>
      </w:r>
      <w:r>
        <w:br/>
      </w:r>
      <w:r>
        <w:rPr>
          <w:sz w:val="20"/>
        </w:rPr>
        <w:t>1:15:13  mein shair tha, shairi karta tha.</w:t>
      </w:r>
      <w:r>
        <w:br/>
      </w:r>
      <w:r>
        <w:rPr>
          <w:sz w:val="20"/>
        </w:rPr>
        <w:t>1:15:20  yeh kaam mein ne shair hona ek profession hai, lekin jo shair o shairi is zamane mein, hamari</w:t>
      </w:r>
      <w:r>
        <w:br/>
      </w:r>
      <w:r>
        <w:rPr>
          <w:sz w:val="20"/>
        </w:rPr>
        <w:t>1:15:27  nojawani ke zamane mein, aam tha, har aadmi shair o shairi karta tha.</w:t>
      </w:r>
      <w:r>
        <w:br/>
      </w:r>
      <w:r>
        <w:rPr>
          <w:sz w:val="20"/>
        </w:rPr>
        <w:t>1:15:34  to woh is mein bhi kuch karta tha.</w:t>
      </w:r>
      <w:r>
        <w:br/>
      </w:r>
      <w:r>
        <w:rPr>
          <w:sz w:val="20"/>
        </w:rPr>
        <w:t>1:15:41  baqi mein mushaire mein shair parhna, yeh is ko kaam mein ne nahi kiya kabhi.</w:t>
      </w:r>
    </w:p>
    <w:p>
      <w:pPr>
        <w:pStyle w:val="Heading2"/>
      </w:pPr>
      <w:r>
        <w:t>Response without God discovery meaning and importance</w:t>
      </w:r>
    </w:p>
    <w:p>
      <w:r>
        <w:rPr>
          <w:color w:val="666666"/>
          <w:sz w:val="18"/>
        </w:rPr>
        <w:t>Spirituality · Realization of God May 5, 2019 · 2m 07s · at 49:18 · https://youtu.be/5X-vCFqiR4U?t=2958</w:t>
      </w:r>
    </w:p>
    <w:p>
      <w:r>
        <w:rPr>
          <w:i/>
        </w:rPr>
        <w:t>“You gave a thrilling concept today that God is self-discovery and hamd is the response. What is the meaning and importance of response without God discovery? Does this make any sense? Please guide us.”</w:t>
      </w:r>
    </w:p>
    <w:p>
      <w:r>
        <w:rPr>
          <w:sz w:val="20"/>
        </w:rPr>
        <w:t>49:18  Maulana, agla comment aur sawal Aamir Mory sahib ne bheja hai Kashmir se. unhon ne likha hai: "Molana sahib, you gave a thrilling concept today that God is the self-discovery and hamd is the response.</w:t>
      </w:r>
      <w:r>
        <w:br/>
      </w:r>
      <w:r>
        <w:rPr>
          <w:sz w:val="20"/>
        </w:rPr>
        <w:t>49:34  My question is, what is the meaning and importance of response without God discovery? Does this make any sense?</w:t>
      </w:r>
      <w:r>
        <w:br/>
      </w:r>
      <w:r>
        <w:rPr>
          <w:sz w:val="20"/>
        </w:rPr>
        <w:t>49:44  Please guide all of us." kiya matlab?</w:t>
      </w:r>
      <w:r>
        <w:br/>
      </w:r>
      <w:r>
        <w:rPr>
          <w:sz w:val="20"/>
        </w:rPr>
        <w:t>49:48  Maulana ke kai baar log yeh bhi logon ka yeh bhi hota hai ke bana God ki discovery se kiya response diya ja sakta hai?</w:t>
      </w:r>
      <w:r>
        <w:br/>
      </w:r>
      <w:r>
        <w:rPr>
          <w:sz w:val="20"/>
        </w:rPr>
        <w:t>49:59  Is it possible? Kyunke jaise aaj aap ne kaha ke God ek self-discovery hai aur hamd is ka response hai to kiya yeh</w:t>
      </w:r>
      <w:r>
        <w:br/>
      </w:r>
      <w:r>
        <w:rPr>
          <w:sz w:val="20"/>
        </w:rPr>
        <w:t>50:08  bhi? Ab agar discovery ki kiya kiya response denge? Response kis baat ka? Ji, discovery ka to response hota hai.</w:t>
      </w:r>
      <w:r>
        <w:br/>
      </w:r>
      <w:r>
        <w:rPr>
          <w:sz w:val="20"/>
        </w:rPr>
        <w:t>50:17  Jab discovery hi nahi to response kis baat ka? Main samjha nahi is waqt kiya hai. Yeh vague question hai.</w:t>
      </w:r>
      <w:r>
        <w:br/>
      </w:r>
      <w:r>
        <w:rPr>
          <w:sz w:val="20"/>
        </w:rPr>
        <w:t>50:26  Ji. Okay, so we will end the session now. Thank you.</w:t>
      </w:r>
    </w:p>
    <w:p>
      <w:pPr>
        <w:pStyle w:val="Heading2"/>
      </w:pPr>
      <w:r>
        <w:t>Retaining focus on fear of God</w:t>
      </w:r>
    </w:p>
    <w:p>
      <w:r>
        <w:rPr>
          <w:color w:val="666666"/>
          <w:sz w:val="18"/>
        </w:rPr>
        <w:t>Spirituality · Fear of God February 21, 2016 · 3m 59s · at 48:16 · https://youtu.be/T-w1IDIeCV4?t=2896</w:t>
      </w:r>
    </w:p>
    <w:p>
      <w:r>
        <w:rPr>
          <w:i/>
        </w:rPr>
        <w:t>“While we know we are accountable to God as we fear Him, but still we often do wrong as we lose focus. How can we retain focus of fear of God?”</w:t>
      </w:r>
    </w:p>
    <w:p>
      <w:r>
        <w:rPr>
          <w:sz w:val="20"/>
        </w:rPr>
        <w:t>48:16  maulana, agla sawal kya hai miss naghma siddiqui ne, dilli se, aur unhone likha hai: "While we</w:t>
      </w:r>
      <w:r>
        <w:br/>
      </w:r>
      <w:r>
        <w:rPr>
          <w:sz w:val="20"/>
        </w:rPr>
        <w:t>48:23  know we are accountable to god as we fear him, but still we often do wrong as we lose focus.</w:t>
      </w:r>
      <w:r>
        <w:br/>
      </w:r>
      <w:r>
        <w:rPr>
          <w:sz w:val="20"/>
        </w:rPr>
        <w:t>48:30  how can we retain focus of fear of god?</w:t>
      </w:r>
      <w:r>
        <w:br/>
      </w:r>
      <w:r>
        <w:rPr>
          <w:sz w:val="20"/>
        </w:rPr>
        <w:t>48:38  "dekhen, baat yeh hai ke aadmi har waqt apne temperature se ke andar hota hai, shaitan ke</w:t>
      </w:r>
      <w:r>
        <w:br/>
      </w:r>
      <w:r>
        <w:rPr>
          <w:sz w:val="20"/>
        </w:rPr>
        <w:t>48:43  waswase ke andar hota hai.</w:t>
      </w:r>
      <w:r>
        <w:br/>
      </w:r>
      <w:r>
        <w:rPr>
          <w:sz w:val="20"/>
        </w:rPr>
        <w:t>48:49  to ek taraf aadmi ki apni khwahishen aur doosri taraf shaitan ka waswasa.</w:t>
      </w:r>
      <w:r>
        <w:br/>
      </w:r>
      <w:r>
        <w:rPr>
          <w:sz w:val="20"/>
        </w:rPr>
        <w:t>48:55  jaise koi baat kisi ne kahi to zaroor aisa hota hai ke aadmi ka ego touch ho jata hai.</w:t>
      </w:r>
      <w:r>
        <w:br/>
      </w:r>
      <w:r>
        <w:rPr>
          <w:sz w:val="20"/>
        </w:rPr>
        <w:t>49:01  agar aadmi ke khilaf aisi baat kahi jaye jo usko buri lage, us mein woh offend ho</w:t>
      </w:r>
      <w:r>
        <w:br/>
      </w:r>
      <w:r>
        <w:rPr>
          <w:sz w:val="20"/>
        </w:rPr>
        <w:t>49:07  jaye to uska matlab kya hai? iska ego touch ho gaya.</w:t>
      </w:r>
      <w:r>
        <w:br/>
      </w:r>
      <w:r>
        <w:rPr>
          <w:sz w:val="20"/>
        </w:rPr>
        <w:t>49:13  jab bhi koi aadmi offend hota hai ya kisi cheez ko bura manta hai to uska sabab</w:t>
      </w:r>
      <w:r>
        <w:br/>
      </w:r>
      <w:r>
        <w:rPr>
          <w:sz w:val="20"/>
        </w:rPr>
        <w:t>49:19  yeh hota hai ke uska ego touch ho gaya.</w:t>
      </w:r>
      <w:r>
        <w:br/>
      </w:r>
      <w:r>
        <w:rPr>
          <w:sz w:val="20"/>
        </w:rPr>
        <w:t>49:25  to isko aadmi ko bohat zyada alert rehna padega ke jaise hi uska ego touch</w:t>
      </w:r>
      <w:r>
        <w:br/>
      </w:r>
      <w:r>
        <w:rPr>
          <w:sz w:val="20"/>
        </w:rPr>
        <w:t>49:30  ho, foran woh usko loote, apne ko correct kare.</w:t>
      </w:r>
      <w:r>
        <w:br/>
      </w:r>
      <w:r>
        <w:rPr>
          <w:sz w:val="20"/>
        </w:rPr>
        <w:t>49:36  to yeh yeh baat is mein bohat sahi likhi hai ke apne thought ke master banao, apne thought</w:t>
      </w:r>
      <w:r>
        <w:br/>
      </w:r>
      <w:r>
        <w:rPr>
          <w:sz w:val="20"/>
        </w:rPr>
        <w:t>49:42  ke master banao.</w:t>
      </w:r>
      <w:r>
        <w:br/>
      </w:r>
      <w:r>
        <w:rPr>
          <w:sz w:val="20"/>
        </w:rPr>
        <w:t>49:48  lekin apne thought ka master banaye ga wohi.</w:t>
      </w:r>
      <w:r>
        <w:br/>
      </w:r>
      <w:r>
        <w:rPr>
          <w:sz w:val="20"/>
        </w:rPr>
        <w:t>49:54  yeh jo hai master your thoughts .</w:t>
      </w:r>
      <w:r>
        <w:br/>
      </w:r>
      <w:r>
        <w:rPr>
          <w:sz w:val="20"/>
        </w:rPr>
        <w:t>50:00  bohat gehri baat yeh hai ke master your thoughts .</w:t>
      </w:r>
      <w:r>
        <w:br/>
      </w:r>
      <w:r>
        <w:rPr>
          <w:sz w:val="20"/>
        </w:rPr>
        <w:t>50:06  lekin mein is tarah koi master ban nahi sakta jab tak usko yeh na ho ke agar</w:t>
      </w:r>
      <w:r>
        <w:br/>
      </w:r>
      <w:r>
        <w:rPr>
          <w:sz w:val="20"/>
        </w:rPr>
        <w:t>50:12  mein master nahi banunga to mujhe iska bura anjam bhugtna padega.</w:t>
      </w:r>
      <w:r>
        <w:br/>
      </w:r>
      <w:r>
        <w:rPr>
          <w:sz w:val="20"/>
        </w:rPr>
        <w:t>50:17  jaise singapore mein unko dar hai ke agar mein galati karunga to mujhe canning ka samna</w:t>
      </w:r>
      <w:r>
        <w:br/>
      </w:r>
      <w:r>
        <w:rPr>
          <w:sz w:val="20"/>
        </w:rPr>
        <w:t>50:23  karna padega.</w:t>
      </w:r>
      <w:r>
        <w:br/>
      </w:r>
      <w:r>
        <w:rPr>
          <w:sz w:val="20"/>
        </w:rPr>
        <w:t>50:29  to canning ka dar unko rokta hai.</w:t>
      </w:r>
      <w:r>
        <w:br/>
      </w:r>
      <w:r>
        <w:rPr>
          <w:sz w:val="20"/>
        </w:rPr>
        <w:t>50:35  india mein kisi ko dar hi nahi canning ki.</w:t>
      </w:r>
      <w:r>
        <w:br/>
      </w:r>
      <w:r>
        <w:rPr>
          <w:sz w:val="20"/>
        </w:rPr>
        <w:t>50:41  to subah shaam yahan crime hote hain.</w:t>
      </w:r>
      <w:r>
        <w:br/>
      </w:r>
      <w:r>
        <w:rPr>
          <w:sz w:val="20"/>
        </w:rPr>
        <w:t>50:47  to master of thoughts jo hai, bohat hi acha formula hai.</w:t>
      </w:r>
      <w:r>
        <w:br/>
      </w:r>
      <w:r>
        <w:rPr>
          <w:sz w:val="20"/>
        </w:rPr>
        <w:t>50:53  lekin is formula ke upar aik cheez hai.</w:t>
      </w:r>
      <w:r>
        <w:br/>
      </w:r>
      <w:r>
        <w:rPr>
          <w:sz w:val="20"/>
        </w:rPr>
        <w:t>50:59  woh yeh hai ke aap yeh sochen ke agar maine apne thoughts ko manage nahi kiya, apne</w:t>
      </w:r>
      <w:r>
        <w:br/>
      </w:r>
      <w:r>
        <w:rPr>
          <w:sz w:val="20"/>
        </w:rPr>
        <w:t>51:04  thoughts ko control nahi kiya, apne thoughts ka master nahi bana to Allah ke haan meri pakar ho gi.</w:t>
      </w:r>
      <w:r>
        <w:br/>
      </w:r>
      <w:r>
        <w:rPr>
          <w:sz w:val="20"/>
        </w:rPr>
        <w:t>51:10  Allah ke haan meri pakar ho gi.</w:t>
      </w:r>
      <w:r>
        <w:br/>
      </w:r>
      <w:r>
        <w:rPr>
          <w:sz w:val="20"/>
        </w:rPr>
        <w:t>51:16  mere baap, hamare jo baap the, woh parhe likhe zyada nahi the.</w:t>
      </w:r>
      <w:r>
        <w:br/>
      </w:r>
      <w:r>
        <w:rPr>
          <w:sz w:val="20"/>
        </w:rPr>
        <w:t>51:22  Urdu, Farsi thori parhi thi.</w:t>
      </w:r>
      <w:r>
        <w:br/>
      </w:r>
      <w:r>
        <w:rPr>
          <w:sz w:val="20"/>
        </w:rPr>
        <w:t>51:28  lekin bohat hi naik aadmi the.</w:t>
      </w:r>
      <w:r>
        <w:br/>
      </w:r>
      <w:r>
        <w:rPr>
          <w:sz w:val="20"/>
        </w:rPr>
        <w:t>51:34  to aksar woh kaha karte the: "Khuda ko munh dikhana hai." "Khuda ko munh dikhana hai." matlab Khuda</w:t>
      </w:r>
      <w:r>
        <w:br/>
      </w:r>
      <w:r>
        <w:rPr>
          <w:sz w:val="20"/>
        </w:rPr>
        <w:t>51:40  ke samne khara hona hai.</w:t>
      </w:r>
      <w:r>
        <w:br/>
      </w:r>
      <w:r>
        <w:rPr>
          <w:sz w:val="20"/>
        </w:rPr>
        <w:t>51:46  to apne thought ka master banna bohat acha formula hai.</w:t>
      </w:r>
      <w:r>
        <w:br/>
      </w:r>
      <w:r>
        <w:rPr>
          <w:sz w:val="20"/>
        </w:rPr>
        <w:t>51:51  lekin yeh kaam woh kar paye ga jo yeh soche ke mujhe guard ke samne khara hona hai.</w:t>
      </w:r>
      <w:r>
        <w:br/>
      </w:r>
      <w:r>
        <w:rPr>
          <w:sz w:val="20"/>
        </w:rPr>
        <w:t>51:57  us ke samne, us mein guard ke samne main accountable hoon.</w:t>
      </w:r>
      <w:r>
        <w:br/>
      </w:r>
      <w:r>
        <w:rPr>
          <w:sz w:val="20"/>
        </w:rPr>
        <w:t>52:03  tab ja kar yeh formula kaam kare ga.</w:t>
      </w:r>
      <w:r>
        <w:br/>
      </w:r>
      <w:r>
        <w:rPr>
          <w:sz w:val="20"/>
        </w:rPr>
        <w:t>52:09  warna kaam nahi kare ga.</w:t>
      </w:r>
    </w:p>
    <w:p>
      <w:pPr>
        <w:pStyle w:val="Heading2"/>
      </w:pPr>
      <w:r>
        <w:t>Rising above negativity for positive divine response</w:t>
      </w:r>
    </w:p>
    <w:p>
      <w:r>
        <w:rPr>
          <w:color w:val="666666"/>
          <w:sz w:val="18"/>
        </w:rPr>
        <w:t>Spirituality · Prophetic Model February 16, 2014 · 2m 45s · at 55:27 · https://youtu.be/ypIIqSmExzk?t=3327</w:t>
      </w:r>
    </w:p>
    <w:p>
      <w:r>
        <w:rPr>
          <w:i/>
        </w:rPr>
        <w:t>“How can we rise above a negative situation to be able to give a positive divine response? Please guide us.”</w:t>
      </w:r>
    </w:p>
    <w:p>
      <w:r>
        <w:rPr>
          <w:sz w:val="20"/>
        </w:rPr>
        <w:t>55:27  maulana agla sawal lene se pehle ek comment parhna chahenge jo Maulana Iqbal Umri ne bheja hai Tamil Nadu se. unhon ne likha hai: "Maulana ibadat aur itaat ke is farq se mein andha tha." Maulana Allah aap ko jaza e khair de.</w:t>
      </w:r>
      <w:r>
        <w:br/>
      </w:r>
      <w:r>
        <w:rPr>
          <w:sz w:val="20"/>
        </w:rPr>
        <w:t>55:47  Maulana agla sawal Delhi se hai Miss Naghma Siddiqui ka. unhon ne likha hai: "How can we rise above negative situation to be able to give a positive rabbani response?</w:t>
      </w:r>
      <w:r>
        <w:br/>
      </w:r>
      <w:r>
        <w:rPr>
          <w:sz w:val="20"/>
        </w:rPr>
        <w:t>56:02  Please guide us." kis ka hai? Naghma Siddiqui. dekhiye yeh bohat hi aasan hai.</w:t>
      </w:r>
      <w:r>
        <w:br/>
      </w:r>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r>
        <w:br/>
      </w:r>
      <w:r>
        <w:rPr>
          <w:sz w:val="20"/>
        </w:rPr>
        <w:t>56:35  un ke ek bete ko yani kuinwein mein daal diya. bazahir yeh bataya ke bhediya kha gaya. to ek bohat bara sadmah tha.</w:t>
      </w:r>
      <w:r>
        <w:br/>
      </w:r>
      <w:r>
        <w:rPr>
          <w:sz w:val="20"/>
        </w:rPr>
        <w:t>56:46  lekin aap parhiye Surah Yusuf ko to Hazrat Yaqoob ghussa nahi hue. kuch bhi ghussa nahi hue. yeh keh diya ke innam ashku basti wahdani ila Allah.</w:t>
      </w:r>
      <w:r>
        <w:br/>
      </w:r>
      <w:r>
        <w:rPr>
          <w:sz w:val="20"/>
        </w:rPr>
        <w:t>56:58  yani is mamle ko mein Allah ke khane mein dalta hoon. jo kuch guzra us ko mein Allah ke khane mein dalta hoon. yeh bhi kar sakte thay woh ke yani apne bete par ghussa hote, marte un ko, nikalte.</w:t>
      </w:r>
      <w:r>
        <w:br/>
      </w:r>
      <w:r>
        <w:rPr>
          <w:sz w:val="20"/>
        </w:rPr>
        <w:t>57:14  kyun ke bazahir wohi zimmedar thay is ke. to unhon ne aa kar kaha ke tumhare bete ko bhediya kha gaya. to ghussa nahi hue.</w:t>
      </w:r>
      <w:r>
        <w:br/>
      </w:r>
      <w:r>
        <w:rPr>
          <w:sz w:val="20"/>
        </w:rPr>
        <w:t>57:27  to yeh keh diya ke innam ashku basti wahdani ila Allah. mein apna jo jo guzra mere upar us ko mein Allah ke khane mein dalta hoon. is tarah unhon ne apne ko positive bana liya.</w:t>
      </w:r>
      <w:r>
        <w:br/>
      </w:r>
      <w:r>
        <w:rPr>
          <w:sz w:val="20"/>
        </w:rPr>
        <w:t>57:40  yahi behtareen nuskhah hai. koi bhi baat guzre jo aap ko sadmah pohanchay, jo aap ko yani aap ke liye unpleasant ho.</w:t>
      </w:r>
      <w:r>
        <w:br/>
      </w:r>
      <w:r>
        <w:rPr>
          <w:sz w:val="20"/>
        </w:rPr>
        <w:t>57:52  kisi bhi qism ka nuqsan to us ko Allah ke khane mein daal diye. innam bas yahi keh diye ke innam ashku basti wahdani ila Allah.</w:t>
      </w:r>
      <w:r>
        <w:br/>
      </w:r>
      <w:r>
        <w:rPr>
          <w:sz w:val="20"/>
        </w:rPr>
        <w:t>58:02  yeh ayat Surah Yusuf mein hai. us ko aap us mein dekh sakte hain.</w:t>
      </w:r>
      <w:r>
        <w:br/>
      </w:r>
      <w:r>
        <w:rPr>
          <w:sz w:val="20"/>
        </w:rPr>
        <w:t>58:12  Maulana agla sawal Delhi se hai Jameel Akhtar sahib ka. unhon ne likha hai: "Musalmanon ka ek firqah bashar ki ajeeb o ghareeb taweel karta hai jo aap ki tashreeh se mil nahi khati.</w:t>
      </w:r>
    </w:p>
    <w:p>
      <w:pPr>
        <w:pStyle w:val="Heading2"/>
      </w:pPr>
      <w:r>
        <w:t>Role of experience in self-discovery</w:t>
      </w:r>
    </w:p>
    <w:p>
      <w:r>
        <w:rPr>
          <w:color w:val="666666"/>
          <w:sz w:val="18"/>
        </w:rPr>
        <w:t>Spirituality · The Purpose of Existence-9th September 2012 · 3m 42s · at 1:40:40 · https://youtu.be/KxCy8m6k_MQ?t=6040</w:t>
      </w:r>
    </w:p>
    <w:p>
      <w:r>
        <w:rPr>
          <w:i/>
        </w:rPr>
        <w:t>“Today you talked about self-discovery, but discovery cannot happen without experience. What according to you is the role of experience for self-discovery?”</w:t>
      </w:r>
    </w:p>
    <w:p>
      <w:r>
        <w:rPr>
          <w:sz w:val="20"/>
        </w:rPr>
        <w:t>1:40:40  Maulana, agla sawal Dilli se hai Mr. Muqul Pal ka.</w:t>
      </w:r>
      <w:r>
        <w:br/>
      </w:r>
      <w:r>
        <w:rPr>
          <w:sz w:val="20"/>
        </w:rPr>
        <w:t>1:40:44  انہوں نے لکھا ہے: "Today you talked about self-discovery, but discovery cannot happen without experience.</w:t>
      </w:r>
      <w:r>
        <w:br/>
      </w:r>
      <w:r>
        <w:rPr>
          <w:sz w:val="20"/>
        </w:rPr>
        <w:t>1:40:52  "What is, according to you, the role of experience for self-discovery?" Dekhiye, experience to is mein included</w:t>
      </w:r>
      <w:r>
        <w:br/>
      </w:r>
      <w:r>
        <w:rPr>
          <w:sz w:val="20"/>
        </w:rPr>
        <w:t>1:41:00  hai.</w:t>
      </w:r>
      <w:r>
        <w:br/>
      </w:r>
      <w:r>
        <w:rPr>
          <w:sz w:val="20"/>
        </w:rPr>
        <w:t>1:41:01  aap yaani abstract toh aap nahi soch paate.</w:t>
      </w:r>
      <w:r>
        <w:br/>
      </w:r>
      <w:r>
        <w:rPr>
          <w:sz w:val="20"/>
        </w:rPr>
        <w:t>1:41:04  jab aap sochte hain toh sath sath experience juda rehta hai is se.</w:t>
      </w:r>
      <w:r>
        <w:br/>
      </w:r>
      <w:r>
        <w:rPr>
          <w:sz w:val="20"/>
        </w:rPr>
        <w:t>1:41:10  alag nahi hai woh is se, main is ko alag nahi karta hoon.</w:t>
      </w:r>
      <w:r>
        <w:br/>
      </w:r>
      <w:r>
        <w:rPr>
          <w:sz w:val="20"/>
        </w:rPr>
        <w:t>1:41:16  lekin aik aik aik cheez hai woh jis ko hum kehte hain yaani science mein jo experimental basis</w:t>
      </w:r>
      <w:r>
        <w:br/>
      </w:r>
      <w:r>
        <w:rPr>
          <w:sz w:val="20"/>
        </w:rPr>
        <w:t>1:41:23  jis ko kehte hain yaani experiment jis ko kehte hain science mein, woh aik alag cheez hai.</w:t>
      </w:r>
      <w:r>
        <w:br/>
      </w:r>
      <w:r>
        <w:rPr>
          <w:sz w:val="20"/>
        </w:rPr>
        <w:t>1:41:31  lekin jo rozmarra ka experience hai, jo zindagi ke, woh toh baharhaal jari rahen ge.</w:t>
      </w:r>
      <w:r>
        <w:br/>
      </w:r>
      <w:r>
        <w:rPr>
          <w:sz w:val="20"/>
        </w:rPr>
        <w:t>1:41:37  is mein aap ki soch bhi jari rahe gi.</w:t>
      </w:r>
      <w:r>
        <w:br/>
      </w:r>
      <w:r>
        <w:rPr>
          <w:sz w:val="20"/>
        </w:rPr>
        <w:t>1:41:41  toh soch aur experience ko mila kar ke aap ka jo journey hai, woh chalti hai.</w:t>
      </w:r>
      <w:r>
        <w:br/>
      </w:r>
      <w:r>
        <w:rPr>
          <w:sz w:val="20"/>
        </w:rPr>
        <w:t>1:41:48  haan, mera matlab yeh nahi ke aap abstract sochen, khaali experience se guzarte hue sochen.</w:t>
      </w:r>
      <w:r>
        <w:br/>
      </w:r>
      <w:r>
        <w:rPr>
          <w:sz w:val="20"/>
        </w:rPr>
        <w:t>1:41:54  yeh woh is mein lazmi taur par is mein shamil hai, is se alag nahi hai woh.</w:t>
      </w:r>
      <w:r>
        <w:br/>
      </w:r>
      <w:r>
        <w:rPr>
          <w:sz w:val="20"/>
        </w:rPr>
        <w:t>1:42:01  maulana, agla ek comment aur question hai jo canada se aaya hai abu hasan sahib ka.</w:t>
      </w:r>
      <w:r>
        <w:br/>
      </w:r>
      <w:r>
        <w:rPr>
          <w:sz w:val="20"/>
        </w:rPr>
        <w:t>1:42:08  انہوں نے لکھا ہے: "In one of the talks during Ramadan, Maulana Sahib talked about the arrangement of</w:t>
      </w:r>
      <w:r>
        <w:br/>
      </w:r>
      <w:r>
        <w:rPr>
          <w:sz w:val="20"/>
        </w:rPr>
        <w:t>1:42:16  quran.</w:t>
      </w:r>
      <w:r>
        <w:br/>
      </w:r>
      <w:r>
        <w:rPr>
          <w:sz w:val="20"/>
        </w:rPr>
        <w:t>1:42:18  I too thought for a long time about it.</w:t>
      </w:r>
      <w:r>
        <w:br/>
      </w:r>
      <w:r>
        <w:rPr>
          <w:sz w:val="20"/>
        </w:rPr>
        <w:t>1:42:21  I figured out that the journey of the Quran is that it's a journey from seeker to the</w:t>
      </w:r>
      <w:r>
        <w:br/>
      </w:r>
      <w:r>
        <w:rPr>
          <w:sz w:val="20"/>
        </w:rPr>
        <w:t>1:42:29  caller.</w:t>
      </w:r>
      <w:r>
        <w:br/>
      </w:r>
      <w:r>
        <w:rPr>
          <w:sz w:val="20"/>
        </w:rPr>
        <w:t>1:42:31  The very first surah is that of a cry of a seeker, and as we progress, we learn</w:t>
      </w:r>
      <w:r>
        <w:br/>
      </w:r>
      <w:r>
        <w:rPr>
          <w:sz w:val="20"/>
        </w:rPr>
        <w:t>1:42:38  about Allah, His will, creation plan, and explanations about it, examples from history.</w:t>
      </w:r>
      <w:r>
        <w:br/>
      </w:r>
      <w:r>
        <w:rPr>
          <w:sz w:val="20"/>
        </w:rPr>
        <w:t>1:42:44  As we approach towards the end, we are asked to rise and warn people, come out of her</w:t>
      </w:r>
      <w:r>
        <w:br/>
      </w:r>
      <w:r>
        <w:rPr>
          <w:sz w:val="20"/>
        </w:rPr>
        <w:t>1:42:52  comfort zones.</w:t>
      </w:r>
      <w:r>
        <w:br/>
      </w:r>
      <w:r>
        <w:rPr>
          <w:sz w:val="20"/>
        </w:rPr>
        <w:t>1:42:53  In the end, a da'i is emerged, and taught prayers to seek refuge in Allah from people, Satan,</w:t>
      </w:r>
      <w:r>
        <w:br/>
      </w:r>
      <w:r>
        <w:rPr>
          <w:sz w:val="20"/>
        </w:rPr>
        <w:t>1:43:01  and everything which comes as an obstruction in the path of dawah.</w:t>
      </w:r>
      <w:r>
        <w:br/>
      </w:r>
      <w:r>
        <w:rPr>
          <w:sz w:val="20"/>
        </w:rPr>
        <w:t>1:43:06  Is my understanding correct? Kya jis ka is ka hai? Mawlana, woh jo aap ke talks hain, us</w:t>
      </w:r>
      <w:r>
        <w:br/>
      </w:r>
      <w:r>
        <w:rPr>
          <w:sz w:val="20"/>
        </w:rPr>
        <w:t>1:43:14  میں سے انہوں نے اپنی observation نکالی ہے کہ جو پوری ایک انسان کی journey ہے، وہ انہوں</w:t>
      </w:r>
      <w:r>
        <w:br/>
      </w:r>
      <w:r>
        <w:rPr>
          <w:sz w:val="20"/>
        </w:rPr>
        <w:t>1:43:22  نے بتایا کہ وہ ایک سیکر سے لے کے پھر کالر تک پہنچتی ہے، مطلب as a die.</w:t>
      </w:r>
      <w:r>
        <w:br/>
      </w:r>
      <w:r>
        <w:rPr>
          <w:sz w:val="20"/>
        </w:rPr>
        <w:t>1:43:30  aur unhone bataya ki jo Allah ka jo creation plan hai, aur akhir mein jab insan realize</w:t>
      </w:r>
      <w:r>
        <w:br/>
      </w:r>
      <w:r>
        <w:rPr>
          <w:sz w:val="20"/>
        </w:rPr>
        <w:t>1:43:37  karta hai to woh ek daai ki hesiyat se khada hota hai, aur woh apne aap ko bachata</w:t>
      </w:r>
      <w:r>
        <w:br/>
      </w:r>
      <w:r>
        <w:rPr>
          <w:sz w:val="20"/>
        </w:rPr>
        <w:t>1:43:45  ہے Satan سے اور ان لوگوں سے جو اس کو دعویٰ کے path سے ہٹائیں۔</w:t>
      </w:r>
      <w:r>
        <w:br/>
      </w:r>
      <w:r>
        <w:rPr>
          <w:sz w:val="20"/>
        </w:rPr>
        <w:t>1:43:51  to woh keh rahe hain ke kya yeh meri soch, yeh samajh, yeh sab sahi hai? main mujhe,</w:t>
      </w:r>
      <w:r>
        <w:br/>
      </w:r>
      <w:r>
        <w:rPr>
          <w:sz w:val="20"/>
        </w:rPr>
        <w:t>1:43:59  mujhe wohi samajh aayi.</w:t>
      </w:r>
      <w:r>
        <w:br/>
      </w:r>
      <w:r>
        <w:rPr>
          <w:sz w:val="20"/>
        </w:rPr>
        <w:t>1:44:01  kya kya is ka? main nahi samajh paya kya matlab hai.</w:t>
      </w:r>
      <w:r>
        <w:br/>
      </w:r>
      <w:r>
        <w:rPr>
          <w:sz w:val="20"/>
        </w:rPr>
        <w:t>1:44:06  maulana, is ko baad mein aap aap samjhe kya matlab hai? is ko to nahi samjha.</w:t>
      </w:r>
      <w:r>
        <w:br/>
      </w:r>
      <w:r>
        <w:rPr>
          <w:sz w:val="20"/>
        </w:rPr>
        <w:t>1:44:12  mujhe samajh nahi aaya.</w:t>
      </w:r>
      <w:r>
        <w:br/>
      </w:r>
      <w:r>
        <w:rPr>
          <w:sz w:val="20"/>
        </w:rPr>
        <w:t>1:44:14  clear hai, mujhe clear nahi laga.</w:t>
      </w:r>
      <w:r>
        <w:br/>
      </w:r>
      <w:r>
        <w:rPr>
          <w:sz w:val="20"/>
        </w:rPr>
        <w:t>1:44:17  اچھا، مولانا، I read it out separately to you later.</w:t>
      </w:r>
      <w:r>
        <w:br/>
      </w:r>
      <w:r>
        <w:rPr>
          <w:sz w:val="20"/>
        </w:rPr>
        <w:t>1:44:21  achha, theek hai.</w:t>
      </w:r>
    </w:p>
    <w:p>
      <w:pPr>
        <w:pStyle w:val="Heading2"/>
      </w:pPr>
      <w:r>
        <w:t>Role of intuition in developing love of God</w:t>
      </w:r>
    </w:p>
    <w:p>
      <w:r>
        <w:rPr>
          <w:color w:val="666666"/>
          <w:sz w:val="18"/>
        </w:rPr>
        <w:t>Spirituality · Love of God 19 Sept 2021 - Prof. Farida Khanam · 2m 03s · at 31:40 · https://youtu.be/mpGeGz_Cfrw?t=1900</w:t>
      </w:r>
    </w:p>
    <w:p>
      <w:r>
        <w:rPr>
          <w:i/>
        </w:rPr>
        <w:t>“What role does intuition play in developing love of God? What is your comment on this?”</w:t>
      </w:r>
    </w:p>
    <w:p>
      <w:r>
        <w:rPr>
          <w:sz w:val="20"/>
        </w:rPr>
        <w:t>31:40  پہلا سوال ہے کہ: "What role does intuition play in developing love of God?" سو، what is your</w:t>
      </w:r>
      <w:r>
        <w:br/>
      </w:r>
      <w:r>
        <w:rPr>
          <w:sz w:val="20"/>
        </w:rPr>
        <w:t>31:50  comment in this? asal mein daleel se jab hum mante hain khuda ko ya doosri religious realities ko</w:t>
      </w:r>
      <w:r>
        <w:br/>
      </w:r>
      <w:r>
        <w:rPr>
          <w:sz w:val="20"/>
        </w:rPr>
        <w:t>32:01  to is ki ek limitation hoti hai.</w:t>
      </w:r>
      <w:r>
        <w:br/>
      </w:r>
      <w:r>
        <w:rPr>
          <w:sz w:val="20"/>
        </w:rPr>
        <w:t>32:06  lekin intuition ka matlab fitrat hai.</w:t>
      </w:r>
      <w:r>
        <w:br/>
      </w:r>
      <w:r>
        <w:rPr>
          <w:sz w:val="20"/>
        </w:rPr>
        <w:t>32:11  jab hum poori fitrat se, apni poori jo andarooni jo shakhsiyat hai, us se jab hum khuda ko</w:t>
      </w:r>
      <w:r>
        <w:br/>
      </w:r>
      <w:r>
        <w:rPr>
          <w:sz w:val="20"/>
        </w:rPr>
        <w:t>32:16  mante hain to woh bilkul utha, utha hota hai.</w:t>
      </w:r>
      <w:r>
        <w:br/>
      </w:r>
      <w:r>
        <w:rPr>
          <w:sz w:val="20"/>
        </w:rPr>
        <w:t>32:22  woh jazba to is jazbe se hum bohat hi gehre tareeqe se khuda se taluq bana sakte hain.</w:t>
      </w:r>
      <w:r>
        <w:br/>
      </w:r>
      <w:r>
        <w:rPr>
          <w:sz w:val="20"/>
        </w:rPr>
        <w:t>32:27  to jo otherwise jo nahi mumkin nahi hai.</w:t>
      </w:r>
      <w:r>
        <w:br/>
      </w:r>
      <w:r>
        <w:rPr>
          <w:sz w:val="20"/>
        </w:rPr>
        <w:t>32:32  جی، انہی کا اپا دوسرا سوال ہے کہ: "How to use our emotional faculty for loving God?" اس</w:t>
      </w:r>
      <w:r>
        <w:br/>
      </w:r>
      <w:r>
        <w:rPr>
          <w:sz w:val="20"/>
        </w:rPr>
        <w:t>32:38  is ko bhi wazeh kar dein.</w:t>
      </w:r>
      <w:r>
        <w:br/>
      </w:r>
      <w:r>
        <w:rPr>
          <w:sz w:val="20"/>
        </w:rPr>
        <w:t>32:44  yeh sab mohabbat ka jo jazba hai, yeh to khuda ne hamare andar hi rakha hua hai.</w:t>
      </w:r>
      <w:r>
        <w:br/>
      </w:r>
      <w:r>
        <w:rPr>
          <w:sz w:val="20"/>
        </w:rPr>
        <w:t>32:50  koi bhi aisa nahi hoga jis ke andar yeh jazba na ho.</w:t>
      </w:r>
      <w:r>
        <w:br/>
      </w:r>
      <w:r>
        <w:rPr>
          <w:sz w:val="20"/>
        </w:rPr>
        <w:t>32:56  lekin masla sirf yeh hai ke is jazbe ko hum kha</w:t>
      </w:r>
      <w:r>
        <w:br/>
      </w:r>
      <w:r>
        <w:rPr>
          <w:sz w:val="20"/>
        </w:rPr>
        <w:t>33:02  da se associate kar rahe hain ya khuda se associate nahin kar rahe hain.</w:t>
      </w:r>
      <w:r>
        <w:br/>
      </w:r>
      <w:r>
        <w:rPr>
          <w:sz w:val="20"/>
        </w:rPr>
        <w:t>33:07  to jab hum khuda se associate karen to yahi yahi toheed hai.</w:t>
      </w:r>
      <w:r>
        <w:br/>
      </w:r>
      <w:r>
        <w:rPr>
          <w:sz w:val="20"/>
        </w:rPr>
        <w:t>33:12  isi se hamein khuda se taalluq badhta hai.</w:t>
      </w:r>
      <w:r>
        <w:br/>
      </w:r>
      <w:r>
        <w:rPr>
          <w:sz w:val="20"/>
        </w:rPr>
        <w:t>33:17  jisko taalluq billah kehte hain, gehra taalluq woh isi se hota hai.</w:t>
      </w:r>
      <w:r>
        <w:br/>
      </w:r>
      <w:r>
        <w:rPr>
          <w:sz w:val="20"/>
        </w:rPr>
        <w:t>33:22  to yeh sab emotions is mein involve ho jaate hain.</w:t>
      </w:r>
      <w:r>
        <w:br/>
      </w:r>
      <w:r>
        <w:rPr>
          <w:sz w:val="20"/>
        </w:rPr>
        <w:t>33:27  kyunke baghair emotions ke, woh woh to mohabbat ka jo jazba hai, us mein woh emotions se hi related hai.</w:t>
      </w:r>
      <w:r>
        <w:br/>
      </w:r>
      <w:r>
        <w:rPr>
          <w:sz w:val="20"/>
        </w:rPr>
        <w:t>33:32  to woh emotions to is mein involve hote hi hain.</w:t>
      </w:r>
      <w:r>
        <w:br/>
      </w:r>
      <w:r>
        <w:rPr>
          <w:sz w:val="20"/>
        </w:rPr>
        <w:t>33:38  bas woh hai ke emotions ko hum kis se associate karen, yeh yeh dekhna hai.</w:t>
      </w:r>
    </w:p>
    <w:p>
      <w:pPr>
        <w:pStyle w:val="Heading2"/>
      </w:pPr>
      <w:r>
        <w:t>Rules for intense love of God?</w:t>
      </w:r>
    </w:p>
    <w:p>
      <w:r>
        <w:rPr>
          <w:color w:val="666666"/>
          <w:sz w:val="18"/>
        </w:rPr>
        <w:t>Spirituality · Man and the Laws of Nature April 1, 2012 · 3m 03s · at 1:03:21 · https://youtu.be/coIrwYQgb6Y?t=3801</w:t>
      </w:r>
    </w:p>
    <w:p>
      <w:r>
        <w:rPr>
          <w:i/>
        </w:rPr>
        <w:t>“What rules and principles must one adopt to be intense in the love of God?”</w:t>
      </w:r>
    </w:p>
    <w:p>
      <w:r>
        <w:rPr>
          <w:sz w:val="20"/>
        </w:rPr>
        <w:t>1:03:21  maulana, agla sawal bhi pakistan se aya hai. mister amir bin yusuf ne likha</w:t>
      </w:r>
      <w:r>
        <w:br/>
      </w:r>
      <w:r>
        <w:rPr>
          <w:sz w:val="20"/>
        </w:rPr>
        <w:t>1:03:26  hai, unhon ne ap se poocha hai ke allah ki mohabbat mein shadeed hone ke liye insan ko kin rules aur principles ko adopt karna parta hai, is ke bare mein bataein.</w:t>
      </w:r>
      <w:r>
        <w:br/>
      </w:r>
      <w:r>
        <w:rPr>
          <w:sz w:val="20"/>
        </w:rPr>
        <w:t>1:03:39  dekhiye, yeh rule ki aur principle ki baat nahi hai. yeh to is baat ki cheez hai ke aap yani aap ahmiyat janen allah se mohabbat ki.</w:t>
      </w:r>
      <w:r>
        <w:br/>
      </w:r>
      <w:r>
        <w:rPr>
          <w:sz w:val="20"/>
        </w:rPr>
        <w:t>1:03:55  is baat ko aap janen ke allah ne aap ko dunya mein paida kar ke rakha hai, phir maut aye gi. to maut ke baad jab samna hoga allah taala ka, jab samna hoga to yani kis kis tarah face karen jo samne ko.</w:t>
      </w:r>
      <w:r>
        <w:br/>
      </w:r>
      <w:r>
        <w:rPr>
          <w:sz w:val="20"/>
        </w:rPr>
        <w:t>1:04:11  agar dunya mein aap ne isi se mohabbat nahi ki jo aap creator tha, isi se mohabbat nahi ki jis ne aap ko life support system diya, isi se mohabbat nahi ki jis ne aap sare universe ko custom custom made universe bana diya aap ke liye,</w:t>
      </w:r>
      <w:r>
        <w:br/>
      </w:r>
      <w:r>
        <w:rPr>
          <w:sz w:val="20"/>
        </w:rPr>
        <w:t>1:04:26  is se mohabbat nahi ki to kaise face karen ge? yeh masla hai. koi rule nahi, koi principle nahi, koi tareeqa nahi hai.</w:t>
      </w:r>
      <w:r>
        <w:br/>
      </w:r>
      <w:r>
        <w:rPr>
          <w:sz w:val="20"/>
        </w:rPr>
        <w:t>1:04:37  is haqeeqat ko jab aadmi daryaft kar le ga to apne aap hi is ke andar mohabbat aye gi. mohabbat kehte hain strong affection ko. kaise nahi aye gi?</w:t>
      </w:r>
      <w:r>
        <w:br/>
      </w:r>
      <w:r>
        <w:rPr>
          <w:sz w:val="20"/>
        </w:rPr>
        <w:t>1:04:47  bataiye,</w:t>
      </w:r>
      <w:r>
        <w:br/>
      </w:r>
      <w:r>
        <w:rPr>
          <w:sz w:val="20"/>
        </w:rPr>
        <w:t>1:04:49  agar aap daryaft kar len ke yeh khuda jis ne aap ko wajood diya, yeh khuda jis ne aap ko yeh yeh planet earth diya, yeh khuda jis ne aap ko life support system diya, yeh khuda jo aap ko oxygen supply kar raha hai sans lene ke liye, yeh khuda jo suraj chamkaye hue aap ko roshni aur halaat de raha hai, yani sab kuch, sab kuch, sab kuch jo mila hai woh allah de raha hai.</w:t>
      </w:r>
      <w:r>
        <w:br/>
      </w:r>
      <w:r>
        <w:rPr>
          <w:sz w:val="20"/>
        </w:rPr>
        <w:t>1:05:13  sari boundaries hain khuda ki taraf se. to yeh aap ko discover kar dein</w:t>
      </w:r>
      <w:r>
        <w:br/>
      </w:r>
      <w:r>
        <w:rPr>
          <w:sz w:val="20"/>
        </w:rPr>
        <w:t>1:05:18  to is ke baad jo cheez paida hogi wohi hai khuda se strong affection, khuda se mohabbat. to discovery na hone ki wajah se aisa hota hai.</w:t>
      </w:r>
      <w:r>
        <w:br/>
      </w:r>
      <w:r>
        <w:rPr>
          <w:sz w:val="20"/>
        </w:rPr>
        <w:t>1:05:27  hum be khabar hote hain is baat se ke khuda ne hamein kya de rakha hai, kya cheez de rakhi hai. bilkul be khabar.</w:t>
      </w:r>
      <w:r>
        <w:br/>
      </w:r>
      <w:r>
        <w:rPr>
          <w:sz w:val="20"/>
        </w:rPr>
        <w:t>1:05:36  misal ke taur par yeh ke hum bol rahe hain, doosra aadmi sun raha hai to aam log is ko sochte bhi nahi ke is mein kya allah taala ki na</w:t>
      </w:r>
      <w:r>
        <w:br/>
      </w:r>
      <w:r>
        <w:rPr>
          <w:sz w:val="20"/>
        </w:rPr>
        <w:t>1:05:46  mat yeh hai. yani bolna bohat hi ajeeb ghareeb aik waqea hai, sunna aik bohat ajeeb ghareeb phenomena hai. kaise bolna hota hai, kaise sunna hota hai, is ko aap sochiye to hazar saal tak isi pe sochte rahiye.</w:t>
      </w:r>
      <w:r>
        <w:br/>
      </w:r>
      <w:r>
        <w:rPr>
          <w:sz w:val="20"/>
        </w:rPr>
        <w:t>1:06:01  aap sochiye sans lete hain to har waqt oxygen supply ho raha hai, aap par aankh hai lekin roshni na ho to aap dekh nahi paen ge. in sab baton ko sochen, sochen, sochen to to isi ke nateejay mein jo cheez paida hoti hai isi ka naam allah se mohabbat hai.</w:t>
      </w:r>
      <w:r>
        <w:br/>
      </w:r>
      <w:r>
        <w:rPr>
          <w:sz w:val="20"/>
        </w:rPr>
        <w:t>1:06:15  na sochen to animal bane rahen ge. to sara mamla hota hai sochne ya na sochne ka.</w:t>
      </w:r>
    </w:p>
    <w:p>
      <w:pPr>
        <w:pStyle w:val="Heading2"/>
      </w:pPr>
      <w:r>
        <w:t>Signs of loving God and being loved</w:t>
      </w:r>
    </w:p>
    <w:p>
      <w:r>
        <w:rPr>
          <w:color w:val="666666"/>
          <w:sz w:val="18"/>
        </w:rPr>
        <w:t>Spirituality · The Revival of Ibrahimi Mission-28th October 2012 · 3m 39s · at 1:14:31 · https://youtu.be/kniEYfMCz9w?t=4471</w:t>
      </w:r>
    </w:p>
    <w:p>
      <w:r>
        <w:rPr>
          <w:i/>
        </w:rPr>
        <w:t>“What are the signs that a person loves God and also what are the signs that God loves a person?”</w:t>
      </w:r>
    </w:p>
    <w:p>
      <w:r>
        <w:rPr>
          <w:sz w:val="20"/>
        </w:rPr>
        <w:t>1:14:31  maulana, agla sawal roorkee se hai sajid anwar sahab ka.</w:t>
      </w:r>
      <w:r>
        <w:br/>
      </w:r>
      <w:r>
        <w:rPr>
          <w:sz w:val="20"/>
        </w:rPr>
        <w:t>1:14:37  unhon ne likha hai: "maulana, What are the signs that a person loves God and also what are</w:t>
      </w:r>
      <w:r>
        <w:br/>
      </w:r>
      <w:r>
        <w:rPr>
          <w:sz w:val="20"/>
        </w:rPr>
        <w:t>1:14:43  the signs that God loves a person?</w:t>
      </w:r>
      <w:r>
        <w:br/>
      </w:r>
      <w:r>
        <w:rPr>
          <w:sz w:val="20"/>
        </w:rPr>
        <w:t>1:14:49  " is ke baray mein batayein.</w:t>
      </w:r>
      <w:r>
        <w:br/>
      </w:r>
      <w:r>
        <w:rPr>
          <w:sz w:val="20"/>
        </w:rPr>
        <w:t>1:14:56  دیکھیے، اس کا کوئی objective criteria تو میں نہیں بتا سکتا۔</w:t>
      </w:r>
      <w:r>
        <w:br/>
      </w:r>
      <w:r>
        <w:rPr>
          <w:sz w:val="20"/>
        </w:rPr>
        <w:t>1:15:03  subjective criteria bata sakta hoon.</w:t>
      </w:r>
      <w:r>
        <w:br/>
      </w:r>
      <w:r>
        <w:rPr>
          <w:sz w:val="20"/>
        </w:rPr>
        <w:t>1:15:10  Subjective criteria yeh hai ke jab aadmi yeh paaye ke mera soul concern Allah ban gaya hai, soul</w:t>
      </w:r>
      <w:r>
        <w:br/>
      </w:r>
      <w:r>
        <w:rPr>
          <w:sz w:val="20"/>
        </w:rPr>
        <w:t>1:15:17  karson, to is ke mani hain ke woh is darjay ko pohanch gaya.</w:t>
      </w:r>
      <w:r>
        <w:br/>
      </w:r>
      <w:r>
        <w:rPr>
          <w:sz w:val="20"/>
        </w:rPr>
        <w:t>1:15:25  mein is ko, yani samajhne ke liye, quran ki do ayatein aap ko batata hoon.</w:t>
      </w:r>
      <w:r>
        <w:br/>
      </w:r>
      <w:r>
        <w:rPr>
          <w:sz w:val="20"/>
        </w:rPr>
        <w:t>1:15:32  quran ke, yani do ayatein batati hain ke kis ne Allah se taaluq paida hua, kis ka, kis</w:t>
      </w:r>
      <w:r>
        <w:br/>
      </w:r>
      <w:r>
        <w:rPr>
          <w:sz w:val="20"/>
        </w:rPr>
        <w:t>1:15:39  ka paida nahi hua.</w:t>
      </w:r>
      <w:r>
        <w:br/>
      </w:r>
      <w:r>
        <w:rPr>
          <w:sz w:val="20"/>
        </w:rPr>
        <w:t>1:15:46  ek ayat hai un logon ke baray mein jo akhirat mein nakaam honge, akhirat mein un ko</w:t>
      </w:r>
      <w:r>
        <w:br/>
      </w:r>
      <w:r>
        <w:rPr>
          <w:sz w:val="20"/>
        </w:rPr>
        <w:t>1:15:53  reward nahi milega.</w:t>
      </w:r>
      <w:r>
        <w:br/>
      </w:r>
      <w:r>
        <w:rPr>
          <w:sz w:val="20"/>
        </w:rPr>
        <w:t>1:16:01  is mein hai ke وَكَانَ فِي أَهْلِهِ مَسْرُورًا apni family mein woh khoob khush rehta tha.</w:t>
      </w:r>
      <w:r>
        <w:br/>
      </w:r>
      <w:r>
        <w:rPr>
          <w:sz w:val="20"/>
        </w:rPr>
        <w:t>1:16:08  wa kane fi ahlihi masrooran to yeh ek criteria hai ke jo logon ko aap ke paein ke khoob</w:t>
      </w:r>
      <w:r>
        <w:br/>
      </w:r>
      <w:r>
        <w:rPr>
          <w:sz w:val="20"/>
        </w:rPr>
        <w:t>1:16:15  family mein hua karte hain, woh khoob khush rehte hain.</w:t>
      </w:r>
      <w:r>
        <w:br/>
      </w:r>
      <w:r>
        <w:rPr>
          <w:sz w:val="20"/>
        </w:rPr>
        <w:t>1:16:22  woh family un ka concern bane bane bhi bani hui hai.</w:t>
      </w:r>
      <w:r>
        <w:br/>
      </w:r>
      <w:r>
        <w:rPr>
          <w:sz w:val="20"/>
        </w:rPr>
        <w:t>1:16:29  family ke liye kamara, family ke liye kharch karna, sari un ki planning family ko le kar hoti hai.</w:t>
      </w:r>
      <w:r>
        <w:br/>
      </w:r>
      <w:r>
        <w:rPr>
          <w:sz w:val="20"/>
        </w:rPr>
        <w:t>1:16:37  to kane fi ahlihi masrooran to is ke mani kuch to Khuda ko nahi paya hai, family ko paya hai.</w:t>
      </w:r>
      <w:r>
        <w:br/>
      </w:r>
      <w:r>
        <w:rPr>
          <w:sz w:val="20"/>
        </w:rPr>
        <w:t>1:16:44  is ki yaft jo hai, is ki yaft is ki family hai, Khuda nahi hai.</w:t>
      </w:r>
      <w:r>
        <w:br/>
      </w:r>
      <w:r>
        <w:rPr>
          <w:sz w:val="20"/>
        </w:rPr>
        <w:t>1:16:51  to ek case yeh hai.</w:t>
      </w:r>
      <w:r>
        <w:br/>
      </w:r>
      <w:r>
        <w:rPr>
          <w:sz w:val="20"/>
        </w:rPr>
        <w:t>1:16:58  doosra case yeh hai ke Quran mein hai ke jo logon ko aakhirat mein jannat milegi, un</w:t>
      </w:r>
      <w:r>
        <w:br/>
      </w:r>
      <w:r>
        <w:rPr>
          <w:sz w:val="20"/>
        </w:rPr>
        <w:t>1:17:05  ke bare mein hai ke kunna fi ahlinaa mushriqeen khud jannat wala kehta hai kunna fi ahlinaa mushriqeen</w:t>
      </w:r>
      <w:r>
        <w:br/>
      </w:r>
      <w:r>
        <w:rPr>
          <w:sz w:val="20"/>
        </w:rPr>
        <w:t>1:17:13  khud jannat wala kehta hai ke kunna fi ahlinaa mushriqeen hum apne family mein dar kar rehte the,</w:t>
      </w:r>
      <w:r>
        <w:br/>
      </w:r>
      <w:r>
        <w:rPr>
          <w:sz w:val="20"/>
        </w:rPr>
        <w:t>1:17:20  yani family mein humein family mein hum hote the, lekin hum ko Allah ki accountability ka ehsas tha,</w:t>
      </w:r>
      <w:r>
        <w:br/>
      </w:r>
      <w:r>
        <w:rPr>
          <w:sz w:val="20"/>
        </w:rPr>
        <w:t>1:17:27  humein dar bichaya rehta tha.</w:t>
      </w:r>
      <w:r>
        <w:br/>
      </w:r>
      <w:r>
        <w:rPr>
          <w:sz w:val="20"/>
        </w:rPr>
        <w:t>1:17:34  to ek hai case kunna fi ahlinaa mushriqeen ka ke aadmi family ho, lekin is ka is ka</w:t>
      </w:r>
      <w:r>
        <w:br/>
      </w:r>
      <w:r>
        <w:rPr>
          <w:sz w:val="20"/>
        </w:rPr>
        <w:t>1:17:41  zehan laga hua Allah ki taraf, accountability ki taraf, aakhirat ki taraf.</w:t>
      </w:r>
      <w:r>
        <w:br/>
      </w:r>
      <w:r>
        <w:rPr>
          <w:sz w:val="20"/>
        </w:rPr>
        <w:t>1:17:49  ek woh hai ke woh family mein hai, to bas family mein magan hai, family mein hai, khush hai.</w:t>
      </w:r>
      <w:r>
        <w:br/>
      </w:r>
      <w:r>
        <w:rPr>
          <w:sz w:val="20"/>
        </w:rPr>
        <w:t>1:17:56  to yeh do ka pehchan hai bazahir ke kis ne Allah se taluq paida kiya aur kis kis</w:t>
      </w:r>
      <w:r>
        <w:br/>
      </w:r>
      <w:r>
        <w:rPr>
          <w:sz w:val="20"/>
        </w:rPr>
        <w:t>1:18:03  ka taluq Allah se paida nahi hua.</w:t>
      </w:r>
    </w:p>
    <w:p>
      <w:pPr>
        <w:pStyle w:val="Heading2"/>
      </w:pPr>
      <w:r>
        <w:t>Source and Origin of Human Thoughts</w:t>
      </w:r>
    </w:p>
    <w:p>
      <w:r>
        <w:rPr>
          <w:color w:val="666666"/>
          <w:sz w:val="18"/>
        </w:rPr>
        <w:t>Spirituality · Q&amp;A 04 DEC 2011 Maulana Wahiduddin Khan · 2m 36s · at 9:39 · https://youtu.be/KIMNmuUZoGo?t=579</w:t>
      </w:r>
    </w:p>
    <w:p>
      <w:r>
        <w:rPr>
          <w:i/>
        </w:rPr>
        <w:t>“From where do thoughts originate, and what is their source? If I get sixty thoughts per second, from where are they coming? Please tell me.”</w:t>
      </w:r>
    </w:p>
    <w:p>
      <w:r>
        <w:rPr>
          <w:sz w:val="20"/>
        </w:rPr>
        <w:t>9:39  maulana, agla sawal aaya hai mister ramesh jaiswani ka, dilli se. unhon ne likha hai: "From where do thoughts originate?</w:t>
      </w:r>
      <w:r>
        <w:br/>
      </w:r>
      <w:r>
        <w:rPr>
          <w:sz w:val="20"/>
        </w:rPr>
        <w:t>9:50  What is their source? If I get 60 thoughts per second, from where are they coming? Maulana sahib, please tell m</w:t>
      </w:r>
      <w:r>
        <w:br/>
      </w:r>
      <w:r>
        <w:rPr>
          <w:sz w:val="20"/>
        </w:rPr>
        <w:t>9:59  e." bhai, main toh jahan tak samjha hoon, psychology bhi yahi kehti hai. psychology kya hai?</w:t>
      </w:r>
      <w:r>
        <w:br/>
      </w:r>
      <w:r>
        <w:rPr>
          <w:sz w:val="20"/>
        </w:rPr>
        <w:t>10:08  psychology ek naam hai study of mind ka. study of mind ka naam psychology hai.</w:t>
      </w:r>
      <w:r>
        <w:br/>
      </w:r>
      <w:r>
        <w:rPr>
          <w:sz w:val="20"/>
        </w:rPr>
        <w:t>10:16  toh psychology bhi yahi kehti hai ke saare thoughts jo hain pehle hi se aindah ke mind mein maujood hain. aadmi kisi thought ko create nahi kar sakta.</w:t>
      </w:r>
      <w:r>
        <w:br/>
      </w:r>
      <w:r>
        <w:rPr>
          <w:sz w:val="20"/>
        </w:rPr>
        <w:t>10:28  hum create nahi kar sakte. we are not a creator.</w:t>
      </w:r>
      <w:r>
        <w:br/>
      </w:r>
      <w:r>
        <w:rPr>
          <w:sz w:val="20"/>
        </w:rPr>
        <w:t>10:34  jis tarah se hum ek ek jis tarah se hum ek chidiya ko nahi create kar sakte, hum thought ko bhi create nahi kar sakte. toh thoughts jo hain sab ke sab mind mein bhare hue hain.</w:t>
      </w:r>
      <w:r>
        <w:br/>
      </w:r>
      <w:r>
        <w:rPr>
          <w:sz w:val="20"/>
        </w:rPr>
        <w:t>10:47  ab ab hota yeh hai ke hum ek ek duniya mein jeete hain</w:t>
      </w:r>
      <w:r>
        <w:br/>
      </w:r>
      <w:r>
        <w:rPr>
          <w:sz w:val="20"/>
        </w:rPr>
        <w:t>10:51  jahan bohat cheezein hum suntay hain, dekhtay hain, parhtay hain. is se hum influence hotay hain. is se action aur reaction aata hai.</w:t>
      </w:r>
      <w:r>
        <w:br/>
      </w:r>
      <w:r>
        <w:rPr>
          <w:sz w:val="20"/>
        </w:rPr>
        <w:t>11:00  toh hum apne thought ko recollect karte hain, us ko analysis karte hain. is se ek naya thought emerge karta hai.</w:t>
      </w:r>
      <w:r>
        <w:br/>
      </w:r>
      <w:r>
        <w:rPr>
          <w:sz w:val="20"/>
        </w:rPr>
        <w:t>11:10  toh basically main jahan tak samjha hoon ke ek ek toh woh hai jo thought mein saari baatein maujood hain. doosri yeh hai ke jo hum bahar observation se ya study se baaton ko letay hain, is se phir ek analysis ek ek woh hota hai.</w:t>
      </w:r>
      <w:r>
        <w:br/>
      </w:r>
      <w:r>
        <w:rPr>
          <w:sz w:val="20"/>
        </w:rPr>
        <w:t>11:27  ek</w:t>
      </w:r>
      <w:r>
        <w:br/>
      </w:r>
      <w:r>
        <w:rPr>
          <w:sz w:val="20"/>
        </w:rPr>
        <w:t>11:29  ek nayi cheez emerge karti hai. ek toh us ko yaani yaani us ko explain bilkul is tarah nahi kiya ja sakta jis tarike se do do chaar ke tarike se.</w:t>
      </w:r>
      <w:r>
        <w:br/>
      </w:r>
      <w:r>
        <w:rPr>
          <w:sz w:val="20"/>
        </w:rPr>
        <w:t>11:43  isi liye psychology ab tak koi us ko science nahi manta.</w:t>
      </w:r>
      <w:r>
        <w:br/>
      </w:r>
      <w:r>
        <w:rPr>
          <w:sz w:val="20"/>
        </w:rPr>
        <w:t>11:48  kyunke science ab tak psychology is tarah develop nahi hui hai jis tarah exact sciences develop hui hain. is ko sirf samajhne ke liye maine yeh baatein kahi hain.</w:t>
      </w:r>
      <w:r>
        <w:br/>
      </w:r>
      <w:r>
        <w:rPr>
          <w:sz w:val="20"/>
        </w:rPr>
        <w:t>11:58  baqi agar aap yeh chahein ke main mathematical sense mein us ko explain kar doon toh yeh kisi ke liye possible nahi. na mere liye, na</w:t>
      </w:r>
      <w:r>
        <w:br/>
      </w:r>
      <w:r>
        <w:rPr>
          <w:sz w:val="20"/>
        </w:rPr>
        <w:t>12:06  na aur na woh pride ke liye.</w:t>
      </w:r>
    </w:p>
    <w:p>
      <w:pPr>
        <w:pStyle w:val="Heading2"/>
      </w:pPr>
      <w:r>
        <w:t>Stages for discovering God in daily life</w:t>
      </w:r>
    </w:p>
    <w:p>
      <w:r>
        <w:rPr>
          <w:color w:val="666666"/>
          <w:sz w:val="18"/>
        </w:rPr>
        <w:t>Spirituality · The Discovery of God IIC Prog (Maulana Talk) November 2, 2019 · 3m 49s · at 28:33 · https://youtu.be/u24tYGW6tCM?t=1713</w:t>
      </w:r>
    </w:p>
    <w:p>
      <w:r>
        <w:rPr>
          <w:i/>
        </w:rPr>
        <w:t>“Are there any stages for a person for the discovery of God? How can we discover God in our daily life?”</w:t>
      </w:r>
    </w:p>
    <w:p>
      <w:r>
        <w:rPr>
          <w:sz w:val="20"/>
        </w:rPr>
        <w:t>28:33  maulana sahib, yeh sawal bheja hai maulana iqbal umri ne jo program ko chennai se dekh rahe hain. unhon ne aapse poocha hai ke are there any stages for a person for the discovery of god?</w:t>
      </w:r>
      <w:r>
        <w:br/>
      </w:r>
      <w:r>
        <w:rPr>
          <w:sz w:val="20"/>
        </w:rPr>
        <w:t>28:47  how can we discover god in our daily life? is ke bare mein bataein. mein to har waqt paat</w:t>
      </w:r>
      <w:r>
        <w:br/>
      </w:r>
      <w:r>
        <w:rPr>
          <w:sz w:val="20"/>
        </w:rPr>
        <w:t>28:57  a hoon ke mein bol raha hoon aur meri awaz</w:t>
      </w:r>
      <w:r>
        <w:br/>
      </w:r>
      <w:r>
        <w:rPr>
          <w:sz w:val="20"/>
        </w:rPr>
        <w:t>29:04  na sirf aap tak pohnch rahi hai balkeh sari dunya mein pohnch rahi hai. samajhta hoon ke yeh creator ka kamal hai.</w:t>
      </w:r>
      <w:r>
        <w:br/>
      </w:r>
      <w:r>
        <w:rPr>
          <w:sz w:val="20"/>
        </w:rPr>
        <w:t>29:15  us ne nature ne nature mein aise cheezen rakh di theen,</w:t>
      </w:r>
      <w:r>
        <w:br/>
      </w:r>
      <w:r>
        <w:rPr>
          <w:sz w:val="20"/>
        </w:rPr>
        <w:t>29:23  laws of nature, un ko insan ne discover kiya aur discover kar ke us ne communication ka ek poora nizam banaya.</w:t>
      </w:r>
      <w:r>
        <w:br/>
      </w:r>
      <w:r>
        <w:rPr>
          <w:sz w:val="20"/>
        </w:rPr>
        <w:t>29:33  to jo kuch bhi dunya mein hai, chahe hawai jahaz ho, ek car ho, ek computer ho, yeh sab god almighty ki blessing hai.</w:t>
      </w:r>
      <w:r>
        <w:br/>
      </w:r>
      <w:r>
        <w:rPr>
          <w:sz w:val="20"/>
        </w:rPr>
        <w:t>29:45  to jab mein us ko istemal karta hoon ya mein kisi bhi tareeqe se us ko dekhta hoon to mein god ko dekhta hoon,</w:t>
      </w:r>
      <w:r>
        <w:br/>
      </w:r>
      <w:r>
        <w:rPr>
          <w:sz w:val="20"/>
        </w:rPr>
        <w:t>29:57  god ke communication ke through god ko. ya wohi, ab wohi mein formula apply karta hoon jo</w:t>
      </w:r>
      <w:r>
        <w:br/>
      </w:r>
      <w:r>
        <w:rPr>
          <w:sz w:val="20"/>
        </w:rPr>
        <w:t>30:08  quantum physics mein apply hota hai, yani effect se reality ko janna.</w:t>
      </w:r>
      <w:r>
        <w:br/>
      </w:r>
      <w:r>
        <w:rPr>
          <w:sz w:val="20"/>
        </w:rPr>
        <w:t>30:18  to yeh sab cheezen jo effect hain, woh khuda ka creation hai.</w:t>
      </w:r>
      <w:r>
        <w:br/>
      </w:r>
      <w:r>
        <w:rPr>
          <w:sz w:val="20"/>
        </w:rPr>
        <w:t>30:26  to through inference mein janta hoon, yeh meri, yeh meri discovery hai. maulana, doctor merchant sahib ne ek question bheja hai, unhon ne likha hai:</w:t>
      </w:r>
      <w:r>
        <w:br/>
      </w:r>
      <w:r>
        <w:rPr>
          <w:sz w:val="20"/>
        </w:rPr>
        <w:t>30:41  "thanks a lot for an enlightening talk by all the three speakers. it is said god is closer to me than i am to myself.</w:t>
      </w:r>
      <w:r>
        <w:br/>
      </w:r>
      <w:r>
        <w:rPr>
          <w:sz w:val="20"/>
        </w:rPr>
        <w:t>30:52  so then why am i far from god?</w:t>
      </w:r>
      <w:r>
        <w:br/>
      </w:r>
      <w:r>
        <w:rPr>
          <w:sz w:val="20"/>
        </w:rPr>
        <w:t>30:56  what is the reason that a man is far from god, even though god is so close to us?" dekhen, is myth ko mein jis ka mein arz kiya abhi ke quantum physics ne khatam kar diya ke ek cheez aap se paas bhi ho aur door bhi ho.</w:t>
      </w:r>
      <w:r>
        <w:br/>
      </w:r>
      <w:r>
        <w:rPr>
          <w:sz w:val="20"/>
        </w:rPr>
        <w:t>31:21  kyun ke jaisa ke mein ne arz kiya ke quantum physics yeh manti hai</w:t>
      </w:r>
      <w:r>
        <w:br/>
      </w:r>
      <w:r>
        <w:rPr>
          <w:sz w:val="20"/>
        </w:rPr>
        <w:t>31:27  ke ek cheez exist kar rahi hai jo hai. sub atomic particle. to sub atomic particle hum dekhte nahi, magar humein manna padta hai ke woh exist kar raha hai, is liye ke hum us ke effect ko detect karte hain.</w:t>
      </w:r>
      <w:r>
        <w:br/>
      </w:r>
      <w:r>
        <w:rPr>
          <w:sz w:val="20"/>
        </w:rPr>
        <w:t>31:45  to god ka jo existence hai, woh hum us ke creation ke through jante hain.</w:t>
      </w:r>
      <w:r>
        <w:br/>
      </w:r>
      <w:r>
        <w:rPr>
          <w:sz w:val="20"/>
        </w:rPr>
        <w:t>31:54  creation, creation ko hum jante hain, us ke through infer karte hain hum ke god maujood hai. yeh to ab ek aisi law of nature ka jo universal law hai, yeh applicable hai jis tareeqe se universe par is tarah woh applicable hai god almighty par.</w:t>
      </w:r>
    </w:p>
    <w:p>
      <w:pPr>
        <w:pStyle w:val="Heading2"/>
      </w:pPr>
      <w:r>
        <w:t>Starting point of spiritual journey</w:t>
      </w:r>
    </w:p>
    <w:p>
      <w:r>
        <w:rPr>
          <w:color w:val="666666"/>
          <w:sz w:val="18"/>
        </w:rPr>
        <w:t>Spirituality · On Death June 08, 2014 · 2m 21s · at 45:25 · https://youtu.be/p0lSKQ0edmw?t=2725</w:t>
      </w:r>
    </w:p>
    <w:p>
      <w:r>
        <w:rPr>
          <w:i/>
        </w:rPr>
        <w:t>“How can a person begin their spiritual journey? What should be the starting point? Please advise.”</w:t>
      </w:r>
    </w:p>
    <w:p>
      <w:r>
        <w:rPr>
          <w:sz w:val="20"/>
        </w:rPr>
        <w:t>45:25  Maulana, yeh sawal Bhopal se kiya hai Haider sahab ne, aur unhon ne likha hai ke: "Maulana sahib, how can a person begin his or her spiritual journey?</w:t>
      </w:r>
      <w:r>
        <w:br/>
      </w:r>
      <w:r>
        <w:rPr>
          <w:sz w:val="20"/>
        </w:rPr>
        <w:t>45:38  What should be the starting point? Please advise."</w:t>
      </w:r>
      <w:r>
        <w:br/>
      </w:r>
      <w:r>
        <w:rPr>
          <w:sz w:val="20"/>
        </w:rPr>
        <w:t>45:52  bhai, mera jo experience hai, woh yahi hai ke sab se zaroori cheez hai apne ko destruction se bachana.</w:t>
      </w:r>
      <w:r>
        <w:br/>
      </w:r>
      <w:r>
        <w:rPr>
          <w:sz w:val="20"/>
        </w:rPr>
        <w:t>46:07  jab spirituality ki taraf safar shuru nahin ho sakta jab tak aap apne aap ko destruction se na bachaein.</w:t>
      </w:r>
      <w:r>
        <w:br/>
      </w:r>
      <w:r>
        <w:rPr>
          <w:sz w:val="20"/>
        </w:rPr>
        <w:t>46:17  har aadmi kisi na kisi destruction mein phansa hua hai, har aadmi.</w:t>
      </w:r>
      <w:r>
        <w:br/>
      </w:r>
      <w:r>
        <w:rPr>
          <w:sz w:val="20"/>
        </w:rPr>
        <w:t>46:25  aur destruction ka maamla yeh hai ke kuch dinon ke baad destruction jo hota hai, woh aap ka addiction ban jata hai.</w:t>
      </w:r>
      <w:r>
        <w:br/>
      </w:r>
      <w:r>
        <w:rPr>
          <w:sz w:val="20"/>
        </w:rPr>
        <w:t>46:34  addiction. aap soch nahin paate ke koi destruction hai.</w:t>
      </w:r>
      <w:r>
        <w:br/>
      </w:r>
      <w:r>
        <w:rPr>
          <w:sz w:val="20"/>
        </w:rPr>
        <w:t>46:41  to jab tak addiction na bana ho, tab tak to apne ko is se bachana aasan hai. dekhiye, ek hai habit, ek hai addiction.</w:t>
      </w:r>
      <w:r>
        <w:br/>
      </w:r>
      <w:r>
        <w:rPr>
          <w:sz w:val="20"/>
        </w:rPr>
        <w:t>46:54  haibat, addiction. to jab haibat ke darjay mein ho, tab us ko samajhna aasan hai. lekin haibat aagay barh kar ban jati hai addiction, to aap us ko chhor nahin paate.</w:t>
      </w:r>
      <w:r>
        <w:br/>
      </w:r>
      <w:r>
        <w:rPr>
          <w:sz w:val="20"/>
        </w:rPr>
        <w:t>47:10  to beharhaal, jis ko spirituality chahiye, to yeh sab us ko karna parega. us ko instra, us ko instrastructure karna parega.</w:t>
      </w:r>
      <w:r>
        <w:br/>
      </w:r>
      <w:r>
        <w:rPr>
          <w:sz w:val="20"/>
        </w:rPr>
        <w:t>47:22  balkay mein yeh kaha karta hoon ke us ko self-hambry karna paregi. tab ja kar ke destruction se bachega.</w:t>
      </w:r>
      <w:r>
        <w:br/>
      </w:r>
      <w:r>
        <w:rPr>
          <w:sz w:val="20"/>
        </w:rPr>
        <w:t>47:31  tab ja kar ke woh apnay habits ko, apnay addiction ko discover kar payega. tab woh apni zindagi ki re-planning karega.</w:t>
      </w:r>
      <w:r>
        <w:br/>
      </w:r>
      <w:r>
        <w:rPr>
          <w:sz w:val="20"/>
        </w:rPr>
        <w:t>47:42  is ke baghair mumkin nahin hai.</w:t>
      </w:r>
    </w:p>
    <w:p>
      <w:pPr>
        <w:pStyle w:val="Heading2"/>
      </w:pPr>
      <w:r>
        <w:t>Struggling to attain peace for ten years</w:t>
      </w:r>
    </w:p>
    <w:p>
      <w:r>
        <w:rPr>
          <w:color w:val="666666"/>
          <w:sz w:val="18"/>
        </w:rPr>
        <w:t>Spirituality · 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Sustaining a thinker's mindset and gratitude</w:t>
      </w:r>
    </w:p>
    <w:p>
      <w:r>
        <w:rPr>
          <w:color w:val="666666"/>
          <w:sz w:val="18"/>
        </w:rPr>
        <w:t>Spirituality · God and Man I February 19, 2012 Maulana Wahiduddin Khan · 2m 25s · at 1:12:00 · https://youtu.be/8TP3nlGRZek?t=4320</w:t>
      </w:r>
    </w:p>
    <w:p>
      <w:r>
        <w:rPr>
          <w:i/>
        </w:rPr>
        <w:t>“How to be in a feeling of a thinker on a continuous basis? And how to be in a feeling of gratitude on a continuous basis?”</w:t>
      </w:r>
    </w:p>
    <w:p>
      <w:r>
        <w:rPr>
          <w:sz w:val="20"/>
        </w:rPr>
        <w:t>1:12:00  maulana agle sawal se pehle ek comment padhna chahenge jo Mr Shamsher Vake ne likha hai Australia se. unhone likha hai ke I really enjoyed today's lecture</w:t>
      </w:r>
      <w:r>
        <w:br/>
      </w:r>
      <w:r>
        <w:rPr>
          <w:sz w:val="20"/>
        </w:rPr>
        <w:t>1:12:12  agla sawal maulana hain Ms Naghma Siddiqui ka Delhi se. unhone poocha hai How to be in feeling of a thinker on a continuous basis?</w:t>
      </w:r>
      <w:r>
        <w:br/>
      </w:r>
      <w:r>
        <w:rPr>
          <w:sz w:val="20"/>
        </w:rPr>
        <w:t>1:12:23  Kindly advice kya phir se padhiye? How to be in a feeling of shukr How to be in a feeling of shukr on a continuous basis?</w:t>
      </w:r>
      <w:r>
        <w:br/>
      </w:r>
      <w:r>
        <w:rPr>
          <w:sz w:val="20"/>
        </w:rPr>
        <w:t>1:12:35  abhi hum is yani shukr kaise nahi karenge hum har waqt? har waqt hamein</w:t>
      </w:r>
      <w:r>
        <w:br/>
      </w:r>
      <w:r>
        <w:rPr>
          <w:sz w:val="20"/>
        </w:rPr>
        <w:t>1:12:41  mein to sochta hoon ke saans leta hoon aur aur aur oxygen mujhe inhale karta hoon, carbon exhale karta hoon.</w:t>
      </w:r>
      <w:r>
        <w:br/>
      </w:r>
      <w:r>
        <w:rPr>
          <w:sz w:val="20"/>
        </w:rPr>
        <w:t>1:12:52  yani har second yeh waqea hota hai, har second. to kaisi ajeeb baat hai ke mere jism mein jo nizam hai kharij mein us ke mutabiq nizam hai.</w:t>
      </w:r>
      <w:r>
        <w:br/>
      </w:r>
      <w:r>
        <w:rPr>
          <w:sz w:val="20"/>
        </w:rPr>
        <w:t>1:13:00  yani mere</w:t>
      </w:r>
      <w:r>
        <w:br/>
      </w:r>
      <w:r>
        <w:rPr>
          <w:sz w:val="20"/>
        </w:rPr>
        <w:t>1:13:02  carbon ko darakht le leta hai aur darakht is ke badle mujhe oxygen deta hai. to main oxygen inhale karta hoon aur carbon exhale karta hoon.</w:t>
      </w:r>
      <w:r>
        <w:br/>
      </w:r>
      <w:r>
        <w:rPr>
          <w:sz w:val="20"/>
        </w:rPr>
        <w:t>1:13:13  aur woh kitna zabardast exchange hota hai ke darakht mere carbon ko le leta hai aur mujhe oxygen supply karta hai. yeh har second ek ek yeh reminder hai, har har second ke liye ek reminder hai.</w:t>
      </w:r>
      <w:r>
        <w:br/>
      </w:r>
      <w:r>
        <w:rPr>
          <w:sz w:val="20"/>
        </w:rPr>
        <w:t>1:13:27  to mein to aik aik aik second bhi aisa nahi hota ke mein shukr ke baghair rahoon. kyunke har saans mujhe reminder hota hai mere liye, har saans.</w:t>
      </w:r>
      <w:r>
        <w:br/>
      </w:r>
      <w:r>
        <w:rPr>
          <w:sz w:val="20"/>
        </w:rPr>
        <w:t>1:13:37  har saans reminder hota hai ke ae ae insan Khuda ka shukr kar.yani aap ghore kijiye ke agar</w:t>
      </w:r>
      <w:r>
        <w:br/>
      </w:r>
      <w:r>
        <w:rPr>
          <w:sz w:val="20"/>
        </w:rPr>
        <w:t>1:13:46  aisa ho ke mere andar se jo carbon nikla woh darakht na le to har sa'at dunya rehne ke qabil na rahe.</w:t>
      </w:r>
      <w:r>
        <w:br/>
      </w:r>
      <w:r>
        <w:rPr>
          <w:sz w:val="20"/>
        </w:rPr>
        <w:t>1:13:56  dunya mein carbon gas bhar jayegi aur reh is dunya mein reh nahi payenge. ya darakht agar oxygen supply na kare to hum kahan tak theli liye phirenge oxygen ki?</w:t>
      </w:r>
      <w:r>
        <w:br/>
      </w:r>
      <w:r>
        <w:rPr>
          <w:sz w:val="20"/>
        </w:rPr>
        <w:t>1:14:07  to dono halaton mein mar jayenge. to har second yeh aik reminder hai insan ke liye ke ae insan Khuda ka shukr kar.</w:t>
      </w:r>
      <w:r>
        <w:br/>
      </w:r>
      <w:r>
        <w:rPr>
          <w:sz w:val="20"/>
        </w:rPr>
        <w:t>1:14:17  yeh sirf soch ki baat hai, soch. agar sochen to aap har har second, har lamha, har har moment aap</w:t>
      </w:r>
    </w:p>
    <w:p>
      <w:pPr>
        <w:pStyle w:val="Heading2"/>
      </w:pPr>
      <w:r>
        <w:t>Tawbah as Continuous Process</w:t>
      </w:r>
    </w:p>
    <w:p>
      <w:r>
        <w:rPr>
          <w:color w:val="666666"/>
          <w:sz w:val="18"/>
        </w:rPr>
        <w:t>Spirituality · Dars-e-Quran, Chapter 2, Verse 37 | January  07, 2018 · 3m 03s · at 1:02:31 · https://youtu.be/ao6Cr57KuEM?t=3751</w:t>
      </w:r>
    </w:p>
    <w:p>
      <w:r>
        <w:rPr>
          <w:i/>
        </w:rPr>
        <w:t>“Tawbah is not a one-time process, but a continuous process. Am I right in saying this? If this is so, does it imply that we will be doing...”</w:t>
      </w:r>
    </w:p>
    <w:p>
      <w:r>
        <w:rPr>
          <w:sz w:val="20"/>
        </w:rPr>
        <w:t>1:02:31  spiritual zeal. maulana, agla sawal lete hain jo kolkata se muhammad bilal shafi sahib ne bheja hai.</w:t>
      </w:r>
      <w:r>
        <w:br/>
      </w:r>
      <w:r>
        <w:rPr>
          <w:sz w:val="20"/>
        </w:rPr>
        <w:t>1:02:41  unhon ne likha hai: maulana, tauba to ek one time process nahin hai, balke ek continuous process hai.</w:t>
      </w:r>
      <w:r>
        <w:br/>
      </w:r>
      <w:r>
        <w:rPr>
          <w:sz w:val="20"/>
        </w:rPr>
        <w:t>1:02:51  Am I right in saying this? If this is so, does it imply that we will be doing</w:t>
      </w:r>
      <w:r>
        <w:br/>
      </w:r>
      <w:r>
        <w:rPr>
          <w:sz w:val="20"/>
        </w:rPr>
        <w:t>1:03:01  mistakes continuously? How will we then ever gain complete forgiveness, like that of Adam?" Dekhiye, galti ka matlab</w:t>
      </w:r>
      <w:r>
        <w:br/>
      </w:r>
      <w:r>
        <w:rPr>
          <w:sz w:val="20"/>
        </w:rPr>
        <w:t>1:03:07  yeh nahin ke aap ne kisi ko chori kar li, kisi ki jaan maar dali.</w:t>
      </w:r>
      <w:r>
        <w:br/>
      </w:r>
      <w:r>
        <w:rPr>
          <w:sz w:val="20"/>
        </w:rPr>
        <w:t>1:03:14  choti choti baat pe bhi aap ko andar repent hona chahiye.</w:t>
      </w:r>
      <w:r>
        <w:br/>
      </w:r>
      <w:r>
        <w:rPr>
          <w:sz w:val="20"/>
        </w:rPr>
        <w:t>1:03:20  choti choti baat pe jo har waqt insan ko ho sakti hai.</w:t>
      </w:r>
      <w:r>
        <w:br/>
      </w:r>
      <w:r>
        <w:rPr>
          <w:sz w:val="20"/>
        </w:rPr>
        <w:t>1:03:26  main nahin samajhta ke is mein</w:t>
      </w:r>
      <w:r>
        <w:br/>
      </w:r>
      <w:r>
        <w:rPr>
          <w:sz w:val="20"/>
        </w:rPr>
        <w:t>1:03:32  kya, yani kya problem hai, main samjha nahin.</w:t>
      </w:r>
      <w:r>
        <w:br/>
      </w:r>
      <w:r>
        <w:rPr>
          <w:sz w:val="20"/>
        </w:rPr>
        <w:t>1:03:40  baqi yeh hai ke ehsaas se, yani yeh ehsaas ke main, main to bilkul all right hoon, yeh</w:t>
      </w:r>
      <w:r>
        <w:br/>
      </w:r>
      <w:r>
        <w:rPr>
          <w:sz w:val="20"/>
        </w:rPr>
        <w:t>1:03:47  bahut hi killer hai, killer.</w:t>
      </w:r>
      <w:r>
        <w:br/>
      </w:r>
      <w:r>
        <w:rPr>
          <w:sz w:val="20"/>
        </w:rPr>
        <w:t>1:03:55  aur yeh ehsaas ke</w:t>
      </w:r>
      <w:r>
        <w:br/>
      </w:r>
      <w:r>
        <w:rPr>
          <w:sz w:val="20"/>
        </w:rPr>
        <w:t>1:04:03  main ne ghalati ki choti si baat par to woh aap ke liye bohat hi bara, aik bohat bara gain hai aap ke liye. maulana, agla comment aaya hai muhammad abdullah sahib ka kolkata se. unhon</w:t>
      </w:r>
      <w:r>
        <w:br/>
      </w:r>
      <w:r>
        <w:rPr>
          <w:sz w:val="20"/>
        </w:rPr>
        <w:t>1:04:33  نے لکھا ہے: "مولانا صاحب، from your every lecture, I learn new dimensions of Islamic text, but what</w:t>
      </w:r>
      <w:r>
        <w:br/>
      </w:r>
      <w:r>
        <w:rPr>
          <w:sz w:val="20"/>
        </w:rPr>
        <w:t>1:04:39  I learned in addition is the art of understanding the text.</w:t>
      </w:r>
      <w:r>
        <w:br/>
      </w:r>
      <w:r>
        <w:rPr>
          <w:sz w:val="20"/>
        </w:rPr>
        <w:t>1:04:45  This is an awesome way to learn from you.</w:t>
      </w:r>
      <w:r>
        <w:br/>
      </w:r>
      <w:r>
        <w:rPr>
          <w:sz w:val="20"/>
        </w:rPr>
        <w:t>1:04:51  jazak Allah. " yeh baat sahi hai ke quran ko parhne se pehle humein yeh jaanna chahiye ke what</w:t>
      </w:r>
      <w:r>
        <w:br/>
      </w:r>
      <w:r>
        <w:rPr>
          <w:sz w:val="20"/>
        </w:rPr>
        <w:t>1:04:58  is the method</w:t>
      </w:r>
      <w:r>
        <w:br/>
      </w:r>
      <w:r>
        <w:rPr>
          <w:sz w:val="20"/>
        </w:rPr>
        <w:t>1:05:04  quran ko samajhne ka, study karne ka method kya hai.</w:t>
      </w:r>
      <w:r>
        <w:br/>
      </w:r>
      <w:r>
        <w:rPr>
          <w:sz w:val="20"/>
        </w:rPr>
        <w:t>1:05:10  jaise maine aap se misaal di ke hazrat adam ke waqe'e ke do part hain, aur dono</w:t>
      </w:r>
      <w:r>
        <w:br/>
      </w:r>
      <w:r>
        <w:rPr>
          <w:sz w:val="20"/>
        </w:rPr>
        <w:t>1:05:16  do jagah hain.</w:t>
      </w:r>
      <w:r>
        <w:br/>
      </w:r>
      <w:r>
        <w:rPr>
          <w:sz w:val="20"/>
        </w:rPr>
        <w:t>1:05:22  ek part yeh hai ke adam ko repentance aaya, woh unhone duaein keen, ek jagah hai.</w:t>
      </w:r>
      <w:r>
        <w:br/>
      </w:r>
      <w:r>
        <w:rPr>
          <w:sz w:val="20"/>
        </w:rPr>
        <w:t>1:05:28  aur aur jo alfaaz the unki dua ke, woh doosri doos</w:t>
      </w:r>
    </w:p>
    <w:p>
      <w:pPr>
        <w:pStyle w:val="Heading2"/>
      </w:pPr>
      <w:r>
        <w:t>Things That Hamper Spiritual Growth</w:t>
      </w:r>
    </w:p>
    <w:p>
      <w:r>
        <w:rPr>
          <w:color w:val="666666"/>
          <w:sz w:val="18"/>
        </w:rPr>
        <w:t>Spirituality · On Death June 08, 2014 · 2m 50s · at 50:24 · https://youtu.be/p0lSKQ0edmw?t=3024</w:t>
      </w:r>
    </w:p>
    <w:p>
      <w:r>
        <w:rPr>
          <w:i/>
        </w:rPr>
        <w:t>“What are the things that hamper a person's spiritual growth?”</w:t>
      </w:r>
    </w:p>
    <w:p>
      <w:r>
        <w:rPr>
          <w:sz w:val="20"/>
        </w:rPr>
        <w:t>50:24  maulana, agla sawal kya hai Agra se Usman sahib ne. Aur unhon ne poocha hai aap se ke "Please tell us according to you, what are the things which hampers a person's spiritual growth?" Woh to mein ne wohi keh diya.</w:t>
      </w:r>
      <w:r>
        <w:br/>
      </w:r>
      <w:r>
        <w:rPr>
          <w:sz w:val="20"/>
        </w:rPr>
        <w:t>50:43  Distraction. Ji, sab se bari killer jo hai, killer cheez woh hai distraction.</w:t>
      </w:r>
      <w:r>
        <w:br/>
      </w:r>
      <w:r>
        <w:rPr>
          <w:sz w:val="20"/>
        </w:rPr>
        <w:t>50:51  Distraction se mein har cheez ko leta hoon. Yaani bare necessity jo hai, jo bilkul zaroori cheez hai, us ke siwa jahan jahan aap apnay ko mashghool karte hain, woh sab distraction hai.</w:t>
      </w:r>
      <w:r>
        <w:br/>
      </w:r>
      <w:r>
        <w:rPr>
          <w:sz w:val="20"/>
        </w:rPr>
        <w:t>51:08  To ya to aadmi spirituality ki baat na kare. Woh kahe ke mujhe spirituality chahiye nahin. Agar baat karta hai to us ko us ki price deni paregi.</w:t>
      </w:r>
      <w:r>
        <w:br/>
      </w:r>
      <w:r>
        <w:rPr>
          <w:sz w:val="20"/>
        </w:rPr>
        <w:t>51:20  Logon ka haal yeh hai ke price diye baghair chahte hain ke un ko spirituality mil jaye. Kehte hain to possible nahin hai.</w:t>
      </w:r>
      <w:r>
        <w:br/>
      </w:r>
      <w:r>
        <w:rPr>
          <w:sz w:val="20"/>
        </w:rPr>
        <w:t>51:31  Aksar logon ko mein ne yahi paya hai ke woh chahte hain ke price diye baghair woh spirituality ko pa jayen. Yeh to possible nahin hai. Yeh to law of nature ke khilaf hai.</w:t>
      </w:r>
      <w:r>
        <w:br/>
      </w:r>
      <w:r>
        <w:rPr>
          <w:sz w:val="20"/>
        </w:rPr>
        <w:t>51:43  To yaad rakhiye, spirituality ki jo price hai, woh hai apnay aap ko distraction se bachana. Yahi price hai.</w:t>
      </w:r>
      <w:r>
        <w:br/>
      </w:r>
      <w:r>
        <w:rPr>
          <w:sz w:val="20"/>
        </w:rPr>
        <w:t>51:53  Ya to dijiye yeh price aur spirituality ko hasil kijiye. Aur nahin dena hai aap ko to phir spirituality ki baat hi mat kijiye.</w:t>
      </w:r>
      <w:r>
        <w:br/>
      </w:r>
      <w:r>
        <w:rPr>
          <w:sz w:val="20"/>
        </w:rPr>
        <w:t>52:10  dekhiye, jaise main kehta hoon, distraction se bachana wohi cheez hai jo Quran mein sabr kaha gaya hai.</w:t>
      </w:r>
      <w:r>
        <w:br/>
      </w:r>
      <w:r>
        <w:rPr>
          <w:sz w:val="20"/>
        </w:rPr>
        <w:t>52:20  isi ko to Quran mein sabr kaha gaya hai.</w:t>
      </w:r>
      <w:r>
        <w:br/>
      </w:r>
      <w:r>
        <w:rPr>
          <w:sz w:val="20"/>
        </w:rPr>
        <w:t>52:25  Quran mein yeh ayat hai ke "ولنبلونكم بشيء من الخوف والجوء منقص من الأموال والنفس والصبرات وبشر الصابرين" ۔</w:t>
      </w:r>
      <w:r>
        <w:br/>
      </w:r>
      <w:r>
        <w:rPr>
          <w:sz w:val="20"/>
        </w:rPr>
        <w:t>52:40  to tarah tarah ke nuksan, tarah tarah ka khona, tarah tarah ki aisi cheezein jo hum chahte nahi, woh pesh aati hain. Is par sabr karenge, tab ja kar aap ko Allah ki se qareeb hone ki tofeeq milegi.</w:t>
      </w:r>
      <w:r>
        <w:br/>
      </w:r>
      <w:r>
        <w:rPr>
          <w:sz w:val="20"/>
        </w:rPr>
        <w:t>52:58  yahi to hai distraction. Distraction mein bolta hoon aaj ke mind ko address karne ke liye, warna woh wohi cheez hai jis ko Quran mein sabr kaha gaya hai.</w:t>
      </w:r>
    </w:p>
    <w:p>
      <w:pPr>
        <w:pStyle w:val="Heading2"/>
      </w:pPr>
      <w:r>
        <w:t>Things that derail from love of God</w:t>
      </w:r>
    </w:p>
    <w:p>
      <w:r>
        <w:rPr>
          <w:color w:val="666666"/>
          <w:sz w:val="18"/>
        </w:rPr>
        <w:t>Spirituality · 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Ultimate limit of discovering helplessness</w:t>
      </w:r>
    </w:p>
    <w:p>
      <w:r>
        <w:rPr>
          <w:color w:val="666666"/>
          <w:sz w:val="18"/>
        </w:rPr>
        <w:t>Spirituality · The Importance of Thinking November 10, 2013 · 2m 24s · at 58:41 · https://youtu.be/y16CddTHoqE?t=3521</w:t>
      </w:r>
    </w:p>
    <w:p>
      <w:r>
        <w:rPr>
          <w:i/>
        </w:rPr>
        <w:t>“What is the ultimate limit of discovering helplessness? How can one know that they have discovered helplessness?”</w:t>
      </w:r>
    </w:p>
    <w:p>
      <w:r>
        <w:rPr>
          <w:sz w:val="20"/>
        </w:rPr>
        <w:t>58:41  to mein inshallah aap ko jawab doon ga. Maulana, agla sawal tamil nadu se hai Maulana Iqbal Umri ka</w:t>
      </w:r>
      <w:r>
        <w:br/>
      </w:r>
      <w:r>
        <w:rPr>
          <w:sz w:val="20"/>
        </w:rPr>
        <w:t>58:49  . unhon ne likha hai: "Maulana, ajz ki daryaft ki aakhri had kya hai? yani koi kaise yeh jaan sakta hai ke mein ajz ko daryaft kar chuka hoon?"</w:t>
      </w:r>
      <w:r>
        <w:br/>
      </w:r>
      <w:r>
        <w:rPr>
          <w:sz w:val="20"/>
        </w:rPr>
        <w:t>59:08  dekhen, mere tajrube ke mutabiq is ka jawab yeh hai ke jab aap ka haal yeh ho jaye ke aap ko aap ki praise ki jaye, aap ki tareef ki jaye,</w:t>
      </w:r>
      <w:r>
        <w:br/>
      </w:r>
      <w:r>
        <w:rPr>
          <w:sz w:val="20"/>
        </w:rPr>
        <w:t>59:26  aur aap ko is par koi khushi na ho, aur aap ko criticize kiya jaye, aap ki tanqeed ki jaye, aur is par aap ko kuch offend na ho, aap aap bura na lagay,</w:t>
      </w:r>
      <w:r>
        <w:br/>
      </w:r>
      <w:r>
        <w:rPr>
          <w:sz w:val="20"/>
        </w:rPr>
        <w:t>59:39  tab aap ne ajz ko jana.</w:t>
      </w:r>
      <w:r>
        <w:br/>
      </w:r>
      <w:r>
        <w:rPr>
          <w:sz w:val="20"/>
        </w:rPr>
        <w:t>59:45  yani aap ko bara. aap ko aap aap ko criticize kiya jaye aur aap offend na hon, aap ko praise kiya jaye aur aap khush na hon,</w:t>
      </w:r>
      <w:r>
        <w:br/>
      </w:r>
      <w:r>
        <w:rPr>
          <w:sz w:val="20"/>
        </w:rPr>
        <w:t>59:58  tab aap ne jana hai ke ajz ko daryaft kiya. baqi yeh hai ke ajz kis ka Allah ka qabool hoga, yeh alag baat hai.</w:t>
      </w:r>
      <w:r>
        <w:br/>
      </w:r>
      <w:r>
        <w:rPr>
          <w:sz w:val="20"/>
        </w:rPr>
        <w:t>1:00:07  phir bhi yeh baat baqi rahe gi ke is ka ajz Allah ka qabil-e-qubool thehray ga, woh Allah hi ko pata hai.</w:t>
      </w:r>
      <w:r>
        <w:br/>
      </w:r>
      <w:r>
        <w:rPr>
          <w:sz w:val="20"/>
        </w:rPr>
        <w:t>1:00:15  lekin definition ke aitbar se mein keh sakta hoon ke ajz ki definition yahi hai ke aadmi itna criticize ho jata hai,</w:t>
      </w:r>
      <w:r>
        <w:br/>
      </w:r>
      <w:r>
        <w:rPr>
          <w:sz w:val="20"/>
        </w:rPr>
        <w:t>1:00:29  itna criticize ho jata hai ke aadmi ko tareef sun kar woh kehta hai ke meri tareef kya? mein meri kon si tareef ki baat hai?</w:t>
      </w:r>
      <w:r>
        <w:br/>
      </w:r>
      <w:r>
        <w:rPr>
          <w:sz w:val="20"/>
        </w:rPr>
        <w:t>1:00:38  mere liye tanqeed sun kar sochta hai ke tanqeed par offend hone kya hai</w:t>
      </w:r>
      <w:r>
        <w:br/>
      </w:r>
      <w:r>
        <w:rPr>
          <w:sz w:val="20"/>
        </w:rPr>
        <w:t>1:00:45  ? mein to mein to woh aik aik ghalti kar raha hai, mere to hazar ghalti hai.</w:t>
      </w:r>
      <w:r>
        <w:br/>
      </w:r>
      <w:r>
        <w:rPr>
          <w:sz w:val="20"/>
        </w:rPr>
        <w:t>1:00:51  to ajz ki definition mein de raha hoon. baqi yeh hai ke kis ka ajz Allah ka qabool hoga, accept kiya jaye ga, woh alag baat hai.</w:t>
      </w:r>
      <w:r>
        <w:br/>
      </w:r>
      <w:r>
        <w:rPr>
          <w:sz w:val="20"/>
        </w:rPr>
        <w:t>1:01:00  is ka ilm sirf Allah ko hai.</w:t>
      </w:r>
    </w:p>
    <w:p>
      <w:pPr>
        <w:pStyle w:val="Heading2"/>
      </w:pPr>
      <w:r>
        <w:t>Understanding God's perspective on self</w:t>
      </w:r>
    </w:p>
    <w:p>
      <w:r>
        <w:rPr>
          <w:color w:val="666666"/>
          <w:sz w:val="18"/>
        </w:rPr>
        <w:t>Spirituality · Concept of Jihad in Islam September 7, 2014 · 3m 03s · at 54:40 · https://youtu.be/GnKBYM8HbuQ?t=3280</w:t>
      </w:r>
    </w:p>
    <w:p>
      <w:r>
        <w:rPr>
          <w:i/>
        </w:rPr>
        <w:t>“You had said you want each CPS member to look at himself the way God is looking at him. Can you please elaborate for our understanding what did you mean by that?”</w:t>
      </w:r>
    </w:p>
    <w:p>
      <w:r>
        <w:rPr>
          <w:sz w:val="20"/>
        </w:rPr>
        <w:t>54:40  maulana, agla sawal miss naghma siddiqui ne kiya hai dilli se, aur unhon ne likha hai ke you</w:t>
      </w:r>
      <w:r>
        <w:br/>
      </w:r>
      <w:r>
        <w:rPr>
          <w:sz w:val="20"/>
        </w:rPr>
        <w:t>54:45  had said you want each CPS member to look at himself the way God is looking at him.</w:t>
      </w:r>
      <w:r>
        <w:br/>
      </w:r>
      <w:r>
        <w:rPr>
          <w:sz w:val="20"/>
        </w:rPr>
        <w:t>54:51  Can you please elaborate for our understanding what did you mean by that?</w:t>
      </w:r>
      <w:r>
        <w:br/>
      </w:r>
      <w:r>
        <w:rPr>
          <w:sz w:val="20"/>
        </w:rPr>
        <w:t>54:56  Bhai, ek hadith hai, isi isi isi baat ko maine apne lafzon mein keh diya.</w:t>
      </w:r>
      <w:r>
        <w:br/>
      </w:r>
      <w:r>
        <w:rPr>
          <w:sz w:val="20"/>
        </w:rPr>
        <w:t>55:01  Ek hadith hai ke la tazal qadama abdin hatta yus'ala an arba Allah ke samne insan khara hoga</w:t>
      </w:r>
      <w:r>
        <w:br/>
      </w:r>
      <w:r>
        <w:rPr>
          <w:sz w:val="20"/>
        </w:rPr>
        <w:t>55:07  Aur hat nahi payega samne se jab tak char sal ka jawab na de de.</w:t>
      </w:r>
      <w:r>
        <w:br/>
      </w:r>
      <w:r>
        <w:rPr>
          <w:sz w:val="20"/>
        </w:rPr>
        <w:t>55:12  To wahi to hai ke aap is hadith par gaur kijiye ke wahan jab Allah ka barah-e-rast</w:t>
      </w:r>
      <w:r>
        <w:br/>
      </w:r>
      <w:r>
        <w:rPr>
          <w:sz w:val="20"/>
        </w:rPr>
        <w:t>55:18  Mujh se sawal hoga to main kya jawab dunga? Aur hadith mein yeh bhi hai ke har</w:t>
      </w:r>
      <w:r>
        <w:br/>
      </w:r>
      <w:r>
        <w:rPr>
          <w:sz w:val="20"/>
        </w:rPr>
        <w:t>55:23  Insan par woh waqt aayega ke woh Allah se uska dialogue hoga aur beech mein koi</w:t>
      </w:r>
      <w:r>
        <w:br/>
      </w:r>
      <w:r>
        <w:rPr>
          <w:sz w:val="20"/>
        </w:rPr>
        <w:t>55:28  Tarjuman nahi hoga.</w:t>
      </w:r>
      <w:r>
        <w:br/>
      </w:r>
      <w:r>
        <w:rPr>
          <w:sz w:val="20"/>
        </w:rPr>
        <w:t>55:34  Wa laysa bainahu wa baina hu tarjuman. Bari ajib baat hai.</w:t>
      </w:r>
      <w:r>
        <w:br/>
      </w:r>
      <w:r>
        <w:rPr>
          <w:sz w:val="20"/>
        </w:rPr>
        <w:t>55:39  Har insan Allah ke samne khara hoga aur beech mein koi tarjuman nahi hoga.</w:t>
      </w:r>
      <w:r>
        <w:br/>
      </w:r>
      <w:r>
        <w:rPr>
          <w:sz w:val="20"/>
        </w:rPr>
        <w:t>55:45  Yaani jo zuban Allah ki taraf se aayegi, wahi zuban aap bhi samjhenge aur bolenge.</w:t>
      </w:r>
      <w:r>
        <w:br/>
      </w:r>
      <w:r>
        <w:rPr>
          <w:sz w:val="20"/>
        </w:rPr>
        <w:t>55:50  Ek hi zuban.</w:t>
      </w:r>
      <w:r>
        <w:br/>
      </w:r>
      <w:r>
        <w:rPr>
          <w:sz w:val="20"/>
        </w:rPr>
        <w:t>55:55  To main samajhta hoon ke agar aadmi is tarah soche to har aadmi jaan lega ke wahan</w:t>
      </w:r>
      <w:r>
        <w:br/>
      </w:r>
      <w:r>
        <w:rPr>
          <w:sz w:val="20"/>
        </w:rPr>
        <w:t>56:01  Par mujh se kya sawal kiya jayega.</w:t>
      </w:r>
      <w:r>
        <w:br/>
      </w:r>
      <w:r>
        <w:rPr>
          <w:sz w:val="20"/>
        </w:rPr>
        <w:t>56:06  Koi mushkil kaam nahi.</w:t>
      </w:r>
      <w:r>
        <w:br/>
      </w:r>
      <w:r>
        <w:rPr>
          <w:sz w:val="20"/>
        </w:rPr>
        <w:t>56:12  Aap ka fitrat, aap ka shaoor yeh batane ke liye kafi hai ke jab main Allah ke samne</w:t>
      </w:r>
      <w:r>
        <w:br/>
      </w:r>
      <w:r>
        <w:rPr>
          <w:sz w:val="20"/>
        </w:rPr>
        <w:t>56:17  Khara hounga to mujh se kya sawal kiya jayega.</w:t>
      </w:r>
      <w:r>
        <w:br/>
      </w:r>
      <w:r>
        <w:rPr>
          <w:sz w:val="20"/>
        </w:rPr>
        <w:t>56:22  Is mein kisi logic ki zaroorat nahi hai, kisi philosophy ki zaroorat nahi hai.</w:t>
      </w:r>
      <w:r>
        <w:br/>
      </w:r>
      <w:r>
        <w:rPr>
          <w:sz w:val="20"/>
        </w:rPr>
        <w:t>56:28  Kaisi ajib baat hai.</w:t>
      </w:r>
      <w:r>
        <w:br/>
      </w:r>
      <w:r>
        <w:rPr>
          <w:sz w:val="20"/>
        </w:rPr>
        <w:t>56:33  Quran mein hai ke Yawma yaqoomu alnnasu lirabbi al'alamin jab khare honge log Allah ke samne, isi</w:t>
      </w:r>
      <w:r>
        <w:br/>
      </w:r>
      <w:r>
        <w:rPr>
          <w:sz w:val="20"/>
        </w:rPr>
        <w:t>56:39  Ka ta'beer hai hadith mein.</w:t>
      </w:r>
      <w:r>
        <w:br/>
      </w:r>
      <w:r>
        <w:rPr>
          <w:sz w:val="20"/>
        </w:rPr>
        <w:t>56:44  To bas yahi soche aadmi ke woh waqt jab aane wala hai ke jab main Allah ke samne</w:t>
      </w:r>
      <w:r>
        <w:br/>
      </w:r>
      <w:r>
        <w:rPr>
          <w:sz w:val="20"/>
        </w:rPr>
        <w:t>56:49  Apne aap ko paunga aur tarjuman ke baghair mujh se Allah ka dialogue hoga.</w:t>
      </w:r>
      <w:r>
        <w:br/>
      </w:r>
      <w:r>
        <w:rPr>
          <w:sz w:val="20"/>
        </w:rPr>
        <w:t>56:55  Aur aap jante hain ke har aadmi ko pata hai ke Allah par mere dil ka haal bhi</w:t>
      </w:r>
      <w:r>
        <w:br/>
      </w:r>
      <w:r>
        <w:rPr>
          <w:sz w:val="20"/>
        </w:rPr>
        <w:t>57:00  Khula hua hai.</w:t>
      </w:r>
      <w:r>
        <w:br/>
      </w:r>
      <w:r>
        <w:rPr>
          <w:sz w:val="20"/>
        </w:rPr>
        <w:t>57:06  woh janta hai ke mere mind mein kya soch chal raha hai, is ka bhi pata hai Allah taala ko.</w:t>
      </w:r>
      <w:r>
        <w:br/>
      </w:r>
      <w:r>
        <w:rPr>
          <w:sz w:val="20"/>
        </w:rPr>
        <w:t>57:11  isi liye Quran mein kaha gaya hai ke har aadmi agar apne aap bare mein soche toh woh</w:t>
      </w:r>
      <w:r>
        <w:br/>
      </w:r>
      <w:r>
        <w:rPr>
          <w:sz w:val="20"/>
        </w:rPr>
        <w:t>57:16  khud hi jaan sakta hai ke sachai kya hai.</w:t>
      </w:r>
      <w:r>
        <w:br/>
      </w:r>
      <w:r>
        <w:rPr>
          <w:sz w:val="20"/>
        </w:rPr>
        <w:t>57:22  balil lil insani wali nafsih wa saro toh mein toh aksar isi aayat ko sochta rehta hoon yom yaqoomun nas</w:t>
      </w:r>
      <w:r>
        <w:br/>
      </w:r>
      <w:r>
        <w:rPr>
          <w:sz w:val="20"/>
        </w:rPr>
        <w:t>57:27  lirab bil aalameen jis din log khare honge rab ul aalameen ke samne.</w:t>
      </w:r>
      <w:r>
        <w:br/>
      </w:r>
      <w:r>
        <w:rPr>
          <w:sz w:val="20"/>
        </w:rPr>
        <w:t>57:33  yahi ek aayat mere liye kafi hoti hai ke sari baatein mujh se khul jayen aur mujh ko</w:t>
      </w:r>
      <w:r>
        <w:br/>
      </w:r>
      <w:r>
        <w:rPr>
          <w:sz w:val="20"/>
        </w:rPr>
        <w:t>57:38  yeh aayat mujhe wazeh kar deti hai.</w:t>
      </w:r>
    </w:p>
    <w:p>
      <w:pPr>
        <w:pStyle w:val="Heading2"/>
      </w:pPr>
      <w:r>
        <w:t>Understanding Sabr as U-Turn</w:t>
      </w:r>
    </w:p>
    <w:p>
      <w:r>
        <w:rPr>
          <w:color w:val="666666"/>
          <w:sz w:val="18"/>
        </w:rPr>
        <w:t>Spirituality · The Method of Planning August 14, 2016 · 3m 48s · at 1:00:28 · https://youtu.be/84WV8NS2VKQ?t=3628</w:t>
      </w:r>
    </w:p>
    <w:p>
      <w:r>
        <w:rPr>
          <w:i/>
        </w:rPr>
        <w:t>“You said in today's lecture that patience (sabr) is taking a U-turn. I did not understand it.”</w:t>
      </w:r>
    </w:p>
    <w:p>
      <w:r>
        <w:rPr>
          <w:sz w:val="20"/>
        </w:rPr>
        <w:t>1:00:28  maulana, agla sawal bangalore se kya hai javed sahab ne, aur unhon ne likha hai ke maulana, you</w:t>
      </w:r>
      <w:r>
        <w:br/>
      </w:r>
      <w:r>
        <w:rPr>
          <w:sz w:val="20"/>
        </w:rPr>
        <w:t>1:00:34  said in today's lecture that sabr is taking a U-turn.</w:t>
      </w:r>
      <w:r>
        <w:br/>
      </w:r>
      <w:r>
        <w:rPr>
          <w:sz w:val="20"/>
        </w:rPr>
        <w:t>1:00:40  I did not understand it.</w:t>
      </w:r>
      <w:r>
        <w:br/>
      </w:r>
      <w:r>
        <w:rPr>
          <w:sz w:val="20"/>
        </w:rPr>
        <w:t>1:00:46  Can you elaborate as to how sabr means taking a U-turn?</w:t>
      </w:r>
      <w:r>
        <w:br/>
      </w:r>
      <w:r>
        <w:rPr>
          <w:sz w:val="20"/>
        </w:rPr>
        <w:t>1:00:51  dikhye, sabr ka matlab kya hai? Patience, tahammul, yani react na karna.</w:t>
      </w:r>
      <w:r>
        <w:br/>
      </w:r>
      <w:r>
        <w:rPr>
          <w:sz w:val="20"/>
        </w:rPr>
        <w:t>1:00:57  sabr ka matlab hai react na karte hue sochna.</w:t>
      </w:r>
      <w:r>
        <w:br/>
      </w:r>
      <w:r>
        <w:rPr>
          <w:sz w:val="20"/>
        </w:rPr>
        <w:t>1:01:03  yani koi soorat-e-haal pesh aayi to aadmi kya karta hai? Foran react karta hai.</w:t>
      </w:r>
      <w:r>
        <w:br/>
      </w:r>
      <w:r>
        <w:rPr>
          <w:sz w:val="20"/>
        </w:rPr>
        <w:t>1:01:09  koi bhi soorat-e-haal pesh aaye, mushtael ho jata hai, ghussa ho jata hai, react karta hai.</w:t>
      </w:r>
      <w:r>
        <w:br/>
      </w:r>
      <w:r>
        <w:rPr>
          <w:sz w:val="20"/>
        </w:rPr>
        <w:t>1:01:15  to is ka jo ulta hai, woh sabr hai.</w:t>
      </w:r>
      <w:r>
        <w:br/>
      </w:r>
      <w:r>
        <w:rPr>
          <w:sz w:val="20"/>
        </w:rPr>
        <w:t>1:01:20  is ka ulta jo hai, woh sabr hai.</w:t>
      </w:r>
      <w:r>
        <w:br/>
      </w:r>
      <w:r>
        <w:rPr>
          <w:sz w:val="20"/>
        </w:rPr>
        <w:t>1:01:26  to is ka maani hai ke jo instinct jo aata hai aadmi ke mind mein, jo baat hai,</w:t>
      </w:r>
      <w:r>
        <w:br/>
      </w:r>
      <w:r>
        <w:rPr>
          <w:sz w:val="20"/>
        </w:rPr>
        <w:t>1:01:32  isko na is se mutasir na ho kar ke doosra U-turn lene wala.</w:t>
      </w:r>
      <w:r>
        <w:br/>
      </w:r>
      <w:r>
        <w:rPr>
          <w:sz w:val="20"/>
        </w:rPr>
        <w:t>1:01:38  to practical tor par dekhen, yeh to U-turn hai.</w:t>
      </w:r>
      <w:r>
        <w:br/>
      </w:r>
      <w:r>
        <w:rPr>
          <w:sz w:val="20"/>
        </w:rPr>
        <w:t>1:01:44  aap chal rahe hain, chal rahe hain, society bombing kar rahe hain aur political activity chala rahe hain,</w:t>
      </w:r>
      <w:r>
        <w:br/>
      </w:r>
      <w:r>
        <w:rPr>
          <w:sz w:val="20"/>
        </w:rPr>
        <w:t>1:01:49  lekin koi result nahi nikalta.</w:t>
      </w:r>
      <w:r>
        <w:br/>
      </w:r>
      <w:r>
        <w:rPr>
          <w:sz w:val="20"/>
        </w:rPr>
        <w:t>1:01:55  to sabr karna padega, tab sochenge aap.</w:t>
      </w:r>
      <w:r>
        <w:br/>
      </w:r>
      <w:r>
        <w:rPr>
          <w:sz w:val="20"/>
        </w:rPr>
        <w:t>1:02:01  yani logon ko bharkane ko bhulana padega, nuksan ko bhulana padega, logon ke sazishon ko bhulana padega.</w:t>
      </w:r>
      <w:r>
        <w:br/>
      </w:r>
      <w:r>
        <w:rPr>
          <w:sz w:val="20"/>
        </w:rPr>
        <w:t>1:02:07  It requires patience.</w:t>
      </w:r>
      <w:r>
        <w:br/>
      </w:r>
      <w:r>
        <w:rPr>
          <w:sz w:val="20"/>
        </w:rPr>
        <w:t>1:02:13  to jab tak aap sabr nahi karenge, aap ke andar tahammul nahi aayega, aap ke andar</w:t>
      </w:r>
      <w:r>
        <w:br/>
      </w:r>
      <w:r>
        <w:rPr>
          <w:sz w:val="20"/>
        </w:rPr>
        <w:t>1:02:18  positive thinking nahi aayegi, aap objective andaaz mein assess nahi kar payenge.</w:t>
      </w:r>
      <w:r>
        <w:br/>
      </w:r>
      <w:r>
        <w:rPr>
          <w:sz w:val="20"/>
        </w:rPr>
        <w:t>1:02:24  yahi to sabr hai, aur kya hai? Quran mein dekhiye, ek aayat hai fasbir kama sabara uli al-awliya</w:t>
      </w:r>
      <w:r>
        <w:br/>
      </w:r>
      <w:r>
        <w:rPr>
          <w:sz w:val="20"/>
        </w:rPr>
        <w:t>1:02:30  min rusulim la ta'ajjil lahum.</w:t>
      </w:r>
      <w:r>
        <w:br/>
      </w:r>
      <w:r>
        <w:rPr>
          <w:sz w:val="20"/>
        </w:rPr>
        <w:t>1:02:36  to Quran mein sabr ka ulta ajlat bataya gaya hai.</w:t>
      </w:r>
      <w:r>
        <w:br/>
      </w:r>
      <w:r>
        <w:rPr>
          <w:sz w:val="20"/>
        </w:rPr>
        <w:t>1:02:42  sabr ka ulta ajlat, jald bazi.</w:t>
      </w:r>
      <w:r>
        <w:br/>
      </w:r>
      <w:r>
        <w:rPr>
          <w:sz w:val="20"/>
        </w:rPr>
        <w:t>1:02:47  to jald bazi kia hai? Reaction hai.</w:t>
      </w:r>
      <w:r>
        <w:br/>
      </w:r>
      <w:r>
        <w:rPr>
          <w:sz w:val="20"/>
        </w:rPr>
        <w:t>1:02:53  to reaction ka ulta kia hai? Positive thinking hai.</w:t>
      </w:r>
      <w:r>
        <w:br/>
      </w:r>
      <w:r>
        <w:rPr>
          <w:sz w:val="20"/>
        </w:rPr>
        <w:t>1:02:59  to aap ghor kariye, to amalan sabr ka matlab yahi hota hai.</w:t>
      </w:r>
      <w:r>
        <w:br/>
      </w:r>
      <w:r>
        <w:rPr>
          <w:sz w:val="20"/>
        </w:rPr>
        <w:t>1:03:05  aap khud ghor karenge to aap ko aap par clear ho jayegi yeh baat.</w:t>
      </w:r>
      <w:r>
        <w:br/>
      </w:r>
      <w:r>
        <w:rPr>
          <w:sz w:val="20"/>
        </w:rPr>
        <w:t>1:03:11  Okay, so we will end this session now.</w:t>
      </w:r>
      <w:r>
        <w:br/>
      </w:r>
      <w:r>
        <w:rPr>
          <w:sz w:val="20"/>
        </w:rPr>
        <w:t>1:03:17  If you want to join CPS Peace and Dawah initiatives or you want to be a Quran distributor in your local area, then kindly write to us at info@cpsglobal.org. We will be back next Sunday, same time at 10:30 AM. Thank you.</w:t>
      </w:r>
    </w:p>
    <w:p>
      <w:pPr>
        <w:pStyle w:val="Heading2"/>
      </w:pPr>
      <w:r>
        <w:t>Understanding Tawbah Nasuh as self-evaluation</w:t>
      </w:r>
    </w:p>
    <w:p>
      <w:r>
        <w:rPr>
          <w:color w:val="666666"/>
          <w:sz w:val="18"/>
        </w:rPr>
        <w:t>Spirituality · Tawbah-e-Nasuh (Sincere Repentance) 16 Feb 2020 - Maulana Wahiduddin Khan · 2m 03s · at 36:35 · https://youtu.be/0CccKs-1Uu8?t=2195</w:t>
      </w:r>
    </w:p>
    <w:p>
      <w:r>
        <w:rPr>
          <w:i/>
        </w:rPr>
        <w:t>“Can I understand that the same is for Tawbah Nasuh (sincere repentance) is to sit back, take stock and replan after every action?”</w:t>
      </w:r>
    </w:p>
    <w:p>
      <w:r>
        <w:rPr>
          <w:sz w:val="20"/>
        </w:rPr>
        <w:t>36:35  Maulana Bangalore se Riyaz Bhat sahib ne sawal bheja hai. Unhon ne likha hai: "It is mercifulness of Almighty Allah that with every interpretation of verses of the Quran we are being led to illumination of wisdom revealed by the Creator.</w:t>
      </w:r>
      <w:r>
        <w:br/>
      </w:r>
      <w:r>
        <w:rPr>
          <w:sz w:val="20"/>
        </w:rPr>
        <w:t>36:55  I understand that it is proven fact among scholars that sensitivity towards self-evaluation shapes the positive personality of a person and any believer has to keep it as main priority.</w:t>
      </w:r>
      <w:r>
        <w:br/>
      </w:r>
      <w:r>
        <w:rPr>
          <w:sz w:val="20"/>
        </w:rPr>
        <w:t>37:13  My question is can I understand that the same is for tauba nasuh is to sit back, take stock and replan after every action." Main to khatir sahi hai aap ki soch.</w:t>
      </w:r>
      <w:r>
        <w:br/>
      </w:r>
      <w:r>
        <w:rPr>
          <w:sz w:val="20"/>
        </w:rPr>
        <w:t>37:29  Tauba nasuh isi tarah</w:t>
      </w:r>
      <w:r>
        <w:br/>
      </w:r>
      <w:r>
        <w:rPr>
          <w:sz w:val="20"/>
        </w:rPr>
        <w:t>37:33  ka process aap ke andar jari karna hai. Tauba nasuh dekhiye, ek process hai. Ek lambi ki baat nahi hai.</w:t>
      </w:r>
      <w:r>
        <w:br/>
      </w:r>
      <w:r>
        <w:rPr>
          <w:sz w:val="20"/>
        </w:rPr>
        <w:t>37:43  Ke aap mujh se bol den ke maine tauba naseeb kiya. Is se kuch nahi hota. Aap ko apne andar ek process</w:t>
      </w:r>
      <w:r>
        <w:br/>
      </w:r>
      <w:r>
        <w:rPr>
          <w:sz w:val="20"/>
        </w:rPr>
        <w:t>37:51  jari karna hoga. Ek amal jari karna hoga. Tab woh tauba nasuh banega.</w:t>
      </w:r>
      <w:r>
        <w:br/>
      </w:r>
      <w:r>
        <w:rPr>
          <w:sz w:val="20"/>
        </w:rPr>
        <w:t>38:04  Professor Fareeda Khanam ne Delhi se comment bheja hai. Unhon ne likha hai: "I knew about tauba nasuh but I have realized it only today when you explained it by giving examples." Doctor Naghma Siddiqui ne Delhi se likha hai: "Molana I realized the importance of</w:t>
      </w:r>
      <w:r>
        <w:br/>
      </w:r>
      <w:r>
        <w:rPr>
          <w:sz w:val="20"/>
        </w:rPr>
        <w:t>38:25  sincere and immediate repentance today. I will inshallah watch over myself and change and purify myself all the time."</w:t>
      </w:r>
    </w:p>
    <w:p>
      <w:pPr>
        <w:pStyle w:val="Heading2"/>
      </w:pPr>
      <w:r>
        <w:t>Understanding the meaning of taqwa</w:t>
      </w:r>
    </w:p>
    <w:p>
      <w:r>
        <w:rPr>
          <w:color w:val="666666"/>
          <w:sz w:val="18"/>
        </w:rPr>
        <w:t>Spirituality · Spirit of Ramadan June 14, 2015 · 4m 00s · at 1:02:46 · https://youtu.be/mKQdhE2rhdQ?t=3766</w:t>
      </w:r>
    </w:p>
    <w:p>
      <w:r>
        <w:rPr>
          <w:i/>
        </w:rPr>
        <w:t>“You said the real thing is taqwa. What is this taqwa?”</w:t>
      </w:r>
    </w:p>
    <w:p>
      <w:r>
        <w:rPr>
          <w:sz w:val="20"/>
        </w:rPr>
        <w:t>1:02:46  unhon ne kaha chalo yeh bhi theek hai. sab se acha formula yahi hai. Maulana, inhi ka agla sawal hai. Maulana, aap ne bataya asal cheez taqwa hai.</w:t>
      </w:r>
      <w:r>
        <w:br/>
      </w:r>
      <w:r>
        <w:rPr>
          <w:sz w:val="20"/>
        </w:rPr>
        <w:t>1:02:59  yeh taqwa kya hai?</w:t>
      </w:r>
      <w:r>
        <w:br/>
      </w:r>
      <w:r>
        <w:rPr>
          <w:sz w:val="20"/>
        </w:rPr>
        <w:t>1:03:01  taqwa spirit ka naam hai. taqwa koi mysterious cheez nahi hai. spirit, spirit yani aik hota hai form, aik hoti hai spirit.</w:t>
      </w:r>
      <w:r>
        <w:br/>
      </w:r>
      <w:r>
        <w:rPr>
          <w:sz w:val="20"/>
        </w:rPr>
        <w:t>1:03:13  to jo log aam taur par log bas form ko jante hain, is form ke peeche jo spirit hai us se bekhabar hain. misaal ke taur par roza hai.</w:t>
      </w:r>
      <w:r>
        <w:br/>
      </w:r>
      <w:r>
        <w:rPr>
          <w:sz w:val="20"/>
        </w:rPr>
        <w:t>1:03:21  roze mein yeh jante hain ke kya hamein lena hai?</w:t>
      </w:r>
      <w:r>
        <w:br/>
      </w:r>
      <w:r>
        <w:rPr>
          <w:sz w:val="20"/>
        </w:rPr>
        <w:t>1:03:26  yeh khana, yeh pani, woh samaan, yeh chahiye mujhe taake khoob khayein sehri ke waqt taake bhook na lage.</w:t>
      </w:r>
      <w:r>
        <w:br/>
      </w:r>
      <w:r>
        <w:rPr>
          <w:sz w:val="20"/>
        </w:rPr>
        <w:t>1:03:37  to yeh lena hai. to roze mein log jo jo form logon ne pakad rakha hai woh taking spirit par base karta hai.</w:t>
      </w:r>
      <w:r>
        <w:br/>
      </w:r>
      <w:r>
        <w:rPr>
          <w:sz w:val="20"/>
        </w:rPr>
        <w:t>1:03:46  doosra jo maine arz kiya woh giving spirit, doosron ko dena.</w:t>
      </w:r>
      <w:r>
        <w:br/>
      </w:r>
      <w:r>
        <w:rPr>
          <w:sz w:val="20"/>
        </w:rPr>
        <w:t>1:03:53  to har cheez mein aik form hota hai, aik spirit hoti hai. Islam ki jitni bhi taleemat hain, jitni bhi teaching hain, sab spirit ke aitbaar se unki importance hai, form ke aitbaar se nahi hai.</w:t>
      </w:r>
      <w:r>
        <w:br/>
      </w:r>
      <w:r>
        <w:rPr>
          <w:sz w:val="20"/>
        </w:rPr>
        <w:t>1:04:08  Maulana, yeh agla comment aaya hai Shafi Dar sahib ka Kashmir se. Respected Maulana sahib, Assalam-o-Alaikum. I heard your last Sunday talk and it was full of inspiration.</w:t>
      </w:r>
      <w:r>
        <w:br/>
      </w:r>
      <w:r>
        <w:rPr>
          <w:sz w:val="20"/>
        </w:rPr>
        <w:t>1:04:22  I was thinking that I am suffering in discrimination somewhere in my job and in my relationship, but your Sunday lecture helped me a lot and I thank Allah Almighty that He provided me a chance to hear your lecture.</w:t>
      </w:r>
      <w:r>
        <w:br/>
      </w:r>
      <w:r>
        <w:rPr>
          <w:sz w:val="20"/>
        </w:rPr>
        <w:t>1:04:39  otherwise I would have died in a state of negative mentality and discrimination.</w:t>
      </w:r>
      <w:r>
        <w:br/>
      </w:r>
      <w:r>
        <w:rPr>
          <w:sz w:val="20"/>
        </w:rPr>
        <w:t>1:04:46  dekhiye, main phir kahunga ke jo aadmi discrimination ki boli bolta hai, woh ka koi talluq Islam se nahi hai.</w:t>
      </w:r>
      <w:r>
        <w:br/>
      </w:r>
      <w:r>
        <w:rPr>
          <w:sz w:val="20"/>
        </w:rPr>
        <w:t>1:04:57  Islam mein discrimination ki boli sirf Satan ki thi, Satan ki, na Rasool ki, na Sahabi ki. yeh yeh Rasool Islam ki boli nahi hai.</w:t>
      </w:r>
      <w:r>
        <w:br/>
      </w:r>
      <w:r>
        <w:rPr>
          <w:sz w:val="20"/>
        </w:rPr>
        <w:t>1:05:08  discrimination yeh Satan ki boli hai.</w:t>
      </w:r>
      <w:r>
        <w:br/>
      </w:r>
      <w:r>
        <w:rPr>
          <w:sz w:val="20"/>
        </w:rPr>
        <w:t>1:05:11  Satan ne kaha tha ke khalaqni min naar wa khalaqtani min teen ke main is se mera darja bada hai aur insaan ka darja chota hai.</w:t>
      </w:r>
      <w:r>
        <w:br/>
      </w:r>
      <w:r>
        <w:rPr>
          <w:sz w:val="20"/>
        </w:rPr>
        <w:t>1:05:22  to to ne is ko badha diya, mujhe peeche peeche kar diya. yeh discriminate ki Rasool Allah par ilzaam lagaya discrimination ka.</w:t>
      </w:r>
      <w:r>
        <w:br/>
      </w:r>
      <w:r>
        <w:rPr>
          <w:sz w:val="20"/>
        </w:rPr>
        <w:t>1:05:31  to jo aadmi yaad rakhiye, discrimination mein ki boli bolta hai, woh Satan ki boli bolta hai, Satan ki boli bolta hai.</w:t>
      </w:r>
      <w:r>
        <w:br/>
      </w:r>
      <w:r>
        <w:rPr>
          <w:sz w:val="20"/>
        </w:rPr>
        <w:t>1:05:40  isi liye aap poora jo Quran o Hadees hai, kahin padh kar dikha dijiye, koi paighambar bola ho description ki boli, koi Sahabi bola ho description ki boli, yeh sirf Satan hai jo bola tha.</w:t>
      </w:r>
      <w:r>
        <w:br/>
      </w:r>
      <w:r>
        <w:rPr>
          <w:sz w:val="20"/>
        </w:rPr>
        <w:t>1:05:52  isi ko log follow kar rahe hain. ab bohat khatarnak baat yaad rakhiye ke Quran mein hai Allah taala ne farmaya ke jo Shaitan ko follow karega to main uska anjaam Shaitan ke saath karunga.</w:t>
      </w:r>
      <w:r>
        <w:br/>
      </w:r>
      <w:r>
        <w:rPr>
          <w:sz w:val="20"/>
        </w:rPr>
        <w:t>1:06:04  to kya yeh yeh risk lene ke tayyar hain woh log jo discrimination ki boli bolte hain? jo log discrimination ki boli bolte hain, woh Satan ki boli bolte hain.</w:t>
      </w:r>
      <w:r>
        <w:br/>
      </w:r>
      <w:r>
        <w:rPr>
          <w:sz w:val="20"/>
        </w:rPr>
        <w:t>1:06:15  aur Satan ki boli walon ke liye Quran mein hai ke jo boli bolega to uska wahi hoga anjaam jo Satan ka ho</w:t>
      </w:r>
      <w:r>
        <w:br/>
      </w:r>
      <w:r>
        <w:rPr>
          <w:sz w:val="20"/>
        </w:rPr>
        <w:t>1:06:24  ga. to sochna chahiye in logon ko ke woh kya kis cheez ka risk le rahe hain jo Satan ki boli ko, jo risk discrimination ki boli bolte hain.</w:t>
      </w:r>
      <w:r>
        <w:br/>
      </w:r>
      <w:r>
        <w:rPr>
          <w:sz w:val="20"/>
        </w:rPr>
        <w:t>1:06:33  bohat bohat hi bohat hi bara risk le rahe hain aise log. Discrimination ko main Islam mein bilkul hi jaiz nahi samajhta. Yeh Satan ki boli jaiz kaise ho jayegi?</w:t>
      </w:r>
    </w:p>
    <w:p>
      <w:pPr>
        <w:pStyle w:val="Heading2"/>
      </w:pPr>
      <w:r>
        <w:t>What is Sabr-e-Jameel (beautiful patience)?</w:t>
      </w:r>
    </w:p>
    <w:p>
      <w:r>
        <w:rPr>
          <w:color w:val="666666"/>
          <w:sz w:val="18"/>
        </w:rPr>
        <w:t>Spirituality · Divine Help March 31, 2019 Maulana Wahiduddin Khan · 3m 40s · at 41:40 · https://youtu.be/o5-R5Rjs5Cw?t=2500</w:t>
      </w:r>
    </w:p>
    <w:p>
      <w:r>
        <w:rPr>
          <w:i/>
        </w:rPr>
        <w:t>“What is Sabr-e-Jameel (beautiful patience)? Please explain it.”</w:t>
      </w:r>
    </w:p>
    <w:p>
      <w:r>
        <w:rPr>
          <w:sz w:val="20"/>
        </w:rPr>
        <w:t>41:40  maulana, agla ek comment aur sawal hai jo umm ashait sahiba ne bheja hai chennai se, unhon ne likha hai: "Today I learned that what is planning of God?</w:t>
      </w:r>
      <w:r>
        <w:br/>
      </w:r>
      <w:r>
        <w:rPr>
          <w:sz w:val="20"/>
        </w:rPr>
        <w:t>41:56  The great plan of God in history is Hazrat Hajirah's model changed into Kaba model, and now in modern era the toti malhotra ka model will inshaAllah change into global women model.</w:t>
      </w:r>
      <w:r>
        <w:br/>
      </w:r>
      <w:r>
        <w:rPr>
          <w:sz w:val="20"/>
        </w:rPr>
        <w:t>42:11  jazak Allah maulana. phir un ka sawal hai maulana, unhon ne aap se poocha hai ke sabr jameel kya hai, is ki wazahat karen.</w:t>
      </w:r>
      <w:r>
        <w:br/>
      </w:r>
      <w:r>
        <w:rPr>
          <w:sz w:val="20"/>
        </w:rPr>
        <w:t>42:29  sabr jameel ka matlab hai ke shikayat ke baghair sabr karna.</w:t>
      </w:r>
      <w:r>
        <w:br/>
      </w:r>
      <w:r>
        <w:rPr>
          <w:sz w:val="20"/>
        </w:rPr>
        <w:t>42:37  bas musalman jeete hain shikayaton mein ke zulm ho raha hai, yeh ho raha hai, woh ho raha hai. to shikayat ke baghair sabr karna, yahi sabr jameel hai.</w:t>
      </w:r>
      <w:r>
        <w:br/>
      </w:r>
      <w:r>
        <w:rPr>
          <w:sz w:val="20"/>
        </w:rPr>
        <w:t>42:57  Maulana, un ka ek aur comment aaya hai abhi abhi jo hum parhna chahein ge.</w:t>
      </w:r>
      <w:r>
        <w:br/>
      </w:r>
      <w:r>
        <w:rPr>
          <w:sz w:val="20"/>
        </w:rPr>
        <w:t>43:00  to Umm Ish'aat sahibah ne likha hai: "Maulana, main musalsal teen din se kitaab Qayamat ka Kalam parh</w:t>
      </w:r>
      <w:r>
        <w:br/>
      </w:r>
      <w:r>
        <w:rPr>
          <w:sz w:val="20"/>
        </w:rPr>
        <w:t>43:09  rahi thi to mujhe mehsoos hua ke aaj hi mein musalman hui hoon aur main aaj dobara kalma</w:t>
      </w:r>
      <w:r>
        <w:br/>
      </w:r>
      <w:r>
        <w:rPr>
          <w:sz w:val="20"/>
        </w:rPr>
        <w:t>43:16  parhna chahti hoon."</w:t>
      </w:r>
      <w:r>
        <w:br/>
      </w:r>
      <w:r>
        <w:rPr>
          <w:sz w:val="20"/>
        </w:rPr>
        <w:t>43:18  jazak Allah Maulana, you are a person who is giving guidance globally in the modern era and in</w:t>
      </w:r>
      <w:r>
        <w:br/>
      </w:r>
      <w:r>
        <w:rPr>
          <w:sz w:val="20"/>
        </w:rPr>
        <w:t>43:25  the age of communication.</w:t>
      </w:r>
      <w:r>
        <w:br/>
      </w:r>
      <w:r>
        <w:rPr>
          <w:sz w:val="20"/>
        </w:rPr>
        <w:t>43:28  masha Allah, jazakum Allah.</w:t>
      </w:r>
      <w:r>
        <w:br/>
      </w:r>
      <w:r>
        <w:rPr>
          <w:sz w:val="20"/>
        </w:rPr>
        <w:t>43:34  maulana, ek sawal aaya hai rahel ali sahib ka, unhon ne apni location nahi likhi hai. un ka sawal hai ke how can I make a non-Muslim understand tauheed, is ke bare mein bataen.</w:t>
      </w:r>
      <w:r>
        <w:br/>
      </w:r>
      <w:r>
        <w:rPr>
          <w:sz w:val="20"/>
        </w:rPr>
        <w:t>43:52  bhai, yeh to is zamane mein, yani science ke zamane mein, bohat hi asan ho chuka hai. hamari koi kitab hai "Al Islam wa Tauheed", woh tauheedi par to hai, woh kitab.</w:t>
      </w:r>
      <w:r>
        <w:br/>
      </w:r>
      <w:r>
        <w:rPr>
          <w:sz w:val="20"/>
        </w:rPr>
        <w:t>44:06  is ka naam angrezi mein hai "God Rises" . us ko aap parhiye, woh kitab tauheed hai, woh</w:t>
      </w:r>
      <w:r>
        <w:br/>
      </w:r>
      <w:r>
        <w:rPr>
          <w:sz w:val="20"/>
        </w:rPr>
        <w:t>44:20  aap us ko parhiye, insha Allah us par aap ko jawab mil jayega.</w:t>
      </w:r>
      <w:r>
        <w:br/>
      </w:r>
      <w:r>
        <w:rPr>
          <w:sz w:val="20"/>
        </w:rPr>
        <w:t>44:34  aur agar aap ko mere siwa kisi aur ki kitab parhna hai, is ka bhi naam batata hoon mein aap ko. ek kitab hai jis ka naam hai angrezi mein "Evidence of God in an Expanding Universe" .</w:t>
      </w:r>
      <w:r>
        <w:br/>
      </w:r>
      <w:r>
        <w:rPr>
          <w:sz w:val="20"/>
        </w:rPr>
        <w:t>44:51  arabi mein is ka title hai "Allah Yatjalla Fi Asr Al Ilm" . arabic mein title hai "Allah Yatjalla Fi Asr Al Ilm" .</w:t>
      </w:r>
      <w:r>
        <w:br/>
      </w:r>
      <w:r>
        <w:rPr>
          <w:sz w:val="20"/>
        </w:rPr>
        <w:t>45:03  angrezi mein title hai "Evidence of God in an Expanding Universe" . parhiye us ko, reading parhaiye, reading parhana bohat zaroori hai.</w:t>
      </w:r>
    </w:p>
    <w:p>
      <w:pPr>
        <w:pStyle w:val="Heading2"/>
      </w:pPr>
      <w:r>
        <w:t>Why Learning Islam Hardens Heart</w:t>
      </w:r>
    </w:p>
    <w:p>
      <w:r>
        <w:rPr>
          <w:color w:val="666666"/>
          <w:sz w:val="18"/>
        </w:rPr>
        <w:t>Spirituality · Life After Death January 22, 2012 · 4m 10s · at 1:28:24 · https://youtu.be/5hVH1BLKBF4?t=5304</w:t>
      </w:r>
    </w:p>
    <w:p>
      <w:r>
        <w:rPr>
          <w:i/>
        </w:rPr>
        <w:t>“Most of the Muslims who follow the Islamic scholars and know a little bit of Quran and Hadith are away from the love of humanity. Why does the learning of Islam lead to stiffening of one's heart?”</w:t>
      </w:r>
    </w:p>
    <w:p>
      <w:r>
        <w:rPr>
          <w:sz w:val="20"/>
        </w:rPr>
        <w:t>1:28:24  is mein koi sawab nahi hai. maulana, in ka doosra sawal yeh hai, unhone likha hai: "Most of the Muslims who follow the Islamic scholars and know a little bit of Quran and Hadith are away from the love of humanity.</w:t>
      </w:r>
      <w:r>
        <w:br/>
      </w:r>
      <w:r>
        <w:rPr>
          <w:sz w:val="20"/>
        </w:rPr>
        <w:t>1:28:41  Why does the learning of Islam lead one to stiffening of one's heart?"</w:t>
      </w:r>
      <w:r>
        <w:br/>
      </w:r>
      <w:r>
        <w:rPr>
          <w:sz w:val="20"/>
        </w:rPr>
        <w:t>1:28:50  nahi, yeh yeh stiffening jo aayi hai yeh quran o hadith se nahi aayi hai. chhodne ki niyat mein aayi hai, chhodne ki.</w:t>
      </w:r>
      <w:r>
        <w:br/>
      </w:r>
      <w:r>
        <w:rPr>
          <w:sz w:val="20"/>
        </w:rPr>
        <w:t>1:28:59  is ko kehte hain qasawat. qasawat chhoden. agar woh quran ko padhen, hadith ko padhen, rasool allah ki seerat ko padhen to is mein dil naram hoga.</w:t>
      </w:r>
      <w:r>
        <w:br/>
      </w:r>
      <w:r>
        <w:rPr>
          <w:sz w:val="20"/>
        </w:rPr>
        <w:t>1:29:09  woh softening ke zariye aayi hai, stiffening ke zariye nahi hai. yani qasawat nahi aayegi balkeh dil naram ho gaye. log log log keh rahe hain ke woh padhte hi nahi hain.</w:t>
      </w:r>
      <w:r>
        <w:br/>
      </w:r>
      <w:r>
        <w:rPr>
          <w:sz w:val="20"/>
        </w:rPr>
        <w:t>1:29:20  bahut se bahut quran ki tilawat kar lete hain. quran ka zikr kaun karta hai? to jitna zyada gehrai ke sath log quran ko padhenge, sunnat rasool ko padhenge, hadith ko padhenge, sahaba ki zindagi ko padhenge, utne hi logon ke dil naram honge.</w:t>
      </w:r>
      <w:r>
        <w:br/>
      </w:r>
      <w:r>
        <w:rPr>
          <w:sz w:val="20"/>
        </w:rPr>
        <w:t>1:29:36  aur jitna is ko chhodenge utni qasawat aayegi.</w:t>
      </w:r>
      <w:r>
        <w:br/>
      </w:r>
      <w:r>
        <w:rPr>
          <w:sz w:val="20"/>
        </w:rPr>
        <w:t>1:29:40  yeh hai saada formula is ka.</w:t>
      </w:r>
      <w:r>
        <w:br/>
      </w:r>
      <w:r>
        <w:rPr>
          <w:sz w:val="20"/>
        </w:rPr>
        <w:t>1:29:44  dilli se misr muhammad sadiq ne likha hai: "We Muslims believe this. We Muslims believe this worldly life only once.</w:t>
      </w:r>
      <w:r>
        <w:br/>
      </w:r>
      <w:r>
        <w:rPr>
          <w:sz w:val="20"/>
        </w:rPr>
        <w:t>1:29:55  But non-Muslims believe seven times life and birth. Please tell us how to make them understand logically as they don't believe Quran and Islamic concepts."</w:t>
      </w:r>
      <w:r>
        <w:br/>
      </w:r>
      <w:r>
        <w:rPr>
          <w:sz w:val="20"/>
        </w:rPr>
        <w:t>1:30:10  kitaben padhiye, padhwaiye. khud hi padhiye to padhwaiye. aur koi doosra zariya nahi hai. khud apne yani aap apna intellectual development kijiye.</w:t>
      </w:r>
      <w:r>
        <w:br/>
      </w:r>
      <w:r>
        <w:rPr>
          <w:sz w:val="20"/>
        </w:rPr>
        <w:t>1:30:24  aur sab mutale se hota hai, study ke zariye hota hai. khud padhiye to padhwaiye. yahi tareeqa hai. maulana sharukh hussain ne dilli se likha hai: "इस्लाम में मायूसी हराम क्यों है?</w:t>
      </w:r>
      <w:r>
        <w:br/>
      </w:r>
      <w:r>
        <w:rPr>
          <w:sz w:val="20"/>
        </w:rPr>
        <w:t>1:30:39  "haram is liye hai ke duniya ko allah taala ne is tarah banaya hai ke yahan mayoos hone ki zaroorat hi nahi hai.</w:t>
      </w:r>
      <w:r>
        <w:br/>
      </w:r>
      <w:r>
        <w:rPr>
          <w:sz w:val="20"/>
        </w:rPr>
        <w:t>1:30:52  misal ke taur par agar koi shakhs pani na piya bhar jaye to haram hoga is ke liye. kyun? pani itna abundantly maujood hai ke aap kahin bhi pani, zameen khoden to pani hai, darya ko dekhen to pani hai, samandar ko dekhen to pani hai.</w:t>
      </w:r>
      <w:r>
        <w:br/>
      </w:r>
      <w:r>
        <w:rPr>
          <w:sz w:val="20"/>
        </w:rPr>
        <w:t>1:31:09  to aap kyun pani, pani yani pani na peekar apne ko maar dalen? jab pani itna abundantly available hai to aap pani ko chhod kar maren apne aap ko, halak karen.</w:t>
      </w:r>
      <w:r>
        <w:br/>
      </w:r>
      <w:r>
        <w:rPr>
          <w:sz w:val="20"/>
        </w:rPr>
        <w:t>1:31:20  to kaise jaiz hoga woh? to allah taala ne duniya ko is tarah banaya hai ke yahan opportunities unlimited hain.</w:t>
      </w:r>
      <w:r>
        <w:br/>
      </w:r>
      <w:r>
        <w:rPr>
          <w:sz w:val="20"/>
        </w:rPr>
        <w:t>1:31:30  unlimited. to kya zaroorat hai mayoos hone ki aap ko? unlimited opportunities hain.</w:t>
      </w:r>
      <w:r>
        <w:br/>
      </w:r>
      <w:r>
        <w:rPr>
          <w:sz w:val="20"/>
        </w:rPr>
        <w:t>1:31:38  to is liye mayoosi ko haram qarar diya gaya hai. yani nizam mein fitrat ke khilaf hai, law of nature ke khilaf hai. allah taala ne aisi duniya aap ko di hai jahan mawaqe, opportunities bepanah hain.</w:t>
      </w:r>
      <w:r>
        <w:br/>
      </w:r>
      <w:r>
        <w:rPr>
          <w:sz w:val="20"/>
        </w:rPr>
        <w:t>1:31:54  aap khwamkhwah aap koi mayoos kar ke baithen to yeh aap ko yani yani khuda ke nizam ke khilaf ka yeh hai, is ke khilaf vote dena hai, is ke khilaf sochna hai.</w:t>
      </w:r>
      <w:r>
        <w:br/>
      </w:r>
      <w:r>
        <w:rPr>
          <w:sz w:val="20"/>
        </w:rPr>
        <w:t>1:32:10  khuda par distress show karna hai. jo aadmi mayoos hota hai woh khuda par be aitimadi karta hai, khuda par distress show karta hai.</w:t>
      </w:r>
      <w:r>
        <w:br/>
      </w:r>
      <w:r>
        <w:rPr>
          <w:sz w:val="20"/>
        </w:rPr>
        <w:t>1:32:22  to to zahir hai ke haram hoga. kyunke iske koi is ka koi justification nahi hai. is ka koi jawaz, is ka koi jawaz nahi hai.</w:t>
      </w:r>
    </w:p>
    <w:p>
      <w:pPr>
        <w:pStyle w:val="Heading2"/>
      </w:pPr>
      <w:r>
        <w:t>Why can't we see inner spiritual light</w:t>
      </w:r>
    </w:p>
    <w:p>
      <w:r>
        <w:rPr>
          <w:color w:val="666666"/>
          <w:sz w:val="18"/>
        </w:rPr>
        <w:t>Spirituality · Brilliant Personality November 27, 2016 · 3m 27s · at 50:50 · https://youtu.be/268O3sgnjC0?t=3050</w:t>
      </w:r>
    </w:p>
    <w:p>
      <w:r>
        <w:rPr>
          <w:i/>
        </w:rPr>
        <w:t>“Is it because we don't have the eyes or the ability to see the inner spiritual light that we cannot see the brilliant personality in this world?”</w:t>
      </w:r>
    </w:p>
    <w:p>
      <w:r>
        <w:rPr>
          <w:sz w:val="20"/>
        </w:rPr>
        <w:t>50:50  Maulana, agla sawal Dr. Farida Khanam ne kiya hai, isi jawab ko aap ke continue karte hue ke</w:t>
      </w:r>
      <w:r>
        <w:br/>
      </w:r>
      <w:r>
        <w:rPr>
          <w:sz w:val="20"/>
        </w:rPr>
        <w:t>50:59  is duniya mein hum jo brilliant personality ko nahi dekh sakte to un ka sawal ye hai ke</w:t>
      </w:r>
      <w:r>
        <w:br/>
      </w:r>
      <w:r>
        <w:rPr>
          <w:sz w:val="20"/>
        </w:rPr>
        <w:t>51:08  is it because we don't have the eyes or the ability to see the inner spiritual light in</w:t>
      </w:r>
      <w:r>
        <w:br/>
      </w:r>
      <w:r>
        <w:rPr>
          <w:sz w:val="20"/>
        </w:rPr>
        <w:t>51:17  this world while in the next eternal world we will be granted the ability to see the spiritual</w:t>
      </w:r>
      <w:r>
        <w:br/>
      </w:r>
      <w:r>
        <w:rPr>
          <w:sz w:val="20"/>
        </w:rPr>
        <w:t>51:26  dimension of our deeds?</w:t>
      </w:r>
      <w:r>
        <w:br/>
      </w:r>
      <w:r>
        <w:rPr>
          <w:sz w:val="20"/>
        </w:rPr>
        <w:t>51:36  dekhen, ye baat sahi hai lekin brilliant personality total sach mein unobservable nahi hai, aisa nahi hai.</w:t>
      </w:r>
      <w:r>
        <w:br/>
      </w:r>
      <w:r>
        <w:rPr>
          <w:sz w:val="20"/>
        </w:rPr>
        <w:t>51:44  agar aap ko dekhne wali nigah ho to isi duniya mein bhi is ki jhalak, yani glimpse dikhai</w:t>
      </w:r>
      <w:r>
        <w:br/>
      </w:r>
      <w:r>
        <w:rPr>
          <w:sz w:val="20"/>
        </w:rPr>
        <w:t>51:52  deti hai, glimpse, G-L-I-M-P-S-E.</w:t>
      </w:r>
      <w:r>
        <w:br/>
      </w:r>
      <w:r>
        <w:rPr>
          <w:sz w:val="20"/>
        </w:rPr>
        <w:t>52:00  to agarchay total scene to hum nahi dekh sakte is duniya mein lekin glimpse zaroor dekh sakte hain.</w:t>
      </w:r>
      <w:r>
        <w:br/>
      </w:r>
      <w:r>
        <w:rPr>
          <w:sz w:val="20"/>
        </w:rPr>
        <w:t>52:08  ek martaba mein ek jalse mein tha, ghaliban Gujarat ka qissa hai, to kuch baat karte hue meri</w:t>
      </w:r>
      <w:r>
        <w:br/>
      </w:r>
      <w:r>
        <w:rPr>
          <w:sz w:val="20"/>
        </w:rPr>
        <w:t>52:16  aankhon mein aansu aa gaye.</w:t>
      </w:r>
      <w:r>
        <w:br/>
      </w:r>
      <w:r>
        <w:rPr>
          <w:sz w:val="20"/>
        </w:rPr>
        <w:t>52:24  to aap jante hain ke aankhon mein jo aansu aate hain to naak se raaste mein kuch rezhish</w:t>
      </w:r>
      <w:r>
        <w:br/>
      </w:r>
      <w:r>
        <w:rPr>
          <w:sz w:val="20"/>
        </w:rPr>
        <w:t>52:32  hone lagti hai.</w:t>
      </w:r>
      <w:r>
        <w:br/>
      </w:r>
      <w:r>
        <w:rPr>
          <w:sz w:val="20"/>
        </w:rPr>
        <w:t>52:40  to woh kya kehte hain ke shayad aap ko zukaam ho gaya hai aur lage mujh ko woh</w:t>
      </w:r>
      <w:r>
        <w:br/>
      </w:r>
      <w:r>
        <w:rPr>
          <w:sz w:val="20"/>
        </w:rPr>
        <w:t>52:48  tissue paper, lage mujh ko tissue paper dene.</w:t>
      </w:r>
      <w:r>
        <w:br/>
      </w:r>
      <w:r>
        <w:rPr>
          <w:sz w:val="20"/>
        </w:rPr>
        <w:t>52:56  to logon ko asal mein hassasiyat chahiye, spiritual hassasiyat, spiritual sensitivity.</w:t>
      </w:r>
      <w:r>
        <w:br/>
      </w:r>
      <w:r>
        <w:rPr>
          <w:sz w:val="20"/>
        </w:rPr>
        <w:t>53:05  log physical sense mein hassas hote hain, spiritual sense mein nahin hote.</w:t>
      </w:r>
      <w:r>
        <w:br/>
      </w:r>
      <w:r>
        <w:rPr>
          <w:sz w:val="20"/>
        </w:rPr>
        <w:t>53:13  to mera manna yeh hai ke agar koi spiritual sensitivity hai kisi ke andar to isi duniya mein</w:t>
      </w:r>
      <w:r>
        <w:br/>
      </w:r>
      <w:r>
        <w:rPr>
          <w:sz w:val="20"/>
        </w:rPr>
        <w:t>53:21  dekh lega, woh woh face se dekhega, tone se dekhega.</w:t>
      </w:r>
      <w:r>
        <w:br/>
      </w:r>
      <w:r>
        <w:rPr>
          <w:sz w:val="20"/>
        </w:rPr>
        <w:t>53:29  isi duniya mein agarche agarche woh glimpse hogi lekin phir bhi woh dekhega.</w:t>
      </w:r>
      <w:r>
        <w:br/>
      </w:r>
      <w:r>
        <w:rPr>
          <w:sz w:val="20"/>
        </w:rPr>
        <w:t>53:37  log asal mein be-hass ho gaye hain, bilkul insensitive ho gaye hain.</w:t>
      </w:r>
      <w:r>
        <w:br/>
      </w:r>
      <w:r>
        <w:rPr>
          <w:sz w:val="20"/>
        </w:rPr>
        <w:t>53:45  masla yahan hai, masla yahan hai ke log insensitive ho gaye hain, apne interest ke siwa kuch aur</w:t>
      </w:r>
      <w:r>
        <w:br/>
      </w:r>
      <w:r>
        <w:rPr>
          <w:sz w:val="20"/>
        </w:rPr>
        <w:t>53:53  dikhai deta nahin.</w:t>
      </w:r>
      <w:r>
        <w:br/>
      </w:r>
      <w:r>
        <w:rPr>
          <w:sz w:val="20"/>
        </w:rPr>
        <w:t>54:01  to main yeh manta hoon ke agar aadmi ke andar spiritual sensitivity ho to zaroor isi duniya mein</w:t>
      </w:r>
      <w:r>
        <w:br/>
      </w:r>
      <w:r>
        <w:rPr>
          <w:sz w:val="20"/>
        </w:rPr>
        <w:t>54:09  woh glimpse dekhega, agarche total scene jo hai woh to aakhirat mein hoga.</w:t>
      </w:r>
    </w:p>
    <w:p>
      <w:pPr>
        <w:pStyle w:val="Heading2"/>
      </w:pPr>
      <w:r>
        <w:t>Why does lack of contemplation weaken knowledge?</w:t>
      </w:r>
    </w:p>
    <w:p>
      <w:r>
        <w:rPr>
          <w:color w:val="666666"/>
          <w:sz w:val="18"/>
        </w:rPr>
        <w:t>Spirituality · The Problem of Conditioning April 22, 2012 · 3m 06s · at 1:21:29 · https://youtu.be/j-kJQzOz46g?t=4889</w:t>
      </w:r>
    </w:p>
    <w:p>
      <w:r>
        <w:rPr>
          <w:i/>
        </w:rPr>
        <w:t>“Maulana, why is it that after discovering God, if there is a lack of contemplation and thought for some days, then the knowledge (ma'rifa) becomes weak?”</w:t>
      </w:r>
    </w:p>
    <w:p>
      <w:r>
        <w:rPr>
          <w:sz w:val="20"/>
        </w:rPr>
        <w:t>1:21:29  maulana, agla sawal doha, qatar se hai. maulana abdul basit umri sahib ka.</w:t>
      </w:r>
      <w:r>
        <w:br/>
      </w:r>
      <w:r>
        <w:rPr>
          <w:sz w:val="20"/>
        </w:rPr>
        <w:t>1:21:34  unhon ne likha hai: "maulana, marifat ka masla aisa kyun hai ke khuda ko daryaft karne ke baad bhi agar kuch din ghor aur fikr mein kami ho jati hai to phir khuda ki yaad kaifiyat ke sath nahi aati?" maulana, is bare mein wazahat chahta hoon.</w:t>
      </w:r>
      <w:r>
        <w:br/>
      </w:r>
      <w:r>
        <w:rPr>
          <w:sz w:val="20"/>
        </w:rPr>
        <w:t>1:21:55  dekhiye, yeh marifat ek din ki daryaft ki cheez nahi hai. kisi ek din aap jaan len ke do aur do mil kar chaar to hamesha ke liye ho gaya.</w:t>
      </w:r>
      <w:r>
        <w:br/>
      </w:r>
      <w:r>
        <w:rPr>
          <w:sz w:val="20"/>
        </w:rPr>
        <w:t>1:22:05  marifat ka mamla aisa nahi hai. do aur do mil kar chaar to ek baar daryaft kar liya to ho jayega. lekin marifat to har roz daryaft karni hai.</w:t>
      </w:r>
      <w:r>
        <w:br/>
      </w:r>
      <w:r>
        <w:rPr>
          <w:sz w:val="20"/>
        </w:rPr>
        <w:t>1:22:14  aap ko</w:t>
      </w:r>
      <w:r>
        <w:br/>
      </w:r>
      <w:r>
        <w:rPr>
          <w:sz w:val="20"/>
        </w:rPr>
        <w:t>1:22:15  quran mein hai ke kul yaum huwa fi shaan yaani har din allah ki taraf se aap ko kuch special aana chahiye. har din is aayat mein isi ka zikr hai ke har din allah taala ki taraf se kuch special aata hai.</w:t>
      </w:r>
      <w:r>
        <w:br/>
      </w:r>
      <w:r>
        <w:rPr>
          <w:sz w:val="20"/>
        </w:rPr>
        <w:t>1:22:33  to wahi wo isi inspiration se to yaani imaan mein izafa hota hai. isi se marifat mein izafa hota hai.</w:t>
      </w:r>
      <w:r>
        <w:br/>
      </w:r>
      <w:r>
        <w:rPr>
          <w:sz w:val="20"/>
        </w:rPr>
        <w:t>1:22:41  to jab aap allah se taluq rakhen ge, allah ko yaad karte rahen ge, allah se dua karte rahen ge, allah ki kitab mein mutala karte rahen ge to har din naye naye item aayen ge marifat ke.</w:t>
      </w:r>
      <w:r>
        <w:br/>
      </w:r>
      <w:r>
        <w:rPr>
          <w:sz w:val="20"/>
        </w:rPr>
        <w:t>1:22:58  kyun ke marifat ke item jo hain, wo wo in gunt hain, yaani billion trillion se bhi zyada hain.</w:t>
      </w:r>
      <w:r>
        <w:br/>
      </w:r>
      <w:r>
        <w:rPr>
          <w:sz w:val="20"/>
        </w:rPr>
        <w:t>1:23:06  to agar marifat ke naye item aana band ho jayen to phir to jamood aa jayega. jamood is wajah se yeh sahi nahi hai ke marifat ek baar mil jati hai.</w:t>
      </w:r>
      <w:r>
        <w:br/>
      </w:r>
      <w:r>
        <w:rPr>
          <w:sz w:val="20"/>
        </w:rPr>
        <w:t>1:23:18  nahi, marifat har subah sham us ke item aate rehte hain. isi liye wo ek ek zinda marifat bani rehti hai hamesha.</w:t>
      </w:r>
      <w:r>
        <w:br/>
      </w:r>
      <w:r>
        <w:rPr>
          <w:sz w:val="20"/>
        </w:rPr>
        <w:t>1:23:27  kabhi is par jamood nahi aata hai. jamood ka matlab hai stagnation.</w:t>
      </w:r>
      <w:r>
        <w:br/>
      </w:r>
      <w:r>
        <w:rPr>
          <w:sz w:val="20"/>
        </w:rPr>
        <w:t>1:23:35  okay, we will end the session now. thank you.</w:t>
      </w:r>
    </w:p>
    <w:p>
      <w:pPr>
        <w:pStyle w:val="Heading2"/>
      </w:pPr>
      <w:r>
        <w:t>Why non-material life called Sufi or Sadhu</w:t>
      </w:r>
    </w:p>
    <w:p>
      <w:r>
        <w:rPr>
          <w:color w:val="666666"/>
          <w:sz w:val="18"/>
        </w:rPr>
        <w:t>Spirituality · Material Science Vs Spiritual Science 20th May 12 SLOW · 2m 35s · at 1:14:57 · https://youtu.be/qYwFExG7cyM?t=4497</w:t>
      </w:r>
    </w:p>
    <w:p>
      <w:r>
        <w:rPr>
          <w:i/>
        </w:rPr>
        <w:t>“When talking about non-material life, people are called Sufi or Sadhu. Maulana, why is that?”</w:t>
      </w:r>
    </w:p>
    <w:p>
      <w:r>
        <w:rPr>
          <w:sz w:val="20"/>
        </w:rPr>
        <w:t>1:14:57  maulana, agla sawal tamil nadu se hai maulana iqbal umri sahab ka.</w:t>
      </w:r>
      <w:r>
        <w:br/>
      </w:r>
      <w:r>
        <w:rPr>
          <w:sz w:val="20"/>
        </w:rPr>
        <w:t>1:15:03  unhone likha hai: "ghair maadi zindagi ki baat karte hain toh sufi ya sadhu ya sadhu kaha jata hai.</w:t>
      </w:r>
      <w:r>
        <w:br/>
      </w:r>
      <w:r>
        <w:rPr>
          <w:sz w:val="20"/>
        </w:rPr>
        <w:t>1:15:09  maulana, aisa kyun?" nahi toh hum ghair maadi ka woh matlab hamara nahi hai.</w:t>
      </w:r>
      <w:r>
        <w:br/>
      </w:r>
      <w:r>
        <w:rPr>
          <w:sz w:val="20"/>
        </w:rPr>
        <w:t>1:15:15  woh toh janglon mein chale jana aur insano se door chale jana ke maene mein lete hain.</w:t>
      </w:r>
      <w:r>
        <w:br/>
      </w:r>
      <w:r>
        <w:rPr>
          <w:sz w:val="20"/>
        </w:rPr>
        <w:t>1:15:21  hum woh maene mein nahi lete.</w:t>
      </w:r>
      <w:r>
        <w:br/>
      </w:r>
      <w:r>
        <w:rPr>
          <w:sz w:val="20"/>
        </w:rPr>
        <w:t>1:15:27  hum toh yeh kehte hain ke maadi cheezon ko baghz zaroorat lena, baghz raish nahi.</w:t>
      </w:r>
      <w:r>
        <w:br/>
      </w:r>
      <w:r>
        <w:rPr>
          <w:sz w:val="20"/>
        </w:rPr>
        <w:t>1:15:33  dekhiye, angrezi mein teen lafz bola jata hai: "need, comfort, luxury".</w:t>
      </w:r>
      <w:r>
        <w:br/>
      </w:r>
      <w:r>
        <w:rPr>
          <w:sz w:val="20"/>
        </w:rPr>
        <w:t>1:15:39  "need, comfort, luxury".</w:t>
      </w:r>
      <w:r>
        <w:br/>
      </w:r>
      <w:r>
        <w:rPr>
          <w:sz w:val="20"/>
        </w:rPr>
        <w:t>1:15:45  main samajhta hoon ke "need" ke darje mein liya jaye, yeh sahi tareeqa hai.</w:t>
      </w:r>
      <w:r>
        <w:br/>
      </w:r>
      <w:r>
        <w:rPr>
          <w:sz w:val="20"/>
        </w:rPr>
        <w:t>1:15:51  woh sufi log jo bolte hain, woh toh woh toh bilkul apne ko kaatna aur riyazat, yani rohani</w:t>
      </w:r>
      <w:r>
        <w:br/>
      </w:r>
      <w:r>
        <w:rPr>
          <w:sz w:val="20"/>
        </w:rPr>
        <w:t>1:15:57  riyazaton ke naam par woh alag ho kar ke ek zindagi guzarna, woh ek alag hi cheez hai.</w:t>
      </w:r>
      <w:r>
        <w:br/>
      </w:r>
      <w:r>
        <w:rPr>
          <w:sz w:val="20"/>
        </w:rPr>
        <w:t>1:16:03  woh hum jo baat bolte hain, woh yeh hai ke "need" ke darje mein ikhtiyar karo.</w:t>
      </w:r>
      <w:r>
        <w:br/>
      </w:r>
      <w:r>
        <w:rPr>
          <w:sz w:val="20"/>
        </w:rPr>
        <w:t>1:16:09  maadi cheezein na comfort ke darje mein, na luxury ke darje mein.</w:t>
      </w:r>
      <w:r>
        <w:br/>
      </w:r>
      <w:r>
        <w:rPr>
          <w:sz w:val="20"/>
        </w:rPr>
        <w:t>1:16:15  yeh kyunke agar aap is ko "need" se aage badhenge toh phir aap ka time nahi rahe</w:t>
      </w:r>
      <w:r>
        <w:br/>
      </w:r>
      <w:r>
        <w:rPr>
          <w:sz w:val="20"/>
        </w:rPr>
        <w:t>1:16:21  ga sochne ka, time nahi rahe ga, yani apne intellectual faculty ko develop karne ka.</w:t>
      </w:r>
      <w:r>
        <w:br/>
      </w:r>
      <w:r>
        <w:rPr>
          <w:sz w:val="20"/>
        </w:rPr>
        <w:t>1:16:27  masla yeh hai, woh haram nahi hai.</w:t>
      </w:r>
      <w:r>
        <w:br/>
      </w:r>
      <w:r>
        <w:rPr>
          <w:sz w:val="20"/>
        </w:rPr>
        <w:t>1:16:33  yani comfort aur luxury haram nahi hai, lekin woh aap ke time ko kill karta hai, aap ki</w:t>
      </w:r>
      <w:r>
        <w:br/>
      </w:r>
      <w:r>
        <w:rPr>
          <w:sz w:val="20"/>
        </w:rPr>
        <w:t>1:16:39  energy ko kill karta hai, aap ke money ko kill karta hai.</w:t>
      </w:r>
      <w:r>
        <w:br/>
      </w:r>
      <w:r>
        <w:rPr>
          <w:sz w:val="20"/>
        </w:rPr>
        <w:t>1:16:45  is se is sense mein woh bohat hi, yani halakat khaiz hai.</w:t>
      </w:r>
      <w:r>
        <w:br/>
      </w:r>
      <w:r>
        <w:rPr>
          <w:sz w:val="20"/>
        </w:rPr>
        <w:t>1:16:51  mein yeh nahi kehta ke ke comfort aur luxury haram hai, nahi.</w:t>
      </w:r>
      <w:r>
        <w:br/>
      </w:r>
      <w:r>
        <w:rPr>
          <w:sz w:val="20"/>
        </w:rPr>
        <w:t>1:16:57  mein yeh kehta hoon ke jo aadmi comfort aur luxury ko apna, yani nishana banaye ga, to woh</w:t>
      </w:r>
      <w:r>
        <w:br/>
      </w:r>
      <w:r>
        <w:rPr>
          <w:sz w:val="20"/>
        </w:rPr>
        <w:t>1:17:03  is qeemat par hoga ke jo doosra jo bara kaam hai, intellectual development aur spiritual development, woh nahi</w:t>
      </w:r>
      <w:r>
        <w:br/>
      </w:r>
      <w:r>
        <w:rPr>
          <w:sz w:val="20"/>
        </w:rPr>
        <w:t>1:17:09  kar paye ga.</w:t>
      </w:r>
      <w:r>
        <w:br/>
      </w:r>
      <w:r>
        <w:rPr>
          <w:sz w:val="20"/>
        </w:rPr>
        <w:t>1:17:15  kyun ke is ka sara time isi mein nikal jaye ga, is ka paisa isi mein kharch hoga, is</w:t>
      </w:r>
      <w:r>
        <w:br/>
      </w:r>
      <w:r>
        <w:rPr>
          <w:sz w:val="20"/>
        </w:rPr>
        <w:t>1:17:21  ki is ki energy isi mein kharch hogi, is ki tawajjuh isi mein kharch hogi.</w:t>
      </w:r>
      <w:r>
        <w:br/>
      </w:r>
      <w:r>
        <w:rPr>
          <w:sz w:val="20"/>
        </w:rPr>
        <w:t>1:17:27  is sense mein mein kehta hoon, yani haram halal ke sense mein nahi kehta.</w:t>
      </w:r>
    </w:p>
    <w:p>
      <w:pPr>
        <w:pStyle w:val="Heading2"/>
      </w:pPr>
      <w:r>
        <w:t>Will past sins be forgiven after sincere repentance?</w:t>
      </w:r>
    </w:p>
    <w:p>
      <w:r>
        <w:rPr>
          <w:color w:val="666666"/>
          <w:sz w:val="18"/>
        </w:rPr>
        <w:t>Spirituality · The Process of Personality Development June 30, 2013 · 3m 34s · at 52:54 · https://youtu.be/CSSFRydcJlo?t=3174</w:t>
      </w:r>
    </w:p>
    <w:p>
      <w:r>
        <w:rPr>
          <w:i/>
        </w:rPr>
        <w:t>“Maulana, thank you for explaining the process of tawbah; my heart was seeking it. I want to know one more thing: if a mistake has been committed, after going through the process of tawbah, will we still be punished for it in the afterlife, or will it be erased from our record?”</w:t>
      </w:r>
    </w:p>
    <w:p>
      <w:r>
        <w:rPr>
          <w:sz w:val="20"/>
        </w:rPr>
        <w:t>52:54  jab brain storming ati hai to is ke iman mein tarraqi hoti hai, marfat mein tarraqi hoti hai. maulana, agla sawal hai miss raziya ka, jamiya millia islamia, urdu department se.</w:t>
      </w:r>
      <w:r>
        <w:br/>
      </w:r>
      <w:r>
        <w:rPr>
          <w:sz w:val="20"/>
        </w:rPr>
        <w:t>53:06  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r>
        <w:br/>
      </w:r>
      <w:r>
        <w:rPr>
          <w:sz w:val="20"/>
        </w:rPr>
        <w:t>53:34  woh quran mein likhi ek ayat hai:</w:t>
      </w:r>
      <w:r>
        <w:br/>
      </w:r>
      <w:r>
        <w:rPr>
          <w:sz w:val="20"/>
        </w:rPr>
        <w:t>53:39  wama yaghfir uz zunuba illa allah</w:t>
      </w:r>
      <w:r>
        <w:br/>
      </w:r>
      <w:r>
        <w:rPr>
          <w:sz w:val="20"/>
        </w:rPr>
        <w:t>53:43  allah ke siwa kon hai jo gunahon ko maaf kare? to aaj kal ki zaban mein mein yeh kehta hoon ke allah ke siwa kon hai jo mere nama-e-aamal se kisi cheez ko delete kar de?</w:t>
      </w:r>
      <w:r>
        <w:br/>
      </w:r>
      <w:r>
        <w:rPr>
          <w:sz w:val="20"/>
        </w:rPr>
        <w:t>53:56  woh jis ko aaj kal hum kehte hain delete karna, wohi murad hai is se. wohi murad hai</w:t>
      </w:r>
      <w:r>
        <w:br/>
      </w:r>
      <w:r>
        <w:rPr>
          <w:sz w:val="20"/>
        </w:rPr>
        <w:t>54:03  wama yaghfir uz zunuba illa allah yani yeh mamlat insan ke aamal jo hain, woh ek pura ek universe hai. insan in sare aamal mein jo lakhon karoron item hain, is mein se is item ko hadaf karna jo matloob nahi hai,</w:t>
      </w:r>
      <w:r>
        <w:br/>
      </w:r>
      <w:r>
        <w:rPr>
          <w:sz w:val="20"/>
        </w:rPr>
        <w:t>54:21  to k</w:t>
      </w:r>
      <w:r>
        <w:br/>
      </w:r>
      <w:r>
        <w:rPr>
          <w:sz w:val="20"/>
        </w:rPr>
        <w:t>54:22  un kar sakta hai? allah ke sath koi kar nahi sakta. yeh bas is ko hum aaj kal ki zaban mein kehta hoon ke allah ke sath koi nahi hai jo kisi ke nama-e-aamal se ghair matloob cheezon ko delete kar sake.</w:t>
      </w:r>
      <w:r>
        <w:br/>
      </w:r>
      <w:r>
        <w:rPr>
          <w:sz w:val="20"/>
        </w:rPr>
        <w:t>54:36  dusri ayat dekhein, ek aur hai: ya ibadiyallazina asrafu ala anfusihim la taqnatu birah matillah innallaha yaghfir uz zunuba jami'an mein aksar jab quran ko parhta hoon to yeh ayat mujhe lagti hai ke bohat bari rehmat hai insan ke liye.</w:t>
      </w:r>
      <w:r>
        <w:br/>
      </w:r>
      <w:r>
        <w:rPr>
          <w:sz w:val="20"/>
        </w:rPr>
        <w:t>54:56  ajeeb ghareeb rehmat hai. is ka tarjuma yeh hai: aye mere bando jinhone apni janon par zulm kiya hai, ziyadati ki hai,</w:t>
      </w:r>
      <w:r>
        <w:br/>
      </w:r>
      <w:r>
        <w:rPr>
          <w:sz w:val="20"/>
        </w:rPr>
        <w:t>55:11  to tum mayos na ho,</w:t>
      </w:r>
      <w:r>
        <w:br/>
      </w:r>
      <w:r>
        <w:rPr>
          <w:sz w:val="20"/>
        </w:rPr>
        <w:t>55:17  kyunke allah sare hi gunahon ko maaf kar kar sakta hai. fa innallaha yaghfir uz zunub</w:t>
      </w:r>
      <w:r>
        <w:br/>
      </w:r>
      <w:r>
        <w:rPr>
          <w:sz w:val="20"/>
        </w:rPr>
        <w:t>55:25  jami'an is mein dekhiye, koi cheez exempted nahi hai, koi cheez exempted nahi hai.</w:t>
      </w:r>
      <w:r>
        <w:br/>
      </w:r>
      <w:r>
        <w:rPr>
          <w:sz w:val="20"/>
        </w:rPr>
        <w:t>55:35  to islam mein jo tasawwur diya gaya hai, woh yeh hai ke banda agar sachi tauba kare, tauba sachi tauba hua nahi ke munh se bol diya to sachi tauba ho gayi.</w:t>
      </w:r>
      <w:r>
        <w:br/>
      </w:r>
      <w:r>
        <w:rPr>
          <w:sz w:val="20"/>
        </w:rPr>
        <w:t>55:48  woh process chalaye apne andar, woh process to zaroor is ki maaf</w:t>
      </w:r>
      <w:r>
        <w:br/>
      </w:r>
      <w:r>
        <w:rPr>
          <w:sz w:val="20"/>
        </w:rPr>
        <w:t>55:53  i ho jayegi. is tarah sab delete kar diya jayega, aur tauba ka yani moqa insan ko aakhri waqt tak diya gaya hai.</w:t>
      </w:r>
      <w:r>
        <w:br/>
      </w:r>
      <w:r>
        <w:rPr>
          <w:sz w:val="20"/>
        </w:rPr>
        <w:t>56:04  jo aaj hadith mein ata hai ke innallaha yaghfir ut taubata ma' al mughriqi yani maut ke aakhri waqt tak insan ko moqa diya jata hai ke woh tauba kare aur is ko maafi mil jaye.</w:t>
      </w:r>
      <w:r>
        <w:br/>
      </w:r>
      <w:r>
        <w:rPr>
          <w:sz w:val="20"/>
        </w:rPr>
        <w:t>56:18  to maghfirat ka jo tasawwur hai islam mein, woh to bohat hi wasee hai.</w:t>
      </w:r>
      <w:r>
        <w:br/>
      </w:r>
      <w:r>
        <w:rPr>
          <w:sz w:val="20"/>
        </w:rPr>
        <w:t>56:23  koi cheez is mein exempted nahi hai.</w:t>
      </w:r>
    </w:p>
    <w:p>
      <w:pPr>
        <w:pStyle w:val="Heading2"/>
      </w:pPr>
      <w:r>
        <w:t>Worry about death vs afterlife</w:t>
      </w:r>
    </w:p>
    <w:p>
      <w:r>
        <w:rPr>
          <w:color w:val="666666"/>
          <w:sz w:val="18"/>
        </w:rPr>
        <w:t>Spirituality · 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Spirituality · 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