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22 questions · category Spirituality · full transcripts with timestamps · exported 2026-09-21</w:t>
      </w:r>
    </w:p>
    <w:p>
      <w:pPr>
        <w:pStyle w:val="Heading2"/>
      </w:pPr>
      <w:r>
        <w:t>Controlling the Mind Without Dehumanizing Spirituality</w:t>
      </w:r>
    </w:p>
    <w:p>
      <w:r>
        <w:rPr>
          <w:color w:val="666666"/>
          <w:sz w:val="18"/>
        </w:rPr>
        <w:t>Spirituality · Islamic Pacifism Q&amp;A 8 May 2011 · 9m 47s · at 25:50 · https://youtu.be/5ZersGDNVcw?t=1550</w:t>
      </w:r>
    </w:p>
    <w:p>
      <w:r>
        <w:rPr>
          <w:i/>
        </w:rPr>
        <w:t>“You wrote that spirituality which aims at stopping the thought process is dehumanizing and brings man to the level of animals. How then can one try to gain control over mind? Please explain.”</w:t>
      </w:r>
    </w:p>
    <w:p>
      <w:r>
        <w:rPr>
          <w:sz w:val="20"/>
        </w:rPr>
        <w:t>25:50  aah, Mr Michel Lamy ne France se sawal kiya hai. Unhone likha hai: "Maulana, you wrote that spirituality which aims at stopping the thought process is dehumanizing and brings man to the level of animals.</w:t>
      </w:r>
      <w:r>
        <w:br/>
      </w:r>
      <w:r>
        <w:rPr>
          <w:sz w:val="20"/>
        </w:rPr>
        <w:t>26:08  How then can one try to gain control over mind? Please explain."</w:t>
      </w:r>
      <w:r>
        <w:br/>
      </w:r>
      <w:r>
        <w:rPr>
          <w:sz w:val="20"/>
        </w:rPr>
        <w:t>26:14  My position is that</w:t>
      </w:r>
      <w:r>
        <w:br/>
      </w:r>
      <w:r>
        <w:rPr>
          <w:sz w:val="20"/>
        </w:rPr>
        <w:t>26:19  there are two different ways to attain spirituality. One that is heart-based and the second that is mind-based.</w:t>
      </w:r>
      <w:r>
        <w:br/>
      </w:r>
      <w:r>
        <w:rPr>
          <w:sz w:val="20"/>
        </w:rPr>
        <w:t>26:33  to I said that heart-based spirituality, although there are so many people who believe</w:t>
      </w:r>
      <w:r>
        <w:br/>
      </w:r>
      <w:r>
        <w:rPr>
          <w:sz w:val="20"/>
        </w:rPr>
        <w:t>26:41  the variety of this method, but I think that it is not correct. Through mind, through heart, those practices that are, that are heart-based practices, that are nothing.</w:t>
      </w:r>
      <w:r>
        <w:br/>
      </w:r>
      <w:r>
        <w:rPr>
          <w:sz w:val="20"/>
        </w:rPr>
        <w:t>27:02  That are physical practices. Through physical practice, you cannot attain spirituality. Heart is a physical part of your body.</w:t>
      </w:r>
      <w:r>
        <w:br/>
      </w:r>
      <w:r>
        <w:rPr>
          <w:sz w:val="20"/>
        </w:rPr>
        <w:t>27:16  So heart-based spirituality is</w:t>
      </w:r>
      <w:r>
        <w:br/>
      </w:r>
      <w:r>
        <w:rPr>
          <w:sz w:val="20"/>
        </w:rPr>
        <w:t>27:19  nothing. Heart-based spirituality means try to attain spirituality through physical method</w:t>
      </w:r>
      <w:r>
        <w:br/>
      </w:r>
      <w:r>
        <w:rPr>
          <w:sz w:val="20"/>
        </w:rPr>
        <w:t>27:32  . That is impossible. So I believe in mind-based spirituality.</w:t>
      </w:r>
      <w:r>
        <w:br/>
      </w:r>
      <w:r>
        <w:rPr>
          <w:sz w:val="20"/>
        </w:rPr>
        <w:t>27:41  Mind-based spirituality. That is, my spirituality is based on tadabbur, tafakkur, tawaṣṣum</w:t>
      </w:r>
      <w:r>
        <w:br/>
      </w:r>
      <w:r>
        <w:rPr>
          <w:sz w:val="20"/>
        </w:rPr>
        <w:t>27:50  . That is contemplation. In two words, first is based on meditation. And my spirituality is based on contemplation.</w:t>
      </w:r>
      <w:r>
        <w:br/>
      </w:r>
      <w:r>
        <w:rPr>
          <w:sz w:val="20"/>
        </w:rPr>
        <w:t>28:05  So contemplation is mind-centered method. And meditation is heart-centered method. So this is my stand in this about this matter.</w:t>
      </w:r>
      <w:r>
        <w:br/>
      </w:r>
      <w:r>
        <w:rPr>
          <w:sz w:val="20"/>
        </w:rPr>
        <w:t>28:21  Mr Muhammad Daniel ne Patna se sawal kiya hai: "Shakhsiyat ki taameer ka usool kya hai?" Is ke bare mein batayein.</w:t>
      </w:r>
      <w:r>
        <w:br/>
      </w:r>
      <w:r>
        <w:rPr>
          <w:sz w:val="20"/>
        </w:rPr>
        <w:t>28:36  dekhiye, jahan tak main sochta hoon, shakhsiyat</w:t>
      </w:r>
      <w:r>
        <w:br/>
      </w:r>
      <w:r>
        <w:rPr>
          <w:sz w:val="20"/>
        </w:rPr>
        <w:t>28:46  paidaishi taur par durust shakhsiyat hoti hai. Kyun ke hadith mein aata hai ke kul maulood yulad al-fitrah.</w:t>
      </w:r>
      <w:r>
        <w:br/>
      </w:r>
      <w:r>
        <w:rPr>
          <w:sz w:val="20"/>
        </w:rPr>
        <w:t>28:57  yani har insaan paida hota hai. Yani sahi shakhsiyat par, sahi personality par,</w:t>
      </w:r>
      <w:r>
        <w:br/>
      </w:r>
      <w:r>
        <w:rPr>
          <w:sz w:val="20"/>
        </w:rPr>
        <w:t>29:05  sahi fitrat par. Lekin is ke baad mahaul se, ghar ka mahaul, bahar ka mahaul jo is ki conditioning karta rehta hai. To conditioning jo hai, woh shakhsiyat ko bigaadti hai.</w:t>
      </w:r>
      <w:r>
        <w:br/>
      </w:r>
      <w:r>
        <w:rPr>
          <w:sz w:val="20"/>
        </w:rPr>
        <w:t>29:20  ab jo karna hai, woh yeh hai karna</w:t>
      </w:r>
      <w:r>
        <w:br/>
      </w:r>
      <w:r>
        <w:rPr>
          <w:sz w:val="20"/>
        </w:rPr>
        <w:t>29:23  keh aap apni de-conditioning karen.</w:t>
      </w:r>
      <w:r>
        <w:br/>
      </w:r>
      <w:r>
        <w:rPr>
          <w:sz w:val="20"/>
        </w:rPr>
        <w:t>29:31  lekin conditioning ka waqea to lazman hoga hi hoga. professor watson jo amreeka ka professor tha, us ne yeh baat kahi hai keh conditioning honi hi honi hai har aadmi ki.</w:t>
      </w:r>
      <w:r>
        <w:br/>
      </w:r>
      <w:r>
        <w:rPr>
          <w:sz w:val="20"/>
        </w:rPr>
        <w:t>29:44  har aadmi miss conditioned hai. lekin professor watson ko ek baat nahi jaan saka</w:t>
      </w:r>
      <w:r>
        <w:br/>
      </w:r>
      <w:r>
        <w:rPr>
          <w:sz w:val="20"/>
        </w:rPr>
        <w:t>29:51  keh de-conditioning possible hai. us ki daryaft yahi tak rahi keh har aadmi miss conditioned hai. lekin doosra jo part hai is sachai ka, woh yeh hai keh agar aadmi chahe to apni de-conditioning kar sakta hai.</w:t>
      </w:r>
      <w:r>
        <w:br/>
      </w:r>
      <w:r>
        <w:rPr>
          <w:sz w:val="20"/>
        </w:rPr>
        <w:t>30:09  yeh unhein nahi pata tha. to main yeh manta hoon keh conditioning to aap ki aur har aadmi ki hogi hi hogi.</w:t>
      </w:r>
      <w:r>
        <w:br/>
      </w:r>
      <w:r>
        <w:rPr>
          <w:sz w:val="20"/>
        </w:rPr>
        <w:t>30:19  ise to aap rok nahi sakte. yahan tak mana jata hai keh bachcha pet mein hota hai, tabhi conditioning shuru ho jati hai us ki.</w:t>
      </w:r>
      <w:r>
        <w:br/>
      </w:r>
      <w:r>
        <w:rPr>
          <w:sz w:val="20"/>
        </w:rPr>
        <w:t>30:27  maan ke through. pehle maan ke through, phir family ke through, phir society ke through. phir poora jahan bhi rehta hai, woh jo kuch parhta hai, jo kuch sunta hai, woh sab conditioning ke case ban jate hain us ke liye.</w:t>
      </w:r>
      <w:r>
        <w:br/>
      </w:r>
      <w:r>
        <w:rPr>
          <w:sz w:val="20"/>
        </w:rPr>
        <w:t>30:42  to beharhaal har aadmi miss conditioned hai. har aurat aur har mard.</w:t>
      </w:r>
      <w:r>
        <w:br/>
      </w:r>
      <w:r>
        <w:rPr>
          <w:sz w:val="20"/>
        </w:rPr>
        <w:t>30:49  ab aap agar chahte hain keh aap woh shakhsiyat banen jo Allah ko matloob hai, to aap ko apni de-conditioning karni hogi.</w:t>
      </w:r>
      <w:r>
        <w:br/>
      </w:r>
      <w:r>
        <w:rPr>
          <w:sz w:val="20"/>
        </w:rPr>
        <w:t>30:59  is ke liye Allah taala ne jo ek misaal qaim kar di hai, piaz ki. piaz yani onion. piaz aap jante hain keh ek gol cheez hoti hai.</w:t>
      </w:r>
      <w:r>
        <w:br/>
      </w:r>
      <w:r>
        <w:rPr>
          <w:sz w:val="20"/>
        </w:rPr>
        <w:t>31:09  us ke oopar layer hote hain. layer, layer, layer, layer. aakhir mein ek core hota hai, chhota sa. woh is ka piaz ka core hota hai. har insaan ki ek core personality hai.</w:t>
      </w:r>
      <w:r>
        <w:br/>
      </w:r>
      <w:r>
        <w:rPr>
          <w:sz w:val="20"/>
        </w:rPr>
        <w:t>31:21  us ke oopar layers hain conditioning ke. to conditioning ke layer ko hataye, hataye, hataye yahan tak keh aap ki jo core personality hai,</w:t>
      </w:r>
      <w:r>
        <w:br/>
      </w:r>
      <w:r>
        <w:rPr>
          <w:sz w:val="20"/>
        </w:rPr>
        <w:t>31:30  woh saamne aa jaye. yahi hai de-conditioning. is ke liye aap ko yani self-hammering karni parti hai.</w:t>
      </w:r>
      <w:r>
        <w:br/>
      </w:r>
      <w:r>
        <w:rPr>
          <w:sz w:val="20"/>
        </w:rPr>
        <w:t>31:40  self-hammering. apne yani apne against mein sochna.</w:t>
      </w:r>
      <w:r>
        <w:br/>
      </w:r>
      <w:r>
        <w:rPr>
          <w:sz w:val="20"/>
        </w:rPr>
        <w:t>31:48  aap ko apne against mein sochna parta hai. apne khilaf sochna parta hai.</w:t>
      </w:r>
      <w:r>
        <w:br/>
      </w:r>
      <w:r>
        <w:rPr>
          <w:sz w:val="20"/>
        </w:rPr>
        <w:t>31:56  yani jis tarah dushman aap ke baray mein sochta hai, us tarah sochna parta hai. tab ja kar ke aadmi apni de-conditioning kar pata hai. nahi to phir woh phansa rehta hai, phansa rehta hai, phansa rehta hai isi mein.</w:t>
      </w:r>
      <w:r>
        <w:br/>
      </w:r>
      <w:r>
        <w:rPr>
          <w:sz w:val="20"/>
        </w:rPr>
        <w:t>32:08  miss condition woh paida hota hai, miss condition woh mar jata hai.</w:t>
      </w:r>
      <w:r>
        <w:br/>
      </w:r>
      <w:r>
        <w:rPr>
          <w:sz w:val="20"/>
        </w:rPr>
        <w:t>32:15  doctor farida khanum ne dehli se question kiya hai. unhone likha hai: "recently i attended a program on spirituality in which several speeches were made on spirituality.</w:t>
      </w:r>
      <w:r>
        <w:br/>
      </w:r>
      <w:r>
        <w:rPr>
          <w:sz w:val="20"/>
        </w:rPr>
        <w:t>32:30  but no mention was made of god who is the source of spirituality. what is this kind of spirituality devoid of god?</w:t>
      </w:r>
      <w:r>
        <w:br/>
      </w:r>
      <w:r>
        <w:rPr>
          <w:sz w:val="20"/>
        </w:rPr>
        <w:t>32:41  please explain."</w:t>
      </w:r>
      <w:r>
        <w:br/>
      </w:r>
      <w:r>
        <w:rPr>
          <w:sz w:val="20"/>
        </w:rPr>
        <w:t>32:43  dekhiye, yeh bohat purana nazariya hai jis ko pehle mysticism kaha jata tha. mysticism. ab is ko spirituality kaha jata hai.</w:t>
      </w:r>
      <w:r>
        <w:br/>
      </w:r>
      <w:r>
        <w:rPr>
          <w:sz w:val="20"/>
        </w:rPr>
        <w:t>32:55  is nazariye ka jo khulasa hai, woh yeh hai keh sab kuch insaan ke andar hai.</w:t>
      </w:r>
      <w:r>
        <w:br/>
      </w:r>
      <w:r>
        <w:rPr>
          <w:sz w:val="20"/>
        </w:rPr>
        <w:t>33:02  insaan ke andar hi sachai ka reservoir hai. isi ko unfold karna hai. yani un ke nazdeek ka spirituality naam hai khud apne hi andar ke khazane ko unfold karna.</w:t>
      </w:r>
      <w:r>
        <w:br/>
      </w:r>
      <w:r>
        <w:rPr>
          <w:sz w:val="20"/>
        </w:rPr>
        <w:t>33:20  is par ek kitab hai rajneesh ki, uska naam hai "kundalini andar base". to bohat si kitabein is par hain. ek kitab ko main aap ko hawala de raha hoon.</w:t>
      </w:r>
      <w:r>
        <w:br/>
      </w:r>
      <w:r>
        <w:rPr>
          <w:sz w:val="20"/>
        </w:rPr>
        <w:t>33:31  to is mein unhone is ko explain kiya hai. yeh hindi mein yeh kitab hai.</w:t>
      </w:r>
      <w:r>
        <w:br/>
      </w:r>
      <w:r>
        <w:rPr>
          <w:sz w:val="20"/>
        </w:rPr>
        <w:t>33:38  kundalni kehte hain is ko. Yaani jo ek khaas tarah ka deer hota hai, hiran, jis mein ke ek naafah hota hai.</w:t>
      </w:r>
      <w:r>
        <w:br/>
      </w:r>
      <w:r>
        <w:rPr>
          <w:sz w:val="20"/>
        </w:rPr>
        <w:t>33:50  Yaani mushk hota hai. Khushbudar ek cheez hoti hai.</w:t>
      </w:r>
      <w:r>
        <w:br/>
      </w:r>
      <w:r>
        <w:rPr>
          <w:sz w:val="20"/>
        </w:rPr>
        <w:t>33:56  To is ko nikaal kar ke phir operation kar ke nikala jata hai, phir is ki khushbu ko bohat mehnga bikta hai woh.</w:t>
      </w:r>
      <w:r>
        <w:br/>
      </w:r>
      <w:r>
        <w:rPr>
          <w:sz w:val="20"/>
        </w:rPr>
        <w:t>34:05  Jis ko mushk kehte hain. Angrezi mein musk kehte hain. To</w:t>
      </w:r>
      <w:r>
        <w:br/>
      </w:r>
      <w:r>
        <w:rPr>
          <w:sz w:val="20"/>
        </w:rPr>
        <w:t>34:12  Woh kehte hain is mein ke woh jo naafah jab poora ho jata hai, yaani jab jab mature ho jata hai poori tarah se, to is ki khushbu nikalti hai is mein se.</w:t>
      </w:r>
      <w:r>
        <w:br/>
      </w:r>
      <w:r>
        <w:rPr>
          <w:sz w:val="20"/>
        </w:rPr>
        <w:t>34:23  Ab woh deer jo hota hai, jo hiran, khaas tarah ka hiran hota hai, woh to is ko jab khushbu milti hai to dorta, is ko khushbu ke liye dorne lagta hai, idhar udhar idhar.</w:t>
      </w:r>
      <w:r>
        <w:br/>
      </w:r>
      <w:r>
        <w:rPr>
          <w:sz w:val="20"/>
        </w:rPr>
        <w:t>34:33  Yaani khushbu ko bahar talash karta hai.</w:t>
      </w:r>
      <w:r>
        <w:br/>
      </w:r>
      <w:r>
        <w:rPr>
          <w:sz w:val="20"/>
        </w:rPr>
        <w:t>34:36  Khushbu ko bahar talash karta hai. Haalankeh khushbu is ke andar hoti hai. To is is misaal ko le kar unhon ne kaha hai: "Kundalni andar base". Yaani spirituality andar hai, bahar nahi hai.</w:t>
      </w:r>
      <w:r>
        <w:br/>
      </w:r>
      <w:r>
        <w:rPr>
          <w:sz w:val="20"/>
        </w:rPr>
        <w:t>34:47  Lekin yeh ek misaal hai, is se kuch sabit nahi hota. Analogy is the weakest form of argument kaha jata hai.</w:t>
      </w:r>
      <w:r>
        <w:br/>
      </w:r>
      <w:r>
        <w:rPr>
          <w:sz w:val="20"/>
        </w:rPr>
        <w:t>34:55  To main is misaal ko nahi manta. Main yeh bhi nahi manta ke andar sab kuch khazana bhara hua hai, is ko unfold karna hai. Nahi.</w:t>
      </w:r>
      <w:r>
        <w:br/>
      </w:r>
      <w:r>
        <w:rPr>
          <w:sz w:val="20"/>
        </w:rPr>
        <w:t>35:05  Yeh dunya mein koi bhi achievement siwaye Khuda ki madad ke nahi ho sakta hai. Insaan Khuda ke baghair jo hai.</w:t>
      </w:r>
      <w:r>
        <w:br/>
      </w:r>
      <w:r>
        <w:rPr>
          <w:sz w:val="20"/>
        </w:rPr>
        <w:t>35:14  Hadees mein aata hai ke tum "الا کلکم ذال الا من ہدیت". Tum mein se har shakhs bhatka hua hai, magar woh jis ko main rasta dikhaun.</w:t>
      </w:r>
      <w:r>
        <w:br/>
      </w:r>
      <w:r>
        <w:rPr>
          <w:sz w:val="20"/>
        </w:rPr>
        <w:t>35:27  To God-based spirituality hi spirituality hai. Baqi to sirf ek philosophy hai.</w:t>
      </w:r>
      <w:r>
        <w:br/>
      </w:r>
      <w:r>
        <w:rPr>
          <w:sz w:val="20"/>
        </w:rPr>
        <w:t>35:34  Is se zyada aur kuch nahi.</w:t>
      </w:r>
    </w:p>
    <w:p>
      <w:pPr>
        <w:pStyle w:val="Heading2"/>
      </w:pPr>
      <w:r>
        <w:t>Difference Between Ideal and Spiritual Islam</w:t>
      </w:r>
    </w:p>
    <w:p>
      <w:r>
        <w:rPr>
          <w:color w:val="666666"/>
          <w:sz w:val="18"/>
        </w:rPr>
        <w:t>Spirituality · Kashmir, A Lesson September 14, 2014 · 19m 54s · at 51:23 · https://youtu.be/JQoYEj0Vntc?t=3083</w:t>
      </w:r>
    </w:p>
    <w:p>
      <w:r>
        <w:rPr>
          <w:i/>
        </w:rPr>
        <w:t>“In the series of learning from you, and of course I am learning, I want to know the difference between ideal Islam and spiritual Islam.”</w:t>
      </w:r>
    </w:p>
    <w:p>
      <w:r>
        <w:rPr>
          <w:sz w:val="20"/>
        </w:rPr>
        <w:t>51:23  Maaz sahib, yeh agla sawal aaya hai Shahab Haider ka Delhi se</w:t>
      </w:r>
      <w:r>
        <w:br/>
      </w:r>
      <w:r>
        <w:rPr>
          <w:sz w:val="20"/>
        </w:rPr>
        <w:t>51:28  . In the series of learning from you, and of course I am learning, I want to know the difference between ideal Islam and spiritual Islam.</w:t>
      </w:r>
      <w:r>
        <w:br/>
      </w:r>
      <w:r>
        <w:rPr>
          <w:sz w:val="20"/>
        </w:rPr>
        <w:t>51:41  Ideal Islam ka jo term aap ne istemal kiya hai toh main samajhta hoon ke yeh toh kahin Quran o Hadees mein aaya nahi hai. Yeh term toh koi aaya nahi Quran o Hadees mein. Ideal Islam.</w:t>
      </w:r>
      <w:r>
        <w:br/>
      </w:r>
      <w:r>
        <w:rPr>
          <w:sz w:val="20"/>
        </w:rPr>
        <w:t>51:55  Jahan tak main jaanta hoon.</w:t>
      </w:r>
      <w:r>
        <w:br/>
      </w:r>
      <w:r>
        <w:rPr>
          <w:sz w:val="20"/>
        </w:rPr>
        <w:t>51:59  Kya ideal hai, woh Allah ko pata hai. Hum khud nahi jaan sakte ke yeh hai ideal. Hum toh bas koshish kar sakte hain.</w:t>
      </w:r>
      <w:r>
        <w:br/>
      </w:r>
      <w:r>
        <w:rPr>
          <w:sz w:val="20"/>
        </w:rPr>
        <w:t>52:10  Albatta jis cheez ko main spirituality kehta hoon, woh ek woh wahi cheez hai jis ke liye yaani Quran mein Rabania aaya hai.</w:t>
      </w:r>
      <w:r>
        <w:br/>
      </w:r>
      <w:r>
        <w:rPr>
          <w:sz w:val="20"/>
        </w:rPr>
        <w:t>52:24  KUN RABBAANIYYAN Rabania hi ke maani mein bolta hoon main spirituality ko. Aur woh Rabania kya hai?</w:t>
      </w:r>
      <w:r>
        <w:br/>
      </w:r>
      <w:r>
        <w:rPr>
          <w:sz w:val="20"/>
        </w:rPr>
        <w:t>52:35  REB-ORIENTED THINKING Rab ko apna concentrated banana.</w:t>
      </w:r>
      <w:r>
        <w:br/>
      </w:r>
      <w:r>
        <w:rPr>
          <w:sz w:val="20"/>
        </w:rPr>
        <w:t>52:41  Jab ek aadmi aisa kare ke woh Rab ko discover kare aur woh apni source ko Rab ki taraf divert kare aur cheezon mein Rab ki jhalakiyan dekhe, woh is tarah ki zindagi guzare toh isi ka naam hai Rabani zindagi.</w:t>
      </w:r>
      <w:r>
        <w:br/>
      </w:r>
      <w:r>
        <w:rPr>
          <w:sz w:val="20"/>
        </w:rPr>
        <w:t>52:59  Doosre ko kaha gaya hai KUN RABBAANIYYAN Rabani bano.</w:t>
      </w:r>
      <w:r>
        <w:br/>
      </w:r>
      <w:r>
        <w:rPr>
          <w:sz w:val="20"/>
        </w:rPr>
        <w:t>53:03  Toh Qurani lafz agar aap pasand karte hain toh woh hai Rabani. Aur agar koi aur lafz aap bolna chahein toh woh hai spirituality.</w:t>
      </w:r>
      <w:r>
        <w:br/>
      </w:r>
      <w:r>
        <w:rPr>
          <w:sz w:val="20"/>
        </w:rPr>
        <w:t>53:14  Yaani Rabani insaan hi ko sense mein bolta hoon main. Spiritual insaan. Baqi jo aap ne farmaya ideal Islam toh mere ilm ke mutabiq ideal Islam ka term jo hai Quran o Hadees mein istemal nahi hua hai.</w:t>
      </w:r>
      <w:r>
        <w:br/>
      </w:r>
      <w:r>
        <w:rPr>
          <w:sz w:val="20"/>
        </w:rPr>
        <w:t>53:32  Next question is from Raj Malik unhon ne apni location define nahi ki hai. Maulana sahib, aap se guzarish hai ke Kashmir mein aap ka kutabcha "Qayamat ka Alarm" zyada se zyada distribute kiya jaye taake log yeh samajh sakein ke Qayamat Kubra is se badi aur azeem hai.</w:t>
      </w:r>
      <w:r>
        <w:br/>
      </w:r>
      <w:r>
        <w:rPr>
          <w:sz w:val="20"/>
        </w:rPr>
        <w:t>53:57  Theek hai, inshallah aap ka yeh session acha hai aur hamare saathi'on ne kiya bhi hai, un ko phailaya hai wahan par. Abhi thoda sa crisis khatam ho toh hum un se kahenge ke bhai yeh kitaab ko aur phailaiye, aur phailaiye, inshallah.</w:t>
      </w:r>
      <w:r>
        <w:br/>
      </w:r>
      <w:r>
        <w:rPr>
          <w:sz w:val="20"/>
        </w:rPr>
        <w:t>54:14  Maaz sahib, agla question aaya hai Maulana Iqbal Umri ka Chennai se. Maulana, ideal achievement hamara goal nahi hai kya?</w:t>
      </w:r>
      <w:r>
        <w:br/>
      </w:r>
      <w:r>
        <w:rPr>
          <w:sz w:val="20"/>
        </w:rPr>
        <w:t>54:25  Is mein profits ka bhi exception hai aur woh bhi achieve nahi kar sake?</w:t>
      </w:r>
      <w:r>
        <w:br/>
      </w:r>
      <w:r>
        <w:rPr>
          <w:sz w:val="20"/>
        </w:rPr>
        <w:t>54:36  Dekhein, yeh ek question clear nahi hai. Ideal achievement ka lafz sahi nahi hai.</w:t>
      </w:r>
      <w:r>
        <w:br/>
      </w:r>
      <w:r>
        <w:rPr>
          <w:sz w:val="20"/>
        </w:rPr>
        <w:t>54:45  Agar yeh is ka matlab agar yeh le rahe hain ke ideal ko achieve karna toh ideal ko achieve karne ke silsile mein ke yaani justice ka nizam qaim karna, human rights ke voice ko khatam kar dena,</w:t>
      </w:r>
      <w:r>
        <w:br/>
      </w:r>
      <w:r>
        <w:rPr>
          <w:sz w:val="20"/>
        </w:rPr>
        <w:t>55:03  aur bohat hi mayari hukoomat qaim karna</w:t>
      </w:r>
      <w:r>
        <w:br/>
      </w:r>
      <w:r>
        <w:rPr>
          <w:sz w:val="20"/>
        </w:rPr>
        <w:t>55:09  yeh goal profit ka hota hi nahin. yeh to leaderon ne goal bana rakha hai. yeh to non-achievable hai. kyunke dekhiye, maine bar bar yeh baat kahi hai ke dunya mein Allah ne insaan ko azadi hai.</w:t>
      </w:r>
      <w:r>
        <w:br/>
      </w:r>
      <w:r>
        <w:rPr>
          <w:sz w:val="20"/>
        </w:rPr>
        <w:t>55:26  azadi bilkul absolute hai. khud Khuda bhi is ki azadi ko aap ka waris nahin karta. aap dekhen ke Khuda ke khilaf beshumar kitaben likhi gayi hain.</w:t>
      </w:r>
      <w:r>
        <w:br/>
      </w:r>
      <w:r>
        <w:rPr>
          <w:sz w:val="20"/>
        </w:rPr>
        <w:t>55:40  God delusion, God is dead pata nahin kaisi yeh kitaben hain. to kya Khuda ne in ka hath paon tod dala? woh phir bhi dandan rahe hain?</w:t>
      </w:r>
      <w:r>
        <w:br/>
      </w:r>
      <w:r>
        <w:rPr>
          <w:sz w:val="20"/>
        </w:rPr>
        <w:t>55:52  woh to yeh bohat bari baat hai. jaanna chahiye ke Allah taala ne insaan ko qayamat tak ke liye total freedom diya hai.</w:t>
      </w:r>
      <w:r>
        <w:br/>
      </w:r>
      <w:r>
        <w:rPr>
          <w:sz w:val="20"/>
        </w:rPr>
        <w:t>56:07  woh kuch bhi kahe, us ko azadi rahe gi.</w:t>
      </w:r>
      <w:r>
        <w:br/>
      </w:r>
      <w:r>
        <w:rPr>
          <w:sz w:val="20"/>
        </w:rPr>
        <w:t>56:10  pakad jo hogi, woh qayamat mein hogi. to jab aisa hai to paighambar ideal system kaise banaye ga? kaise banaye ga? bataiye. Ideal system ke liye zaroori hai ke in insanon ko zer kiya jaye jin ko freedom mila hua hai.</w:t>
      </w:r>
      <w:r>
        <w:br/>
      </w:r>
      <w:r>
        <w:rPr>
          <w:sz w:val="20"/>
        </w:rPr>
        <w:t>56:26  to kya sab ko qatl kar le ga? to qatl kar le ga to system kahan banega?</w:t>
      </w:r>
      <w:r>
        <w:br/>
      </w:r>
      <w:r>
        <w:rPr>
          <w:sz w:val="20"/>
        </w:rPr>
        <w:t>56:35  isi liye dekhiye, insaan ne Hazrat Yahya paighambar the, un ko qatl kar diya. insaan ne Hazrat Umar itne oonche darje ke khaleefa the, un ko qatl kar diya.</w:t>
      </w:r>
      <w:r>
        <w:br/>
      </w:r>
      <w:r>
        <w:rPr>
          <w:sz w:val="20"/>
        </w:rPr>
        <w:t>56:47  yeh sab hota hi hota hai. to due to human freedom it is not possible to establish ideal system in this world to kaise paighambar kare ga?</w:t>
      </w:r>
      <w:r>
        <w:br/>
      </w:r>
      <w:r>
        <w:rPr>
          <w:sz w:val="20"/>
        </w:rPr>
        <w:t>57:05  to paighambar dekhiye, apne aap ko ideal bana sakta hai. apne aap ko. aur banaya. har paighambar ne apne aap ko ideal banaya.</w:t>
      </w:r>
      <w:r>
        <w:br/>
      </w:r>
      <w:r>
        <w:rPr>
          <w:sz w:val="20"/>
        </w:rPr>
        <w:t>57:16  isi liye to kaha ke سُومُّ كَمَرَ رَأْتُمُنِي أُسَلِّ mujhe dekho, jaisa main karta hoon, waisa karo. to har paighambar ne apni zaat ko ideal banaya.</w:t>
      </w:r>
      <w:r>
        <w:br/>
      </w:r>
      <w:r>
        <w:rPr>
          <w:sz w:val="20"/>
        </w:rPr>
        <w:t>57:27  lekin yeh yeh sirf possible hi nahin hai ke system ko ideal banaya jaye.</w:t>
      </w:r>
      <w:r>
        <w:br/>
      </w:r>
      <w:r>
        <w:rPr>
          <w:sz w:val="20"/>
        </w:rPr>
        <w:t>57:32  is zamane mein kuch uthe, yani Arab mein bhi, non-Arab mein bhi, aise jinhon ne ideal system ko goal banaya.</w:t>
      </w:r>
      <w:r>
        <w:br/>
      </w:r>
      <w:r>
        <w:rPr>
          <w:sz w:val="20"/>
        </w:rPr>
        <w:t>57:41  lekin kya ideal system bana paye woh? sirf unhon ne sirf yeh kiya ke ek naya larai ka ek maidan khol diya. log lar rahe hain ideal system ke liye.</w:t>
      </w:r>
      <w:r>
        <w:br/>
      </w:r>
      <w:r>
        <w:rPr>
          <w:sz w:val="20"/>
        </w:rPr>
        <w:t>57:52  lar rahe hain, bahar ja rahe hain. halanke ideal system ban nahin sakta.</w:t>
      </w:r>
      <w:r>
        <w:br/>
      </w:r>
      <w:r>
        <w:rPr>
          <w:sz w:val="20"/>
        </w:rPr>
        <w:t>57:58  aur kitaben likhi gayi hain jo mislan Madina mein jo state qaim thi, aisi kitaben likh rakhi hain jaise ke wahan bagh o bahar tha. koi bagh o bahar nahin tha wahan pe.</w:t>
      </w:r>
      <w:r>
        <w:br/>
      </w:r>
      <w:r>
        <w:rPr>
          <w:sz w:val="20"/>
        </w:rPr>
        <w:t>58:08  bagh o bahar ho nahin sakta hai. to sare andaaz mein kitaben likh rakhi hain logon ne. to us ko le kar log samajhte hain ke wahan bagh o bahar tha.</w:t>
      </w:r>
      <w:r>
        <w:br/>
      </w:r>
      <w:r>
        <w:rPr>
          <w:sz w:val="20"/>
        </w:rPr>
        <w:t>58:20  na bagh o bahar tha aur na bagh o bahar ban sakta hai.</w:t>
      </w:r>
      <w:r>
        <w:br/>
      </w:r>
      <w:r>
        <w:rPr>
          <w:sz w:val="20"/>
        </w:rPr>
        <w:t>58:23  isi liye maine jo study ki hai to maine jaana hai ke individual level par ek aadmi apne aap ko ideal bana sakta hai.</w:t>
      </w:r>
      <w:r>
        <w:br/>
      </w:r>
      <w:r>
        <w:rPr>
          <w:sz w:val="20"/>
        </w:rPr>
        <w:t>58:33  lekin system ko ideal bana de woh, yeh impossible hai. na paighambar ke zamane mein hua, na ab ho sakta hai. dekhiye, yeh bohat bari baat hai.</w:t>
      </w:r>
      <w:r>
        <w:br/>
      </w:r>
      <w:r>
        <w:rPr>
          <w:sz w:val="20"/>
        </w:rPr>
        <w:t>58:44  isi liye hum ne dekhiye, hum ne apne CPS ka jo mission hai, us mein hamara ek goal dawat hai.</w:t>
      </w:r>
      <w:r>
        <w:br/>
      </w:r>
      <w:r>
        <w:rPr>
          <w:sz w:val="20"/>
        </w:rPr>
        <w:t>58:53  hamara goal system ko qaim karna nahin hai. hum ne jo goal ikhtiyar kiya hai, woh hai ke Allah ke message ko logon tak pahunchana.</w:t>
      </w:r>
      <w:r>
        <w:br/>
      </w:r>
      <w:r>
        <w:rPr>
          <w:sz w:val="20"/>
        </w:rPr>
        <w:t>59:08  Allah ke message ko logon tak pahunchana. yeh dawat, tablegh. yani pahunchana hamara target hai. pahunchana. System bana dalna, yeh hamara target nahin hai.</w:t>
      </w:r>
      <w:r>
        <w:br/>
      </w:r>
      <w:r>
        <w:rPr>
          <w:sz w:val="20"/>
        </w:rPr>
        <w:t>59:20  System banane ka jo target jinhon ne liya hai, jin logon ne. bohat si jamaaten hain, aap jante hain. India se le kar Arab tak. System banane ke naam par kya hai?</w:t>
      </w:r>
      <w:r>
        <w:br/>
      </w:r>
      <w:r>
        <w:rPr>
          <w:sz w:val="20"/>
        </w:rPr>
        <w:t>59:30  maar kaat, maar kaat, maar kaat. koi system to bana nahin. aur maar kaat khoob khoob hui.</w:t>
      </w:r>
      <w:r>
        <w:br/>
      </w:r>
      <w:r>
        <w:rPr>
          <w:sz w:val="20"/>
        </w:rPr>
        <w:t>59:40  is wajah se hum ne samjha hai quran o hadith ke mutalliq se ke system ke maamle mein woh jo samajh jisko sanction kare, bas.</w:t>
      </w:r>
      <w:r>
        <w:br/>
      </w:r>
      <w:r>
        <w:rPr>
          <w:sz w:val="20"/>
        </w:rPr>
        <w:t>59:55  jitna samajh accept kar raha hai, jitna samajh ke liye acceptable hai, woh itna aap samajh mein qaim kijiye.</w:t>
      </w:r>
      <w:r>
        <w:br/>
      </w:r>
      <w:r>
        <w:rPr>
          <w:sz w:val="20"/>
        </w:rPr>
        <w:t>1:00:05  albata apni zaat ke maamle mein aap khud ko ideal baniye. is mein koi rukawat nahin hai. aap jaise chahein baat kijiye, jaise chahiye sochiye, jis tarah se chahein apne ko ideal banaiye.</w:t>
      </w:r>
      <w:r>
        <w:br/>
      </w:r>
      <w:r>
        <w:rPr>
          <w:sz w:val="20"/>
        </w:rPr>
        <w:t>1:00:20  to hamara manna yeh hai ke islam ko hum yahi samajhte hain ke in terms of individual idealism, in terms of practical pragmatism</w:t>
      </w:r>
      <w:r>
        <w:br/>
      </w:r>
      <w:r>
        <w:rPr>
          <w:sz w:val="20"/>
        </w:rPr>
        <w:t>1:00:35  yeh is ko hum samajhte hain ke yahi islam hai. to society mein koi yeh goal banaye ke hum ko social justice qaim karna hai ideal sense mein, to aisi cheez hai jis se fasaad barpa hoga.</w:t>
      </w:r>
      <w:r>
        <w:br/>
      </w:r>
      <w:r>
        <w:rPr>
          <w:sz w:val="20"/>
        </w:rPr>
        <w:t>1:00:47  kyun ke social justice ke naam par aap ladenge kisi se, kisi ko hukumat ko khatam karne ke liye koshish karenge, ab hukumat bhi waar karegi aap ke upar, to aap se hukumat ladai yahan hogi.</w:t>
      </w:r>
      <w:r>
        <w:br/>
      </w:r>
      <w:r>
        <w:rPr>
          <w:sz w:val="20"/>
        </w:rPr>
        <w:t>1:00:57  jaisa ke aap jante hain, muslim mulkon mein ho raha hai yeh.</w:t>
      </w:r>
      <w:r>
        <w:br/>
      </w:r>
      <w:r>
        <w:rPr>
          <w:sz w:val="20"/>
        </w:rPr>
        <w:t>1:01:01  muslim mulkon mein roz aap jante hain ke wahan par wahan ke muslim awam aur hukumat aapas mein lad rahe hain. kyun ke leaderon ne yeh kar rakha hai ke humein humein nizam mein haq, nizam adl qaim kar rakha hai.</w:t>
      </w:r>
      <w:r>
        <w:br/>
      </w:r>
      <w:r>
        <w:rPr>
          <w:sz w:val="20"/>
        </w:rPr>
        <w:t>1:01:15  yeh bilkul bilkul hi yani ghair islami baat hai yeh.</w:t>
      </w:r>
      <w:r>
        <w:br/>
      </w:r>
      <w:r>
        <w:rPr>
          <w:sz w:val="20"/>
        </w:rPr>
        <w:t>1:01:23  samaji satah par woh hoga jis ko samajh sanction kar raha ho, itna hi is se zyada nahin.</w:t>
      </w:r>
      <w:r>
        <w:br/>
      </w:r>
      <w:r>
        <w:rPr>
          <w:sz w:val="20"/>
        </w:rPr>
        <w:t>1:01:33  apni zaat ke liye albata aap jo kar sakte hain, kijiye. aur goal jo hai, goal dawat hai Allah hai. peaceful yani peaceful dawah work mein koi rukawat nahin.</w:t>
      </w:r>
      <w:r>
        <w:br/>
      </w:r>
      <w:r>
        <w:rPr>
          <w:sz w:val="20"/>
        </w:rPr>
        <w:t>1:01:44  is mein koi takrao nahin. koi maar kaat nahin.</w:t>
      </w:r>
      <w:r>
        <w:br/>
      </w:r>
      <w:r>
        <w:rPr>
          <w:sz w:val="20"/>
        </w:rPr>
        <w:t>1:01:49  to hamara nishana jo hai, peaceful dawah work hai, hamara nishana justice ka nizam qaim karna nahin hai. isi liye. aur yahi yahi jo hai islam ka taqaza hai.</w:t>
      </w:r>
      <w:r>
        <w:br/>
      </w:r>
      <w:r>
        <w:rPr>
          <w:sz w:val="20"/>
        </w:rPr>
        <w:t>1:02:03  maulana, yeh agla question aaya hai doctor farida khanam ka Delhi se.</w:t>
      </w:r>
      <w:r>
        <w:br/>
      </w:r>
      <w:r>
        <w:rPr>
          <w:sz w:val="20"/>
        </w:rPr>
        <w:t>1:02:09  There are some people who say that Kashmir has witnessed divine wrath because of their involvement in militancy, and they are not interested in Dawa work.</w:t>
      </w:r>
      <w:r>
        <w:br/>
      </w:r>
      <w:r>
        <w:rPr>
          <w:sz w:val="20"/>
        </w:rPr>
        <w:t>1:02:27  dekhiye, do baatein ek doosre se alag alag hain.</w:t>
      </w:r>
      <w:r>
        <w:br/>
      </w:r>
      <w:r>
        <w:rPr>
          <w:sz w:val="20"/>
        </w:rPr>
        <w:t>1:02:32  ek yeh ke kashmiriyon ne jo nizam mustafa ka naarah lagaya aur jo wahan par islam ke upar tehreekein chalayin, is ko galat kehna. to main is ko galat kehta hoon.</w:t>
      </w:r>
      <w:r>
        <w:br/>
      </w:r>
      <w:r>
        <w:rPr>
          <w:sz w:val="20"/>
        </w:rPr>
        <w:t>1:02:43  main kehta hoon kashmiriyon ko chahiye ke woh dawat ka kaam karein. aur nizam mustafa bilkul hi main is ko bilkul hi galat samajhta hoon.</w:t>
      </w:r>
      <w:r>
        <w:br/>
      </w:r>
      <w:r>
        <w:rPr>
          <w:sz w:val="20"/>
        </w:rPr>
        <w:t>1:02:54  yani yeh leaderon ka naarah hai, yeh rasool Allah salallahu alaihi wasallam ka naarah nahin hai. to yeh</w:t>
      </w:r>
      <w:r>
        <w:br/>
      </w:r>
      <w:r>
        <w:rPr>
          <w:sz w:val="20"/>
        </w:rPr>
        <w:t>1:03:01  ek cheez hai. doosri cheez ke wrath hona, dabluyoo araa tee ech, ke jo kuch hua woh Allah ka ghazab tha. to yeh kisi insan ko haq nahin hai ke yeh kahe.</w:t>
      </w:r>
      <w:r>
        <w:br/>
      </w:r>
      <w:r>
        <w:rPr>
          <w:sz w:val="20"/>
        </w:rPr>
        <w:t>1:03:12  Allah ka wrath agar tha to woh Allah ko maloom hai. hum ko, aap ko nahin maloom hai. to main yeh kabhi bhi nahin kahunga ke Kashmir mein ya aur kahin jo waqiyat hote hain, woh Allah ka wrath hai.</w:t>
      </w:r>
      <w:r>
        <w:br/>
      </w:r>
      <w:r>
        <w:rPr>
          <w:sz w:val="20"/>
        </w:rPr>
        <w:t>1:03:27  yeh main nahin kahunga.</w:t>
      </w:r>
      <w:r>
        <w:br/>
      </w:r>
      <w:r>
        <w:rPr>
          <w:sz w:val="20"/>
        </w:rPr>
        <w:t>1:03:29  lekin main yeh zaroor kahunga ke musalman jahan bhi hain, jo siyasi hukumatain, siyasat tehreekein chala rahe hain, woh bilkul ghair islami hai.</w:t>
      </w:r>
      <w:r>
        <w:br/>
      </w:r>
      <w:r>
        <w:rPr>
          <w:sz w:val="20"/>
        </w:rPr>
        <w:t>1:03:38  iska islam se koi talluq nahin hai. chahe falasteen ho, chahe Kashmir ho, ya Pakistan ho, ya Iraq ho, jahan jahan islam ke naam par political tehreekein chal rahi hain, woh sab mere radd galat hain.</w:t>
      </w:r>
      <w:r>
        <w:br/>
      </w:r>
      <w:r>
        <w:rPr>
          <w:sz w:val="20"/>
        </w:rPr>
        <w:t>1:03:53  unhein dawat ka kaam karna chahiye. dawat hai Allah ka kaam.</w:t>
      </w:r>
      <w:r>
        <w:br/>
      </w:r>
      <w:r>
        <w:rPr>
          <w:sz w:val="20"/>
        </w:rPr>
        <w:t>1:03:58  to ek kaam, ek to ek cheez hai un ke un ke kaam ke baray mein ek hukum lagana. to is ka mujhe right hai.</w:t>
      </w:r>
      <w:r>
        <w:br/>
      </w:r>
      <w:r>
        <w:rPr>
          <w:sz w:val="20"/>
        </w:rPr>
        <w:t>1:04:08  woh mein karta hoon. lekin yeh kehna hai ke woh wrath tha, yeh yeh is ka mujhe right nahi hai. is liye mein yeh lafz kabhi bolta nahi.</w:t>
      </w:r>
      <w:r>
        <w:br/>
      </w:r>
      <w:r>
        <w:rPr>
          <w:sz w:val="20"/>
        </w:rPr>
        <w:t>1:04:20  maulana, yeh agla question aaya hai doctor pradhan ka Delhi se</w:t>
      </w:r>
      <w:r>
        <w:br/>
      </w:r>
      <w:r>
        <w:rPr>
          <w:sz w:val="20"/>
        </w:rPr>
        <w:t>1:04:25  . Maulana, if we had thought somebody less than us, then how should we seek forgiveness from him? dekhiye, is maamlay mein hadith se do tareeqa maloom hota hai.</w:t>
      </w:r>
      <w:r>
        <w:br/>
      </w:r>
      <w:r>
        <w:rPr>
          <w:sz w:val="20"/>
        </w:rPr>
        <w:t>1:04:38  ke agar hum ne koi aisa kaam kiya kisi ke sath jo Allah ke nazdeek ghalat tha, to ek tareeqa yeh hai ke aap us ko ja kar talafi karen, mil kar ke us se.</w:t>
      </w:r>
      <w:r>
        <w:br/>
      </w:r>
      <w:r>
        <w:rPr>
          <w:sz w:val="20"/>
        </w:rPr>
        <w:t>1:04:54  doosra tareeqa yeh hai ke agar yeh mumkin nahi hai to us ke liye dua karen. yani us ko talafi karna, compensate karna, agar mumkin ho us se mil kar ke to talafi karna chahiye.</w:t>
      </w:r>
      <w:r>
        <w:br/>
      </w:r>
      <w:r>
        <w:rPr>
          <w:sz w:val="20"/>
        </w:rPr>
        <w:t>1:05:10  aur nahi to us ke liye dua ke khudaaya mujh se yeh ghalati hui to us ke liye meri taraf se</w:t>
      </w:r>
      <w:r>
        <w:br/>
      </w:r>
      <w:r>
        <w:rPr>
          <w:sz w:val="20"/>
        </w:rPr>
        <w:t>1:05:22  koi bara inaam likh de. to to ya to talafi ya dua.</w:t>
      </w:r>
      <w:r>
        <w:br/>
      </w:r>
      <w:r>
        <w:rPr>
          <w:sz w:val="20"/>
        </w:rPr>
        <w:t>1:05:31  yeh do cheezein hadith se maloom hoti hain. halaat ke aitbaar se dono mein se koi bhi cheez ikhtiyar ki ja sakti hai.</w:t>
      </w:r>
      <w:r>
        <w:br/>
      </w:r>
      <w:r>
        <w:rPr>
          <w:sz w:val="20"/>
        </w:rPr>
        <w:t>1:05:44  maulana, yeh agla experience sharing hai ans ka Delhi se.</w:t>
      </w:r>
      <w:r>
        <w:br/>
      </w:r>
      <w:r>
        <w:rPr>
          <w:sz w:val="20"/>
        </w:rPr>
        <w:t>1:05:50  maulana, mere ek friend kuch atheist ki baaton mein aa kar behak gaye aur us ko laga ke mera mazhab Islam nahi, Islam kahin dhoka to nahi hai.</w:t>
      </w:r>
      <w:r>
        <w:br/>
      </w:r>
      <w:r>
        <w:rPr>
          <w:sz w:val="20"/>
        </w:rPr>
        <w:t>1:06:04  maulana, phir us ne God Arises padhi dobara se, bilkul neutral ho kar, aise jaise woh Muslim nahi hai.</w:t>
      </w:r>
      <w:r>
        <w:br/>
      </w:r>
      <w:r>
        <w:rPr>
          <w:sz w:val="20"/>
        </w:rPr>
        <w:t>1:06:14  phir us ko Islam rediscover hua.</w:t>
      </w:r>
      <w:r>
        <w:br/>
      </w:r>
      <w:r>
        <w:rPr>
          <w:sz w:val="20"/>
        </w:rPr>
        <w:t>1:06:17  maulana, kya yeh us ke liye marifat thi? khuli hui marifat thi. isi ka to marifat hai. marifat isi ka naam discovery ka naam marifat hai.</w:t>
      </w:r>
      <w:r>
        <w:br/>
      </w:r>
      <w:r>
        <w:rPr>
          <w:sz w:val="20"/>
        </w:rPr>
        <w:t>1:06:30  yani jis cheez ko hum traditional term mein kehte hain marifat, isi ka scientific term hai discovery.</w:t>
      </w:r>
      <w:r>
        <w:br/>
      </w:r>
      <w:r>
        <w:rPr>
          <w:sz w:val="20"/>
        </w:rPr>
        <w:t>1:06:40  donon bilkul ek hi cheez hain.</w:t>
      </w:r>
      <w:r>
        <w:br/>
      </w:r>
      <w:r>
        <w:rPr>
          <w:sz w:val="20"/>
        </w:rPr>
        <w:t>1:06:45  aap secular term use karen to discovery kahiye aur religious term use karen to us ko aap marifat kahiye.</w:t>
      </w:r>
      <w:r>
        <w:br/>
      </w:r>
      <w:r>
        <w:rPr>
          <w:sz w:val="20"/>
        </w:rPr>
        <w:t>1:06:53  donon ek hi baat hai. agla question aaya hai farhad umri sahib ka Delhi se. ek news thi ke Indian military ke tireless effort par Kashmir ke floods mein unhon ne kaam kiya.</w:t>
      </w:r>
      <w:r>
        <w:br/>
      </w:r>
      <w:r>
        <w:rPr>
          <w:sz w:val="20"/>
        </w:rPr>
        <w:t>1:07:10  yeh news mein ne apne ek Muslim dost ko dikhai to unhon ne yeh comment kiya: "duty ki hai, koi koi ehsaan nahi kiya hai." Maulana, is pe comment karen.</w:t>
      </w:r>
      <w:r>
        <w:br/>
      </w:r>
      <w:r>
        <w:rPr>
          <w:sz w:val="20"/>
        </w:rPr>
        <w:t>1:07:23  mein to samajhta hoon ke jinhon ne aisa bola, woh gunah kiya. unhon ne unhon ne duty ki hai to bolne walay ne gunah kiya. dekhiye, har haal mein humein acknowledge karna hai kisi ki khidmat ko.</w:t>
      </w:r>
      <w:r>
        <w:br/>
      </w:r>
      <w:r>
        <w:rPr>
          <w:sz w:val="20"/>
        </w:rPr>
        <w:t>1:07:39  hata ke aap ka ek yani mera tareeqa hai ke jo hamara jo driver hai, jis ko hum paisa diya jata hai, woh bhi mujhe kahin pohanchata hai to mein us ko shukriya karta hoon.</w:t>
      </w:r>
      <w:r>
        <w:br/>
      </w:r>
      <w:r>
        <w:rPr>
          <w:sz w:val="20"/>
        </w:rPr>
        <w:t>1:07:53  dekhiye, acknowledge karna hai ya kya karna hai, ek ibadat hai yeh. us ko is tarah mein nahi lena hai ke woh duty kiya unhon ne. aise log na Islam ko jante, na un ke andar sharafat hai, na insaniyat hai.</w:t>
      </w:r>
      <w:r>
        <w:br/>
      </w:r>
      <w:r>
        <w:rPr>
          <w:sz w:val="20"/>
        </w:rPr>
        <w:t>1:08:09  jo log aisa kahein ke unhon ne apni duty kiya to mere qad mein un ke andar animal animal thinking hai. animal thinking</w:t>
      </w:r>
      <w:r>
        <w:br/>
      </w:r>
      <w:r>
        <w:rPr>
          <w:sz w:val="20"/>
        </w:rPr>
        <w:t>1:08:19  hai. animal thinking hai. yeh bohat hi sasti qism ke log hain yeh. warna koi shakhs kuch bhi kare to aap ko acknowledge karna chahiye.</w:t>
      </w:r>
      <w:r>
        <w:br/>
      </w:r>
      <w:r>
        <w:rPr>
          <w:sz w:val="20"/>
        </w:rPr>
        <w:t>1:08:29  aap ka mulazim ho tab bhi kehna chahiye ke shukriya.</w:t>
      </w:r>
      <w:r>
        <w:br/>
      </w:r>
      <w:r>
        <w:rPr>
          <w:sz w:val="20"/>
        </w:rPr>
        <w:t>1:08:35  yani woh to hamare mulazim nahi hain aur woh itna kaam kar rahe hain. kehte hain bechare military ko bhi maare gaye isi mein. yani kai army ko bhi is mein inko jaan dena para.</w:t>
      </w:r>
      <w:r>
        <w:br/>
      </w:r>
      <w:r>
        <w:rPr>
          <w:sz w:val="20"/>
        </w:rPr>
        <w:t>1:08:47  is tarah se kaam kar rahe hain woh. mein to bohat zyada inko samajhta hoon ke bohat hi qabil qadar kaam kar rahe hain woh. jis ne yeh kaha to mere nazdeek gunah ki baat kahi unhon ne.</w:t>
      </w:r>
      <w:r>
        <w:br/>
      </w:r>
      <w:r>
        <w:rPr>
          <w:sz w:val="20"/>
        </w:rPr>
        <w:t>1:09:02  aur usooli baat mein yeh kehna chahta hoon ke jab aap acknowledge karte hain, shukriya ada karte hain to aap ibadat karte hain apne liye.</w:t>
      </w:r>
      <w:r>
        <w:br/>
      </w:r>
      <w:r>
        <w:rPr>
          <w:sz w:val="20"/>
        </w:rPr>
        <w:t>1:09:13  aur dekhiye, ek bohat hi zyada relevant hadith hai ke malam yashkurun nas lam yashkurullaha jo aadmi insaan ka shukr nahi karega, woh Allah ka shukr bhi nahi kar</w:t>
      </w:r>
      <w:r>
        <w:br/>
      </w:r>
      <w:r>
        <w:rPr>
          <w:sz w:val="20"/>
        </w:rPr>
        <w:t>1:09:28  ega. shukr ka matlab hota hai acknowledge karna, eteraaf karna. to</w:t>
      </w:r>
      <w:r>
        <w:br/>
      </w:r>
      <w:r>
        <w:rPr>
          <w:sz w:val="20"/>
        </w:rPr>
        <w:t>1:09:39  yani aap ko to aisa mauqa jo hai opportunity ke taur par lena chahiye, jahan aap keh saken ke mein aap ka eteraaf karta hoon, mein aap ka acknowledge karta hoon, aap ka shukr guzar hoon.</w:t>
      </w:r>
      <w:r>
        <w:br/>
      </w:r>
      <w:r>
        <w:rPr>
          <w:sz w:val="20"/>
        </w:rPr>
        <w:t>1:09:52  aise koi mauqa pesh aaye to us ko bator opportunity ke lijiye,</w:t>
      </w:r>
      <w:r>
        <w:br/>
      </w:r>
      <w:r>
        <w:rPr>
          <w:sz w:val="20"/>
        </w:rPr>
        <w:t>1:09:56  ibadat ke opportunity, maarfat ke opportunity.</w:t>
      </w:r>
      <w:r>
        <w:br/>
      </w:r>
      <w:r>
        <w:rPr>
          <w:sz w:val="20"/>
        </w:rPr>
        <w:t>1:10:03  jinhon ne yeh baat kahi, woh bilkul yani mein samajhta hoon ke insensitive ho gaye. insensitive sensitivity un ka andar nahi hogi aur na woh Quran o hadith ko samajhte honge.</w:t>
      </w:r>
      <w:r>
        <w:br/>
      </w:r>
      <w:r>
        <w:rPr>
          <w:sz w:val="20"/>
        </w:rPr>
        <w:t>1:10:16  aise hi bas animal ki tarah jeete honge, animal ki tarah un ka tareeqa hoga.</w:t>
      </w:r>
      <w:r>
        <w:br/>
      </w:r>
      <w:r>
        <w:rPr>
          <w:sz w:val="20"/>
        </w:rPr>
        <w:t>1:10:24  maulana, yeh next question aaya hai rajat malhotra ka Paris se. How can we explain to people that materialism should be need-based only?</w:t>
      </w:r>
      <w:r>
        <w:br/>
      </w:r>
      <w:r>
        <w:rPr>
          <w:sz w:val="20"/>
        </w:rPr>
        <w:t>1:10:35  dekhiye, need ka koi yani in terms of quantity aap us ko us ko define nahi kar sakte ke itne rupay, itna ghar, itna bistar, itna kapda yeh nahi ho sakta.</w:t>
      </w:r>
      <w:r>
        <w:br/>
      </w:r>
      <w:r>
        <w:rPr>
          <w:sz w:val="20"/>
        </w:rPr>
        <w:t>1:10:51  yeh aap ke apne upar hai ke aap ko khud introspection kar ke jaan na hoga ke meri need kya hai.</w:t>
      </w:r>
      <w:r>
        <w:br/>
      </w:r>
      <w:r>
        <w:rPr>
          <w:sz w:val="20"/>
        </w:rPr>
        <w:t>1:11:02  need kisi ki kam ho sakti hai, kisi ki zyada ho sakti hai.</w:t>
      </w:r>
      <w:r>
        <w:br/>
      </w:r>
      <w:r>
        <w:rPr>
          <w:sz w:val="20"/>
        </w:rPr>
        <w:t>1:11:08  to yeh koi mushkil kaam nahi hai ke aap agar aadmi ke andar sincerity ho to jaan sakta ho ke meri need kya hai.</w:t>
      </w:r>
    </w:p>
    <w:p>
      <w:pPr>
        <w:pStyle w:val="Heading2"/>
      </w:pPr>
      <w:r>
        <w:t>Distinguishing heart, mind, and soul thoughts?</w:t>
      </w:r>
    </w:p>
    <w:p>
      <w:r>
        <w:rPr>
          <w:color w:val="666666"/>
          <w:sz w:val="18"/>
        </w:rPr>
        <w:t>Spirituality · God Oriented Life July 9, 2023 · 13m 17s · at 41:03 · https://youtu.be/0bQxMeOk5c8?t=2463</w:t>
      </w:r>
    </w:p>
    <w:p>
      <w:r>
        <w:rPr>
          <w:i/>
        </w:rPr>
        <w:t>“Does our heart and mind have a connection with our soul? How do we know if the thoughts that arise are from our heart and mind or the voice of the soul? Can we hear the voice of the soul? How do we know if it is a thought from our mind or from our heart?”</w:t>
      </w:r>
    </w:p>
    <w:p>
      <w:r>
        <w:rPr>
          <w:sz w:val="20"/>
        </w:rPr>
        <w:t>41:03  apa, ek sawal bheja hai Rohit Kumar ji ne, Amritsar se program ko</w:t>
      </w:r>
      <w:r>
        <w:br/>
      </w:r>
      <w:r>
        <w:rPr>
          <w:sz w:val="20"/>
        </w:rPr>
        <w:t>41:10  dekh rahe hain. woh unhon ne likha hai, "Apa ji, kya hamare dil aur dimagh ka taluq hamari rooh se hota hai? hamare andar jo khayal paida hote hain, hamein kaise pata chale ke woh hamare dil aur dimagh ka khayal hai ya rooh ki awaz?</w:t>
      </w:r>
      <w:r>
        <w:br/>
      </w:r>
      <w:r>
        <w:rPr>
          <w:sz w:val="20"/>
        </w:rPr>
        <w:t>41:25  kya rooh ki awaz hamein sunai deti hai? hamein kaise pata chale ke yeh hamare mann ka khayal hai ya hamare dimagh ka?" apa, kripa is ko clear karen.</w:t>
      </w:r>
      <w:r>
        <w:br/>
      </w:r>
      <w:r>
        <w:rPr>
          <w:sz w:val="20"/>
        </w:rPr>
        <w:t>41:41  insaan ke andar asal cheez dimaghi hai, mind hi hai. woh hamein feel hota hai jaise hum koi bohat khush hue hain to hamein heart lagta hai ke hamara zyada beat barh gayi hai ya koi sad ho gaye hain.</w:t>
      </w:r>
      <w:r>
        <w:br/>
      </w:r>
      <w:r>
        <w:rPr>
          <w:sz w:val="20"/>
        </w:rPr>
        <w:t>41:54  to aisa heart ke level par hamein is ka effect mehsoos hota hai. woh effect hai, asal to mind hi hai. wahi hamari personality hai, wahi usi ko rooh aap keh sakte hain.</w:t>
      </w:r>
      <w:r>
        <w:br/>
      </w:r>
      <w:r>
        <w:rPr>
          <w:sz w:val="20"/>
        </w:rPr>
        <w:t>42:05  wahi consciousness jo hai, to wahi hai. mind hi yeh sab kuch hai.</w:t>
      </w:r>
      <w:r>
        <w:br/>
      </w:r>
      <w:r>
        <w:rPr>
          <w:sz w:val="20"/>
        </w:rPr>
        <w:t>42:10  woh is ka sirf ehsaas hum ko alag alag mehsoos hota hai. kabhi heart pe mehsoos hota hai. to kyunke heart jo hai na, blood ko pump karta hai.</w:t>
      </w:r>
      <w:r>
        <w:br/>
      </w:r>
      <w:r>
        <w:rPr>
          <w:sz w:val="20"/>
        </w:rPr>
        <w:t>42:21  ab hamein zyada hum woh ho gaye, bohat zyada ehtejaj mein aa gaye. kya kahein ge is ko? to woh as heart ke, us ko baray beat, heart beat barh jati hai.</w:t>
      </w:r>
      <w:r>
        <w:br/>
      </w:r>
      <w:r>
        <w:rPr>
          <w:sz w:val="20"/>
        </w:rPr>
        <w:t>42:33  to aisa lagta hai ke heart mein is ka asar, heart ki wajah se aisa hua. aisa nahi hai, woh to effect hai.</w:t>
      </w:r>
      <w:r>
        <w:br/>
      </w:r>
      <w:r>
        <w:rPr>
          <w:sz w:val="20"/>
        </w:rPr>
        <w:t>42:40  asal to mind hi hai. mind hi sochta hai, lekin mind itna zabardast tareeqay se automatic system hai woh ke foran feel kar leta hai.</w:t>
      </w:r>
      <w:r>
        <w:br/>
      </w:r>
      <w:r>
        <w:rPr>
          <w:sz w:val="20"/>
        </w:rPr>
        <w:t>42:51  is ko der nahi lagti hai fail karne mein. ji to is liye hum samajh nahi paate ke hum ko mind se humein yeh baat hui hai. humein lagta hai ke heart se hui hai.</w:t>
      </w:r>
      <w:r>
        <w:br/>
      </w:r>
      <w:r>
        <w:rPr>
          <w:sz w:val="20"/>
        </w:rPr>
        <w:t>43:01  woh asal cheez mind, insaan ke dimagh mein mind hi hai.</w:t>
      </w:r>
      <w:r>
        <w:br/>
      </w:r>
      <w:r>
        <w:rPr>
          <w:sz w:val="20"/>
        </w:rPr>
        <w:t>43:05  ji ji aur bilkul apa aap ne sahi kaha ke main cheez to mind hi hai. aur shuru se hi Allah taala ne sab ke andar, jis ka apa aya ke lafz nafs lawwama aur nafs ammara ke insaan ke andar consciousness bhi hai aur ego bhi hai.</w:t>
      </w:r>
      <w:r>
        <w:br/>
      </w:r>
      <w:r>
        <w:rPr>
          <w:sz w:val="20"/>
        </w:rPr>
        <w:t>43:20  to ab yeh aap par depend karta hai ke aap kis ko feed karte hain. to agar aap consciousness ko feed karenge to khayal achhe honge, aap ki personality positive banegi.</w:t>
      </w:r>
      <w:r>
        <w:br/>
      </w:r>
      <w:r>
        <w:rPr>
          <w:sz w:val="20"/>
        </w:rPr>
        <w:t>43:29  ego ko feed karenge to negative personality banegi.</w:t>
      </w:r>
      <w:r>
        <w:br/>
      </w:r>
      <w:r>
        <w:rPr>
          <w:sz w:val="20"/>
        </w:rPr>
        <w:t>43:33  to yeh integral part hai of the mind and of the personality. aur aksar is ko na samajhne se logon ke andar confusion ho jati hai. woh sochte hain ke rooh alag hai, dimagh alag hai, dil alag hai.</w:t>
      </w:r>
      <w:r>
        <w:br/>
      </w:r>
      <w:r>
        <w:rPr>
          <w:sz w:val="20"/>
        </w:rPr>
        <w:t>43:45  lekin asal mein main cheez aik hi hai, dimagh. aur is mein Allah taala ne aik upright nature shuru se hi dala hua hai. to yeh hamare upar depend karta hai that how we build our personalities.</w:t>
      </w:r>
      <w:r>
        <w:br/>
      </w:r>
      <w:r>
        <w:rPr>
          <w:sz w:val="20"/>
        </w:rPr>
        <w:t>43:56  asal mein woh pehle zamane mein jab researches nahi hui thi na, ji tab log samajhte the</w:t>
      </w:r>
      <w:r>
        <w:br/>
      </w:r>
      <w:r>
        <w:rPr>
          <w:sz w:val="20"/>
        </w:rPr>
        <w:t>44:02  alag alag. ab science ki jo research se pata chala hai ke asal cheez mind hi hai. bilkul ji ji apa aik sawal, yeh hashim ali sahib ne multan se kiya, pakistan se.</w:t>
      </w:r>
      <w:r>
        <w:br/>
      </w:r>
      <w:r>
        <w:rPr>
          <w:sz w:val="20"/>
        </w:rPr>
        <w:t>44:13  aap is ka jawab de chuki hain. shayad unhon ne late session ko join kiya, but yeh aap se pooch rahe hain ke what is the meaning of purification of heart?</w:t>
      </w:r>
      <w:r>
        <w:br/>
      </w:r>
      <w:r>
        <w:rPr>
          <w:sz w:val="20"/>
        </w:rPr>
        <w:t>44:23  to is ke bare mein aap batain. woh is zamane mein dekhiye, heart ka lafz bola jata tha jaise whole heartedly.</w:t>
      </w:r>
      <w:r>
        <w:br/>
      </w:r>
      <w:r>
        <w:rPr>
          <w:sz w:val="20"/>
        </w:rPr>
        <w:t>44:33  woh bola jata tha, riwaj mein tha. ab whole mindedly nahi, koi bolega. woh bola jata tha. to wohi Islam mein bhi woh alfaaz to wohi sab aa jate hain jo language mein istemal hote hain.</w:t>
      </w:r>
      <w:r>
        <w:br/>
      </w:r>
      <w:r>
        <w:rPr>
          <w:sz w:val="20"/>
        </w:rPr>
        <w:t>44:45  to asal mein purification of the mind hai. ji woh bola jata tha, is liye purification of the heart bola jane laga. ji to wohi mind, wohi is ka aik thought process poora chalana parega.</w:t>
      </w:r>
      <w:r>
        <w:br/>
      </w:r>
      <w:r>
        <w:rPr>
          <w:sz w:val="20"/>
        </w:rPr>
        <w:t>44:57  ji jahan hum ne koi ghalti ki, is ko foran is ko rectify karna parega</w:t>
      </w:r>
      <w:r>
        <w:br/>
      </w:r>
      <w:r>
        <w:rPr>
          <w:sz w:val="20"/>
        </w:rPr>
        <w:t>45:03  a. musalsal watch karna parega ke hamare andar koi ghalt idea, hum ne koi ghalt kaam kiya ho, kisi ko nuqsan pohanchaya ho.</w:t>
      </w:r>
      <w:r>
        <w:br/>
      </w:r>
      <w:r>
        <w:rPr>
          <w:sz w:val="20"/>
        </w:rPr>
        <w:t>45:12  to yeh sab cheezon ko check karte rehna parega. agar check nahi karenge to dheere dheere hamari poori personality pollute ho jayegi.</w:t>
      </w:r>
      <w:r>
        <w:br/>
      </w:r>
      <w:r>
        <w:rPr>
          <w:sz w:val="20"/>
        </w:rPr>
        <w:t>45:23  aik bar mujhe yaad aata hai ke taqreeban shayad 25, 20, 25 saal ke Maulana rahe honge. ji to un ki jeb mein kuch so do so rupiya tha kisi ka.</w:t>
      </w:r>
      <w:r>
        <w:br/>
      </w:r>
      <w:r>
        <w:rPr>
          <w:sz w:val="20"/>
        </w:rPr>
        <w:t>45:34  ab pata nahi kyun un ko aisa feel hua ke kahin mein mar jaon to pata nahi chalega kis ka paisa hai. hmm to un ko neend hi nahi aa rahi thi.</w:t>
      </w:r>
      <w:r>
        <w:br/>
      </w:r>
      <w:r>
        <w:rPr>
          <w:sz w:val="20"/>
        </w:rPr>
        <w:t>45:44  ji ji phir unhon ne lalten jalai. woh gaon ka zamana tha. lalten jalai, aik kaghaz qalam liya aur likha ke mein mar jaon to yeh paisa falan ko de diya jaye.</w:t>
      </w:r>
      <w:r>
        <w:br/>
      </w:r>
      <w:r>
        <w:rPr>
          <w:sz w:val="20"/>
        </w:rPr>
        <w:t>45:54  ji to itna zyada insaan ko conscious rehna hai ke hum se koi ghalti na ho jaye.</w:t>
      </w:r>
      <w:r>
        <w:br/>
      </w:r>
      <w:r>
        <w:rPr>
          <w:sz w:val="20"/>
        </w:rPr>
        <w:t>46:00  jab conscious rahenge to phir woh sensitivity develop ho jayegi aur phir hum har ghalt kaam se khud ba khud bachne lagenge. bohat achha example yaad dilaya apa aap ne.</w:t>
      </w:r>
      <w:r>
        <w:br/>
      </w:r>
      <w:r>
        <w:rPr>
          <w:sz w:val="20"/>
        </w:rPr>
        <w:t>46:11  to asal cheez wohi hai jo aap ne kaha ke is nature pe lotna, jis nature pe Allah taala ne insaan ko paida kiya hai. ke apne dil mein kisi ke liye hate nahi rakhna, kisi ke andar malech, kisi ke liye</w:t>
      </w:r>
      <w:r>
        <w:br/>
      </w:r>
      <w:r>
        <w:rPr>
          <w:sz w:val="20"/>
        </w:rPr>
        <w:t>46:25  malech nahi rakhna, aur doosre ke liye khair khwah banna. God oriented life bana batana. to yahi yahi hai purification of heart.</w:t>
      </w:r>
      <w:r>
        <w:br/>
      </w:r>
      <w:r>
        <w:rPr>
          <w:sz w:val="20"/>
        </w:rPr>
        <w:t>46:34  and Quran mein aya hai ke only truly dost people be entered into paradise who have sound heart. to sound heart ka matlab hi yahi hai ke purified personality.</w:t>
      </w:r>
      <w:r>
        <w:br/>
      </w:r>
      <w:r>
        <w:rPr>
          <w:sz w:val="20"/>
        </w:rPr>
        <w:t>46:45  to yeh to jannat ki condition hai apa.</w:t>
      </w:r>
      <w:r>
        <w:br/>
      </w:r>
      <w:r>
        <w:rPr>
          <w:sz w:val="20"/>
        </w:rPr>
        <w:t>46:49  to aur yeh bhi tha ke jaise ab aba jo hain baat cheet karne ke andaaz mein kabhi bohat hi matlab bohat hi koi baat nahi samajh raha hai na to thoda tez bol dete the samjhane ke is liye ke us ko samajh mein nahi aa raha hai.</w:t>
      </w:r>
      <w:r>
        <w:br/>
      </w:r>
      <w:r>
        <w:rPr>
          <w:sz w:val="20"/>
        </w:rPr>
        <w:t>47:07  ke aap ki samajh mein nahi aata aisa kuch keh diya.</w:t>
      </w:r>
      <w:r>
        <w:br/>
      </w:r>
      <w:r>
        <w:rPr>
          <w:sz w:val="20"/>
        </w:rPr>
        <w:t>47:10  aisi koi baat aisi keh di na to koi bhi time ho, raat ka time ho, din ka time ho, agar aisi koi baat ho gayi to woh us ke ghar jaate the us se maafii maangne.</w:t>
      </w:r>
      <w:r>
        <w:br/>
      </w:r>
      <w:r>
        <w:rPr>
          <w:sz w:val="20"/>
        </w:rPr>
        <w:t>47:22  to yeh mashhoor ho gaya tha ke agar yeh waheeduddin khan be waqt kisi ke ghar jayen to samajh lo maafii maangne aaye honge.</w:t>
      </w:r>
      <w:r>
        <w:br/>
      </w:r>
      <w:r>
        <w:rPr>
          <w:sz w:val="20"/>
        </w:rPr>
        <w:t>47:31  to ghaltiyaan hoti hain, insaan hain, insaan ghalti karta hai. to humein maafii maangne ke liye tayyar rehna cha</w:t>
      </w:r>
      <w:r>
        <w:br/>
      </w:r>
      <w:r>
        <w:rPr>
          <w:sz w:val="20"/>
        </w:rPr>
        <w:t>47:38  ahiye. bilkul apa bohat ziyada hum logon ki hammering hoti thi. ke aap ghalti kyun nahi maante? foran ghalti maaniye. to bohat achhe examples bataye apa aap ne.</w:t>
      </w:r>
      <w:r>
        <w:br/>
      </w:r>
      <w:r>
        <w:rPr>
          <w:sz w:val="20"/>
        </w:rPr>
        <w:t>47:48  apa aakhri sawal aaj ke session ka.</w:t>
      </w:r>
      <w:r>
        <w:br/>
      </w:r>
      <w:r>
        <w:rPr>
          <w:sz w:val="20"/>
        </w:rPr>
        <w:t>47:52  apa aap ki conversation se to yahi seekha aaj hum ne ke tazkiya makes a person, builds a person with a noble personality, brings a man closer to God, and also enables him to be a deserving candidate for the company of angels.</w:t>
      </w:r>
      <w:r>
        <w:br/>
      </w:r>
      <w:r>
        <w:rPr>
          <w:sz w:val="20"/>
        </w:rPr>
        <w:t>48:10  lekin apa ek hi cheez is ko derail kar sakti hai aur woh hai distraction.</w:t>
      </w:r>
      <w:r>
        <w:br/>
      </w:r>
      <w:r>
        <w:rPr>
          <w:sz w:val="20"/>
        </w:rPr>
        <w:t>48:17  maulana sahib kehte the ke one of the successful principle to lead a life, successful life in this world is that you should be able to abandon one thing in favor of another.</w:t>
      </w:r>
      <w:r>
        <w:br/>
      </w:r>
      <w:r>
        <w:rPr>
          <w:sz w:val="20"/>
        </w:rPr>
        <w:t>48:29  to koi bhi insaan zindagi mein do do priorities nahi rakh sakta. focus mein ek hi cheez hoti hai. to agar aap ka focus, aap ki priority tazkiya hai, so you have to abandon all those things which are irrelevant for tazkiya</w:t>
      </w:r>
      <w:r>
        <w:br/>
      </w:r>
      <w:r>
        <w:rPr>
          <w:sz w:val="20"/>
        </w:rPr>
        <w:t>48:44  . to apa kal mila ke jo ek sab se aham question hai, saare log aaj ki date mein isi mein mubtala hain, isi mein phanse hue hain.</w:t>
      </w:r>
      <w:r>
        <w:br/>
      </w:r>
      <w:r>
        <w:rPr>
          <w:sz w:val="20"/>
        </w:rPr>
        <w:t>48:55  distraction to kaise apne aap ko distraction se bachayen? yeh apa aaj ka aakhri sawal hai. isi par main chahunga ke aap session ko khatam karen.</w:t>
      </w:r>
      <w:r>
        <w:br/>
      </w:r>
      <w:r>
        <w:rPr>
          <w:sz w:val="20"/>
        </w:rPr>
        <w:t>49:07  distraction hi main cheez hai jis ki wajah se hum apna tazkiya nahi kar paate.</w:t>
      </w:r>
      <w:r>
        <w:br/>
      </w:r>
      <w:r>
        <w:rPr>
          <w:sz w:val="20"/>
        </w:rPr>
        <w:t>49:14  to baar baar hum distract hote rehte hain. aur sab se pehle humein yeh jaanna hai ke hamare paas bohat hi limited period of time hai.</w:t>
      </w:r>
      <w:r>
        <w:br/>
      </w:r>
      <w:r>
        <w:rPr>
          <w:sz w:val="20"/>
        </w:rPr>
        <w:t>49:23  hamare paas waqt bohat kam hai. agar hum is mein distract hote rahenge baar baar to pata chalega ke hamara time hi khatam ho gaya. ab hum kuch karne ki position mein hi nahi</w:t>
      </w:r>
      <w:r>
        <w:br/>
      </w:r>
      <w:r>
        <w:rPr>
          <w:sz w:val="20"/>
        </w:rPr>
        <w:t>49:34  hain. to yeh baat humein samajhna hai aur apne aap ko poori tarah se har waqt tayyar rakhna hai ke jahan bhi koi un ko jahan bhi aisa lage ke yeh cheez humein matlab sab se pehle to humein apna goal set kar lena hai ke hamara goal kya hai?</w:t>
      </w:r>
      <w:r>
        <w:br/>
      </w:r>
      <w:r>
        <w:rPr>
          <w:sz w:val="20"/>
        </w:rPr>
        <w:t>49:53  kya spirituality hamara goal hai? Khuda se connection qaim karna hamara goal hai?</w:t>
      </w:r>
      <w:r>
        <w:br/>
      </w:r>
      <w:r>
        <w:rPr>
          <w:sz w:val="20"/>
        </w:rPr>
        <w:t>49:58  ya duniya ka bhi koi goal ho to humein us goal ko sab se pehle set kar lena hai. is ke baad dekhna hai ke kya koi aisi cheez hai jo is mein hamare woh obstacle create kar rahi hai.</w:t>
      </w:r>
      <w:r>
        <w:br/>
      </w:r>
      <w:r>
        <w:rPr>
          <w:sz w:val="20"/>
        </w:rPr>
        <w:t>50:12  matlab bohat saare log hain jo lazeez khano ke chakkar mein rehte hain. aur ladies khaas taur par shopping ke chakkar mein rehti hain.</w:t>
      </w:r>
      <w:r>
        <w:br/>
      </w:r>
      <w:r>
        <w:rPr>
          <w:sz w:val="20"/>
        </w:rPr>
        <w:t>50:22  kitne hi un ke paas samaan ho lekin shopping karne chali jaati hain.</w:t>
      </w:r>
      <w:r>
        <w:br/>
      </w:r>
      <w:r>
        <w:rPr>
          <w:sz w:val="20"/>
        </w:rPr>
        <w:t>50:26  entertainment hai, daawaten hain aur bohat saari cheezen aisi hain. to yeh saari cheezon se apne aap ko bachana padega.</w:t>
      </w:r>
      <w:r>
        <w:br/>
      </w:r>
      <w:r>
        <w:rPr>
          <w:sz w:val="20"/>
        </w:rPr>
        <w:t>50:35  jab Maulana keh dete hain need based life guzarni padegi. kyunke yeh to saari zindagi bazaar mein to roz nayi nayi cheezen aati rehti hain.</w:t>
      </w:r>
      <w:r>
        <w:br/>
      </w:r>
      <w:r>
        <w:rPr>
          <w:sz w:val="20"/>
        </w:rPr>
        <w:t>50:43  agar hum yeh karenge ke hum ko roz nayi nayi cheez chahiye, ab is se hum bore ho gaye, dil bhar gaya to hum phir isi mein. Maulana ke kamre mein chaalis saal wahi ek hi</w:t>
      </w:r>
      <w:r>
        <w:br/>
      </w:r>
      <w:r>
        <w:rPr>
          <w:sz w:val="20"/>
        </w:rPr>
        <w:t>50:55  furniture raha. ji ji ji bilkul apa. woh kuch laane hi nahi dete the. abhi bhi wahi pada hai apa. ek baar kya hua, ek lambi si sofa bhi nahi thi, lambi bench thi.</w:t>
      </w:r>
      <w:r>
        <w:br/>
      </w:r>
      <w:r>
        <w:rPr>
          <w:sz w:val="20"/>
        </w:rPr>
        <w:t>51:06  achi thi woh. san usnein laye ke yeh abba ke kamre mein rakh dete hain. aur log aate hain baithne baithne ke liye. to maine kaha abba rakhne to denge nahin.</w:t>
      </w:r>
      <w:r>
        <w:br/>
      </w:r>
      <w:r>
        <w:rPr>
          <w:sz w:val="20"/>
        </w:rPr>
        <w:t>51:16  to jab woh namaz parhne lage na tab maine khamosh use ek taraf rakhwa diya.</w:t>
      </w:r>
      <w:r>
        <w:br/>
      </w:r>
      <w:r>
        <w:rPr>
          <w:sz w:val="20"/>
        </w:rPr>
        <w:t>51:21  ji namaz parha parh ke sab se pehle unhon ne is ko bahar nikala. to woh kehte thay main status ko mein change nahin karta.</w:t>
      </w:r>
      <w:r>
        <w:br/>
      </w:r>
      <w:r>
        <w:rPr>
          <w:sz w:val="20"/>
        </w:rPr>
        <w:t>51:31  kyunke woh distraction ban jata hai. ji to is tarah se woh distraction se bohat door rehte thay. koi bhi aisa kaam nahin karte thay jaise shadiyon mein jana, dawatوں mein jana, taqreebon mein jana, yeh sab nahin karte thay.</w:t>
      </w:r>
      <w:r>
        <w:br/>
      </w:r>
      <w:r>
        <w:rPr>
          <w:sz w:val="20"/>
        </w:rPr>
        <w:t>51:46  shuru shuru mein logon ne bohat shikayatein keen ke kahin aana jana nahin karte.</w:t>
      </w:r>
      <w:r>
        <w:br/>
      </w:r>
      <w:r>
        <w:rPr>
          <w:sz w:val="20"/>
        </w:rPr>
        <w:t>51:50  lekin woh dheere dheere log bhi samajh lete hain ke yeh nahin aaye jayenge to phir kehna bhi chhod dete hain woh. ji to yeh har aadmi ka distraction alag alag hota hai.</w:t>
      </w:r>
      <w:r>
        <w:br/>
      </w:r>
      <w:r>
        <w:rPr>
          <w:sz w:val="20"/>
        </w:rPr>
        <w:t>52:02  woh hamein khud hi is ko discover karna hai ke hamara kya distraction hai. to aur is se hamein apne aap ko hum bachana hai.</w:t>
      </w:r>
      <w:r>
        <w:br/>
      </w:r>
      <w:r>
        <w:rPr>
          <w:sz w:val="20"/>
        </w:rPr>
        <w:t>52:12  kyunke hamare bilkul focused hum reh</w:t>
      </w:r>
      <w:r>
        <w:br/>
      </w:r>
      <w:r>
        <w:rPr>
          <w:sz w:val="20"/>
        </w:rPr>
        <w:t>52:15  ein. jo maine kaha tha na shehad ki makhi ki tarah hum focused rahein. tabhi hum kai kar sakte hain. ab jaise hum hi logon ka hai, jagah jagah log bulane lagte hain.</w:t>
      </w:r>
      <w:r>
        <w:br/>
      </w:r>
      <w:r>
        <w:rPr>
          <w:sz w:val="20"/>
        </w:rPr>
        <w:t>52:24  kahin program bula rahe hain, kahin kuch kar rahe hain. yeh yeh kaam hai, woh kaam hai. to hum nahin jaate ke hamare paas bohat kaam hai. to is tarah se har aadmi ka alag alag distraction hota hai.</w:t>
      </w:r>
      <w:r>
        <w:br/>
      </w:r>
      <w:r>
        <w:rPr>
          <w:sz w:val="20"/>
        </w:rPr>
        <w:t>52:35  aur jab tak ke woh apne aap ko is distraction se nahin bachayega, tab tak woh focus</w:t>
      </w:r>
      <w:r>
        <w:br/>
      </w:r>
      <w:r>
        <w:rPr>
          <w:sz w:val="20"/>
        </w:rPr>
        <w:t>52:41  nahin kar sakta. jab focus nahin karega to is ko woh jo is ko paana chahta hai, woh na woh dunya ka koi goal hasil kar sakta hai, na koi akhirat ke hisab se koi goal hasil kar sakta hai.</w:t>
      </w:r>
      <w:r>
        <w:br/>
      </w:r>
      <w:r>
        <w:rPr>
          <w:sz w:val="20"/>
        </w:rPr>
        <w:t>52:54  jab tak ke woh apne aap ko har distraction se na bachaye. ji jazak Allah apa for doing a very good session today.</w:t>
      </w:r>
      <w:r>
        <w:br/>
      </w:r>
      <w:r>
        <w:rPr>
          <w:sz w:val="20"/>
        </w:rPr>
        <w:t>53:05  aap ko aaj ka session kaisa laga? aap</w:t>
      </w:r>
      <w:r>
        <w:br/>
      </w:r>
      <w:r>
        <w:rPr>
          <w:sz w:val="20"/>
        </w:rPr>
        <w:t>53:09  is ke bare mein zaroor comment section mein likhiye. and also if you want apa fareeda apa to take a topic of your choice, do mention the list of topics in the comment section.</w:t>
      </w:r>
      <w:r>
        <w:br/>
      </w:r>
      <w:r>
        <w:rPr>
          <w:sz w:val="20"/>
        </w:rPr>
        <w:t>53:21  we will be back next sunday same time. thank you for watching today sunday session.</w:t>
      </w:r>
    </w:p>
    <w:p>
      <w:pPr>
        <w:pStyle w:val="Heading2"/>
      </w:pPr>
      <w:r>
        <w:t>Dua to diffuse negative thoughts</w:t>
      </w:r>
    </w:p>
    <w:p>
      <w:r>
        <w:rPr>
          <w:color w:val="666666"/>
          <w:sz w:val="18"/>
        </w:rPr>
        <w:t>Spirituality · What is Akhirat March 12, 2006 Maulana Wahiduddin Khan · 19m 36s · at 34:03 · https://youtu.be/F41-6s4TdW0?t=2043</w:t>
      </w:r>
    </w:p>
    <w:p>
      <w:r>
        <w:rPr>
          <w:i/>
        </w:rPr>
        <w:t>“Sometimes despite my best efforts to avoid negative thoughts, I am incapable of diffusing them. Is there any dua which can help me diffuse the negative thought?”</w:t>
      </w:r>
    </w:p>
    <w:p>
      <w:r>
        <w:rPr>
          <w:sz w:val="20"/>
        </w:rPr>
        <w:t>34:03  agla sawal is from hussain bano</w:t>
      </w:r>
      <w:r>
        <w:br/>
      </w:r>
      <w:r>
        <w:rPr>
          <w:sz w:val="20"/>
        </w:rPr>
        <w:t>34:06  she says that sometimes in her case despite her best efforts to avoid negative thoughts she is incapable of diffusing that</w:t>
      </w:r>
      <w:r>
        <w:br/>
      </w:r>
      <w:r>
        <w:rPr>
          <w:sz w:val="20"/>
        </w:rPr>
        <w:t>34:18  thought so she says that is there any dua which can help her diffuse the negative thought and</w:t>
      </w:r>
      <w:r>
        <w:br/>
      </w:r>
      <w:r>
        <w:rPr>
          <w:sz w:val="20"/>
        </w:rPr>
        <w:t>34:26  deal with the life related issue</w:t>
      </w:r>
      <w:r>
        <w:br/>
      </w:r>
      <w:r>
        <w:rPr>
          <w:sz w:val="20"/>
        </w:rPr>
        <w:t>34:30  dekhiye ek baat samajh lijiye</w:t>
      </w:r>
      <w:r>
        <w:br/>
      </w:r>
      <w:r>
        <w:rPr>
          <w:sz w:val="20"/>
        </w:rPr>
        <w:t>34:33  ke negative thought</w:t>
      </w:r>
      <w:r>
        <w:br/>
      </w:r>
      <w:r>
        <w:rPr>
          <w:sz w:val="20"/>
        </w:rPr>
        <w:t>34:36  mukammal maani mein</w:t>
      </w:r>
      <w:r>
        <w:br/>
      </w:r>
      <w:r>
        <w:rPr>
          <w:sz w:val="20"/>
        </w:rPr>
        <w:t>34:39  khatm nahi hota</w:t>
      </w:r>
      <w:r>
        <w:br/>
      </w:r>
      <w:r>
        <w:rPr>
          <w:sz w:val="20"/>
        </w:rPr>
        <w:t>34:42  kisi ke liye bhi nahi khatm hota</w:t>
      </w:r>
      <w:r>
        <w:br/>
      </w:r>
      <w:r>
        <w:rPr>
          <w:sz w:val="20"/>
        </w:rPr>
        <w:t>34:45  is liye</w:t>
      </w:r>
      <w:r>
        <w:br/>
      </w:r>
      <w:r>
        <w:rPr>
          <w:sz w:val="20"/>
        </w:rPr>
        <w:t>34:48  yeh ek musalsal amal hai agar wo musalsal amal na ho to rozana aap neki kaise kamayenge</w:t>
      </w:r>
      <w:r>
        <w:br/>
      </w:r>
      <w:r>
        <w:rPr>
          <w:sz w:val="20"/>
        </w:rPr>
        <w:t>34:57  aap ghor kijiye</w:t>
      </w:r>
      <w:r>
        <w:br/>
      </w:r>
      <w:r>
        <w:rPr>
          <w:sz w:val="20"/>
        </w:rPr>
        <w:t>34:59  ke agar aap ki umar 30 saal hai usi waqt sare manfi jazbat aap ne maar kar dale</w:t>
      </w:r>
      <w:r>
        <w:br/>
      </w:r>
      <w:r>
        <w:rPr>
          <w:sz w:val="20"/>
        </w:rPr>
        <w:t>35:07  ek dam khatm kar liya to phir aap ghair qabil ho gaye</w:t>
      </w:r>
      <w:r>
        <w:br/>
      </w:r>
      <w:r>
        <w:rPr>
          <w:sz w:val="20"/>
        </w:rPr>
        <w:t>35:11  aur wo taraqqi ka amal jo hai wo to wahin ka wahin ruk gaya</w:t>
      </w:r>
      <w:r>
        <w:br/>
      </w:r>
      <w:r>
        <w:rPr>
          <w:sz w:val="20"/>
        </w:rPr>
        <w:t>35:16  is ko achhe se samjhiye ke</w:t>
      </w:r>
      <w:r>
        <w:br/>
      </w:r>
      <w:r>
        <w:rPr>
          <w:sz w:val="20"/>
        </w:rPr>
        <w:t>35:19  yeh jo jis ko mein management keh raha hoon</w:t>
      </w:r>
      <w:r>
        <w:br/>
      </w:r>
      <w:r>
        <w:rPr>
          <w:sz w:val="20"/>
        </w:rPr>
        <w:t>35:23  ke ghusse ko sambhalna</w:t>
      </w:r>
      <w:r>
        <w:br/>
      </w:r>
      <w:r>
        <w:rPr>
          <w:sz w:val="20"/>
        </w:rPr>
        <w:t>35:25  manfi khayalat ko sambhalna</w:t>
      </w:r>
      <w:r>
        <w:br/>
      </w:r>
      <w:r>
        <w:rPr>
          <w:sz w:val="20"/>
        </w:rPr>
        <w:t>35:27  yeh aik amal hai</w:t>
      </w:r>
      <w:r>
        <w:br/>
      </w:r>
      <w:r>
        <w:rPr>
          <w:sz w:val="20"/>
        </w:rPr>
        <w:t>35:30  woh amal barabar jari rahega taakeh aap ka zaati</w:t>
      </w:r>
      <w:r>
        <w:br/>
      </w:r>
      <w:r>
        <w:rPr>
          <w:sz w:val="20"/>
        </w:rPr>
        <w:t>35:34  tarraqi jo hai woh kabhi khatm na ho chalta rahe chalta rahe chalta rahe</w:t>
      </w:r>
      <w:r>
        <w:br/>
      </w:r>
      <w:r>
        <w:rPr>
          <w:sz w:val="20"/>
        </w:rPr>
        <w:t>35:39  yeh toh bohat achi baat hai ke khatm nahi hota khatm nahi ho khatm ho jaye toh is</w:t>
      </w:r>
      <w:r>
        <w:br/>
      </w:r>
      <w:r>
        <w:rPr>
          <w:sz w:val="20"/>
        </w:rPr>
        <w:t>35:44  ka matlab yeh hai ke zaati tarraqi ka amal ruk jaye ga aap ka</w:t>
      </w:r>
      <w:r>
        <w:br/>
      </w:r>
      <w:r>
        <w:rPr>
          <w:sz w:val="20"/>
        </w:rPr>
        <w:t>35:49  doosri baat dekhiye yeh hai</w:t>
      </w:r>
      <w:r>
        <w:br/>
      </w:r>
      <w:r>
        <w:rPr>
          <w:sz w:val="20"/>
        </w:rPr>
        <w:t>35:52  keh quran se yahi maloom hota hai ke 100 feesad kabhi bhi kisi ka khatm nahi hota</w:t>
      </w:r>
      <w:r>
        <w:br/>
      </w:r>
      <w:r>
        <w:rPr>
          <w:sz w:val="20"/>
        </w:rPr>
        <w:t>35:58  woh quran se maloom hota hai khuda aakhirat mein khatm karega</w:t>
      </w:r>
      <w:r>
        <w:br/>
      </w:r>
      <w:r>
        <w:rPr>
          <w:sz w:val="20"/>
        </w:rPr>
        <w:t>36:06  jin logon ke liye yeh faisla kiya jaye ga ke unhein jannat mein dakhil kiya jaye ga toh</w:t>
      </w:r>
      <w:r>
        <w:br/>
      </w:r>
      <w:r>
        <w:rPr>
          <w:sz w:val="20"/>
        </w:rPr>
        <w:t>36:13  thode bohat jo reh gaye hain is ko khuda wahan pak kar dega</w:t>
      </w:r>
      <w:r>
        <w:br/>
      </w:r>
      <w:r>
        <w:rPr>
          <w:sz w:val="20"/>
        </w:rPr>
        <w:t>36:17  isi tarah aata hai quran mein keh yaani</w:t>
      </w:r>
      <w:r>
        <w:br/>
      </w:r>
      <w:r>
        <w:rPr>
          <w:sz w:val="20"/>
        </w:rPr>
        <w:t>36:23  ahl e jannat ke darmiyan dunya mein jo aik doosre ke khilaf shikayatein aur mali the is ko khuda</w:t>
      </w:r>
      <w:r>
        <w:br/>
      </w:r>
      <w:r>
        <w:rPr>
          <w:sz w:val="20"/>
        </w:rPr>
        <w:t>36:31  nikal dega wahan</w:t>
      </w:r>
      <w:r>
        <w:br/>
      </w:r>
      <w:r>
        <w:rPr>
          <w:sz w:val="20"/>
        </w:rPr>
        <w:t>36:35  toh aik woh log hain jo management na karein isi mein jeete rahein woh toh jahannum mein jayein</w:t>
      </w:r>
      <w:r>
        <w:br/>
      </w:r>
      <w:r>
        <w:rPr>
          <w:sz w:val="20"/>
        </w:rPr>
        <w:t>36:40  ge doosre woh log hain jo management karein khuloos se</w:t>
      </w:r>
      <w:r>
        <w:br/>
      </w:r>
      <w:r>
        <w:rPr>
          <w:sz w:val="20"/>
        </w:rPr>
        <w:t>36:46  aur management karte karte kuch thoda sa phir bhi reh jaye as of in</w:t>
      </w:r>
      <w:r>
        <w:br/>
      </w:r>
      <w:r>
        <w:rPr>
          <w:sz w:val="20"/>
        </w:rPr>
        <w:t>36:53  ke liye khuda ne wada kiya hai ke un ko un ko aakhri taur par yani final purification khuda kar dega aur phir jab jannat mein jayenge wo to wo puri tarah masbat shakhsiyat le kar jayenge</w:t>
      </w:r>
      <w:r>
        <w:br/>
      </w:r>
      <w:r>
        <w:rPr>
          <w:sz w:val="20"/>
        </w:rPr>
        <w:t>37:12  this question is from ayesha</w:t>
      </w:r>
      <w:r>
        <w:br/>
      </w:r>
      <w:r>
        <w:rPr>
          <w:sz w:val="20"/>
        </w:rPr>
        <w:t>37:14  she says that according to hadith simplicity is a part of faith then can you explain the relation between the two</w:t>
      </w:r>
      <w:r>
        <w:br/>
      </w:r>
      <w:r>
        <w:rPr>
          <w:sz w:val="20"/>
        </w:rPr>
        <w:t>37:26  dekhiye simplicity jo hai woh aap ko</w:t>
      </w:r>
      <w:r>
        <w:br/>
      </w:r>
      <w:r>
        <w:rPr>
          <w:sz w:val="20"/>
        </w:rPr>
        <w:t>37:32  is qabil banati hai keh aap apne waqt ko bacha sakein apne paise ko bacha sakein apne tawajjuh</w:t>
      </w:r>
      <w:r>
        <w:br/>
      </w:r>
      <w:r>
        <w:rPr>
          <w:sz w:val="20"/>
        </w:rPr>
        <w:t>37:39  ko bacha sakein</w:t>
      </w:r>
      <w:r>
        <w:br/>
      </w:r>
      <w:r>
        <w:rPr>
          <w:sz w:val="20"/>
        </w:rPr>
        <w:t>37:41  yeh hai dono ke darmiyan taluq</w:t>
      </w:r>
      <w:r>
        <w:br/>
      </w:r>
      <w:r>
        <w:rPr>
          <w:sz w:val="20"/>
        </w:rPr>
        <w:t>37:46  jo jin logon ke beech mein jin logon ke andar simplicity na ho har waqt un ko kaha</w:t>
      </w:r>
      <w:r>
        <w:br/>
      </w:r>
      <w:r>
        <w:rPr>
          <w:sz w:val="20"/>
        </w:rPr>
        <w:t>37:51  rehta hai keh bhai aaj khana paka hai yeh sofa sirf toh purana hoga is ko badalna hai</w:t>
      </w:r>
      <w:r>
        <w:br/>
      </w:r>
      <w:r>
        <w:rPr>
          <w:sz w:val="20"/>
        </w:rPr>
        <w:t>37:57  aur car mein dekho is ka yeh ho gaya hai toh simplicity na hone ki yeh qeemat deni padti</w:t>
      </w:r>
      <w:r>
        <w:br/>
      </w:r>
      <w:r>
        <w:rPr>
          <w:sz w:val="20"/>
        </w:rPr>
        <w:t>38:03  hai keh aap ki tawajjuh har waqt bhatakti rahe</w:t>
      </w:r>
      <w:r>
        <w:br/>
      </w:r>
      <w:r>
        <w:rPr>
          <w:sz w:val="20"/>
        </w:rPr>
        <w:t>38:07  aur simplicity agar aajaye keh jo hai wohi theek hai main mizaj</w:t>
      </w:r>
      <w:r>
        <w:br/>
      </w:r>
      <w:r>
        <w:rPr>
          <w:sz w:val="20"/>
        </w:rPr>
        <w:t>38:11  allah ta'ala allah ke fazl se yeh hai ke jo hai wohi theek hai jo khana hai wohi</w:t>
      </w:r>
      <w:r>
        <w:br/>
      </w:r>
      <w:r>
        <w:rPr>
          <w:sz w:val="20"/>
        </w:rPr>
        <w:t>38:16  theek hai jo kapra hai wohi theek hai to mein apne ko status goist kehta hoon</w:t>
      </w:r>
      <w:r>
        <w:br/>
      </w:r>
      <w:r>
        <w:rPr>
          <w:sz w:val="20"/>
        </w:rPr>
        <w:t>38:21  status goist shayad mein tareekh ka sab se bara status goist hoon ke jo hai wohi theek hai</w:t>
      </w:r>
      <w:r>
        <w:br/>
      </w:r>
      <w:r>
        <w:rPr>
          <w:sz w:val="20"/>
        </w:rPr>
        <w:t>38:29  is se mein apne aap ko bachata hoon is baat se ke meri tawajjuh bhatke ho</w:t>
      </w:r>
      <w:r>
        <w:br/>
      </w:r>
      <w:r>
        <w:rPr>
          <w:sz w:val="20"/>
        </w:rPr>
        <w:t>38:36  ek hi nuqte par laga rahe yeh hai woh inaam jo milta hai is aadmi ko jo simplicity</w:t>
      </w:r>
      <w:r>
        <w:br/>
      </w:r>
      <w:r>
        <w:rPr>
          <w:sz w:val="20"/>
        </w:rPr>
        <w:t>38:44  ko apna lifestyle banaye</w:t>
      </w:r>
      <w:r>
        <w:br/>
      </w:r>
      <w:r>
        <w:rPr>
          <w:sz w:val="20"/>
        </w:rPr>
        <w:t>38:50  nighma would like to ask that sometimes we are not able to diffuse the ghussa foran can we still get the unlimited inaam for that or some part of that would be deducted</w:t>
      </w:r>
      <w:r>
        <w:br/>
      </w:r>
      <w:r>
        <w:rPr>
          <w:sz w:val="20"/>
        </w:rPr>
        <w:t>39:06  haan dekhiye yeh aasan kaam nahi hai hadees mein aata hai ke agar aap kisi se ghussa ho</w:t>
      </w:r>
      <w:r>
        <w:br/>
      </w:r>
      <w:r>
        <w:rPr>
          <w:sz w:val="20"/>
        </w:rPr>
        <w:t>39:13  jayen aur bol chaal band ho jaye to teen din ke liye maaf hai</w:t>
      </w:r>
      <w:r>
        <w:br/>
      </w:r>
      <w:r>
        <w:rPr>
          <w:sz w:val="20"/>
        </w:rPr>
        <w:t>39:21  teen din ke liye maaf hai chauthe din ke liye maaf nahi hai</w:t>
      </w:r>
      <w:r>
        <w:br/>
      </w:r>
      <w:r>
        <w:rPr>
          <w:sz w:val="20"/>
        </w:rPr>
        <w:t>39:25  kaha khuda ne aap ko allowance diya hai ek din do din teen din management karo management karo</w:t>
      </w:r>
      <w:r>
        <w:br/>
      </w:r>
      <w:r>
        <w:rPr>
          <w:sz w:val="20"/>
        </w:rPr>
        <w:t>39:32  management karo kaha qudrati muddat yahi hai</w:t>
      </w:r>
      <w:r>
        <w:br/>
      </w:r>
      <w:r>
        <w:rPr>
          <w:sz w:val="20"/>
        </w:rPr>
        <w:t>39:37  teen din jo hai woh qudrati muddat hai teen din ke baad woh ghair qudrati ho jata hai</w:t>
      </w:r>
      <w:r>
        <w:br/>
      </w:r>
      <w:r>
        <w:rPr>
          <w:sz w:val="20"/>
        </w:rPr>
        <w:t>39:42  phir woh qabil maafi nahi hai</w:t>
      </w:r>
      <w:r>
        <w:br/>
      </w:r>
      <w:r>
        <w:rPr>
          <w:sz w:val="20"/>
        </w:rPr>
        <w:t>39:46  to ya to din andeer aap diffuse karen nahi to khuda ne aap ko waqt diya hai teen</w:t>
      </w:r>
      <w:r>
        <w:br/>
      </w:r>
      <w:r>
        <w:rPr>
          <w:sz w:val="20"/>
        </w:rPr>
        <w:t>39:51  din ka teen din ke andar aap ko zaroor management kar lena chahiye is ke baad maafi nahi hogi</w:t>
      </w:r>
      <w:r>
        <w:br/>
      </w:r>
      <w:r>
        <w:rPr>
          <w:sz w:val="20"/>
        </w:rPr>
        <w:t>40:01  this question is from sadia khan</w:t>
      </w:r>
      <w:r>
        <w:br/>
      </w:r>
      <w:r>
        <w:rPr>
          <w:sz w:val="20"/>
        </w:rPr>
        <w:t>40:04  she would like to ask that people in various other disciplines they exchange and learn without any reservation then why do people become biased in the case of religious dialogue</w:t>
      </w:r>
      <w:r>
        <w:br/>
      </w:r>
      <w:r>
        <w:rPr>
          <w:sz w:val="20"/>
        </w:rPr>
        <w:t>40:22  haan yeh zyada tar india mein hai bahar ke deshon mein nahi hai kyunke india mein mazhab ko party se jod diya gaya hai</w:t>
      </w:r>
      <w:r>
        <w:br/>
      </w:r>
      <w:r>
        <w:rPr>
          <w:sz w:val="20"/>
        </w:rPr>
        <w:t>40:36  jaise nehru ne likha hai</w:t>
      </w:r>
      <w:r>
        <w:br/>
      </w:r>
      <w:r>
        <w:rPr>
          <w:sz w:val="20"/>
        </w:rPr>
        <w:t>40:39  is baat ko is tareeqe se ke pehle zamane mein jamhooriyat jab india mein nahi aayi thi</w:t>
      </w:r>
      <w:r>
        <w:br/>
      </w:r>
      <w:r>
        <w:rPr>
          <w:sz w:val="20"/>
        </w:rPr>
        <w:t>40:46  to yahan par khoob log musalman hote the yahan tak group conversion hota tha poora poora gaon akhathe</w:t>
      </w:r>
      <w:r>
        <w:br/>
      </w:r>
      <w:r>
        <w:rPr>
          <w:sz w:val="20"/>
        </w:rPr>
        <w:t>40:53  musalman ho gaye poori biradari akthi musalman ho gayi to nehru ne likha hai ke koi is ko</w:t>
      </w:r>
      <w:r>
        <w:br/>
      </w:r>
      <w:r>
        <w:rPr>
          <w:sz w:val="20"/>
        </w:rPr>
        <w:t>40:58  bara nahi manta tha</w:t>
      </w:r>
      <w:r>
        <w:br/>
      </w:r>
      <w:r>
        <w:rPr>
          <w:sz w:val="20"/>
        </w:rPr>
        <w:t>41:00  yani hindu society</w:t>
      </w:r>
      <w:r>
        <w:br/>
      </w:r>
      <w:r>
        <w:rPr>
          <w:sz w:val="20"/>
        </w:rPr>
        <w:t>41:03  bara nahi manti thi ke bohat se log musalman ho rahe hain ho jayen</w:t>
      </w:r>
      <w:r>
        <w:br/>
      </w:r>
      <w:r>
        <w:rPr>
          <w:sz w:val="20"/>
        </w:rPr>
        <w:t>41:07  yahan tak ek waqia likha unhon ne ke kashmir mein bohat se log musalman hue to jo maharajah</w:t>
      </w:r>
      <w:r>
        <w:br/>
      </w:r>
      <w:r>
        <w:rPr>
          <w:sz w:val="20"/>
        </w:rPr>
        <w:t>41:14  wahan ka tha us ne ek aadmi bheja apna banaras</w:t>
      </w:r>
      <w:r>
        <w:br/>
      </w:r>
      <w:r>
        <w:rPr>
          <w:sz w:val="20"/>
        </w:rPr>
        <w:t>41:19  ke ja kar pata karo ke kya unhein reconvert</w:t>
      </w:r>
      <w:r>
        <w:br/>
      </w:r>
      <w:r>
        <w:rPr>
          <w:sz w:val="20"/>
        </w:rPr>
        <w:t>41:21  kya jaye in hinduo ko reconvert kiya jaye to panditon ne keh diya ke nahi nahi koi</w:t>
      </w:r>
      <w:r>
        <w:br/>
      </w:r>
      <w:r>
        <w:rPr>
          <w:sz w:val="20"/>
        </w:rPr>
        <w:t>41:27  zarurat nahi ho gaye hone do un ko ye likha hai nehru ne apni kitab discovery of india</w:t>
      </w:r>
      <w:r>
        <w:br/>
      </w:r>
      <w:r>
        <w:rPr>
          <w:sz w:val="20"/>
        </w:rPr>
        <w:t>41:33  mein to wo kehte hain ke ye phenomenon jo hai jamhooriyat ka phenomenon hai jab india mein jamhooriyat</w:t>
      </w:r>
      <w:r>
        <w:br/>
      </w:r>
      <w:r>
        <w:rPr>
          <w:sz w:val="20"/>
        </w:rPr>
        <w:t>41:42  aai to number ki ahmiyat barh gayi ab har ek chahta hai ke mera number jo hai wo</w:t>
      </w:r>
      <w:r>
        <w:br/>
      </w:r>
      <w:r>
        <w:rPr>
          <w:sz w:val="20"/>
        </w:rPr>
        <w:t>41:47  ghate nahi to vote bank ki policy ne ye hassasiyat paida ki hai</w:t>
      </w:r>
      <w:r>
        <w:br/>
      </w:r>
      <w:r>
        <w:rPr>
          <w:sz w:val="20"/>
        </w:rPr>
        <w:t>41:54  jo itna conversion par itna zyada log hassas ho gaye hain wo darasal vote bank ki policy hai</w:t>
      </w:r>
      <w:r>
        <w:br/>
      </w:r>
      <w:r>
        <w:rPr>
          <w:sz w:val="20"/>
        </w:rPr>
        <w:t>42:00  aur jamhooriyat ke baad ye baat aai hai ye baat johal ne nehru ne apni kitab discovery of</w:t>
      </w:r>
      <w:r>
        <w:br/>
      </w:r>
      <w:r>
        <w:rPr>
          <w:sz w:val="20"/>
        </w:rPr>
        <w:t>42:06  india mein likhi</w:t>
      </w:r>
      <w:r>
        <w:br/>
      </w:r>
      <w:r>
        <w:rPr>
          <w:sz w:val="20"/>
        </w:rPr>
        <w:t>42:06  hai</w:t>
      </w:r>
      <w:r>
        <w:br/>
      </w:r>
      <w:r>
        <w:rPr>
          <w:sz w:val="20"/>
        </w:rPr>
        <w:t>42:10  doctor m i pradhan has a question that what is the definition of takabbur pride</w:t>
      </w:r>
      <w:r>
        <w:br/>
      </w:r>
      <w:r>
        <w:rPr>
          <w:sz w:val="20"/>
        </w:rPr>
        <w:t>42:19  dekhiye ek hadith mein bataya gaya hai is ko ek hadith mein poocha gaya yahi baat theek yahi</w:t>
      </w:r>
      <w:r>
        <w:br/>
      </w:r>
      <w:r>
        <w:rPr>
          <w:sz w:val="20"/>
        </w:rPr>
        <w:t>42:25  sawal to aap ne do lafz mein is ka jawab diya batrul haqq ke baghbatul naas</w:t>
      </w:r>
      <w:r>
        <w:br/>
      </w:r>
      <w:r>
        <w:rPr>
          <w:sz w:val="20"/>
        </w:rPr>
        <w:t>42:33  kibr kya hai aap ne bataya ke batrul haqq ke baghbatul naas yani sachai aaye to is ko</w:t>
      </w:r>
      <w:r>
        <w:br/>
      </w:r>
      <w:r>
        <w:rPr>
          <w:sz w:val="20"/>
        </w:rPr>
        <w:t>42:40  brush side kar dena is ko english mein kehte hain brush side</w:t>
      </w:r>
      <w:r>
        <w:br/>
      </w:r>
      <w:r>
        <w:rPr>
          <w:sz w:val="20"/>
        </w:rPr>
        <w:t>42:45  sachai ko brush side karna aur logon ko kam samajhna haqeer samajhna</w:t>
      </w:r>
      <w:r>
        <w:br/>
      </w:r>
      <w:r>
        <w:rPr>
          <w:sz w:val="20"/>
        </w:rPr>
        <w:t>42:52  ye kya hai ye to jahil aadmi hai ye kya hai ye to ghareeb aadmi hai to mawazna</w:t>
      </w:r>
      <w:r>
        <w:br/>
      </w:r>
      <w:r>
        <w:rPr>
          <w:sz w:val="20"/>
        </w:rPr>
        <w:t>42:58  kar ke yani kisi ek pehlu se aap zyada hon ke ilm mein zyada</w:t>
      </w:r>
      <w:r>
        <w:br/>
      </w:r>
      <w:r>
        <w:rPr>
          <w:sz w:val="20"/>
        </w:rPr>
        <w:t>43:05  hain education mein zyada hain paise mein zyada hain koi bara ghar aap ke paas hai</w:t>
      </w:r>
      <w:r>
        <w:br/>
      </w:r>
      <w:r>
        <w:rPr>
          <w:sz w:val="20"/>
        </w:rPr>
        <w:t>43:10  to wo mawazna jo hai aap ke zehn mein agar aa jaye to aap in logon ko kam samjhen</w:t>
      </w:r>
      <w:r>
        <w:br/>
      </w:r>
      <w:r>
        <w:rPr>
          <w:sz w:val="20"/>
        </w:rPr>
        <w:t>43:15  ge jin ke paas aap ke muqable mein kam hai</w:t>
      </w:r>
      <w:r>
        <w:br/>
      </w:r>
      <w:r>
        <w:rPr>
          <w:sz w:val="20"/>
        </w:rPr>
        <w:t>43:19  in term of house in term of car in term of money to batar al-haq ke baghbat al-nas</w:t>
      </w:r>
      <w:r>
        <w:br/>
      </w:r>
      <w:r>
        <w:rPr>
          <w:sz w:val="20"/>
        </w:rPr>
        <w:t>43:26  haq samne aaye to is ko aadmi jhaRk de is ko brush side kar de aur</w:t>
      </w:r>
      <w:r>
        <w:br/>
      </w:r>
      <w:r>
        <w:rPr>
          <w:sz w:val="20"/>
        </w:rPr>
        <w:t>43:33  sirf is bana par logon ko haqeer samjhe ke un ke paas</w:t>
      </w:r>
      <w:r>
        <w:br/>
      </w:r>
      <w:r>
        <w:rPr>
          <w:sz w:val="20"/>
        </w:rPr>
        <w:t>43:37  kam hai aap ke paas zyada hai material in terms of material cheez material cheezon mein ye do</w:t>
      </w:r>
      <w:r>
        <w:br/>
      </w:r>
      <w:r>
        <w:rPr>
          <w:sz w:val="20"/>
        </w:rPr>
        <w:t>43:44  cheezein batayi gayi hain hadith mein kibr ki pehchan</w:t>
      </w:r>
      <w:r>
        <w:br/>
      </w:r>
      <w:r>
        <w:rPr>
          <w:sz w:val="20"/>
        </w:rPr>
        <w:t>43:51  das question is from mariya khan</w:t>
      </w:r>
      <w:r>
        <w:br/>
      </w:r>
      <w:r>
        <w:rPr>
          <w:sz w:val="20"/>
        </w:rPr>
        <w:t>43:54  she says that india has a large number of religions and people have an open dialogue also but then why do riots take place here riots ke bare mein</w:t>
      </w:r>
      <w:r>
        <w:br/>
      </w:r>
      <w:r>
        <w:rPr>
          <w:sz w:val="20"/>
        </w:rPr>
        <w:t>44:09  dekhiye india mein ek bohat bari ghalati hui hai jis ko hum bhugat rahe hain ke prash de</w:t>
      </w:r>
      <w:r>
        <w:br/>
      </w:r>
      <w:r>
        <w:rPr>
          <w:sz w:val="20"/>
        </w:rPr>
        <w:t>44:14  rahe hain yahan ke jo thinkers the ya reformers jo the unhone ghalat formula apply karna chaha</w:t>
      </w:r>
      <w:r>
        <w:br/>
      </w:r>
      <w:r>
        <w:rPr>
          <w:sz w:val="20"/>
        </w:rPr>
        <w:t>44:23  ghair qudrati formula wo kya ke all mazahib sachhe</w:t>
      </w:r>
      <w:r>
        <w:br/>
      </w:r>
      <w:r>
        <w:rPr>
          <w:sz w:val="20"/>
        </w:rPr>
        <w:t>44:29  hain unhone ye rai banai</w:t>
      </w:r>
      <w:r>
        <w:br/>
      </w:r>
      <w:r>
        <w:rPr>
          <w:sz w:val="20"/>
        </w:rPr>
        <w:t>44:35  keh jab tak yeh na maana jaaye keh main bhi sacha tum bhi sachay tab tak jhagda hota</w:t>
      </w:r>
      <w:r>
        <w:br/>
      </w:r>
      <w:r>
        <w:rPr>
          <w:sz w:val="20"/>
        </w:rPr>
        <w:t>44:39  rehta hai main kahoon ga ghair qudrati formula hai aur khud hinduon mein kuch top ke logon ne</w:t>
      </w:r>
      <w:r>
        <w:br/>
      </w:r>
      <w:r>
        <w:rPr>
          <w:sz w:val="20"/>
        </w:rPr>
        <w:t>44:46  is ke khilaaf kaha maslan RSS ke guru thay</w:t>
      </w:r>
      <w:r>
        <w:br/>
      </w:r>
      <w:r>
        <w:rPr>
          <w:sz w:val="20"/>
        </w:rPr>
        <w:t>44:50  guru golwalkar bohat top ke aadmi thay RSS ke unhon</w:t>
      </w:r>
      <w:r>
        <w:br/>
      </w:r>
      <w:r>
        <w:rPr>
          <w:sz w:val="20"/>
        </w:rPr>
        <w:t>44:54  ne kaha keh nature abhors uniformity</w:t>
      </w:r>
      <w:r>
        <w:br/>
      </w:r>
      <w:r>
        <w:rPr>
          <w:sz w:val="20"/>
        </w:rPr>
        <w:t>44:59  nature abhors uniformity</w:t>
      </w:r>
      <w:r>
        <w:br/>
      </w:r>
      <w:r>
        <w:rPr>
          <w:sz w:val="20"/>
        </w:rPr>
        <w:t>45:02  to beharhaal ziyada logon ne</w:t>
      </w:r>
      <w:r>
        <w:br/>
      </w:r>
      <w:r>
        <w:rPr>
          <w:sz w:val="20"/>
        </w:rPr>
        <w:t>45:07  right khatam karne ka ya jhagda khatam karne ka formula yeh bataya jis ko main kehta hoon mutual</w:t>
      </w:r>
      <w:r>
        <w:br/>
      </w:r>
      <w:r>
        <w:rPr>
          <w:sz w:val="20"/>
        </w:rPr>
        <w:t>45:14  recognition tum is ko maano main tum ko maano</w:t>
      </w:r>
      <w:r>
        <w:br/>
      </w:r>
      <w:r>
        <w:rPr>
          <w:sz w:val="20"/>
        </w:rPr>
        <w:t>45:19  mun tura haji begum to mera haji bago</w:t>
      </w:r>
      <w:r>
        <w:br/>
      </w:r>
      <w:r>
        <w:rPr>
          <w:sz w:val="20"/>
        </w:rPr>
        <w:t>45:22  tum bhi sachay main bhi sacha to is ko main kehta hoon mutual recognition</w:t>
      </w:r>
      <w:r>
        <w:br/>
      </w:r>
      <w:r>
        <w:rPr>
          <w:sz w:val="20"/>
        </w:rPr>
        <w:t>45:28  that was wrong formula that was a ghair qudrati formula kyunkeh farq to hai farq kaise mitayen ge</w:t>
      </w:r>
      <w:r>
        <w:br/>
      </w:r>
      <w:r>
        <w:rPr>
          <w:sz w:val="20"/>
        </w:rPr>
        <w:t>45:34  aap sahi formula jo main ne diya hai woh hai mutual respect</w:t>
      </w:r>
      <w:r>
        <w:br/>
      </w:r>
      <w:r>
        <w:rPr>
          <w:sz w:val="20"/>
        </w:rPr>
        <w:t>45:40  mutual</w:t>
      </w:r>
      <w:r>
        <w:br/>
      </w:r>
      <w:r>
        <w:rPr>
          <w:sz w:val="20"/>
        </w:rPr>
        <w:t>45:41  respect yani follow one and respect all</w:t>
      </w:r>
      <w:r>
        <w:br/>
      </w:r>
      <w:r>
        <w:rPr>
          <w:sz w:val="20"/>
        </w:rPr>
        <w:t>45:47  تو وہ جو فارمولا دیا ان لوگوں نے mutual recognition کا اسی سے بھڑکاؤ آتا ہے کہ آپ</w:t>
      </w:r>
      <w:r>
        <w:br/>
      </w:r>
      <w:r>
        <w:rPr>
          <w:sz w:val="20"/>
        </w:rPr>
        <w:t>45:54  yeh maanein keh Islam jo hai isi par chalne se jannat mile gi woh bharkay ga aadmi yeh</w:t>
      </w:r>
      <w:r>
        <w:br/>
      </w:r>
      <w:r>
        <w:rPr>
          <w:sz w:val="20"/>
        </w:rPr>
        <w:t>46:00  kaise imaanon ki mere tareeqay se chalne par bhi jannat mile gi</w:t>
      </w:r>
      <w:r>
        <w:br/>
      </w:r>
      <w:r>
        <w:rPr>
          <w:sz w:val="20"/>
        </w:rPr>
        <w:t>46:05  ab bharkao aata hai main kehta hoon keh yeh ghair qudrati hai</w:t>
      </w:r>
      <w:r>
        <w:br/>
      </w:r>
      <w:r>
        <w:rPr>
          <w:sz w:val="20"/>
        </w:rPr>
        <w:t>46:12  aap keh nahi sakte ek moti si kitaab mere paas hai doctor bhagwan das ki is mein dikhaya</w:t>
      </w:r>
      <w:r>
        <w:br/>
      </w:r>
      <w:r>
        <w:rPr>
          <w:sz w:val="20"/>
        </w:rPr>
        <w:t>46:17  unhon ne keh saaray mazhab ek yeh bilkul saari kitaab jo hai woh yaani woh saari itni moti</w:t>
      </w:r>
      <w:r>
        <w:br/>
      </w:r>
      <w:r>
        <w:rPr>
          <w:sz w:val="20"/>
        </w:rPr>
        <w:t>46:25  si kitaab jo hai woh kya hai blunder of mistakes hai woh</w:t>
      </w:r>
      <w:r>
        <w:br/>
      </w:r>
      <w:r>
        <w:rPr>
          <w:sz w:val="20"/>
        </w:rPr>
        <w:t>46:31  to beharhaal yeh maanna keh Khuda ek hai yeh maanna keh Khuda do hai yeh maanna keh Khuda</w:t>
      </w:r>
      <w:r>
        <w:br/>
      </w:r>
      <w:r>
        <w:rPr>
          <w:sz w:val="20"/>
        </w:rPr>
        <w:t>46:36  teen hai to ek sab ek hi kaise ho sakta hai kaise ho sakta hai aap bataiye to</w:t>
      </w:r>
      <w:r>
        <w:br/>
      </w:r>
      <w:r>
        <w:rPr>
          <w:sz w:val="20"/>
        </w:rPr>
        <w:t>46:42  beharhaal main yeh kahoon ga keh jarr jo hai woh galat formula hai bad qismati se jis ko gandhi</w:t>
      </w:r>
      <w:r>
        <w:br/>
      </w:r>
      <w:r>
        <w:rPr>
          <w:sz w:val="20"/>
        </w:rPr>
        <w:t>46:48  نے بھی اختیار کیا اور بہت سے لوگوں نے بڑے ٹاپ کے لوگوں نے کہ mutual recognition</w:t>
      </w:r>
      <w:r>
        <w:br/>
      </w:r>
      <w:r>
        <w:rPr>
          <w:sz w:val="20"/>
        </w:rPr>
        <w:t>46:54  tum mujh ko sacha maano main tum ko sacha maanta hoon</w:t>
      </w:r>
      <w:r>
        <w:br/>
      </w:r>
      <w:r>
        <w:rPr>
          <w:sz w:val="20"/>
        </w:rPr>
        <w:t>46:58  main galat samajhta hoon is ko Ram Rahim ek hai galat samajhta hoon main is ko</w:t>
      </w:r>
      <w:r>
        <w:br/>
      </w:r>
      <w:r>
        <w:rPr>
          <w:sz w:val="20"/>
        </w:rPr>
        <w:t>47:05  sehi formola jo qudrati formola hai woh hai follow one and respect all</w:t>
      </w:r>
      <w:r>
        <w:br/>
      </w:r>
      <w:r>
        <w:rPr>
          <w:sz w:val="20"/>
        </w:rPr>
        <w:t>47:11  in terms of respect hai uniformity</w:t>
      </w:r>
      <w:r>
        <w:br/>
      </w:r>
      <w:r>
        <w:rPr>
          <w:sz w:val="20"/>
        </w:rPr>
        <w:t>47:16  yani</w:t>
      </w:r>
      <w:r>
        <w:br/>
      </w:r>
      <w:r>
        <w:rPr>
          <w:sz w:val="20"/>
        </w:rPr>
        <w:t>47:17  jaisa ke main ne abhi ek lady se kaha ke gender equality ke muqable mein woh bhi gender</w:t>
      </w:r>
      <w:r>
        <w:br/>
      </w:r>
      <w:r>
        <w:rPr>
          <w:sz w:val="20"/>
        </w:rPr>
        <w:t>47:23  equality bhi isi qism ki fallacy hai har mazhab sachha to sare dono barabar</w:t>
      </w:r>
      <w:r>
        <w:br/>
      </w:r>
      <w:r>
        <w:rPr>
          <w:sz w:val="20"/>
        </w:rPr>
        <w:t>47:29  gender equality ek fallacy par buniyad rakhti hai to main ne kaha ke sahi kya hai sahi yeh</w:t>
      </w:r>
      <w:r>
        <w:br/>
      </w:r>
      <w:r>
        <w:rPr>
          <w:sz w:val="20"/>
        </w:rPr>
        <w:t>47:35  hai ke equal in respect and different</w:t>
      </w:r>
      <w:r>
        <w:br/>
      </w:r>
      <w:r>
        <w:rPr>
          <w:sz w:val="20"/>
        </w:rPr>
        <w:t>47:43  in role equal in respect and different in role isi tarah se yeh aage aap rozmarra ki zindagi</w:t>
      </w:r>
      <w:r>
        <w:br/>
      </w:r>
      <w:r>
        <w:rPr>
          <w:sz w:val="20"/>
        </w:rPr>
        <w:t>47:52  mein aap letters agree aur disagree ka formula chalate hain</w:t>
      </w:r>
      <w:r>
        <w:br/>
      </w:r>
      <w:r>
        <w:rPr>
          <w:sz w:val="20"/>
        </w:rPr>
        <w:t>47:57  letters agree aur disagree wohi formula aap mazhab mein chaliye yeh kyun chahte hain ke sab mazhab</w:t>
      </w:r>
      <w:r>
        <w:br/>
      </w:r>
      <w:r>
        <w:rPr>
          <w:sz w:val="20"/>
        </w:rPr>
        <w:t>48:03  ekaan sab mazahib sacha sab mazahib ek yeh galat formula hai toh baharhal main yeh kahunga ki india mein riot ko khatam karne ka yeh formula galat hai ki mutual recognition chalaya jaye nahi hai mutual respect chalaya jaye aur peaceful dialogue ek doosre ko respect dete hue hum peaceful dialogue karein yeh hai hal meri nazar mein</w:t>
      </w:r>
      <w:r>
        <w:br/>
      </w:r>
      <w:r>
        <w:rPr>
          <w:sz w:val="20"/>
        </w:rPr>
        <w:t>48:30  faraaz ahmed would like to know what are huqooq ul ibad and how significant they are dekhiye ek hadith mein isko bahut sada andaaz mein bayan kiya gaya hai</w:t>
      </w:r>
      <w:r>
        <w:br/>
      </w:r>
      <w:r>
        <w:rPr>
          <w:sz w:val="20"/>
        </w:rPr>
        <w:t>48:47  jo apne liye chaho wahi doosron ke liye chaho yeh huqooq ul ibad hain</w:t>
      </w:r>
      <w:r>
        <w:br/>
      </w:r>
      <w:r>
        <w:rPr>
          <w:sz w:val="20"/>
        </w:rPr>
        <w:t>48:53  jo apne liye chaho woh doosre ke liye chaho masalan main chahta hoon ki mujhe gaali na de main doosre ko gaali na doon main chahta hoon ki mera maal koi na loote toh main doosre ka maal na looton main chahta hoon ki koi mere sath ista'saal ka muamla na kare toh main doosre ko ista'saal na karoon bahut sada formula</w:t>
      </w:r>
      <w:r>
        <w:br/>
      </w:r>
      <w:r>
        <w:rPr>
          <w:sz w:val="20"/>
        </w:rPr>
        <w:t>49:15  jo cheez tum apne liye chahte ho usi ko doosre ke liye chaho</w:t>
      </w:r>
      <w:r>
        <w:br/>
      </w:r>
      <w:r>
        <w:rPr>
          <w:sz w:val="20"/>
        </w:rPr>
        <w:t>49:21  haan persian mein kaha gaya hai ke yahan se barkhudmipsandi bar deegar mipsand</w:t>
      </w:r>
      <w:r>
        <w:br/>
      </w:r>
      <w:r>
        <w:rPr>
          <w:sz w:val="20"/>
        </w:rPr>
        <w:t>49:28  isi formula ko persian mein kaha gaya hai ke yahan se barkhudmipsandi bar deegar mipsand jo cheez tum</w:t>
      </w:r>
      <w:r>
        <w:br/>
      </w:r>
      <w:r>
        <w:rPr>
          <w:sz w:val="20"/>
        </w:rPr>
        <w:t>49:34  ko apne liye pasand nahi hai wohi doosron ke liye pasand karo yeh hai saada formula 10 question</w:t>
      </w:r>
      <w:r>
        <w:br/>
      </w:r>
      <w:r>
        <w:rPr>
          <w:sz w:val="20"/>
        </w:rPr>
        <w:t>49:40  is from Priya. She says, "What is the most ahem rukawat in personality development?"</w:t>
      </w:r>
      <w:r>
        <w:br/>
      </w:r>
      <w:r>
        <w:rPr>
          <w:sz w:val="20"/>
        </w:rPr>
        <w:t>49:53  adar din personality development kisi aur cheez ko ahmiyat de dena</w:t>
      </w:r>
      <w:r>
        <w:br/>
      </w:r>
      <w:r>
        <w:rPr>
          <w:sz w:val="20"/>
        </w:rPr>
        <w:t>50:02  yani yeh jo cheez hai personality development is ke sath kisi bhi doosri cheez ko aap ahmiyat de</w:t>
      </w:r>
      <w:r>
        <w:br/>
      </w:r>
      <w:r>
        <w:rPr>
          <w:sz w:val="20"/>
        </w:rPr>
        <w:t>50:09  den to bas woh kaam ruk jayega kisi bhi cheez ko duniya mein aap ko hazaron cheezon</w:t>
      </w:r>
      <w:r>
        <w:br/>
      </w:r>
      <w:r>
        <w:rPr>
          <w:sz w:val="20"/>
        </w:rPr>
        <w:t>50:19  ka samna parta hai</w:t>
      </w:r>
      <w:r>
        <w:br/>
      </w:r>
      <w:r>
        <w:rPr>
          <w:sz w:val="20"/>
        </w:rPr>
        <w:t>50:22  misalan material cheezein misalan consumers mein hazaron lakhon item hain</w:t>
      </w:r>
      <w:r>
        <w:br/>
      </w:r>
      <w:r>
        <w:rPr>
          <w:sz w:val="20"/>
        </w:rPr>
        <w:t>50:30  ab aap kahein yeh to mere pas nahi hai is ke baghair kaise kaam chalega</w:t>
      </w:r>
      <w:r>
        <w:br/>
      </w:r>
      <w:r>
        <w:rPr>
          <w:sz w:val="20"/>
        </w:rPr>
        <w:t>50:36  to jaisa main ne kal wahan hyderabad mein ek misal di thi ke log jo hain jante nahi</w:t>
      </w:r>
      <w:r>
        <w:br/>
      </w:r>
      <w:r>
        <w:rPr>
          <w:sz w:val="20"/>
        </w:rPr>
        <w:t>50:43  ke aurat kitni qeemti cheez hai is ko kam andaza karte hain</w:t>
      </w:r>
      <w:r>
        <w:br/>
      </w:r>
      <w:r>
        <w:rPr>
          <w:sz w:val="20"/>
        </w:rPr>
        <w:t>50:50  sab se bara qusoor mardon ka hai ke unhon ne aurat ki khoobiyon ko kam andaza kiya aur</w:t>
      </w:r>
      <w:r>
        <w:br/>
      </w:r>
      <w:r>
        <w:rPr>
          <w:sz w:val="20"/>
        </w:rPr>
        <w:t>50:56  aurat ka role jo hai misbat role woh duniya ke samne bohat kam aa saka jaisa main ne</w:t>
      </w:r>
      <w:r>
        <w:br/>
      </w:r>
      <w:r>
        <w:rPr>
          <w:sz w:val="20"/>
        </w:rPr>
        <w:t>51:01  bataya tha ke aap ko ek aurat dein</w:t>
      </w:r>
      <w:r>
        <w:br/>
      </w:r>
      <w:r>
        <w:rPr>
          <w:sz w:val="20"/>
        </w:rPr>
        <w:t>51:06  ek america ka sab se bara scientist paida kiya</w:t>
      </w:r>
      <w:r>
        <w:br/>
      </w:r>
      <w:r>
        <w:rPr>
          <w:sz w:val="20"/>
        </w:rPr>
        <w:t>51:11  pichhli baar mein ne bataya tha anderson</w:t>
      </w:r>
      <w:r>
        <w:br/>
      </w:r>
      <w:r>
        <w:rPr>
          <w:sz w:val="20"/>
        </w:rPr>
        <w:t>51:15  anderson ne 1300</w:t>
      </w:r>
      <w:r>
        <w:br/>
      </w:r>
      <w:r>
        <w:rPr>
          <w:sz w:val="20"/>
        </w:rPr>
        <w:t>51:18  ijadaten is se</w:t>
      </w:r>
      <w:r>
        <w:br/>
      </w:r>
      <w:r>
        <w:rPr>
          <w:sz w:val="20"/>
        </w:rPr>
        <w:t>51:21  mansoob</w:t>
      </w:r>
      <w:r>
        <w:br/>
      </w:r>
      <w:r>
        <w:rPr>
          <w:sz w:val="20"/>
        </w:rPr>
        <w:t>51:22  hain 1300 ijadaten kin is ne aur kis ne is ko banaya tha ek aurat ne is ki</w:t>
      </w:r>
      <w:r>
        <w:br/>
      </w:r>
      <w:r>
        <w:rPr>
          <w:sz w:val="20"/>
        </w:rPr>
        <w:t>51:27  maan ne to aurat ko</w:t>
      </w:r>
      <w:r>
        <w:br/>
      </w:r>
      <w:r>
        <w:rPr>
          <w:sz w:val="20"/>
        </w:rPr>
        <w:t>51:33  mard ne kam andaza kiya is liye wo is ki</w:t>
      </w:r>
      <w:r>
        <w:br/>
      </w:r>
      <w:r>
        <w:rPr>
          <w:sz w:val="20"/>
        </w:rPr>
        <w:t>51:39  is ko wo nahin kar saka</w:t>
      </w:r>
      <w:r>
        <w:br/>
      </w:r>
      <w:r>
        <w:rPr>
          <w:sz w:val="20"/>
        </w:rPr>
        <w:t>51:43  is ko yani is ko hasil nahin kar saka to personality development jo hai kisi bhi cheez ko</w:t>
      </w:r>
      <w:r>
        <w:br/>
      </w:r>
      <w:r>
        <w:rPr>
          <w:sz w:val="20"/>
        </w:rPr>
        <w:t>51:51  chahe wo koi bhi cheez ho is ko aap primary bana len is ko secondary bana den to</w:t>
      </w:r>
      <w:r>
        <w:br/>
      </w:r>
      <w:r>
        <w:rPr>
          <w:sz w:val="20"/>
        </w:rPr>
        <w:t>51:57  bas wo ruk jayega to ek hi baat meri zindagi kahne ke liye hai ke jab aap</w:t>
      </w:r>
      <w:r>
        <w:br/>
      </w:r>
      <w:r>
        <w:rPr>
          <w:sz w:val="20"/>
        </w:rPr>
        <w:t>52:02  jaan len ke personality development jo hai</w:t>
      </w:r>
      <w:r>
        <w:br/>
      </w:r>
      <w:r>
        <w:rPr>
          <w:sz w:val="20"/>
        </w:rPr>
        <w:t>52:07  ya</w:t>
      </w:r>
      <w:r>
        <w:br/>
      </w:r>
      <w:r>
        <w:rPr>
          <w:sz w:val="20"/>
        </w:rPr>
        <w:t>52:07  purification of soul jo hai sab se badi cheez hai iske baad doosra faisla yeh kar li jiye ki kisi bhi doosri cheez ko main primary ahmiyat nahi doonga bas yahi wahid formula hai</w:t>
      </w:r>
      <w:r>
        <w:br/>
      </w:r>
      <w:r>
        <w:rPr>
          <w:sz w:val="20"/>
        </w:rPr>
        <w:t>52:24  das question is from sadia khan she says that why is it that of all the countries only india is best for religious dialogue</w:t>
      </w:r>
      <w:r>
        <w:br/>
      </w:r>
      <w:r>
        <w:rPr>
          <w:sz w:val="20"/>
        </w:rPr>
        <w:t>52:34  and why is it that openness and tolerance is maximum in india as compared to other con</w:t>
      </w:r>
      <w:r>
        <w:br/>
      </w:r>
      <w:r>
        <w:rPr>
          <w:sz w:val="20"/>
        </w:rPr>
        <w:t>52:40  tries kiska question hai sadia dekhiye yeh india ka jo plus point hai wahi iska minus point bhi hai yeh is india ka plus point jo hai wahi iska minus point bhi hai ki yeh theory bahut pehle se chali aa rahi hai gita gita ke zamane se chali aa rahi hai every religion is true har rasta ek hi sachai ki taraf jata hai yeh gita chala raha hai toh yeh iska plus point hai lekin</w:t>
      </w:r>
    </w:p>
    <w:p>
      <w:pPr>
        <w:pStyle w:val="Heading2"/>
      </w:pPr>
      <w:r>
        <w:t>Focus on ego or Satan's whispers</w:t>
      </w:r>
    </w:p>
    <w:p>
      <w:r>
        <w:rPr>
          <w:color w:val="666666"/>
          <w:sz w:val="18"/>
        </w:rPr>
        <w:t>Spirituality · Q&amp;A 04 DEC 2011 Maulana Wahiduddin Khan · 6m 26s · at 19:20 · https://youtu.be/KIMNmuUZoGo?t=1160</w:t>
      </w:r>
    </w:p>
    <w:p>
      <w:r>
        <w:rPr>
          <w:i/>
        </w:rPr>
        <w:t>“To protect ourselves from Satan, what should we focus on most? Ego or Satan's whispers?”</w:t>
      </w:r>
    </w:p>
    <w:p>
      <w:r>
        <w:rPr>
          <w:sz w:val="20"/>
        </w:rPr>
        <w:t>19:20  maulana, agla sawal aya hai mr sajid ka, hyderabad se. unhon ne likha hai: "shaitan se bachne ke liye hum ko sab se zyada kis cheez par nigah rakhna chahiye?</w:t>
      </w:r>
      <w:r>
        <w:br/>
      </w:r>
      <w:r>
        <w:rPr>
          <w:sz w:val="20"/>
        </w:rPr>
        <w:t>19:33  ego par ya shaitan ke waswase par?"</w:t>
      </w:r>
      <w:r>
        <w:br/>
      </w:r>
      <w:r>
        <w:rPr>
          <w:sz w:val="20"/>
        </w:rPr>
        <w:t>19:39  shaitan se bachne ke liye zaroorat hai apna dushman banna. khud apne sath dushmani karni parti hai. tab aap shaitan se bach sakte hain.</w:t>
      </w:r>
      <w:r>
        <w:br/>
      </w:r>
      <w:r>
        <w:rPr>
          <w:sz w:val="20"/>
        </w:rPr>
        <w:t>19:50  agar aap apne dost bane hue hon to aap shaitan se bach nahi sakte aap. isi liye mein kaha karta hoon ke</w:t>
      </w:r>
      <w:r>
        <w:br/>
      </w:r>
      <w:r>
        <w:rPr>
          <w:sz w:val="20"/>
        </w:rPr>
        <w:t>19:58  merciless hammering, merciless introspection yani be rehamana muhasiba.</w:t>
      </w:r>
      <w:r>
        <w:br/>
      </w:r>
      <w:r>
        <w:rPr>
          <w:sz w:val="20"/>
        </w:rPr>
        <w:t>20:06  isi ko mein kehta hoon dushman banna parta hai. ek hi lazmi shart hai woh hai apna be rehamana muhasiba.</w:t>
      </w:r>
      <w:r>
        <w:br/>
      </w:r>
      <w:r>
        <w:rPr>
          <w:sz w:val="20"/>
        </w:rPr>
        <w:t>20:15  tab aap shaitan se bach jayen ge. matlab namumkin hai shaitan se bachna. aur aaj kal insanon ki yani jo aaj kal pehle bhi sab se bari jo kamzori insanon mein pata hoon mein ke woh ek ek lafz mil jata hai is ko to isi lafz se woh justify kar leta hai apne ko.</w:t>
      </w:r>
      <w:r>
        <w:br/>
      </w:r>
      <w:r>
        <w:rPr>
          <w:sz w:val="20"/>
        </w:rPr>
        <w:t>20:33  her aadmi ko chahe woh dako bhi kyun na ho. ek dako se unhon ne kaha ke tum dake marte ho? us ne kaha mein daka marta hoon to mein dekho logon ko paisa deta hoon.</w:t>
      </w:r>
      <w:r>
        <w:br/>
      </w:r>
      <w:r>
        <w:rPr>
          <w:sz w:val="20"/>
        </w:rPr>
        <w:t>20:46  akela thori mahaz aap ko leta hoon. kuch khud leta hoon, kuch gharibon ko de deta hoon. is se justify kar liya aap ne dako ko?</w:t>
      </w:r>
      <w:r>
        <w:br/>
      </w:r>
      <w:r>
        <w:rPr>
          <w:sz w:val="20"/>
        </w:rPr>
        <w:t>20:55  to sab se buri cheez hai alfaz ka fitna. her aadmi chahe kuch bhi kuch bhi ghalat rai banaye, kuch bhi ghair ilmi rai banaye, kuch bhi be buniyad rai banaye.</w:t>
      </w:r>
      <w:r>
        <w:br/>
      </w:r>
      <w:r>
        <w:rPr>
          <w:sz w:val="20"/>
        </w:rPr>
        <w:t>21:11  us ko lafz mil jayega.</w:t>
      </w:r>
      <w:r>
        <w:br/>
      </w:r>
      <w:r>
        <w:rPr>
          <w:sz w:val="20"/>
        </w:rPr>
        <w:t>21:14  lafz mil jayega.</w:t>
      </w:r>
      <w:r>
        <w:br/>
      </w:r>
      <w:r>
        <w:rPr>
          <w:sz w:val="20"/>
        </w:rPr>
        <w:t>21:18  misalan ek sahab ne kaha ke sahab quran mein namaz ki tafseel kahan hai? yeh aap namaz jo banai hai aap ne, aap logon ne yeh to khud sakhta hai.</w:t>
      </w:r>
      <w:r>
        <w:br/>
      </w:r>
      <w:r>
        <w:rPr>
          <w:sz w:val="20"/>
        </w:rPr>
        <w:t>21:30  to mein ne kaha koi bhi cheez jo aap mante hon ke quran mein hai us ki bhi tafseel kahan hai?</w:t>
      </w:r>
      <w:r>
        <w:br/>
      </w:r>
      <w:r>
        <w:rPr>
          <w:sz w:val="20"/>
        </w:rPr>
        <w:t>21:37  us ki bhi tafseel kahan hai? misalan un ka nazariya tha ke quran ka maqsad hai yani woh nizam-e-adil qaim karna.</w:t>
      </w:r>
      <w:r>
        <w:br/>
      </w:r>
      <w:r>
        <w:rPr>
          <w:sz w:val="20"/>
        </w:rPr>
        <w:t>21:49  yani ideal system, perfect system qaim karna. maine kaha woh kahan tafseel uski hai?</w:t>
      </w:r>
      <w:r>
        <w:br/>
      </w:r>
      <w:r>
        <w:rPr>
          <w:sz w:val="20"/>
        </w:rPr>
        <w:t>21:56  toh koi bhi cheez jo aap kahenge ke Quran mein Quran mein iska hukum diya gaya hai toh uski tafseel nahi milegi aap ko.</w:t>
      </w:r>
      <w:r>
        <w:br/>
      </w:r>
      <w:r>
        <w:rPr>
          <w:sz w:val="20"/>
        </w:rPr>
        <w:t>22:06  namazi ki baatein nahi hain. lekin phir bhi woh nahi mana unhone. kyunke kuch na kuch lafz phir mil jata hai aadmi ko. toh sab se bada fitna alfaaz ka fitna hai.</w:t>
      </w:r>
      <w:r>
        <w:br/>
      </w:r>
      <w:r>
        <w:rPr>
          <w:sz w:val="20"/>
        </w:rPr>
        <w:t>22:17  koi bhi daleel aap dijiye.</w:t>
      </w:r>
      <w:r>
        <w:br/>
      </w:r>
      <w:r>
        <w:rPr>
          <w:sz w:val="20"/>
        </w:rPr>
        <w:t>22:20  woh isko ek ek lafz mil jayega isko. ek dilchasp misaal yeh hai ke ek martaba mein Lucknow mein tha toh Hazrat Zehd ke paas ek road aise mudti thi.</w:t>
      </w:r>
      <w:r>
        <w:br/>
      </w:r>
      <w:r>
        <w:rPr>
          <w:sz w:val="20"/>
        </w:rPr>
        <w:t>22:32  wahan mein tha corner par. ek road idhar ja rahi thi, ek road idhar se mud rahi thi.</w:t>
      </w:r>
      <w:r>
        <w:br/>
      </w:r>
      <w:r>
        <w:rPr>
          <w:sz w:val="20"/>
        </w:rPr>
        <w:t>22:39  toh maine dekha ke ek ek ek ladka cycle par dodata dodata hua idhar se aaya. bahut tezi se. phir jahan mudna tha usko wahan ek dehati bechara chal raha tha paidal, use takra gaya woh.</w:t>
      </w:r>
      <w:r>
        <w:br/>
      </w:r>
      <w:r>
        <w:rPr>
          <w:sz w:val="20"/>
        </w:rPr>
        <w:t>22:54  toh dehati gir gaya.</w:t>
      </w:r>
      <w:r>
        <w:br/>
      </w:r>
      <w:r>
        <w:rPr>
          <w:sz w:val="20"/>
        </w:rPr>
        <w:t>22:58  bayaar ghareeb aadmi lagta tha woh koi. toh ladka jo hai takra gaya toh cycle bhi gir gayi, woh aadmi bhi gir gaya. toh woh aadmi kehta hai ke ghanti kyun nahi bajai?</w:t>
      </w:r>
      <w:r>
        <w:br/>
      </w:r>
      <w:r>
        <w:rPr>
          <w:sz w:val="20"/>
        </w:rPr>
        <w:t>23:15  toh ladka kehta hai ghanti na ho toh?</w:t>
      </w:r>
      <w:r>
        <w:br/>
      </w:r>
      <w:r>
        <w:rPr>
          <w:sz w:val="20"/>
        </w:rPr>
        <w:t>23:20  phir woh kehta hai ke break kyun nahi lagaya? break na ho toh? phir usne kaha bechare ne ke tumhari ghanti bhi nahi hai, break bhi nahi hai, tez kyun dodate ho?</w:t>
      </w:r>
      <w:r>
        <w:br/>
      </w:r>
      <w:r>
        <w:rPr>
          <w:sz w:val="20"/>
        </w:rPr>
        <w:t>23:31  tab bhi lafz mil gaya usko. kaha tum se pooch kyun dodau? yeh bahut hi khatarnak baat hai ke insaan ko lafz milta rehta hai.</w:t>
      </w:r>
      <w:r>
        <w:br/>
      </w:r>
      <w:r>
        <w:rPr>
          <w:sz w:val="20"/>
        </w:rPr>
        <w:t>23:41  Shaitan ko mil gaya Allah ke muqable mein lafz. ab gaur kijiye ke Allah taala ne kaha ke tum Adam ke aage sajda karo.</w:t>
      </w:r>
      <w:r>
        <w:br/>
      </w:r>
      <w:r>
        <w:rPr>
          <w:sz w:val="20"/>
        </w:rPr>
        <w:t>23:51  jhuk jao. toh Shaitan ne kya kaha? main kyun jhuku? aap ne paida kiya mujhko aag se, usko mitti se.</w:t>
      </w:r>
      <w:r>
        <w:br/>
      </w:r>
      <w:r>
        <w:rPr>
          <w:sz w:val="20"/>
        </w:rPr>
        <w:t>24:00  toh main is se superior hoon. toh Allah ke muqable pe lafz mil gaya usko.</w:t>
      </w:r>
      <w:r>
        <w:br/>
      </w:r>
      <w:r>
        <w:rPr>
          <w:sz w:val="20"/>
        </w:rPr>
        <w:t>24:07  yaad rakhiye sab se buri cheez yeh hai ke aap ko lafz milta rahe. aap speechless na ho paayein. jab tak aadmi ka zariya rok woh speechless hota ho kahin na kahein.</w:t>
      </w:r>
      <w:r>
        <w:br/>
      </w:r>
      <w:r>
        <w:rPr>
          <w:sz w:val="20"/>
        </w:rPr>
        <w:t>24:18  kahin na kahin usko daleel jhuka de. kahin na kahin Allah ka khauf jhuka de.</w:t>
      </w:r>
      <w:r>
        <w:br/>
      </w:r>
      <w:r>
        <w:rPr>
          <w:sz w:val="20"/>
        </w:rPr>
        <w:t>24:23  kahin na kahin usko uski sincerity rok de. nahi toh rokayenge nahi aap. yani bolte rahenge, bolte rahenge, bolte rahenge.</w:t>
      </w:r>
      <w:r>
        <w:br/>
      </w:r>
      <w:r>
        <w:rPr>
          <w:sz w:val="20"/>
        </w:rPr>
        <w:t>24:32  toh main isi liye main kehta hoon ke sab se bura fitna alfaaz ka fitna hai. aage aap jhukna na chahein toh Shaitan la kar aage nahi jhuka.</w:t>
      </w:r>
      <w:r>
        <w:br/>
      </w:r>
      <w:r>
        <w:rPr>
          <w:sz w:val="20"/>
        </w:rPr>
        <w:t>24:42  usko lafz milta raha, wahan bhi lafz milta raha.</w:t>
      </w:r>
      <w:r>
        <w:br/>
      </w:r>
      <w:r>
        <w:rPr>
          <w:sz w:val="20"/>
        </w:rPr>
        <w:t>24:45  toh yeh bahut hi serious baat hai. dekhiye aap maut se pehle duniya mein azaad hain toh kuch bhi bol sakte hain. maut ke baad kya karenge?</w:t>
      </w:r>
      <w:r>
        <w:br/>
      </w:r>
      <w:r>
        <w:rPr>
          <w:sz w:val="20"/>
        </w:rPr>
        <w:t>24:54  jab hajj ke maidan mein aap ikhatta honge toh kya karenge wahan? kya Allah taala ke saath bhi lafz baazi karenge aap? wahan bhi lafz bol ke jeet sakte hain aap?</w:t>
      </w:r>
      <w:r>
        <w:br/>
      </w:r>
      <w:r>
        <w:rPr>
          <w:sz w:val="20"/>
        </w:rPr>
        <w:t>25:04  aur Allah taala hukum de ke isko le jao, jahannum mein daal do. kya aap ke paas taqat hogi? aap rok lenge apne aap ko farishte se?</w:t>
      </w:r>
      <w:r>
        <w:br/>
      </w:r>
      <w:r>
        <w:rPr>
          <w:sz w:val="20"/>
        </w:rPr>
        <w:t>25:14  toh sab se bura fitna mere nazdeek alfaaz ka fitna hai. har aadmi ko woh lafz mil jata hai. jis ko dekhiye duniya ke bade bade zalim jo hain unko woh lafz mile hue the.</w:t>
      </w:r>
      <w:r>
        <w:br/>
      </w:r>
      <w:r>
        <w:rPr>
          <w:sz w:val="20"/>
        </w:rPr>
        <w:t>25:25  hum jo kar rahe hain iski wajah yeh hai. hum jo hain ke iski wajah yeh hai.</w:t>
      </w:r>
      <w:r>
        <w:br/>
      </w:r>
      <w:r>
        <w:rPr>
          <w:sz w:val="20"/>
        </w:rPr>
        <w:t>25:31  to mein Allah se panah mangta hoon ke Allah taala mujhe alfaaz ke fitne se bachaye aur afsos logon ke liye dua karta hoon ke aap logon ko Allah taala itni samajh de ke aap alfaaz ke fitne se bachein.</w:t>
      </w:r>
    </w:p>
    <w:p>
      <w:pPr>
        <w:pStyle w:val="Heading2"/>
      </w:pPr>
      <w:r>
        <w:t>Focus to avoid Satan: ego or whispers?</w:t>
      </w:r>
    </w:p>
    <w:p>
      <w:r>
        <w:rPr>
          <w:color w:val="666666"/>
          <w:sz w:val="18"/>
        </w:rPr>
        <w:t>Spirituality · The Problem of Evil December 4, 2011 · 6m 11s · at 1:18:35 · https://youtu.be/SMqtVjaGHfw?t=4715</w:t>
      </w:r>
    </w:p>
    <w:p>
      <w:r>
        <w:rPr>
          <w:i/>
        </w:rPr>
        <w:t>“To protect ourselves from Satan, what should we focus on most: the ego or Satan's whispers?”</w:t>
      </w:r>
    </w:p>
    <w:p>
      <w:r>
        <w:rPr>
          <w:sz w:val="20"/>
        </w:rPr>
        <w:t>1:18:35  maulana, agla sawal aaya hai mr sajid ka, hyderabad se. unhon ne likha hai: "shaitan se bachne ke liye hum ko sab se zyada kis cheez par nigah rakhna chahiye?</w:t>
      </w:r>
      <w:r>
        <w:br/>
      </w:r>
      <w:r>
        <w:rPr>
          <w:sz w:val="20"/>
        </w:rPr>
        <w:t>1:18:47  ego par ya shaitan ke waswase par?" shaitan se bachne ke liye zaroorat hai apna dushman banna.</w:t>
      </w:r>
      <w:r>
        <w:br/>
      </w:r>
      <w:r>
        <w:rPr>
          <w:sz w:val="20"/>
        </w:rPr>
        <w:t>1:18:57  khud apne sath dushmani karni parti hai, tab aap shaitan se bach sakte hain.</w:t>
      </w:r>
      <w:r>
        <w:br/>
      </w:r>
      <w:r>
        <w:rPr>
          <w:sz w:val="20"/>
        </w:rPr>
        <w:t>1:19:04  agar aap apne dost bane hue hain to aap shaitan se bach sakte hain. aap isi liye mein kaha karta hoon ke merciless hammering, merciless introspection yani be rehamana muhasba,</w:t>
      </w:r>
      <w:r>
        <w:br/>
      </w:r>
      <w:r>
        <w:rPr>
          <w:sz w:val="20"/>
        </w:rPr>
        <w:t>1:19:20  isi ko baqayda dushman banna parta hai.</w:t>
      </w:r>
      <w:r>
        <w:br/>
      </w:r>
      <w:r>
        <w:rPr>
          <w:sz w:val="20"/>
        </w:rPr>
        <w:t>1:19:22  ek hi laazmi shart hai, woh hai apna be rehamana muhasba, tab aap shaitan se bach jayenge. woh namumkin hai shaitan se bachna.</w:t>
      </w:r>
      <w:r>
        <w:br/>
      </w:r>
      <w:r>
        <w:rPr>
          <w:sz w:val="20"/>
        </w:rPr>
        <w:t>1:19:33  aur aaj kal insanon ki yani jo aaj kal pehle bhi sab se bari jo kamzori insanon mein pata hoon mein ke woh ek ek lafz mil jata hai us ko to usi lafz se woh justify kar leta hai apne ko.</w:t>
      </w:r>
      <w:r>
        <w:br/>
      </w:r>
      <w:r>
        <w:rPr>
          <w:sz w:val="20"/>
        </w:rPr>
        <w:t>1:19:45  har aadmi ko chahe woh dako bhi kyun na ho. ek dako se unhon ne kaha ke tum dake marte ho? mein ne kaha mein daka marta hoon to mein dekho logon ko paisa deta hoon, akela thori mehzab ko leta hoon, kuch khud leta hoon, kuch gharibon ko de deta hoon.</w:t>
      </w:r>
      <w:r>
        <w:br/>
      </w:r>
      <w:r>
        <w:rPr>
          <w:sz w:val="20"/>
        </w:rPr>
        <w:t>1:20:02  is se justify kar liya apne dake ko.</w:t>
      </w:r>
      <w:r>
        <w:br/>
      </w:r>
      <w:r>
        <w:rPr>
          <w:sz w:val="20"/>
        </w:rPr>
        <w:t>1:20:07  to sab se buri cheez hai alfaaz ka fitna. har aadmi chahe kuch bhi, kuch bhi ghalat rai banaye, kuch bhi ghair ilmi rai banaye, kuch bhi be buniyad rai banaye, us ko lafz mil jayega,</w:t>
      </w:r>
      <w:r>
        <w:br/>
      </w:r>
      <w:r>
        <w:rPr>
          <w:sz w:val="20"/>
        </w:rPr>
        <w:t>1:20:24  lafz mil jayega.</w:t>
      </w:r>
      <w:r>
        <w:br/>
      </w:r>
      <w:r>
        <w:rPr>
          <w:sz w:val="20"/>
        </w:rPr>
        <w:t>1:20:28  misalan ek sahib ne kaha ke sahib quran mein namaz ki tafseel</w:t>
      </w:r>
      <w:r>
        <w:br/>
      </w:r>
      <w:r>
        <w:rPr>
          <w:sz w:val="20"/>
        </w:rPr>
        <w:t>1:20:34  kahan hai? yeh aap namaz jo banai hai aap ne, aap logon ne, yeh to khud sakhta hai. to mein ne kaha koi bhi cheez jo aap mante hon ke quran mein hai, us ki bhi tafseel kahan hai?</w:t>
      </w:r>
      <w:r>
        <w:br/>
      </w:r>
      <w:r>
        <w:rPr>
          <w:sz w:val="20"/>
        </w:rPr>
        <w:t>1:20:47  is ki bhi tafseel kahan hai? misaal ke taur par un ka nazariya tha ke quran ka maqsad hai yani woh nizaam-e-adl qaim karna, yani ideal system, perfect system qaim karna.</w:t>
      </w:r>
      <w:r>
        <w:br/>
      </w:r>
      <w:r>
        <w:rPr>
          <w:sz w:val="20"/>
        </w:rPr>
        <w:t>1:21:02  main ne kaha woh kahan tafseel is ki hai?</w:t>
      </w:r>
      <w:r>
        <w:br/>
      </w:r>
      <w:r>
        <w:rPr>
          <w:sz w:val="20"/>
        </w:rPr>
        <w:t>1:21:04  to koi bhi cheez jo aap kahenge ke quran mein, quran mein is ka hukum diya gaya to is ki tafseel nahi milegi aap ko.</w:t>
      </w:r>
      <w:r>
        <w:br/>
      </w:r>
      <w:r>
        <w:rPr>
          <w:sz w:val="20"/>
        </w:rPr>
        <w:t>1:21:15  namazi ki baat nahi hai, lekin phir bhi woh nahi mana unhon ne kyunke kuch na kuch lafz phir mil jata hai aadmi ko. to sab se bara fitna alfaaz ka fitna hai.</w:t>
      </w:r>
      <w:r>
        <w:br/>
      </w:r>
      <w:r>
        <w:rPr>
          <w:sz w:val="20"/>
        </w:rPr>
        <w:t>1:21:25  koi bhi daleel aap dijiye, woh us ko aik aik lafz mil jayega. us ko</w:t>
      </w:r>
      <w:r>
        <w:br/>
      </w:r>
      <w:r>
        <w:rPr>
          <w:sz w:val="20"/>
        </w:rPr>
        <w:t>1:21:31  aik dilchasp misaal yeh hai ke aik martaba main lucknow mein tha to hazrat zaid ke paas aik road aise mudti thi. wahan main tha corner par, aik road idhar ja rahi thi, aik road idhar se mud rahi thi.</w:t>
      </w:r>
      <w:r>
        <w:br/>
      </w:r>
      <w:r>
        <w:rPr>
          <w:sz w:val="20"/>
        </w:rPr>
        <w:t>1:21:46  to main ne dekha ke aik aik aik larka cycle par dauda dauda hua idhar se aaya,</w:t>
      </w:r>
      <w:r>
        <w:br/>
      </w:r>
      <w:r>
        <w:rPr>
          <w:sz w:val="20"/>
        </w:rPr>
        <w:t>1:21:52  bohat tezi se. phir jahan mudna tha us ko, wahan aik dehati bechara chal raha tha paidal, use takra gaya woh to dehati gir gaya.</w:t>
      </w:r>
      <w:r>
        <w:br/>
      </w:r>
      <w:r>
        <w:rPr>
          <w:sz w:val="20"/>
        </w:rPr>
        <w:t>1:22:04  bazaahir ghareeb aadmi lagta tha woh koi. to larka jo hai takra gaya to cycle bhi gir gayi, woh aadmi bhi gir gaya. to woh aadmi kehta hai ke ghanti kyun nahi bajai?</w:t>
      </w:r>
      <w:r>
        <w:br/>
      </w:r>
      <w:r>
        <w:rPr>
          <w:sz w:val="20"/>
        </w:rPr>
        <w:t>1:22:20  to larka kehta hai ghanti na ho to phir woh kehta hai ke break kyun nahi lagaya? break na ho to phir us ne kaha bechare ne ke tumhari ghanti bhi nahi, break bhi nahi, tez kyun daudate ho?</w:t>
      </w:r>
      <w:r>
        <w:br/>
      </w:r>
      <w:r>
        <w:rPr>
          <w:sz w:val="20"/>
        </w:rPr>
        <w:t>1:22:36  tab bhi Allah lafz mil gaya us ko. kya tum se pooch kyun daudaun? yeh bohat hi khatarnak baat hai ke insaan ko lafz milta rehta hai.</w:t>
      </w:r>
      <w:r>
        <w:br/>
      </w:r>
      <w:r>
        <w:rPr>
          <w:sz w:val="20"/>
        </w:rPr>
        <w:t>1:22:45  shaitan ko mil gaya Allah ke muqable mein lafz.</w:t>
      </w:r>
      <w:r>
        <w:br/>
      </w:r>
      <w:r>
        <w:rPr>
          <w:sz w:val="20"/>
        </w:rPr>
        <w:t>1:22:49  aur ghaur kijiye ke Allah taala ne kaha ke tum Adam ke aage sajda karo, jhuk jao. to shaitan ne kya kaha?</w:t>
      </w:r>
      <w:r>
        <w:br/>
      </w:r>
      <w:r>
        <w:rPr>
          <w:sz w:val="20"/>
        </w:rPr>
        <w:t>1:22:57  main kyun jhukun? aap ne paida kiya mujh ko aag se, us ko mitti se, to main us se superior hoon. to Allah ke muqable pe lafz mil gaya us ko.</w:t>
      </w:r>
      <w:r>
        <w:br/>
      </w:r>
      <w:r>
        <w:rPr>
          <w:sz w:val="20"/>
        </w:rPr>
        <w:t>1:23:10  yaad rakhiye, sab se buri cheez yeh hai ke aap ko lafz milta rahe, aap specialist na ho paayein.</w:t>
      </w:r>
      <w:r>
        <w:br/>
      </w:r>
      <w:r>
        <w:rPr>
          <w:sz w:val="20"/>
        </w:rPr>
        <w:t>1:23:17  jab tak aadmi ka zariya rok, woh specialist hota ho, kahin na kahin, kahin na kahin us ko daleel jhuka de, kahin na kahin Allah ka khauf jhuka de, kahin na kahin us ko us ki us ki sincerity rok de.</w:t>
      </w:r>
      <w:r>
        <w:br/>
      </w:r>
      <w:r>
        <w:rPr>
          <w:sz w:val="20"/>
        </w:rPr>
        <w:t>1:23:30  nahi to rokayega nahi, aap yani bolte rahenge, bolte rahenge, bolte rahenge. to main isi liye main kehta hoon ke sab se bara fitna alfaaz ka fitna hai.</w:t>
      </w:r>
      <w:r>
        <w:br/>
      </w:r>
      <w:r>
        <w:rPr>
          <w:sz w:val="20"/>
        </w:rPr>
        <w:t>1:23:40  agar aap jhukna na chahein to shaitan la ke aage nahi jhuka, us ko lafz milta raha, wahan bhi lafz milta raha.</w:t>
      </w:r>
      <w:r>
        <w:br/>
      </w:r>
      <w:r>
        <w:rPr>
          <w:sz w:val="20"/>
        </w:rPr>
        <w:t>1:23:47  to yeh bohat hi serious baat hai. dekhiye, aap maut se pehle dunya mein azaad hain to kuch bhi bol sakte hain. maut ke baad kya karenge?</w:t>
      </w:r>
      <w:r>
        <w:br/>
      </w:r>
      <w:r>
        <w:rPr>
          <w:sz w:val="20"/>
        </w:rPr>
        <w:t>1:23:56  jab hajj ke maidan mein aap ikhatta honge to kya karenge? woh kya? Allah taala ke saath bhi lafz baazi karenge? aap wahan bhi lafz bol ke jeet sakte hain?</w:t>
      </w:r>
      <w:r>
        <w:br/>
      </w:r>
      <w:r>
        <w:rPr>
          <w:sz w:val="20"/>
        </w:rPr>
        <w:t>1:24:04  aap aur Allah taala hukum de ke us ko le jao, jahannum mein daal do? kya aap ke paas taqat hogi? aap rok lenge apne apne aap ko farishte se?</w:t>
      </w:r>
      <w:r>
        <w:br/>
      </w:r>
      <w:r>
        <w:rPr>
          <w:sz w:val="20"/>
        </w:rPr>
        <w:t>1:24:15  to sab se bara fitna mere nazdeek alfaaz ka fitna hai. har aadmi ko woh lafz mil jata hai. jis ko dekhiye, dunya ke baray baray zalim jo hain, un ko woh lafz mile hue thay ke hum jo kar rahe hain, is ki wajah yeh hai, hum jo ke is ki wajah yeh hai.</w:t>
      </w:r>
      <w:r>
        <w:br/>
      </w:r>
      <w:r>
        <w:rPr>
          <w:sz w:val="20"/>
        </w:rPr>
        <w:t>1:24:31  to main Allah se panah mangta hoon ke Allah taala mujhe alfaaz ke fitne se bachaye. aur aap sab logon ke liye dua karta hoon ke aap log Allah taala itni samajh dein ke aap alfaaz ke fitne se bachein.</w:t>
      </w:r>
    </w:p>
    <w:p>
      <w:pPr>
        <w:pStyle w:val="Heading2"/>
      </w:pPr>
      <w:r>
        <w:t>How to develop love for God?</w:t>
      </w:r>
    </w:p>
    <w:p>
      <w:r>
        <w:rPr>
          <w:color w:val="666666"/>
          <w:sz w:val="18"/>
        </w:rPr>
        <w:t>Spirituality · Discovery of God November 3, 2019 Maulana Wahiduddin Khan · 5m 49s · at 36:19 · https://youtu.be/WUaOl0Kwwng?t=2179</w:t>
      </w:r>
    </w:p>
    <w:p>
      <w:r>
        <w:rPr>
          <w:i/>
        </w:rPr>
        <w:t>“How can we develop strong affection and love of God and how does it help us?”</w:t>
      </w:r>
    </w:p>
    <w:p>
      <w:r>
        <w:rPr>
          <w:sz w:val="20"/>
        </w:rPr>
        <w:t>36:19  ameen." inshallah. molana, ab sawal lena chahenge. yeh sawal bheja hai doctor naghma siddiqui ne delhi se.</w:t>
      </w:r>
      <w:r>
        <w:br/>
      </w:r>
      <w:r>
        <w:rPr>
          <w:sz w:val="20"/>
        </w:rPr>
        <w:t>36:31  unhon ne likha hai: "how can we develop strong affection or love of god and how does it help us?" dekhiye, iska ek hi jawab hai.</w:t>
      </w:r>
      <w:r>
        <w:br/>
      </w:r>
      <w:r>
        <w:rPr>
          <w:sz w:val="20"/>
        </w:rPr>
        <w:t>36:50  aur is jawab ko maine ek tajrube se jana.</w:t>
      </w:r>
      <w:r>
        <w:br/>
      </w:r>
      <w:r>
        <w:rPr>
          <w:sz w:val="20"/>
        </w:rPr>
        <w:t>36:59  ek martaba main,</w:t>
      </w:r>
      <w:r>
        <w:br/>
      </w:r>
      <w:r>
        <w:rPr>
          <w:sz w:val="20"/>
        </w:rPr>
        <w:t>37:04  yani bachpan ke zamane mein, jab main apne sathiyon ke hamrah jaya karta tha mela dussehra dekhne ke liye,</w:t>
      </w:r>
      <w:r>
        <w:br/>
      </w:r>
      <w:r>
        <w:rPr>
          <w:sz w:val="20"/>
        </w:rPr>
        <w:t>37:17  to ek martaba aisa hua ke hum hum log pahunche jab mele mein to wahan bari bheed thi aur ek bachcha ro raha tha, daud raha tha idhar udhar.</w:t>
      </w:r>
      <w:r>
        <w:br/>
      </w:r>
      <w:r>
        <w:rPr>
          <w:sz w:val="20"/>
        </w:rPr>
        <w:t>37:35  "meri maa, meri</w:t>
      </w:r>
      <w:r>
        <w:br/>
      </w:r>
      <w:r>
        <w:rPr>
          <w:sz w:val="20"/>
        </w:rPr>
        <w:t>37:36  maa!" ek karta tha woh. to kai logon ne, auraton ne bhi, mardon ne bhi, isko kuch biscuit wagera diya aur apni god mein uthana chaha.</w:t>
      </w:r>
      <w:r>
        <w:br/>
      </w:r>
      <w:r>
        <w:rPr>
          <w:sz w:val="20"/>
        </w:rPr>
        <w:t>37:46  chhota bachcha tha woh to sab ko marta tha woh, yani "hato, hat</w:t>
      </w:r>
      <w:r>
        <w:br/>
      </w:r>
      <w:r>
        <w:rPr>
          <w:sz w:val="20"/>
        </w:rPr>
        <w:t>37:54  wahan se, hato!" na kuch khata tha, na kisi god mein jata tha woh. yahan tak ke uski jo baat thi, jo bichhad gayi thi,</w:t>
      </w:r>
      <w:r>
        <w:br/>
      </w:r>
      <w:r>
        <w:rPr>
          <w:sz w:val="20"/>
        </w:rPr>
        <w:t>38:10  woh aa gayi. jaise hi usne dekha apni maa ko, daud kar lapat gaya uske sath, daud kar lapat gaya uske sath.</w:t>
      </w:r>
      <w:r>
        <w:br/>
      </w:r>
      <w:r>
        <w:rPr>
          <w:sz w:val="20"/>
        </w:rPr>
        <w:t>38:24  to ajib baat hai ke main kaisa sahi hua. main zindagi mein bachpan se bahut si cheezon ke taraf lapka, bahut si cheezon ko apna banana chaha,</w:t>
      </w:r>
      <w:r>
        <w:br/>
      </w:r>
      <w:r>
        <w:rPr>
          <w:sz w:val="20"/>
        </w:rPr>
        <w:t>38:42  lekin thodi thodi doori mein maine chhod diya. meri raghbat hat gayi.</w:t>
      </w:r>
      <w:r>
        <w:br/>
      </w:r>
      <w:r>
        <w:rPr>
          <w:sz w:val="20"/>
        </w:rPr>
        <w:t>38:52  aakhir mein mujhe jab discovery hui allah rab ul alameen ki to sare apne wajood ke sath, apne sare jazbat ke sath, apne poori spirit ke sath usi se jud gaya.</w:t>
      </w:r>
      <w:r>
        <w:br/>
      </w:r>
      <w:r>
        <w:rPr>
          <w:sz w:val="20"/>
        </w:rPr>
        <w:t>39:10  yahan tak ke</w:t>
      </w:r>
      <w:r>
        <w:br/>
      </w:r>
      <w:r>
        <w:rPr>
          <w:sz w:val="20"/>
        </w:rPr>
        <w:t>39:14  woh kitab allah taala ne likhwai, jo angrezi mein jisko tarjuma kiya hai doctor farida khanam ne, aur aur arabi mein uska tarjuma kiya hai doctor zafar sahib khan ne.</w:t>
      </w:r>
      <w:r>
        <w:br/>
      </w:r>
      <w:r>
        <w:rPr>
          <w:sz w:val="20"/>
        </w:rPr>
        <w:t>39:35  isi tarah se bahut si zubanon mein iske tarjume hue hain aur aam taur par har jagah woh phail chuki hai.</w:t>
      </w:r>
      <w:r>
        <w:br/>
      </w:r>
      <w:r>
        <w:rPr>
          <w:sz w:val="20"/>
        </w:rPr>
        <w:t>39:46  phir ab aakhir mein mera mission yeh ban gaya ke mein Allah ki kitab ko sari dunya mein phailaoon.</w:t>
      </w:r>
      <w:r>
        <w:br/>
      </w:r>
      <w:r>
        <w:rPr>
          <w:sz w:val="20"/>
        </w:rPr>
        <w:t>39:58  to mein yeh keh sakta hoon ke Allah ko paana us ki</w:t>
      </w:r>
      <w:r>
        <w:br/>
      </w:r>
      <w:r>
        <w:rPr>
          <w:sz w:val="20"/>
        </w:rPr>
        <w:t>40:07  us ki creation ke through hota hai.</w:t>
      </w:r>
      <w:r>
        <w:br/>
      </w:r>
      <w:r>
        <w:rPr>
          <w:sz w:val="20"/>
        </w:rPr>
        <w:t>40:13  aap parhiye is is ayat ko jis ne Hazrat Musa ne kaha tha ke "Rab mere liye Khuda mujhe dikha kaisi kitab jo rooh hogi us waqt Musa ke andar.</w:t>
      </w:r>
      <w:r>
        <w:br/>
      </w:r>
      <w:r>
        <w:rPr>
          <w:sz w:val="20"/>
        </w:rPr>
        <w:t>40:27  Khuda mujhe dikha taake mein us ko dekhon." to Khuda ne ek demonstration diya us waqt ke Khuda ne apni tajalli dali</w:t>
      </w:r>
      <w:r>
        <w:br/>
      </w:r>
      <w:r>
        <w:rPr>
          <w:sz w:val="20"/>
        </w:rPr>
        <w:t>40:43  door pahaar par to pahaar reze reze ho gaya Khuda ne kaha "agar tu dekhna chahta hai to dekhne ka tareeqa yahi hai, yaani indirect mein bhi tum dekh sakte ho, us ko direct nahi,</w:t>
      </w:r>
      <w:r>
        <w:br/>
      </w:r>
      <w:r>
        <w:rPr>
          <w:sz w:val="20"/>
        </w:rPr>
        <w:t>41:02  tum mujhe direct nahi de sakte ho, indirect mein bhi." yeh wahi position hai jo jo quantum physics ki position hai ke matter ko hum yeh jo matter hai, world of matter,</w:t>
      </w:r>
      <w:r>
        <w:br/>
      </w:r>
      <w:r>
        <w:rPr>
          <w:sz w:val="20"/>
        </w:rPr>
        <w:t>41:20  us ko hum direct nahi dekh sakte, us ke effect ke through hum dekh sakte hain. to ajeeb baat hai ke Allah ne jab apne aap ko na qabil deed banaya ke insaan us ko dekh na sake to isi waqt yeh bhi muqaddar kar diya ke insaan indirect way mein Allah ko dekh sake, yaani us ki nematton ke through,</w:t>
      </w:r>
      <w:r>
        <w:br/>
      </w:r>
      <w:r>
        <w:rPr>
          <w:sz w:val="20"/>
        </w:rPr>
        <w:t>41:46  us ki creation ke through, us ki jo blessing hai, us ke through. to jitna zyada aap Allah ki blessing ko daryaft karein, utne zyada aap Allah Rab ul Alameen ko daryaft kar sakenge.</w:t>
      </w:r>
    </w:p>
    <w:p>
      <w:pPr>
        <w:pStyle w:val="Heading2"/>
      </w:pPr>
      <w:r>
        <w:t>How to maintain high state of ma'rifat</w:t>
      </w:r>
    </w:p>
    <w:p>
      <w:r>
        <w:rPr>
          <w:color w:val="666666"/>
          <w:sz w:val="18"/>
        </w:rPr>
        <w:t>Spirituality · Realization of God in the Age of Science March 1, 2020 Maulana Wahiduddin Khan · 5m 10s · at 36:19 · https://youtu.be/duUnwicq5Yw?t=2179</w:t>
      </w:r>
    </w:p>
    <w:p>
      <w:r>
        <w:rPr>
          <w:i/>
        </w:rPr>
        <w:t>“Sometimes I feel my ma'rifat is high and sometimes I feel it is low. I get very frustrated with this high and low experience. My question is: how can I always be in a state of high ma'rifat?”</w:t>
      </w:r>
    </w:p>
    <w:p>
      <w:r>
        <w:rPr>
          <w:sz w:val="20"/>
        </w:rPr>
        <w:t>36:19  a definite clash may otherwise occur. he is Allah alone as a sole power who controls and manages entire universe." molana, agla sawal bheja hai ahmedabad se</w:t>
      </w:r>
      <w:r>
        <w:br/>
      </w:r>
      <w:r>
        <w:rPr>
          <w:sz w:val="20"/>
        </w:rPr>
        <w:t>36:37  firoze khan sahib ne. unho ne likha hai: "molana, sometimes i feel my marifat is high and sometimes i feel it is low.</w:t>
      </w:r>
      <w:r>
        <w:br/>
      </w:r>
      <w:r>
        <w:rPr>
          <w:sz w:val="20"/>
        </w:rPr>
        <w:t>36:48  i get very frustrated with this high and low experience. my question is: how can i always be in a state of high marifat?</w:t>
      </w:r>
      <w:r>
        <w:br/>
      </w:r>
      <w:r>
        <w:rPr>
          <w:sz w:val="20"/>
        </w:rPr>
        <w:t>36:58  please advise." kyunke woh unnatural hai,</w:t>
      </w:r>
      <w:r>
        <w:br/>
      </w:r>
      <w:r>
        <w:rPr>
          <w:sz w:val="20"/>
        </w:rPr>
        <w:t>37:02  unnatural hai. woh kabhi bhi marifat, kabhi bhi</w:t>
      </w:r>
      <w:r>
        <w:br/>
      </w:r>
      <w:r>
        <w:rPr>
          <w:sz w:val="20"/>
        </w:rPr>
        <w:t>37:12  aso aso aso hoti hai. is mein up down hota hai. yeh bilkul natural hai. is ki tamanna nahi karna chahiye.</w:t>
      </w:r>
      <w:r>
        <w:br/>
      </w:r>
      <w:r>
        <w:rPr>
          <w:sz w:val="20"/>
        </w:rPr>
        <w:t>37:25  bas koshish, apni koshish</w:t>
      </w:r>
      <w:r>
        <w:br/>
      </w:r>
      <w:r>
        <w:rPr>
          <w:sz w:val="20"/>
        </w:rPr>
        <w:t>37:28  jaari rakhni chahiye.</w:t>
      </w:r>
      <w:r>
        <w:br/>
      </w:r>
      <w:r>
        <w:rPr>
          <w:sz w:val="20"/>
        </w:rPr>
        <w:t>37:34  zubair siddiqui sahib ne meerut se likha hai: "agar bara gunah hum se ho gaya ho to kya hum apne khalq se yeh umeed rakh sakte hain ke woh hamari galtiyon ko aakhirat mein maaf kar dega?</w:t>
      </w:r>
      <w:r>
        <w:br/>
      </w:r>
      <w:r>
        <w:rPr>
          <w:sz w:val="20"/>
        </w:rPr>
        <w:t>37:48  kaise apne dil ko sukoon mein rakhen? molana sahib, sara waqt guilt feeling mein guzar jata hai.</w:t>
      </w:r>
      <w:r>
        <w:br/>
      </w:r>
      <w:r>
        <w:rPr>
          <w:sz w:val="20"/>
        </w:rPr>
        <w:t>37:57  nahi, dekhiye, is ka jawab khud quran mein maujood hai. yaani quran mein ek ayat hai jis ko tamam jo baray baray ulma hue hain,</w:t>
      </w:r>
      <w:r>
        <w:br/>
      </w:r>
      <w:r>
        <w:rPr>
          <w:sz w:val="20"/>
        </w:rPr>
        <w:t>38:12  including sahaba,</w:t>
      </w:r>
      <w:r>
        <w:br/>
      </w:r>
      <w:r>
        <w:rPr>
          <w:sz w:val="20"/>
        </w:rPr>
        <w:t>38:14  isko quran ki sab se zyada arjo ayat kehte hain. arjo ka maani hopeful hai.</w:t>
      </w:r>
      <w:r>
        <w:br/>
      </w:r>
      <w:r>
        <w:rPr>
          <w:sz w:val="20"/>
        </w:rPr>
        <w:t>38:29  is ayat, woh ayat aap ke samne parhi jayegi aur is ka tarjuma kiya jayega. saheeh sahib,</w:t>
      </w:r>
      <w:r>
        <w:br/>
      </w:r>
      <w:r>
        <w:rPr>
          <w:sz w:val="20"/>
        </w:rPr>
        <w:t>38:41  allazina asrafoo</w:t>
      </w:r>
      <w:r>
        <w:br/>
      </w:r>
      <w:r>
        <w:rPr>
          <w:sz w:val="20"/>
        </w:rPr>
        <w:t>38:45  surah zumar, chapter number 39, verse number 53: qul ya ibadi allazina asrafoo ala anfusihim la taqnato min rahmatillah, innallaha yaghfirudh dhunuba jameea, innahu huwal ghafurur rahim.</w:t>
      </w:r>
      <w:r>
        <w:br/>
      </w:r>
      <w:r>
        <w:rPr>
          <w:sz w:val="20"/>
        </w:rPr>
        <w:t>39:02  tum kaho: aye mere bando jinho ne apne jano par zulm ki hai, Allah ki rehmat se na umeed na ho.</w:t>
      </w:r>
      <w:r>
        <w:br/>
      </w:r>
      <w:r>
        <w:rPr>
          <w:sz w:val="20"/>
        </w:rPr>
        <w:t>39:10  beshak Allah maaf karta hai tamam gunaho ko. beshak woh maghfirat karne wala, reham karne wala hai. jab mein is ayat ko parhta hoon to jo jo tamam is mein hai,</w:t>
      </w:r>
      <w:r>
        <w:br/>
      </w:r>
      <w:r>
        <w:rPr>
          <w:sz w:val="20"/>
        </w:rPr>
        <w:t>39:27  jabhi</w:t>
      </w:r>
      <w:r>
        <w:br/>
      </w:r>
      <w:r>
        <w:rPr>
          <w:sz w:val="20"/>
        </w:rPr>
        <w:t>39:28  to mujhe ajeeb maloom hota hai ke Allah taala ka yeh shayad sab se bara tohfa apne bando ke liye hai</w:t>
      </w:r>
      <w:r>
        <w:br/>
      </w:r>
      <w:r>
        <w:rPr>
          <w:sz w:val="20"/>
        </w:rPr>
        <w:t>39:41  ke agar tum tauba-e-nasuh karo, agar tum</w:t>
      </w:r>
      <w:r>
        <w:br/>
      </w:r>
      <w:r>
        <w:rPr>
          <w:sz w:val="20"/>
        </w:rPr>
        <w:t>39:49  tumhare andar repentance aaye aur tum sach much Allah se maafi mango to Allah zaroor maaf kar dega.</w:t>
      </w:r>
      <w:r>
        <w:br/>
      </w:r>
      <w:r>
        <w:rPr>
          <w:sz w:val="20"/>
        </w:rPr>
        <w:t>40:05  yeh Quran ki sab se zyada hopeful ayat hai. Ek martaba aur aap is ko parh dijiye aur hawala badal dijiye.</w:t>
      </w:r>
      <w:r>
        <w:br/>
      </w:r>
      <w:r>
        <w:rPr>
          <w:sz w:val="20"/>
        </w:rPr>
        <w:t>40:17  Surah Az-Zumar, Surah number 39, verse number 53,</w:t>
      </w:r>
      <w:r>
        <w:br/>
      </w:r>
      <w:r>
        <w:rPr>
          <w:sz w:val="20"/>
        </w:rPr>
        <w:t>40:23  ayat number 53: Qul ya ibadi allazina asrafu ala anfusihim la taqnatu min rahmatillah, innallaha yaghfirudh dhunuba jami'a, innahu huwal Ghafurur Rahim.</w:t>
      </w:r>
      <w:r>
        <w:br/>
      </w:r>
      <w:r>
        <w:rPr>
          <w:sz w:val="20"/>
        </w:rPr>
        <w:t>40:36  tum kaho: Ae mere bando jinho ne apni janon par zulm kiya hai,</w:t>
      </w:r>
      <w:r>
        <w:br/>
      </w:r>
      <w:r>
        <w:rPr>
          <w:sz w:val="20"/>
        </w:rPr>
        <w:t>40:41  Allah ki rehmat se mayoos na ho. Beshak Allah maaf karne wala hai tamam gunahon ko. Beshak woh bakhsne wala, reham karne wala hai.</w:t>
      </w:r>
      <w:r>
        <w:br/>
      </w:r>
      <w:r>
        <w:rPr>
          <w:sz w:val="20"/>
        </w:rPr>
        <w:t>41:00  Doctor Safeena Tabassum ne Saharanpur se comment bheja hai. Unhone likha hai: "Maulana sahib, aaj aap ne mere andar imaan taaza kar diya.</w:t>
      </w:r>
      <w:r>
        <w:br/>
      </w:r>
      <w:r>
        <w:rPr>
          <w:sz w:val="20"/>
        </w:rPr>
        <w:t>41:11  Inshallah, main ek nayi spirit ke sath poori tarah se is mission ka part rahungi. Allah CPS ke efforts ko kamyab dein.</w:t>
      </w:r>
      <w:r>
        <w:br/>
      </w:r>
      <w:r>
        <w:rPr>
          <w:sz w:val="20"/>
        </w:rPr>
        <w:t>41:21  Allah hum sab ko gumrahi se bachaye. Jazak Allah Maulana sahib."</w:t>
      </w:r>
      <w:r>
        <w:br/>
      </w:r>
      <w:r>
        <w:rPr>
          <w:sz w:val="20"/>
        </w:rPr>
        <w:t>41:27  Mashallah!</w:t>
      </w:r>
    </w:p>
    <w:p>
      <w:pPr>
        <w:pStyle w:val="Heading2"/>
      </w:pPr>
      <w:r>
        <w:t>How to overcome frustration and purify soul</w:t>
      </w:r>
    </w:p>
    <w:p>
      <w:r>
        <w:rPr>
          <w:color w:val="666666"/>
          <w:sz w:val="18"/>
        </w:rPr>
        <w:t>Spirituality · Hadith-e-Jibril, April 21, 2013 · 5m 54s · at 1:02:36 · https://youtu.be/0rF6Ou0pDog?t=3756</w:t>
      </w:r>
    </w:p>
    <w:p>
      <w:r>
        <w:rPr>
          <w:i/>
        </w:rPr>
        <w:t>“How can one come out of frustration and find the truth of life? How can one purify one's soul? I am in a lot of negativity.”</w:t>
      </w:r>
    </w:p>
    <w:p>
      <w:r>
        <w:rPr>
          <w:sz w:val="20"/>
        </w:rPr>
        <w:t>1:02:36  maulana, agla sawal aya hai Ghulam Ali sahib ka. unhon ne apni location nahi likhi hai par un ka sawal yeh hai Maulana sahib Please tell me how can one come out of frustration and find the truth of life?</w:t>
      </w:r>
      <w:r>
        <w:br/>
      </w:r>
      <w:r>
        <w:rPr>
          <w:sz w:val="20"/>
        </w:rPr>
        <w:t>1:02:51  How can one purify one's soul?</w:t>
      </w:r>
      <w:r>
        <w:br/>
      </w:r>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Making people realize importance of personality development</w:t>
      </w:r>
    </w:p>
    <w:p>
      <w:r>
        <w:rPr>
          <w:color w:val="666666"/>
          <w:sz w:val="18"/>
        </w:rPr>
        <w:t>Spirituality · Paradise as A Goal April 26, 2015 · 5m 09s · at 47:58 · https://youtu.be/4IWLd2SIBkw?t=2878</w:t>
      </w:r>
    </w:p>
    <w:p>
      <w:r>
        <w:rPr>
          <w:i/>
        </w:rPr>
        <w:t>“People are so engrossed in their worldly activities that even an earthquake of seven point eight intensity does not jolt them out of their forgetfulness. Then how can we succeed in making them realize the importance of personality development which alone can lead them to paradise?”</w:t>
      </w:r>
    </w:p>
    <w:p>
      <w:r>
        <w:rPr>
          <w:sz w:val="20"/>
        </w:rPr>
        <w:t>47:58  maulana, yeh agla sawal kya hai? doctor farida khanum ne dehli se</w:t>
      </w:r>
      <w:r>
        <w:br/>
      </w:r>
      <w:r>
        <w:rPr>
          <w:sz w:val="20"/>
        </w:rPr>
        <w:t>48:03  : "people are so engrossed in their worldly activities that even an earth quake of seven point eight intensity does not jolt them out of their forgetfulness.</w:t>
      </w:r>
      <w:r>
        <w:br/>
      </w:r>
      <w:r>
        <w:rPr>
          <w:sz w:val="20"/>
        </w:rPr>
        <w:t>48:17  then how can we succeed in making them realize the importance of personality development which alone can lead them to paradise?"</w:t>
      </w:r>
      <w:r>
        <w:br/>
      </w:r>
      <w:r>
        <w:rPr>
          <w:sz w:val="20"/>
        </w:rPr>
        <w:t>48:31  dekhiye, humein mass level par kal parson ek saath bari mulaqaat hui. is tarah ki baat hui to main ne kaha ke dekhein, dawat ka kaam hota hai mass level par.</w:t>
      </w:r>
      <w:r>
        <w:br/>
      </w:r>
      <w:r>
        <w:rPr>
          <w:sz w:val="20"/>
        </w:rPr>
        <w:t>48:46  dawat ka kaam mass level par hota hai. lekin result jo hai, result woh individual level par milta hai.</w:t>
      </w:r>
      <w:r>
        <w:br/>
      </w:r>
      <w:r>
        <w:rPr>
          <w:sz w:val="20"/>
        </w:rPr>
        <w:t>48:55  baat to aap se sab se kahiye. dekhiye, sirf kuch individual bhi le gaye jo aap ki baat se asar lein aur apne andar koi change laayein. yeh hamesha hua hai.</w:t>
      </w:r>
      <w:r>
        <w:br/>
      </w:r>
      <w:r>
        <w:rPr>
          <w:sz w:val="20"/>
        </w:rPr>
        <w:t>49:05  yeh farq hamesha jaanna chahiye ke dawat ya tablegh ka kaam hota hai mass level par, lekin result hamesha nikalta hai individual level par.</w:t>
      </w:r>
      <w:r>
        <w:br/>
      </w:r>
      <w:r>
        <w:rPr>
          <w:sz w:val="20"/>
        </w:rPr>
        <w:t>49:17  yeh agar soch ho to aadmi, yaani is qism ka tasawwur is ke zehan mein nahin aayega.</w:t>
      </w:r>
      <w:r>
        <w:br/>
      </w:r>
      <w:r>
        <w:rPr>
          <w:sz w:val="20"/>
        </w:rPr>
        <w:t>49:31  maulana, yeh agla question kya hai? doctor sanjay ne dehli se: "reason and intuition. how to decide what is right reason?</w:t>
      </w:r>
      <w:r>
        <w:br/>
      </w:r>
      <w:r>
        <w:rPr>
          <w:sz w:val="20"/>
        </w:rPr>
        <w:t>49:42  because right may be different for different people."</w:t>
      </w:r>
      <w:r>
        <w:br/>
      </w:r>
      <w:r>
        <w:rPr>
          <w:sz w:val="20"/>
        </w:rPr>
        <w:t>49:47  dekhiye, ek hai sanjeedgi, sincerity, aur ek hai, yaani</w:t>
      </w:r>
      <w:r>
        <w:br/>
      </w:r>
      <w:r>
        <w:rPr>
          <w:sz w:val="20"/>
        </w:rPr>
        <w:t>49:59  behas karna. to jo behas kare, us ke hisaab se tautology aayegi. tautology us ko kehte hain. behas karega, behas karega, behas karega.</w:t>
      </w:r>
      <w:r>
        <w:br/>
      </w:r>
      <w:r>
        <w:rPr>
          <w:sz w:val="20"/>
        </w:rPr>
        <w:t>50:08  koi na koi technical baat mil jaye gi jis se woh doosri baat ko refute kar de.</w:t>
      </w:r>
      <w:r>
        <w:br/>
      </w:r>
      <w:r>
        <w:rPr>
          <w:sz w:val="20"/>
        </w:rPr>
        <w:t>50:14  to dekhein, is maamle mein koi compulsive reason nahin hai. aadmi ko khud jaanna padta hai ke kaun si baat mujhe reason ke mutabiq hai, kaun si reason ke mutabiq nahin.</w:t>
      </w:r>
      <w:r>
        <w:br/>
      </w:r>
      <w:r>
        <w:rPr>
          <w:sz w:val="20"/>
        </w:rPr>
        <w:t>50:29  yeh khud apne, apna, yani intellectual development se aadmi pahunchta hai is baat ko. Yeh koi do do, chaar ki tarah nahi hai ke hum bahar se is ko impose kar dein.</w:t>
      </w:r>
      <w:r>
        <w:br/>
      </w:r>
      <w:r>
        <w:rPr>
          <w:sz w:val="20"/>
        </w:rPr>
        <w:t>50:41  Aadmi maane to maane, nahi maane to milega is ko, nahi to nahi milega. Yeh kaha jata hai ke maano to dev, nahi to pathar. To sach westi yeh self discovery ki baat hai.</w:t>
      </w:r>
      <w:r>
        <w:br/>
      </w:r>
      <w:r>
        <w:rPr>
          <w:sz w:val="20"/>
        </w:rPr>
        <w:t>50:55  Aur self discovery hoti hai hamesha sincerity jis ke andar bohat zyada ho, tab hoti hai.</w:t>
      </w:r>
      <w:r>
        <w:br/>
      </w:r>
      <w:r>
        <w:rPr>
          <w:sz w:val="20"/>
        </w:rPr>
        <w:t>51:03  To behal yeh baat jo hai, ooper se bahar se hum impose nahi kar sakte. Do do, chaar ki tarah</w:t>
      </w:r>
      <w:r>
        <w:br/>
      </w:r>
      <w:r>
        <w:rPr>
          <w:sz w:val="20"/>
        </w:rPr>
        <w:t>51:11  . Jo aadmi sincere hoga, woh zaroor pahunch jayega wahan tak. Dekhein, sincerity hamesha right way mein guide, guide karti hai.</w:t>
      </w:r>
      <w:r>
        <w:br/>
      </w:r>
      <w:r>
        <w:rPr>
          <w:sz w:val="20"/>
        </w:rPr>
        <w:t>51:21  Aur sincerity na ho to aadmi bhatakta hai idhar udhar.</w:t>
      </w:r>
      <w:r>
        <w:br/>
      </w:r>
      <w:r>
        <w:rPr>
          <w:sz w:val="20"/>
        </w:rPr>
        <w:t>51:28  Maulana sahib, yeh agla question kya hai? Maulana Iqbal Umri ne Chennai se: "Maulana, kainaati universal problem ko intervention of God hai discover karne ke bajaye.</w:t>
      </w:r>
      <w:r>
        <w:br/>
      </w:r>
      <w:r>
        <w:rPr>
          <w:sz w:val="20"/>
        </w:rPr>
        <w:t>51:41  If there is God, then why mismanagement like this? Insaan kyun samajhta hai?" Mismanagement nahi hai, to maine kaha hai ke warning hoti hai.</w:t>
      </w:r>
      <w:r>
        <w:br/>
      </w:r>
      <w:r>
        <w:rPr>
          <w:sz w:val="20"/>
        </w:rPr>
        <w:t>51:54  Mismanagement ho to sari kainat mein numerous stars, planet hain, woh sab aapas mein takra jayen aapas mein. Yeh to bohat tiny waqia hai.</w:t>
      </w:r>
      <w:r>
        <w:br/>
      </w:r>
      <w:r>
        <w:rPr>
          <w:sz w:val="20"/>
        </w:rPr>
        <w:t>52:05  Yani brel trillion ke mein bhi aik se kam hai.</w:t>
      </w:r>
      <w:r>
        <w:br/>
      </w:r>
      <w:r>
        <w:rPr>
          <w:sz w:val="20"/>
        </w:rPr>
        <w:t>52:09  Yani poori universe ke lehaz se dekha jaye to beshumar waqiat hain. Wahan yeh sab baatein nahi hain. Bohat choti si zameen par aisa hota hai.</w:t>
      </w:r>
      <w:r>
        <w:br/>
      </w:r>
      <w:r>
        <w:rPr>
          <w:sz w:val="20"/>
        </w:rPr>
        <w:t>52:22  To jo zyada, yani more than 99 percent jo hissa hai universe ka, wahan to har cheez bilkul theek ho rahi hai.</w:t>
      </w:r>
      <w:r>
        <w:br/>
      </w:r>
      <w:r>
        <w:rPr>
          <w:sz w:val="20"/>
        </w:rPr>
        <w:t>52:31  Yani more than 99 percent mein aur less than one percent ka jo hissa hai, wahan par aise kuch waqiat hote hain kabhi kabhi.</w:t>
      </w:r>
      <w:r>
        <w:br/>
      </w:r>
      <w:r>
        <w:rPr>
          <w:sz w:val="20"/>
        </w:rPr>
        <w:t>52:39  To yeh Khuda par is se buland nahi aata. Yeh sochna parta hai ke jo Khuda itne bare peymane par, bohat hi precise mein har cheez ko manage kar raha hai, woh aik chote se maqam par aisa kyun ho?</w:t>
      </w:r>
      <w:r>
        <w:br/>
      </w:r>
      <w:r>
        <w:rPr>
          <w:sz w:val="20"/>
        </w:rPr>
        <w:t>52:55  Us ne pasand kiya to is ka jawab yeh hai ke woh warning ke liye, lesson ke liye, taake insaan jo so raha hai, woh jaag, woh jaag uthe.</w:t>
      </w:r>
    </w:p>
    <w:p>
      <w:pPr>
        <w:pStyle w:val="Heading2"/>
      </w:pPr>
      <w:r>
        <w:t>Meaning and components of personality building</w:t>
      </w:r>
    </w:p>
    <w:p>
      <w:r>
        <w:rPr>
          <w:color w:val="666666"/>
          <w:sz w:val="18"/>
        </w:rPr>
        <w:t>Spirituality · The Problem of Evil December 4, 2011 · 5m 32s · at 59:36 · https://youtu.be/SMqtVjaGHfw?t=3576</w:t>
      </w:r>
    </w:p>
    <w:p>
      <w:r>
        <w:rPr>
          <w:i/>
        </w:rPr>
        <w:t>“What is the meaning of personality building and what are its basic components?”</w:t>
      </w:r>
    </w:p>
    <w:p>
      <w:r>
        <w:rPr>
          <w:sz w:val="20"/>
        </w:rPr>
        <w:t>59:36  maulana, yeh sawal aaya hai maulana zikwan nadvi ka, deli se. unhon ne likha hai: "personality building ka matlab kya hai aur personality building ke bunyadi ajza kya hain?"</w:t>
      </w:r>
      <w:r>
        <w:br/>
      </w:r>
      <w:r>
        <w:rPr>
          <w:sz w:val="20"/>
        </w:rPr>
        <w:t>59:53  dekhiye, yeh koi nayi cheez nahi hai. traditional lafz jo is ke liye hai woh hai tazkiya-e-nafs.</w:t>
      </w:r>
      <w:r>
        <w:br/>
      </w:r>
      <w:r>
        <w:rPr>
          <w:sz w:val="20"/>
        </w:rPr>
        <w:t>1:00:04  rawayati zaban mein is ko log kehte rehte hain, kehte rahe hain tazkiya-e-nafs. isi tazkiya-e-nafsi ko mein aaj kal ki zaban mein kehta hoon personality building,</w:t>
      </w:r>
      <w:r>
        <w:br/>
      </w:r>
      <w:r>
        <w:rPr>
          <w:sz w:val="20"/>
        </w:rPr>
        <w:t>1:00:21  personality development. personality ka aap ka jo wajood hai, zamane mein samjha jata tha ke qalb alag hai, dimagh alag hai aur soul alag hai.</w:t>
      </w:r>
      <w:r>
        <w:br/>
      </w:r>
      <w:r>
        <w:rPr>
          <w:sz w:val="20"/>
        </w:rPr>
        <w:t>1:00:33  yeh teen cheezein mante the jism ke ilawa, kyunke char cheezein hain: ek hamara jism hai, ek soul hai, ek qalb hai, ek dimagh hai.</w:t>
      </w:r>
      <w:r>
        <w:br/>
      </w:r>
      <w:r>
        <w:rPr>
          <w:sz w:val="20"/>
        </w:rPr>
        <w:t>1:00:42  yeh science ke zamane mein is ko nahi mana jata. science ke zamane mein aap ka sirf do hi pehlu hain: ek mind hai, ek body hai. bas to body vehicle hai aap ki personality ka aur personality jo hai wohi jo mind hai, wohi personality hai.</w:t>
      </w:r>
      <w:r>
        <w:br/>
      </w:r>
      <w:r>
        <w:rPr>
          <w:sz w:val="20"/>
        </w:rPr>
        <w:t>1:00:59  to personality building ka matlab yahi hai ke Khuda ne insan ko banaya hai nature par, sahi nature par.</w:t>
      </w:r>
      <w:r>
        <w:br/>
      </w:r>
      <w:r>
        <w:rPr>
          <w:sz w:val="20"/>
        </w:rPr>
        <w:t>1:01:10  insan sahi nature pe paida hota hai lekin mahol mein us ki conditioning hoti rehti hai.</w:t>
      </w:r>
      <w:r>
        <w:br/>
      </w:r>
      <w:r>
        <w:rPr>
          <w:sz w:val="20"/>
        </w:rPr>
        <w:t>1:01:17  conditioning se hota hai ke kis cheez se nafrat karne lagta hai woh, kis cheez se mohabbat karne lagta hai woh. kisi ko dekh kar us ko ghussa aata hai, kisi ko dekh kar us ko pyar aata hai, kis cheez par woh proke aata hai,</w:t>
      </w:r>
      <w:r>
        <w:br/>
      </w:r>
      <w:r>
        <w:rPr>
          <w:sz w:val="20"/>
        </w:rPr>
        <w:t>1:01:33  kis cheez par bardasht karta hai. yeh sab cheezein kya hain? conditioning ki wajah se hoti hain.</w:t>
      </w:r>
      <w:r>
        <w:br/>
      </w:r>
      <w:r>
        <w:rPr>
          <w:sz w:val="20"/>
        </w:rPr>
        <w:t>1:01:39  to to yeh baad mein paida hota hai to yeh yeh process apne aap hi chal padta hai.</w:t>
      </w:r>
      <w:r>
        <w:br/>
      </w:r>
      <w:r>
        <w:rPr>
          <w:sz w:val="20"/>
        </w:rPr>
        <w:t>1:01:48  yani process of conditioning.</w:t>
      </w:r>
      <w:r>
        <w:br/>
      </w:r>
      <w:r>
        <w:rPr>
          <w:sz w:val="20"/>
        </w:rPr>
        <w:t>1:01:51  to sach poocho to tazkiya-e-nafs ya personality development ka matlab yeh hai ke apne ko apni de-conditioning karna, yani daryaft karna ke mein kahan kahan meri conditioning ho gayi hai,</w:t>
      </w:r>
      <w:r>
        <w:br/>
      </w:r>
      <w:r>
        <w:rPr>
          <w:sz w:val="20"/>
        </w:rPr>
        <w:t>1:02:06  kahan kahan mein mahol se, asar se kuch aadatein lag gayi hain, kuch galat soch lag gayi hai, kuch galat silsile mein ho gaya hoon.</w:t>
      </w:r>
      <w:r>
        <w:br/>
      </w:r>
      <w:r>
        <w:rPr>
          <w:sz w:val="20"/>
        </w:rPr>
        <w:t>1:02:15  yeh hai</w:t>
      </w:r>
      <w:r>
        <w:br/>
      </w:r>
      <w:r>
        <w:rPr>
          <w:sz w:val="20"/>
        </w:rPr>
        <w:t>1:02:17  to jaise aaj kal musalmanon ka haal yeh hai ke zara si baat yeh hogi to is par bhark uthte hain ke masjid ke samne koi juloos nikle, masjid koi koi nara laga de,</w:t>
      </w:r>
      <w:r>
        <w:br/>
      </w:r>
      <w:r>
        <w:rPr>
          <w:sz w:val="20"/>
        </w:rPr>
        <w:t>1:02:32  koi kahin gosht ka tukra dikhai de jaye, kuch bhi ho, koi cartoon chhap de to foran bhark uthenge. yeh bhark uthna jo hai nature nahi hai, yeh yeh conditioning hai.</w:t>
      </w:r>
      <w:r>
        <w:br/>
      </w:r>
      <w:r>
        <w:rPr>
          <w:sz w:val="20"/>
        </w:rPr>
        <w:t>1:02:44  yani hamare yani so-called rehnumaon ne aisa kiya hai ke un ko in cheezon ko bharka diya hai.</w:t>
      </w:r>
      <w:r>
        <w:br/>
      </w:r>
      <w:r>
        <w:rPr>
          <w:sz w:val="20"/>
        </w:rPr>
        <w:t>1:02:54  in cheezon ko</w:t>
      </w:r>
      <w:r>
        <w:br/>
      </w:r>
      <w:r>
        <w:rPr>
          <w:sz w:val="20"/>
        </w:rPr>
        <w:t>1:02:56  to mein aaj subah soch raha tha ke hamari tareekh jo hai, yani tareekh ke do daur hain: pre media aur post media.</w:t>
      </w:r>
      <w:r>
        <w:br/>
      </w:r>
      <w:r>
        <w:rPr>
          <w:sz w:val="20"/>
        </w:rPr>
        <w:t>1:03:08  yeh pre media daur mein insan jo tha, uska case tha misuse of freedom ka case. ab kya hai? misuse of media ka case.</w:t>
      </w:r>
      <w:r>
        <w:br/>
      </w:r>
      <w:r>
        <w:rPr>
          <w:sz w:val="20"/>
        </w:rPr>
        <w:t>1:03:17  aisi baatein chhapte hain log, aise jo log jise hain, yani negative ch</w:t>
      </w:r>
      <w:r>
        <w:br/>
      </w:r>
      <w:r>
        <w:rPr>
          <w:sz w:val="20"/>
        </w:rPr>
        <w:t>1:03:24  cheezein. har society mein dekhiye, negative aur positive dono item hote hain. lekin media kya tha? chhaat chhaat kar ke negative cheezein chhapta hai.</w:t>
      </w:r>
      <w:r>
        <w:br/>
      </w:r>
      <w:r>
        <w:rPr>
          <w:sz w:val="20"/>
        </w:rPr>
        <w:t>1:03:33  is is india mein, america mein, hatta ke israel mein, har jagah yeh qissa hai ke har jagah aisa nahi hai ke woh sab jaise log samajhte hain ke israel mein bohat hi bura hai.</w:t>
      </w:r>
      <w:r>
        <w:br/>
      </w:r>
      <w:r>
        <w:rPr>
          <w:sz w:val="20"/>
        </w:rPr>
        <w:t>1:03:44  aisa bilkul galat baat hai. wahan positive point, plus point bhi hai, negative point bhi hai.</w:t>
      </w:r>
      <w:r>
        <w:br/>
      </w:r>
      <w:r>
        <w:rPr>
          <w:sz w:val="20"/>
        </w:rPr>
        <w:t>1:03:51  lekin hamara jo muslim media jo hai, negative point ko chhapta hai, plus point ko chhod deta hai. isi se logon ko conditioning hoti hai.</w:t>
      </w:r>
      <w:r>
        <w:br/>
      </w:r>
      <w:r>
        <w:rPr>
          <w:sz w:val="20"/>
        </w:rPr>
        <w:t>1:04:00  ab barah-e-rast jab aap padhte hain, sunte hain ke israel jo hai, itna kharab hai to aap samajh jaate hain ke israel koi alag cheez hai. israel koi alag cheez nahi hai, woh bhi insaan hain, woh log bhi.</w:t>
      </w:r>
      <w:r>
        <w:br/>
      </w:r>
      <w:r>
        <w:rPr>
          <w:sz w:val="20"/>
        </w:rPr>
        <w:t>1:04:11  chahe israel ka case ho, america ka case ho, ya india mein jo extremist parties hain, unka case ho, koi bhi hundred percent bura nahi hai.</w:t>
      </w:r>
      <w:r>
        <w:br/>
      </w:r>
      <w:r>
        <w:rPr>
          <w:sz w:val="20"/>
        </w:rPr>
        <w:t>1:04:21  har jagah kuch aisi cheezein hoti hain jo aap ko pasand na hon to hamare log isi ko le kar phasalate hain, isi ko bayan karte hain. is se kya hota hai?</w:t>
      </w:r>
      <w:r>
        <w:br/>
      </w:r>
      <w:r>
        <w:rPr>
          <w:sz w:val="20"/>
        </w:rPr>
        <w:t>1:04:31  sunte sunte, padhte padhte condition aati hai. to sab log naam mein, yaani conditioning ka case ban gaye hain.</w:t>
      </w:r>
      <w:r>
        <w:br/>
      </w:r>
      <w:r>
        <w:rPr>
          <w:sz w:val="20"/>
        </w:rPr>
        <w:t>1:04:40  to</w:t>
      </w:r>
      <w:r>
        <w:br/>
      </w:r>
      <w:r>
        <w:rPr>
          <w:sz w:val="20"/>
        </w:rPr>
        <w:t>1:04:41  samajhta hoon ke personality development ka matlab yeh hai: apni de-conditioning. woh hoti hai muhasba ke zariye se.</w:t>
      </w:r>
      <w:r>
        <w:br/>
      </w:r>
      <w:r>
        <w:rPr>
          <w:sz w:val="20"/>
        </w:rPr>
        <w:t>1:04:53  jo aadmi aisa na kare to woh conditioning mein jiyega, conditioning mein marega. to bohat zaroori hai ke hum apni de-conditioning karein.</w:t>
      </w:r>
      <w:r>
        <w:br/>
      </w:r>
      <w:r>
        <w:rPr>
          <w:sz w:val="20"/>
        </w:rPr>
        <w:t>1:05:02  wohi de-conditioning ka doosra naam tazkiya-e-nafs hai, isi ka naam personality building hai. sab kuch wahi</w:t>
      </w:r>
      <w:r>
        <w:br/>
      </w:r>
      <w:r>
        <w:rPr>
          <w:sz w:val="20"/>
        </w:rPr>
        <w:t>1:05:09  tazkiya-e-nafs hai. rawayati zabaan mein woh tazkiya-e-nafs hai. aaj kal ki zabaan mein hum kahein ke woh de-conditioning hai ya personality development hai. Maulana, agla sawal aaya hai Miss Sadia Khan ka, Delhi se.</w:t>
      </w:r>
    </w:p>
    <w:p>
      <w:pPr>
        <w:pStyle w:val="Heading2"/>
      </w:pPr>
      <w:r>
        <w:t>Meaning of deep thinking</w:t>
      </w:r>
    </w:p>
    <w:p>
      <w:r>
        <w:rPr>
          <w:color w:val="666666"/>
          <w:sz w:val="18"/>
        </w:rPr>
        <w:t>Spirituality · Q&amp;A 20 Nov 2011 Maulana Wahiduddin Khan · 5m 02s · at 49:46 · https://youtu.be/7sNDn8Y6jUc?t=2986</w:t>
      </w:r>
    </w:p>
    <w:p>
      <w:r>
        <w:rPr>
          <w:i/>
        </w:rPr>
        <w:t>“What is the meaning of deep thinking? Is trying to know the reality of the soul and the mysteries of the universe deep thinking?”</w:t>
      </w:r>
    </w:p>
    <w:p>
      <w:r>
        <w:rPr>
          <w:sz w:val="20"/>
        </w:rPr>
        <w:t>49:46  maulana agla sawal lene se pehle aik comment padhna chahte hain jo ammar khan ne likha hai saharanpur se unhon ne likha hai ke I am writing to thank you aur big thank you for distinctly educating us thank you Maulana sahib</w:t>
      </w:r>
      <w:r>
        <w:br/>
      </w:r>
      <w:r>
        <w:rPr>
          <w:sz w:val="20"/>
        </w:rPr>
        <w:t>50:06  agla sawal hai mister inayatullah umri ka bangalore se unhon ne likha hai ke deep thinking ka matlab kya hai kya rooh ki haqeeqat aur kainaat ki mysteries ko janne ki koshish deep thinking hai?</w:t>
      </w:r>
      <w:r>
        <w:br/>
      </w:r>
      <w:r>
        <w:rPr>
          <w:sz w:val="20"/>
        </w:rPr>
        <w:t>50:25  dekhein deep thinking koi had nahi hai</w:t>
      </w:r>
      <w:r>
        <w:br/>
      </w:r>
      <w:r>
        <w:rPr>
          <w:sz w:val="20"/>
        </w:rPr>
        <w:t>50:31  yeh to sari umar ka masla hai har cheez mein aap deep thinking karte rahey</w:t>
      </w:r>
      <w:r>
        <w:br/>
      </w:r>
      <w:r>
        <w:rPr>
          <w:sz w:val="20"/>
        </w:rPr>
        <w:t>50:37  to talash yani</w:t>
      </w:r>
      <w:r>
        <w:br/>
      </w:r>
      <w:r>
        <w:rPr>
          <w:sz w:val="20"/>
        </w:rPr>
        <w:t>50:41  ilm ki ki talash haqeeqat ki talash yeh ek life long process hai</w:t>
      </w:r>
      <w:r>
        <w:br/>
      </w:r>
      <w:r>
        <w:rPr>
          <w:sz w:val="20"/>
        </w:rPr>
        <w:t>50:50  to koi had is ke nahi aati</w:t>
      </w:r>
      <w:r>
        <w:br/>
      </w:r>
      <w:r>
        <w:rPr>
          <w:sz w:val="20"/>
        </w:rPr>
        <w:t>50:54  to aap jis ke paas jitna waqt ho is ke lehaz se woh karega waqt na ho</w:t>
      </w:r>
      <w:r>
        <w:br/>
      </w:r>
      <w:r>
        <w:rPr>
          <w:sz w:val="20"/>
        </w:rPr>
        <w:t>50:59  to itna kijiye itna ke aap ke bas mein hai waqt zyada aap ka hai to karte rahey</w:t>
      </w:r>
      <w:r>
        <w:br/>
      </w:r>
      <w:r>
        <w:rPr>
          <w:sz w:val="20"/>
        </w:rPr>
        <w:t>51:04  karte rahey karte rahey is ka koi laga hua formula nahi hai</w:t>
      </w:r>
      <w:r>
        <w:br/>
      </w:r>
      <w:r>
        <w:rPr>
          <w:sz w:val="20"/>
        </w:rPr>
        <w:t>51:12  mister shah imran hasan ne dilli se likha hai aap ne apne lecture mein kaha ke ulama society mein ineffective hain parantu aap kehte hain ke al risala mission ko gehrai ke sath sirf ulama hi samajh sakte hain jabke waqai yeh hai ke secular log hi aap ki baaton ko ziyada mante hain.</w:t>
      </w:r>
      <w:r>
        <w:br/>
      </w:r>
      <w:r>
        <w:rPr>
          <w:sz w:val="20"/>
        </w:rPr>
        <w:t>51:35  yani mein ne aisa kabhi nahi kaha ke ulama hi samajh sakte hain pata nahi kahan se yeh baat nikli hai sab log samajhte hain quran kitab fitrat hai kitab madrasa nahi hai quran kitab madrasa nahi hai kitab fitrat hai</w:t>
      </w:r>
      <w:r>
        <w:br/>
      </w:r>
      <w:r>
        <w:rPr>
          <w:sz w:val="20"/>
        </w:rPr>
        <w:t>51:54  to fitrat har ek ke paas hai har aadmi samajh sakta hai sirf itni si baat hai jo mein kehta hoon woh kabhi mein ne kaha hoga ke jo technical term hai to woh ulama us se aashna hote hain aur jo aadmi arabi nahi janta madrasa mein pada hua nahi to us technical term se waqif nahi hota woh</w:t>
      </w:r>
      <w:r>
        <w:br/>
      </w:r>
      <w:r>
        <w:rPr>
          <w:sz w:val="20"/>
        </w:rPr>
        <w:t>52:15  to us ke liye humein is ko explain karna padta hai to mein chunke madrasa ki taleem meri hui hai to jab mein be takalluf bolta hoon to woh term meri zuban par aane lagte hain jo jis ko mein madrasa ki zindagi mein jo be duaon mein charh gaye the</w:t>
      </w:r>
      <w:r>
        <w:br/>
      </w:r>
      <w:r>
        <w:rPr>
          <w:sz w:val="20"/>
        </w:rPr>
        <w:t>52:32  to yeh masla hai yeh achi tarah yaad rakhiye ke khuda ka jo deen hai woh fitri deen hai quran kitab fitrat hai jis aadmi ko bhi allah ne paida kiya fitrat ke sath paida kiya hai woh samajh sakta hai lekin jo lekin aik language gap ka masla aik alag masla hai</w:t>
      </w:r>
      <w:r>
        <w:br/>
      </w:r>
      <w:r>
        <w:rPr>
          <w:sz w:val="20"/>
        </w:rPr>
        <w:t>52:51  ab mein chunke madrasa ki taleem ki wajah se meri zuban isi tarah ki ho gayi hai madrasa wali zuban to bohat kafi mein apne ko bachata hoon is se kyunke pehle to bohat mushkil zuban hoti thi meri bohat mushkil hoti thi aaj aaj jo zuban bolta hoon yeh bohat sakht zuban hoti hai</w:t>
      </w:r>
      <w:r>
        <w:br/>
      </w:r>
      <w:r>
        <w:rPr>
          <w:sz w:val="20"/>
        </w:rPr>
        <w:t>53:09  misal ke tor par aap meri kitab shuru zamane ki padhiye al islam woh bari mushkil zuban us ki hai kyunke wahi wahi molviyana zuban jis ko kaha jata hai woh hai us ki to yeh hai language gap ki baat aur yeh nahi ke woh quran kitab madrasa hai</w:t>
      </w:r>
      <w:r>
        <w:br/>
      </w:r>
      <w:r>
        <w:rPr>
          <w:sz w:val="20"/>
        </w:rPr>
        <w:t>53:27  aisi koi baat nahi hai mein aisa kabhi mein ne nahi kaha hai</w:t>
      </w:r>
      <w:r>
        <w:br/>
      </w:r>
      <w:r>
        <w:rPr>
          <w:sz w:val="20"/>
        </w:rPr>
        <w:t>53:33  to mein koshish karta hoon ke jab koi arabi adha log hain to un ko thoda sa mein doosre dhang se bolta hoon aur arabi adha log hain to zuban doosre dhang se ho jati hai to yeh sara maamla zuban ka hai aur kuch nahi hai.</w:t>
      </w:r>
      <w:r>
        <w:br/>
      </w:r>
      <w:r>
        <w:rPr>
          <w:sz w:val="20"/>
        </w:rPr>
        <w:t>53:48  Okay we will end this session now thank you.</w:t>
      </w:r>
    </w:p>
    <w:p>
      <w:pPr>
        <w:pStyle w:val="Heading2"/>
      </w:pPr>
      <w:r>
        <w:t>Meaning of divine inspiration explained</w:t>
      </w:r>
    </w:p>
    <w:p>
      <w:r>
        <w:rPr>
          <w:color w:val="666666"/>
          <w:sz w:val="18"/>
        </w:rPr>
        <w:t>Spirituality · Islamic Pacifism Q&amp;A 8 May 2011 · 6m 52s · at 3:51 · https://youtu.be/5ZersGDNVcw?t=231</w:t>
      </w:r>
    </w:p>
    <w:p>
      <w:r>
        <w:rPr>
          <w:i/>
        </w:rPr>
        <w:t>“In last week's talk on the intellectual journey, in response to a question you said: 'My teacher is God Himself, no other teacher. God inspires me, I speak from God's inspiration. For me, books are secondary sources. My primary source is divine inspiration, which anyone can receive through prayer. Whoever engages in prayer will surely receive divine inspiration.' Maulana, what do you mean by inspiration in this answer?”</w:t>
      </w:r>
    </w:p>
    <w:p>
      <w:r>
        <w:rPr>
          <w:sz w:val="20"/>
        </w:rPr>
        <w:t>3:51  maulana, agla sawal aaya hai mr muhammad raziuddin saudi arab. unhone likha hai ki pichhle hafte ke intellectual journey ke talk mein ek sawal ka jawab mein aapne kaha ki "mera teacher khud Allah taala hai, koi doosra teacher nahi.</w:t>
      </w:r>
      <w:r>
        <w:br/>
      </w:r>
      <w:r>
        <w:rPr>
          <w:sz w:val="20"/>
        </w:rPr>
        <w:t>4:11  Allah hi mujhe inspire karte hain, main Allah ki inspiration se bolta hoon. mere liye kitaben secondary source hain. primary source mera jo hai, wo khud divine inspiration hai, jo dua ke zariye kisi bhi shakhs ko milta hai.</w:t>
      </w:r>
      <w:r>
        <w:br/>
      </w:r>
      <w:r>
        <w:rPr>
          <w:sz w:val="20"/>
        </w:rPr>
        <w:t>4:28  jo bhi shakhs dua mein mashgool hoga, zaroor divine inspiration milegi." maulana sahib, mera sawal yeh hai ki is jawab mein inspiration se aapki kya murad hai?</w:t>
      </w:r>
      <w:r>
        <w:br/>
      </w:r>
      <w:r>
        <w:rPr>
          <w:sz w:val="20"/>
        </w:rPr>
        <w:t>4:41  kaha jata hai ke Allah taala ki marzi janne ke liye</w:t>
      </w:r>
      <w:r>
        <w:br/>
      </w:r>
      <w:r>
        <w:rPr>
          <w:sz w:val="20"/>
        </w:rPr>
        <w:t>4:45  sirf ek hi source hai, aur woh hai Prophet Muhammad Sallallahu Alaihi Wasallam. Ab qayamat tak koi direct inspiration ki zaroorat nahi.</w:t>
      </w:r>
      <w:r>
        <w:br/>
      </w:r>
      <w:r>
        <w:rPr>
          <w:sz w:val="20"/>
        </w:rPr>
        <w:t>4:55  direct inspiration ko agar mana jaye to phir deen mein nayi nayi cheezon ko dakhil karna aasan ho jata hai.</w:t>
      </w:r>
      <w:r>
        <w:br/>
      </w:r>
      <w:r>
        <w:rPr>
          <w:sz w:val="20"/>
        </w:rPr>
        <w:t>5:03  mera sawal yeh hai ke kya Prophet of Islam par iman lane ke baad bhi deeni mamlat mein Allah taala se direct inspiration ki zaroorat baqi rehti hai?</w:t>
      </w:r>
      <w:r>
        <w:br/>
      </w:r>
      <w:r>
        <w:rPr>
          <w:sz w:val="20"/>
        </w:rPr>
        <w:t>5:15  aur doosra, aap ne kaha mere liye kitabein secondary source hain.</w:t>
      </w:r>
      <w:r>
        <w:br/>
      </w:r>
      <w:r>
        <w:rPr>
          <w:sz w:val="20"/>
        </w:rPr>
        <w:t>5:20  is se aap ki kya murad hai? Yeh kaun si kitabein hain? Is ko wazeh karein.</w:t>
      </w:r>
      <w:r>
        <w:br/>
      </w:r>
      <w:r>
        <w:rPr>
          <w:sz w:val="20"/>
        </w:rPr>
        <w:t>5:27  dekhein, aap ne jo baat farmayi hai to ulma ka stand aisa nahi hai. Yeh aap ka apna zaati khayal hai yeh. Is liye ke Quran mein hai ke "Innal lazina qalu Rabbunallahu thumma istiqamu Allah</w:t>
      </w:r>
      <w:r>
        <w:br/>
      </w:r>
      <w:r>
        <w:rPr>
          <w:sz w:val="20"/>
        </w:rPr>
        <w:t>5:44  takhafu wala tahzanu".</w:t>
      </w:r>
      <w:r>
        <w:br/>
      </w:r>
      <w:r>
        <w:rPr>
          <w:sz w:val="20"/>
        </w:rPr>
        <w:t>5:50  yani farishton ke zariye se aap ko ek cheez ilqa ki jati hai. Hadees mein hai ke "unaji rabbahu".</w:t>
      </w:r>
      <w:r>
        <w:br/>
      </w:r>
      <w:r>
        <w:rPr>
          <w:sz w:val="20"/>
        </w:rPr>
        <w:t>5:59  Allah ki bande ki sargoshi Allah se hoti hai. Bande ki sargoshi Allah se hoti hai. "unaji</w:t>
      </w:r>
      <w:r>
        <w:br/>
      </w:r>
      <w:r>
        <w:rPr>
          <w:sz w:val="20"/>
        </w:rPr>
        <w:t>6:07  rabbahu" . Tamam ulma yeh mante hain ke wahi peghambar ke liye khaas hai. Wahi munqate hui.</w:t>
      </w:r>
      <w:r>
        <w:br/>
      </w:r>
      <w:r>
        <w:rPr>
          <w:sz w:val="20"/>
        </w:rPr>
        <w:t>6:16  lekin ilqa o ilham munqate nahi hua. Maslan Shah Abdullah ne likha hai ke "Alhamdulillah Rabbi".</w:t>
      </w:r>
      <w:r>
        <w:br/>
      </w:r>
      <w:r>
        <w:rPr>
          <w:sz w:val="20"/>
        </w:rPr>
        <w:t>6:24  Shah Abdullah ne apni kitab mein likha hai ke "Alhamdulillah Rabbi" . To koi nahi kehta galat kaha unhone. Koi nahi kehta Shah Abdullah sahab ne galat kaha.</w:t>
      </w:r>
      <w:r>
        <w:br/>
      </w:r>
      <w:r>
        <w:rPr>
          <w:sz w:val="20"/>
        </w:rPr>
        <w:t>6:33  kyun ke sare ulma mante hain ke wahi to nabi ka khasa hai, lekin ilqa o ilham aam hai. Woh har ek ko hota hai.</w:t>
      </w:r>
      <w:r>
        <w:br/>
      </w:r>
      <w:r>
        <w:rPr>
          <w:sz w:val="20"/>
        </w:rPr>
        <w:t>6:43  khwab mein bhi khwab ke liye aata hai ke wahi munqate hogi, lekin khwab ke zariye se Allah ki rehnumayi milti rahegi logon ko.</w:t>
      </w:r>
      <w:r>
        <w:br/>
      </w:r>
      <w:r>
        <w:rPr>
          <w:sz w:val="20"/>
        </w:rPr>
        <w:t>6:52  yeh bhi aap Bukhari mein padh lijiyey. Isi ko "mini inspiration" kaha. Yani aap ko ilqa o ilham</w:t>
      </w:r>
      <w:r>
        <w:br/>
      </w:r>
      <w:r>
        <w:rPr>
          <w:sz w:val="20"/>
        </w:rPr>
        <w:t>7:02  ke maano mein "mini inspiration" kaha. Yeh to sabit shuda hai. Quran se sabit hai, Hadees se sabit hai. Tamam ulma is ko mante hain. Is mein koi khasa nahi hai ke koi mein ne nayi baat keh di hai.</w:t>
      </w:r>
      <w:r>
        <w:br/>
      </w:r>
      <w:r>
        <w:rPr>
          <w:sz w:val="20"/>
        </w:rPr>
        <w:t>7:16  Imam Taimiya itne bade aalim thay, un ko koi ayat samajh mein nahi ayi. To unhone namaz padh kar</w:t>
      </w:r>
      <w:r>
        <w:br/>
      </w:r>
      <w:r>
        <w:rPr>
          <w:sz w:val="20"/>
        </w:rPr>
        <w:t>7:22  do rakat namaz padhi salatul hajat. Us ke baad dua kiya ke "Ya muallim Ibrahima allimni" . Yahi to hai ke Khuda ko muallim qarar de kar un se janna chaha ke is ayat ka matlab kya hai.</w:t>
      </w:r>
      <w:r>
        <w:br/>
      </w:r>
      <w:r>
        <w:rPr>
          <w:sz w:val="20"/>
        </w:rPr>
        <w:t>7:37  "Ya muallim Ibrahima allimni".</w:t>
      </w:r>
      <w:r>
        <w:br/>
      </w:r>
      <w:r>
        <w:rPr>
          <w:sz w:val="20"/>
        </w:rPr>
        <w:t>7:40  yeh to tasdeeq shuda baat hai. Baqi jo aap ne farmaya to is ka taluq wrong interpretation se hai.</w:t>
      </w:r>
      <w:r>
        <w:br/>
      </w:r>
      <w:r>
        <w:rPr>
          <w:sz w:val="20"/>
        </w:rPr>
        <w:t>7:49  aap kuch bhi karein, wrong interpretation ka darwaza band nahi ho sakta. Kabhi band nahi hua. Khud Quran mein tafaseer jo likhi gayi hain, bohat si ajeeb ajeeb tafaseer likhi gayi hain ayaton ki.</w:t>
      </w:r>
      <w:r>
        <w:br/>
      </w:r>
      <w:r>
        <w:rPr>
          <w:sz w:val="20"/>
        </w:rPr>
        <w:t>8:01  to galat tafaseer ka darwaza band nahi ho sakta hai.</w:t>
      </w:r>
      <w:r>
        <w:br/>
      </w:r>
      <w:r>
        <w:rPr>
          <w:sz w:val="20"/>
        </w:rPr>
        <w:t>8:07  yeh yeh aap ka mafroza sahi nahi hai ke inspiration manne se, ilqa o ilham manne se koi darwaza khulega. Darwaza to khulta hai galat interpretation se.</w:t>
      </w:r>
      <w:r>
        <w:br/>
      </w:r>
      <w:r>
        <w:rPr>
          <w:sz w:val="20"/>
        </w:rPr>
        <w:t>8:18  aur is ka darwaza aap kaun band karega? Misal ke taur par dekhein, mere paas ek misal deta hoon aap ko.</w:t>
      </w:r>
      <w:r>
        <w:br/>
      </w:r>
      <w:r>
        <w:rPr>
          <w:sz w:val="20"/>
        </w:rPr>
        <w:t>8:27  yani wrong interpretation ki.</w:t>
      </w:r>
      <w:r>
        <w:br/>
      </w:r>
      <w:r>
        <w:rPr>
          <w:sz w:val="20"/>
        </w:rPr>
        <w:t>8:31  aik bar to iran ke char aalim mere pas aaye. Maine un se kaha ke woh shia thay, woh. Maine kaha ke aap log Hazrat Ali ko bohat ooncha darja dete hain.</w:t>
      </w:r>
      <w:r>
        <w:br/>
      </w:r>
      <w:r>
        <w:rPr>
          <w:sz w:val="20"/>
        </w:rPr>
        <w:t>8:43  to yeh kaise sabit hota hai? Hazrat Ali ka darja jo hai, Hazrat Umar se bhi zyada, Abu Bakr se bhi zyada. To kaise sabit hota hai? Kaha yeh to Quran mein maujood hai.</w:t>
      </w:r>
      <w:r>
        <w:br/>
      </w:r>
      <w:r>
        <w:rPr>
          <w:sz w:val="20"/>
        </w:rPr>
        <w:t>8:53  kahan maujood hai? Kaha Ali kabira. Ali kabir hain. To kya aap rok sakte hain kisi ko? Ke Quran se woh nikal raha hai yeh.</w:t>
      </w:r>
      <w:r>
        <w:br/>
      </w:r>
      <w:r>
        <w:rPr>
          <w:sz w:val="20"/>
        </w:rPr>
        <w:t>9:03  Ali kabira. To dekhein, yeh insaan ko Allah taala azaadi di hai. Aap ka jo mafroza hai, us se nahi rukta insaan ka.</w:t>
      </w:r>
      <w:r>
        <w:br/>
      </w:r>
      <w:r>
        <w:rPr>
          <w:sz w:val="20"/>
        </w:rPr>
        <w:t>9:14  yani bhatakna. Insaan to bhatkega.</w:t>
      </w:r>
      <w:r>
        <w:br/>
      </w:r>
      <w:r>
        <w:rPr>
          <w:sz w:val="20"/>
        </w:rPr>
        <w:t>9:20  to asal cheez yeh hai ke aadmi ke andar sincerity ho. Aadmi sachcha seeker ho. Aadmi Allah se darta ho.</w:t>
      </w:r>
      <w:r>
        <w:br/>
      </w:r>
      <w:r>
        <w:rPr>
          <w:sz w:val="20"/>
        </w:rPr>
        <w:t>9:30  woh samajhta ho ke agar maine galat matlab nikala kisi ayat ka to main Allah ke haan pakda jaunga. Yeh cheez rokti hai. Yeh cheez rokti nahi ke aap yeh kahein ke sahib ab wahi munqata ho gayi to ilqa ya munqata, ilham bhi band, inspiration bhi band.</w:t>
      </w:r>
      <w:r>
        <w:br/>
      </w:r>
      <w:r>
        <w:rPr>
          <w:sz w:val="20"/>
        </w:rPr>
        <w:t>9:45  is se koi farq nahi padta. Yeh soorat-e-haal ka bohat hi, soorat-e-haal ko aap ne underestimate kiya hai.</w:t>
      </w:r>
      <w:r>
        <w:br/>
      </w:r>
      <w:r>
        <w:rPr>
          <w:sz w:val="20"/>
        </w:rPr>
        <w:t>9:55  Maulana, in ka aik aur sawal tha ke aap ne kaha tha ke kitabein mere liye secondary source hain. To woh pa</w:t>
      </w:r>
      <w:r>
        <w:br/>
      </w:r>
      <w:r>
        <w:rPr>
          <w:sz w:val="20"/>
        </w:rPr>
        <w:t>10:01  poch rahe hain kaun si? Kitabon se murad hai Quran o Hadees ke ilawa. Dekhein, kuch understood hoti hain. Itna to aap ko khud janna chahiye.</w:t>
      </w:r>
      <w:r>
        <w:br/>
      </w:r>
      <w:r>
        <w:rPr>
          <w:sz w:val="20"/>
        </w:rPr>
        <w:t>10:11  kuch cheezein understood hoti hain. Zahir hai ke Quran aur Hadees, yeh is ke baghair to kafi andha behra hai duniya mein.</w:t>
      </w:r>
      <w:r>
        <w:br/>
      </w:r>
      <w:r>
        <w:rPr>
          <w:sz w:val="20"/>
        </w:rPr>
        <w:t>10:22  Quran o Hadees ke ilawa jo kitabein likhi gayi hain, hazaron hazar kitabein, woh is ko maine kaha tha ke meri secondary source hai. Kaun jo aisa kahe ke Quran aur Hadees se be-niyaz jo ho jaye, woh to main samajhta hoon ke woh to mental case hai is ka.</w:t>
      </w:r>
      <w:r>
        <w:br/>
      </w:r>
      <w:r>
        <w:rPr>
          <w:sz w:val="20"/>
        </w:rPr>
        <w:t>10:38  woh qabil-e-zikr hi nahi.</w:t>
      </w:r>
    </w:p>
    <w:p>
      <w:pPr>
        <w:pStyle w:val="Heading2"/>
      </w:pPr>
      <w:r>
        <w:t>Meaning of gratitude and acknowledgment</w:t>
      </w:r>
    </w:p>
    <w:p>
      <w:r>
        <w:rPr>
          <w:color w:val="666666"/>
          <w:sz w:val="18"/>
        </w:rPr>
        <w:t>Spirituality · Importance of Shukr (Thankfulness) July 24, 2022 · 24m 13s · at 1:05 · https://youtu.be/MgWNIv0k1sk?t=65</w:t>
      </w:r>
    </w:p>
    <w:p>
      <w:r>
        <w:rPr>
          <w:i/>
        </w:rPr>
        <w:t>“What is the meaning of shukr (gratitude)? Its basic meaning is acknowledgment, but can you explain it in an elaborate way? It is very important in the Quran, because the first verse is Alhamdulillahi Rabbil Alameen. Alhamd means praise, but its real meaning is acknowledgment.”</w:t>
      </w:r>
    </w:p>
    <w:p>
      <w:r>
        <w:rPr>
          <w:sz w:val="20"/>
        </w:rPr>
        <w:t>1:05  apa, sab se pehla sawal to yahi hai ke shukr ka jo basic matlab hai woh yeh hai ke etraf. lekin is ke kya maani hain, is ko agar aap elaborate way mein hum sab ko samjha saken ke shukr kya hai?</w:t>
      </w:r>
      <w:r>
        <w:br/>
      </w:r>
      <w:r>
        <w:rPr>
          <w:sz w:val="20"/>
        </w:rPr>
        <w:t>1:22  shukr jo hai bohat hi zyada important hai quran ki ro se, kyun ke quran mein jo sab se pehli ayat hai woh hai alhamdulillah rabbil alameen.</w:t>
      </w:r>
      <w:r>
        <w:br/>
      </w:r>
      <w:r>
        <w:rPr>
          <w:sz w:val="20"/>
        </w:rPr>
        <w:t>1:34  alhamdulillah ke maani hain, aise is ka tarjuma kiya jata hai praise ke maani mein, lekin is ka asal maani hai acknowledgement.</w:t>
      </w:r>
      <w:r>
        <w:br/>
      </w:r>
      <w:r>
        <w:rPr>
          <w:sz w:val="20"/>
        </w:rPr>
        <w:t>1:43  yani tamam cheezain jo insan ko is dunya mein mili hui hain, woh khuda ki di hui hain, khuda ki blessings hain.</w:t>
      </w:r>
      <w:r>
        <w:br/>
      </w:r>
      <w:r>
        <w:rPr>
          <w:sz w:val="20"/>
        </w:rPr>
        <w:t>1:53  to khuda ko hamari kisi cheez ki koi zaroorat nahi hai,</w:t>
      </w:r>
      <w:r>
        <w:br/>
      </w:r>
      <w:r>
        <w:rPr>
          <w:sz w:val="20"/>
        </w:rPr>
        <w:t>1:58  bas sirf yeh hai ke hamein khuda ka shukr ada karna hai, aur dil se khuda ka shukr ada karna hai. wohi tamam blessings ki jo hai, wohi price hai.</w:t>
      </w:r>
      <w:r>
        <w:br/>
      </w:r>
      <w:r>
        <w:rPr>
          <w:sz w:val="20"/>
        </w:rPr>
        <w:t>2:10  to without paying the price we will become user. user matlab hum koi cheez ko istemal kar rahe hain aur is par hamara koi haq nahi hai.</w:t>
      </w:r>
      <w:r>
        <w:br/>
      </w:r>
      <w:r>
        <w:rPr>
          <w:sz w:val="20"/>
        </w:rPr>
        <w:t>2:21  to is tarah se jo alhamdulillah rabbil alameen quran ki pehli verse hai, is se pata chalta hai ke insan ko kitna zyada nematoun ka gehra ehsas hona chahiye.</w:t>
      </w:r>
      <w:r>
        <w:br/>
      </w:r>
      <w:r>
        <w:rPr>
          <w:sz w:val="20"/>
        </w:rPr>
        <w:t>2:36  kyun ke aaj kal jo log hain, woh alhamdulillah chala hua hai, jis ko hum takiya kalam kehte hain, catch phrase kehte hain, is se kaam nahi chalega.</w:t>
      </w:r>
      <w:r>
        <w:br/>
      </w:r>
      <w:r>
        <w:rPr>
          <w:sz w:val="20"/>
        </w:rPr>
        <w:t>2:45  woh</w:t>
      </w:r>
      <w:r>
        <w:br/>
      </w:r>
      <w:r>
        <w:rPr>
          <w:sz w:val="20"/>
        </w:rPr>
        <w:t>2:46  dil ki gehraiyon se khuda ke liye hamd karna, khuda ki shukr ada karna, khuda ki nematoun ka zikr karna, is ka charcha karna, tab yeh jo hota hai, is ka jo price tabhi hai jab hum is tarah se khuda ki nematoun ka zikr karen.</w:t>
      </w:r>
      <w:r>
        <w:br/>
      </w:r>
      <w:r>
        <w:rPr>
          <w:sz w:val="20"/>
        </w:rPr>
        <w:t>3:07  to is tarah se jo hai, hum jabhi hum khuda ki blessings ko hum istemal karne ke qabil thehrenge jab hum is ka poore maani mein is ka khuda ka shukr ada karen.</w:t>
      </w:r>
      <w:r>
        <w:br/>
      </w:r>
      <w:r>
        <w:rPr>
          <w:sz w:val="20"/>
        </w:rPr>
        <w:t>3:23  to shukr jo hai, woh dekhiye sirf alhamdulillah kehne se nahi ho jata, jo aaj kal bohat zyada chala hua hai, balke shukr ke liye hamein bohat kuch sochna parta hai.</w:t>
      </w:r>
      <w:r>
        <w:br/>
      </w:r>
      <w:r>
        <w:rPr>
          <w:sz w:val="20"/>
        </w:rPr>
        <w:t>3:36  soch soch kar hamein shukr ke item ko discover karna parta hai, kyunke aisa hai ke hamein har cheez mili hui hai, hamein lagta hi nahi ke hum ko koi Khuda ki taraf se yeh khaas taur par hamare liye aa rahi hai.</w:t>
      </w:r>
      <w:r>
        <w:br/>
      </w:r>
      <w:r>
        <w:rPr>
          <w:sz w:val="20"/>
        </w:rPr>
        <w:t>3:51  woh toh har cheez available hai, is mein hum bhi, is mein hamein, is mein hamein bhi hissa mil raha hai.</w:t>
      </w:r>
      <w:r>
        <w:br/>
      </w:r>
      <w:r>
        <w:rPr>
          <w:sz w:val="20"/>
        </w:rPr>
        <w:t>3:57  to hamein yeh karna hai ke is ko aisa soch soch ke is tareeqe se samjhein is ko ke sirf hamare liye Khuda ne yeh paida kiya hai.</w:t>
      </w:r>
      <w:r>
        <w:br/>
      </w:r>
      <w:r>
        <w:rPr>
          <w:sz w:val="20"/>
        </w:rPr>
        <w:t>4:11  misal ke taur par jab suraj ki roshni hamein mile to hamein lage ke Allah taala ne yeh suraj ki roshni ka intezam hamare liye kiya hai.</w:t>
      </w:r>
      <w:r>
        <w:br/>
      </w:r>
      <w:r>
        <w:rPr>
          <w:sz w:val="20"/>
        </w:rPr>
        <w:t>4:22  tabhi ek bohat bara shukr ho sakta hai,</w:t>
      </w:r>
      <w:r>
        <w:br/>
      </w:r>
      <w:r>
        <w:rPr>
          <w:sz w:val="20"/>
        </w:rPr>
        <w:t>4:26  kyunke hum log zyada sochte nahi hain. ek baar aap aaye the Maulana ke paas, ji to Maulana ne kaha ke koi nai khabar bataiye.</w:t>
      </w:r>
      <w:r>
        <w:br/>
      </w:r>
      <w:r>
        <w:rPr>
          <w:sz w:val="20"/>
        </w:rPr>
        <w:t>4:35  ji ji to aap ne kaha Maulana aaj toh koi khabar hai nahi hamare paas. ji to Maulana subah ko balcony par baithe hue the to unhone kaha dekhiye suraj nikla hua hai, ji roshni charon taraf phaili hui hai, ji mujhe yaad hai chidiyan chehchaha rahi hain, hawaein chal rahi hain, to yeh sab koi news nahi hai.</w:t>
      </w:r>
      <w:r>
        <w:br/>
      </w:r>
      <w:r>
        <w:rPr>
          <w:sz w:val="20"/>
        </w:rPr>
        <w:t>4:54  jeem</w:t>
      </w:r>
      <w:r>
        <w:br/>
      </w:r>
      <w:r>
        <w:rPr>
          <w:sz w:val="20"/>
        </w:rPr>
        <w:t>4:55  ji to har waqt woh sochte rehte the ke kya kya Khuda ki blessings hain jis ke liye hamein shukr ada karna hai. to har waqt ek nai nai nai nai blessings ko woh discover karte the.</w:t>
      </w:r>
      <w:r>
        <w:br/>
      </w:r>
      <w:r>
        <w:rPr>
          <w:sz w:val="20"/>
        </w:rPr>
        <w:t>5:08  woh sab kuch bohat zyada sochne se hota hai. to hamein apne andar soch ki faculty ko develop karna hai, tabhi hum sahi maano mein Khuda ka shukr ada kar payenge.</w:t>
      </w:r>
      <w:r>
        <w:br/>
      </w:r>
      <w:r>
        <w:rPr>
          <w:sz w:val="20"/>
        </w:rPr>
        <w:t>5:21  ji</w:t>
      </w:r>
      <w:r>
        <w:br/>
      </w:r>
      <w:r>
        <w:rPr>
          <w:sz w:val="20"/>
        </w:rPr>
        <w:t>5:22  apa bilkul aap ne bohat achhe se wazeh kiya ke soch ki faculty ko develop karna hai. agar dekha jaye to shukr jo hai ek misbat nafsiyat paida karta hai, ek positive thinking paida karta hai, aur mukammal taur par woh ek negative psychology ko khatam karta hai.</w:t>
      </w:r>
      <w:r>
        <w:br/>
      </w:r>
      <w:r>
        <w:rPr>
          <w:sz w:val="20"/>
        </w:rPr>
        <w:t>5:40  aur hum yeh jante hain ke positive thinking hi taraqqi ka raaz hai. negative thinking se aap taraqqi hasil nahi kar sakte.</w:t>
      </w:r>
      <w:r>
        <w:br/>
      </w:r>
      <w:r>
        <w:rPr>
          <w:sz w:val="20"/>
        </w:rPr>
        <w:t>5:50  achha apa agar nashukri ke bare mein sochein to yeh kaha ja sakta hai ke is ka jo source hai woh yahi hai ke shaitan ka behkawa.</w:t>
      </w:r>
      <w:r>
        <w:br/>
      </w:r>
      <w:r>
        <w:rPr>
          <w:sz w:val="20"/>
        </w:rPr>
        <w:t>6:01  jab Allah taala ne Adam ko create kiya to unhone sabhi jinon aur farishton ko woh sajda karne ke liye kaha. farishte foran sajde mein gir pade, lekin Iblees ne inkar kar diya.</w:t>
      </w:r>
      <w:r>
        <w:br/>
      </w:r>
      <w:r>
        <w:rPr>
          <w:sz w:val="20"/>
        </w:rPr>
        <w:t>6:13  aur is ke baad Iblees ne yeh challenge kiya Khuda ko ke main in ke upar aage se aaunga, peeche se aaunga, dayein se aaunga, bayein se aaunga</w:t>
      </w:r>
      <w:r>
        <w:br/>
      </w:r>
      <w:r>
        <w:rPr>
          <w:sz w:val="20"/>
        </w:rPr>
        <w:t>6:24  ga, aur you will find most of them ungrateful. to yeh jo challenge throw kiya apa us ne, aur wahin pe hum ek farishton ka bhi example dekhte hain.</w:t>
      </w:r>
      <w:r>
        <w:br/>
      </w:r>
      <w:r>
        <w:rPr>
          <w:sz w:val="20"/>
        </w:rPr>
        <w:t>6:35  to main chahunga ke is ke hawale se bhi aap is is topic ke upar thori roshni dalo.</w:t>
      </w:r>
      <w:r>
        <w:br/>
      </w:r>
      <w:r>
        <w:rPr>
          <w:sz w:val="20"/>
        </w:rPr>
        <w:t>6:41  hmm, yeh Quran mein yeh baat aayi hai ke jab in in Allah taala ne Adam ko paida kiya to Allah taala ne hukum diya farishton ko aur jinon ko ke Adam ke aage sajda karein ge, matlab Adam ke aage jhuk jayein.</w:t>
      </w:r>
      <w:r>
        <w:br/>
      </w:r>
      <w:r>
        <w:rPr>
          <w:sz w:val="20"/>
        </w:rPr>
        <w:t>6:59  kyunke insan is dunya mein aaya hai, woh bohat kamzor makhlooq hai, us ko bohat zyada support chahiye.</w:t>
      </w:r>
      <w:r>
        <w:br/>
      </w:r>
      <w:r>
        <w:rPr>
          <w:sz w:val="20"/>
        </w:rPr>
        <w:t>7:07  to unhi farishton ke support se yeh poori dunya chal rahi hai, insan ke tamam kaam chal rahe hain. to is ka ek alamati taur par Allah taala ne hukum diya tha ke sab log jo hain Adam ke aage surrender karein.</w:t>
      </w:r>
      <w:r>
        <w:br/>
      </w:r>
      <w:r>
        <w:rPr>
          <w:sz w:val="20"/>
        </w:rPr>
        <w:t>7:22  to surrender is liye ke Allah taala ne sab se pehle to shaitan ko, shaitan to baad mein bana jab woh nashukri ki, us ne matlab jinon ki takhleeq ki.</w:t>
      </w:r>
      <w:r>
        <w:br/>
      </w:r>
      <w:r>
        <w:rPr>
          <w:sz w:val="20"/>
        </w:rPr>
        <w:t>7:33  to jin bohat hi zyada strong the</w:t>
      </w:r>
      <w:r>
        <w:br/>
      </w:r>
      <w:r>
        <w:rPr>
          <w:sz w:val="20"/>
        </w:rPr>
        <w:t>7:36  un ko aag se paida kiya gaya tha. to unhone zameen mein bohat zyada khoon kharaba kiya. to Allah taala ne faisla kiya ke ab doosri makhlooq paida karenge, aur woh bohat zyada is ke andar bohat zyada aqal diya insan ko ke soch soch kar sab kaam karega, shukr ada karega.</w:t>
      </w:r>
      <w:r>
        <w:br/>
      </w:r>
      <w:r>
        <w:rPr>
          <w:sz w:val="20"/>
        </w:rPr>
        <w:t>7:58  aur woh itna zyada sakht nahi tha, kyunke insaan ko mitti se paida kiya gaya tha. to</w:t>
      </w:r>
      <w:r>
        <w:br/>
      </w:r>
      <w:r>
        <w:rPr>
          <w:sz w:val="20"/>
        </w:rPr>
        <w:t>8:05  woh bohat aasani se Khuda ke aage submit karta hai, Khuda ke aage surrender karta hai. to is liye Allah taala ne kaha ke shaitanon se, jinnaat se ke woh jhuk jayein.</w:t>
      </w:r>
      <w:r>
        <w:br/>
      </w:r>
      <w:r>
        <w:rPr>
          <w:sz w:val="20"/>
        </w:rPr>
        <w:t>8:18  lekin woh nahi jhuke, woh is liye nahi jhuka. Iblees ka Quran mein aaya hai ke ana khairun min. mein is se behtar hoon, yaani mein aag se paida kiya gaya hoon, aur insaan jo hai woh mitti se paida kiya gaya hai.</w:t>
      </w:r>
      <w:r>
        <w:br/>
      </w:r>
      <w:r>
        <w:rPr>
          <w:sz w:val="20"/>
        </w:rPr>
        <w:t>8:34  to is se pata chalta hai ke is ka jo pride tha, woh yahan manne aya, woh rastay mein aa gaya. pride to us ne pride ki wajah se Khuda ke hukum ka inkar kiya.</w:t>
      </w:r>
      <w:r>
        <w:br/>
      </w:r>
      <w:r>
        <w:rPr>
          <w:sz w:val="20"/>
        </w:rPr>
        <w:t>8:46  yahan ek aur baat hai samajhne ki ke hamein Khuda ka hukum manna hai. agar Khuda keh raha hai sajda karne ko to hamein sajda karna hai, Khuda keh raha hai jhukne ko to hamein jhukna hai.</w:t>
      </w:r>
      <w:r>
        <w:br/>
      </w:r>
      <w:r>
        <w:rPr>
          <w:sz w:val="20"/>
        </w:rPr>
        <w:t>8:58  yeh nahi sochna hai ke hum to Khuda ke aage jhukte hain, hum insaan ke aage kyun jhukein?</w:t>
      </w:r>
      <w:r>
        <w:br/>
      </w:r>
      <w:r>
        <w:rPr>
          <w:sz w:val="20"/>
        </w:rPr>
        <w:t>9:04  to Khuda ke aage, Khuda ke hukum ke aage hamein tasleem kham kar dena hai, hamein jhuk jana hai. to lekin us ne kaha jab woh, jab Allah taala bohat zyada ghazab nak hue shaitan par ke us ne Allah ka hukum nahi mana, to us ne kaha ke yeh insaan ke liye,</w:t>
      </w:r>
      <w:r>
        <w:br/>
      </w:r>
      <w:r>
        <w:rPr>
          <w:sz w:val="20"/>
        </w:rPr>
        <w:t>9:25  insaan to bohat hi kamzor makhlooq hai, mein to is ko saare ko behka doon ga.</w:t>
      </w:r>
      <w:r>
        <w:br/>
      </w:r>
      <w:r>
        <w:rPr>
          <w:sz w:val="20"/>
        </w:rPr>
        <w:t>9:31  to us ne kaha ke jo khaas baat us ne kahi ke bohat kam logon ko aap shukr karne wala payein ge.</w:t>
      </w:r>
      <w:r>
        <w:br/>
      </w:r>
      <w:r>
        <w:rPr>
          <w:sz w:val="20"/>
        </w:rPr>
        <w:t>9:40  to is ka matlab hai ke shukr jo hai woh bohat hi zyada important hai hamara Khuda se taluq banane mein.</w:t>
      </w:r>
      <w:r>
        <w:br/>
      </w:r>
      <w:r>
        <w:rPr>
          <w:sz w:val="20"/>
        </w:rPr>
        <w:t>9:50  to kyunke shaitan bohat zyada zaheen tha, us ne is baat ko pakad liya ke yeh jo insaan hai, is ke andar desires bohat zyada hain, aur yeh desires jo hain kabhi bhi saari desires kisi ki bhi poori nahi hoti.</w:t>
      </w:r>
      <w:r>
        <w:br/>
      </w:r>
      <w:r>
        <w:rPr>
          <w:sz w:val="20"/>
        </w:rPr>
        <w:t>10:04  to yeh desires ki wajah se yeh skam kar jaye ga, aur yeh gunah kare ga, aur Allah ki nafarmani kare ga.</w:t>
      </w:r>
      <w:r>
        <w:br/>
      </w:r>
      <w:r>
        <w:rPr>
          <w:sz w:val="20"/>
        </w:rPr>
        <w:t>10:11  to us ne kaha ke mein tamam logon ko tere rastay se hata doon ga, nashukra banaoon ga, aur tu in logon ko shukr guzar nahi paye ga.</w:t>
      </w:r>
      <w:r>
        <w:br/>
      </w:r>
      <w:r>
        <w:rPr>
          <w:sz w:val="20"/>
        </w:rPr>
        <w:t>10:23  to is ka us ne woh bhi kiya jo Allah taala ne hukum diya tha ke ek tree hai jannat mein, us ka phal tum mat khana.</w:t>
      </w:r>
      <w:r>
        <w:br/>
      </w:r>
      <w:r>
        <w:rPr>
          <w:sz w:val="20"/>
        </w:rPr>
        <w:t>10:34  to</w:t>
      </w:r>
      <w:r>
        <w:br/>
      </w:r>
      <w:r>
        <w:rPr>
          <w:sz w:val="20"/>
        </w:rPr>
        <w:t>10:35  chunki insaan ke andar bohat zyada desire hai, aur woh ek ideal, har ideal ki talash mein hota hai, to shaitan ne us ko behkaya ke tum agar yeh phal tum ne kha liya to tum amar ho jao ge, everlasting life tum ko mil jaye gi.</w:t>
      </w:r>
      <w:r>
        <w:br/>
      </w:r>
      <w:r>
        <w:rPr>
          <w:sz w:val="20"/>
        </w:rPr>
        <w:t>10:53  to unhon ne woh phal kha liya, phir is ke baad woh jannat se nikal kar is dunya mein bheje gaye.</w:t>
      </w:r>
      <w:r>
        <w:br/>
      </w:r>
      <w:r>
        <w:rPr>
          <w:sz w:val="20"/>
        </w:rPr>
        <w:t>11:02  to is tareeqe se shaitan ne usi waqt kaha tha ke sirf woh log tere rastay par chalenge jo tere mukhlis bande hain, yaani jin ko tu ne select kar liya hai.</w:t>
      </w:r>
      <w:r>
        <w:br/>
      </w:r>
      <w:r>
        <w:rPr>
          <w:sz w:val="20"/>
        </w:rPr>
        <w:t>11:20  to wohi log sirf rastay par tere chalenge, baqi tamam logon ko mein behka doon ga.</w:t>
      </w:r>
      <w:r>
        <w:br/>
      </w:r>
      <w:r>
        <w:rPr>
          <w:sz w:val="20"/>
        </w:rPr>
        <w:t>11:26  a. to yeh bohat hi zyada serious baat hai ke shaitan ne yeh baat kahi ke tu in logon ko shukr guzar nahi paye ga.</w:t>
      </w:r>
      <w:r>
        <w:br/>
      </w:r>
      <w:r>
        <w:rPr>
          <w:sz w:val="20"/>
        </w:rPr>
        <w:t>11:35  to shukr guzari jo hai woh bohat zyada important hai.</w:t>
      </w:r>
      <w:r>
        <w:br/>
      </w:r>
      <w:r>
        <w:rPr>
          <w:sz w:val="20"/>
        </w:rPr>
        <w:t>11:40  shukr guzari hi ke zariye se hum Khuda ki marzi ko samajhte hain, Khuda ki marzi ke mutabiq apna amal karte hain, aur isi rastay mein hamein Khuda ki saari blessings milti hain.</w:t>
      </w:r>
      <w:r>
        <w:br/>
      </w:r>
      <w:r>
        <w:rPr>
          <w:sz w:val="20"/>
        </w:rPr>
        <w:t>11:57  ji</w:t>
      </w:r>
      <w:r>
        <w:br/>
      </w:r>
      <w:r>
        <w:rPr>
          <w:sz w:val="20"/>
        </w:rPr>
        <w:t>11:58  apa to jis tareeqe se aap ne bataya, ab ek sawal yeh bhi aata hai ke ek insaan ke liye kitni zyada mushkilein barh jati hain ke ek shaitan hai jo is taaq mein rehta hai ke us ko kaise seedhe rastay se hata de.</w:t>
      </w:r>
      <w:r>
        <w:br/>
      </w:r>
      <w:r>
        <w:rPr>
          <w:sz w:val="20"/>
        </w:rPr>
        <w:t>12:13  to in sab mushkilon ke bawajood kaise insaan apne andar shukr ke jazbat ya shukr ki feeling ko paida kar sakta hai, us ke baray mein batayein.</w:t>
      </w:r>
      <w:r>
        <w:br/>
      </w:r>
      <w:r>
        <w:rPr>
          <w:sz w:val="20"/>
        </w:rPr>
        <w:t>12:27  shukr ki feelings wahi hain ke insaan jo Khuda ki jo us ko blessings mili hui hain, unhi par ghaur o fikr kare, un ko discover kare.</w:t>
      </w:r>
      <w:r>
        <w:br/>
      </w:r>
      <w:r>
        <w:rPr>
          <w:sz w:val="20"/>
        </w:rPr>
        <w:t>12:38  yeh hazaron lakhon blessings insaan ko Khuda ki taraf se mili hui hain, lekin chuki jaise hum ek bachcha duniya mein aankh kholta hai, woh dekhta hai ke har cheez us ke liye available</w:t>
      </w:r>
      <w:r>
        <w:br/>
      </w:r>
      <w:r>
        <w:rPr>
          <w:sz w:val="20"/>
        </w:rPr>
        <w:t>12:51  hai, us ke maa baap hain, us ke rishtedar hain, us ke bahar sari cheezain jo hain us ko support kar rahi hain, aur har cheez us ke liye available hai.</w:t>
      </w:r>
      <w:r>
        <w:br/>
      </w:r>
      <w:r>
        <w:rPr>
          <w:sz w:val="20"/>
        </w:rPr>
        <w:t>13:01  market hai, wahan sab cheez us ko available hai, to woh use to ho jata hai. Us ko lagta hai ke yeh sari cheezain to bas mil rahi hain, hamare paas paisa hai, hum ja ke market mein cheezain khareed lete hain.</w:t>
      </w:r>
      <w:r>
        <w:br/>
      </w:r>
      <w:r>
        <w:rPr>
          <w:sz w:val="20"/>
        </w:rPr>
        <w:t>13:13  to aisa nahi</w:t>
      </w:r>
      <w:r>
        <w:br/>
      </w:r>
      <w:r>
        <w:rPr>
          <w:sz w:val="20"/>
        </w:rPr>
        <w:t>13:14  hai, hamein bohat ziyada ghaur o fikr karna hai ke har cheez hamein Khuda ki taraf se mil rahi hai. Khuda ne tamam cheezon ko is duniya mein potential ke roop mein rakh diya hai.</w:t>
      </w:r>
      <w:r>
        <w:br/>
      </w:r>
      <w:r>
        <w:rPr>
          <w:sz w:val="20"/>
        </w:rPr>
        <w:t>13:29  insaan kya karta hai? Sirf in potential ko actual banata hai. To hum kehte hain ke scientists jo hain woh inventor hain, scientists bhi inventor nahi hain, woh sirf discover karte hain.</w:t>
      </w:r>
      <w:r>
        <w:br/>
      </w:r>
      <w:r>
        <w:rPr>
          <w:sz w:val="20"/>
        </w:rPr>
        <w:t>13:42  Allah taala ne har cheez is duniya mein potential ke roop mein rakh diya hai. Ab scientists ne mehnat kar ke us ko discover kiya, aur tamam poori jo ek civilization banai, tarah tarah ki technology banai jo aaj hamare kaam aa rahi hai.</w:t>
      </w:r>
      <w:r>
        <w:br/>
      </w:r>
      <w:r>
        <w:rPr>
          <w:sz w:val="20"/>
        </w:rPr>
        <w:t>13:59  to insaan in cheezon ko soche. Misaal ke taur par insanon ne car banai. Ab agar petrol na hota to car kaise chalti?</w:t>
      </w:r>
      <w:r>
        <w:br/>
      </w:r>
      <w:r>
        <w:rPr>
          <w:sz w:val="20"/>
        </w:rPr>
        <w:t>14:11  to Allah taala ne petrol ke khazane bhi zameen ke neeche daal diye ke Allah ko pata tha ke kal car banegi, kal hamari industries banengi, carkhane banenge, to is mein un ki zaroorat padegi.</w:t>
      </w:r>
      <w:r>
        <w:br/>
      </w:r>
      <w:r>
        <w:rPr>
          <w:sz w:val="20"/>
        </w:rPr>
        <w:t>14:24  to Allah taala ne kaha ke Quran mein aaya hai ke hum ne har woh cheez tum ko de di jis ki tumhein zaroorat thi, aur isi sath mein yeh bhi hai ke aakhirat mein har woh cheez tumhein milegi jo tum desire karoge.</w:t>
      </w:r>
      <w:r>
        <w:br/>
      </w:r>
      <w:r>
        <w:rPr>
          <w:sz w:val="20"/>
        </w:rPr>
        <w:t>14:38  to</w:t>
      </w:r>
      <w:r>
        <w:br/>
      </w:r>
      <w:r>
        <w:rPr>
          <w:sz w:val="20"/>
        </w:rPr>
        <w:t>14:39  duniya mein har zaroorat ki cheez Allah ne di, aur aakhirat mein woh jo bhi hamari desires hongi, us ke mutabiq hamein milega.</w:t>
      </w:r>
      <w:r>
        <w:br/>
      </w:r>
      <w:r>
        <w:rPr>
          <w:sz w:val="20"/>
        </w:rPr>
        <w:t>14:48  to shukr ki feeling jo hum Maulana ne sikhaya, hum logon ko ke soch soch kar hamein apne andar shukr ki feeling paida karni hai.</w:t>
      </w:r>
      <w:r>
        <w:br/>
      </w:r>
      <w:r>
        <w:rPr>
          <w:sz w:val="20"/>
        </w:rPr>
        <w:t>14:58  ek ek cheez hamein sochna hai ke yeh Khuda ki di hui hai. Agar Khuda hamein nahi deta to hamein nahi milta. Khuda hi sare asbab paida karta hai.</w:t>
      </w:r>
      <w:r>
        <w:br/>
      </w:r>
      <w:r>
        <w:rPr>
          <w:sz w:val="20"/>
        </w:rPr>
        <w:t>15:07  kai baar aisa lagta hai ke ke is yeh achaanak ho gaya jo hum expect nahi kar rahe the, aur har taraf se woh Allah taala hi ki taraf se woh sara muqaddar hota hai, wohi hamein mil mil raha hota hai.</w:t>
      </w:r>
      <w:r>
        <w:br/>
      </w:r>
      <w:r>
        <w:rPr>
          <w:sz w:val="20"/>
        </w:rPr>
        <w:t>15:21  to us ko hum ne sochna hai, ghaur o fikr karna hai. Main ek misaal se wazeh karti hoon ke ek Meerut mein ek Shahzad sahib the, to un ko halq ka cancer ho gaya</w:t>
      </w:r>
      <w:r>
        <w:br/>
      </w:r>
      <w:r>
        <w:rPr>
          <w:sz w:val="20"/>
        </w:rPr>
        <w:t>15:34  tha. Woh hamare mission ke the, bohat ziyada mission ke liye kaam karte the. Jee to woh kuch bhi kha bhi nahi sakte the, jo advanced stage mein pani bhi nahi pi sakte the.</w:t>
      </w:r>
      <w:r>
        <w:br/>
      </w:r>
      <w:r>
        <w:rPr>
          <w:sz w:val="20"/>
        </w:rPr>
        <w:t>15:45  chamche se pani pilaya jata tha. To jab un ko log dekhne ke liye aate the to woh kehte the ke aap aap mujhe dekh kar aap kya sabak le rahe hain?</w:t>
      </w:r>
      <w:r>
        <w:br/>
      </w:r>
      <w:r>
        <w:rPr>
          <w:sz w:val="20"/>
        </w:rPr>
        <w:t>15:55  aap yeh sabak lijiye ke aap shukr ada kijiye ke aap kha sakte hain, aap pi sakt</w:t>
      </w:r>
      <w:r>
        <w:br/>
      </w:r>
      <w:r>
        <w:rPr>
          <w:sz w:val="20"/>
        </w:rPr>
        <w:t>16:02  e hain. Main to mera khana jo hai, main zara bhi ek do chamche bhi khana khata hoon to mere hazam hi nahi hota, pait mein hi rakha rehta hai. To aap kha sakte hain, aap pi sakte hain, aap Khuda ka shukr ada kariye.</w:t>
      </w:r>
      <w:r>
        <w:br/>
      </w:r>
      <w:r>
        <w:rPr>
          <w:sz w:val="20"/>
        </w:rPr>
        <w:t>16:14  ab din bhar log khate peete rehte hain, woh sochte nahi ke yeh Khuda ki taraf se yeh jo hamara digestive system hai, woh Khuda ne banaya hai,</w:t>
      </w:r>
      <w:r>
        <w:br/>
      </w:r>
      <w:r>
        <w:rPr>
          <w:sz w:val="20"/>
        </w:rPr>
        <w:t>16:23  aur hum khali mun mein khana rakhte hain, aur andar woh khana hazam kar ke woh hamara gosht, khoon, aur sari sare cells bante hain, jis se hamari sare kaam hote hain.</w:t>
      </w:r>
      <w:r>
        <w:br/>
      </w:r>
      <w:r>
        <w:rPr>
          <w:sz w:val="20"/>
        </w:rPr>
        <w:t>16:36  to sochna padega,</w:t>
      </w:r>
      <w:r>
        <w:br/>
      </w:r>
      <w:r>
        <w:rPr>
          <w:sz w:val="20"/>
        </w:rPr>
        <w:t>16:38  baghair soche hue hum bilkul janwaron ki tarah zindagi guzarenge, aur mar jayenge, aur aakhirat mein pachtane se kuch hoga nahi, kyunke yeh duniya hi hamare liye mauqa faraham karti hai ke hum kaam karein, aur is ke mutabiq jo hum amal karenge, usi ke mutabiq aakhirat mein hamein ek nayi zindagi milegi.</w:t>
      </w:r>
      <w:r>
        <w:br/>
      </w:r>
      <w:r>
        <w:rPr>
          <w:sz w:val="20"/>
        </w:rPr>
        <w:t>17:01  to insan jo hai, jis ke paas sab kuch hai, woh bhi nashukra hai,</w:t>
      </w:r>
      <w:r>
        <w:br/>
      </w:r>
      <w:r>
        <w:rPr>
          <w:sz w:val="20"/>
        </w:rPr>
        <w:t>17:07  jis ke paas nahi hai, woh bhi nashukra hai.aisa aisa is liye ke insan aik aisi makhlooq hai ke woh har cheez aik ideal sense mein chahta hai, aur dunya mein ideal us ko milta nahi.</w:t>
      </w:r>
      <w:r>
        <w:br/>
      </w:r>
      <w:r>
        <w:rPr>
          <w:sz w:val="20"/>
        </w:rPr>
        <w:t>17:21  dunya mein chounke yeh dunya jo hai, aik test ke tor par banai gayi hai, logon ko freedom di gayi hai, is freedom ko log kuch log use karte hain proper, kuch log misuse karte</w:t>
      </w:r>
      <w:r>
        <w:br/>
      </w:r>
      <w:r>
        <w:rPr>
          <w:sz w:val="20"/>
        </w:rPr>
        <w:t>17:34  hain. ab jo log misuse karte hain, is se hamein takleef phochti hai. sab ke alag alag interest hain, to har aadmi jab apna interest follow karega to doosre ka nuqsan hoga.</w:t>
      </w:r>
      <w:r>
        <w:br/>
      </w:r>
      <w:r>
        <w:rPr>
          <w:sz w:val="20"/>
        </w:rPr>
        <w:t>17:45  to is tareeqe se kabhi bhi aisa nahi hota ke tamam cheezein jo hum chahte hain, woh hamein mil jayein. to hum hamesha nashukri mein hi rehte hain.</w:t>
      </w:r>
      <w:r>
        <w:br/>
      </w:r>
      <w:r>
        <w:rPr>
          <w:sz w:val="20"/>
        </w:rPr>
        <w:t>17:54  yeh nahi ke jo kuch hamein mila hua hai, is ka shukr ada karein, kyunke agar hum is ka shukr ada karein ge to Allah taala khush hon ge, aur hamein aur zyada dein ge.</w:t>
      </w:r>
      <w:r>
        <w:br/>
      </w:r>
      <w:r>
        <w:rPr>
          <w:sz w:val="20"/>
        </w:rPr>
        <w:t>18:05  lekin hum shukriya nahi ada karte, jo kuch mila hua hai, usi ka shukr nahi ada karte. to Allah taala ne jo Quran mein kaha hai ke</w:t>
      </w:r>
      <w:r>
        <w:br/>
      </w:r>
      <w:r>
        <w:rPr>
          <w:sz w:val="20"/>
        </w:rPr>
        <w:t>18:15  lan shaqartum la azeedannakum agar tum shukr ada karo ge to hum tum ko aur zyada dein ge. to hamein dekhna hai, aur hadith mein aaya hai ke apne se kam ko dekho.</w:t>
      </w:r>
      <w:r>
        <w:br/>
      </w:r>
      <w:r>
        <w:rPr>
          <w:sz w:val="20"/>
        </w:rPr>
        <w:t>18:29  ab is ki aik achi misaal hai, Sheikh Saadi jo hain, aik bohat bare shayar hain Iran ke, medieval world ke shayar hain.</w:t>
      </w:r>
      <w:r>
        <w:br/>
      </w:r>
      <w:r>
        <w:rPr>
          <w:sz w:val="20"/>
        </w:rPr>
        <w:t>18:38  to woh unhon ne is tarah ki hikayatein likhte thay, stories, moral stories.</w:t>
      </w:r>
      <w:r>
        <w:br/>
      </w:r>
      <w:r>
        <w:rPr>
          <w:sz w:val="20"/>
        </w:rPr>
        <w:t>18:44  to unhon ne aik story likhi hai ke mere paon mein joota nahi tha, aur main chal raha tha, aur bohat ghamgeen tha ke mere paas joota nahi hai. to aage ja gaya to dekha to aik aadmi ke paas paon nahi hai.</w:t>
      </w:r>
      <w:r>
        <w:br/>
      </w:r>
      <w:r>
        <w:rPr>
          <w:sz w:val="20"/>
        </w:rPr>
        <w:t>18:56  to main Khuda ka shukr ada karne laga ke Allah taala ne mere dono paon sahi salamat banaye hain. to is tareeqe se hamein soch soch kar ke hamein Khuda ki taraf se kya mila hua hai, is par hamein shukr ada karna hai.</w:t>
      </w:r>
      <w:r>
        <w:br/>
      </w:r>
      <w:r>
        <w:rPr>
          <w:sz w:val="20"/>
        </w:rPr>
        <w:t>19:11  agar hum sochein ge nahi to phir hum proper maani mein shukr nahi ada kar sakte. ji, bohat achhe se aap ne is ko wazeh kiya, aap.</w:t>
      </w:r>
      <w:r>
        <w:br/>
      </w:r>
      <w:r>
        <w:rPr>
          <w:sz w:val="20"/>
        </w:rPr>
        <w:t>19:21  aur in fact, mujhe bhi yaad aa gaya Shehzad sahib ka qissa.</w:t>
      </w:r>
      <w:r>
        <w:br/>
      </w:r>
      <w:r>
        <w:rPr>
          <w:sz w:val="20"/>
        </w:rPr>
        <w:t>19:26  in fact, hum un se pehle bhi mile thay, aur jab un ka inteqal ho gaya tha to Maulana ka bhi safar hua tha, aur Maulana phir un ke bete se mil kar un se gale lage thay.</w:t>
      </w:r>
      <w:r>
        <w:br/>
      </w:r>
      <w:r>
        <w:rPr>
          <w:sz w:val="20"/>
        </w:rPr>
        <w:t>19:37  aur aik martaba meri un se baat hui thi jab woh bohat zyada dard mein thay, to unhon ne kaha tha ke "Raza sahib, jahan aik insan ka dard peak level pe hota hai, wahan se mera dard shuru hota hai." to is qadar woh dard mein thay, lekin is ke baad bhi un ki itni musbat soch thi, kyunke Al-Risala ko regularly padhte thay, Maulana ko bohat zyada follow karte thay, bohat mante thay.</w:t>
      </w:r>
      <w:r>
        <w:br/>
      </w:r>
      <w:r>
        <w:rPr>
          <w:sz w:val="20"/>
        </w:rPr>
        <w:t>20:02  to yeh kehte thay, jaise aap ne bataya ke "aap mujh ko dekh kar shukr karein, jo bhi un se milne aata tha ke aap pani pi sakte hain, aap khana digest kar sakte hain, aap dekh sakte hain, aap chal sakte</w:t>
      </w:r>
      <w:r>
        <w:br/>
      </w:r>
      <w:r>
        <w:rPr>
          <w:sz w:val="20"/>
        </w:rPr>
        <w:t>20:13  hain. main to is bistar se uth bhi nahi sakta." to hota yahi hai, apa, ke insan aksar cheezon ko for granted le leta hai. Maulana jaise kehte thay ke "har aik insan ko 99 percent mila hua hai, lekin sirf 1 percent nahi mila hai." aur yahi Shaitan ka maamla tha ke us ko sab kuch mila hua tha, sirf woh aik 1 percent jis pe Allah taala ne kaha ke "tum sajda karo", to us ne inkar kar diya, aur woh aik ungrateful,</w:t>
      </w:r>
      <w:r>
        <w:br/>
      </w:r>
      <w:r>
        <w:rPr>
          <w:sz w:val="20"/>
        </w:rPr>
        <w:t>20:40  ungrateful qarar diya</w:t>
      </w:r>
      <w:r>
        <w:br/>
      </w:r>
      <w:r>
        <w:rPr>
          <w:sz w:val="20"/>
        </w:rPr>
        <w:t>20:42  gaya. to stress, zindagi mein jo stress hota hai, is ka bhi karan yahi hai ke mile hue ko chhod kar insan aksar jo cheez nahi mili hui hai, us ke peeche bhagta hai.</w:t>
      </w:r>
      <w:r>
        <w:br/>
      </w:r>
      <w:r>
        <w:rPr>
          <w:sz w:val="20"/>
        </w:rPr>
        <w:t>20:53  to apa, yeh jo yeh jo cheez hum dekhte hain ke hum agar human civilization ko bhi dekhein ke kaise progress hui hai, from stone age to present industrial age, aur aap ne jaise abhi zikr bhi kiya ke Quran mein aaya hai ke hum ne woh sari cheezein insan ko de dein jo us ki zaroorat hai.</w:t>
      </w:r>
      <w:r>
        <w:br/>
      </w:r>
      <w:r>
        <w:rPr>
          <w:sz w:val="20"/>
        </w:rPr>
        <w:t>21:11  to woh sara saman aaj ki date mein hum agar dekhein to hum motor gaadi mein baith kar ja sakte hain, hawai jahaz se aik jagah se doosri jagah phoch sakte hain, telephone se kisi bhi dunya mein aik insan se connect kar sakte hain.</w:t>
      </w:r>
      <w:r>
        <w:br/>
      </w:r>
      <w:r>
        <w:rPr>
          <w:sz w:val="20"/>
        </w:rPr>
        <w:t>21:22  to kyun aik insan cheezon ko for granted leta hai</w:t>
      </w:r>
      <w:r>
        <w:br/>
      </w:r>
      <w:r>
        <w:rPr>
          <w:sz w:val="20"/>
        </w:rPr>
        <w:t>21:26  ؟ aisa kyun hai ke us ki aankhon ke samne sari cheezein maujood hain? woh agar peeche mud kar dekhe to woh paye ga ke us ke paas sab kuch hai.</w:t>
      </w:r>
      <w:r>
        <w:br/>
      </w:r>
      <w:r>
        <w:rPr>
          <w:sz w:val="20"/>
        </w:rPr>
        <w:t>21:35  to aisa kyun, apa? Khuda asal mein invisible hai, woh cause and effect ke tehat kaam kar raha hai.</w:t>
      </w:r>
      <w:r>
        <w:br/>
      </w:r>
      <w:r>
        <w:rPr>
          <w:sz w:val="20"/>
        </w:rPr>
        <w:t>21:44  ji, to hamein lagta hi nahin ke khuda ki taraf se yeh kaam ho raha hai. sahih, hamein lagta hai hamari mehnat hai, hamare maa baap ki mehnat hai, hamare doosre logon ki mehnat hai.</w:t>
      </w:r>
      <w:r>
        <w:br/>
      </w:r>
      <w:r>
        <w:rPr>
          <w:sz w:val="20"/>
        </w:rPr>
        <w:t>21:56  woh mehnat se woh kaam ho raha hai hamara. hum ne mehnat ki, hum ne taleem hasil ki, hamein acha job mil gaya, aur is ki wajah se hamare saare kaam chal rahe hain.</w:t>
      </w:r>
      <w:r>
        <w:br/>
      </w:r>
      <w:r>
        <w:rPr>
          <w:sz w:val="20"/>
        </w:rPr>
        <w:t>22:05  to hamein is jo asbab ka jo parda hai, is ko pharna parega. to tabhi hum samajh sakte hain ke khuda jo hai, sab kuch khuda kar raha hai, insan nahin kar raha hai.</w:t>
      </w:r>
      <w:r>
        <w:br/>
      </w:r>
      <w:r>
        <w:rPr>
          <w:sz w:val="20"/>
        </w:rPr>
        <w:t>22:19  isi liye bar bar aisa Allah taala dikhate hain, aur khas tor par bare bare logon ko dikhate hain. jaise abdul kalam speech de rahe the, speech dete dete ek dam se woh gir pade, un ko heart attack ho gaya aur khatam ho gaye.</w:t>
      </w:r>
      <w:r>
        <w:br/>
      </w:r>
      <w:r>
        <w:rPr>
          <w:sz w:val="20"/>
        </w:rPr>
        <w:t>22:35  to Allah taala dikhata hai ke dekho, khuda ka hukum tha, is liye woh bol rahe the. ab khuda ka hukum khatam ho gaya to un ka bolna bhi khatam ho gaya. to aise bar bar hota rehta hai.</w:t>
      </w:r>
      <w:r>
        <w:br/>
      </w:r>
      <w:r>
        <w:rPr>
          <w:sz w:val="20"/>
        </w:rPr>
        <w:t>22:46  to hum ko bohat hi gehri nazar chahiye, baseerat ki aankh chahiye, jo hum dekh saken ke yeh sab kuch khuda ki wajah se ho raha hai.</w:t>
      </w:r>
      <w:r>
        <w:br/>
      </w:r>
      <w:r>
        <w:rPr>
          <w:sz w:val="20"/>
        </w:rPr>
        <w:t>22:57  aur tamam jo cheezein hain duniya mein, farz kariye ke hamein khane peene ka saman chahiye, hum bazaar mein jaate hain, hamein mil jata hai.</w:t>
      </w:r>
      <w:r>
        <w:br/>
      </w:r>
      <w:r>
        <w:rPr>
          <w:sz w:val="20"/>
        </w:rPr>
        <w:t>23:06  aur farz kariye ke abhi drought ho jaye, barish hi na ho kahin, to hamein kya milega? khuda barish barsa raha hai, is se</w:t>
      </w:r>
      <w:r>
        <w:br/>
      </w:r>
      <w:r>
        <w:rPr>
          <w:sz w:val="20"/>
        </w:rPr>
        <w:t>23:15  ghalla ug raha hai, ghalla market mein aa raha hai. ab hamara ek percent is mein hai ke hamare paas paisa hai, aur woh woh ek percent bhi nahin hai, woh bhi khuda ki wajah se hai, aur hum ja ke is se bazaar se saman khareed lete hain.</w:t>
      </w:r>
      <w:r>
        <w:br/>
      </w:r>
      <w:r>
        <w:rPr>
          <w:sz w:val="20"/>
        </w:rPr>
        <w:t>23:28  to yahi sab sochna parega ke har kaam jo hai, woh khuda kar raha hai. hum chal bhi rahe hain to khuda chalwa raha hai, kyun ke agar zameen mein gravity na ho to hum chal nahin sakte.</w:t>
      </w:r>
      <w:r>
        <w:br/>
      </w:r>
      <w:r>
        <w:rPr>
          <w:sz w:val="20"/>
        </w:rPr>
        <w:t>23:39  jaise log jaate hain chand pe to woh chal chal nahin sakte hain, uṛte hain to</w:t>
      </w:r>
      <w:r>
        <w:br/>
      </w:r>
      <w:r>
        <w:rPr>
          <w:sz w:val="20"/>
        </w:rPr>
        <w:t>23:44  hawa mein teirte hain. to is tareeqe se agar hum gehri gehrai se sochen, tab hamein lagega ke har kaam khuda karwa raha hai. to hum agar khuda ka shukr na ada karen to kitni zyada bari yeh evil hai ke hum hum har cheez khuda ki le rahe hain aur is ka shukr nahin ada kar rahe hain, kyun ke khuda ko to kisi cheez ki zaroorat nahin hai.</w:t>
      </w:r>
      <w:r>
        <w:br/>
      </w:r>
      <w:r>
        <w:rPr>
          <w:sz w:val="20"/>
        </w:rPr>
        <w:t>24:07  khuda ko to sirf hamara shukr chahiye, hamari hamd chahiye, hum Allah ko yaad karen. hum</w:t>
      </w:r>
      <w:r>
        <w:br/>
      </w:r>
      <w:r>
        <w:rPr>
          <w:sz w:val="20"/>
        </w:rPr>
        <w:t>24:12  to yeh kaam hamein karna hai, warna hum ek user per ki hamari zindagi hogi. aur hum kisi ne, ek arab ne Maulana se kaha tha, ek alaarif ke insan aaj jo hai,</w:t>
      </w:r>
      <w:r>
        <w:br/>
      </w:r>
      <w:r>
        <w:rPr>
          <w:sz w:val="20"/>
        </w:rPr>
        <w:t>24:27  ne'maton ko to khoob khoob istemal kar raha hai, aur munim ki is ko khabar nahin hai. munim ko woh janta hi nahin ke munim kaun hai, dene wala kaun hai, sirf ne'maton ko istemal kar raha hai.</w:t>
      </w:r>
      <w:r>
        <w:br/>
      </w:r>
      <w:r>
        <w:rPr>
          <w:sz w:val="20"/>
        </w:rPr>
        <w:t>24:40  to yeh duniya mein yeh sab ho raha hai, akhirat mein jab woh pahunchega, tab us ko samajh mein aayega ke sab kuch khuda tha, khuda ki duniya thi, khuda ki tamam cheezein us ne istemal keen, aur khuda ka naam liye baghair.</w:t>
      </w:r>
      <w:r>
        <w:br/>
      </w:r>
      <w:r>
        <w:rPr>
          <w:sz w:val="20"/>
        </w:rPr>
        <w:t>24:54  to us waqt us ko samajh mein aayega, lekin us waqt ka samajhna jo hai, us ke kuch kaam nahin aayega. kaam to isi duniya mein, chunke Allah taala ne is duniya ko paida hi kiya hai ke hamara test ho,</w:t>
      </w:r>
      <w:r>
        <w:br/>
      </w:r>
      <w:r>
        <w:rPr>
          <w:sz w:val="20"/>
        </w:rPr>
        <w:t>25:07  to hamara jo test ho raha hai, woh isi duniya mein ho raha hai. to is hamein bohat zyada serious hona chahiye, aur bohat zyada soch samajh kar zindagi guzarni hai.</w:t>
      </w:r>
    </w:p>
    <w:p>
      <w:pPr>
        <w:pStyle w:val="Heading2"/>
      </w:pPr>
      <w:r>
        <w:t>Means of purification for Paradise</w:t>
      </w:r>
    </w:p>
    <w:p>
      <w:r>
        <w:rPr>
          <w:color w:val="666666"/>
          <w:sz w:val="18"/>
        </w:rPr>
        <w:t>Spirituality · Man and The Paradise August 11, 2013 Maulana Wahiduddin Khan · 5m 51s · at 49:44 · https://youtu.be/m8XdpnaS95U?t=2984</w:t>
      </w:r>
    </w:p>
    <w:p>
      <w:r>
        <w:rPr>
          <w:i/>
        </w:rPr>
        <w:t>“The Quran says Paradise is for those who purify themselves. Please clarify what is the means of purification?”</w:t>
      </w:r>
    </w:p>
    <w:p>
      <w:r>
        <w:rPr>
          <w:sz w:val="20"/>
        </w:rPr>
        <w:t>49:44  maulana, agla sawal dilli se hai shah imran hassan sahab ka. unhone likha hai: "quran mein bataya gaya hai ke paradise in logon ke liye hai jo apna tazkiya karein.</w:t>
      </w:r>
      <w:r>
        <w:br/>
      </w:r>
      <w:r>
        <w:rPr>
          <w:sz w:val="20"/>
        </w:rPr>
        <w:t>49:57  please is ko wazeh karein ke tazkiya ka zariya kya hai?"</w:t>
      </w:r>
      <w:r>
        <w:br/>
      </w:r>
      <w:r>
        <w:rPr>
          <w:sz w:val="20"/>
        </w:rPr>
        <w:t>50:06  dekhein, is ka matlab yeh hai ke dunya mein hum</w:t>
      </w:r>
      <w:r>
        <w:br/>
      </w:r>
      <w:r>
        <w:rPr>
          <w:sz w:val="20"/>
        </w:rPr>
        <w:t>50:15  dunya mein hum aise halaat ke beech mein hote hain jahan har waqt hamein yaani unwanted situations sab ka pesh aata hai.</w:t>
      </w:r>
      <w:r>
        <w:br/>
      </w:r>
      <w:r>
        <w:rPr>
          <w:sz w:val="20"/>
        </w:rPr>
        <w:t>50:27  jis ko log kehte hain koi zulm kar raha hai, koi sata raha hai, koi provoke kar raha hai, koi hamein nuksan pahuncha raha hai.</w:t>
      </w:r>
      <w:r>
        <w:br/>
      </w:r>
      <w:r>
        <w:rPr>
          <w:sz w:val="20"/>
        </w:rPr>
        <w:t>50:35  yaani yeh sab hona hi hona hai, yeh sab hona hi hona hai</w:t>
      </w:r>
      <w:r>
        <w:br/>
      </w:r>
      <w:r>
        <w:rPr>
          <w:sz w:val="20"/>
        </w:rPr>
        <w:t>50:41  kyunke is ke baghair test nahi.</w:t>
      </w:r>
      <w:r>
        <w:br/>
      </w:r>
      <w:r>
        <w:rPr>
          <w:sz w:val="20"/>
        </w:rPr>
        <w:t>50:46  to in sab ke beech mein jo aap ne apne aap ko allah wale raaste par qaim rakha hai,</w:t>
      </w:r>
      <w:r>
        <w:br/>
      </w:r>
      <w:r>
        <w:rPr>
          <w:sz w:val="20"/>
        </w:rPr>
        <w:t>51:01  to woh is ne apna tazkiya kiya.</w:t>
      </w:r>
      <w:r>
        <w:br/>
      </w:r>
      <w:r>
        <w:rPr>
          <w:sz w:val="20"/>
        </w:rPr>
        <w:t>51:06  misal ke taur par dekhiye, aap logon se mulaqat kiji</w:t>
      </w:r>
      <w:r>
        <w:br/>
      </w:r>
      <w:r>
        <w:rPr>
          <w:sz w:val="20"/>
        </w:rPr>
        <w:t>51:09  ye, har aadmi shikayat ki boli bolega. koi america ki shikayat karega, koi yahoodi ki shikayat karega, koi yahood hindoo ki shikayat karega, koi apne ghar ki shikayat karega, apni family ke member ki shikayat karega, koi samaj ke logon ki shikayat karega.</w:t>
      </w:r>
      <w:r>
        <w:br/>
      </w:r>
      <w:r>
        <w:rPr>
          <w:sz w:val="20"/>
        </w:rPr>
        <w:t>51:24  yaani har aadmi koi shikayat hi boli bolega.</w:t>
      </w:r>
      <w:r>
        <w:br/>
      </w:r>
      <w:r>
        <w:rPr>
          <w:sz w:val="20"/>
        </w:rPr>
        <w:t>51:31  to kis ko kahenge log tazkiya nahi kar rahe hain apna? kyunke shikayat hi boli na bolna hi tazkiya hai.</w:t>
      </w:r>
      <w:r>
        <w:br/>
      </w:r>
      <w:r>
        <w:rPr>
          <w:sz w:val="20"/>
        </w:rPr>
        <w:t>51:40  yaani america aap ko farz ki jiye ke pareshan kare. main to nahi manta ke america pareshan kar raha hai. america hamara dushman hai.</w:t>
      </w:r>
      <w:r>
        <w:br/>
      </w:r>
      <w:r>
        <w:rPr>
          <w:sz w:val="20"/>
        </w:rPr>
        <w:t>51:50  main nahi manta is ko jhoot samajhta hoon. main jhoot. america hamara dushman hai. yeh bilashuba mere aqeeday ki jhooti baat hai. na woh islam ka dushman hai, na musalmanon ka dushman hai, na america ka yahoodi bhi dushman nahi hai.</w:t>
      </w:r>
      <w:r>
        <w:br/>
      </w:r>
      <w:r>
        <w:rPr>
          <w:sz w:val="20"/>
        </w:rPr>
        <w:t>52:03  har ek apna apna case hai. har ek apne interest par dor raha hai.</w:t>
      </w:r>
      <w:r>
        <w:br/>
      </w:r>
      <w:r>
        <w:rPr>
          <w:sz w:val="20"/>
        </w:rPr>
        <w:t>52:09  is duniya mein allah taala ne paida kiya to har aadmi apne interest par dorega. to yahoodi apne interest par dor rahe hain, america apne interest par dor raha hai, hindoo apne interest par dor rahe hain.</w:t>
      </w:r>
      <w:r>
        <w:br/>
      </w:r>
      <w:r>
        <w:rPr>
          <w:sz w:val="20"/>
        </w:rPr>
        <w:t>52:21  to aap shikayat kyun karte hain? aap bhi doriye apne interest par. to bilashuba mera aqeedah shikayat karna yaani allah ke khilaf bolna hai.</w:t>
      </w:r>
      <w:r>
        <w:br/>
      </w:r>
      <w:r>
        <w:rPr>
          <w:sz w:val="20"/>
        </w:rPr>
        <w:t>52:33  kyunke allah ne logon ko azadiyan di hain.</w:t>
      </w:r>
      <w:r>
        <w:br/>
      </w:r>
      <w:r>
        <w:rPr>
          <w:sz w:val="20"/>
        </w:rPr>
        <w:t>52:36  azadi di hai to apne interest par dorengay. woh kyun nahi dorengay? woh agar aap ko kahin dhakka lagta hai, aap ko koi nuqsan hota hai to aap us ko manage kijiye.</w:t>
      </w:r>
      <w:r>
        <w:br/>
      </w:r>
      <w:r>
        <w:rPr>
          <w:sz w:val="20"/>
        </w:rPr>
        <w:t>52:48  kyunke allah ki is qeemat badlegi nahi. yeh namumkin hai ke allah ki is qeemat badal jaye. woh to rahegi. aur jab rahegi to log aap apni azadi ko apni marzi ke mutabiq istemal karenge.</w:t>
      </w:r>
      <w:r>
        <w:br/>
      </w:r>
      <w:r>
        <w:rPr>
          <w:sz w:val="20"/>
        </w:rPr>
        <w:t>53:04  to sab se bada tazkiya yeh hai ke shikayat ki nafsiyat khatam ki jaye. nafrat ki nafsiyat khatam ki jaye.</w:t>
      </w:r>
      <w:r>
        <w:br/>
      </w:r>
      <w:r>
        <w:rPr>
          <w:sz w:val="20"/>
        </w:rPr>
        <w:t>53:16  aur ek aur baat main aap se arz karoon ke jo aadmi shikayat mein jeeta hai, bilashuba apne aap ko munafiqat ka rizq leta hai. munafiqat ka rizq.</w:t>
      </w:r>
      <w:r>
        <w:br/>
      </w:r>
      <w:r>
        <w:rPr>
          <w:sz w:val="20"/>
        </w:rPr>
        <w:t>53:26  misalan aap dekhiye, bohat se musalman milenge aap ko america ke khilaf dham se bolenge. dekhiye, inhi ke beta aur damad america mein ja kar settle ho kar aram se reh rahe hain.</w:t>
      </w:r>
      <w:r>
        <w:br/>
      </w:r>
      <w:r>
        <w:rPr>
          <w:sz w:val="20"/>
        </w:rPr>
        <w:t>53:37  in ke khilaf nahi bolenge.</w:t>
      </w:r>
      <w:r>
        <w:br/>
      </w:r>
      <w:r>
        <w:rPr>
          <w:sz w:val="20"/>
        </w:rPr>
        <w:t>53:40  yaani ek taraf america ke khilaf bolenge, doosri taraf apne bete aur damad ko america mein settle karenge. to yeh munafiqat hi to hai.</w:t>
      </w:r>
      <w:r>
        <w:br/>
      </w:r>
      <w:r>
        <w:rPr>
          <w:sz w:val="20"/>
        </w:rPr>
        <w:t>53:48  yeh to jab bhi aap reality ke khilaf bolenge, jab bhi aap allah ka jo action plan hai, us ke khilaf chalenge to lazman nateeja kya hoga?</w:t>
      </w:r>
      <w:r>
        <w:br/>
      </w:r>
      <w:r>
        <w:rPr>
          <w:sz w:val="20"/>
        </w:rPr>
        <w:t>54:00  munafiq ban jayenge aap. kyunke halaat to badlenge nahi. aap ke chahne se duniya ka naqsha to badlega nahi.</w:t>
      </w:r>
      <w:r>
        <w:br/>
      </w:r>
      <w:r>
        <w:rPr>
          <w:sz w:val="20"/>
        </w:rPr>
        <w:t>54:08  to aap apna jahan dekhen ke baraye interest to kal ho raha hai, to interest ki khatir samjho compromise bhi kar lenge.</w:t>
      </w:r>
      <w:r>
        <w:br/>
      </w:r>
      <w:r>
        <w:rPr>
          <w:sz w:val="20"/>
        </w:rPr>
        <w:t>54:18  yaani ek taraf to dhuan dhar bolenge aap ke falan dushman hai, falan dushman hai, aur doosri taraf interest ki khatir compromise bhi kiye hue honge.</w:t>
      </w:r>
      <w:r>
        <w:br/>
      </w:r>
      <w:r>
        <w:rPr>
          <w:sz w:val="20"/>
        </w:rPr>
        <w:t>54:28  to yaad rakhiye, shikayat ki nafsiyat, nafrat ki nafsiyat, aur yeh jo hai ke yeh zulm, yeh zalim hai, woh zalim, yeh jo culture hai, is mein jo aadmi jeeta hai, woh lazman munafiq banega.</w:t>
      </w:r>
      <w:r>
        <w:br/>
      </w:r>
      <w:r>
        <w:rPr>
          <w:sz w:val="20"/>
        </w:rPr>
        <w:t>54:44  bach nahi sakta is se. to bohat hi khatarnak baat hai. to tazkiya kahan se hoga? jo shikayat ki nafsiyat mein jiyenge, woh tazkiya kahan se hoga in ka</w:t>
      </w:r>
      <w:r>
        <w:br/>
      </w:r>
      <w:r>
        <w:rPr>
          <w:sz w:val="20"/>
        </w:rPr>
        <w:t>54:56  ? woh to aakhir kaar munaafiqat mein ja kar jeena paray ga in ko. to sab se bara tazkiya yeh hai ke aap Allah ke naqshay ko maanein aur logon ke sath khair khwaahi ke sath rahen.</w:t>
      </w:r>
      <w:r>
        <w:br/>
      </w:r>
      <w:r>
        <w:rPr>
          <w:sz w:val="20"/>
        </w:rPr>
        <w:t>55:15  shikayat ki nafsiyat se apne aap ko paak karen.</w:t>
      </w:r>
      <w:r>
        <w:br/>
      </w:r>
      <w:r>
        <w:rPr>
          <w:sz w:val="20"/>
        </w:rPr>
        <w:t>55:19  nafrat ki nafrat ko haraam samjhen aur har haal mein, har haal mein positive mind ke sath zindagi guzaren.</w:t>
      </w:r>
      <w:r>
        <w:br/>
      </w:r>
      <w:r>
        <w:rPr>
          <w:sz w:val="20"/>
        </w:rPr>
        <w:t>55:30  yeh sab ka tazkiya hai.</w:t>
      </w:r>
    </w:p>
    <w:p>
      <w:pPr>
        <w:pStyle w:val="Heading2"/>
      </w:pPr>
      <w:r>
        <w:t>Recognizing and avoiding wishful thinking</w:t>
      </w:r>
    </w:p>
    <w:p>
      <w:r>
        <w:rPr>
          <w:color w:val="666666"/>
          <w:sz w:val="18"/>
        </w:rPr>
        <w:t>Spirituality · Man and The Paradise August 11, 2013 Maulana Wahiduddin Khan · 7m 05s · at 1:16:15 · https://youtu.be/m8XdpnaS95U?t=4575</w:t>
      </w:r>
    </w:p>
    <w:p>
      <w:r>
        <w:rPr>
          <w:i/>
        </w:rPr>
        <w:t>“Maulana, today in the class you mentioned a term amani, that is wishful thinking. Please tell us that how can I recognize whether I am indulging in amani and how can one come out of this?”</w:t>
      </w:r>
    </w:p>
    <w:p>
      <w:r>
        <w:rPr>
          <w:sz w:val="20"/>
        </w:rPr>
        <w:t>1:16:15  maulana, agla sawal roorkee se hai. sajid anwar sahab ka, unhon ne likha hai: "maulana, today in the class you mentioned a term amani, that is wishful thinking.</w:t>
      </w:r>
      <w:r>
        <w:br/>
      </w:r>
      <w:r>
        <w:rPr>
          <w:sz w:val="20"/>
        </w:rPr>
        <w:t>1:16:27  please tell us that how can i recognize whether i am indulging in amani and how can one come out of this?"</w:t>
      </w:r>
      <w:r>
        <w:br/>
      </w:r>
      <w:r>
        <w:rPr>
          <w:sz w:val="20"/>
        </w:rPr>
        <w:t>1:16:39  dekhiye, amani ka matlab yeh hai ke apne aap hum kuch criteria bana lein khud se. ek hai woh criterion jo diya gaya hai quran o hadees mein.</w:t>
      </w:r>
      <w:r>
        <w:br/>
      </w:r>
      <w:r>
        <w:rPr>
          <w:sz w:val="20"/>
        </w:rPr>
        <w:t>1:16:50  ek to hum apne aap bana lein.</w:t>
      </w:r>
      <w:r>
        <w:br/>
      </w:r>
      <w:r>
        <w:rPr>
          <w:sz w:val="20"/>
        </w:rPr>
        <w:t>1:16:56  to apne aap jo bana lete hain, isi ko quran amani hai. to is se pehle yahood ne aise bohat se bana rakhe the. mislan in ka ek amani ki misal yeh hai ke jo aadmi yahoodi family mein paida ho jaye to bas us ki jannat pakki hai.</w:t>
      </w:r>
      <w:r>
        <w:br/>
      </w:r>
      <w:r>
        <w:rPr>
          <w:sz w:val="20"/>
        </w:rPr>
        <w:t>1:17:17  yani unhon ne salvation ko base, yani birth based bana diya.</w:t>
      </w:r>
      <w:r>
        <w:br/>
      </w:r>
      <w:r>
        <w:rPr>
          <w:sz w:val="20"/>
        </w:rPr>
        <w:t>1:17:24  yahood ne salvation ko birth based, yani yahoodi family mein paida hone hi kafi hai ke aadmi jannat mein jaye.</w:t>
      </w:r>
      <w:r>
        <w:br/>
      </w:r>
      <w:r>
        <w:rPr>
          <w:sz w:val="20"/>
        </w:rPr>
        <w:t>1:17:33  theek hai, yahi musalmanon mein aa gaya hai. ab musalman samajhte hain ke musalman ghar mein paida ho gaye to phir jannat yaqeeni hai. to birth based concept jo hai salvation ka, woh hai amani.</w:t>
      </w:r>
      <w:r>
        <w:br/>
      </w:r>
      <w:r>
        <w:rPr>
          <w:sz w:val="20"/>
        </w:rPr>
        <w:t>1:17:46  aur jo musalmanon mein bhi isi tarah aa gaya, jo tha yahudiyon mein tha.</w:t>
      </w:r>
      <w:r>
        <w:br/>
      </w:r>
      <w:r>
        <w:rPr>
          <w:sz w:val="20"/>
        </w:rPr>
        <w:t>1:17:50  aisi bohat sari cheezein hain jis ki quran o hadith mein koi buniyad nahi hai. khud hi khud bana liya hai.</w:t>
      </w:r>
      <w:r>
        <w:br/>
      </w:r>
      <w:r>
        <w:rPr>
          <w:sz w:val="20"/>
        </w:rPr>
        <w:t>1:17:58  jitne yeh jo mauzu rawaiyat hain, woh sab amani to hain. aur aur kya hain? jitni mauzu rawaiyat hain, woh sab amani hain. aaj kal musalman amani pe khade hue hain.</w:t>
      </w:r>
      <w:r>
        <w:br/>
      </w:r>
      <w:r>
        <w:rPr>
          <w:sz w:val="20"/>
        </w:rPr>
        <w:t>1:18:12  sab amani pe khade hue hain.</w:t>
      </w:r>
      <w:r>
        <w:br/>
      </w:r>
      <w:r>
        <w:rPr>
          <w:sz w:val="20"/>
        </w:rPr>
        <w:t>1:18:14  ab misal ke taur par dekhiye, jo insan hain, yani jo non muslim hain, woh hamare liye madu hain. madu musalmanon ne kya samajh rakha hai ke woh hamare liye dushman hain.</w:t>
      </w:r>
      <w:r>
        <w:br/>
      </w:r>
      <w:r>
        <w:rPr>
          <w:sz w:val="20"/>
        </w:rPr>
        <w:t>1:18:26  bas un ko maro. un se nahi mar sako to kam az kam nafrat karo un se. nafrat karoge to jannat mein jaoge.</w:t>
      </w:r>
      <w:r>
        <w:br/>
      </w:r>
      <w:r>
        <w:rPr>
          <w:sz w:val="20"/>
        </w:rPr>
        <w:t>1:18:36  yeh sab khud sakhta hain, khud hi bana rakha hai. yeh doosre insan insan hain, doosre insan madu hain.</w:t>
      </w:r>
      <w:r>
        <w:br/>
      </w:r>
      <w:r>
        <w:rPr>
          <w:sz w:val="20"/>
        </w:rPr>
        <w:t>1:18:44  un se hamein khair khwahi karna hai, un se hamein nafrat jaiz hi nahi hai. chahe woh america ho, chahe yahoodi ho, chahe hindu ho, hamare liye haram hai ke hum nafrat karein un se.</w:t>
      </w:r>
      <w:r>
        <w:br/>
      </w:r>
      <w:r>
        <w:rPr>
          <w:sz w:val="20"/>
        </w:rPr>
        <w:t>1:18:57  lekin ab musalman dhoom se nafrat kar rahe hain. sare musalman nafrat kar rahe hain. shikayatein kar rahe hain, protest kar rahe hain, gun aur bomb chala rahe hain.</w:t>
      </w:r>
      <w:r>
        <w:br/>
      </w:r>
      <w:r>
        <w:rPr>
          <w:sz w:val="20"/>
        </w:rPr>
        <w:t>1:19:07  yeh sab haram kaam hain. lekin is haram kaam ke liye unhon ne khud sakhta taur par, yani deen ke interpretation nikal rakhe hain.</w:t>
      </w:r>
      <w:r>
        <w:br/>
      </w:r>
      <w:r>
        <w:rPr>
          <w:sz w:val="20"/>
        </w:rPr>
        <w:t>1:19:17  khud sakhta taur par, khud sakhta taur par nikal rakha hai ke yeh jaiz hai. yani just is ko quran o hadith se justify kar rakha hai.</w:t>
      </w:r>
      <w:r>
        <w:br/>
      </w:r>
      <w:r>
        <w:rPr>
          <w:sz w:val="20"/>
        </w:rPr>
        <w:t>1:19:28  woh hai amani. quran o hadith justify kar rakha hai is ko amani par. jitna bhi yeh nafrat karobar hai musalmanon mein, ghair muslimon se, chahe america ke khilaf ho, chahe yahoodi ke khilaf ho, hindu ke khilaf ho, sab amani par mabni hai.</w:t>
      </w:r>
      <w:r>
        <w:br/>
      </w:r>
      <w:r>
        <w:rPr>
          <w:sz w:val="20"/>
        </w:rPr>
        <w:t>1:19:45  yani khud hi khud bana liya aise matlab quran</w:t>
      </w:r>
      <w:r>
        <w:br/>
      </w:r>
      <w:r>
        <w:rPr>
          <w:sz w:val="20"/>
        </w:rPr>
        <w:t>1:19:48  o hadith ka jis se woh justify hota ho un ka feal. to sab amani mein jeete hain yeh log aur sab ke sab Allah ke liye pakde jayenge.</w:t>
      </w:r>
      <w:r>
        <w:br/>
      </w:r>
      <w:r>
        <w:rPr>
          <w:sz w:val="20"/>
        </w:rPr>
        <w:t>1:19:58  kyun ke hamare less be amani ek amani ek ahl e kitab. yani tum khud se koi, yani ek khud se ek interpretation nikal lo, khud se ayat aur hadith ka matlab nikal lo jis se tumhara justify ho raha ho tumhara feal.</w:t>
      </w:r>
      <w:r>
        <w:br/>
      </w:r>
      <w:r>
        <w:rPr>
          <w:sz w:val="20"/>
        </w:rPr>
        <w:t>1:20:14  is se to bacho ge nahi, pakad jaoge.</w:t>
      </w:r>
      <w:r>
        <w:br/>
      </w:r>
      <w:r>
        <w:rPr>
          <w:sz w:val="20"/>
        </w:rPr>
        <w:t>1:20:17  tum pakad jaoge. jaise ek misal deta hoon main aap ko ke kuch logon se meri mulaqat, kuch logon se baat hui meri.</w:t>
      </w:r>
      <w:r>
        <w:br/>
      </w:r>
      <w:r>
        <w:rPr>
          <w:sz w:val="20"/>
        </w:rPr>
        <w:t>1:20:30  main ne kaha ke arab log jo ladai chhede hue hain yahudiyon ke khilaf, woh islam ke khilaf hai. woh anti islamic ladai hai. unhon ne kaha kaise?</w:t>
      </w:r>
      <w:r>
        <w:br/>
      </w:r>
      <w:r>
        <w:rPr>
          <w:sz w:val="20"/>
        </w:rPr>
        <w:t>1:20:39  main ne kaha ke quran mein saaf saaf likha hua hai ke falasteen yahudiyon ke liye likh diya gaya hai.</w:t>
      </w:r>
      <w:r>
        <w:br/>
      </w:r>
      <w:r>
        <w:rPr>
          <w:sz w:val="20"/>
        </w:rPr>
        <w:t>1:20:47  yani yahudiyon ke liye woh, yani goya allot kar diya gaya hai. kehna chahiye yeh likha hua hai quran majeed mein: falasteen yahudiyon ke liye allot kar diya gaya hai.</w:t>
      </w:r>
      <w:r>
        <w:br/>
      </w:r>
      <w:r>
        <w:rPr>
          <w:sz w:val="20"/>
        </w:rPr>
        <w:t>1:21:01  to aap kyun lad rahe hain un se? woh Allah ne unhein allot kar diya to maan lijiye ke woh un ki zameen hai. aap wahan ja kar rehte hain to rahiye, woh mana nahi karte aap ko rehne se.</w:t>
      </w:r>
      <w:r>
        <w:br/>
      </w:r>
      <w:r>
        <w:rPr>
          <w:sz w:val="20"/>
        </w:rPr>
        <w:t>1:21:11  lekin ladte kyon hain aap un se? to woh ayat maine padhi un ko</w:t>
      </w:r>
      <w:r>
        <w:br/>
      </w:r>
      <w:r>
        <w:rPr>
          <w:sz w:val="20"/>
        </w:rPr>
        <w:t>1:21:18  to kya kehte hain? woh to mansookh ho chuki hai. kehte hain woh to mansookh ho chuki hai. yeh kya hai? amaani hai. kyunke mansookh ho chuki hai. kahan?</w:t>
      </w:r>
      <w:r>
        <w:br/>
      </w:r>
      <w:r>
        <w:rPr>
          <w:sz w:val="20"/>
        </w:rPr>
        <w:t>1:21:26  kis ne mansookh kiya? woh kaun si ayat hai aur kaun si hadith hai jis se nikalta hai ke mansookh hui woh ayat? kaun si? kaun si ayat bataiye?</w:t>
      </w:r>
      <w:r>
        <w:br/>
      </w:r>
      <w:r>
        <w:rPr>
          <w:sz w:val="20"/>
        </w:rPr>
        <w:t>1:21:35  ya qaum ul kulu aur Allah jo Allah ne likh diya tumhare liye.</w:t>
      </w:r>
      <w:r>
        <w:br/>
      </w:r>
      <w:r>
        <w:rPr>
          <w:sz w:val="20"/>
        </w:rPr>
        <w:t>1:21:44  to kaha ke bible mein jo hai, bible mein hai ke falasteen yahudiyon ke liye promised land hai. bible mein hai ke falasteen yahudiyon ke liye promised land hai.</w:t>
      </w:r>
      <w:r>
        <w:br/>
      </w:r>
      <w:r>
        <w:rPr>
          <w:sz w:val="20"/>
        </w:rPr>
        <w:t>1:21:56  theek hai, yeh to quran majeed mein bhi hai.</w:t>
      </w:r>
      <w:r>
        <w:br/>
      </w:r>
      <w:r>
        <w:rPr>
          <w:sz w:val="20"/>
        </w:rPr>
        <w:t>1:22:01  theek, wahi to musalman, wahi to quran majeed mein bhi hai. to is mani hai ke yahudiyon ko haq hai ke woh ja ke basein falasteen mein. aap rok nahi sakte un ko.</w:t>
      </w:r>
      <w:r>
        <w:br/>
      </w:r>
      <w:r>
        <w:rPr>
          <w:sz w:val="20"/>
        </w:rPr>
        <w:t>1:22:12  baqi aap rokte nahi hain. woh</w:t>
      </w:r>
      <w:r>
        <w:br/>
      </w:r>
      <w:r>
        <w:rPr>
          <w:sz w:val="20"/>
        </w:rPr>
        <w:t>1:22:13  abhi bhi, abhi bhi falasteen mein 20 percent yeh arab rehte hain. to aap rahiye un mein. ladte kyon? un ko nikal maar ke nikalte kyon hain?</w:t>
      </w:r>
      <w:r>
        <w:br/>
      </w:r>
      <w:r>
        <w:rPr>
          <w:sz w:val="20"/>
        </w:rPr>
        <w:t>1:22:23  kyon kehte hain ke hum un ko maar ke phenk den ge? sanarbi fil burr. to kya nikal rakha hai ke woh to, woh to ayat mansookh ho gayi.</w:t>
      </w:r>
      <w:r>
        <w:br/>
      </w:r>
      <w:r>
        <w:rPr>
          <w:sz w:val="20"/>
        </w:rPr>
        <w:t>1:22:32  yeh jhoot hai, yeh jhoot hai, yeh jhoot hai. kyunke aap ko pesh karna parega koi ayat ya hadith ke woh ayat mansookh ho gayi.</w:t>
      </w:r>
      <w:r>
        <w:br/>
      </w:r>
      <w:r>
        <w:rPr>
          <w:sz w:val="20"/>
        </w:rPr>
        <w:t>1:22:41  agar aap nahi pesh kar sakte to aap jhoot bol rahe hain. to sara musalmanon ka jo case hai, sab amaani par mabni hai. amaani sara hai, chahe arab hon ya ajam hon, sab amaani pe khade hue hain.</w:t>
      </w:r>
      <w:r>
        <w:br/>
      </w:r>
      <w:r>
        <w:rPr>
          <w:sz w:val="20"/>
        </w:rPr>
        <w:t>1:22:56  to amaani pe khade hone ka mani hai ke amaani mein jab khada hota hai aadmi to kya karta hai? quran o hadith ka galat interpretation de kar us ko justify karta hai.</w:t>
      </w:r>
      <w:r>
        <w:br/>
      </w:r>
      <w:r>
        <w:rPr>
          <w:sz w:val="20"/>
        </w:rPr>
        <w:t>1:23:06  to is tarah ke justification humein nahi bachaye ga.</w:t>
      </w:r>
      <w:r>
        <w:br/>
      </w:r>
      <w:r>
        <w:rPr>
          <w:sz w:val="20"/>
        </w:rPr>
        <w:t>1:23:10  is tarah ke justification hum bach nahi sakte. Allah taala ki hamari flogging hogi, hum pakad jayenge.</w:t>
      </w:r>
    </w:p>
    <w:p>
      <w:pPr>
        <w:pStyle w:val="Heading2"/>
      </w:pPr>
      <w:r>
        <w:t>Reward for love of mission without education</w:t>
      </w:r>
    </w:p>
    <w:p>
      <w:r>
        <w:rPr>
          <w:color w:val="666666"/>
          <w:sz w:val="18"/>
        </w:rPr>
        <w:t>Spirituality · Present Day Muslims Jan 13, 2013 · 6m 32s · at 1:16:34 · https://youtu.be/CVcbWVYitog?t=4594</w:t>
      </w:r>
    </w:p>
    <w:p>
      <w:r>
        <w:rPr>
          <w:i/>
        </w:rPr>
        <w:t>“I am not educated enough to do Dawa work or education work. But I love your mission. Will Allah reward me for this love? How can I be useful for this mission?”</w:t>
      </w:r>
    </w:p>
    <w:p>
      <w:r>
        <w:rPr>
          <w:sz w:val="20"/>
        </w:rPr>
        <w:t>1:16:34  Maulana, agla sawal Dhampur se hai, Mahtab sahib ka.</w:t>
      </w:r>
      <w:r>
        <w:br/>
      </w:r>
      <w:r>
        <w:rPr>
          <w:sz w:val="20"/>
        </w:rPr>
        <w:t>1:16:38  Unhon ne likha hai: "Maulana sahib, I am not educated enough to do Dawa work better or to do education work.</w:t>
      </w:r>
      <w:r>
        <w:br/>
      </w:r>
      <w:r>
        <w:rPr>
          <w:sz w:val="20"/>
        </w:rPr>
        <w:t>1:16:49  But I love your mission and work. Will Allah give me reward for this love and tell me how can I be useful and also tell me how can I be useful for this mission?" .</w:t>
      </w:r>
      <w:r>
        <w:br/>
      </w:r>
      <w:r>
        <w:rPr>
          <w:sz w:val="20"/>
        </w:rPr>
        <w:t>1:17:01  Bhai, sab se bari cheez to love hai.</w:t>
      </w:r>
      <w:r>
        <w:br/>
      </w:r>
      <w:r>
        <w:rPr>
          <w:sz w:val="20"/>
        </w:rPr>
        <w:t>1:17:04  Love jo hai, love apnay aap mein har cheez paida kar deta hai. Aur yaqeenan aap ke andar hoga, aap kar rahay hon gay, aap apnay kaam ko ghata kar mat dekhiye.</w:t>
      </w:r>
      <w:r>
        <w:br/>
      </w:r>
      <w:r>
        <w:rPr>
          <w:sz w:val="20"/>
        </w:rPr>
        <w:t>1:17:16  Jo aap kar rahay hain, kyunkay aap ko to jo love hai, woh to yani khud hi zor maray ga aik karnay ke liye. Aur zor mar raha hoga, aap kar rahay hon gay kaam.</w:t>
      </w:r>
      <w:r>
        <w:br/>
      </w:r>
      <w:r>
        <w:rPr>
          <w:sz w:val="20"/>
        </w:rPr>
        <w:t>1:17:27  Lekin is ko ghata ke samajhte</w:t>
      </w:r>
      <w:r>
        <w:br/>
      </w:r>
      <w:r>
        <w:rPr>
          <w:sz w:val="20"/>
        </w:rPr>
        <w:t>1:17:29  hon gay. Nahi, aap ke love ne aap ko jo kuch active kar rakha hai, jitna kaam aap kar rahay hain, woh bohat bara kaam samjhiye is ko.</w:t>
      </w:r>
      <w:r>
        <w:br/>
      </w:r>
      <w:r>
        <w:rPr>
          <w:sz w:val="20"/>
        </w:rPr>
        <w:t>1:17:38  Woh karnay samjhiye is ko. Is ko underestimate mat kijiye. Har giz har giz underestimate mat kijiye.</w:t>
      </w:r>
      <w:r>
        <w:br/>
      </w:r>
      <w:r>
        <w:rPr>
          <w:sz w:val="20"/>
        </w:rPr>
        <w:t>1:17:49  Maulana, agla aik comment aur aik sawal hai jo Muhammad Yunusuddin sahib ka aaya hai. Unhon</w:t>
      </w:r>
      <w:r>
        <w:br/>
      </w:r>
      <w:r>
        <w:rPr>
          <w:sz w:val="20"/>
        </w:rPr>
        <w:t>1:17:56  ne likha hai: "Maulana, mein pichlay paanch saalon se bilkul khulay zehn ke sath aap ki kitabon aur mahnama Al-Risala ka mutalia kar raha hoon.</w:t>
      </w:r>
      <w:r>
        <w:br/>
      </w:r>
      <w:r>
        <w:rPr>
          <w:sz w:val="20"/>
        </w:rPr>
        <w:t>1:18:07  In mein Tazkir-ul-Quran, Ta'beer ki Ghalati, aur Paigham-e-Inqilab ne to meri fikr ki simt hi badal di. Mein Jamaat-e-Islami ke Students Wing se wabasta tha, us lihaaz se mein ne Jamaat-e-Islami ke literature ka bhi kafi mutalia kiya hai.</w:t>
      </w:r>
      <w:r>
        <w:br/>
      </w:r>
      <w:r>
        <w:rPr>
          <w:sz w:val="20"/>
        </w:rPr>
        <w:t>1:18:25  Is do tarafah mutalia se mujhe aap ki tehreeron mein Islam ki sahi tasweer nazar aayi. Aap ke dalail ne mujhe kafi mutasir kiya.</w:t>
      </w:r>
      <w:r>
        <w:br/>
      </w:r>
      <w:r>
        <w:rPr>
          <w:sz w:val="20"/>
        </w:rPr>
        <w:t>1:18:36  maulana, is silsile mein mera sawal yeh hai ke is waqt Egypt ke aqwam-e-muslimeen ki jo so-called political success ko le ke jamaat-e-islami ke log apne nazariye ki sadakat ke liye is ko aik misaal ke taur par pesh kar rahe hain,</w:t>
      </w:r>
      <w:r>
        <w:br/>
      </w:r>
      <w:r>
        <w:rPr>
          <w:sz w:val="20"/>
        </w:rPr>
        <w:t>1:18:55  is par aap ki wazahat chahiye. yeh to musalman aadi hain jhooti khushiyan manane ke. bar bar hi bana chuke hain jhooti khushiyan.</w:t>
      </w:r>
      <w:r>
        <w:br/>
      </w:r>
      <w:r>
        <w:rPr>
          <w:sz w:val="20"/>
        </w:rPr>
        <w:t>1:19:07  dekhiye, aap intezar kijiye result ka. abhi to election mein jeete hain. election mein jeete kaise hote hain?</w:t>
      </w:r>
      <w:r>
        <w:br/>
      </w:r>
      <w:r>
        <w:rPr>
          <w:sz w:val="20"/>
        </w:rPr>
        <w:t>1:19:15  election mein jo jeet hui hai un ki, issue Islam nahi tha woh. husni mubarak ke mazalim the.</w:t>
      </w:r>
      <w:r>
        <w:br/>
      </w:r>
      <w:r>
        <w:rPr>
          <w:sz w:val="20"/>
        </w:rPr>
        <w:t>1:19:23  jis ko kehte hain anti incompetency factor. to yani bohat hi yeh is ko log samajhte hain is baat ko ke Misr mein jo jeeti hai Muslim Brotherhood, woh theek isi tarah jeeti hai jis tarah se secular mulkon mein log anti incompetency factor ko le kar jeet te hain.</w:t>
      </w:r>
      <w:r>
        <w:br/>
      </w:r>
      <w:r>
        <w:rPr>
          <w:sz w:val="20"/>
        </w:rPr>
        <w:t>1:19:43  is ka Islam se koi talluq nahi hai. abhi to Islam kuch kuch bhi wahan par nahi dekha aap ne.</w:t>
      </w:r>
      <w:r>
        <w:br/>
      </w:r>
      <w:r>
        <w:rPr>
          <w:sz w:val="20"/>
        </w:rPr>
        <w:t>1:19:49  ab in ka term khatm ho jayega aur aur Islam ke aitbar se wahan kuch bhi nahi aayega. na aaghaz mein Islam hai, na aakhir mein Islam hai.</w:t>
      </w:r>
      <w:r>
        <w:br/>
      </w:r>
      <w:r>
        <w:rPr>
          <w:sz w:val="20"/>
        </w:rPr>
        <w:t>1:19:59  woh to anti incompetency factor hai. dekhiye, shayad aap mein se kuch log janna chahein ke kya matlab hai anti incompetency factor ka.</w:t>
      </w:r>
      <w:r>
        <w:br/>
      </w:r>
      <w:r>
        <w:rPr>
          <w:sz w:val="20"/>
        </w:rPr>
        <w:t>1:20:09  anti incompetency factor ka matlab hai ke jab bhi koi rule karta hai, chahe aik individual ho ya party ho, to log hamesha over expectation karne lagte hain.</w:t>
      </w:r>
      <w:r>
        <w:br/>
      </w:r>
      <w:r>
        <w:rPr>
          <w:sz w:val="20"/>
        </w:rPr>
        <w:t>1:20:21  over expectation. woh poora nahi karta woh aadmi. koi bhi nahi poora kar sakta. paighambar bhi nahi kar sakta poora.</w:t>
      </w:r>
      <w:r>
        <w:br/>
      </w:r>
      <w:r>
        <w:rPr>
          <w:sz w:val="20"/>
        </w:rPr>
        <w:t>1:20:29  to is ko exploit karte hain log. is ko exploit karte hain. aur is ko exploit kar ke logon ki rai apne muwafiq kar lete hain.</w:t>
      </w:r>
      <w:r>
        <w:br/>
      </w:r>
      <w:r>
        <w:rPr>
          <w:sz w:val="20"/>
        </w:rPr>
        <w:t>1:20:39  aur is tarah se election hum jeet jate hain. yeh wahan hua hai. yani wahan par jo regime thi husni mubarak ki, us ne bohat si aisi cheezein ki thin jis se logon ko dukh pahuncha tha.</w:t>
      </w:r>
      <w:r>
        <w:br/>
      </w:r>
      <w:r>
        <w:rPr>
          <w:sz w:val="20"/>
        </w:rPr>
        <w:t>1:20:52  khoob khoob is ka istemal kiya.</w:t>
      </w:r>
      <w:r>
        <w:br/>
      </w:r>
      <w:r>
        <w:rPr>
          <w:sz w:val="20"/>
        </w:rPr>
        <w:t>1:20:55  to jeet jo hui hai, aap ko maloom hai wahan par voting kitni hui thi? sirf 32%. Misr ke jo yani voter hain, un ke sirf 32% ne vote diya.</w:t>
      </w:r>
      <w:r>
        <w:br/>
      </w:r>
      <w:r>
        <w:rPr>
          <w:sz w:val="20"/>
        </w:rPr>
        <w:t>1:21:10  aur un mein se Muslim Brotherhood ko sirf 10% vote mila. to yeh jeet kya hai?</w:t>
      </w:r>
      <w:r>
        <w:br/>
      </w:r>
      <w:r>
        <w:rPr>
          <w:sz w:val="20"/>
        </w:rPr>
        <w:t>1:21:18  to behr-haal yeh jeet hai isi policy ki jo jis ko kehte hain anti incompetency factor. is ki jeet hui hai.</w:t>
      </w:r>
      <w:r>
        <w:br/>
      </w:r>
      <w:r>
        <w:rPr>
          <w:sz w:val="20"/>
        </w:rPr>
        <w:t>1:21:27  Islam ki jeet jab hogi jab aap dekhein ke wahan par Islam aa gaya. woh to abhi to kuch bhi nahi hua. abhi to taqreer ho rahi hai khali.</w:t>
      </w:r>
      <w:r>
        <w:br/>
      </w:r>
      <w:r>
        <w:rPr>
          <w:sz w:val="20"/>
        </w:rPr>
        <w:t>1:21:38  is ka intezar kijiye in ka term poora hone ka. aur us waqt dekhiye ga aap ke kya hua. Islam aaya hai ke in ki kya aaya</w:t>
      </w:r>
      <w:r>
        <w:br/>
      </w:r>
      <w:r>
        <w:rPr>
          <w:sz w:val="20"/>
        </w:rPr>
        <w:t>1:21:45  hai. main abhi se aap se peshgi kehta hoon ke kuch bhi nahi aane wala hai. kuch bhi nahi aane wala. jaise ke Pakistan ko dekh li jiye.</w:t>
      </w:r>
      <w:r>
        <w:br/>
      </w:r>
      <w:r>
        <w:rPr>
          <w:sz w:val="20"/>
        </w:rPr>
        <w:t>1:21:54  Pakistan Islam ke naam par dhoom machi thi. ban bhi gaya. is ka naam bhi rakh diya Islami Jamhooria Pakistan. lekin kuch bhi hua nahi. jis dastoor ke liye wahan par referendum hua, woh dastoor bhi Pakistan mein manzoor ho gaya.</w:t>
      </w:r>
      <w:r>
        <w:br/>
      </w:r>
      <w:r>
        <w:rPr>
          <w:sz w:val="20"/>
        </w:rPr>
        <w:t>1:22:08  phir bhi kuch nahi hua. to wohi wohi wahan wohi hone wal</w:t>
      </w:r>
      <w:r>
        <w:br/>
      </w:r>
      <w:r>
        <w:rPr>
          <w:sz w:val="20"/>
        </w:rPr>
        <w:t>1:22:14  a hai. abhi to bohat qabl az waqt hai khushi manana. yani Pakistan mein koi mein mein kehta hoon ke Pakistan mein yeh Jamaat-e-Islami mein koi aik bhi mudabir aadmi nahi hai.</w:t>
      </w:r>
      <w:r>
        <w:br/>
      </w:r>
      <w:r>
        <w:rPr>
          <w:sz w:val="20"/>
        </w:rPr>
        <w:t>1:22:24  woh kya jaane ke haqaiq halaat kya hain. aik bhi shakhs mudabir nahi hai na Pakistan ki Jamaat-e-Islami mein, na India ki Jamaat-e-Islami mein. agar aap samajhte hain mudabir to is ki koi kitaab laiye, main bata doon ga ke kitna tadabur kitna hai is ke andar.</w:t>
      </w:r>
      <w:r>
        <w:br/>
      </w:r>
      <w:r>
        <w:rPr>
          <w:sz w:val="20"/>
        </w:rPr>
        <w:t>1:22:40  bas yeh hawaein bhi jeete hain hawa mein.</w:t>
      </w:r>
      <w:r>
        <w:br/>
      </w:r>
      <w:r>
        <w:rPr>
          <w:sz w:val="20"/>
        </w:rPr>
        <w:t>1:22:43  she'r o shairi mein, adabi taqreeron mein, sahafati is mein jeete hain yeh log. behr-haal main yeh peshgi taur par yeh aap se yahi kehta hoon ke aap dekh lijiyega ke Muslim Brotherhood ka term poora ho jayega.</w:t>
      </w:r>
      <w:r>
        <w:br/>
      </w:r>
      <w:r>
        <w:rPr>
          <w:sz w:val="20"/>
        </w:rPr>
        <w:t>1:22:57  un ki hukumat khatm ho jaye gi aur koi islam waghera wahan nahi aanay wala pakistan mein. woh un ka.</w:t>
      </w:r>
    </w:p>
    <w:p>
      <w:pPr>
        <w:pStyle w:val="Heading2"/>
      </w:pPr>
      <w:r>
        <w:t>Starting point of spiritual knowledge</w:t>
      </w:r>
    </w:p>
    <w:p>
      <w:r>
        <w:rPr>
          <w:color w:val="666666"/>
          <w:sz w:val="18"/>
        </w:rPr>
        <w:t>Spirituality · The Early Life of Prophet Muhammad November 28, 2021 Dr. Saniyasnain Khan · 11m 32s · at 35:36 · https://youtu.be/xjZAqfhmg1Y?t=2136</w:t>
      </w:r>
    </w:p>
    <w:p>
      <w:r>
        <w:rPr>
          <w:i/>
        </w:rPr>
        <w:t>“What should be the starting point of ma'rifat (spiritual knowledge)?”</w:t>
      </w:r>
    </w:p>
    <w:p>
      <w:r>
        <w:rPr>
          <w:sz w:val="20"/>
        </w:rPr>
        <w:t>35:36  merat se aah, zuber siddiqi sahib ne sawal bheja hai. aah, unhon ne aap se poocha hai ke: "marifat ka starting point kya hona chahiye?" what is the starting point of marifat?</w:t>
      </w:r>
      <w:r>
        <w:br/>
      </w:r>
      <w:r>
        <w:rPr>
          <w:sz w:val="20"/>
        </w:rPr>
        <w:t>35:51  isko wazeh kar dein aap. marifat ka jo starting point hai, wohi hai distractions ko avoid karna.</w:t>
      </w:r>
      <w:r>
        <w:br/>
      </w:r>
      <w:r>
        <w:rPr>
          <w:sz w:val="20"/>
        </w:rPr>
        <w:t>36:00  chounke jab aadmi distractions ko avoid karta hai, tabhi woh apne andar yeh salahiyat paida karta hai ke woh baaton ko gehrai se samjhe.</w:t>
      </w:r>
      <w:r>
        <w:br/>
      </w:r>
      <w:r>
        <w:rPr>
          <w:sz w:val="20"/>
        </w:rPr>
        <w:t>36:10  jaise abhi aap ne kaha hai ke jo signs hain, khuda ke signs jo poore universe mein phailay hue hain, un par ghore o fikr.</w:t>
      </w:r>
      <w:r>
        <w:br/>
      </w:r>
      <w:r>
        <w:rPr>
          <w:sz w:val="20"/>
        </w:rPr>
        <w:t>36:20  to jab distraction se avoid karega, apne andar mizaj paida karega, aur quran ki baaton ko gehrai se samjhega, un ko contemplate karega, aah, tadabbur karega, tabhi woh aah, marifat ka safar shuru kar payega.</w:t>
      </w:r>
      <w:r>
        <w:br/>
      </w:r>
      <w:r>
        <w:rPr>
          <w:sz w:val="20"/>
        </w:rPr>
        <w:t>36:39  mere ko aah, doctor sahib, ek hadith bhi yaad aa rahi hai aah, marifat ke talluq se ke: "aah, prophet one said that aah, ab the person who's most superior aah, in the side of allah is the one who remembers him profusely." aah, to ek tareeqay se starting point yeh bhi hai aah, ke bohat zikr karna.</w:t>
      </w:r>
      <w:r>
        <w:br/>
      </w:r>
      <w:r>
        <w:rPr>
          <w:sz w:val="20"/>
        </w:rPr>
        <w:t>37:06  آہ، تو معرفت آہ، از مولانا کہتے تھے کہ: "معرفت is the essence of spirituality."</w:t>
      </w:r>
      <w:r>
        <w:br/>
      </w:r>
      <w:r>
        <w:rPr>
          <w:sz w:val="20"/>
        </w:rPr>
        <w:t>37:12  اینڈ وہ کہتے تھے کہ: "اپنے mind کو اس طریقے سے develop کیجئے اس extent تک کہ آپ</w:t>
      </w:r>
      <w:r>
        <w:br/>
      </w:r>
      <w:r>
        <w:rPr>
          <w:sz w:val="20"/>
        </w:rPr>
        <w:t>37:17  har cheez ko ek point of reference bana sakein, aur us ko phir aap aah, Khuda se jorein."</w:t>
      </w:r>
      <w:r>
        <w:br/>
      </w:r>
      <w:r>
        <w:rPr>
          <w:sz w:val="20"/>
        </w:rPr>
        <w:t>37:25  to jaise unhone ek ek bar barish ka zikr kiya ke: "jab barish hoti hai to ek</w:t>
      </w:r>
      <w:r>
        <w:br/>
      </w:r>
      <w:r>
        <w:rPr>
          <w:sz w:val="20"/>
        </w:rPr>
        <w:t>37:30  believer jab ah, us ko le ke sochta hai, observe karta hai, to phir woh ah, us ko</w:t>
      </w:r>
      <w:r>
        <w:br/>
      </w:r>
      <w:r>
        <w:rPr>
          <w:sz w:val="20"/>
        </w:rPr>
        <w:t>37:35  aur aage tak le ke jata hai.</w:t>
      </w:r>
      <w:r>
        <w:br/>
      </w:r>
      <w:r>
        <w:rPr>
          <w:sz w:val="20"/>
        </w:rPr>
        <w:t>37:36  ek chain reaction form hota hai us ke mind mein ke kaise barish hui, aah, matlab kaise samandar ka aah, salty water through the process that is laid down by the creator converts that salty water into fresh water." to phir us ke andar ek aur cheez aah, us ke zehan mein aati hai ke: "aah, allah taala ne hamein aise hi nahi chhod diya is duniya mein.</w:t>
      </w:r>
      <w:r>
        <w:br/>
      </w:r>
      <w:r>
        <w:rPr>
          <w:sz w:val="20"/>
        </w:rPr>
        <w:t>38:02  وہ سارے آہ، provisions آہ، اللہ تعالی نے ہمارے لیے اس custom-made universe میں رکھے ہیں۔"</w:t>
      </w:r>
      <w:r>
        <w:br/>
      </w:r>
      <w:r>
        <w:rPr>
          <w:sz w:val="20"/>
        </w:rPr>
        <w:t>38:09  تو جیسے آپ نے بھی بتایا talk میں کہ: "اس کو helplessness کا آہ، آہ، ایک احساس ہوتا</w:t>
      </w:r>
      <w:r>
        <w:br/>
      </w:r>
      <w:r>
        <w:rPr>
          <w:sz w:val="20"/>
        </w:rPr>
        <w:t>38:15  ہے، ایک acknowledgement کا احساس ہوتا ہے۔"</w:t>
      </w:r>
      <w:r>
        <w:br/>
      </w:r>
      <w:r>
        <w:rPr>
          <w:sz w:val="20"/>
        </w:rPr>
        <w:t>38:18  تو جب ہم آہ، اس کو اس طریقے سے سوچتے ہیں تو then we, you know, are able</w:t>
      </w:r>
      <w:r>
        <w:br/>
      </w:r>
      <w:r>
        <w:rPr>
          <w:sz w:val="20"/>
        </w:rPr>
        <w:t>38:23  to ah, connect with God, aur hum ek acknowledgment ke taur pe bahut zyada hamare andar ek ah,</w:t>
      </w:r>
      <w:r>
        <w:br/>
      </w:r>
      <w:r>
        <w:rPr>
          <w:sz w:val="20"/>
        </w:rPr>
        <w:t>38:30  toofan ki tarah ek shukr ka aah, jazba umadta hai.</w:t>
      </w:r>
      <w:r>
        <w:br/>
      </w:r>
      <w:r>
        <w:rPr>
          <w:sz w:val="20"/>
        </w:rPr>
        <w:t>38:34  to is tareeqay se phir woh ek marifat ka process aah, insaan ke andar jaari ho jata hai. ji, aap ne jo yeh baat kahi hai ke: "zikr humm aah, ka ehsas paida hota hai us ke andar, aur khuda ka zikr aur shukr." to zikr aam taur se log aah, jo aaj kal trend hai aah, awam mein, woh zikr samajhte hain ke: "kuch alfaaz hain, un ko dohrana." humm, yaani aah,</w:t>
      </w:r>
      <w:r>
        <w:br/>
      </w:r>
      <w:r>
        <w:rPr>
          <w:sz w:val="20"/>
        </w:rPr>
        <w:t>39:03  allah o akbar ya alhamdulillah ya subhan allah bar bar bar bar kehna to yeh hai zikr. jo Maulana ne explain kiya hai, yeh zikr nahi hai.</w:t>
      </w:r>
      <w:r>
        <w:br/>
      </w:r>
      <w:r>
        <w:rPr>
          <w:sz w:val="20"/>
        </w:rPr>
        <w:t>39:13  repetition of words zikr nahi hai. zikr to yeh hai ke aap ne koi cheez dekhi, koi cheez sochi, aur aap ka zehn khuda ki taraf gaya ke: "kaise allah ne yeh cheez banai hai?</w:t>
      </w:r>
      <w:r>
        <w:br/>
      </w:r>
      <w:r>
        <w:rPr>
          <w:sz w:val="20"/>
        </w:rPr>
        <w:t>39:29  kaise yeh cheez mere liye kitni sahi hai, appropriate hai?" jo gravity hai, for example, aap agar us ke upar sochein jo nazar nahi aati, agar yeh gravity na ho to hum chal nahi sakte.</w:t>
      </w:r>
      <w:r>
        <w:br/>
      </w:r>
      <w:r>
        <w:rPr>
          <w:sz w:val="20"/>
        </w:rPr>
        <w:t>39:42  humm, hum car nahi chala sakte, hum jahaz nahi uda sakte, hum ghar nahi bana sakte. sab cheezein patangon ki tarah urein gi. to yeh is tarah ki lakhon karoron cheezein hain jo har waqt hamare samne aati hain.</w:t>
      </w:r>
      <w:r>
        <w:br/>
      </w:r>
      <w:r>
        <w:rPr>
          <w:sz w:val="20"/>
        </w:rPr>
        <w:t>39:57  to un pe sochna aur us se gehra apne andar shukr khuda ka paida karna, aur yahi zikr hai.</w:t>
      </w:r>
      <w:r>
        <w:br/>
      </w:r>
      <w:r>
        <w:rPr>
          <w:sz w:val="20"/>
        </w:rPr>
        <w:t>40:07  aah, lafzon ko dohrana zikr nahi hai, balkeh khuda ki jo aah, creativity hai, jo khuda ki aah, banai hui cheezein hain, un ke upar ghore o fikr kar ke khuda ko yaad karna, yeh creative zikr us ko Maulana kaha karte thay.</w:t>
      </w:r>
      <w:r>
        <w:br/>
      </w:r>
      <w:r>
        <w:rPr>
          <w:sz w:val="20"/>
        </w:rPr>
        <w:t>40:23  ji, main ek cheez is mein add karna chahunga. rasool allah salallahu alaihi wasallam ka waqia hai jo zikr ko bhi elaborate karta hai, aur khuda ke sath kya talluq hona chahiye, us ko bhi elaborate karta hai.</w:t>
      </w:r>
      <w:r>
        <w:br/>
      </w:r>
      <w:r>
        <w:rPr>
          <w:sz w:val="20"/>
        </w:rPr>
        <w:t>40:38  aah, Ata ek tabi hain, woh kehte hain ke: "main Ubaid bin Umair ke sath Hazrat Aisha Razi</w:t>
      </w:r>
      <w:r>
        <w:br/>
      </w:r>
      <w:r>
        <w:rPr>
          <w:sz w:val="20"/>
        </w:rPr>
        <w:t>40:45  Allah anha ke pas gaya, aur un se kaha ke aap mujhe yeh bataiye ke Rasool Allah SAW ki kya khaas baat aap ko bohat achi lagi?"</w:t>
      </w:r>
      <w:r>
        <w:br/>
      </w:r>
      <w:r>
        <w:rPr>
          <w:sz w:val="20"/>
        </w:rPr>
        <w:t>40:49  Hazrat Aisha yeh sun kar rone lagin, aur unhone kaha ke: "Rasool Allah ki har baat achi</w:t>
      </w:r>
      <w:r>
        <w:br/>
      </w:r>
      <w:r>
        <w:rPr>
          <w:sz w:val="20"/>
        </w:rPr>
        <w:t>40:54  thi, lekin ek baat main tum ko batati hoon</w:t>
      </w:r>
      <w:r>
        <w:br/>
      </w:r>
      <w:r>
        <w:rPr>
          <w:sz w:val="20"/>
        </w:rPr>
        <w:t>41:00  ke ek raat Rasool Allah SAW ne kaha: 'Ae Aisha, aaj mujhe Allah ki ibadat</w:t>
      </w:r>
      <w:r>
        <w:br/>
      </w:r>
      <w:r>
        <w:rPr>
          <w:sz w:val="20"/>
        </w:rPr>
        <w:t>41:04  karni hai, mujhe distract nahi karna kisi kaam se apne.'"</w:t>
      </w:r>
      <w:r>
        <w:br/>
      </w:r>
      <w:r>
        <w:rPr>
          <w:sz w:val="20"/>
        </w:rPr>
        <w:t>41:09  Hazrat Aisha ne kaha: "theek hai, aap kijiye."</w:t>
      </w:r>
      <w:r>
        <w:br/>
      </w:r>
      <w:r>
        <w:rPr>
          <w:sz w:val="20"/>
        </w:rPr>
        <w:t>41:14  Rasool Allah SAW wuzu kar ke namaz ke liye khade ho gaye, aur rote rahe,</w:t>
      </w:r>
      <w:r>
        <w:br/>
      </w:r>
      <w:r>
        <w:rPr>
          <w:sz w:val="20"/>
        </w:rPr>
        <w:t>41:16  rasool Allah sal Allah alaihi wasallam wazoo kar ke namaz ke liye kharay hogaye, aur rotay rahe,</w:t>
      </w:r>
      <w:r>
        <w:br/>
      </w:r>
      <w:r>
        <w:rPr>
          <w:sz w:val="20"/>
        </w:rPr>
        <w:t>41:22  namaz parhte rahe, aur rote rahe, yahan tak ke bolne lage: "zameen bheeg gayi." phir us ke baad jab fajar ki namaz azan hui, aur Bilal uthane ke liye aaye, fajar se pehle rasool allah salallahu alaihi wasallam sote thay thori dair,</w:t>
      </w:r>
      <w:r>
        <w:br/>
      </w:r>
      <w:r>
        <w:rPr>
          <w:sz w:val="20"/>
        </w:rPr>
        <w:t>41:36  uthane ke liye aaye to dekha ke ro rahe hain. to kaha: "ae allah ke rasool, aap kyun itne thakte, thakate hain apne aap ko jabke allah taala ne aap ke aglay aur pichlay gunah maaf kar diye hain?" to rasool allah salallahu alaihi wasallam ne us waqt kaha: "kya main afla akun abdan shukra?</w:t>
      </w:r>
      <w:r>
        <w:br/>
      </w:r>
      <w:r>
        <w:rPr>
          <w:sz w:val="20"/>
        </w:rPr>
        <w:t>41:55  kya main shukr guzar banda na banu?" phir us ke baad kaha ke: "raat mujh par ek aisi ayat utri hai." us ke aage farmaya: "waylun liman qara'ahu wa lam yatafakkar fiha" ke jo wayl hai, us ke liye allah ki rehmat se doori hai, us ke liye jo us ko parhe aur us mein tafakkur na kare.</w:t>
      </w:r>
      <w:r>
        <w:br/>
      </w:r>
      <w:r>
        <w:rPr>
          <w:sz w:val="20"/>
        </w:rPr>
        <w:t>42:16  woh ayat kaun si thi? "inna fi khalqi samawati wal ardi wakhtilafi al laili wan nahar" ke beshak aasman o zameen ki paidaish mein, raat o din ke aanay janay mein, aql walon ke liye nishaniyan hain.</w:t>
      </w:r>
      <w:r>
        <w:br/>
      </w:r>
      <w:r>
        <w:rPr>
          <w:sz w:val="20"/>
        </w:rPr>
        <w:t>42:28  to rasool allah salallahu alaihi wasallam ka zikr kaisa hota tha, us se hum samajh sakte hain ke tadabbur o tafakkur, aasman o zameen ke wonders mein tadabbur o tafakkur, aur is tadabbur o tafakkur ke zariye khuda ko daryaft karna ke allah ke rasool, jis ke baray mein allah taala ne keh diya tha ke aap ke aglay aur pichlay gunah maaf hain, us ke bawajood shukr guzar banda ban kar aap rehna chahte hain.</w:t>
      </w:r>
      <w:r>
        <w:br/>
      </w:r>
      <w:r>
        <w:rPr>
          <w:sz w:val="20"/>
        </w:rPr>
        <w:t>42:55  ji haan, bohat zabardast baat aap ne kahi, aur mujhe bhi ek yaad aaya hai, ah, Abu Dardah jo bohat bare sahabi thay, ah, un ki death ke baad, ah, un ki wife ke pas kuch log aaye,</w:t>
      </w:r>
      <w:r>
        <w:br/>
      </w:r>
      <w:r>
        <w:rPr>
          <w:sz w:val="20"/>
        </w:rPr>
        <w:t>43:08  Umm Dardah ke pas, ah, aur poocha ke sab se bari ibadat kya thi Abu Dardah ki? humm, to unhon ne kaha: "al-tafakkur wal-i'tibar" yaani ghore o fikr karna aur naseehat lena.</w:t>
      </w:r>
      <w:r>
        <w:br/>
      </w:r>
      <w:r>
        <w:rPr>
          <w:sz w:val="20"/>
        </w:rPr>
        <w:t>43:22  to yahi woh cheez hai jo darasal marifat ka rasta hamein dikhati hai. ek aur cheez bhi hoti hai tadabbur o tafakkur ke liye, aadmi ko modest banna chahiye.</w:t>
      </w:r>
      <w:r>
        <w:br/>
      </w:r>
      <w:r>
        <w:rPr>
          <w:sz w:val="20"/>
        </w:rPr>
        <w:t>43:32  modesty ke baghair tadabbur o tafakkur ya marifat nahi aa sakti hai.</w:t>
      </w:r>
      <w:r>
        <w:br/>
      </w:r>
      <w:r>
        <w:rPr>
          <w:sz w:val="20"/>
        </w:rPr>
        <w:t>43:36  humm, ek hadith hai rasool Allah sal Allah alaihi wasallam ki: "man yatawada' lillahi darajatan yarfa' Allah bihi darajatan</w:t>
      </w:r>
      <w:r>
        <w:br/>
      </w:r>
      <w:r>
        <w:rPr>
          <w:sz w:val="20"/>
        </w:rPr>
        <w:t>43:44  wa man yatakabbar 'alal lahi darajatan yaza' Allah bihi darajatan hatta yaj'alahu fi asfalis safilin" jo Allah ke liye</w:t>
      </w:r>
      <w:r>
        <w:br/>
      </w:r>
      <w:r>
        <w:rPr>
          <w:sz w:val="20"/>
        </w:rPr>
        <w:t>43:54  ek darje tawazu ikhtiyar karta hai, us ko Allah taala uthata hai apni taraf ek darja,</w:t>
      </w:r>
      <w:r>
        <w:br/>
      </w:r>
      <w:r>
        <w:rPr>
          <w:sz w:val="20"/>
        </w:rPr>
        <w:t>44:03  aur jo takabbur karta hai Allah ki taraf ek darja, Allah taala usko girata hai ek darja, yahan tak ke usko asfalis safilin mein kar deta hai. to uthane ka matlab kya hai?</w:t>
      </w:r>
      <w:r>
        <w:br/>
      </w:r>
      <w:r>
        <w:rPr>
          <w:sz w:val="20"/>
        </w:rPr>
        <w:t>44:12  ke usko marifat ka rasta dikhata rehta hai, apni taraf qareeb karta rehta hai, jo modesty ikhtiyar karta hai. mere ko bhi ek incident yaad aa raha hai, doctor sahab, kyunke Maulana hum logon ki, meri khud ki life se, to Maulana, kyunke hum sab ki bohat training karte the, to poochte the ke experience bataiye apna.</w:t>
      </w:r>
      <w:r>
        <w:br/>
      </w:r>
      <w:r>
        <w:rPr>
          <w:sz w:val="20"/>
        </w:rPr>
        <w:t>44:31  to kyunke main work ke silsile mein travel karta tha, to main is liye bhi share kar raha hoon ke kaise Maulana kehte the ke aap usko badhaiye, usko kijiye.</w:t>
      </w:r>
      <w:r>
        <w:br/>
      </w:r>
      <w:r>
        <w:rPr>
          <w:sz w:val="20"/>
        </w:rPr>
        <w:t>44:41  to ek bari mera safar ho raha tha, main plane mein tha, aur ah, jab air hostess ne aa ke khana diya, to jaise hi maine khane ki bite li, ah, plane bohat upar tha, to mere andar achanak yeh dua nikli ke Allah taala to jis tarike se ah, idhar aasman mein khana mujhe de raha hai, to akhirat mein bhi mujhe khana zaroor dena.</w:t>
      </w:r>
      <w:r>
        <w:br/>
      </w:r>
      <w:r>
        <w:rPr>
          <w:sz w:val="20"/>
        </w:rPr>
        <w:t>45:06  ah, to maine aa ke jab Maulana se share ki yeh baat, to Maulana ne kaha: "haan, aap aise hi point of reference banaiye aur usko aage badhaiye, is se marifat develop hoti hai." ah, to point of reference bana ke har ek cheez ko apni zindagi mein point of reference bana ke usko Khuda se jodna, akhirat se jodna, ah, jab hum is tarah karenge to marifat zaroor develop hogi hamare andar.</w:t>
      </w:r>
      <w:r>
        <w:br/>
      </w:r>
      <w:r>
        <w:rPr>
          <w:sz w:val="20"/>
        </w:rPr>
        <w:t>45:34  ji, mujhe bhi yaad aata hai jahaz ka aap ne zikr kiya, to main Maulana ke sath tha hawai jahaz mein, to shayad mera pehla safar tha ya doosra safar, to main to aise curious ho raha tha ke kya hua yeh idhar kya hai, idhar kya hai,</w:t>
      </w:r>
      <w:r>
        <w:br/>
      </w:r>
      <w:r>
        <w:rPr>
          <w:sz w:val="20"/>
        </w:rPr>
        <w:t>45:54  sari cheezein dekh raha tha jahaz mein. Maulana bohat hi khamoshi se ek kone mein baith ke ek kagaz pe likh rahe the, is tarike se unhone kar liya tha apne, woh is tarike se baith ke seat pe likh rahe the kuch.</w:t>
      </w:r>
      <w:r>
        <w:br/>
      </w:r>
      <w:r>
        <w:rPr>
          <w:sz w:val="20"/>
        </w:rPr>
        <w:t>46:10  to maine dekha ke kya likh rahe hain, to unhone likha tha jo baad mein risale mein bhi shaya hua kisi safarnama mein ke jab hamara jahaz uda aasman ki taraf fiza mein uda,</w:t>
      </w:r>
      <w:r>
        <w:br/>
      </w:r>
      <w:r>
        <w:rPr>
          <w:sz w:val="20"/>
        </w:rPr>
        <w:t>46:28  to mujhe aisa mehsoos hua ke jaise ek bohat bari chidiya meri rooh ko le ke aasman mein ud gayi.</w:t>
      </w:r>
      <w:r>
        <w:br/>
      </w:r>
      <w:r>
        <w:rPr>
          <w:sz w:val="20"/>
        </w:rPr>
        <w:t>46:40  phir unhone wahan se akhirat ki baatein likhni shuru kar dein. to Maulana ka yeh mizaj tha ke woh observe karte the cheezon ko, woh aur is se sabak liya karte the,</w:t>
      </w:r>
      <w:r>
        <w:br/>
      </w:r>
      <w:r>
        <w:rPr>
          <w:sz w:val="20"/>
        </w:rPr>
        <w:t>46:55  aur har cheez ah mein marifat ki ghiza talash kar lete the. to yahi woh cheez hai, yahi mizaj hai, agar hum apne andar develop kar sakein to phir marifat ka khazana hamein har taraf nazar aayega.</w:t>
      </w:r>
    </w:p>
    <w:p>
      <w:pPr>
        <w:pStyle w:val="Heading2"/>
      </w:pPr>
      <w:r>
        <w:t>Validity of Khwaja Ajmeri's kalma in Fawa'id al-Salikin</w:t>
      </w:r>
    </w:p>
    <w:p>
      <w:r>
        <w:rPr>
          <w:color w:val="666666"/>
          <w:sz w:val="18"/>
        </w:rPr>
        <w:t>Spirituality · Contribution of Sufism in India May 29, 2011 · 25m 05s · at 1:10:18 · https://youtu.be/lzxSaTnomio?t=4218</w:t>
      </w:r>
    </w:p>
    <w:p>
      <w:r>
        <w:rPr>
          <w:i/>
        </w:rPr>
        <w:t>“In Fawa'id al-Salikin, Khwaja Ajmeri had his own kalma recited. Is it correct to do such a thing?”</w:t>
      </w:r>
    </w:p>
    <w:p>
      <w:r>
        <w:rPr>
          <w:sz w:val="20"/>
        </w:rPr>
        <w:t>1:10:18  woh in ka aik aur sawal hai, maulana unhon ne likha hai: "fawaid us salikeen mein khwaja ajmeri ne apna kalma parhwaya.</w:t>
      </w:r>
      <w:r>
        <w:br/>
      </w:r>
      <w:r>
        <w:rPr>
          <w:sz w:val="20"/>
        </w:rPr>
        <w:t>1:10:30  aise aisa karna kahan tak theek hai?" dekhein, yeh sab jo kitabein hain, is mein haqiqatein bhi hain aur kahaniyan bhi hain.</w:t>
      </w:r>
      <w:r>
        <w:br/>
      </w:r>
      <w:r>
        <w:rPr>
          <w:sz w:val="20"/>
        </w:rPr>
        <w:t>1:10:43  woh koi research ke andaaz mein nahin likhi gayi hain. kitabein to un ko parhte hue aap ko sochna chahiye ke mazeed tehqeeq karna chahiye.</w:t>
      </w:r>
      <w:r>
        <w:br/>
      </w:r>
      <w:r>
        <w:rPr>
          <w:sz w:val="20"/>
        </w:rPr>
        <w:t>1:10:55  yeh itni bhi kitabein likhi gayi hain, woh sab mein yahi baat hai ke is mein haqaaq bhi hain aur kahaniyan bhi hain.</w:t>
      </w:r>
      <w:r>
        <w:br/>
      </w:r>
      <w:r>
        <w:rPr>
          <w:sz w:val="20"/>
        </w:rPr>
        <w:t>1:11:05  tu khud ba safaa dam qadr ka husool ikhtiyar kijiye.</w:t>
      </w:r>
      <w:r>
        <w:br/>
      </w:r>
      <w:r>
        <w:rPr>
          <w:sz w:val="20"/>
        </w:rPr>
        <w:t>1:11:13  mus najma siddiqui ne dilli se likha hai: "is it islamically correct to go to such mazar where lot of bidats are propagating</w:t>
      </w:r>
      <w:r>
        <w:br/>
      </w:r>
      <w:r>
        <w:rPr>
          <w:sz w:val="20"/>
        </w:rPr>
        <w:t>1:11:24  ? to what extent the concept of nazrana ya chadar is correct or not correct?" dekhein, yeh controversial cheez hai.</w:t>
      </w:r>
      <w:r>
        <w:br/>
      </w:r>
      <w:r>
        <w:rPr>
          <w:sz w:val="20"/>
        </w:rPr>
        <w:t>1:11:35  mein khud to jata nahin kabhi jis ko samajh mein aaye theek ho jaye. mein zahiri taur par is sab se door rehta hoon, to mein to is ka just jo hai is ko leta hoon.</w:t>
      </w:r>
      <w:r>
        <w:br/>
      </w:r>
      <w:r>
        <w:rPr>
          <w:sz w:val="20"/>
        </w:rPr>
        <w:t>1:11:48  just jo hai is ki spirituality hai.</w:t>
      </w:r>
      <w:r>
        <w:br/>
      </w:r>
      <w:r>
        <w:rPr>
          <w:sz w:val="20"/>
        </w:rPr>
        <w:t>1:11:51  zahiri aitbaar se to har jagah kuch na kuch aisi baatein hoti hain jo qabil qabil e ghaur hoti hain. to mein zahiri taur par mizaj hai ke mein is ke just ko leta hoon, just ko is ke cracks ko leta hoon.</w:t>
      </w:r>
      <w:r>
        <w:br/>
      </w:r>
      <w:r>
        <w:rPr>
          <w:sz w:val="20"/>
        </w:rPr>
        <w:t>1:12:05  cracks jo hai woh spirituality hai aur woh mujhe pasand hai.</w:t>
      </w:r>
      <w:r>
        <w:br/>
      </w:r>
      <w:r>
        <w:rPr>
          <w:sz w:val="20"/>
        </w:rPr>
        <w:t>1:12:13  maulana sharq hussain ne dilli se likha hai: "mein aik musalman ke sath aik discussion mein shareek tha. yahan discussion ka subject khuda ki marifat tha.</w:t>
      </w:r>
      <w:r>
        <w:br/>
      </w:r>
      <w:r>
        <w:rPr>
          <w:sz w:val="20"/>
        </w:rPr>
        <w:t>1:12:26  discussion ke douran mazkoora musalman ne kaha ke discussion ka topic bohat boring topic hai. maulana, is ki kya wajah hai ke log marifat aur spirituality ke topic mein interest nahin lete?"</w:t>
      </w:r>
      <w:r>
        <w:br/>
      </w:r>
      <w:r>
        <w:rPr>
          <w:sz w:val="20"/>
        </w:rPr>
        <w:t>1:12:47  woh to hadith mein aaya hai ke aik zamana aaye ga jab sab se bari cheez maal ban jaye gi. log maal ki taraf dorein ge. wohi hai baat yeh ke dekhein, pehle zamane mein woh hua karta tha jo kehte hain dafina, yani log zameen neeche paisa dafan kar dete thay.</w:t>
      </w:r>
      <w:r>
        <w:br/>
      </w:r>
      <w:r>
        <w:rPr>
          <w:sz w:val="20"/>
        </w:rPr>
        <w:t>1:13:10  ab kon dafan karta hai? hamare bachpan ke zamane mein bhi dafine niklte</w:t>
      </w:r>
      <w:r>
        <w:br/>
      </w:r>
      <w:r>
        <w:rPr>
          <w:sz w:val="20"/>
        </w:rPr>
        <w:t>1:13:16  the, kahin khoda to kahin wahan koi sona chandi nikal aaye zameen ke neeche se. to kyun pehle paise ka istemal nahin tha?</w:t>
      </w:r>
      <w:r>
        <w:br/>
      </w:r>
      <w:r>
        <w:rPr>
          <w:sz w:val="20"/>
        </w:rPr>
        <w:t>1:13:27  yeh consumers ka daur aaya nahin tha. ab koi pahunche ka istemal itna barh gaya, itna barh gaya ke kisi ko dafan karne ki zaroorat nahin hai.</w:t>
      </w:r>
      <w:r>
        <w:br/>
      </w:r>
      <w:r>
        <w:rPr>
          <w:sz w:val="20"/>
        </w:rPr>
        <w:t>1:13:37  kam paisa aata hai to aap cycle khareediye, ziyada paisa aata hai to motor car khareediye, aur paisa aaya hai to hawajat khareediye. to koi had hi nahin hai.</w:t>
      </w:r>
      <w:r>
        <w:br/>
      </w:r>
      <w:r>
        <w:rPr>
          <w:sz w:val="20"/>
        </w:rPr>
        <w:t>1:13:45  to log toote par rahe hain paise ki taraf. yeh hai woh culture jis ka consumers pe aaya tha, is ka nateeja hai.</w:t>
      </w:r>
      <w:r>
        <w:br/>
      </w:r>
      <w:r>
        <w:rPr>
          <w:sz w:val="20"/>
        </w:rPr>
        <w:t>1:13:55  to chounke is paas dayen aur taraf dekh rahe hain ke paisa beh raha hai, to chahte hain ke hum dor kar ke paisa laein. to paisa hi maabood ban gaya hai.</w:t>
      </w:r>
      <w:r>
        <w:br/>
      </w:r>
      <w:r>
        <w:rPr>
          <w:sz w:val="20"/>
        </w:rPr>
        <w:t>1:14:04  zamane mein, pehle zamane mein paisa maabood is tareeqe se nahin bana tha kyunke paise ka istemal nahin tha. koi</w:t>
      </w:r>
      <w:r>
        <w:br/>
      </w:r>
      <w:r>
        <w:rPr>
          <w:sz w:val="20"/>
        </w:rPr>
        <w:t>1:14:14  mere apne bachpan mein paise ka koi khaas istemal nahin tha. paisa ho bhi to kare ga aadmi. ab to paisa aap ke paas hai, to aap aap billion dollar bhi naqis hain kharch karna chahein.</w:t>
      </w:r>
      <w:r>
        <w:br/>
      </w:r>
      <w:r>
        <w:rPr>
          <w:sz w:val="20"/>
        </w:rPr>
        <w:t>1:14:28  aap to</w:t>
      </w:r>
      <w:r>
        <w:br/>
      </w:r>
      <w:r>
        <w:rPr>
          <w:sz w:val="20"/>
        </w:rPr>
        <w:t>1:14:29  to paise ki ke paise ke istemal ke jo naye mawaqe khule hain, is ne logon ko aakhri had tak madi bana diya hai. materialist.</w:t>
      </w:r>
      <w:r>
        <w:br/>
      </w:r>
      <w:r>
        <w:rPr>
          <w:sz w:val="20"/>
        </w:rPr>
        <w:t>1:14:39  ab yeh hai masla. ab kya kiya jaye? in ko samjhana parega, in ke zehan ko in ko decondition karni paregi. jab tak decondition na kar lein, aap ko in ki baat samajh mein nahi ayegi.</w:t>
      </w:r>
      <w:r>
        <w:br/>
      </w:r>
      <w:r>
        <w:rPr>
          <w:sz w:val="20"/>
        </w:rPr>
        <w:t>1:14:54  in ka ek aur sawal hai, Maulana.</w:t>
      </w:r>
      <w:r>
        <w:br/>
      </w:r>
      <w:r>
        <w:rPr>
          <w:sz w:val="20"/>
        </w:rPr>
        <w:t>1:14:56  unhon ne likha hai: "soofiyon ke peaceful character aur un ki religious ideology jaise monism, kya aap dono ke beech mein farq karte hain ya dono ko yeksana taur par qabil-e-ittiba hai?" dekhein, monism ko zahiri taur par mein sahi nahi samajhta.</w:t>
      </w:r>
      <w:r>
        <w:br/>
      </w:r>
      <w:r>
        <w:rPr>
          <w:sz w:val="20"/>
        </w:rPr>
        <w:t>1:15:16  yeh woh hai ke wajood ko</w:t>
      </w:r>
      <w:r>
        <w:br/>
      </w:r>
      <w:r>
        <w:rPr>
          <w:sz w:val="20"/>
        </w:rPr>
        <w:t>1:15:19  mein tawheed ko manta hoon, lekin is waqt masla jo mere zehan mein tha, woh yeh hai ke musalmanon ka jo sara rukh chala gaya hai, us ki taraf political method ki taraf</w:t>
      </w:r>
      <w:r>
        <w:br/>
      </w:r>
      <w:r>
        <w:rPr>
          <w:sz w:val="20"/>
        </w:rPr>
        <w:t>1:15:37  laro aur jihad karo aur qabza karo, hukumat qaim karo. yeh jo ban gaya hai, to is ka yeh bilkul irrelevant hai.</w:t>
      </w:r>
      <w:r>
        <w:br/>
      </w:r>
      <w:r>
        <w:rPr>
          <w:sz w:val="20"/>
        </w:rPr>
        <w:t>1:15:49  yeh kaise is ko toda jaye? is zehan ko toda kaise jaye? is zehan ko kaise toda jaye? sab se bara, sab se bari museebat jo is waqt musalmanon ke upar hai, woh yeh hai ke woh isi mein koi aur tareeqa samajh mein nahi ata.</w:t>
      </w:r>
      <w:r>
        <w:br/>
      </w:r>
      <w:r>
        <w:rPr>
          <w:sz w:val="20"/>
        </w:rPr>
        <w:t>1:16:03  un ke ke larai, larai, larai, larai, larai, l</w:t>
      </w:r>
      <w:r>
        <w:br/>
      </w:r>
      <w:r>
        <w:rPr>
          <w:sz w:val="20"/>
        </w:rPr>
        <w:t>1:16:06  rai, har jagah larai, larai. yahan tak kuch society bombing karte hain. society bombing jo hai, woh to yani tabahi ki aakhri had hai.</w:t>
      </w:r>
      <w:r>
        <w:br/>
      </w:r>
      <w:r>
        <w:rPr>
          <w:sz w:val="20"/>
        </w:rPr>
        <w:t>1:16:15  woh bhi kar rahe hain kyunke in ke zehan mein woh chhaya hua hai ke tashaddud mein taqat hai. is ko kaise toda jaye? is ko todne ke liye mein samajhta hoon ke is ke jo baatein mein ne is waqt kahin, is isi zehan ko todne ke liye.</w:t>
      </w:r>
      <w:r>
        <w:br/>
      </w:r>
      <w:r>
        <w:rPr>
          <w:sz w:val="20"/>
        </w:rPr>
        <w:t>1:16:31  isi par aap dekhiye meri baat ko ke ek aalami, ek aalami, ek gumrahi hai musalmanon ki ke tashaddud mein taqat hai, gun mein taqat hai, bomb mein taqat hai, society bombing mein taqat hai.</w:t>
      </w:r>
      <w:r>
        <w:br/>
      </w:r>
      <w:r>
        <w:rPr>
          <w:sz w:val="20"/>
        </w:rPr>
        <w:t>1:16:44  chhaya hua hai logon ke upar. aap dekhein, mere siwa kaun hai jo condemn karta ho? ek bhi musalman nahi hai jo in ko condemn karta ho. bura kehte hain kis ko?</w:t>
      </w:r>
      <w:r>
        <w:br/>
      </w:r>
      <w:r>
        <w:rPr>
          <w:sz w:val="20"/>
        </w:rPr>
        <w:t>1:16:54  doosron ko. doosron ko bura kehte hain.</w:t>
      </w:r>
      <w:r>
        <w:br/>
      </w:r>
      <w:r>
        <w:rPr>
          <w:sz w:val="20"/>
        </w:rPr>
        <w:t>1:16:58  khud jo karte hain yeh kaam musalman, un ko koi bura nahi kehta. aisa chhaya hua hai logon ke dimagh par. yeh ek pur-tashaddud, yani tashaddud wala tareeqa, is ki azmat itni chhayi hui hai.</w:t>
      </w:r>
      <w:r>
        <w:br/>
      </w:r>
      <w:r>
        <w:rPr>
          <w:sz w:val="20"/>
        </w:rPr>
        <w:t>1:17:11  wohi hath asraat insan tanfeen. to is zehan ko todne ke liye mein ne yeh baat kahi hai. isi par aap is ko dekhiye.</w:t>
      </w:r>
      <w:r>
        <w:br/>
      </w:r>
      <w:r>
        <w:rPr>
          <w:sz w:val="20"/>
        </w:rPr>
        <w:t>1:17:20  Mr Arshad ne Delhi se sawal kiya</w:t>
      </w:r>
      <w:r>
        <w:br/>
      </w:r>
      <w:r>
        <w:rPr>
          <w:sz w:val="20"/>
        </w:rPr>
        <w:t>1:17:23  hai. unhon ne likha hai: "soofiyon ki tehreek ek rohani tehreek thi jo us waqt bhi kamyab thi, aaj bhi kamyab hai, jabke is se pehle musalmanon ki tehreek siyasi tehreek thi jo aaj poori tarah nakaam hai.</w:t>
      </w:r>
      <w:r>
        <w:br/>
      </w:r>
      <w:r>
        <w:rPr>
          <w:sz w:val="20"/>
        </w:rPr>
        <w:t>1:17:41  jab nateejay ke aitbar se baat bilkul saaf hai, to phir kyun musalman aaj bhi rohani dabdabe ke bajaye siyasi dabdaba qaim karna chahte hain?</w:t>
      </w:r>
      <w:r>
        <w:br/>
      </w:r>
      <w:r>
        <w:rPr>
          <w:sz w:val="20"/>
        </w:rPr>
        <w:t>1:17:53  itni moti baat kyun un ki samajh mein nahi ati?" ab maze ki sari duniya mein mein yeh baat bol raha hoon. hazaron hazar bolne wale hain, sab ulti boli bol rahe hain, doosri boli bol rahe hain.</w:t>
      </w:r>
      <w:r>
        <w:br/>
      </w:r>
      <w:r>
        <w:rPr>
          <w:sz w:val="20"/>
        </w:rPr>
        <w:t>1:18:05  kya kiya jaye? har akhbar mein, har radio mein, har TV mein, har jalse mein, har jagah log wohi baatein bol rahe hain. aap Delhi mein bhi, ab mere paas ek sahab telephone aaye jo Makkah Madinah mein hain.</w:t>
      </w:r>
      <w:r>
        <w:br/>
      </w:r>
      <w:r>
        <w:rPr>
          <w:sz w:val="20"/>
        </w:rPr>
        <w:t>1:18:18  us waqt, us waqt Makkah Madinah mein hain,</w:t>
      </w:r>
      <w:r>
        <w:br/>
      </w:r>
      <w:r>
        <w:rPr>
          <w:sz w:val="20"/>
        </w:rPr>
        <w:t>1:18:21  yani Haramain ki taqreerein sun rahe hain aur logon ke kahin ke yahan siwa koi koi baat hi doosre paas nahi. sazish aur aur dushman, yeh yeh sab baatein hain logon ke paas hain.</w:t>
      </w:r>
      <w:r>
        <w:br/>
      </w:r>
      <w:r>
        <w:rPr>
          <w:sz w:val="20"/>
        </w:rPr>
        <w:t>1:18:31  hamare khilaf sazish ki ja rahi hai, hum sab dushman bane hue hain, hum hum ko mitana chahte hain. yahi baatein hain wahan pe Makkah Madinah mein. yeh baatein hain to sab log wohi boli bol rahe hain.</w:t>
      </w:r>
      <w:r>
        <w:br/>
      </w:r>
      <w:r>
        <w:rPr>
          <w:sz w:val="20"/>
        </w:rPr>
        <w:t>1:18:43  to musalmanon ko woh is woh sunne mein aa raha hai, to isi ki isi zehan banega. un ka is zehan ko todne ke liye hum hamare yeh mission</w:t>
      </w:r>
      <w:r>
        <w:br/>
      </w:r>
      <w:r>
        <w:rPr>
          <w:sz w:val="20"/>
        </w:rPr>
        <w:t>1:18:52  , kyunke abhi to yeh mein nahin samajhta ke koi qabil-e-zikr aadmi mere siwa hai Muslim dunya mein jo yeh baatein bolta ho. To inshallah mustaqbil mein yahi yahi zehan chha jayega, yeh CPS ka zehan chha jayega mustaqbil mein.</w:t>
      </w:r>
      <w:r>
        <w:br/>
      </w:r>
      <w:r>
        <w:rPr>
          <w:sz w:val="20"/>
        </w:rPr>
        <w:t>1:19:05  Inshallah, abhi hamein iski koshish karna hai iske liye.</w:t>
      </w:r>
      <w:r>
        <w:br/>
      </w:r>
      <w:r>
        <w:rPr>
          <w:sz w:val="20"/>
        </w:rPr>
        <w:t>1:19:11  Maulana Zakwan Nadvi ne Dilli se likha hai: "Hadees mein aaya hai ke jis aadmi ke dil mein rai ke daane ke barabar bhi apni badai ka ehsas hoga, yaani kibr, woh jannat mein entry na pa sakega.</w:t>
      </w:r>
      <w:r>
        <w:br/>
      </w:r>
      <w:r>
        <w:rPr>
          <w:sz w:val="20"/>
        </w:rPr>
        <w:t>1:19:27  Yeh kibr kya cheez hai aur iska ilaaj kya hai?" Yeh to hadees bohat hi zyada tadpaney wali hai.</w:t>
      </w:r>
      <w:r>
        <w:br/>
      </w:r>
      <w:r>
        <w:rPr>
          <w:sz w:val="20"/>
        </w:rPr>
        <w:t>1:19:38  La yadhkhol al-jannata man kan fi qalbi mithqala habbati khardalin min kibr yaani kis qadar zyada yeh tadpaney wali hadees hai ke jis aadmi ke dil mein rai ke daane ke barabar bhi kibr hoga,</w:t>
      </w:r>
      <w:r>
        <w:br/>
      </w:r>
      <w:r>
        <w:rPr>
          <w:sz w:val="20"/>
        </w:rPr>
        <w:t>1:19:56  yaani kibr kehte hain arrogance, woh jannat dakhil nahin jayega. Kya jayega?</w:t>
      </w:r>
      <w:r>
        <w:br/>
      </w:r>
      <w:r>
        <w:rPr>
          <w:sz w:val="20"/>
        </w:rPr>
        <w:t>1:20:04  To sab se zyada aadmi ko isi par sochna hai. Dekhein, ek hota hai kibr khafi, ek hota hai kibr jali, yaani arrogance jo hai, ek khula khula hota hai, ek hidden type ka arrogance hota hai.</w:t>
      </w:r>
      <w:r>
        <w:br/>
      </w:r>
      <w:r>
        <w:rPr>
          <w:sz w:val="20"/>
        </w:rPr>
        <w:t>1:20:22  To khula khula to log jaan lete hain, hidden arrogance ko log nahin jaan paate.</w:t>
      </w:r>
      <w:r>
        <w:br/>
      </w:r>
      <w:r>
        <w:rPr>
          <w:sz w:val="20"/>
        </w:rPr>
        <w:t>1:20:28  Matlab hai ke dil mein to ehsas hai, badai hai. Abu se bol rahe hain, naram naram baatein. Main aise bohat se logon se mila hoon is tarah ka ke woh log samajhte hain ke bohat mutawazin hai, bohat naram boli.</w:t>
      </w:r>
      <w:r>
        <w:br/>
      </w:r>
      <w:r>
        <w:rPr>
          <w:sz w:val="20"/>
        </w:rPr>
        <w:t>1:20:43  Lekin unke jab maine un par tanqeed ki to bhadak uthe woh. Wahi insaan bhadak utha to baaz auqat andar kibr tha, munh se naram boli bol rahe the</w:t>
      </w:r>
      <w:r>
        <w:br/>
      </w:r>
      <w:r>
        <w:rPr>
          <w:sz w:val="20"/>
        </w:rPr>
        <w:t>1:20:53  tab tak jab tak ke log unki haan mein haan mila rahe the. Aur maine tanqeed kardi to bhadak uthe woh. To main samajhta hoon ke pehchan jo hai kibr ki, kibr hai ya nahin ke aap tanqeed ko sun saken.</w:t>
      </w:r>
      <w:r>
        <w:br/>
      </w:r>
      <w:r>
        <w:rPr>
          <w:sz w:val="20"/>
        </w:rPr>
        <w:t>1:21:11  Hindi ka ek maqoola hai ke "chot seh jo shabd ki, waaye guru mein daas".</w:t>
      </w:r>
      <w:r>
        <w:br/>
      </w:r>
      <w:r>
        <w:rPr>
          <w:sz w:val="20"/>
        </w:rPr>
        <w:t>1:21:18  To thoda sa badal ke main kahunga ke "chot seh jo shabd ki" wahi sabit karta hai ke mere andar kibr nahin hai. Tanqeed chuki jo bhadak uthe to yaqeeni proof hai ke uske andar kibr hai,</w:t>
      </w:r>
      <w:r>
        <w:br/>
      </w:r>
      <w:r>
        <w:rPr>
          <w:sz w:val="20"/>
        </w:rPr>
        <w:t>1:21:33  aur kibr hai to jannat ka gate uska nahin khulega. To yeh to sab se badi badi cheez hai jiska hamein introspection karna hai.</w:t>
      </w:r>
      <w:r>
        <w:br/>
      </w:r>
      <w:r>
        <w:rPr>
          <w:sz w:val="20"/>
        </w:rPr>
        <w:t>1:21:43  Sochte rehna hai, sochte rehna hai, sochte rehna hai.</w:t>
      </w:r>
      <w:r>
        <w:br/>
      </w:r>
      <w:r>
        <w:rPr>
          <w:sz w:val="20"/>
        </w:rPr>
        <w:t>1:21:49  Ab yeh to aadmi khud hi soch sakta hai ke yeh doosre ke, yeh doosre ka domain nahin hai. Yeh har aadmi ka apna domain hai.</w:t>
      </w:r>
      <w:r>
        <w:br/>
      </w:r>
      <w:r>
        <w:rPr>
          <w:sz w:val="20"/>
        </w:rPr>
        <w:t>1:21:59  yeh</w:t>
      </w:r>
      <w:r>
        <w:br/>
      </w:r>
      <w:r>
        <w:rPr>
          <w:sz w:val="20"/>
        </w:rPr>
        <w:t>1:22:02  main sirf iska definition bata sakta hoon. Definition,</w:t>
      </w:r>
      <w:r>
        <w:br/>
      </w:r>
      <w:r>
        <w:rPr>
          <w:sz w:val="20"/>
        </w:rPr>
        <w:t>1:22:08  definition yahi hai ke jab aap ko,</w:t>
      </w:r>
      <w:r>
        <w:br/>
      </w:r>
      <w:r>
        <w:rPr>
          <w:sz w:val="20"/>
        </w:rPr>
        <w:t>1:22:18  jab aap ko tanqeed buri na lage aur tareef par aap khush na hon, tab samjhiye ke aap sache momin hain. Yaani imaan ki aur ikhlas ki definition yahi main kar sakta hoon ke aap ke samne aap ki tareef ki jaye to aap ko acha na lage,</w:t>
      </w:r>
      <w:r>
        <w:br/>
      </w:r>
      <w:r>
        <w:rPr>
          <w:sz w:val="20"/>
        </w:rPr>
        <w:t>1:22:37  aap ka dil khush na ho us par,</w:t>
      </w:r>
      <w:r>
        <w:br/>
      </w:r>
      <w:r>
        <w:rPr>
          <w:sz w:val="20"/>
        </w:rPr>
        <w:t>1:22:42  aur aap ko tanqeed ki jaye to aap ko bura na lage, aap offend na hon. Jo offend hota hai, samajh lein ke uske andar zaroor kibr hai.</w:t>
      </w:r>
      <w:r>
        <w:br/>
      </w:r>
      <w:r>
        <w:rPr>
          <w:sz w:val="20"/>
        </w:rPr>
        <w:t>1:22:54  To main yahi bata sakta hoon ke iske aage to har aadmi ka apna kaam hai ke woh apna self-hembring kare, apna introspection kare.</w:t>
      </w:r>
      <w:r>
        <w:br/>
      </w:r>
      <w:r>
        <w:rPr>
          <w:sz w:val="20"/>
        </w:rPr>
        <w:t>1:23:06  Kyunke marne ke baad jo hai, marne ke baad koi introspection nahin hoga, marne ke baad koi islaah nahin hogi.</w:t>
      </w:r>
      <w:r>
        <w:br/>
      </w:r>
      <w:r>
        <w:rPr>
          <w:sz w:val="20"/>
        </w:rPr>
        <w:t>1:23:20  Yeh jo, yeh jo, jo tazkiya hai, jo islaah hai, jo introspection hai, yeh isi dunya mein hona hai. Mare to sab khatam, marne ke baad to bhugtna hai.</w:t>
      </w:r>
      <w:r>
        <w:br/>
      </w:r>
      <w:r>
        <w:rPr>
          <w:sz w:val="20"/>
        </w:rPr>
        <w:t>1:23:32  to bas to har aadmi ko isi crucial jo test hai, isi par sochna chahiye ke ke tareef se is ko khushi na ho aur tanqeed is ko buri na lagay.</w:t>
      </w:r>
      <w:r>
        <w:br/>
      </w:r>
      <w:r>
        <w:rPr>
          <w:sz w:val="20"/>
        </w:rPr>
        <w:t>1:23:46  tab samjhiye ke woh is is burai se bacha hua hai.</w:t>
      </w:r>
      <w:r>
        <w:br/>
      </w:r>
      <w:r>
        <w:rPr>
          <w:sz w:val="20"/>
        </w:rPr>
        <w:t>1:23:56  maulana, un ka aik aur sawal hai.</w:t>
      </w:r>
      <w:r>
        <w:br/>
      </w:r>
      <w:r>
        <w:rPr>
          <w:sz w:val="20"/>
        </w:rPr>
        <w:t>1:23:58  unhon ne likha hai: "dawati mission ke logon ke liye mutale ki ahmiyat kya hai? kya un ko al risala mission ki kitabon ke ilawa doosre literature ka bhi mutala karna chahiye?</w:t>
      </w:r>
      <w:r>
        <w:br/>
      </w:r>
      <w:r>
        <w:rPr>
          <w:sz w:val="20"/>
        </w:rPr>
        <w:t>1:24:11  misalan hayat us sahaba, etc."</w:t>
      </w:r>
      <w:r>
        <w:br/>
      </w:r>
      <w:r>
        <w:rPr>
          <w:sz w:val="20"/>
        </w:rPr>
        <w:t>1:24:19  bhai, mutala to zaroori hai, lekin har aadmi ke lehaz se is ka faisla hota hai. hum koi is ka aik rule nahi bana sakte,</w:t>
      </w:r>
      <w:r>
        <w:br/>
      </w:r>
      <w:r>
        <w:rPr>
          <w:sz w:val="20"/>
        </w:rPr>
        <w:t>1:24:27  koi aik rule is ka nahi hai. har aadmi apne lehaz se samjhe ke main kya cheez parhoon, kya cheez na parhoon. har aadmi khud apne baray mein kisi se pooche, apne kisi aalim se ke dekho,</w:t>
      </w:r>
      <w:r>
        <w:br/>
      </w:r>
      <w:r>
        <w:rPr>
          <w:sz w:val="20"/>
        </w:rPr>
        <w:t>1:24:45  mere baray mein kya mashwara aap ka hai? to yeh har aadmi pe, yani har har aadmi ka aik individual case hai.</w:t>
      </w:r>
      <w:r>
        <w:br/>
      </w:r>
      <w:r>
        <w:rPr>
          <w:sz w:val="20"/>
        </w:rPr>
        <w:t>1:24:54  yeh h</w:t>
      </w:r>
      <w:r>
        <w:br/>
      </w:r>
      <w:r>
        <w:rPr>
          <w:sz w:val="20"/>
        </w:rPr>
        <w:t>1:24:55  m koi is ko qulli usool nahi bata sakte is ka, lekin behal as a principle study zaroori hai. is se aadmi ke imaan mein izafa hota hai.</w:t>
      </w:r>
      <w:r>
        <w:br/>
      </w:r>
      <w:r>
        <w:rPr>
          <w:sz w:val="20"/>
        </w:rPr>
        <w:t>1:25:09  miss aisha ne delhi se likha hai: "maulana, please explain the chapter 33, verse number 69 of quran, where it is mentioned: 'believers do not behave like those who slandered moses.' god cleared him of their allegations."</w:t>
      </w:r>
      <w:r>
        <w:br/>
      </w:r>
      <w:r>
        <w:rPr>
          <w:sz w:val="20"/>
        </w:rPr>
        <w:t>1:25:35  hazrat musa yahood ke darmiyan aaye thay, kyun ke woh yahood ka zamana zawal ka zamana tha.</w:t>
      </w:r>
      <w:r>
        <w:br/>
      </w:r>
      <w:r>
        <w:rPr>
          <w:sz w:val="20"/>
        </w:rPr>
        <w:t>1:25:46  hazrat musa ke zamane mein misr mein kafi yahoodi</w:t>
      </w:r>
      <w:r>
        <w:br/>
      </w:r>
      <w:r>
        <w:rPr>
          <w:sz w:val="20"/>
        </w:rPr>
        <w:t>1:25:49  thay, unhi mein woh paida hue. to woh zamana yahood ke zawal ka zamana tha, yani degeneration ka zamana tha. woh to jab bhi kisi ka degeneration hota hai to us ko tanqeed bohat buri lagti hai.</w:t>
      </w:r>
      <w:r>
        <w:br/>
      </w:r>
      <w:r>
        <w:rPr>
          <w:sz w:val="20"/>
        </w:rPr>
        <w:t>1:26:06  yahan jab bible mein hai ke yahood ne kaha ke hum ko, yani hum ko naseehat mat karo, hum ko lori sunao,</w:t>
      </w:r>
      <w:r>
        <w:br/>
      </w:r>
      <w:r>
        <w:rPr>
          <w:sz w:val="20"/>
        </w:rPr>
        <w:t>1:26:17  to kaha hum par tanqeed mat mat karo, hamare upar hamein tanqeed nahi sunna hai.</w:t>
      </w:r>
      <w:r>
        <w:br/>
      </w:r>
      <w:r>
        <w:rPr>
          <w:sz w:val="20"/>
        </w:rPr>
        <w:t>1:26:23  to hazrat musa ne jab un ki naseehat ki, un ke point out kiya, un ki kamzoriyon ko, to hazrat musa ke khilaf ho gaye woh. to khilaf wali qanoon kya hain?</w:t>
      </w:r>
      <w:r>
        <w:br/>
      </w:r>
      <w:r>
        <w:rPr>
          <w:sz w:val="20"/>
        </w:rPr>
        <w:t>1:26:34  jo woh bohat se waqiat aap dekh sakte hain kitabon mein ke un par allegation lagane lagay.</w:t>
      </w:r>
      <w:r>
        <w:br/>
      </w:r>
      <w:r>
        <w:rPr>
          <w:sz w:val="20"/>
        </w:rPr>
        <w:t>1:26:43  allegation</w:t>
      </w:r>
      <w:r>
        <w:br/>
      </w:r>
      <w:r>
        <w:rPr>
          <w:sz w:val="20"/>
        </w:rPr>
        <w:t>1:26:46  to yeh allegation ki zuban, yani aib aib lagana, ilzam lagana, yeh jo zuban hai, yeh yeh is zamane ke zawal yafta yahoodiyon ki zuban thi.</w:t>
      </w:r>
      <w:r>
        <w:br/>
      </w:r>
      <w:r>
        <w:rPr>
          <w:sz w:val="20"/>
        </w:rPr>
        <w:t>1:26:57  to musalmanon ko yeh kaam nahi karna hai.</w:t>
      </w:r>
      <w:r>
        <w:br/>
      </w:r>
      <w:r>
        <w:rPr>
          <w:sz w:val="20"/>
        </w:rPr>
        <w:t>1:27:03  karna kya hai? musalman bhi is ka matlab hai ke musalman bhi daur zawal mein pohnchay gay, un mein bhi yeh phenomena zahir hoga to is se yahood ki misal se apni naseehat lo</w:t>
      </w:r>
      <w:r>
        <w:br/>
      </w:r>
      <w:r>
        <w:rPr>
          <w:sz w:val="20"/>
        </w:rPr>
        <w:t>1:27:14  aur is se bachao apne aap ko. lekin aaj ke musalman to bilkul isi mubtala hain, yahood se bhi zyada bura haal hai musalmanon ka. jahan ikhtilaf paida hua, foran aib zani, foran ilzam tarashi, foran bura bura kahengay.</w:t>
      </w:r>
      <w:r>
        <w:br/>
      </w:r>
      <w:r>
        <w:rPr>
          <w:sz w:val="20"/>
        </w:rPr>
        <w:t>1:27:28  sare musalmanon ka yeh haal hai, mera to tajurba yahi hai. main musalmanon mein aise afraad nahi pata, ulma ya ghair ulma, jo bilkul wohi baat keh rahe hain jo haqeeqatan hai.</w:t>
      </w:r>
      <w:r>
        <w:br/>
      </w:r>
      <w:r>
        <w:rPr>
          <w:sz w:val="20"/>
        </w:rPr>
        <w:t>1:27:38  jahan ikhtilaf hua, foran ilzam lagayeng,</w:t>
      </w:r>
      <w:r>
        <w:br/>
      </w:r>
      <w:r>
        <w:rPr>
          <w:sz w:val="20"/>
        </w:rPr>
        <w:t>1:27:42  foran ilzaam lagayen ge. yeh dushmanon ke agent hain aur yeh yeh aisa ya waisa, tarah tarah ke ilzaam lagayen ge. yaani khalis ilmi andaz mein tanqeed karna musalmanon ko aata hi nahin.</w:t>
      </w:r>
      <w:r>
        <w:br/>
      </w:r>
      <w:r>
        <w:rPr>
          <w:sz w:val="20"/>
        </w:rPr>
        <w:t>1:27:55  musalman jante hi nahin ke scientific andaz mein tanqeed kiya cheez hai. scientific criticism jo hai, musalmanon ko aata hi nahin. yeh daur-e-zawal ke alamaat hain, yeh musalman kar rahe hain.</w:t>
      </w:r>
      <w:r>
        <w:br/>
      </w:r>
      <w:r>
        <w:rPr>
          <w:sz w:val="20"/>
        </w:rPr>
        <w:t>1:28:07  jaise hi ikhtilaf paida hua, foran bas ilzaam ki aur allegation ki zuban shuru kar di unhon ne. to is ayat mein goya warning di gayi thi ke tum is se bachna.</w:t>
      </w:r>
      <w:r>
        <w:br/>
      </w:r>
      <w:r>
        <w:rPr>
          <w:sz w:val="20"/>
        </w:rPr>
        <w:t>1:28:20  lekin warning ke bawajood musalman bache nahin, aur aaj ka musalman jo hai, aaj ka bilkul isi mubtala hai. jahan pe koi differences aaye, jahan pe ikhtilaf hua, foran wohi bolne lagte hain, wohi zuban, allegation ki zuban.</w:t>
      </w:r>
      <w:r>
        <w:br/>
      </w:r>
      <w:r>
        <w:rPr>
          <w:sz w:val="20"/>
        </w:rPr>
        <w:t>1:28:36  yeh bohat hi bari picture hai, yeh main khud is ka shikar hoon. mere khilaf bohat chupta hai, lekin sab ka sab jhoot hota hai.</w:t>
      </w:r>
      <w:r>
        <w:br/>
      </w:r>
      <w:r>
        <w:rPr>
          <w:sz w:val="20"/>
        </w:rPr>
        <w:t>1:28:45  jhoot is tarah ke aib-zeni hoti hai, ilzaam-tarashi hoti hai. koi bhi nahin karta ke meri baaton ka quran ki roshni mein, hadith ki roshni mein tajziya kare, analysis kare.</w:t>
      </w:r>
      <w:r>
        <w:br/>
      </w:r>
      <w:r>
        <w:rPr>
          <w:sz w:val="20"/>
        </w:rPr>
        <w:t>1:28:58  jhoote ilzamat, jhoote yaani aib lagate hain, koi sar dubta hai jin baaton ko. to bohat hi buri halat hai musalmanon ki is aitbar se.</w:t>
      </w:r>
      <w:r>
        <w:br/>
      </w:r>
      <w:r>
        <w:rPr>
          <w:sz w:val="20"/>
        </w:rPr>
        <w:t>1:29:12  Allah dua hai ke Allah bachaye logon ko is burai se.</w:t>
      </w:r>
      <w:r>
        <w:br/>
      </w:r>
      <w:r>
        <w:rPr>
          <w:sz w:val="20"/>
        </w:rPr>
        <w:t>1:29:20  doctor najma siddiqui ne Dilli se likha hai: "kindly again explain the concept of empire and hukumat."</w:t>
      </w:r>
      <w:r>
        <w:br/>
      </w:r>
      <w:r>
        <w:rPr>
          <w:sz w:val="20"/>
        </w:rPr>
        <w:t>1:29:32  haan, dekhen, ek zamana tha pehle jab empire hua karti thi, ab woh daur khatm</w:t>
      </w:r>
      <w:r>
        <w:br/>
      </w:r>
      <w:r>
        <w:rPr>
          <w:sz w:val="20"/>
        </w:rPr>
        <w:t>1:29:40  ho gaya. national hukumatain ab hoti hain. empire ka matlab hai ke ek bare area mein ek hi shehanshah hukumat kar raha ho. to misaal ke taur par Roman the, woh Africa, Asia se le kar Europe tak hukumat qaim thi.</w:t>
      </w:r>
      <w:r>
        <w:br/>
      </w:r>
      <w:r>
        <w:rPr>
          <w:sz w:val="20"/>
        </w:rPr>
        <w:t>1:29:55  un ki aisi badshahat thi, un ke bare mein kaha jata hai ke un ke saltanat mein suraj gharoob nahin hota.</w:t>
      </w:r>
      <w:r>
        <w:br/>
      </w:r>
      <w:r>
        <w:rPr>
          <w:sz w:val="20"/>
        </w:rPr>
        <w:t>1:30:04  kai continent phaili hui thi, un ki hukumat</w:t>
      </w:r>
      <w:r>
        <w:br/>
      </w:r>
      <w:r>
        <w:rPr>
          <w:sz w:val="20"/>
        </w:rPr>
        <w:t>1:30:07  musalmanon ka role bhi musalmanon ka empire tha. hum hi chaye hue the sharq se ta gharb dunya mein. to ek bare raqbe mein, yaani woh bhi hukumat hoti hai,</w:t>
      </w:r>
      <w:r>
        <w:br/>
      </w:r>
      <w:r>
        <w:rPr>
          <w:sz w:val="20"/>
        </w:rPr>
        <w:t>1:30:20  lekin agar bare raqbe mein hukumat qaim ho to use kehte hain empire, aur ek chote raqbe mein jo hoti hai, us ko hukumat kaha jata hai. to us waqt bhi musalmanon ki 57 hukumatain hain,</w:t>
      </w:r>
      <w:r>
        <w:br/>
      </w:r>
      <w:r>
        <w:rPr>
          <w:sz w:val="20"/>
        </w:rPr>
        <w:t>1:30:34  empire nahin hai.</w:t>
      </w:r>
      <w:r>
        <w:br/>
      </w:r>
      <w:r>
        <w:rPr>
          <w:sz w:val="20"/>
        </w:rPr>
        <w:t>1:30:37  to empire kiska dunya mein raha? imam sahib khatm ho gaye, jaise empire bane the, yaani Roman empire khatm, British empire khatm.</w:t>
      </w:r>
      <w:r>
        <w:br/>
      </w:r>
      <w:r>
        <w:rPr>
          <w:sz w:val="20"/>
        </w:rPr>
        <w:t>1:30:47  to empire nahin khatm hoga. quran mein ek woh, woh jo jo cheez, yaani daur ko le kar jo cheez khatm hoti hai, na woh phir revive nahin hua karti.</w:t>
      </w:r>
      <w:r>
        <w:br/>
      </w:r>
      <w:r>
        <w:rPr>
          <w:sz w:val="20"/>
        </w:rPr>
        <w:t>1:31:00  kingship khatm ho gayi to kingship revive hogi. empire khatm hoga to empire phir banega. ke</w:t>
      </w:r>
      <w:r>
        <w:br/>
      </w:r>
      <w:r>
        <w:rPr>
          <w:sz w:val="20"/>
        </w:rPr>
        <w:t>1:31:06  mein musalman is ko bhi nahin samajhte ke kuch cheezain woh hoti hain jo ke daur khatm ho jata hai. jaise ek glass hai, main ne apne bachpan mein woh zamana dekha jab ke mitti ke bartan hua tha pani peene ke liye.</w:t>
      </w:r>
      <w:r>
        <w:br/>
      </w:r>
      <w:r>
        <w:rPr>
          <w:sz w:val="20"/>
        </w:rPr>
        <w:t>1:31:20  to woh daur khatm ho gaya. ab koi mitti ka bartan le ke bazaar mein beche to koi kharedega us ko? yaani mitti ka bana kar ke pehle zamane mein aata tha ke wahan to khareedte the log us ko.</w:t>
      </w:r>
      <w:r>
        <w:br/>
      </w:r>
      <w:r>
        <w:rPr>
          <w:sz w:val="20"/>
        </w:rPr>
        <w:t>1:31:31  aaj kal aur kharedega kyunke ab to sheeshe glass bik raha hai.</w:t>
      </w:r>
      <w:r>
        <w:br/>
      </w:r>
      <w:r>
        <w:rPr>
          <w:sz w:val="20"/>
        </w:rPr>
        <w:t>1:31:35  to kuch cheezain aisi hain jo ke daur khatm ho jata hai. daur daur khatm ho jata hai, us ko aap revive nahin kar sakte.</w:t>
      </w:r>
      <w:r>
        <w:br/>
      </w:r>
      <w:r>
        <w:rPr>
          <w:sz w:val="20"/>
        </w:rPr>
        <w:t>1:31:47  lekin musalman yeh bhi nahin jante, us ko angrezi mein kehte hain "anachronism". sare musalmanon ka haal yahi hai. ab kya kiya jaye musalmanon ko?</w:t>
      </w:r>
      <w:r>
        <w:br/>
      </w:r>
      <w:r>
        <w:rPr>
          <w:sz w:val="20"/>
        </w:rPr>
        <w:t>1:31:56  yaani aqal bhi nahin hai, deen bhi nahin hai. musalmanon ka haal yeh hai aaj kal ke zamane mein ke aqal bhi nahin hai, deen bhi nahin hai.</w:t>
      </w:r>
      <w:r>
        <w:br/>
      </w:r>
      <w:r>
        <w:rPr>
          <w:sz w:val="20"/>
        </w:rPr>
        <w:t>1:32:04  bas kuch paisa kama liya, is ke magar hain. to hamara mission jo hai, musalmanon ko sirf deen nahi, aql bhi dena chahta hai, wisdom bhi dena chahta hai.</w:t>
      </w:r>
      <w:r>
        <w:br/>
      </w:r>
      <w:r>
        <w:rPr>
          <w:sz w:val="20"/>
        </w:rPr>
        <w:t>1:32:18  sachi deeni spirit bhi hum revive karna chahte hain, wisdom bhi chahte hain ke logon ko aaye. aur is ko Allah ki madad se yeh kaam aage badhe to inshallah ek waqt aayega ke jab musalmanon ko aql bhi hogi aur deen bhi hoga un ke andar.</w:t>
      </w:r>
      <w:r>
        <w:br/>
      </w:r>
      <w:r>
        <w:rPr>
          <w:sz w:val="20"/>
        </w:rPr>
        <w:t>1:32:36  miss naghma siddiqui ne dili se likha hai: "what is the concept of wahdat al-wujood? is it part of sufism?"</w:t>
      </w:r>
      <w:r>
        <w:br/>
      </w:r>
      <w:r>
        <w:rPr>
          <w:sz w:val="20"/>
        </w:rPr>
        <w:t>1:32:49  part of sufism kahiye, part of theism kahiye. yani ek hai theism, ek hai atheism.</w:t>
      </w:r>
      <w:r>
        <w:br/>
      </w:r>
      <w:r>
        <w:rPr>
          <w:sz w:val="20"/>
        </w:rPr>
        <w:t>1:32:59  atheism mein hai ke Khuda ko na manna, theism mein hai Khuda ko manna.</w:t>
      </w:r>
      <w:r>
        <w:br/>
      </w:r>
      <w:r>
        <w:rPr>
          <w:sz w:val="20"/>
        </w:rPr>
        <w:t>1:33:04  to part of theism hai woh.</w:t>
      </w:r>
      <w:r>
        <w:br/>
      </w:r>
      <w:r>
        <w:rPr>
          <w:sz w:val="20"/>
        </w:rPr>
        <w:t>1:33:10  yani Khuda ke kai concept hain. ek hai jo kehte hain "polytheism", yani kai Khuda manna.</w:t>
      </w:r>
      <w:r>
        <w:br/>
      </w:r>
      <w:r>
        <w:rPr>
          <w:sz w:val="20"/>
        </w:rPr>
        <w:t>1:33:21  monism jo hai, is ka matlab hai ke yani Khuda ek person nahi hai, personal God ko nahi mante.</w:t>
      </w:r>
      <w:r>
        <w:br/>
      </w:r>
      <w:r>
        <w:rPr>
          <w:sz w:val="20"/>
        </w:rPr>
        <w:t>1:33:30  monist log woh samajhte hain ke supreme spirit ek hai</w:t>
      </w:r>
      <w:r>
        <w:br/>
      </w:r>
      <w:r>
        <w:rPr>
          <w:sz w:val="20"/>
        </w:rPr>
        <w:t>1:33:35  jo har har cheez mein woh spirit phaili hui hai. to theism, yani woh polytheism mein kai Khuda mana jata hai jo hum shirk kehte hain.</w:t>
      </w:r>
      <w:r>
        <w:br/>
      </w:r>
      <w:r>
        <w:rPr>
          <w:sz w:val="20"/>
        </w:rPr>
        <w:t>1:33:48  monism mein Khuda ko personal God ke taur par nahi mante, supreme spirit ke taur par mante hain. aur monotheism jo hai, is mein Khuda ko personal ke taur par mante hain.</w:t>
      </w:r>
      <w:r>
        <w:br/>
      </w:r>
      <w:r>
        <w:rPr>
          <w:sz w:val="20"/>
        </w:rPr>
        <w:t>1:34:01  to Islam mein, Yahudiyat mein wazeh taur par monotheism hai. Masih log bhi mante hain, lekin unhon ne is ko ajeeb o ghareeb kar rakha hai ke taslees bana rakha hai.</w:t>
      </w:r>
      <w:r>
        <w:br/>
      </w:r>
      <w:r>
        <w:rPr>
          <w:sz w:val="20"/>
        </w:rPr>
        <w:t>1:34:13  un ke haan jo hai, yani "three in one, one in three" yeh ajeeb o ghareeb un ka nazariya hai ke ek bhi hai aur teen bhi hain. jo trinity hai, trinity jo hai, qawaneen hain ke teen Khuda woh hain: "one in one",</w:t>
      </w:r>
      <w:r>
        <w:br/>
      </w:r>
      <w:r>
        <w:rPr>
          <w:sz w:val="20"/>
        </w:rPr>
        <w:t>1:34:30  teen bhi hain aur ek bhi hai, yani "three in one, one in three".</w:t>
      </w:r>
      <w:r>
        <w:br/>
      </w:r>
      <w:r>
        <w:rPr>
          <w:sz w:val="20"/>
        </w:rPr>
        <w:t>1:34:35  to behal is ko aap samajhte hain kis mein dala jaye, kis khane mein. lekin Islam aur Yahudiyat to wazeh taur par monotheism ka aqeedah rakhte hain.</w:t>
      </w:r>
      <w:r>
        <w:br/>
      </w:r>
      <w:r>
        <w:rPr>
          <w:sz w:val="20"/>
        </w:rPr>
        <w:t>1:34:45  do</w:t>
      </w:r>
      <w:r>
        <w:br/>
      </w:r>
      <w:r>
        <w:rPr>
          <w:sz w:val="20"/>
        </w:rPr>
        <w:t>1:34:48  to aur bhi kai, yani theism mein aur bhi kai shakhain hain. basically yahi teen hain, yani monism, monotheism aur polytheism.</w:t>
      </w:r>
      <w:r>
        <w:br/>
      </w:r>
      <w:r>
        <w:rPr>
          <w:sz w:val="20"/>
        </w:rPr>
        <w:t>1:35:00  yani polytheism mein bhi dekhiye, shirk jo hai, kya hai? shirk bhi Khuda ko manta hai,</w:t>
      </w:r>
      <w:r>
        <w:br/>
      </w:r>
      <w:r>
        <w:rPr>
          <w:sz w:val="20"/>
        </w:rPr>
        <w:t>1:35:06  ek ek bade Khuda ko mankar ke is ke tehat kai Khuda mante hain. to Khuda wahi mante hain. to ek atheism hai, ek theism hai.</w:t>
      </w:r>
      <w:r>
        <w:br/>
      </w:r>
      <w:r>
        <w:rPr>
          <w:sz w:val="20"/>
        </w:rPr>
        <w:t>1:35:15  to yeh jo hai, theism ka hissa hai monism jis ko hum kehte hain.</w:t>
      </w:r>
    </w:p>
    <w:p>
      <w:pPr>
        <w:pStyle w:val="Heading2"/>
      </w:pPr>
      <w:r>
        <w:t>What is spirituality and how to nurture it?</w:t>
      </w:r>
    </w:p>
    <w:p>
      <w:r>
        <w:rPr>
          <w:color w:val="666666"/>
          <w:sz w:val="18"/>
        </w:rPr>
        <w:t>Spirituality · Signs of Doomsday November 7, 2021 Prof. Farida Khanam · 5m 47s · at 53:03 · https://youtu.be/RQZchtP6uRg?t=3183</w:t>
      </w:r>
    </w:p>
    <w:p>
      <w:r>
        <w:rPr>
          <w:i/>
        </w:rPr>
        <w:t>“What is spirituality? Please tell us something about it.”</w:t>
      </w:r>
    </w:p>
    <w:p>
      <w:r>
        <w:rPr>
          <w:sz w:val="20"/>
        </w:rPr>
        <w:t>53:03  yeh matlab hai iska. apa, yeh ek sawal bheja hai kashmir se aasim abbasi sahab ne. unhone aapse poocha hai ke roohaniyat kya hai?</w:t>
      </w:r>
      <w:r>
        <w:br/>
      </w:r>
      <w:r>
        <w:rPr>
          <w:sz w:val="20"/>
        </w:rPr>
        <w:t>53:15  is ke bare mein kuch batayein. asal mein ek hai insaan ka physical self aur ek hai spiritual self. body and soul ka majmooa hai insaan.</w:t>
      </w:r>
      <w:r>
        <w:br/>
      </w:r>
      <w:r>
        <w:rPr>
          <w:sz w:val="20"/>
        </w:rPr>
        <w:t>53:25  to hum kya kar rahe hain? body ko to khoob khoob feed karte hain aur soul ko feed nahi karte hain. to isi soul ko jab hum feed karenge, woh isi se hota hai ke Khuda ki baatein karein, Khuda quran padhein, is ko samjhein aur Khuda se taalluq banayein, duaayein karein.</w:t>
      </w:r>
      <w:r>
        <w:br/>
      </w:r>
      <w:r>
        <w:rPr>
          <w:sz w:val="20"/>
        </w:rPr>
        <w:t>53:43  to yeh sab isi mein ghaur o fikr karein. to is se jo hum ko jo is spiritual provision milta hai, spiritual food milta hai, wahi roohaniyat hai.</w:t>
      </w:r>
      <w:r>
        <w:br/>
      </w:r>
      <w:r>
        <w:rPr>
          <w:sz w:val="20"/>
        </w:rPr>
        <w:t>53:55  to humein chahiye ke musalsal is mein apna waqt lagayein, apna dhyan lagayein aur need based life.</w:t>
      </w:r>
      <w:r>
        <w:br/>
      </w:r>
      <w:r>
        <w:rPr>
          <w:sz w:val="20"/>
        </w:rPr>
        <w:t>54:06  jo Maulana keh dete hain: "simple living, high thinking." to bas wahi hum logon ko guzarna hoga, need based life aur baqi tamam waqt jo hai, woh marifat mein guzarna hai.</w:t>
      </w:r>
      <w:r>
        <w:br/>
      </w:r>
      <w:r>
        <w:rPr>
          <w:sz w:val="20"/>
        </w:rPr>
        <w:t>54:18  to yahi roohaniyat hai. to Maulana, woh woh roohaniyat jo tasawwuf wali hai, us ko nahi mante the kyunke woh to sirf hamein extasy tak le jati hai.</w:t>
      </w:r>
      <w:r>
        <w:br/>
      </w:r>
      <w:r>
        <w:rPr>
          <w:sz w:val="20"/>
        </w:rPr>
        <w:t>54:30  woh ek spiritual, ek trance hota hai. isi ko woh roohaniyat samajhte hain. roohaniyat yeh nahi hai. roohaniyat hamein spiritual food, intellectual food jo hamein milta hai, Khuda ki baaton mein ghaur o fikr karne se aur Khuda ki jo nishaniyan kainat mein hain, us mein ghaur o fikr karne se jo spiritual food milta hai, woh us se hamari roohaniyat, yani hamari soul, musalsal taraqqi karti rehti hai.</w:t>
      </w:r>
      <w:r>
        <w:br/>
      </w:r>
      <w:r>
        <w:rPr>
          <w:sz w:val="20"/>
        </w:rPr>
        <w:t>54:56  to woh taraqqi karte karte is mein phir hum ko marifat hasil hone lag jati hai. jaise Hazrat Maryam ke paas jab Hazrat Zakariya aate the to woh kehte the ke tum ko yeh sab rizq kahan se milta hai?</w:t>
      </w:r>
      <w:r>
        <w:br/>
      </w:r>
      <w:r>
        <w:rPr>
          <w:sz w:val="20"/>
        </w:rPr>
        <w:t>55:11  to log samajhte nahi. log samajhte the koi baqayda tafseeron mein likha hua hai ke tray mein phal rakh rakh ke jannat se aate the.</w:t>
      </w:r>
      <w:r>
        <w:br/>
      </w:r>
      <w:r>
        <w:rPr>
          <w:sz w:val="20"/>
        </w:rPr>
        <w:t>55:21  ab aap sochiye ke paighambaron, paighambar bhooka rehta tha, us ke liye to tray mein phal nahi aaye. to Hazrat Maryam ke liye phal aate the.</w:t>
      </w:r>
      <w:r>
        <w:br/>
      </w:r>
      <w:r>
        <w:rPr>
          <w:sz w:val="20"/>
        </w:rPr>
        <w:t>55:29  to balkeh woh spiritual food hota tha. Maulana ne likha hai ke woh spiritual food hota tha. is ko woh kehte the tum ko yeh rizq kahan se milta hai?</w:t>
      </w:r>
      <w:r>
        <w:br/>
      </w:r>
      <w:r>
        <w:rPr>
          <w:sz w:val="20"/>
        </w:rPr>
        <w:t>55:39  to ab woh to full time ibadat mein lagi rehti thi. to jo bhi aisa karega, Allah Ta'ala ko apne tamam bando se equal mohabbat hai.</w:t>
      </w:r>
      <w:r>
        <w:br/>
      </w:r>
      <w:r>
        <w:rPr>
          <w:sz w:val="20"/>
        </w:rPr>
        <w:t>55:49  yeh nahi ke kisi ke liye hai, kisi ke liye nahi hai. to jo bhi Allah ke liye apne aap ko waqf karega, Allah ki baaton ko samajhne ke liye poora dhyan lagayega, to us ko spiritual food milega.</w:t>
      </w:r>
      <w:r>
        <w:br/>
      </w:r>
      <w:r>
        <w:rPr>
          <w:sz w:val="20"/>
        </w:rPr>
        <w:t>56:02  aur wahi jo hai, wahi roohaniyat hai. islam, quraani roohaniyat wahi hai.</w:t>
      </w:r>
      <w:r>
        <w:br/>
      </w:r>
      <w:r>
        <w:rPr>
          <w:sz w:val="20"/>
        </w:rPr>
        <w:t>56:11  saadi zindagi guzarni chahiye. is par ek hadith mujhe yaad aa rahi hai, woh mein sunata hoon: "man ahabb dunya</w:t>
      </w:r>
      <w:r>
        <w:br/>
      </w:r>
      <w:r>
        <w:rPr>
          <w:sz w:val="20"/>
        </w:rPr>
        <w:t>56:23  akhratahu</w:t>
      </w:r>
      <w:r>
        <w:br/>
      </w:r>
      <w:r>
        <w:rPr>
          <w:sz w:val="20"/>
        </w:rPr>
        <w:t>56:26  ma yafqah" ke jo apni dunya ko zyada chahega, woh apni akhirat ko nuqsan pohanchayega. aur jo apni akhirat ko zyada chahega, woh apni dunya ko nuqsan pohanchayega.</w:t>
      </w:r>
      <w:r>
        <w:br/>
      </w:r>
      <w:r>
        <w:rPr>
          <w:sz w:val="20"/>
        </w:rPr>
        <w:t>56:39  to jo hamesha baqi rehni hai, us ko tarjeeh do in cheezon par jo fana hone wali hain, khatam hone wali hain. to rabbaniyat ya rohaniyat, rohaniyat ko hi quran mein rabbaniyat kaha gaya hai.</w:t>
      </w:r>
      <w:r>
        <w:br/>
      </w:r>
      <w:r>
        <w:rPr>
          <w:sz w:val="20"/>
        </w:rPr>
        <w:t>56:51  rabbaniyat yahi cheez hai ke hamara soul concern hona chahiye, akhirat ko yaad karna, akhirat ko tarjeeh dena hona chahiye. ek waqia yaad aata hai hazrat umar r.a. ka, un ki khilafat ke zamane ka waqia hai ke ek sahab gaye aur un ko kafi bura bhala kehne lage, jo galat tha, magar fact nahi tha.</w:t>
      </w:r>
      <w:r>
        <w:br/>
      </w:r>
      <w:r>
        <w:rPr>
          <w:sz w:val="20"/>
        </w:rPr>
        <w:t>57:10  to hazrat umar ko ghussa aaya. to us us waqt wahan par ek aur sahab khade hue the, unhone kaha: "afi ka</w:t>
      </w:r>
      <w:r>
        <w:br/>
      </w:r>
      <w:r>
        <w:rPr>
          <w:sz w:val="20"/>
        </w:rPr>
        <w:t>57:22  mamla kijiye aur jo nadan hai, us se darguzar kijiye." yeh sunna tha ke hazrat umar bilkul thande ho gaye. yahi cheez akhirat ko yaad karna hai.</w:t>
      </w:r>
      <w:r>
        <w:br/>
      </w:r>
      <w:r>
        <w:rPr>
          <w:sz w:val="20"/>
        </w:rPr>
        <w:t>57:32  rohaniyat yahi cheez hai ke jahan hukum aaye ke khuda ka yeh hukum hai, hum bilkul thande ho jayein. hum apne jo jazbat hamare hain, woh thande ho jane chahiye.</w:t>
      </w:r>
      <w:r>
        <w:br/>
      </w:r>
      <w:r>
        <w:rPr>
          <w:sz w:val="20"/>
        </w:rPr>
        <w:t>57:43  asal cheez jo honi chahiye, woh allah aur allah ki yaad aur akhirat ki zindagi honi chahiye hamari. apa, yeh kuch comment parhna chahunga.</w:t>
      </w:r>
      <w:r>
        <w:br/>
      </w:r>
      <w:r>
        <w:rPr>
          <w:sz w:val="20"/>
        </w:rPr>
        <w:t>57:53  yeh comment bheja hai miss sofia akhtar ne. unhone likha hai: "jazak allah khair, aap</w:t>
      </w:r>
      <w:r>
        <w:br/>
      </w:r>
      <w:r>
        <w:rPr>
          <w:sz w:val="20"/>
        </w:rPr>
        <w:t>58:00  a. aap ne hamein akhirat ki yaad dilai. hamein do kaam zaroor karne hain: pehla, zyada se zyada quran samajhna aur doosron tak pohanchana hai.</w:t>
      </w:r>
      <w:r>
        <w:br/>
      </w:r>
      <w:r>
        <w:rPr>
          <w:sz w:val="20"/>
        </w:rPr>
        <w:t>58:12  doosra, positive friendly environment banana hai. allah hamein distract hone se bachayein, hamein aur naseehat karein." yeh comment bheja hai maulana yaqoob umri ne dilli se.</w:t>
      </w:r>
      <w:r>
        <w:br/>
      </w:r>
      <w:r>
        <w:rPr>
          <w:sz w:val="20"/>
        </w:rPr>
        <w:t>58:24  unhone likha hai: "jazak allah, aap</w:t>
      </w:r>
      <w:r>
        <w:br/>
      </w:r>
      <w:r>
        <w:rPr>
          <w:sz w:val="20"/>
        </w:rPr>
        <w:t>58:28  a, for the motivational lecture and making us remember our responsibility towards our self and humanity.</w:t>
      </w:r>
      <w:r>
        <w:br/>
      </w:r>
      <w:r>
        <w:rPr>
          <w:sz w:val="20"/>
        </w:rPr>
        <w:t>58:38  creating dawah friendly environment is the responsibility of every muslim, uh that that he should do." apa, yeh aakhri sawal lena chahunga aaj ka.</w:t>
      </w:r>
    </w:p>
    <w:p>
      <w:pPr>
        <w:pStyle w:val="Heading2"/>
      </w:pPr>
      <w:r>
        <w:t>When Dua Is Not Accepted, Resorting to Dargahs</w:t>
      </w:r>
    </w:p>
    <w:p>
      <w:r>
        <w:rPr>
          <w:color w:val="666666"/>
          <w:sz w:val="18"/>
        </w:rPr>
        <w:t>Spirituality · Divine Help September 22, 2015 · 6m 26s · at 29:50 · https://youtu.be/sozrNCif0Gg?t=1790</w:t>
      </w:r>
    </w:p>
    <w:p>
      <w:r>
        <w:rPr>
          <w:i/>
        </w:rPr>
        <w:t>“Some people link divine help with their duas being accepted. They think if their dua is not accepted, then God is not pleased with them, and many end up going for shortcuts like amulets and even to dargah to get their wish fulfilled. What is your opinion on this?”</w:t>
      </w:r>
    </w:p>
    <w:p>
      <w:r>
        <w:rPr>
          <w:sz w:val="20"/>
        </w:rPr>
        <w:t>29:50  jazak Allah. molana, sawal lena chahenge. yeh sawal bheja hai ahmedabad se muhammad imran sahab ne.</w:t>
      </w:r>
      <w:r>
        <w:br/>
      </w:r>
      <w:r>
        <w:rPr>
          <w:sz w:val="20"/>
        </w:rPr>
        <w:t>30:02  unhone likha hai: "Molana, some people link divine help with their duas being accepted. They think if their dua is not accepted, then God is not pleased with them,</w:t>
      </w:r>
      <w:r>
        <w:br/>
      </w:r>
      <w:r>
        <w:rPr>
          <w:sz w:val="20"/>
        </w:rPr>
        <w:t>30:17  and many end up going for shortcuts like taweez aur even to dargah to get their wish fulfilled." molana, what is your opinion on this?</w:t>
      </w:r>
      <w:r>
        <w:br/>
      </w:r>
      <w:r>
        <w:rPr>
          <w:sz w:val="20"/>
        </w:rPr>
        <w:t>30:32  dekhiye, taweez aur dargah toh bilkul absurd cheezein hain. inka Islam se koi taluq nahi hai. bilkul taluq nahi hai, bilkul taluq nahi hai.</w:t>
      </w:r>
      <w:r>
        <w:br/>
      </w:r>
      <w:r>
        <w:rPr>
          <w:sz w:val="20"/>
        </w:rPr>
        <w:t>30:43  dua jo hai, dua toh Quran se sabit hai, hadith se sabit hai, rasool Allah ki sunnat se sabit hai. dua bohat hi bari</w:t>
      </w:r>
      <w:r>
        <w:br/>
      </w:r>
      <w:r>
        <w:rPr>
          <w:sz w:val="20"/>
        </w:rPr>
        <w:t>30:51  cheez hai. lekin yaad rakhiye, dua fifty-fifty hai. dua ka muamla fifty-fifty hai. yaani aadha kaam aap karte hain, aadha kaam Allah ke hukum se, faisle karte hain.</w:t>
      </w:r>
      <w:r>
        <w:br/>
      </w:r>
      <w:r>
        <w:rPr>
          <w:sz w:val="20"/>
        </w:rPr>
        <w:t>31:11  toh aap agar apna aadha kaam na karein toh kuch bhi hone wala nahi. kuch bhi nahi hoga, kuch bhi nahi.</w:t>
      </w:r>
      <w:r>
        <w:br/>
      </w:r>
      <w:r>
        <w:rPr>
          <w:sz w:val="20"/>
        </w:rPr>
        <w:t>31:21  toh iske maani kya hain? dua shuru hoti hai discovery se, marifat se. sab se pehle aap ko jaanna padta hai ke what is the plan of God Allah ki planning kya hai?</w:t>
      </w:r>
      <w:r>
        <w:br/>
      </w:r>
      <w:r>
        <w:rPr>
          <w:sz w:val="20"/>
        </w:rPr>
        <w:t>31:38  main apne aap ko kahan khada karoon?</w:t>
      </w:r>
      <w:r>
        <w:br/>
      </w:r>
      <w:r>
        <w:rPr>
          <w:sz w:val="20"/>
        </w:rPr>
        <w:t>31:43  apne aap ko kahan khada karoon?</w:t>
      </w:r>
      <w:r>
        <w:br/>
      </w:r>
      <w:r>
        <w:rPr>
          <w:sz w:val="20"/>
        </w:rPr>
        <w:t>31:45  jaise baarish ho rahi hai, aap apne aap ko maidan mein khada karna padega. pahad ki choti par khada hoon toh baarish nahi milegi aap ko.</w:t>
      </w:r>
      <w:r>
        <w:br/>
      </w:r>
      <w:r>
        <w:rPr>
          <w:sz w:val="20"/>
        </w:rPr>
        <w:t>31:57  pahaad ki choti par khade ho jayein aap toh aap ko baarish nahi milegi. aap ko maidan mein khada karna padega, tab baarish milegi.</w:t>
      </w:r>
      <w:r>
        <w:br/>
      </w:r>
      <w:r>
        <w:rPr>
          <w:sz w:val="20"/>
        </w:rPr>
        <w:t>32:07  toh dua ka aaghaz dua ke kalmaat dua se nahi hai, harghiz nahi hai.</w:t>
      </w:r>
      <w:r>
        <w:br/>
      </w:r>
      <w:r>
        <w:rPr>
          <w:sz w:val="20"/>
        </w:rPr>
        <w:t>32:14  dua ka aaghaz hai sab se pehle yeh ek cheez janne ka, iski discovery karne ka ke Allah ki iski options kya hain, Allah ki planning kya hai.</w:t>
      </w:r>
      <w:r>
        <w:br/>
      </w:r>
      <w:r>
        <w:rPr>
          <w:sz w:val="20"/>
        </w:rPr>
        <w:t>32:30  main kaise apne aap ko is mein lagaoon? misaal ke taur par dekhiye, Allah taala ne beeswi sadi mein English zabaan ko international zabaan bana diya.</w:t>
      </w:r>
      <w:r>
        <w:br/>
      </w:r>
      <w:r>
        <w:rPr>
          <w:sz w:val="20"/>
        </w:rPr>
        <w:t>32:44  British Empire ko ek ek aalami empire bana diya. yeh kaha jata tha ke the sun never set in the British Empire toh hum is mein ladne lage.</w:t>
      </w:r>
      <w:r>
        <w:br/>
      </w:r>
      <w:r>
        <w:rPr>
          <w:sz w:val="20"/>
        </w:rPr>
        <w:t>32:58  jaane nahi ke Allah ki planning kya hai. yeh bilkul main samajhta hoon ke jo log lade woh andhe bhare log the. toh aap ko bohat is ko lena chahiye tha ba-taur opportunity ko, na ke ba-taur dushmani ko.</w:t>
      </w:r>
      <w:r>
        <w:br/>
      </w:r>
      <w:r>
        <w:rPr>
          <w:sz w:val="20"/>
        </w:rPr>
        <w:t>33:12  british empire hamari dushman nahi thi, hamari opportunity thi. yani is ne sari dunya mein darwaza khol diya dawat ka.</w:t>
      </w:r>
      <w:r>
        <w:br/>
      </w:r>
      <w:r>
        <w:rPr>
          <w:sz w:val="20"/>
        </w:rPr>
        <w:t>33:22  unhein wahi to laya dunya mein communication, unhi ki zuban mein to communication laya.</w:t>
      </w:r>
      <w:r>
        <w:br/>
      </w:r>
      <w:r>
        <w:rPr>
          <w:sz w:val="20"/>
        </w:rPr>
        <w:t>33:30  to un ke zamane mein Allah ne communication khola, international language paida ki. to doriye is is mawaqe ko avail karne ke liye.</w:t>
      </w:r>
      <w:r>
        <w:br/>
      </w:r>
      <w:r>
        <w:rPr>
          <w:sz w:val="20"/>
        </w:rPr>
        <w:t>33:40  to british empire ka zamana jadeed opportunity ko avail karne ka zamana tha. jo log british ab wahan se lade, mera khayal hai woh bilkul andhe bhare log thay.</w:t>
      </w:r>
      <w:r>
        <w:br/>
      </w:r>
      <w:r>
        <w:rPr>
          <w:sz w:val="20"/>
        </w:rPr>
        <w:t>33:52  kuch unhein pata nahi</w:t>
      </w:r>
      <w:r>
        <w:br/>
      </w:r>
      <w:r>
        <w:rPr>
          <w:sz w:val="20"/>
        </w:rPr>
        <w:t>33:53  tha. khwamkhwah lade. yani apne apne hamiyon se lade. woh to aap ke hami thay, aap ki himayat ke liye nikle thay.</w:t>
      </w:r>
      <w:r>
        <w:br/>
      </w:r>
      <w:r>
        <w:rPr>
          <w:sz w:val="20"/>
        </w:rPr>
        <w:t>34:03  woh jo lad rahe hain, is ko talwar mar rahe hain, is ko pathar mar rahe hain. yeh andha pan hi hai. isi ko kaha gaya hai ke fitna dohama.</w:t>
      </w:r>
      <w:r>
        <w:br/>
      </w:r>
      <w:r>
        <w:rPr>
          <w:sz w:val="20"/>
        </w:rPr>
        <w:t>34:16  fitna dohama jo hai, is ko kaha jata hai ke utter darkness. yeh fitna dohama tha.</w:t>
      </w:r>
      <w:r>
        <w:br/>
      </w:r>
      <w:r>
        <w:rPr>
          <w:sz w:val="20"/>
        </w:rPr>
        <w:t>34:24  phir utter jab mawaqe almi mawaqe khule to musalman utter darkness mein par gaye, andhe pan mein par gaye.</w:t>
      </w:r>
      <w:r>
        <w:br/>
      </w:r>
      <w:r>
        <w:rPr>
          <w:sz w:val="20"/>
        </w:rPr>
        <w:t>34:33  woh lad rahe hain, khwamkhwah lad rahe hain. avail nahi kiya is ko. yani sare almi mawaqe khule hain british empire ke zamane mein.</w:t>
      </w:r>
      <w:r>
        <w:br/>
      </w:r>
      <w:r>
        <w:rPr>
          <w:sz w:val="20"/>
        </w:rPr>
        <w:t>34:43  is ko avail kijiye. ladna kya hai?</w:t>
      </w:r>
      <w:r>
        <w:br/>
      </w:r>
      <w:r>
        <w:rPr>
          <w:sz w:val="20"/>
        </w:rPr>
        <w:t>34:51  molana, kuch aur comments parhna chahein ge.</w:t>
      </w:r>
      <w:r>
        <w:br/>
      </w:r>
      <w:r>
        <w:rPr>
          <w:sz w:val="20"/>
        </w:rPr>
        <w:t>34:54  sajid anwar sahib ne mumbai se likha hai: "Molana, my takeaway from today's lecture is, irrespective of the situation, one always finds himself amidst Dawa opportunities.</w:t>
      </w:r>
      <w:r>
        <w:br/>
      </w:r>
      <w:r>
        <w:rPr>
          <w:sz w:val="20"/>
        </w:rPr>
        <w:t>35:09  What we are required is to avail the same. I rededicate myself for this Dawa mission." doctor naghma siddiqui ne dilli se likha hai:</w:t>
      </w:r>
      <w:r>
        <w:br/>
      </w:r>
      <w:r>
        <w:rPr>
          <w:sz w:val="20"/>
        </w:rPr>
        <w:t>35:22  "It is thrilling to know that all of God's opportunities have been universalized. We just have to open our minds and plan, and the whole world will come to our support." mashallah.</w:t>
      </w:r>
      <w:r>
        <w:br/>
      </w:r>
      <w:r>
        <w:rPr>
          <w:sz w:val="20"/>
        </w:rPr>
        <w:t>35:39  mehtab ahmad sahib ne dhampur se likha hai: "Molana sahib, beshak aap ki baat hundred percent sahi hai.</w:t>
      </w:r>
      <w:r>
        <w:br/>
      </w:r>
      <w:r>
        <w:rPr>
          <w:sz w:val="20"/>
        </w:rPr>
        <w:t>35:48  react na karna se bohat bara benefit milta hai. is ka mujhe khud experience hua. jazak Allah molana sahib." mashallah.</w:t>
      </w:r>
      <w:r>
        <w:br/>
      </w:r>
      <w:r>
        <w:rPr>
          <w:sz w:val="20"/>
        </w:rPr>
        <w:t>36:00  doctor junaid shaikh ne mumbai se likha hai: "Molana, no one except you discovered the concept de-monopolization and outsourcing, which are greatest blessings of God Almighty.</w:t>
      </w:r>
      <w:r>
        <w:br/>
      </w:r>
      <w:r>
        <w:rPr>
          <w:sz w:val="20"/>
        </w:rPr>
        <w:t>36:14  jazak Allah. mashallah.</w:t>
      </w:r>
    </w:p>
    <w:p>
      <w:pPr>
        <w:pStyle w:val="Heading2"/>
      </w:pPr>
      <w:r>
        <w:t>Why people lack repentance?</w:t>
      </w:r>
    </w:p>
    <w:p>
      <w:r>
        <w:rPr>
          <w:color w:val="666666"/>
          <w:sz w:val="18"/>
        </w:rPr>
        <w:t>Spirituality · The Divine Purpose Behind Human Creation October 6, 2024 · 30m 33s · at 27:48 · https://youtu.be/VepgdrN7M2A?t=1668</w:t>
      </w:r>
    </w:p>
    <w:p>
      <w:r>
        <w:rPr>
          <w:i/>
        </w:rPr>
        <w:t>“Why does it happen that people do not feel repentance? Is it due to their egoistic nature or arrogance, or is there a reason that people often do not repent?”</w:t>
      </w:r>
    </w:p>
    <w:p>
      <w:r>
        <w:rPr>
          <w:sz w:val="20"/>
        </w:rPr>
        <w:t>27:48  Aapa, yeh ek sawal aaya hai Lucknow se, Muhammad Asif Khan sahab ne bheja hai. Unhone likha hai ke: "Aapa, aisa kyun hota hai ke logon ke andar repentance nahi aati hai?</w:t>
      </w:r>
      <w:r>
        <w:br/>
      </w:r>
      <w:r>
        <w:rPr>
          <w:sz w:val="20"/>
        </w:rPr>
        <w:t>28:00  Kya woh iske egoistic nature ya arrogance ki wajah se hota hai, ya kya kya kya iska ek reason hai ke log aksar repent nahi karte hain?"</w:t>
      </w:r>
      <w:r>
        <w:br/>
      </w:r>
      <w:r>
        <w:rPr>
          <w:sz w:val="20"/>
        </w:rPr>
        <w:t>28:13  Dekhiye, repentance ka jo jazba hai, woh sab ke andar hota hai. Lekin jaise agar aap ne sabse pehli baar koi galati ki hai to aap ko bahut shadeed ehsas hota hai.</w:t>
      </w:r>
      <w:r>
        <w:br/>
      </w:r>
      <w:r>
        <w:rPr>
          <w:sz w:val="20"/>
        </w:rPr>
        <w:t>28:27  Lekin agar us waqt aap chook jayein aur aap apni galati ko na maane to aindah wahi galati karenge to aap ko itna ehsas nahi hoga.</w:t>
      </w:r>
      <w:r>
        <w:br/>
      </w:r>
      <w:r>
        <w:rPr>
          <w:sz w:val="20"/>
        </w:rPr>
        <w:t>28:36  Aap galati pe galati karte chale jayenge to conscience jo hai, jis ko kehte hain ke murda ho jata hai.</w:t>
      </w:r>
      <w:r>
        <w:br/>
      </w:r>
      <w:r>
        <w:rPr>
          <w:sz w:val="20"/>
        </w:rPr>
        <w:t>28:42  To jaise jaise woh hota hai,</w:t>
      </w:r>
      <w:r>
        <w:br/>
      </w:r>
      <w:r>
        <w:rPr>
          <w:sz w:val="20"/>
        </w:rPr>
        <w:t>28:50  haan, ek hadith hai, ek hadith hai ke agar aadmi baar baar baar baar ghalati karta rehta hai to dil par har ghalati ke waqt agar hum is ki woh na karein, repent na karein to dil par ek dhabbe ki manind ho jata hai.</w:t>
      </w:r>
      <w:r>
        <w:br/>
      </w:r>
      <w:r>
        <w:rPr>
          <w:sz w:val="20"/>
        </w:rPr>
        <w:t>29:05  ji,</w:t>
      </w:r>
      <w:r>
        <w:br/>
      </w:r>
      <w:r>
        <w:rPr>
          <w:sz w:val="20"/>
        </w:rPr>
        <w:t>29:06  to jab aisi musalsal karte rahenge aur ghalati ka ehsaas bhi nahi hoga to poora dil siyah ho jata hai. hmm, yeh literal nahi lenge, hum symbolic hain, lekin hamara dil aisa ho jata hai ke phir hamein ghalati ghalati lagti nahi.</w:t>
      </w:r>
      <w:r>
        <w:br/>
      </w:r>
      <w:r>
        <w:rPr>
          <w:sz w:val="20"/>
        </w:rPr>
        <w:t>29:21  to is liye hamein apne consciousness ko bohat zyada bedaar rakhna padega. agar hum bedaar nahi rakhenge to hum phir aisa lagega ke hamare andar consciousness hai</w:t>
      </w:r>
      <w:r>
        <w:br/>
      </w:r>
      <w:r>
        <w:rPr>
          <w:sz w:val="20"/>
        </w:rPr>
        <w:t>29:35  hi nahi. is ko bedaar, is par mehnat, har kaam pe mehnat karni padti hai. main ek aap ko ek misaal deti hoon, jab main shayad 14, 15 saal ki thi to main apne ek عزیز ke haan gayi.</w:t>
      </w:r>
      <w:r>
        <w:br/>
      </w:r>
      <w:r>
        <w:rPr>
          <w:sz w:val="20"/>
        </w:rPr>
        <w:t>29:48  hamare haan to father koi aisi waisi cheez parhne ke liye kuch hota hi nahi tha. to عزیز ke haan gayi to wahan par ek jasoosi novel rakha hua tha.</w:t>
      </w:r>
      <w:r>
        <w:br/>
      </w:r>
      <w:r>
        <w:rPr>
          <w:sz w:val="20"/>
        </w:rPr>
        <w:t>29:58  hum ne to kabhi novel bhi nahi parha tha.</w:t>
      </w:r>
      <w:r>
        <w:br/>
      </w:r>
      <w:r>
        <w:rPr>
          <w:sz w:val="20"/>
        </w:rPr>
        <w:t>30:01  ab woh dekha to jasoosi novel kahin se sun liya hoga ke jasoosi novel parhne se gunah milta hai. to hum ne jab woh parhna shuru kiya, do chaar page parha hoga, jaise ek dum ghabrahat ho gayi.</w:t>
      </w:r>
      <w:r>
        <w:br/>
      </w:r>
      <w:r>
        <w:rPr>
          <w:sz w:val="20"/>
        </w:rPr>
        <w:t>30:15  phir woh mein ne us ko daba ke rakh diya, kabhi nahi parha us ko. to yeh hota hai pehli baar jo hai na, jazba jo hai, yeh jazba sab ke andar hai.</w:t>
      </w:r>
      <w:r>
        <w:br/>
      </w:r>
      <w:r>
        <w:rPr>
          <w:sz w:val="20"/>
        </w:rPr>
        <w:t>30:23  Allah taala ne sab ke andar yeh jazba paida kiya hua hai, lekin insaan ignore karta hai</w:t>
      </w:r>
      <w:r>
        <w:br/>
      </w:r>
      <w:r>
        <w:rPr>
          <w:sz w:val="20"/>
        </w:rPr>
        <w:t>30:30  is ko. aur is ko kuch, koi bhi dunyavi interest hai, koi bhi wajah hai, aur ya woh nahi kehta, hum nahi mante, koi kuch bhi kehta rahe, hum to apni marzi se, marzi se kaam karenge.</w:t>
      </w:r>
      <w:r>
        <w:br/>
      </w:r>
      <w:r>
        <w:rPr>
          <w:sz w:val="20"/>
        </w:rPr>
        <w:t>30:42  to woh jazba dheere dheere dheere dheere woh khatam ho jata hai. phir kabhi bhi woh agar repentance kare sachay dil se to woh phir woh jazba ubhar aayega.</w:t>
      </w:r>
      <w:r>
        <w:br/>
      </w:r>
      <w:r>
        <w:rPr>
          <w:sz w:val="20"/>
        </w:rPr>
        <w:t>30:51  hmm, hmm, ji,</w:t>
      </w:r>
      <w:r>
        <w:br/>
      </w:r>
      <w:r>
        <w:rPr>
          <w:sz w:val="20"/>
        </w:rPr>
        <w:t>30:53  apa, ek cheez jo aap ne baar baar hi aaj bhi talk mein kahi ke yeh jo poori zindagi hai, yeh test period hai. aur apa, yeh test period hai to isi liye Allah taala ne hum sab ko freedom bhi di hai taake hum kya moral choice lete hain, woh woh dekh sakein.</w:t>
      </w:r>
      <w:r>
        <w:br/>
      </w:r>
      <w:r>
        <w:rPr>
          <w:sz w:val="20"/>
        </w:rPr>
        <w:t>31:12  har ek insaan ko jaancha ja raha hai, isi liye to apa, nature of freedom kya hai? what is the nature of this human freedom? is ke baray mein aap thora aur wazeh karein.</w:t>
      </w:r>
      <w:r>
        <w:br/>
      </w:r>
      <w:r>
        <w:rPr>
          <w:sz w:val="20"/>
        </w:rPr>
        <w:t>31:24  dekhiye, freedom jo hai, ek hai man versus man, aur doosra hai man versus God. to man versus man jo hai, woh hamein full freedom hasil hai us waqt tak jab tak ke hum doosre ko harm na pahunchayein.</w:t>
      </w:r>
      <w:r>
        <w:br/>
      </w:r>
      <w:r>
        <w:rPr>
          <w:sz w:val="20"/>
        </w:rPr>
        <w:t>31:43  to</w:t>
      </w:r>
      <w:r>
        <w:br/>
      </w:r>
      <w:r>
        <w:rPr>
          <w:sz w:val="20"/>
        </w:rPr>
        <w:t>31:44  yeh hamari limit hai, jis ko sab log jante hain. woh qissa, America jab azaad hua to ek aadmi bohat zyada haath waath hilate hue, khushi manate hue ja raha tha.</w:t>
      </w:r>
      <w:r>
        <w:br/>
      </w:r>
      <w:r>
        <w:rPr>
          <w:sz w:val="20"/>
        </w:rPr>
        <w:t>31:55  us ka haath jo hai, kisi ke passer bhai ke nose par lag gaya. ab us ne kaha, yeh kya nonsense hai? us ne kaha, mein to khushi mana raha hoon, celebrate kar raha hoon America ki freedom ko.</w:t>
      </w:r>
      <w:r>
        <w:br/>
      </w:r>
      <w:r>
        <w:rPr>
          <w:sz w:val="20"/>
        </w:rPr>
        <w:t>32:08  to us ne kaha, "your freedom ends where my nose begins." to yeh bohat hi acha tarike se illustrate karta hai ke hamari freedom wahan khatam ho jati hai jahan hum doosre ko harm pahunchayein.</w:t>
      </w:r>
      <w:r>
        <w:br/>
      </w:r>
      <w:r>
        <w:rPr>
          <w:sz w:val="20"/>
        </w:rPr>
        <w:t>32:25  otherwise, hum total sense mein free hain.</w:t>
      </w:r>
      <w:r>
        <w:br/>
      </w:r>
      <w:r>
        <w:rPr>
          <w:sz w:val="20"/>
        </w:rPr>
        <w:t>32:29  to yeh hai. lekin jo Khuda ke sath hai, woh hai ke hum hum free nahi hain. Khuda ke is mein hum hum ko Khuda ke hukum ka paband reh kar is duniya mein zindagi guzarna hai, kyunke yeh duniya jo hai, Khuda ki banayi hui hai, hamari banayi hui nahi hai.</w:t>
      </w:r>
      <w:r>
        <w:br/>
      </w:r>
      <w:r>
        <w:rPr>
          <w:sz w:val="20"/>
        </w:rPr>
        <w:t>32:49  hamein aisa mehsoos hota hai ke yeh hamara ghar hai, yeh hamara shehar hai, yeh hamara mulk hai, sab kuch hamara hai, yeh hamari fam</w:t>
      </w:r>
      <w:r>
        <w:br/>
      </w:r>
      <w:r>
        <w:rPr>
          <w:sz w:val="20"/>
        </w:rPr>
        <w:t>32:57  ily hai. woh aisa Allah ne har cheez ko aise veil of doubt mein rakha hua hai ke hamein lagta hai yahan hum bilkul azaad hain, lekin aisa hai nahi, sab kuch Khuda ke haath mein hai.</w:t>
      </w:r>
      <w:r>
        <w:br/>
      </w:r>
      <w:r>
        <w:rPr>
          <w:sz w:val="20"/>
        </w:rPr>
        <w:t>33:10  to jab freedom, jab Allah taala ne sari cheezein di hain, isi tarike se freedom hai Allah ka gift. to jab gift hota hai to aap jante hain, us ke sath responsibility hoti hai.</w:t>
      </w:r>
      <w:r>
        <w:br/>
      </w:r>
      <w:r>
        <w:rPr>
          <w:sz w:val="20"/>
        </w:rPr>
        <w:t>33:23  to yahi responsibility hai ke hum freedom ko khuda ke hukum ke mutabiq is ko istemal karen.</w:t>
      </w:r>
      <w:r>
        <w:br/>
      </w:r>
      <w:r>
        <w:rPr>
          <w:sz w:val="20"/>
        </w:rPr>
        <w:t>33:32  aur is ke liye Allah taala ne do do tarike se insan ki in ko safeguard kiya hai. ek to hamare andar hi consciousness rakh diya hai,</w:t>
      </w:r>
      <w:r>
        <w:br/>
      </w:r>
      <w:r>
        <w:rPr>
          <w:sz w:val="20"/>
        </w:rPr>
        <w:t>33:42  humein pata chalta hai jab dekhiye, doosra koi ghalati karta hai to humein foran pata chal jata hai ke yeh aadmi galat kaam kar raha hai. aur wahi ghalati hum karenge to humein, hum hum humein apni apni desire itni zyada hain hamari ke hum kehte hain, hamara jee chah raha hai to hum kar rahe hain.</w:t>
      </w:r>
      <w:r>
        <w:br/>
      </w:r>
      <w:r>
        <w:rPr>
          <w:sz w:val="20"/>
        </w:rPr>
        <w:t>34:02  ek baar Maulana, ek pehle aap jante hain, kitabat hath se ki jati thi. ji,</w:t>
      </w:r>
      <w:r>
        <w:br/>
      </w:r>
      <w:r>
        <w:rPr>
          <w:sz w:val="20"/>
        </w:rPr>
        <w:t>34:09  to woh is ke liye kabhi kabhi Maulana koi ek amjad katib the, to un ki thori zyada umar thi, to abba kabhi kabhi un ke paas jate the.</w:t>
      </w:r>
      <w:r>
        <w:br/>
      </w:r>
      <w:r>
        <w:rPr>
          <w:sz w:val="20"/>
        </w:rPr>
        <w:t>34:18  to dekha, un ke haan ke un ki chhat par kisi ka bachcha patang uda raha tha. ab woh kehne lage ke dekhiye, chhat pe patang uda raha hai, gir jaye, yeh ho jaye, woh ho jaye, kitna galat kaam hai.</w:t>
      </w:r>
      <w:r>
        <w:br/>
      </w:r>
      <w:r>
        <w:rPr>
          <w:sz w:val="20"/>
        </w:rPr>
        <w:t>34:32  phir Maulana kehte hain ke phir un ka bachcha aaya aur unhone patang nikali aur ja ke udane laga. aur woh kuch nahi, us ko kaha, khush ho rahe hain.</w:t>
      </w:r>
      <w:r>
        <w:br/>
      </w:r>
      <w:r>
        <w:rPr>
          <w:sz w:val="20"/>
        </w:rPr>
        <w:t>34:42  ji, to yeh hai ke apna to samajh mein hi nahi aata aur doosre ka samajh mein aata hai. is ka matlab hamare andar woh ehsas hai na ke kya galat hai, kya sahi hai.</w:t>
      </w:r>
      <w:r>
        <w:br/>
      </w:r>
      <w:r>
        <w:rPr>
          <w:sz w:val="20"/>
        </w:rPr>
        <w:t>34:52  ji, to humein is ehsas ko bidaar karna hai, is ko ehsas ko jala dena hai, tabhi hum samajh sakenge kya galat hai, kya sahi hai.</w:t>
      </w:r>
      <w:r>
        <w:br/>
      </w:r>
      <w:r>
        <w:rPr>
          <w:sz w:val="20"/>
        </w:rPr>
        <w:t>35:01  to</w:t>
      </w:r>
      <w:r>
        <w:br/>
      </w:r>
      <w:r>
        <w:rPr>
          <w:sz w:val="20"/>
        </w:rPr>
        <w:t>35:02  is ke liye bohat kuch karna padta hai, ghor o fikr karna Quran o hadith mein aur learning karna har ek se.</w:t>
      </w:r>
      <w:r>
        <w:br/>
      </w:r>
      <w:r>
        <w:rPr>
          <w:sz w:val="20"/>
        </w:rPr>
        <w:t>35:11  doosra kya kaam karta hai? kis ne? Aristotle ne, Plato ne, kis ne kaha tha ke tum ne adab kis adab kahan se seekha?</w:t>
      </w:r>
      <w:r>
        <w:br/>
      </w:r>
      <w:r>
        <w:rPr>
          <w:sz w:val="20"/>
        </w:rPr>
        <w:t>35:20  to us ne kaha, be adabon se. matlab jab aap dekhte hain ke koi kaam galat kar raha hai to aap foran aap ke dimagh mein aata hai na ke yeh kaam aise hum nahi karenge.</w:t>
      </w:r>
      <w:r>
        <w:br/>
      </w:r>
      <w:r>
        <w:rPr>
          <w:sz w:val="20"/>
        </w:rPr>
        <w:t>35:29  ji, kitna galat woh kaam kar raha hai. to</w:t>
      </w:r>
      <w:r>
        <w:br/>
      </w:r>
      <w:r>
        <w:rPr>
          <w:sz w:val="20"/>
        </w:rPr>
        <w:t>35:32  yeh hai. to hamare dil o dimagh mein Allah ne sab kuch humein de kar bheja hai. kehte hain ke DNA mein sab kuch hai siwaye maut ke.</w:t>
      </w:r>
      <w:r>
        <w:br/>
      </w:r>
      <w:r>
        <w:rPr>
          <w:sz w:val="20"/>
        </w:rPr>
        <w:t>35:42  ji, ke maut kab hamari aayegi, is ke ilawa sab kuch hai. to yeh bhi hai ke hum Khuda ke aage hum surrender karen aur Khuda ke ke marzi ke mutabiq is duniya mein zindagi guzaren.</w:t>
      </w:r>
      <w:r>
        <w:br/>
      </w:r>
      <w:r>
        <w:rPr>
          <w:sz w:val="20"/>
        </w:rPr>
        <w:t>35:55  yeh to hamare andar hi hai.</w:t>
      </w:r>
      <w:r>
        <w:br/>
      </w:r>
      <w:r>
        <w:rPr>
          <w:sz w:val="20"/>
        </w:rPr>
        <w:t>35:57  doosre yeh hai ke peghambar Allah taala ne barabar bheje, woh batate rahe. ji, to is wajah se hidayat mein Allah ne koi kami nahi ki hai.</w:t>
      </w:r>
      <w:r>
        <w:br/>
      </w:r>
      <w:r>
        <w:rPr>
          <w:sz w:val="20"/>
        </w:rPr>
        <w:t>36:08  hmm, hmm, jo kami hai woh yeh hai ke hum baton ko samajhna hi nahi chahte hain. to bas farq yeh hai ke kainat mein aur insan mein ke kainat jo hai, woh compulsorily is ko submit karna hai, is ke aage koi doosra option nahi</w:t>
      </w:r>
      <w:r>
        <w:br/>
      </w:r>
      <w:r>
        <w:rPr>
          <w:sz w:val="20"/>
        </w:rPr>
        <w:t>36:25  hai. Allah ne poori kainat ko jis tarike se set kar diya hai, woh isi tarike se billions and billions saal se woh chal rahi hai. woh is ko azadi ka koi ijazat nahi hai.</w:t>
      </w:r>
      <w:r>
        <w:br/>
      </w:r>
      <w:r>
        <w:rPr>
          <w:sz w:val="20"/>
        </w:rPr>
        <w:t>36:38  all planets orbit the sun. ab yeh nahi ke woh planets jo hain, jo hamare solar system mein planet hain, woh idhar udhar bhag jayen. woh isi tarike se orbit karte rahenge jis tarike se Allah taala ne un ko set kar diya hai.</w:t>
      </w:r>
      <w:r>
        <w:br/>
      </w:r>
      <w:r>
        <w:rPr>
          <w:sz w:val="20"/>
        </w:rPr>
        <w:t>36:52  ji,</w:t>
      </w:r>
      <w:r>
        <w:br/>
      </w:r>
      <w:r>
        <w:rPr>
          <w:sz w:val="20"/>
        </w:rPr>
        <w:t>36:54  to aur doosri yeh cheez hai, hum ko nature jo hai, yeh hamari learning ke liye hai ke nature mein har cheez jo hai, profitability ke usool par chal rahi hai.</w:t>
      </w:r>
      <w:r>
        <w:br/>
      </w:r>
      <w:r>
        <w:rPr>
          <w:sz w:val="20"/>
        </w:rPr>
        <w:t>37:06  har cheez humein peed humein saya de raha hai, phal de raha hai, pahad hain, un ke upar barf jamti hai, woh hum sare sare saal is pani ko hum peete hain jab woh garam ho ke darya mein aata hai.</w:t>
      </w:r>
      <w:r>
        <w:br/>
      </w:r>
      <w:r>
        <w:rPr>
          <w:sz w:val="20"/>
        </w:rPr>
        <w:t>37:19  to</w:t>
      </w:r>
      <w:r>
        <w:br/>
      </w:r>
      <w:r>
        <w:rPr>
          <w:sz w:val="20"/>
        </w:rPr>
        <w:t>37:20  phir chand hai, raat ko hamein roshni de raha hai, thandi hawaein hain, dunya ki har cheez, woh sab profitability par chalte hain, koi hamein harm nahi pohanchata hai.</w:t>
      </w:r>
      <w:r>
        <w:br/>
      </w:r>
      <w:r>
        <w:rPr>
          <w:sz w:val="20"/>
        </w:rPr>
        <w:t>37:30  to hamein isi tarike se har taraf se learning karni hai, rozana balkeh hamein kuch aisi learning karni chahiye ke hum jab raat ko soyein to hum sochein ke aaj hamari kya learning</w:t>
      </w:r>
      <w:r>
        <w:br/>
      </w:r>
      <w:r>
        <w:rPr>
          <w:sz w:val="20"/>
        </w:rPr>
        <w:t>37:43  hui hai, chahe woh quran hadith se ho, chahe woh in apne jo personal experiences hote hain, logon se mulaqatein hoti hain.</w:t>
      </w:r>
      <w:r>
        <w:br/>
      </w:r>
      <w:r>
        <w:rPr>
          <w:sz w:val="20"/>
        </w:rPr>
        <w:t>37:52  to jaise Maulana the, koi bhi aata tha, foran puchte the, aur koi koi bataiye, kuch kya puchte the?</w:t>
      </w:r>
      <w:r>
        <w:br/>
      </w:r>
      <w:r>
        <w:rPr>
          <w:sz w:val="20"/>
        </w:rPr>
        <w:t>38:00  ji, koi aap apna experience bataein, experience bataiye. is experience se unko kai baatein aisi mil jati thi ke usko phir woh likhte the.</w:t>
      </w:r>
      <w:r>
        <w:br/>
      </w:r>
      <w:r>
        <w:rPr>
          <w:sz w:val="20"/>
        </w:rPr>
        <w:t>38:09  ji</w:t>
      </w:r>
      <w:r>
        <w:br/>
      </w:r>
      <w:r>
        <w:rPr>
          <w:sz w:val="20"/>
        </w:rPr>
        <w:t>38:10  haan, to woh bilkul jo bhi woh likhte the, woh imaginary nahi hota tha, kahani nahi hoti thi, balkeh real zindagi ke waqiat hote the, isi ko woh likhte the.</w:t>
      </w:r>
      <w:r>
        <w:br/>
      </w:r>
      <w:r>
        <w:rPr>
          <w:sz w:val="20"/>
        </w:rPr>
        <w:t>38:21  to insan ko submit karna hai by choice, kyun? by choice submit karega, tabhi usko reward milega, aur reward hai bohat hi qeemti, woh hai jannat.</w:t>
      </w:r>
      <w:r>
        <w:br/>
      </w:r>
      <w:r>
        <w:rPr>
          <w:sz w:val="20"/>
        </w:rPr>
        <w:t>38:32  to hamein Khuda ke aage apne aap ko surrender karna hai by choi</w:t>
      </w:r>
      <w:r>
        <w:br/>
      </w:r>
      <w:r>
        <w:rPr>
          <w:sz w:val="20"/>
        </w:rPr>
        <w:t>38:37  ce. ji, aur apa, ek cheez aur bhi jo maine Maulana se seekhi, isi element of freedom ko le kar ke insan har bari aisa hota hai ke is mein koi exception nahi hai ke he faces, he or she faces difficult situations, negative situations, challenging,</w:t>
      </w:r>
      <w:r>
        <w:br/>
      </w:r>
      <w:r>
        <w:rPr>
          <w:sz w:val="20"/>
        </w:rPr>
        <w:t>38:55  ah, they experience loss. ah, but Allah taala yeh nahi dekh rahe ke woh kis situation mein hain. Allah taala sirf unka concern yeh hai ke is ka response kya hai aisi situ</w:t>
      </w:r>
      <w:r>
        <w:br/>
      </w:r>
      <w:r>
        <w:rPr>
          <w:sz w:val="20"/>
        </w:rPr>
        <w:t>39:06  ation mein. to circumstances is not, is not the main thing. the response that a person gives in that situation, that is the most important thing.</w:t>
      </w:r>
      <w:r>
        <w:br/>
      </w:r>
      <w:r>
        <w:rPr>
          <w:sz w:val="20"/>
        </w:rPr>
        <w:t>39:15  aur yahin pe aap ka jo freedom, jo aap ka nature of freedom hai, that comes at work ke aap kis tarike se apne freedom ko use karte hain.</w:t>
      </w:r>
      <w:r>
        <w:br/>
      </w:r>
      <w:r>
        <w:rPr>
          <w:sz w:val="20"/>
        </w:rPr>
        <w:t>39:24  to apa, main soch raha tha isi baat ke Maulana ki is baat ko le kar</w:t>
      </w:r>
      <w:r>
        <w:br/>
      </w:r>
      <w:r>
        <w:rPr>
          <w:sz w:val="20"/>
        </w:rPr>
        <w:t>39:29  , to main apne aap ko hi samjha raha tha ke jaise agar mere paas agar koi bicycle hai aur mere paas the only wealth is 500 rupee note, and somebody comes snatches away my bicycle, takes away my 500 rupee note, and also says some ill words, hurts me emotionally.</w:t>
      </w:r>
      <w:r>
        <w:br/>
      </w:r>
      <w:r>
        <w:rPr>
          <w:sz w:val="20"/>
        </w:rPr>
        <w:t>39:46  lekin is time pe he Allah taala ne yeh rakha hua hai ke agar mera response positive rahega to mujhe bicycle ki bajaye he has probably kept a full loaded private jet, and maybe trillions of dollars.</w:t>
      </w:r>
      <w:r>
        <w:br/>
      </w:r>
      <w:r>
        <w:rPr>
          <w:sz w:val="20"/>
        </w:rPr>
        <w:t>39:58  but that is not in this world, it is in the hereafter. the everything that depends is ke main kaise respond karta hoon apni freedom ko le kar is situation mein.</w:t>
      </w:r>
      <w:r>
        <w:br/>
      </w:r>
      <w:r>
        <w:rPr>
          <w:sz w:val="20"/>
        </w:rPr>
        <w:t>40:09  woh bohat ek important aspect bhi hai. apa,</w:t>
      </w:r>
      <w:r>
        <w:br/>
      </w:r>
      <w:r>
        <w:rPr>
          <w:sz w:val="20"/>
        </w:rPr>
        <w:t>40:14  apa, agle sawal ki taraf chalte hain. jaisa ke apa, aap jante hain ke ek lakh 24 hazar payghambar aaye, aur jo final payghambar the woh Prophet Muhammad sallallahu alaihi wasallam the.</w:t>
      </w:r>
      <w:r>
        <w:br/>
      </w:r>
      <w:r>
        <w:rPr>
          <w:sz w:val="20"/>
        </w:rPr>
        <w:t>40:25  to apa, main chahunga ke thoda unka jo ek prime message tha for humanity, us ko le kar aap kuch bataein.</w:t>
      </w:r>
      <w:r>
        <w:br/>
      </w:r>
      <w:r>
        <w:rPr>
          <w:sz w:val="20"/>
        </w:rPr>
        <w:t>40:36  insan ko Allah taala ne paida kiya to koi bohat azeem maqsad raha hoga, kyunke itni bari kainat, solar system, earth, is mein sara life support system, phir farishtey itne zyada Allah ne yahan bheje insano ki madad ke liye.</w:t>
      </w:r>
      <w:r>
        <w:br/>
      </w:r>
      <w:r>
        <w:rPr>
          <w:sz w:val="20"/>
        </w:rPr>
        <w:t>40:56  to koi bohat bara maqsad hoga, to isi maqsad ko hamein samajhna hai.</w:t>
      </w:r>
      <w:r>
        <w:br/>
      </w:r>
      <w:r>
        <w:rPr>
          <w:sz w:val="20"/>
        </w:rPr>
        <w:t>41:02  yeh Maulana ne apni kitab, kitab marifat mein is par kafi likha hai. to Allah taala chahte hain ke yahan par ek ek tehzeeb, jis ko rabbani tehzeeb keh sakte hain, ek tehzeeb banaein.</w:t>
      </w:r>
      <w:r>
        <w:br/>
      </w:r>
      <w:r>
        <w:rPr>
          <w:sz w:val="20"/>
        </w:rPr>
        <w:t>41:19  insan to actually Allah ne har cheez yahan potential form mein rakhi hui hai. tamam cheezein potential form mein hain, us ko hamein discover karna hai.</w:t>
      </w:r>
      <w:r>
        <w:br/>
      </w:r>
      <w:r>
        <w:rPr>
          <w:sz w:val="20"/>
        </w:rPr>
        <w:t>41:31  to jo jo bhi science ki bhi jo discoveries hui hain, woh koi invention nahi thi, balkeh sab kuch isi duniya mein tha. us ko scientists ne bohat zyada mehnat kar ke us ko discover kiya aur itni poori ek tehzeeb bana dali.</w:t>
      </w:r>
      <w:r>
        <w:br/>
      </w:r>
      <w:r>
        <w:rPr>
          <w:sz w:val="20"/>
        </w:rPr>
        <w:t>41:46  tu woh thi material tehz</w:t>
      </w:r>
      <w:r>
        <w:br/>
      </w:r>
      <w:r>
        <w:rPr>
          <w:sz w:val="20"/>
        </w:rPr>
        <w:t>41:48  eeb. isi tareeqay say Allah taala chahtay hain aik divine tehzeeb banai jaye. tu divine tehzeeb ki shuruaat tu yahan hogi, lekin yeh tehzeeb jo hai, is ka marifat ka safar jo hai, yeh akhirat tak chalta rahega.</w:t>
      </w:r>
      <w:r>
        <w:br/>
      </w:r>
      <w:r>
        <w:rPr>
          <w:sz w:val="20"/>
        </w:rPr>
        <w:t>42:04  log samajhtay hain akhirat mein bas hum log sofe pe bethay huay khate peetay rahengay. tu aisa nahi hai. Maulana nay bataya</w:t>
      </w:r>
      <w:r>
        <w:br/>
      </w:r>
      <w:r>
        <w:rPr>
          <w:sz w:val="20"/>
        </w:rPr>
        <w:t>42:11  keh wahan poora marifat ka safar jo yahan hai, yahan tu beginning hai, aur akhirat mein yeh safar musalsal without any limitation wahan chalta rahega, aur wahin par culmination hoga, wahin par mukammal hoga.</w:t>
      </w:r>
      <w:r>
        <w:br/>
      </w:r>
      <w:r>
        <w:rPr>
          <w:sz w:val="20"/>
        </w:rPr>
        <w:t>42:26  tu is kay liye Allah taala nay do level par kaam kiya. aik tu insaan kay andar sari cheezain rakh dain.</w:t>
      </w:r>
      <w:r>
        <w:br/>
      </w:r>
      <w:r>
        <w:rPr>
          <w:sz w:val="20"/>
        </w:rPr>
        <w:t>42:35  us nay insaan samajhta hai keh sahi kiya hai, ghul</w:t>
      </w:r>
      <w:r>
        <w:br/>
      </w:r>
      <w:r>
        <w:rPr>
          <w:sz w:val="20"/>
        </w:rPr>
        <w:t>42:39  at kiya hai, woh will fully galat kaam karta hai. aisa koi bhi nahi hai, woh na samjhay keh yeh galat kaam hai. kitnay bhi dako hi achahay hon, woh dako bhi janta hai keh mein galat kaam kar raha hoon.</w:t>
      </w:r>
      <w:r>
        <w:br/>
      </w:r>
      <w:r>
        <w:rPr>
          <w:sz w:val="20"/>
        </w:rPr>
        <w:t>42:52  tu is ka matlab hai keh is kay andar bhi yeh baat hai. sab ko wahi dil diya gaya hai keh woh sab sab sab kuch samajhta hai. tu aadmi jaan boojh kar ghalti karega aur maafi nahi mangay ga, tu us ko phir Khuda ki madad nahi milegi.</w:t>
      </w:r>
      <w:r>
        <w:br/>
      </w:r>
      <w:r>
        <w:rPr>
          <w:sz w:val="20"/>
        </w:rPr>
        <w:t>43:10  aur baghair Khuda ki madad kay, farishton ki madad kay, hum is spiritual journey mein agay nahi barh saktay hain.</w:t>
      </w:r>
      <w:r>
        <w:br/>
      </w:r>
      <w:r>
        <w:rPr>
          <w:sz w:val="20"/>
        </w:rPr>
        <w:t>43:19  tu Allah taala nay kabhi bhi insaanon ko baghair guidance kay nahi chora. Hazrat Adam, jo keh pehlay peghambar thay, woh pehlay insaan thay.</w:t>
      </w:r>
      <w:r>
        <w:br/>
      </w:r>
      <w:r>
        <w:rPr>
          <w:sz w:val="20"/>
        </w:rPr>
        <w:t>43:31  unhi ko Allah taala nay pehla peghambar bhi bana diya. phir insaan kiya hai? dunya bohat attractive hai.</w:t>
      </w:r>
      <w:r>
        <w:br/>
      </w:r>
      <w:r>
        <w:rPr>
          <w:sz w:val="20"/>
        </w:rPr>
        <w:t>43:39  tu dunya kay say itna us ko attract woh hota hai keh woh sab bhool jata hai akhirat ki baatein, peghambaron ki baatein tu bhool jata hai.</w:t>
      </w:r>
      <w:r>
        <w:br/>
      </w:r>
      <w:r>
        <w:rPr>
          <w:sz w:val="20"/>
        </w:rPr>
        <w:t>43:50  is wajah say bar bar Allah nay peghambar bhijwaye. ab is zamanay mein tu koi press waghera ka daur nahi tha keh koi cheez jo hai woh mehfooz reh sakay.</w:t>
      </w:r>
      <w:r>
        <w:br/>
      </w:r>
      <w:r>
        <w:rPr>
          <w:sz w:val="20"/>
        </w:rPr>
        <w:t>44:00  bas by by by word of mouth chalta tha.</w:t>
      </w:r>
      <w:r>
        <w:br/>
      </w:r>
      <w:r>
        <w:rPr>
          <w:sz w:val="20"/>
        </w:rPr>
        <w:t>44:03  peghambar kay janay kay baad do char naslon tak woh rehta tha. phir log bhool jatay thay kyunkeh woh apni marzi kay mutabiq, apnay desires kay mutabiq woh chaltay thay.</w:t>
      </w:r>
      <w:r>
        <w:br/>
      </w:r>
      <w:r>
        <w:rPr>
          <w:sz w:val="20"/>
        </w:rPr>
        <w:t>44:13  aur kab bhooltay na bhi hon tu sirf form reh jata tha. spirit ghayab ho jati thi. tu peghambar tu aik lakh 24 hazar aaye, lekin 25 baray baray peghambaron ka zikr Quran mein aaya hai.</w:t>
      </w:r>
      <w:r>
        <w:br/>
      </w:r>
      <w:r>
        <w:rPr>
          <w:sz w:val="20"/>
        </w:rPr>
        <w:t>44:29  tu peghambar ka jo sab say bara paigham hota tha, woh tauheed ka paigham hota tha keh Khuda aik hai, Khuda kay sath shirk nahi karna hai, usi ki ibadat karni hai.</w:t>
      </w:r>
      <w:r>
        <w:br/>
      </w:r>
      <w:r>
        <w:rPr>
          <w:sz w:val="20"/>
        </w:rPr>
        <w:t>44:42  aur baqi jo hai, dunya mein jo bhi kaam karo, woh Khuda ki marzi kay mutabiq kaam karna hai. jaisay moti moti is zamanay mein bas yahi tha: jhoot nahi bolna, chori nahi karna, kisi ka maal nahi khana hai.</w:t>
      </w:r>
      <w:r>
        <w:br/>
      </w:r>
      <w:r>
        <w:rPr>
          <w:sz w:val="20"/>
        </w:rPr>
        <w:t>44:56  yeh sari jo hain</w:t>
      </w:r>
      <w:r>
        <w:br/>
      </w:r>
      <w:r>
        <w:rPr>
          <w:sz w:val="20"/>
        </w:rPr>
        <w:t>44:58  tu is tarah ki baatein har aadmi kay dil mein hi hain keh hum yeh galat hain. lekin mazeed is ko taqviyat dainay kay liye Allah taala nay peghambar bhijwaye.</w:t>
      </w:r>
      <w:r>
        <w:br/>
      </w:r>
      <w:r>
        <w:rPr>
          <w:sz w:val="20"/>
        </w:rPr>
        <w:t>45:09  tu lekin woh itna ziyada woh daur tha nature worship ka keh har numayan cheez dekhiye. science kay daur say pehlay insaan kuch samajhta hi nahi tha.</w:t>
      </w:r>
      <w:r>
        <w:br/>
      </w:r>
      <w:r>
        <w:rPr>
          <w:sz w:val="20"/>
        </w:rPr>
        <w:t>45:21  bijli karkti thi tu woh samajhtay thay keh devta ghusay ho gaye hain.</w:t>
      </w:r>
      <w:r>
        <w:br/>
      </w:r>
      <w:r>
        <w:rPr>
          <w:sz w:val="20"/>
        </w:rPr>
        <w:t>45:24  woh yeh science kay daur say pehlay ka phenomenon hai. aur suraj, Maulana nay bataya keh jab yahan sehra mein suraj itnay ab o taab say niklta hai keh woh sach much lagta hai keh koi devta hi hai,</w:t>
      </w:r>
      <w:r>
        <w:br/>
      </w:r>
      <w:r>
        <w:rPr>
          <w:sz w:val="20"/>
        </w:rPr>
        <w:t>45:39  tu unhon nay dekha tha. tu log kehtay thay: "haza rabbi, haza akbar, yahi mera rab hai, yeh tu bohat bara hai." woh tu Hazrat Ibrahim nay kaha keh "yeh mera rab kaisay ho sakta hai jo jo chup jaye?</w:t>
      </w:r>
      <w:r>
        <w:br/>
      </w:r>
      <w:r>
        <w:rPr>
          <w:sz w:val="20"/>
        </w:rPr>
        <w:t>45:53  hmm, mera rab aisa thori hai keh thori dair rahega, thori dair kay baad ghayab ho jayega." tu isi tareeqay say suraj, chand, darya, pahar, peir, janwar, har cheez ko pooja jata tha.</w:t>
      </w:r>
      <w:r>
        <w:br/>
      </w:r>
      <w:r>
        <w:rPr>
          <w:sz w:val="20"/>
        </w:rPr>
        <w:t>46:05  woh yeh samajhte thay nature mein koi mysterious force hai aur us ko poojne se hamari qismat badalti hai, badalti hai, bigadti hai.</w:t>
      </w:r>
      <w:r>
        <w:br/>
      </w:r>
      <w:r>
        <w:rPr>
          <w:sz w:val="20"/>
        </w:rPr>
        <w:t>46:16  agar woh naraz ho jayen, aap jante hain, pehle chechak hota tha toh uska ilaaj nahi hota tha. samajhte thay koi devi devta hain aur woh naraz ho gayi hain, is liye bimari hai.</w:t>
      </w:r>
      <w:r>
        <w:br/>
      </w:r>
      <w:r>
        <w:rPr>
          <w:sz w:val="20"/>
        </w:rPr>
        <w:t>46:25  woh bechare ko bhooka maar dalte thay.</w:t>
      </w:r>
      <w:r>
        <w:br/>
      </w:r>
      <w:r>
        <w:rPr>
          <w:sz w:val="20"/>
        </w:rPr>
        <w:t>46:28  yeh toh baad mein kuch toh kaam musalmanon ne kiya tha. is par kitaab bhi likhi thi. isi ko parhne ke baad ek Edward Jenner thay, unhon ne teeka banaya.</w:t>
      </w:r>
      <w:r>
        <w:br/>
      </w:r>
      <w:r>
        <w:rPr>
          <w:sz w:val="20"/>
        </w:rPr>
        <w:t>46:41  phir woh teeka diya jaane laga aur aise mein is ko aur zyada acha khana khilana chahiye. ji, ab woh hum is ko kuch nahi dete thay ke devi naraz ho jayegi.</w:t>
      </w:r>
      <w:r>
        <w:br/>
      </w:r>
      <w:r>
        <w:rPr>
          <w:sz w:val="20"/>
        </w:rPr>
        <w:t>46:51  toh yeh sab dekhiye, science se pehle ki baatein</w:t>
      </w:r>
      <w:r>
        <w:br/>
      </w:r>
      <w:r>
        <w:rPr>
          <w:sz w:val="20"/>
        </w:rPr>
        <w:t>46:54  thin. insaan kisi cheez ko explain kar nahi pata tha toh inhi inhi terms mein sochta tha. woh itna darte thay in cheezon se kyunke woh samajhte thay mysterious force hai is ke andar.</w:t>
      </w:r>
      <w:r>
        <w:br/>
      </w:r>
      <w:r>
        <w:rPr>
          <w:sz w:val="20"/>
        </w:rPr>
        <w:t>47:08  toh Hazrat Ibrahim se kehte thay aur doosre paighambaron se bhi unhon ne yahi kaha ke "agar tum ne is ko kuch bura bhala kaha toh tum andhe ho jaoge, pagal ho jaoge, barbaad ho</w:t>
      </w:r>
      <w:r>
        <w:br/>
      </w:r>
      <w:r>
        <w:rPr>
          <w:sz w:val="20"/>
        </w:rPr>
        <w:t>47:18  jaoge." toh woh darte thay ke agar aisa un ko hum ne nahi, un ko due respect diya toh hamara yeh sab ho jayega.</w:t>
      </w:r>
      <w:r>
        <w:br/>
      </w:r>
      <w:r>
        <w:rPr>
          <w:sz w:val="20"/>
        </w:rPr>
        <w:t>47:27  toh yeh hai. toh isi liye Hazrat Ibrahim ne Iraq ko chhod diya kyunke wahan ke log manne wale nahi thay.</w:t>
      </w:r>
      <w:r>
        <w:br/>
      </w:r>
      <w:r>
        <w:rPr>
          <w:sz w:val="20"/>
        </w:rPr>
        <w:t>47:35  ab masla kya ho gaya tha ke shirk jo hai is mein ek nexus ho gaya tha ke ab hum toh mante hi thay, ab badshah log manne lagay.</w:t>
      </w:r>
      <w:r>
        <w:br/>
      </w:r>
      <w:r>
        <w:rPr>
          <w:sz w:val="20"/>
        </w:rPr>
        <w:t>47:44  kyunke is ki wajah se kya tha ke har badai ko yeh log devi devta maan lete thay. toh woh, woh bhi badshah bhi bada hota tha na, toh un ko devi devta ka darja de dete thay.</w:t>
      </w:r>
      <w:r>
        <w:br/>
      </w:r>
      <w:r>
        <w:rPr>
          <w:sz w:val="20"/>
        </w:rPr>
        <w:t>47:57  toh hamare bhagwan</w:t>
      </w:r>
      <w:r>
        <w:br/>
      </w:r>
      <w:r>
        <w:rPr>
          <w:sz w:val="20"/>
        </w:rPr>
        <w:t>47:58  hain. toh is wajah se badshahon ko yeh mauqa mil jata tha awam par hukoomat karne ka. awam woh achi policy chalayen, galat chalayen, awam is in ko kuch keh nahi sakte thay.</w:t>
      </w:r>
      <w:r>
        <w:br/>
      </w:r>
      <w:r>
        <w:rPr>
          <w:sz w:val="20"/>
        </w:rPr>
        <w:t>48:10  toh ek qism ka hi jo hai na personality cult yeh ho gaya. ji, Firaun ne kaha bhi tha: "Ana Rabbukum Al-A'la, main, main, main hoon Rabb." toh yeh toh yeh kaun Firaun?</w:t>
      </w:r>
      <w:r>
        <w:br/>
      </w:r>
      <w:r>
        <w:rPr>
          <w:sz w:val="20"/>
        </w:rPr>
        <w:t>48:22  yeh kaun sa Rabb hai? Rabb toh main hoon. toh yeh sab ho gaya tha. toh yeh bohat bari evil thi.</w:t>
      </w:r>
      <w:r>
        <w:br/>
      </w:r>
      <w:r>
        <w:rPr>
          <w:sz w:val="20"/>
        </w:rPr>
        <w:t>48:29  is evil ko baad mein jo sab inqilab aaya, Islam ka inqilab, science ka inqilab, jamhoori inqilab, toh in sab cheezon ko khatam kiya is inqilab ne.</w:t>
      </w:r>
      <w:r>
        <w:br/>
      </w:r>
      <w:r>
        <w:rPr>
          <w:sz w:val="20"/>
        </w:rPr>
        <w:t>48:42  toh jamhooriyat bohat bara hamare liye bohat bari boon thi. jamhooriyat ki wajah se tamam logon ko mauqa mila kaam karne ka.</w:t>
      </w:r>
      <w:r>
        <w:br/>
      </w:r>
      <w:r>
        <w:rPr>
          <w:sz w:val="20"/>
        </w:rPr>
        <w:t>48:52  pehlay toh kya tha? jo badshah chahta tha, wahi hota tha.</w:t>
      </w:r>
      <w:r>
        <w:br/>
      </w:r>
      <w:r>
        <w:rPr>
          <w:sz w:val="20"/>
        </w:rPr>
        <w:t>48:56  agar koi badshah ke khilaf kuch bhi kar de toh uska sar qalam. toh is wajah se taraqqi kuch nahi ho pati thi. nature mein jo taskheer karna, nature ko, nature par investigation, nature par research, woh sab kuch nahi hota tha.</w:t>
      </w:r>
      <w:r>
        <w:br/>
      </w:r>
      <w:r>
        <w:rPr>
          <w:sz w:val="20"/>
        </w:rPr>
        <w:t>49:12  badshah bohat darte thay ke koi bhi naya kaam ho raha hai toh galat hi hoga. jo woh chahte thay, bas bas badshah hukmi sab kuch hota tha.</w:t>
      </w:r>
      <w:r>
        <w:br/>
      </w:r>
      <w:r>
        <w:rPr>
          <w:sz w:val="20"/>
        </w:rPr>
        <w:t>49:23  toh yeh tha. toh paighambaron ne bataya ke is duniya mein toh sirf shuruaat karni hai. hamein apne aap ko deserving candidate banana hai.</w:t>
      </w:r>
      <w:r>
        <w:br/>
      </w:r>
      <w:r>
        <w:rPr>
          <w:sz w:val="20"/>
        </w:rPr>
        <w:t>49:31  aur asal mayari duniya jo hai, woh toh jannat ki hai. wahan par asal mein dekhiye, sara limitations khatam ho jayega.</w:t>
      </w:r>
      <w:r>
        <w:br/>
      </w:r>
      <w:r>
        <w:rPr>
          <w:sz w:val="20"/>
        </w:rPr>
        <w:t>49:40  jab limitations khatam ho jayega toh hum lamahdood tor par hum kaam kar payenge. insaan ka dimagh jo hai na, woh toh hai hi lamahdood.</w:t>
      </w:r>
      <w:r>
        <w:br/>
      </w:r>
      <w:r>
        <w:rPr>
          <w:sz w:val="20"/>
        </w:rPr>
        <w:t>49:50  lekin is duniya mein itni limitations hain ke hum is ko poora istemal nahi kar paate. bohat jald insaan bimar ho jata hai, boodha ho jata hai, mar jata hai, accident ho jata hai.</w:t>
      </w:r>
      <w:r>
        <w:br/>
      </w:r>
      <w:r>
        <w:rPr>
          <w:sz w:val="20"/>
        </w:rPr>
        <w:t>50:02  aur mawaqe jo woh chahta hai, woh nahi milte hain. to is waja se woh pura kaam kar nahi</w:t>
      </w:r>
      <w:r>
        <w:br/>
      </w:r>
      <w:r>
        <w:rPr>
          <w:sz w:val="20"/>
        </w:rPr>
        <w:t>50:07  paata. aakhirat mein yeh sari limitations khatm ho jayengi. to woh hamari aakhri manzil hoga. wahan marifat ka zariya musalsal jari rahega.</w:t>
      </w:r>
      <w:r>
        <w:br/>
      </w:r>
      <w:r>
        <w:rPr>
          <w:sz w:val="20"/>
        </w:rPr>
        <w:t>50:19  aur wahan perfect shakal mein Khuda ka realization hoga. tab Allah taala apni jhalak bhi wahan dikhayenge ke jo aarif insan hai, jo Khuda ki jis ne marifat hasil ki, usi se Allah raazi hoga.</w:t>
      </w:r>
      <w:r>
        <w:br/>
      </w:r>
      <w:r>
        <w:rPr>
          <w:sz w:val="20"/>
        </w:rPr>
        <w:t>50:35  ji,</w:t>
      </w:r>
      <w:r>
        <w:br/>
      </w:r>
      <w:r>
        <w:rPr>
          <w:sz w:val="20"/>
        </w:rPr>
        <w:t>50:36  apa, Hazrat Jubair se ek riwayat hai ke Rasool Allah ne ek martaba kaha ke "what i fear most about my ummah is that they will have ambitions and wishes, becaus ambition comes in the way of the truth, and wishes makes a person careless about the hereafter." to apa, yeh bhi baat sahi hai ke every person is like a graveyard of unfulfilled desire</w:t>
      </w:r>
      <w:r>
        <w:br/>
      </w:r>
      <w:r>
        <w:rPr>
          <w:sz w:val="20"/>
        </w:rPr>
        <w:t>51:02  . woh desires ko hi le kar apni puri zindagi nikal deta hai. jabke fact is ki aap desires ko fulfill hi nahi kar sakte is duniya mein.</w:t>
      </w:r>
      <w:r>
        <w:br/>
      </w:r>
      <w:r>
        <w:rPr>
          <w:sz w:val="20"/>
        </w:rPr>
        <w:t>51:11  to is ke bare mein batayein, apa, ke kaise desire management insan kar sakta hai? desires ko kaise samajhna chahiye? is ke bare mein bhi aap hum sab ko batayein.</w:t>
      </w:r>
      <w:r>
        <w:br/>
      </w:r>
      <w:r>
        <w:rPr>
          <w:sz w:val="20"/>
        </w:rPr>
        <w:t>51:22  asal mein sab se bari cheez yahi hai ke insan creation plan ko samjhe. ab insan ek duniya mein aa</w:t>
      </w:r>
      <w:r>
        <w:br/>
      </w:r>
      <w:r>
        <w:rPr>
          <w:sz w:val="20"/>
        </w:rPr>
        <w:t>51:29  gaya, ab woh samajhta hi nahi ke is duniya mein kaise rehna hai. to aap samajh lijiye ke ab sab kaam galat hi galat karenge.</w:t>
      </w:r>
      <w:r>
        <w:br/>
      </w:r>
      <w:r>
        <w:rPr>
          <w:sz w:val="20"/>
        </w:rPr>
        <w:t>51:39  to sab se pehle insan ko Khuda ke creation plan ko samajhna hai. to creation plan ke mutabiq yeh duniya desire ke fulfillment ke liye hai hi nahi.</w:t>
      </w:r>
      <w:r>
        <w:br/>
      </w:r>
      <w:r>
        <w:rPr>
          <w:sz w:val="20"/>
        </w:rPr>
        <w:t>51:51  to kaise desire ka ful</w:t>
      </w:r>
      <w:r>
        <w:br/>
      </w:r>
      <w:r>
        <w:rPr>
          <w:sz w:val="20"/>
        </w:rPr>
        <w:t>51:53  fillment yahan hoga? kyunke yahan itni limitation, itni limitation hai ke desire ka fulfillment possible hi nahi hai. to aur insan jo hai, chunke is ke andar hai ek ideal world basi hui hai, kehte hain jab insan paida hua to us ko sab kuch jannat dikha di gayi thi.</w:t>
      </w:r>
      <w:r>
        <w:br/>
      </w:r>
      <w:r>
        <w:rPr>
          <w:sz w:val="20"/>
        </w:rPr>
        <w:t>52:11  hmm, yahan tak kehte hain ke jab bachcha paida hota hai to woh muskurata hai, kehte hain woh jannat dekh raha hai. ji, to us ko sab kuch us ke dil mein, dimagh mein, us ki jannat basi hui hai.</w:t>
      </w:r>
      <w:r>
        <w:br/>
      </w:r>
      <w:r>
        <w:rPr>
          <w:sz w:val="20"/>
        </w:rPr>
        <w:t>52:23  ab woh yeh farq nahi kar pata ke yeh jannat jo hai, us ko aakhirat mein milegi, duniya mein nahi milegi. isi waja se woh musalsal frustration mein rehta hai.</w:t>
      </w:r>
      <w:r>
        <w:br/>
      </w:r>
      <w:r>
        <w:rPr>
          <w:sz w:val="20"/>
        </w:rPr>
        <w:t>52:37  kyunke ideal ki talash karta hai aur ideal us ko milta nahi. aur bade bade logon ne kaha hai, jaise Edward Gibbon ne kaha hai: "human history is little more than the register of crimes."</w:t>
      </w:r>
      <w:r>
        <w:br/>
      </w:r>
      <w:r>
        <w:rPr>
          <w:sz w:val="20"/>
        </w:rPr>
        <w:t>52:49  to un ko, un ko samajh mein nahi aata ke is duniya mein itni suffering kyun hai, itni museebatein kyun hain, itni limitations kyun hain. bade bade insan jab mature hote hain to khatm ho jate hain, mar jate hain.</w:t>
      </w:r>
      <w:r>
        <w:br/>
      </w:r>
      <w:r>
        <w:rPr>
          <w:sz w:val="20"/>
        </w:rPr>
        <w:t>53:01  Einstein jo hai, bahut kam umar mein khatm hue. to itne bade bade log jab ke un ke time hota hai kaam karne ka, us waqt woh mar jate hain.</w:t>
      </w:r>
      <w:r>
        <w:br/>
      </w:r>
      <w:r>
        <w:rPr>
          <w:sz w:val="20"/>
        </w:rPr>
        <w:t>53:10  to yeh sari cheezein samajh mein aati nahi hain. ek Alexis Carrel ne ek kitaab likhi: "Man the</w:t>
      </w:r>
      <w:r>
        <w:br/>
      </w:r>
      <w:r>
        <w:rPr>
          <w:sz w:val="20"/>
        </w:rPr>
        <w:t>53:17  Known." us ki "Man in Known" bana hua hai. kyunke jab har cheez ka is duniya mein joda hai, isi tarah se is duniya ka bhi ek joda hai.</w:t>
      </w:r>
      <w:r>
        <w:br/>
      </w:r>
      <w:r>
        <w:rPr>
          <w:sz w:val="20"/>
        </w:rPr>
        <w:t>53:27  jab tak is jode ko le kar ke hum life ko explain na karein, tab tak hum samajh hi nahi sakte. ji, na samjhein ge to frustration hoga.</w:t>
      </w:r>
      <w:r>
        <w:br/>
      </w:r>
      <w:r>
        <w:rPr>
          <w:sz w:val="20"/>
        </w:rPr>
        <w:t>53:37  ab jaise hum log hain, CPS ke Maulana ki sari classes hum ne attend ki hain, literature padha hai. to hum logon ko bilkul clear hai ke yeh duniya sirf mehnat karne ke liye hai aur apne aap ko deserving candidate banane ke liye.</w:t>
      </w:r>
      <w:r>
        <w:br/>
      </w:r>
      <w:r>
        <w:rPr>
          <w:sz w:val="20"/>
        </w:rPr>
        <w:t>53:52  jo kuch milna hai, aakh</w:t>
      </w:r>
      <w:r>
        <w:br/>
      </w:r>
      <w:r>
        <w:rPr>
          <w:sz w:val="20"/>
        </w:rPr>
        <w:t>53:54  irat mein milna hai. to is liye hum logon ko frustration hota hi nahi ke jo mila hua hai, wahi lagta hai, wahi bohat hai. kyunke humein jo goal hai, hamari zindagi ka jo maqsad hai, us mein koi rukawat hai nahi.</w:t>
      </w:r>
      <w:r>
        <w:br/>
      </w:r>
      <w:r>
        <w:rPr>
          <w:sz w:val="20"/>
        </w:rPr>
        <w:t>54:06  to aur humein kuch chahiye nahi. to yeh hai. ab Sir James Jeans jo itna bada mathematician tha aur Nobel Prize us ko mila, us ne likha hai "The Mysterious Universe"</w:t>
      </w:r>
      <w:r>
        <w:br/>
      </w:r>
      <w:r>
        <w:rPr>
          <w:sz w:val="20"/>
        </w:rPr>
        <w:t>54:18  . isi liye ke in logon ko pata hi nahi tha ke doosri duniya hai, wahan jo hai saare hamare desires fulfill honge.</w:t>
      </w:r>
      <w:r>
        <w:br/>
      </w:r>
      <w:r>
        <w:rPr>
          <w:sz w:val="20"/>
        </w:rPr>
        <w:t>54:26  to yeh log jo hain, itne bare bare log jo hain, woh frustration mein khatam hue. ji, woh sir james jeans ne kaha: "it seems that man has strayed in a world that was not made for</w:t>
      </w:r>
      <w:r>
        <w:br/>
      </w:r>
      <w:r>
        <w:rPr>
          <w:sz w:val="20"/>
        </w:rPr>
        <w:t>54:42  hum." is ki samajh mein nahi aata, kisi ki samajh mein nahi aata. ji ke yeh duniya mein hum hum kis tareeqay se, jo hum zindagi paana chahte hain, woh kaise milay.</w:t>
      </w:r>
      <w:r>
        <w:br/>
      </w:r>
      <w:r>
        <w:rPr>
          <w:sz w:val="20"/>
        </w:rPr>
        <w:t>54:54  aik roosi writer ne kaha hai: "is duniya mein har cheez beautiful hai, sirf aik cheez beautiful nahi hai, aur woh insaan hai."</w:t>
      </w:r>
      <w:r>
        <w:br/>
      </w:r>
      <w:r>
        <w:rPr>
          <w:sz w:val="20"/>
        </w:rPr>
        <w:t>55:02  to is duniya mein insaan dekhiye, shakal, soorat, rang, sab kuch hai.</w:t>
      </w:r>
      <w:r>
        <w:br/>
      </w:r>
      <w:r>
        <w:rPr>
          <w:sz w:val="20"/>
        </w:rPr>
        <w:t>55:11  to woh aisa thori hai ke woh is ki inherently aisa hai, balkay woh hamari geographical conditions hain. koi kala hai, jaisay africa ke log hotay hain, to geographical conditions prevail karti hain.</w:t>
      </w:r>
      <w:r>
        <w:br/>
      </w:r>
      <w:r>
        <w:rPr>
          <w:sz w:val="20"/>
        </w:rPr>
        <w:t>55:25  to akhirat mein yeh sari limitations khatam ki jayen, kar di jayen gi.</w:t>
      </w:r>
      <w:r>
        <w:br/>
      </w:r>
      <w:r>
        <w:rPr>
          <w:sz w:val="20"/>
        </w:rPr>
        <w:t>55:29  aik baar rasool Allah sal Allah alayh wasallam ke paas aik boodhi aurat aayi. to rasool Allah kabhi kabhi ab halka mazaaq bhi kartay thay. to rasool Allah ne us se kaha ke "boodhiya jannat mein nahi jayen gi." haan, woh lagi ronay to rasool Allah sal Allah alayh wasallam ne kaha: "jannat mein sab jawan ho jayen gay." ji, boodhay nahi wahan rahen gay.</w:t>
      </w:r>
      <w:r>
        <w:br/>
      </w:r>
      <w:r>
        <w:rPr>
          <w:sz w:val="20"/>
        </w:rPr>
        <w:t>55:50  to wahan boodhapa hai, badsoorati hai, bimariyan hain, maut hai, yeh sab kuch wahan accident hai. wahan ya wahan yeh sab kuch nahi hoga.</w:t>
      </w:r>
      <w:r>
        <w:br/>
      </w:r>
      <w:r>
        <w:rPr>
          <w:sz w:val="20"/>
        </w:rPr>
        <w:t>56:01  lekin insaan apnay aap ko samajhta hai ke "main bilkul azaad hoon, main jo chahe karoon." to yehi jo is ki thinking hai na ke "main azaad hoon", yehi cheez is ke liye museebat ban gayi hai.</w:t>
      </w:r>
      <w:r>
        <w:br/>
      </w:r>
      <w:r>
        <w:rPr>
          <w:sz w:val="20"/>
        </w:rPr>
        <w:t>56:11  ji ke woh jab azaad hai to is ko desire ke mutabiq is ko aik zindagi milni chahiye.</w:t>
      </w:r>
      <w:r>
        <w:br/>
      </w:r>
      <w:r>
        <w:rPr>
          <w:sz w:val="20"/>
        </w:rPr>
        <w:t>56:19  lekin woh practically impossible hai. to result jo hai is ka, woh tension hai. ab woh itna samajh le ke yeh duniya is ki apni banayi hui nahi hai, balkay duniya Khuda ne banayi hai.</w:t>
      </w:r>
      <w:r>
        <w:br/>
      </w:r>
      <w:r>
        <w:rPr>
          <w:sz w:val="20"/>
        </w:rPr>
        <w:t>56:31  to yahan Khuda ki marzi ke mutabiq hi hamein is duniya mein rehna hai aur Khuda ke agay surrender karna hai. to tabhi is ko woh is qabil banay ga ke akhirat mein use Allah taala jannat mein jagah den.</w:t>
      </w:r>
      <w:r>
        <w:br/>
      </w:r>
      <w:r>
        <w:rPr>
          <w:sz w:val="20"/>
        </w:rPr>
        <w:t>56:47  to lekin insaan to limit cross kar diya,</w:t>
      </w:r>
      <w:r>
        <w:br/>
      </w:r>
      <w:r>
        <w:rPr>
          <w:sz w:val="20"/>
        </w:rPr>
        <w:t>56:52  nuclear bomb banaya sari duniya ko. ab qayamat aanay ki bhi zaroorat nahi hai, do chaar nuclear bomb phatenge, qayamat hi aa jayegi. ji to insaan jo hai, woh apni is se had se bahar chala gaya.</w:t>
      </w:r>
      <w:r>
        <w:br/>
      </w:r>
      <w:r>
        <w:rPr>
          <w:sz w:val="20"/>
        </w:rPr>
        <w:t>57:06  jabkay aap jantay hain jinnaat ko jo mazool kiya gaya tha, isi liye na ke woh duniya mein fasad barpa kar rahay thay, isi liye mazool kiya gaya tha.</w:t>
      </w:r>
      <w:r>
        <w:br/>
      </w:r>
      <w:r>
        <w:rPr>
          <w:sz w:val="20"/>
        </w:rPr>
        <w:t>57:17  ab to ab is se to hazaron lakhon guna ziyada fasad insaan kar raha hai. to kisi bhi waqt qayamat aa sakti hai. kyunkay jab Allah taala bilkul dekhenge ke ab insaan jo hai, koi acha kaam nahi karega, sirf bura hi bura karega, to us waqt phir woh qayamat aa jayegi.</w:t>
      </w:r>
      <w:r>
        <w:br/>
      </w:r>
      <w:r>
        <w:rPr>
          <w:sz w:val="20"/>
        </w:rPr>
        <w:t>57:36  to yehi hai ke hamein sab se pehlay zaroori hai ke hum ab creation plan ko samjhen aur is ke mutabiq hum apni zindagi ko, zindagi</w:t>
      </w:r>
      <w:r>
        <w:br/>
      </w:r>
      <w:r>
        <w:rPr>
          <w:sz w:val="20"/>
        </w:rPr>
        <w:t>57:46  ko chalayen. ji aur apa, agar hum Quran ko bhi parhen to is mein bohat clearly yeh cheez aa jati hai desires ko le kay. surah kahf mein jaisay hai ke "there there you will have all the that you desire and there is even more with us".</w:t>
      </w:r>
      <w:r>
        <w:br/>
      </w:r>
      <w:r>
        <w:rPr>
          <w:sz w:val="20"/>
        </w:rPr>
        <w:t>58:01  to matlab aik insaan jo tasawwur bhi nahi kar sakta desire ko le ke, us ke bhi beyond Allah taala yeh keh rahay hain ke "we have even more with us".</w:t>
      </w:r>
      <w:r>
        <w:br/>
      </w:r>
      <w:r>
        <w:rPr>
          <w:sz w:val="20"/>
        </w:rPr>
        <w:t>58:10  so</w:t>
      </w:r>
      <w:r>
        <w:br/>
      </w:r>
      <w:r>
        <w:rPr>
          <w:sz w:val="20"/>
        </w:rPr>
        <w:t>58:11  yeh aap ne bilkul bara sahi kaha ke hamein creation plan ko samajhna hai ke yeh duniya to sirf test ke level par hai. yahan pe aap fulfillment of desire nahi kar saktay, woh to aap ka akhirat mein hi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