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146 questions · category Worship · full transcripts with timestamps · exported 2026-09-22</w:t>
      </w:r>
    </w:p>
    <w:p>
      <w:pPr>
        <w:pStyle w:val="Heading2"/>
      </w:pPr>
      <w:r>
        <w:t>Action must be according to Dua</w:t>
      </w:r>
    </w:p>
    <w:p>
      <w:r>
        <w:rPr>
          <w:color w:val="666666"/>
          <w:sz w:val="18"/>
        </w:rPr>
        <w:t>Worship · Angle of Vision February 28, 2016 · 2m 38s · at 56:39 · https://youtu.be/dFZ7_x1Ul7A?t=3399</w:t>
      </w:r>
    </w:p>
    <w:p>
      <w:r>
        <w:rPr>
          <w:i/>
        </w:rPr>
        <w:t>“I recently watched your video in which while answering someone's query about Dua, you mentioned that one's action has to be according to Dua and one should be sincere in doing Dua.”</w:t>
      </w:r>
    </w:p>
    <w:p>
      <w:r>
        <w:rPr>
          <w:sz w:val="20"/>
        </w:rPr>
        <w:t>56:39  Maulana, agla sawal Imran Khalid sahib ne kiya hai, unhon ne location nahi likhi hai apni.</w:t>
      </w:r>
      <w:r>
        <w:br/>
      </w:r>
      <w:r>
        <w:rPr>
          <w:sz w:val="20"/>
        </w:rPr>
        <w:t>56:44  Un ka sawal hai keh I recently watched your video in which while answering someone's query about Dua,</w:t>
      </w:r>
      <w:r>
        <w:br/>
      </w:r>
      <w:r>
        <w:rPr>
          <w:sz w:val="20"/>
        </w:rPr>
        <w:t>56:50  Maulana you mentioned that one's action has to be according to Dua and one should be sincere in doing Dua.</w:t>
      </w:r>
      <w:r>
        <w:br/>
      </w:r>
      <w:r>
        <w:rPr>
          <w:sz w:val="20"/>
        </w:rPr>
        <w:t>56:56  My question is, what if one is sincere in Dua and action is also according to Dua but</w:t>
      </w:r>
      <w:r>
        <w:br/>
      </w:r>
      <w:r>
        <w:rPr>
          <w:sz w:val="20"/>
        </w:rPr>
        <w:t>57:02  the Dua gets rejected?</w:t>
      </w:r>
      <w:r>
        <w:br/>
      </w:r>
      <w:r>
        <w:rPr>
          <w:sz w:val="20"/>
        </w:rPr>
        <w:t>57:08  What should one do then?</w:t>
      </w:r>
      <w:r>
        <w:br/>
      </w:r>
      <w:r>
        <w:rPr>
          <w:sz w:val="20"/>
        </w:rPr>
        <w:t>57:13  dekhiye, hadith mein is ka jawab maujood hai ke dua jab aadmi karta hai to us ke samne</w:t>
      </w:r>
      <w:r>
        <w:br/>
      </w:r>
      <w:r>
        <w:rPr>
          <w:sz w:val="20"/>
        </w:rPr>
        <w:t>57:19  ek baat hoti hai ke bhai aap falan kaam ho jaye.</w:t>
      </w:r>
      <w:r>
        <w:br/>
      </w:r>
      <w:r>
        <w:rPr>
          <w:sz w:val="20"/>
        </w:rPr>
        <w:t>57:24  to hadith mein hai ke dua agar qabool ho to zaroori nahi ke wahi ek kaam, wahi kaam</w:t>
      </w:r>
      <w:r>
        <w:br/>
      </w:r>
      <w:r>
        <w:rPr>
          <w:sz w:val="20"/>
        </w:rPr>
        <w:t>57:30  aap ka ban jaye.</w:t>
      </w:r>
      <w:r>
        <w:br/>
      </w:r>
      <w:r>
        <w:rPr>
          <w:sz w:val="20"/>
        </w:rPr>
        <w:t>57:36  kisi aur shakal mein woh dua aap ke hisse mein likhi jayegi.</w:t>
      </w:r>
      <w:r>
        <w:br/>
      </w:r>
      <w:r>
        <w:rPr>
          <w:sz w:val="20"/>
        </w:rPr>
        <w:t>57:41  yani dua agar qabool hui to is ka zaahir ke aitbaar se woh kisi aur shakal mein ho</w:t>
      </w:r>
      <w:r>
        <w:br/>
      </w:r>
      <w:r>
        <w:rPr>
          <w:sz w:val="20"/>
        </w:rPr>
        <w:t>57:47  sakti hai, wahi nahi ho sakti jo aap ne manga tha Allah taala se.</w:t>
      </w:r>
      <w:r>
        <w:br/>
      </w:r>
      <w:r>
        <w:rPr>
          <w:sz w:val="20"/>
        </w:rPr>
        <w:t>57:53  kyunke Allah alamul ghaib hai, woh jaanta hai ke ke aap ke liye zyada zyada acha kya hai.</w:t>
      </w:r>
      <w:r>
        <w:br/>
      </w:r>
      <w:r>
        <w:rPr>
          <w:sz w:val="20"/>
        </w:rPr>
        <w:t>57:58  yeh dena ke woh dena, yeh dena ke woh dena.</w:t>
      </w:r>
      <w:r>
        <w:br/>
      </w:r>
      <w:r>
        <w:rPr>
          <w:sz w:val="20"/>
        </w:rPr>
        <w:t>58:04  jaise is ki ek misaal Quran mein hai ke badr ke mauqe par jo dua ki gayi thi</w:t>
      </w:r>
      <w:r>
        <w:br/>
      </w:r>
      <w:r>
        <w:rPr>
          <w:sz w:val="20"/>
        </w:rPr>
        <w:t>58:10  to is ke liye ki gayi thi jo jo ghair zaat, jo Quran mein kaha gaya ghair zaat</w:t>
      </w:r>
      <w:r>
        <w:br/>
      </w:r>
      <w:r>
        <w:rPr>
          <w:sz w:val="20"/>
        </w:rPr>
        <w:t>58:15  shuqqa, yani jo jo jin ke paas hathiyar waghera nahi thay, ek dasta tha sirf aur doosra jo</w:t>
      </w:r>
      <w:r>
        <w:br/>
      </w:r>
      <w:r>
        <w:rPr>
          <w:sz w:val="20"/>
        </w:rPr>
        <w:t>58:21  tha woh zaat shuqqa tha, yani woh hathiyar thay, woh aarzii thay, waqeatan to is ko nahi chahte</w:t>
      </w:r>
      <w:r>
        <w:br/>
      </w:r>
      <w:r>
        <w:rPr>
          <w:sz w:val="20"/>
        </w:rPr>
        <w:t>58:27  thay, woh woh chahte thay.</w:t>
      </w:r>
      <w:r>
        <w:br/>
      </w:r>
      <w:r>
        <w:rPr>
          <w:sz w:val="20"/>
        </w:rPr>
        <w:t>58:32  to Allah taala ne jo jo chahte thay, woh nahi diya.</w:t>
      </w:r>
      <w:r>
        <w:br/>
      </w:r>
      <w:r>
        <w:rPr>
          <w:sz w:val="20"/>
        </w:rPr>
        <w:t>58:38  yahan le gaya Allah taala in ko maidan e badr mein le gaya kyunke is se yani in terms</w:t>
      </w:r>
      <w:r>
        <w:br/>
      </w:r>
      <w:r>
        <w:rPr>
          <w:sz w:val="20"/>
        </w:rPr>
        <w:t>58:44  of result yahan zyada better tha.</w:t>
      </w:r>
      <w:r>
        <w:br/>
      </w:r>
      <w:r>
        <w:rPr>
          <w:sz w:val="20"/>
        </w:rPr>
        <w:t>58:49  to behal yeh yeh jawab jo hadith mein hai, isi ko aap ghaur kijiye ke jo dua kar</w:t>
      </w:r>
      <w:r>
        <w:br/>
      </w:r>
      <w:r>
        <w:rPr>
          <w:sz w:val="20"/>
        </w:rPr>
        <w:t>58:55  raha hai, zaroori nahi ke woh jaane ke mere liye kaun sa kya cheez zyada mufeed hai.</w:t>
      </w:r>
      <w:r>
        <w:br/>
      </w:r>
      <w:r>
        <w:rPr>
          <w:sz w:val="20"/>
        </w:rPr>
        <w:t>59:01  Allah ko pata hai to aap ki dua qabool karega lekin woh cheez dega jo aap</w:t>
      </w:r>
      <w:r>
        <w:br/>
      </w:r>
      <w:r>
        <w:rPr>
          <w:sz w:val="20"/>
        </w:rPr>
        <w:t>59:06  ke liye zyada mufeed hai, bajaye is ke ke woh cheez de jo aap mang rahe hain lekin</w:t>
      </w:r>
      <w:r>
        <w:br/>
      </w:r>
      <w:r>
        <w:rPr>
          <w:sz w:val="20"/>
        </w:rPr>
        <w:t>59:12  aap ke liye zyada mufeed nahi hai.</w:t>
      </w:r>
    </w:p>
    <w:p>
      <w:pPr>
        <w:pStyle w:val="Heading2"/>
      </w:pPr>
      <w:r>
        <w:t>Actions on the night of 15 Shaban</w:t>
      </w:r>
    </w:p>
    <w:p>
      <w:r>
        <w:rPr>
          <w:color w:val="666666"/>
          <w:sz w:val="18"/>
        </w:rPr>
        <w:t>Worship · Jihad Fillah June 23, 2013 · 2m 07s · at 59:05 · https://youtu.be/NRTno1eQTos?t=3545</w:t>
      </w:r>
    </w:p>
    <w:p>
      <w:r>
        <w:rPr>
          <w:i/>
        </w:rPr>
        <w:t>“What should we do on the night of 15 Shaban?”</w:t>
      </w:r>
    </w:p>
    <w:p>
      <w:r>
        <w:rPr>
          <w:sz w:val="20"/>
        </w:rPr>
        <w:t>59:05  molana, agla sawal dilli se hai doctor muslima siddiqi ka. unhon ne aap se poocha hai: "what should we do in the night of 15 shaban?" dekhiye, 15 shaban ki koi haqeeqat nahi hai,</w:t>
      </w:r>
      <w:r>
        <w:br/>
      </w:r>
      <w:r>
        <w:rPr>
          <w:sz w:val="20"/>
        </w:rPr>
        <w:t>59:20  yeh to riwaj hai musalmanon mein. baqi hai ke jo</w:t>
      </w:r>
      <w:r>
        <w:br/>
      </w:r>
      <w:r>
        <w:rPr>
          <w:sz w:val="20"/>
        </w:rPr>
        <w:t>59:30  rawayati aitbar se jo is ka tasawwur hai, to meri kitab hai "nasri taqdeer", is ko aap parh lijie. yani koi</w:t>
      </w:r>
      <w:r>
        <w:br/>
      </w:r>
      <w:r>
        <w:rPr>
          <w:sz w:val="20"/>
        </w:rPr>
        <w:t>59:40  musnad hadithon mein is ke bare mein kuch nahi milta hai, lekin jo bhi hai, is ke bare mein maine kuch mazmoon likh diya hai, is ko aap parh lijie. "nasri</w:t>
      </w:r>
      <w:r>
        <w:br/>
      </w:r>
      <w:r>
        <w:rPr>
          <w:sz w:val="20"/>
        </w:rPr>
        <w:t>59:48  taqdeer" hai, isi mein hai na ji? "nasri taqdeer" ek kitab hai.</w:t>
      </w:r>
      <w:r>
        <w:br/>
      </w:r>
      <w:r>
        <w:rPr>
          <w:sz w:val="20"/>
        </w:rPr>
        <w:t>59:55  molana, agla question dilli se hai miss satti malhotra ka. unhon ne likha hai: "can we say that chanting is only repetition of words and there is no mind being used for it?" since islam is a mind based religion, therefore islam does not permit chanting.</w:t>
      </w:r>
      <w:r>
        <w:br/>
      </w:r>
      <w:r>
        <w:rPr>
          <w:sz w:val="20"/>
        </w:rPr>
        <w:t>1:00:17  aap jo log chanting karte hain, un se pooch lijie. maine un logon se poocha hai, woh sahi is choran ko, theek theek is choran ko samajhte hain ke isi se dooda khush hota hai.</w:t>
      </w:r>
      <w:r>
        <w:br/>
      </w:r>
      <w:r>
        <w:rPr>
          <w:sz w:val="20"/>
        </w:rPr>
        <w:t>1:00:28  is choran se is ke liye woh chanting karte hain. khas tarah ka is choran jis ko kehte hain, jis ko hamare qari log jis ko kehte hain "sahi makharij" ada karte hain.</w:t>
      </w:r>
      <w:r>
        <w:br/>
      </w:r>
      <w:r>
        <w:rPr>
          <w:sz w:val="20"/>
        </w:rPr>
        <w:t>1:00:41  kyun ke makharij ya is choran ko ahmiyat de di gayi hai.</w:t>
      </w:r>
      <w:r>
        <w:br/>
      </w:r>
      <w:r>
        <w:rPr>
          <w:sz w:val="20"/>
        </w:rPr>
        <w:t>1:00:47  yeh musalmanon ki yahi baat hai ke theek theek makharij ke sath ada kar diya jaye to bas ho gaya. unhon ne kaha theek theek achaanak kar diya hai to ho gaya.</w:t>
      </w:r>
      <w:r>
        <w:br/>
      </w:r>
      <w:r>
        <w:rPr>
          <w:sz w:val="20"/>
        </w:rPr>
        <w:t>1:00:56  is mein mind ka koi application nahi hai. to main samajhta hoon ke is ka taluq mazhab se nahi hai. yeh ek riwaj hai jo baad ke zamane mein bana hai.</w:t>
      </w:r>
      <w:r>
        <w:br/>
      </w:r>
      <w:r>
        <w:rPr>
          <w:sz w:val="20"/>
        </w:rPr>
        <w:t>1:01:05  asal mazhab mein kabhi yeh nahi tha. aisa</w:t>
      </w:r>
    </w:p>
    <w:p>
      <w:pPr>
        <w:pStyle w:val="Heading2"/>
      </w:pPr>
      <w:r>
        <w:t>Advice on using loudspeakers in mosques</w:t>
      </w:r>
    </w:p>
    <w:p>
      <w:r>
        <w:rPr>
          <w:color w:val="666666"/>
          <w:sz w:val="18"/>
        </w:rPr>
        <w:t>Worship · Islam in A New Age March 18, 2012 · 2m 37s · at 1:27:23 · https://youtu.be/P5hzq_NheY0?t=5243</w:t>
      </w:r>
    </w:p>
    <w:p>
      <w:r>
        <w:rPr>
          <w:i/>
        </w:rPr>
        <w:t>“There is a new trend in mosques to use loudspeakers for doing dua. This disturbs other people living near the mosque area. What would be your advice about the use of loudspeakers in mosques?”</w:t>
      </w:r>
    </w:p>
    <w:p>
      <w:r>
        <w:rPr>
          <w:sz w:val="20"/>
        </w:rPr>
        <w:t>1:27:23  Maulana, agla sawal Mr. Idrees ka hai, Rai Pur se. Unhone likha hai Maulana Sahib, there is a new trend in mosques to use loudspeakers for doing dua.</w:t>
      </w:r>
      <w:r>
        <w:br/>
      </w:r>
      <w:r>
        <w:rPr>
          <w:sz w:val="20"/>
        </w:rPr>
        <w:t>1:27:36  This disturbs other people living near the mosque area.</w:t>
      </w:r>
      <w:r>
        <w:br/>
      </w:r>
      <w:r>
        <w:rPr>
          <w:sz w:val="20"/>
        </w:rPr>
        <w:t>1:27:40  Maulana Sahib, what would be your advice about the use of loudspeakers in mosques? Yeh toh bilashuba ek bidat hai. Lekin ab chuki yahan azadi hai toh hum hum rok nahi sakte kisi ko.</w:t>
      </w:r>
      <w:r>
        <w:br/>
      </w:r>
      <w:r>
        <w:rPr>
          <w:sz w:val="20"/>
        </w:rPr>
        <w:t>1:27:55  Aur yeh log vote dete hain. Toh political leaders jo hain, un ko apna samajhte hain ke agar hum kuch karenge, koi ehsaan un ko, toh yeh vote nahi denge yeh.</w:t>
      </w:r>
      <w:r>
        <w:br/>
      </w:r>
      <w:r>
        <w:rPr>
          <w:sz w:val="20"/>
        </w:rPr>
        <w:t>1:28:05  Toh yeh vote politics ne itna zyada tamasha bana rakha hai ke ke har taraf loudspeaker ki dhoom machi hui hai. Halanki dekhen, Hadees mein aata hai ke baad ke zamane ke bare mein, jabke zamane mein bigada jayega, bigad.</w:t>
      </w:r>
      <w:r>
        <w:br/>
      </w:r>
      <w:r>
        <w:rPr>
          <w:sz w:val="20"/>
        </w:rPr>
        <w:t>1:28:21  RAFA'ATUL ASWATI FIL MASAJID. Yeh Hadees mein aata hai RAFA'ATUL ASWATI FIL MASAJID. Jab masjidon se aawazein buland hongi.</w:t>
      </w:r>
      <w:r>
        <w:br/>
      </w:r>
      <w:r>
        <w:rPr>
          <w:sz w:val="20"/>
        </w:rPr>
        <w:t>1:28:33  Matlab hota hai yeh loudspeaker hai, murad hai is se. Is ka dhoom machi hui hai loudspeaker ki. Yeh toh Rasool Allah ke Hadees ke mutabiq bigad ke zamane ka phenomena hai.</w:t>
      </w:r>
      <w:r>
        <w:br/>
      </w:r>
      <w:r>
        <w:rPr>
          <w:sz w:val="20"/>
        </w:rPr>
        <w:t>1:28:47  Aur sab se badi cheez jo is ko jaari rakhi hui hai, yeh vote politics. Jitne political leaders hain, woh chahte hain ke appeasement policy ikhtiyar ki hui hain apne voteron ko le kar ke.</w:t>
      </w:r>
      <w:r>
        <w:br/>
      </w:r>
      <w:r>
        <w:rPr>
          <w:sz w:val="20"/>
        </w:rPr>
        <w:t>1:29:00  Is wajah se aap kuch kar nahi</w:t>
      </w:r>
      <w:r>
        <w:br/>
      </w:r>
      <w:r>
        <w:rPr>
          <w:sz w:val="20"/>
        </w:rPr>
        <w:t>1:29:01  sakte. Yeh jaari rahega woh. Koi is ko rok nahi sakta.</w:t>
      </w:r>
    </w:p>
    <w:p>
      <w:pPr>
        <w:pStyle w:val="Heading2"/>
      </w:pPr>
      <w:r>
        <w:t>Answering questions about the Black Stone</w:t>
      </w:r>
    </w:p>
    <w:p>
      <w:r>
        <w:rPr>
          <w:color w:val="666666"/>
          <w:sz w:val="18"/>
        </w:rPr>
        <w:t>Worship · Hadith-e-Jibril, April 21, 2013 · 36s · at 1:28:58 · https://youtu.be/0rF6Ou0pDog?t=5338</w:t>
      </w:r>
    </w:p>
    <w:p>
      <w:r>
        <w:rPr>
          <w:i/>
        </w:rPr>
        <w:t>“My friend asked me about the Black Stone: why do Muslims go to Mecca and touch that stone, and also in prayer you turn your face towards the Black Stone? How can I give her a satisfactory reply?”</w:t>
      </w:r>
    </w:p>
    <w:p>
      <w:r>
        <w:rPr>
          <w:sz w:val="20"/>
        </w:rPr>
        <w:t>1:28:58  maulana, agla sawal jamia millia islamia se mus tabassum ne kiya hai. unhon ne likha hai once my friend asked me about hajar aswad she said that why you people go to makkah and touch that stone and also in your salat you turn your face towards the black stone maulana sahib please tell me how can I give her a satisfactory reply</w:t>
      </w:r>
      <w:r>
        <w:br/>
      </w:r>
      <w:r>
        <w:rPr>
          <w:sz w:val="20"/>
        </w:rPr>
        <w:t>1:29:26  dekhen is ke bare mein hamari kitab parh lijiye aap haqeeqat e hajj is mein is ki kafi baaten is ke bare mein hain.</w:t>
      </w:r>
    </w:p>
    <w:p>
      <w:pPr>
        <w:pStyle w:val="Heading2"/>
      </w:pPr>
      <w:r>
        <w:t>Best supplication for oneself and family</w:t>
      </w:r>
    </w:p>
    <w:p>
      <w:r>
        <w:rPr>
          <w:color w:val="666666"/>
          <w:sz w:val="18"/>
        </w:rPr>
        <w:t>Worship · The Expression of Faith (Izhar e Deen) September 1, 2013 · 5m 48s · at 45:19 · https://youtu.be/muBDJ8a_8-0?t=2719</w:t>
      </w:r>
    </w:p>
    <w:p>
      <w:r>
        <w:rPr>
          <w:i/>
        </w:rPr>
        <w:t>“Please advise the best dua that a person can ask for himself and his family.”</w:t>
      </w:r>
    </w:p>
    <w:p>
      <w:r>
        <w:rPr>
          <w:sz w:val="20"/>
        </w:rPr>
        <w:t>45:19  maulana, yeh sawal ajmer se aaya hai doctor safeena tabassum ka. unhon ne aap se poocha hai: "maulana, please advise best dua that a person can ask for himself and his family ".</w:t>
      </w:r>
      <w:r>
        <w:br/>
      </w:r>
      <w:r>
        <w:rPr>
          <w:sz w:val="20"/>
        </w:rPr>
        <w:t>45:45  dekhiye, bari baat yeh hai ke dua ke liye kitabein chhapi hui hain. agar aap ko routine ki duaen chahiyen to aap un kitabon mein dekh sakte hain.</w:t>
      </w:r>
      <w:r>
        <w:br/>
      </w:r>
      <w:r>
        <w:rPr>
          <w:sz w:val="20"/>
        </w:rPr>
        <w:t>45:58  masnoon duaen, qurani duaen, buzurgon ki duaen, sab kitabon mein maujood hain. to aap ko agar</w:t>
      </w:r>
      <w:r>
        <w:br/>
      </w:r>
      <w:r>
        <w:rPr>
          <w:sz w:val="20"/>
        </w:rPr>
        <w:t>46:09  routine ki dua chahiye to woh is mein maujood hai.</w:t>
      </w:r>
      <w:r>
        <w:br/>
      </w:r>
      <w:r>
        <w:rPr>
          <w:sz w:val="20"/>
        </w:rPr>
        <w:t>46:13  baqi jo jis dua ko main janta hoon, woh dua ke koi alfaaz nahi hote. woh dua, woh dua aap ke dil ki gehraiyon se nikalti hai.</w:t>
      </w:r>
      <w:r>
        <w:br/>
      </w:r>
      <w:r>
        <w:rPr>
          <w:sz w:val="20"/>
        </w:rPr>
        <w:t>46:27  woh isi waqt is ke alfaaz bante hain jab ke aap ke andar is ki talab paida hoti hai. peshgi tor par aap ko ek lafz bata diya jaye, us ko dohraen aap.</w:t>
      </w:r>
      <w:r>
        <w:br/>
      </w:r>
      <w:r>
        <w:rPr>
          <w:sz w:val="20"/>
        </w:rPr>
        <w:t>46:36  hai woh mere had tak woh dua nahi hai.</w:t>
      </w:r>
      <w:r>
        <w:br/>
      </w:r>
      <w:r>
        <w:rPr>
          <w:sz w:val="20"/>
        </w:rPr>
        <w:t>46:41  dua darasal yeh hai ke aap Allah ko discover karen, akhirat ke bare mein sochen. aap ka consent jannat ban jaye.</w:t>
      </w:r>
      <w:r>
        <w:br/>
      </w:r>
      <w:r>
        <w:rPr>
          <w:sz w:val="20"/>
        </w:rPr>
        <w:t>46:53  aap ko woh cheez aaye, aap ke andar jis ko main kehta hoon "God oriented thinking".</w:t>
      </w:r>
      <w:r>
        <w:br/>
      </w:r>
      <w:r>
        <w:rPr>
          <w:sz w:val="20"/>
        </w:rPr>
        <w:t>47:00  to phir aap ke andar ek naya insaan emerge karta hai, naya insaan. aur woh jo naya insaan emerge karta hai, us ki zuban alag hoti hai, us ki us ki aankh alag hoti hai, us ki soch alag hoti hai.</w:t>
      </w:r>
      <w:r>
        <w:br/>
      </w:r>
      <w:r>
        <w:rPr>
          <w:sz w:val="20"/>
        </w:rPr>
        <w:t>47:15  phir us waqt duaen nikalti hain. aur wohi asli dua hai, wohi asli dua hai.</w:t>
      </w:r>
      <w:r>
        <w:br/>
      </w:r>
      <w:r>
        <w:rPr>
          <w:sz w:val="20"/>
        </w:rPr>
        <w:t>47:24  main aap ko dua ke kuch alfaaz bata doon, woh dohra den aap. to yeh asli dua nahi hai. agar aap ko aisi duaon ki zaroorat ho to aap kitab mein chhapi hui maujood hai, bazaar mein kharid lijiye.</w:t>
      </w:r>
      <w:r>
        <w:br/>
      </w:r>
      <w:r>
        <w:rPr>
          <w:sz w:val="20"/>
        </w:rPr>
        <w:t>47:36  main to aisi dua ka qael nahi hoon. mere had tak dua se se bhi pehle ek cheez hai: pre dua. pre dua ki jo condition hai, usay poori karta hai aadmi, tab us ko dua hasil hoti hai.</w:t>
      </w:r>
      <w:r>
        <w:br/>
      </w:r>
      <w:r>
        <w:rPr>
          <w:sz w:val="20"/>
        </w:rPr>
        <w:t>47:53  wohi hai ke aap apna study barhaen, Allah ke bare mein ghore o fikr karen, aur aap ke ek naya mind aap ke andar emerge kare.</w:t>
      </w:r>
      <w:r>
        <w:br/>
      </w:r>
      <w:r>
        <w:rPr>
          <w:sz w:val="20"/>
        </w:rPr>
        <w:t>48:07  ek nayi baseerat aap ke andar paida ho. us ko le kar phir aap ke dil mein ek tadap aaye gi. woh tadap jo hogi, woh khud hi alfaaz nikalna shuru ho jayenge.</w:t>
      </w:r>
      <w:r>
        <w:br/>
      </w:r>
      <w:r>
        <w:rPr>
          <w:sz w:val="20"/>
        </w:rPr>
        <w:t>48:21  kisi kisi guide ki zaroorat nahi hai. to sab se ahem baat hai ke aap apni study barhaen, apna mutala barhaen, apne andar tadabbur ka izafa karen.</w:t>
      </w:r>
      <w:r>
        <w:br/>
      </w:r>
      <w:r>
        <w:rPr>
          <w:sz w:val="20"/>
        </w:rPr>
        <w:t>48:35  yeh sab baaten jitna taza hongi, utni aap ko</w:t>
      </w:r>
      <w:r>
        <w:br/>
      </w:r>
      <w:r>
        <w:rPr>
          <w:sz w:val="20"/>
        </w:rPr>
        <w:t>48:43  dua ki tofeeq mile gi. aur aisi dua jo Allah ka qabool ho.</w:t>
      </w:r>
      <w:r>
        <w:br/>
      </w:r>
      <w:r>
        <w:rPr>
          <w:sz w:val="20"/>
        </w:rPr>
        <w:t>48:49  jaise main aap ko ek baat arz karoon, kal ki baat ke main jo har waqt sochta hoon, tadabbur karta hoon, to aisi aisi baaten samajh mein aati hain jo poori tareekh mein kisi ne nahi sochi.</w:t>
      </w:r>
      <w:r>
        <w:br/>
      </w:r>
      <w:r>
        <w:rPr>
          <w:sz w:val="20"/>
        </w:rPr>
        <w:t>49:04  misalan kal main baitha hua soch raha tha akele mein, to main ne socha ke Quran mein chand duaen aisi hain jo tasniya ke sighay mein hain.</w:t>
      </w:r>
      <w:r>
        <w:br/>
      </w:r>
      <w:r>
        <w:rPr>
          <w:sz w:val="20"/>
        </w:rPr>
        <w:t>49:16  tasniya ka matlab hai do ka. tasniya ka sigha. masalan Hazrat Adam ne dua ki thi rabbana adlna anfusana yeh tasniya ka sigha hai.</w:t>
      </w:r>
      <w:r>
        <w:br/>
      </w:r>
      <w:r>
        <w:rPr>
          <w:sz w:val="20"/>
        </w:rPr>
        <w:t>49:29  aise hi Hazrat Musa ne dua ki, woh tasniya ke sighay mein</w:t>
      </w:r>
      <w:r>
        <w:br/>
      </w:r>
      <w:r>
        <w:rPr>
          <w:sz w:val="20"/>
        </w:rPr>
        <w:t>49:37  kanusabbaha katheeran wa nazkura katheeran yani apne ko le kar, Haroon ko le kar ke. aise hi Hazrat Rasool Allah (SAW) ne dua ki,</w:t>
      </w:r>
      <w:r>
        <w:br/>
      </w:r>
      <w:r>
        <w:rPr>
          <w:sz w:val="20"/>
        </w:rPr>
        <w:t>49:53  hazrat abubakar se aap ne kaha tha ke la takhaf inna allaha ma'ana to is bhi tasniya ke sighay mein hai. to mujhe aik ajeeb o ghareeb baat samajh aai ke aik shakhs ne dua ki, do ke haq mein qabool hui.</w:t>
      </w:r>
      <w:r>
        <w:br/>
      </w:r>
      <w:r>
        <w:rPr>
          <w:sz w:val="20"/>
        </w:rPr>
        <w:t>50:06  woh bohat ajeeb cheez hai.</w:t>
      </w:r>
      <w:r>
        <w:br/>
      </w:r>
      <w:r>
        <w:rPr>
          <w:sz w:val="20"/>
        </w:rPr>
        <w:t>50:11  adam ne dua ki, hawa ke sath do ke haq mein qabool hui. moosa ne dua ki, aur woh haroon ko le kar do ke haq mein qabool hui.</w:t>
      </w:r>
      <w:r>
        <w:br/>
      </w:r>
      <w:r>
        <w:rPr>
          <w:sz w:val="20"/>
        </w:rPr>
        <w:t>50:22  rasool Allah ne dua ki, woh abubakar ko le kar do ke haq mein qabool hui. to aik aisa darja aata hai ke aadmi, aik aadmi dua karta hai, aur do ke haq mein qabool hoti hai.</w:t>
      </w:r>
      <w:r>
        <w:br/>
      </w:r>
      <w:r>
        <w:rPr>
          <w:sz w:val="20"/>
        </w:rPr>
        <w:t>50:38  yeh bohat anokhi cheez hai.</w:t>
      </w:r>
      <w:r>
        <w:br/>
      </w:r>
      <w:r>
        <w:rPr>
          <w:sz w:val="20"/>
        </w:rPr>
        <w:t>50:42  lekin ratay hue alfaz se aisa nahi hota. ratay hue alfaz se aisa nahi hota. yeh to is ka taluq hai aap ki discovery ka level kya hai, ma'rifat ka level kya hai.</w:t>
      </w:r>
      <w:r>
        <w:br/>
      </w:r>
      <w:r>
        <w:rPr>
          <w:sz w:val="20"/>
        </w:rPr>
        <w:t>50:56  to woh cheez paida kijiye, aur is is mein is ke liye sab zaroori zaroori hai ke aap bohat ziyada study barhayen apni.</w:t>
      </w:r>
    </w:p>
    <w:p>
      <w:pPr>
        <w:pStyle w:val="Heading2"/>
      </w:pPr>
      <w:r>
        <w:t>Best way to thank Allah</w:t>
      </w:r>
    </w:p>
    <w:p>
      <w:r>
        <w:rPr>
          <w:color w:val="666666"/>
          <w:sz w:val="18"/>
        </w:rPr>
        <w:t>Worship · Revival of Ummah January 22, 2017 · 1m 27s · at 53:52 · https://youtu.be/vnPsv0TBCfk?t=3232</w:t>
      </w:r>
    </w:p>
    <w:p>
      <w:r>
        <w:rPr>
          <w:i/>
        </w:rPr>
        <w:t>“Allah has given us numerous blessings that we can neither count nor thank Him enough. My question is what is the best way that Prophet Muhammad has taught us for thanking Allah.”</w:t>
      </w:r>
    </w:p>
    <w:p>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r>
        <w:br/>
      </w:r>
      <w:r>
        <w:rPr>
          <w:sz w:val="20"/>
        </w:rPr>
        <w:t>54:21  haan ke molana allah ka shukr karne ka tareeqa rasool allah ne kis tareeqe se bataya hai ke kitni saari blessings hain khuda ki jo hum count nahi kar sakte. to kis tareeqe se hum shukr. yeh to yeh to aap quran quran ko padhiye seerat rasool ko padhiye aur hamari to saari kitabein isi par hain. hamari saari kitabon ka wohi hai allah ke shukr par hain hamari kitabein. to yeh kitabon ko padhiye aap.</w:t>
      </w:r>
      <w:r>
        <w:br/>
      </w:r>
      <w:r>
        <w:rPr>
          <w:sz w:val="20"/>
        </w:rPr>
        <w:t>54:50  ab hamari kitab bhi chapi hai kitab marifat is ko padhiye. yeh koi woh magic formula nahi hai. aap mutala badhaiye apna study badhaiye aur main kahunga ke aap hamari kitab kitab marifat padhiye. tafsir ki kitab jo hamari tazkir ul quran hai woh padhiye.</w:t>
      </w:r>
      <w:r>
        <w:br/>
      </w:r>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p>
    <w:p>
      <w:pPr>
        <w:pStyle w:val="Heading2"/>
      </w:pPr>
      <w:r>
        <w:t>Best way to thank Allah</w:t>
      </w:r>
    </w:p>
    <w:p>
      <w:r>
        <w:rPr>
          <w:color w:val="666666"/>
          <w:sz w:val="18"/>
        </w:rPr>
        <w:t>Worship · God in the Age of Science January 08, 2017 · 1m 07s · at 55:17 · https://youtu.be/au1bRdQDZ0U?t=3317</w:t>
      </w:r>
    </w:p>
    <w:p>
      <w:r>
        <w:rPr>
          <w:i/>
        </w:rPr>
        <w:t>“Allah has given us blessings and ni'mat that we can neither count nor thank Him enough. So according to Prophet Muhammad, what is the best act or way to thank Allah?”</w:t>
      </w:r>
    </w:p>
    <w:p>
      <w:r>
        <w:rPr>
          <w:sz w:val="20"/>
        </w:rPr>
        <w:t>55:17  kijiye Maulana agla sawal Dilli se kya hai Syed Ahmed Ali sahib ne aur unhon ne likha hai</w:t>
      </w:r>
      <w:r>
        <w:br/>
      </w:r>
      <w:r>
        <w:rPr>
          <w:sz w:val="20"/>
        </w:rPr>
        <w:t>55:24  Allah has given us blessings and نعمت that we can neither count nor thank Him enough. So, according</w:t>
      </w:r>
      <w:r>
        <w:br/>
      </w:r>
      <w:r>
        <w:rPr>
          <w:sz w:val="20"/>
        </w:rPr>
        <w:t>55:32  to Prophet Muhammad what is the best act or way to thank Allah in other words please tell</w:t>
      </w:r>
      <w:r>
        <w:br/>
      </w:r>
      <w:r>
        <w:rPr>
          <w:sz w:val="20"/>
        </w:rPr>
        <w:t>55:39  is wich ek act does Allah love the most from us dekhen Quran mein bataya gaya hai ke ke</w:t>
      </w:r>
      <w:r>
        <w:br/>
      </w:r>
      <w:r>
        <w:rPr>
          <w:sz w:val="20"/>
        </w:rPr>
        <w:t>55:46  allazina amanu ashadd hubba lillah jo Allah pe iman rakhne wale log hain woh Allah se sab se</w:t>
      </w:r>
      <w:r>
        <w:br/>
      </w:r>
      <w:r>
        <w:rPr>
          <w:sz w:val="20"/>
        </w:rPr>
        <w:t>55:54  زیادہ محبت کرتے ہیں تو محبت کیا ہے وہ result of discovery ہے یعنی اللہ سے حب شدید</w:t>
      </w:r>
      <w:r>
        <w:br/>
      </w:r>
      <w:r>
        <w:rPr>
          <w:sz w:val="20"/>
        </w:rPr>
        <w:t>56:01  کیا ہے وہ result of discovery ہے جب آپ دریافت کرتے ہیں کہ اللہ بہت ہی بڑا reward</w:t>
      </w:r>
      <w:r>
        <w:br/>
      </w:r>
      <w:r>
        <w:rPr>
          <w:sz w:val="20"/>
        </w:rPr>
        <w:t>56:09  mujhe de rakha hai Allah ne dunya mein mere liye bohat bari jannat bana rakhi hai Allah ne</w:t>
      </w:r>
      <w:r>
        <w:br/>
      </w:r>
      <w:r>
        <w:rPr>
          <w:sz w:val="20"/>
        </w:rPr>
        <w:t>56:16  tab aap mohabbat ke samandar mein gharaq ho jaate hain to yeh yahi sab se bari cheez hai</w:t>
      </w:r>
    </w:p>
    <w:p>
      <w:pPr>
        <w:pStyle w:val="Heading2"/>
      </w:pPr>
      <w:r>
        <w:t>Can Muslims celebrate non-Muslim festivals like Holi Diwali?</w:t>
      </w:r>
    </w:p>
    <w:p>
      <w:r>
        <w:rPr>
          <w:color w:val="666666"/>
          <w:sz w:val="18"/>
        </w:rPr>
        <w:t>Worship · Age Of Consumerism I January 6, 2013 Maulana Wahiduddin Khan · 1m 55s · at 59:44 · https://youtu.be/CuRYFl7JuEM?t=3584</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59:44  maulana, yeh sawal kashmir se aya hai, amir jinn mori sahib ka. unhon nay likha hai: "we are living in a country where people are having faith in different religions.</w:t>
      </w:r>
      <w:r>
        <w:br/>
      </w:r>
      <w:r>
        <w:rPr>
          <w:sz w:val="20"/>
        </w:rPr>
        <w:t>59:58  every religion has got its own festival." maulana sahib, my question is:</w:t>
      </w:r>
      <w:r>
        <w:br/>
      </w:r>
      <w:r>
        <w:rPr>
          <w:sz w:val="20"/>
        </w:rPr>
        <w:t>1:00:05  "is it permissible for a muslim to celebrate other festivals like holi and diwali? what is your advice for us?" dekhen, yeh koi sawal nahi hai.</w:t>
      </w:r>
      <w:r>
        <w:br/>
      </w:r>
      <w:r>
        <w:rPr>
          <w:sz w:val="20"/>
        </w:rPr>
        <w:t>1:00:21  asal sawal yeh hai ke aap yeh janiye ke aap ka purpose of life kya hai, goal kya hai aap ka.</w:t>
      </w:r>
      <w:r>
        <w:br/>
      </w:r>
      <w:r>
        <w:rPr>
          <w:sz w:val="20"/>
        </w:rPr>
        <w:t>1:00:30  yeh sab to is ki koi ahmiyat nahi hai. aap yeh koi nahi sochtay ke</w:t>
      </w:r>
      <w:r>
        <w:br/>
      </w:r>
      <w:r>
        <w:rPr>
          <w:sz w:val="20"/>
        </w:rPr>
        <w:t>1:00:38  tarah tarah ke festival hotay hain to hum ko opportunity de rahay hain, wahan ja kar hum islami literature pohanchayein, logon se interact karein, logon se discussion karein, logon se dialogue karein.</w:t>
      </w:r>
      <w:r>
        <w:br/>
      </w:r>
      <w:r>
        <w:rPr>
          <w:sz w:val="20"/>
        </w:rPr>
        <w:t>1:00:51  yani aik jagah aisay sari log mil rahay hain.</w:t>
      </w:r>
      <w:r>
        <w:br/>
      </w:r>
      <w:r>
        <w:rPr>
          <w:sz w:val="20"/>
        </w:rPr>
        <w:t>1:00:56  rasool Allah ke zamanay mein bhi aswaq hua kartay thay, souq yani wahan par aisay jashn manatay thay, log ikhatta hotay thay wahan par.</w:t>
      </w:r>
      <w:r>
        <w:br/>
      </w:r>
      <w:r>
        <w:rPr>
          <w:sz w:val="20"/>
        </w:rPr>
        <w:t>1:01:04  wahan aap jatay thay baqayda, aap parh lijiye sahi kitabon mein. masla yeh nahi ke aap khud bhi jashn manayein, masla hai ke un ke jashn ko avail kijiye.</w:t>
      </w:r>
      <w:r>
        <w:br/>
      </w:r>
      <w:r>
        <w:rPr>
          <w:sz w:val="20"/>
        </w:rPr>
        <w:t>1:01:15  aap</w:t>
      </w:r>
      <w:r>
        <w:br/>
      </w:r>
      <w:r>
        <w:rPr>
          <w:sz w:val="20"/>
        </w:rPr>
        <w:t>1:01:19  take it as an opportunity, un se interaction kijiye, un se discussion kijiye, un se dialogue kijiye, un ki kitabein dijiye, un ko quran ke tarjmay pohanchaiye, yeh sab kijiye.</w:t>
      </w:r>
      <w:r>
        <w:br/>
      </w:r>
      <w:r>
        <w:rPr>
          <w:sz w:val="20"/>
        </w:rPr>
        <w:t>1:01:31  aisay sochne ki cheez yeh hai, woh to koi sochne ki baat nahi hai.</w:t>
      </w:r>
    </w:p>
    <w:p>
      <w:pPr>
        <w:pStyle w:val="Heading2"/>
      </w:pPr>
      <w:r>
        <w:t>Clarify the correct method of Tasbih Fatima</w:t>
      </w:r>
    </w:p>
    <w:p>
      <w:r>
        <w:rPr>
          <w:color w:val="666666"/>
          <w:sz w:val="18"/>
        </w:rPr>
        <w:t>Worship · The Story of Hazrat Fatima The Prophet's Cherished Daughter (Part- II) October 1, 2023 · 13m 14s · at 20:42 · https://youtu.be/-fPPxXoii24?t=1242</w:t>
      </w:r>
    </w:p>
    <w:p>
      <w:r>
        <w:rPr>
          <w:i/>
        </w:rPr>
        <w:t>“Could you elaborate on Tasbih Fatima and clarify the correct method?”</w:t>
      </w:r>
    </w:p>
    <w:p>
      <w:r>
        <w:rPr>
          <w:sz w:val="20"/>
        </w:rPr>
        <w:t>20:42  follow kar saken. ji to doctor sahib isi se agla sawal bhi nikalta hai ke tasbeeh Fatima is ke bare mein bhi aap hum sab ko bataen doctor sahib thoda elaborate karen.</w:t>
      </w:r>
      <w:r>
        <w:br/>
      </w:r>
      <w:r>
        <w:rPr>
          <w:sz w:val="20"/>
        </w:rPr>
        <w:t>20:51  haan yeh jo ah ah rasool Allah sallallahu alaihi wasallam ne bataya 33 baar kaho 33 baar aur 34 baar yeh tasbeeh Fatima ke naam se mashhoor ho gayi hai aur log samajhte hain ke tasbeeh ko ginna Allahu Akbar Allahu Akbar subhan Allah subhan Allah subhan Allah Alhamdulillah Alhamdulillah yeh yani kuch karte rahen aur yeh aise ginte rahen.</w:t>
      </w:r>
      <w:r>
        <w:br/>
      </w:r>
      <w:r>
        <w:rPr>
          <w:sz w:val="20"/>
        </w:rPr>
        <w:t>21:10  haan yeh yeh nahi hai tasbeeh Fatima.</w:t>
      </w:r>
      <w:r>
        <w:br/>
      </w:r>
      <w:r>
        <w:rPr>
          <w:sz w:val="20"/>
        </w:rPr>
        <w:t>21:13  hmm tasbeeh Fatima to dekhiye jo yeh teen words hain subhan Allah Alhamdulillah aur Allahu Akbar agar yahi bohat hi ah deep meaning hai is ke andar.</w:t>
      </w:r>
      <w:r>
        <w:br/>
      </w:r>
      <w:r>
        <w:rPr>
          <w:sz w:val="20"/>
        </w:rPr>
        <w:t>21:25  ah yani subhan Allah ka matlab hai glory be to Allah. hmm yani ah its a way of acknowledging the perfection and greatness of God.</w:t>
      </w:r>
      <w:r>
        <w:br/>
      </w:r>
      <w:r>
        <w:rPr>
          <w:sz w:val="20"/>
        </w:rPr>
        <w:t>21:35  yani jab aap koi cheez dekhte hain nature ki koi cheez dekhte hain koi cheez aap ko bohat pasand aati hai to aap subhan Allah kehte hain. yani kitna perfect hai hamare creator ke us ne yeh cheez banai yeh ek ehsaas aur yeh ya koi bhi beautiful cheez aap dekhte hain nature mein ya koi bhi to aap ke munh se nikalta hai.</w:t>
      </w:r>
      <w:r>
        <w:br/>
      </w:r>
      <w:r>
        <w:rPr>
          <w:sz w:val="20"/>
        </w:rPr>
        <w:t>21:56  yani Allah ki jo qudrat hai jo creative power hai us ko acknowledge karte hain us ka aaitraaf hai.</w:t>
      </w:r>
      <w:r>
        <w:br/>
      </w:r>
      <w:r>
        <w:rPr>
          <w:sz w:val="20"/>
        </w:rPr>
        <w:t>22:03  aise hi Alhamdulillah ka matlab hai thank you Allah. ji yani thank you Allah for everything both in good times and in tests and trials.</w:t>
      </w:r>
      <w:r>
        <w:br/>
      </w:r>
      <w:r>
        <w:rPr>
          <w:sz w:val="20"/>
        </w:rPr>
        <w:t>22:13  hmm yeh thank you Allah in ah difficult times also ke ho sakta hai ke Allah taala is se bhi mushkil halaat paida kar sakta tha.</w:t>
      </w:r>
      <w:r>
        <w:br/>
      </w:r>
      <w:r>
        <w:rPr>
          <w:sz w:val="20"/>
        </w:rPr>
        <w:t>22:23  to Alhamdulillah waise hum kehte rehte hain Alhamdulillah lekin is ko bhi yani bohat hi gehri gehra yeh ah word hai.</w:t>
      </w:r>
      <w:r>
        <w:br/>
      </w:r>
      <w:r>
        <w:rPr>
          <w:sz w:val="20"/>
        </w:rPr>
        <w:t>22:33  ah yeh emphasize karta hai ke jo saara praise aur saara hamd saara shukr Allah ke liye hai aur surah Al-Fatiha bhi aaghaz isi se hota hai Alhamdulillah Rabbil Alameen.</w:t>
      </w:r>
      <w:r>
        <w:br/>
      </w:r>
      <w:r>
        <w:rPr>
          <w:sz w:val="20"/>
        </w:rPr>
        <w:t>22:48  to aur Allahu Akbar ka matlab hai ke Allah is the greatest yani there is no power greater than Allah.</w:t>
      </w:r>
      <w:r>
        <w:br/>
      </w:r>
      <w:r>
        <w:rPr>
          <w:sz w:val="20"/>
        </w:rPr>
        <w:t>22:57  ji so we should entrust entrust our all affairs ah to Allah yani koi bhi pareshani hai koi bhi de aap ko aisi cheez hai jo aap ko pareshan kar rahi hai to Allah ke khane mein dalen jaise Maulana kehte the aur Allahu Akbar Maulana ki kitab bhi hai.</w:t>
      </w:r>
      <w:r>
        <w:br/>
      </w:r>
      <w:r>
        <w:rPr>
          <w:sz w:val="20"/>
        </w:rPr>
        <w:t>23:17  hmm bohat hi achi kitab jis ka English translation hai God's Glory is mein yahi saari baaten hain living in God's glory.</w:t>
      </w:r>
      <w:r>
        <w:br/>
      </w:r>
      <w:r>
        <w:rPr>
          <w:sz w:val="20"/>
        </w:rPr>
        <w:t>23:27  tu</w:t>
      </w:r>
      <w:r>
        <w:br/>
      </w:r>
      <w:r>
        <w:rPr>
          <w:sz w:val="20"/>
        </w:rPr>
        <w:t>23:28  maulana ka kehna tha ke yeh aik shoori takrar hai yani ap soch ke alhamdulillah aur bismillah kahein na ke na ke ghaflat mein alhamdulillah bismillah kar rahe hain aur pata nahi kya keh rahe hain sirf repeat kar rahe hain.</w:t>
      </w:r>
      <w:r>
        <w:br/>
      </w:r>
      <w:r>
        <w:rPr>
          <w:sz w:val="20"/>
        </w:rPr>
        <w:t>23:42  tu yeh yeh bohat hi ahem cheez hai aise hi maulana kehte the ke yani yeh aik zikr hai</w:t>
      </w:r>
      <w:r>
        <w:br/>
      </w:r>
      <w:r>
        <w:rPr>
          <w:sz w:val="20"/>
        </w:rPr>
        <w:t>23:50  zikr ka matlab maulana ne hamein hamesha kaha hai ke ke khuda ko daryaft karna is ki azmat ko daryaft karna maulana kehte the ke point of reference se zikr karna.</w:t>
      </w:r>
      <w:r>
        <w:br/>
      </w:r>
      <w:r>
        <w:rPr>
          <w:sz w:val="20"/>
        </w:rPr>
        <w:t>24:03  ji khuda ki yaad point of reference hai khud insan ka wajood bohat bara point of reference hai kaise woh bol raha hai kaise chal raha hai kaise dekh raha hai kaise hamara dil dharak</w:t>
      </w:r>
      <w:r>
        <w:br/>
      </w:r>
      <w:r>
        <w:rPr>
          <w:sz w:val="20"/>
        </w:rPr>
        <w:t>24:14  raha hai poore jo organs hain hamare body ke kaise chal rahe hain itne perfect andaaz mein. ji bana kisi awaz ke tu yeh sari cheezein jab bhi insan dekhta hai koi bhi aisi cheez sochta hai tu us ke liye hamd ke aur praise ke aur shukr ke jazbat us ke andar ah paida hona shuru ho jate</w:t>
      </w:r>
      <w:r>
        <w:br/>
      </w:r>
      <w:r>
        <w:rPr>
          <w:sz w:val="20"/>
        </w:rPr>
        <w:t>24:35  hain. aise hi maulana ne aik mazmoon likha tha bohat acha mazmoon tha aur tasbeeh fatima ke ooper tha aur is ka jo is ka jo unwan tha heading thi woh tasbeeh khawateen.</w:t>
      </w:r>
      <w:r>
        <w:br/>
      </w:r>
      <w:r>
        <w:rPr>
          <w:sz w:val="20"/>
        </w:rPr>
        <w:t>24:46  hmm aur likha tha ke yeh jo tasbeeh hai tasbeeh fatima yeh ah ummat ke tamam khawateen ke liye ah aik bohat hi qeemti tohfa Allah Rasool Allah ne</w:t>
      </w:r>
      <w:r>
        <w:br/>
      </w:r>
      <w:r>
        <w:rPr>
          <w:sz w:val="20"/>
        </w:rPr>
        <w:t>25:00  diya yani aik bohat hi qeemti tohfa hai. maulana ne likha tha ke ke yeh is ko tasbeeh khawateen kehna chahiye chounke jo ladies hain un ko aksar time mil jata hai ghar mein tu phir woh bas baatein idhar udhar ki karti hain koi khaas ah koi discussion aisa nahi bas idhar udhar ki baaton mein chat chet aur ji ke party warty jo aaj kal bohat zyada ho gayi hai</w:t>
      </w:r>
      <w:r>
        <w:br/>
      </w:r>
      <w:r>
        <w:rPr>
          <w:sz w:val="20"/>
        </w:rPr>
        <w:t>25:26  tu is se bachne ka bohat acha zariya hai ke tasbeeh fatima yani tasbeeh mein apna waqt lagayein aur khuda ki yaad mein apna waqt lagayein</w:t>
      </w:r>
      <w:r>
        <w:br/>
      </w:r>
      <w:r>
        <w:rPr>
          <w:sz w:val="20"/>
        </w:rPr>
        <w:t>25:38  tu yeh yani ah repetition of word ka mamla nahi hai. hmm balkeh yeh aik ah aik daryaft ka mamla hai shoori daryaft jis ko maulana ne marifat pe itna zor diya hai ke yeh realization ka kalma hai na ke kuch repetition ka kalma.</w:t>
      </w:r>
      <w:r>
        <w:br/>
      </w:r>
      <w:r>
        <w:rPr>
          <w:sz w:val="20"/>
        </w:rPr>
        <w:t>25:57  ji doctor sahib yeh bohat mein mein kahunga ke yeh bohat ahem baat hai kyunke itna zyada maulana is ko emphasize karte</w:t>
      </w:r>
      <w:r>
        <w:br/>
      </w:r>
      <w:r>
        <w:rPr>
          <w:sz w:val="20"/>
        </w:rPr>
        <w:t>26:05  the aur jaise ap ne kaha ke it is not just mere repetition ah but to think about God. ah jaise doctor sahib ah chapter 2 of the Quran mein aya bhi hai ke ah so you remember me and i will remember you</w:t>
      </w:r>
      <w:r>
        <w:br/>
      </w:r>
      <w:r>
        <w:rPr>
          <w:sz w:val="20"/>
        </w:rPr>
        <w:t>26:18  tu Allah taala ka yeh wada hai ke i will remember you ah which is a big ah hope for all of us and doctor sahib aaj ke zamane mein bhi agar hum dekhein ah matlab ritualistic to ho hi gaya hai lekin itne zyada log tension mein stress mein rehte hain and they try to find out ways to get out of that stress and negativity by either going into holidays or spending a lot of money or getting into entertain</w:t>
      </w:r>
      <w:r>
        <w:br/>
      </w:r>
      <w:r>
        <w:rPr>
          <w:sz w:val="20"/>
        </w:rPr>
        <w:t>26:44  ment tu isi mein yeh remembrance hai hi is mein itni in unequivocal terms mein Quran says in chapter 13 that surely in the remembrance of God hearts find comfort tu ap ne woh jo abhi baat batai ke har cheez mein point of reference ko dhoondna woh bohat important baat hai kyunke that only brings us closer to God tu remembrance ki yahi sirf apne zehn ko activate karna hai.</w:t>
      </w:r>
      <w:r>
        <w:br/>
      </w:r>
      <w:r>
        <w:rPr>
          <w:sz w:val="20"/>
        </w:rPr>
        <w:t>27:11  ji</w:t>
      </w:r>
      <w:r>
        <w:br/>
      </w:r>
      <w:r>
        <w:rPr>
          <w:sz w:val="20"/>
        </w:rPr>
        <w:t>27:12  woh cheezein har taraf hain yeh pani ka glass bhi hai yeh table bhi hai yeh chair bhi hai yeh mic bhi hai light bhi hai har cheez ji jis ke andar ap ko ghiza milti hai khuda ko yaad karne ki bilkul lekin aik unaware insan hai woh samajhta hai ke yeh tu glass hai yeh hum khareed ke laye hain yeh mic hai yeh tu hum wahan se laye hain yani har cheez Allah ki ata kardah hai.</w:t>
      </w:r>
      <w:r>
        <w:br/>
      </w:r>
      <w:r>
        <w:rPr>
          <w:sz w:val="20"/>
        </w:rPr>
        <w:t>27:34  Allah ka gift hai</w:t>
      </w:r>
      <w:r>
        <w:br/>
      </w:r>
      <w:r>
        <w:rPr>
          <w:sz w:val="20"/>
        </w:rPr>
        <w:t>27:36  koi bhi cheez ji jab aap is tarah se soch sochenge ke yeh carpet bhi Allah ne diya hai yeh light bhi Allah ne di hai ji tab aap ke andar bare gehre jazbat Khuda ke liye paida honge.</w:t>
      </w:r>
      <w:r>
        <w:br/>
      </w:r>
      <w:r>
        <w:rPr>
          <w:sz w:val="20"/>
        </w:rPr>
        <w:t>27:48  ji bilkul aur doctor sahib ah yeh yeh tested hai aik dam kabhi bhi jaise love feeling hai if you read some hadith you read some pages of Quran suddenly ap ko aik sukoon mil jata hai</w:t>
      </w:r>
      <w:r>
        <w:br/>
      </w:r>
      <w:r>
        <w:rPr>
          <w:sz w:val="20"/>
        </w:rPr>
        <w:t>28:02  تو وہی ایک طریقے سے صحیح معنی میں it's a true way to remember God مولانا نے وہ</w:t>
      </w:r>
      <w:r>
        <w:br/>
      </w:r>
      <w:r>
        <w:rPr>
          <w:sz w:val="20"/>
        </w:rPr>
        <w:t>28:08  waqia jo sunaya tha ah Sanjay babu ne diya hai haan haan haan ji woh bara zabardast hai</w:t>
      </w:r>
      <w:r>
        <w:br/>
      </w:r>
      <w:r>
        <w:rPr>
          <w:sz w:val="20"/>
        </w:rPr>
        <w:t>28:14  Sanjay babu ki den hai Sanjay babu ki den hai haan har cheez ke liye woh keh raha</w:t>
      </w:r>
      <w:r>
        <w:br/>
      </w:r>
      <w:r>
        <w:rPr>
          <w:sz w:val="20"/>
        </w:rPr>
        <w:t>28:17  hai Sanjay babu ki den hai ji ji ji chunchke Sanjay Gandhi ne is ki kuch help ki</w:t>
      </w:r>
      <w:r>
        <w:br/>
      </w:r>
      <w:r>
        <w:rPr>
          <w:sz w:val="20"/>
        </w:rPr>
        <w:t>28:21  thi woh kuch ban gaya tha MLA waghera ji toh woh jab gaye the milne ke</w:t>
      </w:r>
      <w:r>
        <w:br/>
      </w:r>
      <w:r>
        <w:rPr>
          <w:sz w:val="20"/>
        </w:rPr>
        <w:t>28:25  liye jo sahib toh woh charcha karta raha toh yahi cheez har momin ke liye hai ke woh</w:t>
      </w:r>
      <w:r>
        <w:br/>
      </w:r>
      <w:r>
        <w:rPr>
          <w:sz w:val="20"/>
        </w:rPr>
        <w:t>28:30  charcha karta rahe Allah ka ke yeh Allah ka diya hua hai Allah ka atiya hai Allah ka</w:t>
      </w:r>
      <w:r>
        <w:br/>
      </w:r>
      <w:r>
        <w:rPr>
          <w:sz w:val="20"/>
        </w:rPr>
        <w:t>28:35  gift hai ji toh yahi yahi woh is tasbeeh Fatima ki jazak Allah Doctor sahib bohat bohat achhe</w:t>
      </w:r>
      <w:r>
        <w:br/>
      </w:r>
      <w:r>
        <w:rPr>
          <w:sz w:val="20"/>
        </w:rPr>
        <w:t>28:40  se aap ne is ko wazeh kiya</w:t>
      </w:r>
      <w:r>
        <w:br/>
      </w:r>
      <w:r>
        <w:rPr>
          <w:sz w:val="20"/>
        </w:rPr>
        <w:t>28:42  doctor sahib mein chahunga ke kuch ap interesting kuch episodes un ki zindagi se batayein Hazrat Ali aur Hazrat Fatima ki zindagi se ah tu if you can share some through some light into it haan bara acha relationship tha un ka ah Hazrat Ali chounke ah shayar bhi the he was a poet tu he used to write funny poems for Fatima ji just to make her happy a aur kafi yani this was a house of laughter</w:t>
      </w:r>
      <w:r>
        <w:br/>
      </w:r>
      <w:r>
        <w:rPr>
          <w:sz w:val="20"/>
        </w:rPr>
        <w:t>29:11  kafi hanste the to lekin kabhi ladai bhi ho jati thi ji ek bar bada disagreement ho</w:t>
      </w:r>
      <w:r>
        <w:br/>
      </w:r>
      <w:r>
        <w:rPr>
          <w:sz w:val="20"/>
        </w:rPr>
        <w:t>29:17  gya aur hazrat ali ghar se bahar chale gaye aur ja ke masjid mein so gaye ji to</w:t>
      </w:r>
      <w:r>
        <w:br/>
      </w:r>
      <w:r>
        <w:rPr>
          <w:sz w:val="20"/>
        </w:rPr>
        <w:t>29:24  اگلے دن Prophet آئے گھر میں تو Fatima was upset تو ان کو لگا Prophet کو کچھ گڑبڑ</w:t>
      </w:r>
      <w:r>
        <w:br/>
      </w:r>
      <w:r>
        <w:rPr>
          <w:sz w:val="20"/>
        </w:rPr>
        <w:t>29:32  hai pucha kya baat hai kaha ke hamari ladai ho gayi thi aur hazrat ali chale gaye bahar</w:t>
      </w:r>
      <w:r>
        <w:br/>
      </w:r>
      <w:r>
        <w:rPr>
          <w:sz w:val="20"/>
        </w:rPr>
        <w:t>29:39  sone masjid ke andar</w:t>
      </w:r>
      <w:r>
        <w:br/>
      </w:r>
      <w:r>
        <w:rPr>
          <w:sz w:val="20"/>
        </w:rPr>
        <w:t>29:41  tu prophet gaye masjid mein dekha ke aik corner pe Hazrat Ali so rahe hain aur un ki jo shirt thi woh utar gayi hai ooper ka garment aur chounke woh us zamane mein jaise maine abhi photo dikhaya mitti ka sara farsh hota tha us waqt na carpet thi na koi marble ke floors the sirf mitti thi tu woh sari mitti dhool ah back mein chipak gayi thi</w:t>
      </w:r>
      <w:r>
        <w:br/>
      </w:r>
      <w:r>
        <w:rPr>
          <w:sz w:val="20"/>
        </w:rPr>
        <w:t>30:09  tu Rasool Allah baith gaye aur woh sab mitti chhanane lage ah un ki back se aur bole ke qoom ya abaa turab ke get up sit up o father of dirt abu turab yani father of dirt tu woh bara mashhoor nickname ban gaya Hazrat Ali ka abu turab tu phir Hazrat Ali uth gaye baith gaye aur dono hansne lage bohat</w:t>
      </w:r>
      <w:r>
        <w:br/>
      </w:r>
      <w:r>
        <w:rPr>
          <w:sz w:val="20"/>
        </w:rPr>
        <w:t>30:36  phir woh mamla theek ho gaya aur wapas chale gaye ghar</w:t>
      </w:r>
      <w:r>
        <w:br/>
      </w:r>
      <w:r>
        <w:rPr>
          <w:sz w:val="20"/>
        </w:rPr>
        <w:t>30:40  aise hi jab pehla bachcha paida hua hazrat ali ke haan to unhone naam rakha harb harb</w:t>
      </w:r>
      <w:r>
        <w:br/>
      </w:r>
      <w:r>
        <w:rPr>
          <w:sz w:val="20"/>
        </w:rPr>
        <w:t>30:49  ka matlab hota hai war asal mein woh zamana tha ke sab ladte phirte the har waqt ladai</w:t>
      </w:r>
      <w:r>
        <w:br/>
      </w:r>
      <w:r>
        <w:rPr>
          <w:sz w:val="20"/>
        </w:rPr>
        <w:t>30:55  hoti rehti thi woh tribal culture tha aur closed society thi to ladna bhadna unki zindagi ka</w:t>
      </w:r>
      <w:r>
        <w:br/>
      </w:r>
      <w:r>
        <w:rPr>
          <w:sz w:val="20"/>
        </w:rPr>
        <w:t>31:00  ek bahut hi aham hissa tha to unhone hazrat ali rz ne naam rakha bachche</w:t>
      </w:r>
      <w:r>
        <w:br/>
      </w:r>
      <w:r>
        <w:rPr>
          <w:sz w:val="20"/>
        </w:rPr>
        <w:t>31:05  ka harb yani war to rasool Allah aaye unhone kaha nahi bhai yeh harb nahi hoga naam</w:t>
      </w:r>
      <w:r>
        <w:br/>
      </w:r>
      <w:r>
        <w:rPr>
          <w:sz w:val="20"/>
        </w:rPr>
        <w:t>31:11  is bachche ka naam hoga hasan hasan ka matlab hai</w:t>
      </w:r>
      <w:r>
        <w:br/>
      </w:r>
      <w:r>
        <w:rPr>
          <w:sz w:val="20"/>
        </w:rPr>
        <w:t>31:15  goodness ya excellence to aik saal ke baad taqreeban doosra bachcha paida hua phir hazrat ali ne harb rakh diya naam is ka war to phir prophet ko pata chala prophet ne kaha nahi nahi harb nahi hoga is ka naam rakhte hain hum hussain hussain ka matlab hai little hasan is ko tasgheer kehte hain kisi word ko kisi naam ko chhota karna</w:t>
      </w:r>
      <w:r>
        <w:br/>
      </w:r>
      <w:r>
        <w:rPr>
          <w:sz w:val="20"/>
        </w:rPr>
        <w:t>31:40  hamare haan bhi hota hai jaise beti ko betiya kehte hain pyar se aise hi hasan ka hussain rasool Allah ne bana diya yani another source of goodness</w:t>
      </w:r>
      <w:r>
        <w:br/>
      </w:r>
      <w:r>
        <w:rPr>
          <w:sz w:val="20"/>
        </w:rPr>
        <w:t>31:52  to jo hasan aur hussain thay jab aik do saal ke thay to jo sab se ah un ka mehboob mashgala tha woh yeh tha ke woh rasool Allah s.a.w. jab namaz parhte thay to rasool Allah ki back pe aa ke they used to jump on the back of the prophet while he was in sajdah aur rasool Allah apna sajdah prolong kar dete</w:t>
      </w:r>
      <w:r>
        <w:br/>
      </w:r>
      <w:r>
        <w:rPr>
          <w:sz w:val="20"/>
        </w:rPr>
        <w:t>32:11  thay ji taake aur zara woh ah apna jo un ka shoq hai woh poora karein aur ah aik waqia bohat hi interesting hai ke prophet khutba de rahe thay masjid mein ji masjid ghar ke barabar mein hi thi ah he was on the pulpit giving sermon to yeh dono daurte hue aaye hasan aur hussain chhote chhote do do saal ke to</w:t>
      </w:r>
      <w:r>
        <w:br/>
      </w:r>
      <w:r>
        <w:rPr>
          <w:sz w:val="20"/>
        </w:rPr>
        <w:t>32:36  prophet ne dekha to he came down from the pulpit neeche aa gaye aur baith gaye aur hasan aur hussain ko apne lap pe bitha liya dono aap tasawwur karein ji aur phir khutba dena shuru kar diya yani he both of them sitting on prophet's lap and the prophet is giving khutba yani yeh kis qadar ah in ko mohabbat thi bachchon se yeh bhi aik human touch ji yani prophet bhi insan thay</w:t>
      </w:r>
      <w:r>
        <w:br/>
      </w:r>
      <w:r>
        <w:rPr>
          <w:sz w:val="20"/>
        </w:rPr>
        <w:t>33:04  hmm to is mein bhi hamare liye aik pehlu hai ke hum yeh na samjhein ke rasool Allah s.a.w. koi divine ah woh woh dein attribute balkeh ah woh bhi insan thay aur sari woh cheezein ah un ke sath bhi theen aise hi aik aur waqia hai ke sardi ka zamana tha winter thi to aik bohat hi bara cloak aik jabba pehan rakha tha rasool Allah ne ji bohat hi bara jabba</w:t>
      </w:r>
      <w:r>
        <w:br/>
      </w:r>
      <w:r>
        <w:rPr>
          <w:sz w:val="20"/>
        </w:rPr>
        <w:t>33:31  to yeh dono phir daurte hue aaye hasan aur hussain prophet ke paas aur prophet zameen pe baith gaye aur in dono ke dono ko apne jabbay mein le liya cloak ke andar le liya aur phir fatima ne dekha fatima aaein un ke liye bhi prophet extended his cloak for her woh bhi is mein jabbay mein aa gayeen phir ali aaye un ko bhi le l</w:t>
      </w:r>
    </w:p>
    <w:p>
      <w:pPr>
        <w:pStyle w:val="Heading2"/>
      </w:pPr>
      <w:r>
        <w:t>Clarity on Khurooj being haram in Islam</w:t>
      </w:r>
    </w:p>
    <w:p>
      <w:r>
        <w:rPr>
          <w:color w:val="666666"/>
          <w:sz w:val="18"/>
        </w:rPr>
        <w:t>Worship · How to Manage Controversy 10 Nov 2019 - Maulana Wahiduddin Khan · 3m 58s · at 38:48 · https://youtu.be/UafTzJXHrSA?t=2328</w:t>
      </w:r>
    </w:p>
    <w:p>
      <w:r>
        <w:rPr>
          <w:i/>
        </w:rPr>
        <w:t>“I have recently started following you. I saw one of your videos yesterday about Khurooj is haram in Islam, and I really need more clarity in this issue, as in Pakistan these days some Maulanas are protesting against the government of Pakistan.”</w:t>
      </w:r>
    </w:p>
    <w:p>
      <w:r>
        <w:rPr>
          <w:sz w:val="20"/>
        </w:rPr>
        <w:t>38:48  Maulana, agla sawal lete hain. yeh sawal Pakistan se bheja hai, Pakistan Lahore se bheja hai, mubashir ali sahib ne. unhone likha hai: "Maulana sahib, i have recently started following you.</w:t>
      </w:r>
      <w:r>
        <w:br/>
      </w:r>
      <w:r>
        <w:rPr>
          <w:sz w:val="20"/>
        </w:rPr>
        <w:t>39:02  I saw one of your video yesterday about khurooj is haram in Islam, and I really need more</w:t>
      </w:r>
      <w:r>
        <w:br/>
      </w:r>
      <w:r>
        <w:rPr>
          <w:sz w:val="20"/>
        </w:rPr>
        <w:t>39:10  clarity in this issue, as in Pakistan these days some molana are protesting against the government of Pakistan,</w:t>
      </w:r>
      <w:r>
        <w:br/>
      </w:r>
      <w:r>
        <w:rPr>
          <w:sz w:val="20"/>
        </w:rPr>
        <w:t>39:18  and especially the pm of Pakistan, using bad and foul language, and they are even instigating people</w:t>
      </w:r>
      <w:r>
        <w:br/>
      </w:r>
      <w:r>
        <w:rPr>
          <w:sz w:val="20"/>
        </w:rPr>
        <w:t>39:26  in the name of religion, by associating the prime minister with jews and calling him shaitan, and even</w:t>
      </w:r>
      <w:r>
        <w:br/>
      </w:r>
      <w:r>
        <w:rPr>
          <w:sz w:val="20"/>
        </w:rPr>
        <w:t>39:33  agents of jews.</w:t>
      </w:r>
      <w:r>
        <w:br/>
      </w:r>
      <w:r>
        <w:rPr>
          <w:sz w:val="20"/>
        </w:rPr>
        <w:t>39:35  these things hurt me and many others when they see the religion being used for politics, and to the extent where moral and islamic values are being compromised.</w:t>
      </w:r>
      <w:r>
        <w:br/>
      </w:r>
      <w:r>
        <w:rPr>
          <w:sz w:val="20"/>
        </w:rPr>
        <w:t>39:48  but no islamic scholar has courage to stand and tell people its wrong</w:t>
      </w:r>
      <w:r>
        <w:br/>
      </w:r>
      <w:r>
        <w:rPr>
          <w:sz w:val="20"/>
        </w:rPr>
        <w:t>39:53  in the other hand, i also want to know from you that if the muslim or even a non muslim government is doing things that are anti islamic and against the orders of Allah subhanahu wa ta'ala, then is khuruj still haram</w:t>
      </w:r>
      <w:r>
        <w:br/>
      </w:r>
      <w:r>
        <w:rPr>
          <w:sz w:val="20"/>
        </w:rPr>
        <w:t>40:09  haram. please give some examples from the life of the prophet."</w:t>
      </w:r>
      <w:r>
        <w:br/>
      </w:r>
      <w:r>
        <w:rPr>
          <w:sz w:val="20"/>
        </w:rPr>
        <w:t>40:19  to yeh sawal hai ke comment hai ek aadmi. yeh sawal hai Maulana unka ke ek to woh jo khuruj is haram ko le ke jo aap ne ek talk diya tha, us ki woh wazahat chahte hain un ke present context se ke Pakistan mein kafi log protest kar rahe hain government ko le ke.</w:t>
      </w:r>
      <w:r>
        <w:br/>
      </w:r>
      <w:r>
        <w:rPr>
          <w:sz w:val="20"/>
        </w:rPr>
        <w:t>40:37  aur doosri doosri baat woh yeh keh rahe hain ke chahe muslim government ho ya non muslim government ho, agar woh anti islamic activities ko barhawa de rahe hain to kya tab bhi khuruj haram hai?</w:t>
      </w:r>
      <w:r>
        <w:br/>
      </w:r>
      <w:r>
        <w:rPr>
          <w:sz w:val="20"/>
        </w:rPr>
        <w:t>40:53  to yeh do baaton pe woh aap ka opinion chahte hain. bilkul haram, har haal mein hai, har haal mein haram hai.</w:t>
      </w:r>
      <w:r>
        <w:br/>
      </w:r>
      <w:r>
        <w:rPr>
          <w:sz w:val="20"/>
        </w:rPr>
        <w:t>41:03  aap agar kuch karna chahte hain to peaceful tareeqe se kijiye. yeh jo protest hai aur khuruj hai, yeh to bilashuba haram hai.</w:t>
      </w:r>
      <w:r>
        <w:br/>
      </w:r>
      <w:r>
        <w:rPr>
          <w:sz w:val="20"/>
        </w:rPr>
        <w:t>41:16  is mein bohat ziyada hadith hain. aap ko agar reference dekhna hai to aap ko mein ek reference batata hoon, woh hai sahih muslim ke jo sharah hain, imam nawawi,</w:t>
      </w:r>
      <w:r>
        <w:br/>
      </w:r>
      <w:r>
        <w:rPr>
          <w:sz w:val="20"/>
        </w:rPr>
        <w:t>41:36  unhone hadithon ko, hadithon ke imam hain, woh hadithon ka mutala kar ke likha hai ke</w:t>
      </w:r>
      <w:r>
        <w:br/>
      </w:r>
      <w:r>
        <w:rPr>
          <w:sz w:val="20"/>
        </w:rPr>
        <w:t>41:50  "wa 'amala khurujun 'alayhim fa haramun bijg ma'al muslimin wa law kanu fasaqaa wa law kanu zhaalimeen" yaani fasaq aur zhaalim ho tab bhi aap khuruj nahi kar sakte.</w:t>
      </w:r>
      <w:r>
        <w:br/>
      </w:r>
      <w:r>
        <w:rPr>
          <w:sz w:val="20"/>
        </w:rPr>
        <w:t>42:12  aap peaceful tareeqe se kijiye, maslan aap memorandum pesh kijiye, akhbar mein mazmoon likhiye.</w:t>
      </w:r>
      <w:r>
        <w:br/>
      </w:r>
      <w:r>
        <w:rPr>
          <w:sz w:val="20"/>
        </w:rPr>
        <w:t>42:24  lekin yeh jo protest jo hota hai aur jo khuruj jo kiya jata hai, woh to bilashuba haram hai.</w:t>
      </w:r>
      <w:r>
        <w:br/>
      </w:r>
      <w:r>
        <w:rPr>
          <w:sz w:val="20"/>
        </w:rPr>
        <w:t>42:33  koi agar Allah se na na darta ho to wahi aisa kar sakta hai.</w:t>
      </w:r>
    </w:p>
    <w:p>
      <w:pPr>
        <w:pStyle w:val="Heading2"/>
      </w:pPr>
      <w:r>
        <w:t>Clarity on Zakat calculation method of Prophet</w:t>
      </w:r>
    </w:p>
    <w:p>
      <w:r>
        <w:rPr>
          <w:color w:val="666666"/>
          <w:sz w:val="18"/>
        </w:rPr>
        <w:t>Worship · Natural Warning April 17, 2016 · 53s · at 52:16 · https://youtu.be/fSNOpwgzcss?t=3136</w:t>
      </w:r>
    </w:p>
    <w:p>
      <w:r>
        <w:rPr>
          <w:i/>
        </w:rPr>
        <w:t>“I need clarity on Zakat. What we are traditionally following today is two and a half percent that we give as Zakat, but it was not being followed by the Prophet. Can you please explain what calculation method was followed by him?”</w:t>
      </w:r>
    </w:p>
    <w:p>
      <w:r>
        <w:rPr>
          <w:sz w:val="20"/>
        </w:rPr>
        <w:t>52:16  Allah ki raza mein dono yaksaan taur par insaan hain. Maulana, agla sawal Muinuddin sahib ne kiya hai Karachi Pakistan se aur unhone likha hai ke I need clarity on Zakat</w:t>
      </w:r>
      <w:r>
        <w:br/>
      </w:r>
      <w:r>
        <w:rPr>
          <w:sz w:val="20"/>
        </w:rPr>
        <w:t>52:31  . What we are traditionally following today is two and a half percent that we give as Zakat, but it was not being followed by Rasool Allah.</w:t>
      </w:r>
      <w:r>
        <w:br/>
      </w:r>
      <w:r>
        <w:rPr>
          <w:sz w:val="20"/>
        </w:rPr>
        <w:t>52:41  Can you please explain what calculation method was followed by him?</w:t>
      </w:r>
      <w:r>
        <w:br/>
      </w:r>
      <w:r>
        <w:rPr>
          <w:sz w:val="20"/>
        </w:rPr>
        <w:t>52:48  Dekhiye, Zakat koi calculation ki baat nahi hai. Woh dhai فیصد to ek aam baat hai.</w:t>
      </w:r>
      <w:r>
        <w:br/>
      </w:r>
      <w:r>
        <w:rPr>
          <w:sz w:val="20"/>
        </w:rPr>
        <w:t>52:58  Zakat ka matlab kitaab mein dars keh dijiye. Quran mein hai ke khoon isi ke baad clear ho jayegi.</w:t>
      </w:r>
    </w:p>
    <w:p>
      <w:pPr>
        <w:pStyle w:val="Heading2"/>
      </w:pPr>
      <w:r>
        <w:t>Combining prayer method and yoga benefits</w:t>
      </w:r>
    </w:p>
    <w:p>
      <w:r>
        <w:rPr>
          <w:color w:val="666666"/>
          <w:sz w:val="18"/>
        </w:rPr>
        <w:t>Worship · The Spirit of Namaz | May 21, 2017 · 4m 07s · at 51:11 · https://youtu.be/xN9SA_q272Y?t=3071</w:t>
      </w:r>
    </w:p>
    <w:p>
      <w:r>
        <w:rPr>
          <w:i/>
        </w:rPr>
        <w:t>“A person was giving a speech combining the method of prayer and the benefit of yoga as one.”</w:t>
      </w:r>
    </w:p>
    <w:p>
      <w:r>
        <w:rPr>
          <w:sz w:val="20"/>
        </w:rPr>
        <w:t>51:11  maulana agla sawal bheja hai maulana iqbal umri ne chennai se.</w:t>
      </w:r>
      <w:r>
        <w:br/>
      </w:r>
      <w:r>
        <w:rPr>
          <w:sz w:val="20"/>
        </w:rPr>
        <w:t>51:17  unhone likha hai: "maulana sahib, ek sahib namaz ka tarika aur yoga ka faida dono ko ek</w:t>
      </w:r>
      <w:r>
        <w:br/>
      </w:r>
      <w:r>
        <w:rPr>
          <w:sz w:val="20"/>
        </w:rPr>
        <w:t>51:24  hi bata kar taqreer kar rahe the.</w:t>
      </w:r>
      <w:r>
        <w:br/>
      </w:r>
      <w:r>
        <w:rPr>
          <w:sz w:val="20"/>
        </w:rPr>
        <w:t>51:30  aap aap ka is par kya kehna hai? is ko wazeh karen." mere nazdeek keh aisay log jo</w:t>
      </w:r>
      <w:r>
        <w:br/>
      </w:r>
      <w:r>
        <w:rPr>
          <w:sz w:val="20"/>
        </w:rPr>
        <w:t>51:36  aisa taqreer karte hain, woh mans marking ke mustahiq hain.</w:t>
      </w:r>
      <w:r>
        <w:br/>
      </w:r>
      <w:r>
        <w:rPr>
          <w:sz w:val="20"/>
        </w:rPr>
        <w:t>51:43  Marks marking ek term hai jo exam mein use kiya jata hai ke ek talib ilm ko poocha jaye ke hawajat kaisa hota hai, aur us ke jawab mein woh motor car ki baatein likh dale to marks marking ka mustahiq hoga. Yani woh na car ko janta tha na jahaz ko janta tha. To aise log jo hain, marks marking ke mustahiq hain, woh na yo</w:t>
      </w:r>
      <w:r>
        <w:br/>
      </w:r>
      <w:r>
        <w:rPr>
          <w:sz w:val="20"/>
        </w:rPr>
        <w:t>52:13  ga ko jante hain na namaz ko jante hain.</w:t>
      </w:r>
      <w:r>
        <w:br/>
      </w:r>
      <w:r>
        <w:rPr>
          <w:sz w:val="20"/>
        </w:rPr>
        <w:t>52:16  yeh yahi mera mera tabsarah hai.</w:t>
      </w:r>
      <w:r>
        <w:br/>
      </w:r>
      <w:r>
        <w:rPr>
          <w:sz w:val="20"/>
        </w:rPr>
        <w:t>52:20  ji Maulana in ka aik aur sawal hai.</w:t>
      </w:r>
      <w:r>
        <w:br/>
      </w:r>
      <w:r>
        <w:rPr>
          <w:sz w:val="20"/>
        </w:rPr>
        <w:t>52:24  unhon ne likha hai keh: "Maulana sahib, aik sahib ne kaha keh form par zor dene walay form</w:t>
      </w:r>
      <w:r>
        <w:br/>
      </w:r>
      <w:r>
        <w:rPr>
          <w:sz w:val="20"/>
        </w:rPr>
        <w:t>52:28  mein kamzor rehte hain.</w:t>
      </w:r>
      <w:r>
        <w:br/>
      </w:r>
      <w:r>
        <w:rPr>
          <w:sz w:val="20"/>
        </w:rPr>
        <w:t>52:31  Maulana is mein kya mughalta hai? is ko wazeh karen." kamzori rehna chahiye, yeh mughalta hai.</w:t>
      </w:r>
      <w:r>
        <w:br/>
      </w:r>
      <w:r>
        <w:rPr>
          <w:sz w:val="20"/>
        </w:rPr>
        <w:t>52:35  yeh form mein kamzori rehna chahiye.</w:t>
      </w:r>
      <w:r>
        <w:br/>
      </w:r>
      <w:r>
        <w:rPr>
          <w:sz w:val="20"/>
        </w:rPr>
        <w:t>52:39  jo aaj kal</w:t>
      </w:r>
      <w:r>
        <w:br/>
      </w:r>
      <w:r>
        <w:rPr>
          <w:sz w:val="20"/>
        </w:rPr>
        <w:t>52:43  bohat zabardast form ka ihtimam kiya jata hai, woh achi baat nahi hai.</w:t>
      </w:r>
      <w:r>
        <w:br/>
      </w:r>
      <w:r>
        <w:rPr>
          <w:sz w:val="20"/>
        </w:rPr>
        <w:t>52:48  woh aap sahaba ki namazon ko parhiye, kitabon mein jo likhe hain, un ke halaat form mein woh</w:t>
      </w:r>
      <w:r>
        <w:br/>
      </w:r>
      <w:r>
        <w:rPr>
          <w:sz w:val="20"/>
        </w:rPr>
        <w:t>52:53  mazboot nahi thay.</w:t>
      </w:r>
      <w:r>
        <w:br/>
      </w:r>
      <w:r>
        <w:rPr>
          <w:sz w:val="20"/>
        </w:rPr>
        <w:t>52:58  yeh jo aaj kal chala hua hai keh bohat zabardast form ka ihtimam, woh to matloob hi nahi hai.</w:t>
      </w:r>
      <w:r>
        <w:br/>
      </w:r>
      <w:r>
        <w:rPr>
          <w:sz w:val="20"/>
        </w:rPr>
        <w:t>53:03  mein aap ko aik qissa batata hoon.</w:t>
      </w:r>
      <w:r>
        <w:br/>
      </w:r>
      <w:r>
        <w:rPr>
          <w:sz w:val="20"/>
        </w:rPr>
        <w:t>53:08  aik waqt Rasool Allah Sal Allahu Alaihi Wasallam namaz parha rahe thay, to aap ne</w:t>
      </w:r>
      <w:r>
        <w:br/>
      </w:r>
      <w:r>
        <w:rPr>
          <w:sz w:val="20"/>
        </w:rPr>
        <w:t>53:13  jab khade hue, aap rukoo mein to aap ne kaha ke: "Sami Allahu liman Hamidah" jaisa ke hum jante hain. Aap to ek sahabi ka padhe: "Rabbana lakal hamd hamdan kasiran tayyiban mubarakan rafee'an" yani form ko toda. Unhone jo press card form tha, us ko tod kar ke bole: "Yeh to Rasool Allah ne." Namaz khatam hui to poocha ke kis ne aisa kaha tha? To woh aadmi dar gaya ke main</w:t>
      </w:r>
      <w:r>
        <w:br/>
      </w:r>
      <w:r>
        <w:rPr>
          <w:sz w:val="20"/>
        </w:rPr>
        <w:t>53:43  ne form ko tora hai, kahin meri namazain na chali gayi hon.</w:t>
      </w:r>
      <w:r>
        <w:br/>
      </w:r>
      <w:r>
        <w:rPr>
          <w:sz w:val="20"/>
        </w:rPr>
        <w:t>53:49  jab woh dara hua tha, to Rasool Allah ne farmaya keh jab tum ne kaha yeh to farishtay</w:t>
      </w:r>
      <w:r>
        <w:br/>
      </w:r>
      <w:r>
        <w:rPr>
          <w:sz w:val="20"/>
        </w:rPr>
        <w:t>53:55  dor paray is ko lene ke liye keh form kya cheez hai? form convenient item hai.</w:t>
      </w:r>
      <w:r>
        <w:br/>
      </w:r>
      <w:r>
        <w:rPr>
          <w:sz w:val="20"/>
        </w:rPr>
        <w:t>54:01  namaz ko yaad rakhiye, convenient real nahi hai.</w:t>
      </w:r>
      <w:r>
        <w:br/>
      </w:r>
      <w:r>
        <w:rPr>
          <w:sz w:val="20"/>
        </w:rPr>
        <w:t>54:07  jo log form ko bohat ziyada zor dete hain</w:t>
      </w:r>
      <w:r>
        <w:br/>
      </w:r>
      <w:r>
        <w:rPr>
          <w:sz w:val="20"/>
        </w:rPr>
        <w:t>54:13  , aisay hath, waisay paon, aisay aankh, woh jante hi nahi namaz kya cheez hai, jante hi nahi</w:t>
      </w:r>
      <w:r>
        <w:br/>
      </w:r>
      <w:r>
        <w:rPr>
          <w:sz w:val="20"/>
        </w:rPr>
        <w:t>54:19  namaz kya cheez hai.</w:t>
      </w:r>
      <w:r>
        <w:br/>
      </w:r>
      <w:r>
        <w:rPr>
          <w:sz w:val="20"/>
        </w:rPr>
        <w:t>54:25  agar yeh in logon ka jo form par zor dene ka tareeqa hai, yeh hota to Rasool Allah</w:t>
      </w:r>
      <w:r>
        <w:br/>
      </w:r>
      <w:r>
        <w:rPr>
          <w:sz w:val="20"/>
        </w:rPr>
        <w:t>54:30  kehte hain keh tumhari to namaz hi nahi hui, tum ne to form ko tord diya.</w:t>
      </w:r>
      <w:r>
        <w:br/>
      </w:r>
      <w:r>
        <w:rPr>
          <w:sz w:val="20"/>
        </w:rPr>
        <w:t>54:36  to form par aaj kal jo bohat zor diya jata hai, wahi galat hai.</w:t>
      </w:r>
      <w:r>
        <w:br/>
      </w:r>
      <w:r>
        <w:rPr>
          <w:sz w:val="20"/>
        </w:rPr>
        <w:t>54:42  yaad rakhiye, spirit par zor dena chahiye.</w:t>
      </w:r>
      <w:r>
        <w:br/>
      </w:r>
      <w:r>
        <w:rPr>
          <w:sz w:val="20"/>
        </w:rPr>
        <w:t>54:48  form mein thoda sa idhar udhar to ho hi jayega, woh sab ko hota tha, sab ko hota tha.</w:t>
      </w:r>
      <w:r>
        <w:br/>
      </w:r>
      <w:r>
        <w:rPr>
          <w:sz w:val="20"/>
        </w:rPr>
        <w:t>54:54  ek baar to hadith mein aata hai ke rasool Allah sal Allahu alaihi wasallam ne namaz padhai aur</w:t>
      </w:r>
      <w:r>
        <w:br/>
      </w:r>
      <w:r>
        <w:rPr>
          <w:sz w:val="20"/>
        </w:rPr>
        <w:t>55:00  ghaaliban chaar waqt ki namaz thi, woh chaar rak'at wali.</w:t>
      </w:r>
      <w:r>
        <w:br/>
      </w:r>
      <w:r>
        <w:rPr>
          <w:sz w:val="20"/>
        </w:rPr>
        <w:t>55:06  ab do rak'at mein salam pheri aur ja ke wahan khade ho gaye idhar.</w:t>
      </w:r>
      <w:r>
        <w:br/>
      </w:r>
      <w:r>
        <w:rPr>
          <w:sz w:val="20"/>
        </w:rPr>
        <w:t>55:12  to logon ne logon ko taajjub hua ke kya yeh namaz yaani yeh do rak'at ki ho gayi hai?</w:t>
      </w:r>
    </w:p>
    <w:p>
      <w:pPr>
        <w:pStyle w:val="Heading2"/>
      </w:pPr>
      <w:r>
        <w:t>Comment on namaz without concentration</w:t>
      </w:r>
    </w:p>
    <w:p>
      <w:r>
        <w:rPr>
          <w:color w:val="666666"/>
          <w:sz w:val="18"/>
        </w:rPr>
        <w:t>Worship · Three levels of Realization July 4, 2010 · 2m 23s · at 1:14:24 · https://youtu.be/NtCTVVov3Nw?t=4464</w:t>
      </w:r>
    </w:p>
    <w:p>
      <w:r>
        <w:rPr>
          <w:i/>
        </w:rPr>
        <w:t>“It is said that an alim was once asked: 'I try my best to put my heart and soul into namaz, however whenever I am offering namaz, my mind is full of all kinds of thoughts. My namaz is a mere ritual, my soul is not in the namaz.' The scholar replied: 'Praying namaz is obligatory, but praying with full concentration is not obligatory.' Maulana, what is your comment on this?”</w:t>
      </w:r>
    </w:p>
    <w:p>
      <w:r>
        <w:rPr>
          <w:sz w:val="20"/>
        </w:rPr>
        <w:t>1:14:24  maulana agla sawal kya hai mister mehfooz ne new dilli se</w:t>
      </w:r>
      <w:r>
        <w:br/>
      </w:r>
      <w:r>
        <w:rPr>
          <w:sz w:val="20"/>
        </w:rPr>
        <w:t>1:14:29  he is written ah it is said that an aalim was once asked i try my best to put my heart and soul into namaz however whenever i am offering namaz my mind is full of all kinds of thoughts my namaz is a mere ritual my soul is not in the namaz the scholar is said to have replied namaz parho farz hai</w:t>
      </w:r>
      <w:r>
        <w:br/>
      </w:r>
      <w:r>
        <w:rPr>
          <w:sz w:val="20"/>
        </w:rPr>
        <w:t>1:14:59  dil laga ke namaz parhna farz nahi maulana what is your comment on this dekhen mera comment yeh hai aik hai namaz aik hai pre namaz aik hai namaz aik hai pre namaz to namaz se pehle bhi aik namaz parhni parti hai</w:t>
      </w:r>
      <w:r>
        <w:br/>
      </w:r>
      <w:r>
        <w:rPr>
          <w:sz w:val="20"/>
        </w:rPr>
        <w:t>1:15:20  jise collegeon mein aik refreshing refreshing course hota hai</w:t>
      </w:r>
      <w:r>
        <w:br/>
      </w:r>
      <w:r>
        <w:rPr>
          <w:sz w:val="20"/>
        </w:rPr>
        <w:t>1:15:25  course se pehle refreshing course yani preparation course to namaz se pehle aap ki aik zindagi hoti hai aap active hotay hain aap bol baat karte hain aap study karte hain wahan par agar aap us spirit se jee rahe hain jo namaz wali spirit hai yeh spirit of namaz namaz se pehle agar paida kar rakhi hai aap ne tab namaz mein aap ke jaan aaye gi unhe nahi aaye gi</w:t>
      </w:r>
      <w:r>
        <w:br/>
      </w:r>
      <w:r>
        <w:rPr>
          <w:sz w:val="20"/>
        </w:rPr>
        <w:t>1:15:55  jo jawab unhon ne diya woh ho sakta hai juzwi taur par sahi ho lekin asal jo jawab yeh woh woh nahi hai asal jawab yeh hai ke namaz se pehle namaz parho</w:t>
      </w:r>
      <w:r>
        <w:br/>
      </w:r>
      <w:r>
        <w:rPr>
          <w:sz w:val="20"/>
        </w:rPr>
        <w:t>1:16:08  yani namaz se pehle apni zindagi ko namazi banao namaz se pehle apne dimagh ko namazi banao</w:t>
      </w:r>
      <w:r>
        <w:br/>
      </w:r>
      <w:r>
        <w:rPr>
          <w:sz w:val="20"/>
        </w:rPr>
        <w:t>1:16:15  namaz se pehle apni soch ko namazi banao</w:t>
      </w:r>
      <w:r>
        <w:br/>
      </w:r>
      <w:r>
        <w:rPr>
          <w:sz w:val="20"/>
        </w:rPr>
        <w:t>1:16:18  namaz se pehle khuda ke liye jeene wale bano</w:t>
      </w:r>
      <w:r>
        <w:br/>
      </w:r>
      <w:r>
        <w:rPr>
          <w:sz w:val="20"/>
        </w:rPr>
        <w:t>1:16:23  namaz se pehle khuda ke liye jhukne wale bano aise jab life hogi</w:t>
      </w:r>
      <w:r>
        <w:br/>
      </w:r>
      <w:r>
        <w:rPr>
          <w:sz w:val="20"/>
        </w:rPr>
        <w:t>1:16:28  to phir jab aadmi ja kar namaz mein khada hoga to uski woh phir woh ek dam</w:t>
      </w:r>
      <w:r>
        <w:br/>
      </w:r>
      <w:r>
        <w:rPr>
          <w:sz w:val="20"/>
        </w:rPr>
        <w:t>1:16:34  uski namaz</w:t>
      </w:r>
      <w:r>
        <w:br/>
      </w:r>
      <w:r>
        <w:rPr>
          <w:sz w:val="20"/>
        </w:rPr>
        <w:t>1:16:35  alag alag rang ki namaz hogi</w:t>
      </w:r>
      <w:r>
        <w:br/>
      </w:r>
      <w:r>
        <w:rPr>
          <w:sz w:val="20"/>
        </w:rPr>
        <w:t>1:16:39  yeh hai is ka sahi jawab</w:t>
      </w:r>
    </w:p>
    <w:p>
      <w:pPr>
        <w:pStyle w:val="Heading2"/>
      </w:pPr>
      <w:r>
        <w:t>Completing Quran in Ramadan with help</w:t>
      </w:r>
    </w:p>
    <w:p>
      <w:r>
        <w:rPr>
          <w:color w:val="666666"/>
          <w:sz w:val="18"/>
        </w:rPr>
        <w:t>Worship · Roza (Fasting) Shock May 26, 2019 · 2m 15s · at 41:32 · https://youtu.be/GXYhGriFRpM?t=2492</w:t>
      </w:r>
    </w:p>
    <w:p>
      <w:r>
        <w:rPr>
          <w:i/>
        </w:rPr>
        <w:t>“I want to ask you that we have to complete the Quran once in the month of Ramadan. One of my friends thinks that we can complete it by taking the help of others, like someone else can complete the Quran by reading it. Is this approach right or wrong?”</w:t>
      </w:r>
    </w:p>
    <w:p>
      <w:r>
        <w:rPr>
          <w:sz w:val="20"/>
        </w:rPr>
        <w:t>41:32  maulana, agla sawal bilal khan ne kiya hai deli se. yeh school mein parhte hain aur un ka sawal hai: "maulana, i want to ask you that we have to complete that we have to complete quran once in the month of ramadan.</w:t>
      </w:r>
      <w:r>
        <w:br/>
      </w:r>
      <w:r>
        <w:rPr>
          <w:sz w:val="20"/>
        </w:rPr>
        <w:t>41:51  one of my friend thinks that we can complete it by taking the help of other. like some one else can complete the quran by reading it.</w:t>
      </w:r>
      <w:r>
        <w:br/>
      </w:r>
      <w:r>
        <w:rPr>
          <w:sz w:val="20"/>
        </w:rPr>
        <w:t>42:02  maulana, is this approach right or wrong?" bhai, dono hi baatein sahi nahi hain. quran hai tadabbur ke liye, yani contemplation.</w:t>
      </w:r>
      <w:r>
        <w:br/>
      </w:r>
      <w:r>
        <w:rPr>
          <w:sz w:val="20"/>
        </w:rPr>
        <w:t>42:15  quran is big book of contemplation.</w:t>
      </w:r>
      <w:r>
        <w:br/>
      </w:r>
      <w:r>
        <w:rPr>
          <w:sz w:val="20"/>
        </w:rPr>
        <w:t>42:21  asal cheez yeh hai ke quran mein sochna yeh hai hi nahi ke khatam karna, khatam karna, khatam karna. yeh to hai hi nahi, kahin likha hi nahi hai. quran is liye hai ke log is ko ghor karein,</w:t>
      </w:r>
      <w:r>
        <w:br/>
      </w:r>
      <w:r>
        <w:rPr>
          <w:sz w:val="20"/>
        </w:rPr>
        <w:t>42:34  is par tadabbur karein. to is liye quran book of contemplation hai, book of contemplation.</w:t>
      </w:r>
      <w:r>
        <w:br/>
      </w:r>
      <w:r>
        <w:rPr>
          <w:sz w:val="20"/>
        </w:rPr>
        <w:t>42:47  okay, so we we'll end the session now. thank you.</w:t>
      </w:r>
    </w:p>
    <w:p>
      <w:pPr>
        <w:pStyle w:val="Heading2"/>
      </w:pPr>
      <w:r>
        <w:t>Concept of worship in Islam vs others</w:t>
      </w:r>
    </w:p>
    <w:p>
      <w:r>
        <w:rPr>
          <w:color w:val="666666"/>
          <w:sz w:val="18"/>
        </w:rPr>
        <w:t>Worship · The Purpose of Existence-9th September 2012 · 30s · at 1:37:33 · https://youtu.be/KxCy8m6k_MQ?t=5853</w:t>
      </w:r>
    </w:p>
    <w:p>
      <w:r>
        <w:rPr>
          <w:i/>
        </w:rPr>
        <w:t>“What is the concept of worship in Islam as compared to other religions?”</w:t>
      </w:r>
    </w:p>
    <w:p>
      <w:r>
        <w:rPr>
          <w:sz w:val="20"/>
        </w:rPr>
        <w:t>1:37:33  maulana, un ka ek aur doosra sawal bhi hai ke unhon ne likha hai: "what is the concept</w:t>
      </w:r>
      <w:r>
        <w:br/>
      </w:r>
      <w:r>
        <w:rPr>
          <w:sz w:val="20"/>
        </w:rPr>
        <w:t>1:37:41  "of worship in Islam as compared to other religions?" Is par bhi bahut likha ki hamari kitabein aap</w:t>
      </w:r>
      <w:r>
        <w:br/>
      </w:r>
      <w:r>
        <w:rPr>
          <w:sz w:val="20"/>
        </w:rPr>
        <w:t>1:37:48  parh lijie.</w:t>
      </w:r>
      <w:r>
        <w:br/>
      </w:r>
      <w:r>
        <w:rPr>
          <w:sz w:val="20"/>
        </w:rPr>
        <w:t>1:37:50  ke sahib, ibadat par to kaifi likha hai.</w:t>
      </w:r>
      <w:r>
        <w:br/>
      </w:r>
      <w:r>
        <w:rPr>
          <w:sz w:val="20"/>
        </w:rPr>
        <w:t>1:37:53  hain islami talimat.</w:t>
      </w:r>
      <w:r>
        <w:br/>
      </w:r>
      <w:r>
        <w:rPr>
          <w:sz w:val="20"/>
        </w:rPr>
        <w:t>1:37:55  kis kitab mein? Islami talimat keh rahe hain.</w:t>
      </w:r>
      <w:r>
        <w:br/>
      </w:r>
      <w:r>
        <w:rPr>
          <w:sz w:val="20"/>
        </w:rPr>
        <w:t>1:37:58  islami talimat mein kafi tafseel se hai, us ko aap dekh lijie.</w:t>
      </w:r>
    </w:p>
    <w:p>
      <w:pPr>
        <w:pStyle w:val="Heading2"/>
      </w:pPr>
      <w:r>
        <w:t>Criteria for categorizing voluntary prayers</w:t>
      </w:r>
    </w:p>
    <w:p>
      <w:r>
        <w:rPr>
          <w:color w:val="666666"/>
          <w:sz w:val="18"/>
        </w:rPr>
        <w:t>Worship · Man and The Paradise August 11, 2013 Maulana Wahiduddin Khan · 1m 09s · at 1:11:39 · https://youtu.be/m8XdpnaS95U?t=4299</w:t>
      </w:r>
    </w:p>
    <w:p>
      <w:r>
        <w:rPr>
          <w:i/>
        </w:rPr>
        <w:t>“The Prophet used to offer voluntary prayers such as nafil, sunnah, witr, etc. Since all of them were practiced by the Prophet, they are all sunnah. Then why are they categorized differently as nafil, sunnah, witr? What are the criteria for naming them?”</w:t>
      </w:r>
    </w:p>
    <w:p>
      <w:r>
        <w:rPr>
          <w:sz w:val="20"/>
        </w:rPr>
        <w:t>1:11:39  maulana, agla sawal raipur se hai. idrees sahab ka, unhone likha hai: "prophet used to offer voluntary prayers such as nafl, sunnah, witr, etc.</w:t>
      </w:r>
      <w:r>
        <w:br/>
      </w:r>
      <w:r>
        <w:rPr>
          <w:sz w:val="20"/>
        </w:rPr>
        <w:t>1:11:52  as all of them were practiced by prophet, they all are sunnah of prophet. then why they are categorized as nafl, sunnah, witr?</w:t>
      </w:r>
      <w:r>
        <w:br/>
      </w:r>
      <w:r>
        <w:rPr>
          <w:sz w:val="20"/>
        </w:rPr>
        <w:t>1:12:03  what are the criteria for naming them?</w:t>
      </w:r>
      <w:r>
        <w:br/>
      </w:r>
      <w:r>
        <w:rPr>
          <w:sz w:val="20"/>
        </w:rPr>
        <w:t>1:12:07  and for a muslim, which of these categories are optional and which are compulsory?" dekhiye, ek baat samajh lijiye ke yeh saare term jo hain, yeh baat ko bane hain.</w:t>
      </w:r>
      <w:r>
        <w:br/>
      </w:r>
      <w:r>
        <w:rPr>
          <w:sz w:val="20"/>
        </w:rPr>
        <w:t>1:12:18  hadithon mein yeh term nahi aate hain. khud rasool allah ne yeh term use nahi kiye.</w:t>
      </w:r>
      <w:r>
        <w:br/>
      </w:r>
      <w:r>
        <w:rPr>
          <w:sz w:val="20"/>
        </w:rPr>
        <w:t>1:12:27  yeh to fiqh mein sab term bane hain.</w:t>
      </w:r>
      <w:r>
        <w:br/>
      </w:r>
      <w:r>
        <w:rPr>
          <w:sz w:val="20"/>
        </w:rPr>
        <w:t>1:12:30  is ke bare mein agar aap janna chahte ho to meri kitab padhiye, aap is ka naam hai "tajdeed deen". is mein maine is par, is ki detail aap ko mil jayegi, inshallah.</w:t>
      </w:r>
      <w:r>
        <w:br/>
      </w:r>
      <w:r>
        <w:rPr>
          <w:sz w:val="20"/>
        </w:rPr>
        <w:t>1:12:42  is ka naam hai "tajdeed deen".</w:t>
      </w:r>
    </w:p>
    <w:p>
      <w:pPr>
        <w:pStyle w:val="Heading2"/>
      </w:pPr>
      <w:r>
        <w:t>Daily recitation of Astaghfirullah during repentance</w:t>
      </w:r>
    </w:p>
    <w:p>
      <w:r>
        <w:rPr>
          <w:color w:val="666666"/>
          <w:sz w:val="18"/>
        </w:rPr>
        <w:t>Worship · Dars-e-Quran, Chapter 2, Verse 37 | January  07, 2018 · 1m 53s · at 57:29 · https://youtu.be/ao6Cr57KuEM?t=3449</w:t>
      </w:r>
    </w:p>
    <w:p>
      <w:r>
        <w:rPr>
          <w:i/>
        </w:rPr>
        <w:t>“Maulana Sahib, my question is: If I am doing repentance, then can I recite 'Astaghfirullah, Astaghfirullah' every day?”</w:t>
      </w:r>
    </w:p>
    <w:p>
      <w:r>
        <w:rPr>
          <w:sz w:val="20"/>
        </w:rPr>
        <w:t>57:29  i was wrong kehna second chance ko pana hai, aur second chance mere liye al risala mission hai." maulana, hum agla sawal lete hain. yeh bheja hai muhammad rafiq qureshi ne, jo aik student hain, aur unhon ne yeh comment bheja hai: "beta wad district dhulia, maharashtra." unhon ne likha hai: "maulana sahib</w:t>
      </w:r>
      <w:r>
        <w:br/>
      </w:r>
      <w:r>
        <w:rPr>
          <w:sz w:val="20"/>
        </w:rPr>
        <w:t>57:59  "My question is: If I am doing repentance, then can I recite Astaghfirullah, Astaghfirullah every day?" Is</w:t>
      </w:r>
      <w:r>
        <w:br/>
      </w:r>
      <w:r>
        <w:rPr>
          <w:sz w:val="20"/>
        </w:rPr>
        <w:t>58:06  ke bare mein aap kya kahenge? dekhiye, astaghfirullah ko repeat karna woh to main is ko nutq</w:t>
      </w:r>
      <w:r>
        <w:br/>
      </w:r>
      <w:r>
        <w:rPr>
          <w:sz w:val="20"/>
        </w:rPr>
        <w:t>58:14  samajhta hoon, kuch bhi nahi.</w:t>
      </w:r>
      <w:r>
        <w:br/>
      </w:r>
      <w:r>
        <w:rPr>
          <w:sz w:val="20"/>
        </w:rPr>
        <w:t>58:21  kyun ke jab koi, jab koi experience guzre, koi baat</w:t>
      </w:r>
      <w:r>
        <w:br/>
      </w:r>
      <w:r>
        <w:rPr>
          <w:sz w:val="20"/>
        </w:rPr>
        <w:t>58:29  ho to mind aap ka activate hota hai, aur jab mind activate hua to aap ka, aap ki</w:t>
      </w:r>
      <w:r>
        <w:br/>
      </w:r>
      <w:r>
        <w:rPr>
          <w:sz w:val="20"/>
        </w:rPr>
        <w:t>58:35  yaadein, yaadein jo hain sab jaag uthein.</w:t>
      </w:r>
      <w:r>
        <w:br/>
      </w:r>
      <w:r>
        <w:rPr>
          <w:sz w:val="20"/>
        </w:rPr>
        <w:t>58:41  tab insan pakadta hai, jis ko kehte hain grasp, G R A S P.</w:t>
      </w:r>
      <w:r>
        <w:br/>
      </w:r>
      <w:r>
        <w:rPr>
          <w:sz w:val="20"/>
        </w:rPr>
        <w:t>58:47  tab gras ka aap ka mind gras karta hai, baton ko pakadta hai, baton ko.</w:t>
      </w:r>
      <w:r>
        <w:br/>
      </w:r>
      <w:r>
        <w:rPr>
          <w:sz w:val="20"/>
        </w:rPr>
        <w:t>58:53  jab mind activate na hua ho</w:t>
      </w:r>
      <w:r>
        <w:br/>
      </w:r>
      <w:r>
        <w:rPr>
          <w:sz w:val="20"/>
        </w:rPr>
        <w:t>58:59  , sirf lafzon ko dohraen, aap is se kuch bhi nothing hai, woh nothing hai.</w:t>
      </w:r>
      <w:r>
        <w:br/>
      </w:r>
      <w:r>
        <w:rPr>
          <w:sz w:val="20"/>
        </w:rPr>
        <w:t>59:07  kyunke woh gras ka spirit to jaage nahin, gras ki spirit jaage nahin, aap lafz dohra rahe hain</w:t>
      </w:r>
      <w:r>
        <w:br/>
      </w:r>
      <w:r>
        <w:rPr>
          <w:sz w:val="20"/>
        </w:rPr>
        <w:t>59:14  to is se kuch nahin hua.</w:t>
      </w:r>
    </w:p>
    <w:p>
      <w:pPr>
        <w:pStyle w:val="Heading2"/>
      </w:pPr>
      <w:r>
        <w:t>Dealing with distracting thoughts during prayer</w:t>
      </w:r>
    </w:p>
    <w:p>
      <w:r>
        <w:rPr>
          <w:color w:val="666666"/>
          <w:sz w:val="18"/>
        </w:rPr>
        <w:t>Worship · 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Dealing with distractions during prayer</w:t>
      </w:r>
    </w:p>
    <w:p>
      <w:r>
        <w:rPr>
          <w:color w:val="666666"/>
          <w:sz w:val="18"/>
        </w:rPr>
        <w:t>Worship · The Quran September 20, 2020 Maulana Wahiduddin Khan · 1m 13s · at 23:12 · https://youtu.be/yQZGg2A0-Tk?t=1392</w:t>
      </w:r>
    </w:p>
    <w:p>
      <w:r>
        <w:rPr>
          <w:i/>
        </w:rPr>
        <w:t>“Sometimes during prayer, various thoughts come to mind. What should I do so that no thoughts come?”</w:t>
      </w:r>
    </w:p>
    <w:p>
      <w:r>
        <w:rPr>
          <w:sz w:val="20"/>
        </w:rPr>
        <w:t>23:12  maulana, agla sawal bheja hai bhopal se syed ghosh meer sahib ne.</w:t>
      </w:r>
      <w:r>
        <w:br/>
      </w:r>
      <w:r>
        <w:rPr>
          <w:sz w:val="20"/>
        </w:rPr>
        <w:t>23:22  unhon ne likha hai: "maulana sahib, kabhi kabhi namaz padhte waqt mann mein kuch bhi khayal aa jata hai. mann mein khayal nahi aaye, us ke liye kya karein?"</w:t>
      </w:r>
      <w:r>
        <w:br/>
      </w:r>
      <w:r>
        <w:rPr>
          <w:sz w:val="20"/>
        </w:rPr>
        <w:t>23:35  nahi, us ki ek toh zaroori nahi ke doosri baatein na aayen. woh toh aati hain har dafa.</w:t>
      </w:r>
      <w:r>
        <w:br/>
      </w:r>
      <w:r>
        <w:rPr>
          <w:sz w:val="20"/>
        </w:rPr>
        <w:t>23:47  toh yeh koi shart nahi hai.</w:t>
      </w:r>
      <w:r>
        <w:br/>
      </w:r>
      <w:r>
        <w:rPr>
          <w:sz w:val="20"/>
        </w:rPr>
        <w:t>23:51  shart yeh hai ke aap us ke bawajood quran par ghor kar rahe hote hain. yaani doosre khayalat aayen, doosri baatein zehan mein aayen, phir bhi aap quran ki padh ghor fikr karte rahen.</w:t>
      </w:r>
      <w:r>
        <w:br/>
      </w:r>
      <w:r>
        <w:rPr>
          <w:sz w:val="20"/>
        </w:rPr>
        <w:t>24:05  yeh matlab hai ke nahi ke woh cheez koi aur cheez aap ke zehan se nikal jaye. sirf quran hi quran rahe. yeh yeh kabhi ho nahi sakta.</w:t>
      </w:r>
      <w:r>
        <w:br/>
      </w:r>
      <w:r>
        <w:rPr>
          <w:sz w:val="20"/>
        </w:rPr>
        <w:t>24:17  sahaba ke andar bhi aisa nahi hota.</w:t>
      </w:r>
    </w:p>
    <w:p>
      <w:pPr>
        <w:pStyle w:val="Heading2"/>
      </w:pPr>
      <w:r>
        <w:t>Definition, relevance, and authenticity of durood</w:t>
      </w:r>
    </w:p>
    <w:p>
      <w:r>
        <w:rPr>
          <w:color w:val="666666"/>
          <w:sz w:val="18"/>
        </w:rPr>
        <w:t>Worship · Islam Ideology, Team and Method October 09, 2011 · 1m 34s · at 1:09:25 · https://youtu.be/zRilc1fG6c0?t=4165</w:t>
      </w:r>
    </w:p>
    <w:p>
      <w:r>
        <w:rPr>
          <w:i/>
        </w:rPr>
        <w:t>“In today's lecture you mentioned durood. Please guide: what is durood, what is its relevance, and how many authentic duroods are there?”</w:t>
      </w:r>
    </w:p>
    <w:p>
      <w:r>
        <w:rPr>
          <w:sz w:val="20"/>
        </w:rPr>
        <w:t>1:09:25  Mr Idrees ne Raipur se sawal kiya hai. Unhone likha hai: "Maulana sahib, in today lecture you mentioned about Durood.</w:t>
      </w:r>
      <w:r>
        <w:br/>
      </w:r>
      <w:r>
        <w:rPr>
          <w:sz w:val="20"/>
        </w:rPr>
        <w:t>1:09:35  Please guide what is Durood, what is its relevance, and how many authentic Duroods are there?" Dekhen, authentic ka sawal nahi hai.</w:t>
      </w:r>
      <w:r>
        <w:br/>
      </w:r>
      <w:r>
        <w:rPr>
          <w:sz w:val="20"/>
        </w:rPr>
        <w:t>1:09:46  yeh koi bhi Durood jo aap ko yaad ho ya kisi kitab mein, bas wahi Durood hai. Yani tarah tarah ke log likh rakhe hain, us ko chhapte hain, bahut khoobsurat.</w:t>
      </w:r>
      <w:r>
        <w:br/>
      </w:r>
      <w:r>
        <w:rPr>
          <w:sz w:val="20"/>
        </w:rPr>
        <w:t>1:09:56  is ka naam Durood nahi hai, wo to business hai.</w:t>
      </w:r>
      <w:r>
        <w:br/>
      </w:r>
      <w:r>
        <w:rPr>
          <w:sz w:val="20"/>
        </w:rPr>
        <w:t>1:10:03  koi bhi Durood aap ko yaad ho, yaad nahi hai to har kitab mein maujood rehta hai. Wo wahi Durood hai. Durood naam hai spirit ka, Durood naam hai dil ke jazbat ka, kisi alfaz ka naam nahi hai.</w:t>
      </w:r>
      <w:r>
        <w:br/>
      </w:r>
      <w:r>
        <w:rPr>
          <w:sz w:val="20"/>
        </w:rPr>
        <w:t>1:10:17  hata ke aap ko alfaz bilfarz yaad nahi hain, tab bhi aap agar apne dil se is baat ka, yani Rasool Allah ka, ko acknowledge karen, yeh soch kar ke ke unhone kitni museebaten uthayin, tab ja kar yeh yeh ek preserved book of God hamein hasil hui hai.</w:t>
      </w:r>
      <w:r>
        <w:br/>
      </w:r>
      <w:r>
        <w:rPr>
          <w:sz w:val="20"/>
        </w:rPr>
        <w:t>1:10:36  bahut museebaten uthayi hain. Aap ko janna ho to aap sehet ki kitaben padhiye ke kaise kaise kaise museebaten uthayi hain. To koi bhi lafz nahi hai,</w:t>
      </w:r>
      <w:r>
        <w:br/>
      </w:r>
      <w:r>
        <w:rPr>
          <w:sz w:val="20"/>
        </w:rPr>
        <w:t>1:10:47  jo alfaaz hain, un mein se koi bhi alfaaz le lijiye. na alfaaz mile to aap dil se, yaani acknowledge kijiye. wahi durood hai. maine di.</w:t>
      </w:r>
      <w:r>
        <w:br/>
      </w:r>
      <w:r>
        <w:rPr>
          <w:sz w:val="20"/>
        </w:rPr>
        <w:t>1:11:00  Mr. Aamir bin Yusuf ne Karachi Pakistan se sawal kiya hai. unhon ne likha hai: "</w:t>
      </w:r>
    </w:p>
    <w:p>
      <w:pPr>
        <w:pStyle w:val="Heading2"/>
      </w:pPr>
      <w:r>
        <w:t>Detailed explanation of repentance</w:t>
      </w:r>
    </w:p>
    <w:p>
      <w:r>
        <w:rPr>
          <w:color w:val="666666"/>
          <w:sz w:val="18"/>
        </w:rPr>
        <w:t>Worship · The Road to Paradise December 11, 2016 · 2m 43s · at 48:53 · https://youtu.be/iW2QmcY1_yU?t=2933</w:t>
      </w:r>
    </w:p>
    <w:p>
      <w:r>
        <w:rPr>
          <w:i/>
        </w:rPr>
        <w:t>“How to do tawbah (repentance)? Please explain in detail.”</w:t>
      </w:r>
    </w:p>
    <w:p>
      <w:r>
        <w:rPr>
          <w:sz w:val="20"/>
        </w:rPr>
        <w:t>48:53  Maulana, agla sawal kiya hai Farhan Khan sahib ne Australia se.</w:t>
      </w:r>
      <w:r>
        <w:br/>
      </w:r>
      <w:r>
        <w:rPr>
          <w:sz w:val="20"/>
        </w:rPr>
        <w:t>49:00  Unhon ne likha hai: "Maulana sahib how to do tauba please explain in detail to us Dekhiye, tauba</w:t>
      </w:r>
      <w:r>
        <w:br/>
      </w:r>
      <w:r>
        <w:rPr>
          <w:sz w:val="20"/>
        </w:rPr>
        <w:t>49:07  jo hai, is ke lafzi maani to hain palatna, lekin is ka jo sense hai, woh hai repentance.</w:t>
      </w:r>
      <w:r>
        <w:br/>
      </w:r>
      <w:r>
        <w:rPr>
          <w:sz w:val="20"/>
        </w:rPr>
        <w:t>49:13  Tauba ka matlab hai repentance.</w:t>
      </w:r>
      <w:r>
        <w:br/>
      </w:r>
      <w:r>
        <w:rPr>
          <w:sz w:val="20"/>
        </w:rPr>
        <w:t>49:20  To sab se pehli baat yeh hai ke aadmi ko repentance aaye, apni ghalti ko maane woh dil</w:t>
      </w:r>
      <w:r>
        <w:br/>
      </w:r>
      <w:r>
        <w:rPr>
          <w:sz w:val="20"/>
        </w:rPr>
        <w:t>49:26  se ke kaisi ajeeb bhool mujh se ho gayi.</w:t>
      </w:r>
      <w:r>
        <w:br/>
      </w:r>
      <w:r>
        <w:rPr>
          <w:sz w:val="20"/>
        </w:rPr>
        <w:t>49:33  Aur is ke baad yeh hai ke woh yeh ahad kare apne aap se ke ab mujhe aisa</w:t>
      </w:r>
      <w:r>
        <w:br/>
      </w:r>
      <w:r>
        <w:rPr>
          <w:sz w:val="20"/>
        </w:rPr>
        <w:t>49:39  nahi karna hai.</w:t>
      </w:r>
      <w:r>
        <w:br/>
      </w:r>
      <w:r>
        <w:rPr>
          <w:sz w:val="20"/>
        </w:rPr>
        <w:t>49:46  To ulama ne is ki teen shakalain batayi hain.</w:t>
      </w:r>
      <w:r>
        <w:br/>
      </w:r>
      <w:r>
        <w:rPr>
          <w:sz w:val="20"/>
        </w:rPr>
        <w:t>49:52  Pehli cheez yahi hai ke aadmi iqrar kare ke mujh se ghalti hui.</w:t>
      </w:r>
      <w:r>
        <w:br/>
      </w:r>
      <w:r>
        <w:rPr>
          <w:sz w:val="20"/>
        </w:rPr>
        <w:t>49:59  nidaamat aaye, repentance aaye.</w:t>
      </w:r>
      <w:r>
        <w:br/>
      </w:r>
      <w:r>
        <w:rPr>
          <w:sz w:val="20"/>
        </w:rPr>
        <w:t>50:05  doosri cheez yeh hai ke woh ahad kare ke ab mein aisa nahi karunga.</w:t>
      </w:r>
      <w:r>
        <w:br/>
      </w:r>
      <w:r>
        <w:rPr>
          <w:sz w:val="20"/>
        </w:rPr>
        <w:t>50:12  yeh do cheezein.</w:t>
      </w:r>
      <w:r>
        <w:br/>
      </w:r>
      <w:r>
        <w:rPr>
          <w:sz w:val="20"/>
        </w:rPr>
        <w:t>50:19  aur agar ek maamla kisi insani huqooq ka hai to teesri cheez mein shamil ki hai ulma ne</w:t>
      </w:r>
      <w:r>
        <w:br/>
      </w:r>
      <w:r>
        <w:rPr>
          <w:sz w:val="20"/>
        </w:rPr>
        <w:t>50:25  ke aadmi is huq ko talaafi kare.</w:t>
      </w:r>
      <w:r>
        <w:br/>
      </w:r>
      <w:r>
        <w:rPr>
          <w:sz w:val="20"/>
        </w:rPr>
        <w:t>50:32  kisi ko paisa maara hai to paisa lotaye is ko.</w:t>
      </w:r>
      <w:r>
        <w:br/>
      </w:r>
      <w:r>
        <w:rPr>
          <w:sz w:val="20"/>
        </w:rPr>
        <w:t>50:38  kisi ki gheebat ho gayi hai to us ke liye dua kare.</w:t>
      </w:r>
      <w:r>
        <w:br/>
      </w:r>
      <w:r>
        <w:rPr>
          <w:sz w:val="20"/>
        </w:rPr>
        <w:t>50:45  kisi ka nuqsaan kar diya hai to us ki bharpaai kare.</w:t>
      </w:r>
      <w:r>
        <w:br/>
      </w:r>
      <w:r>
        <w:rPr>
          <w:sz w:val="20"/>
        </w:rPr>
        <w:t>50:51  yeh teen cheezein.</w:t>
      </w:r>
      <w:r>
        <w:br/>
      </w:r>
      <w:r>
        <w:rPr>
          <w:sz w:val="20"/>
        </w:rPr>
        <w:t>50:58  yaani pehli cheez hai repentance.</w:t>
      </w:r>
      <w:r>
        <w:br/>
      </w:r>
      <w:r>
        <w:rPr>
          <w:sz w:val="20"/>
        </w:rPr>
        <w:t>51:04  doosri cheez hai ke aadmi apne correct kare.</w:t>
      </w:r>
      <w:r>
        <w:br/>
      </w:r>
      <w:r>
        <w:rPr>
          <w:sz w:val="20"/>
        </w:rPr>
        <w:t>51:11  teesri cheez yeh hai ke agar insaan ka maamla hai to insaan ka jo huq us ne chheena</w:t>
      </w:r>
      <w:r>
        <w:br/>
      </w:r>
      <w:r>
        <w:rPr>
          <w:sz w:val="20"/>
        </w:rPr>
        <w:t>51:17  hai, us ko aadha kare.</w:t>
      </w:r>
      <w:r>
        <w:br/>
      </w:r>
      <w:r>
        <w:rPr>
          <w:sz w:val="20"/>
        </w:rPr>
        <w:t>51:24  sirf lip service ka naam tauba nahi hai.</w:t>
      </w:r>
      <w:r>
        <w:br/>
      </w:r>
      <w:r>
        <w:rPr>
          <w:sz w:val="20"/>
        </w:rPr>
        <w:t>51:31  sirf lip service ka naam tauba nahi hai.</w:t>
      </w:r>
    </w:p>
    <w:p>
      <w:pPr>
        <w:pStyle w:val="Heading2"/>
      </w:pPr>
      <w:r>
        <w:t>Developing khushu in prayer</w:t>
      </w:r>
    </w:p>
    <w:p>
      <w:r>
        <w:rPr>
          <w:color w:val="666666"/>
          <w:sz w:val="18"/>
        </w:rPr>
        <w:t>Worship · The Concept of Divine Help June 16, 2013 · 2m 02s · at 1:02:38 · https://youtu.be/b0QaxGSnAOI?t=3758</w:t>
      </w:r>
    </w:p>
    <w:p>
      <w:r>
        <w:rPr>
          <w:i/>
        </w:rPr>
        <w:t>“What is khushu and how can we develop khushu in salah?”</w:t>
      </w:r>
    </w:p>
    <w:p>
      <w:r>
        <w:rPr>
          <w:sz w:val="20"/>
        </w:rPr>
        <w:t>1:02:38  maulana, agla sawal raipur se hai idrees sahab ka.</w:t>
      </w:r>
      <w:r>
        <w:br/>
      </w:r>
      <w:r>
        <w:rPr>
          <w:sz w:val="20"/>
        </w:rPr>
        <w:t>1:02:42  unhon ne likha hai: "What is khushu and how can we develop khushu in namaz?" is ke bare mein bataen. khushu naam hai apne aap ko distraction se bachane ka.</w:t>
      </w:r>
      <w:r>
        <w:br/>
      </w:r>
      <w:r>
        <w:rPr>
          <w:sz w:val="20"/>
        </w:rPr>
        <w:t>1:02:55  log jeete hain apni family mein, apne job mein, yani mini culture mein, furniture mein, aur poochte hain ke khushu kya hai?</w:t>
      </w:r>
      <w:r>
        <w:br/>
      </w:r>
      <w:r>
        <w:rPr>
          <w:sz w:val="20"/>
        </w:rPr>
        <w:t>1:03:09  khushu naam hai is baat ka ke aap ne aap ko distraction se bachayenge to is ke baad aap ki nature jaag uthegi. isi ka naam khushu hai.</w:t>
      </w:r>
      <w:r>
        <w:br/>
      </w:r>
      <w:r>
        <w:rPr>
          <w:sz w:val="20"/>
        </w:rPr>
        <w:t>1:03:19  khushu already aap ki nature mein maujood hai. already</w:t>
      </w:r>
      <w:r>
        <w:br/>
      </w:r>
      <w:r>
        <w:rPr>
          <w:sz w:val="20"/>
        </w:rPr>
        <w:t>1:03:25  kal mardeen yool al fitr yani jo matloob insan hai, woh Allah ne peshi paida kar diya hai. jo matloob fitrat hai, woh paida kar diya hai.</w:t>
      </w:r>
      <w:r>
        <w:br/>
      </w:r>
      <w:r>
        <w:rPr>
          <w:sz w:val="20"/>
        </w:rPr>
        <w:t>1:03:35  lekin hum kya karte hain?</w:t>
      </w:r>
      <w:r>
        <w:br/>
      </w:r>
      <w:r>
        <w:rPr>
          <w:sz w:val="20"/>
        </w:rPr>
        <w:t>1:03:38  hum is ko conditioning se dhanp dete hain. conditioning aur distraction yahi sab se bari musibat hai.</w:t>
      </w:r>
      <w:r>
        <w:br/>
      </w:r>
      <w:r>
        <w:rPr>
          <w:sz w:val="20"/>
        </w:rPr>
        <w:t>1:03:48  apni conditioning ko deconditioning kijiye, apne aap ko distraction se bachaiye to is ke baad jo cheez aayegi, woh khushu hui hai. woh apne aap hi jaag uthega.</w:t>
      </w:r>
      <w:r>
        <w:br/>
      </w:r>
      <w:r>
        <w:rPr>
          <w:sz w:val="20"/>
        </w:rPr>
        <w:t>1:03:57  khushu, khushu ko alag se thodi paida kiya jata hai. khushu alag se nahin paida kiya jata. pani peene ka naam hai pyas bujhna</w:t>
      </w:r>
      <w:r>
        <w:br/>
      </w:r>
      <w:r>
        <w:rPr>
          <w:sz w:val="20"/>
        </w:rPr>
        <w:t>1:04:08  ۔ piyas bujhna koi alag alag cheez nahin. koi piyas ka bujhna koi alag cheez nahin hai. pani pi liya to piyas bujh gayi.</w:t>
      </w:r>
      <w:r>
        <w:br/>
      </w:r>
      <w:r>
        <w:rPr>
          <w:sz w:val="20"/>
        </w:rPr>
        <w:t>1:04:17  aise khushu koi alag cheez nahin hai. jab aap apne bachate hain apne aap ko distraction se ya apni conditioning ko todte hain to us ke baad jo cheez aati hai, woh isi ka naam khushu hai.</w:t>
      </w:r>
      <w:r>
        <w:br/>
      </w:r>
      <w:r>
        <w:rPr>
          <w:sz w:val="20"/>
        </w:rPr>
        <w:t>1:04:31  khushu koi mubham cheez nahin hai, koi purasrar cheez nahin hai.</w:t>
      </w:r>
    </w:p>
    <w:p>
      <w:pPr>
        <w:pStyle w:val="Heading2"/>
      </w:pPr>
      <w:r>
        <w:t>Difference between dua in different postures</w:t>
      </w:r>
    </w:p>
    <w:p>
      <w:r>
        <w:rPr>
          <w:color w:val="666666"/>
          <w:sz w:val="18"/>
        </w:rPr>
        <w:t>Worship · God and Man February 19, 2012 · 1m 06s · at 1:19:06 · https://youtu.be/rL4g0LOU3wo?t=4746</w:t>
      </w:r>
    </w:p>
    <w:p>
      <w:r>
        <w:rPr>
          <w:i/>
        </w:rPr>
        <w:t>“Is there any difference between doing the dua we do while sitting, standing, or lying, and the dua we do after two units of salat?”</w:t>
      </w:r>
    </w:p>
    <w:p>
      <w:r>
        <w:rPr>
          <w:sz w:val="20"/>
        </w:rPr>
        <w:t>1:19:06  maulana, agla sawal hai doctor owais siddiqui ka dilli se. unhon ne likha hai: "Molana, is there any difference between doing the dua we do while sitting, standing, or lying,</w:t>
      </w:r>
      <w:r>
        <w:br/>
      </w:r>
      <w:r>
        <w:rPr>
          <w:sz w:val="20"/>
        </w:rPr>
        <w:t>1:19:20  and the dua we do after two units of salat?" dekhiye, dua to har waqt karte rehna hai. yeh nahi ke namaz parhne ke baad aap ne haath uthaya aur rati hui dua padh di.</w:t>
      </w:r>
      <w:r>
        <w:br/>
      </w:r>
      <w:r>
        <w:rPr>
          <w:sz w:val="20"/>
        </w:rPr>
        <w:t>1:19:33  itna hi kafi nahi hai.</w:t>
      </w:r>
      <w:r>
        <w:br/>
      </w:r>
      <w:r>
        <w:rPr>
          <w:sz w:val="20"/>
        </w:rPr>
        <w:t>1:19:36  dua to ek zindagi mein shamil hoti hai. har mauqe par nikalti rehti hai dua. dua part of life hai.</w:t>
      </w:r>
      <w:r>
        <w:br/>
      </w:r>
      <w:r>
        <w:rPr>
          <w:sz w:val="20"/>
        </w:rPr>
        <w:t>1:19:45  wo dua jo namaz ke baad hath utha kar aati hai, wo to ek chhota sa hissa hai is ka. ek tiny part hai dua ka. baqi dua to poori life mein shamil rehti hai.</w:t>
      </w:r>
      <w:r>
        <w:br/>
      </w:r>
      <w:r>
        <w:rPr>
          <w:sz w:val="20"/>
        </w:rPr>
        <w:t>1:19:59  har waqt aap ka dil Allah se juda rehta hai, Allah se yani mangta rehta hai. ek hadith mein hai ke "إِنَا جِرَبَّهُ" banda Allah se whisper karta hai.</w:t>
      </w:r>
    </w:p>
    <w:p>
      <w:pPr>
        <w:pStyle w:val="Heading2"/>
      </w:pPr>
      <w:r>
        <w:t>Difference between dua postures and after salah</w:t>
      </w:r>
    </w:p>
    <w:p>
      <w:r>
        <w:rPr>
          <w:color w:val="666666"/>
          <w:sz w:val="18"/>
        </w:rPr>
        <w:t>Worship · God and Man I February 19, 2012 Maulana Wahiduddin Khan · 1m 17s · at 1:19:46 · https://youtu.be/8TP3nlGRZek?t=4786</w:t>
      </w:r>
    </w:p>
    <w:p>
      <w:r>
        <w:rPr>
          <w:i/>
        </w:rPr>
        <w:t>“Is there any difference between doing dua while sitting, standing, or lying? And the dua we do after two units of salah?”</w:t>
      </w:r>
    </w:p>
    <w:p>
      <w:r>
        <w:rPr>
          <w:sz w:val="20"/>
        </w:rPr>
        <w:t>1:19:46  Maulana agla sawal hai doctor Owais Siddiqui ka Delhi se. Unhone likha hai Maulana is there any difference between doing dua we do while sitting, standing, or lying?</w:t>
      </w:r>
      <w:r>
        <w:br/>
      </w:r>
      <w:r>
        <w:rPr>
          <w:sz w:val="20"/>
        </w:rPr>
        <w:t>1:19:58  And the dua we do after two units</w:t>
      </w:r>
      <w:r>
        <w:br/>
      </w:r>
      <w:r>
        <w:rPr>
          <w:sz w:val="20"/>
        </w:rPr>
        <w:t>1:20:04  Salah? Dekhiye dua to har waqt karte rehna hai. Yeh nahi ke namaz padhne ke baad aap ne hath uthaya aur rati hui dua padh di. Itni kafi nahi hai.</w:t>
      </w:r>
      <w:r>
        <w:br/>
      </w:r>
      <w:r>
        <w:rPr>
          <w:sz w:val="20"/>
        </w:rPr>
        <w:t>1:20:14  Dua to ek zindagi mein shamil hoti hai. Har mauqe par nikalti rehti hai dua.</w:t>
      </w:r>
      <w:r>
        <w:br/>
      </w:r>
      <w:r>
        <w:rPr>
          <w:sz w:val="20"/>
        </w:rPr>
        <w:t>1:20:22  Dua part of life hai. Wo dua jo namaz ke baad hath utha kar ke aati hai, wo to ek chhota sa hissa hai iska. Ek tiny part hai dua ka.</w:t>
      </w:r>
      <w:r>
        <w:br/>
      </w:r>
      <w:r>
        <w:rPr>
          <w:sz w:val="20"/>
        </w:rPr>
        <w:t>1:20:32  Baqi dua to poori life mein shamil rehti hai.</w:t>
      </w:r>
      <w:r>
        <w:br/>
      </w:r>
      <w:r>
        <w:rPr>
          <w:sz w:val="20"/>
        </w:rPr>
        <w:t>1:20:37  Har waqt aap ka dil Allah se juda rehta hai. Allah se yani mangta rehta hai. Ek hadith mein hai ke yunaji rabbah banda Allah se whisper karta hai.</w:t>
      </w:r>
      <w:r>
        <w:br/>
      </w:r>
      <w:r>
        <w:rPr>
          <w:sz w:val="20"/>
        </w:rPr>
        <w:t>1:20:51  To whisper jo hai, kya yeh dua to hai yeh?</w:t>
      </w:r>
      <w:r>
        <w:br/>
      </w:r>
      <w:r>
        <w:rPr>
          <w:sz w:val="20"/>
        </w:rPr>
        <w:t>1:20:55  to wo ek ek continuous amal hai, koi waqti cheez nahi hai.</w:t>
      </w:r>
    </w:p>
    <w:p>
      <w:pPr>
        <w:pStyle w:val="Heading2"/>
      </w:pPr>
      <w:r>
        <w:t>Difference between habitual and conscious worship</w:t>
      </w:r>
    </w:p>
    <w:p>
      <w:r>
        <w:rPr>
          <w:color w:val="666666"/>
          <w:sz w:val="18"/>
        </w:rPr>
        <w:t>Worship · Dars-e-Quran, Chapter 2, Verses 55-57 | March 25, 2018 · 2m 18s · at 52:02 · https://youtu.be/2MykDXfNV_w?t=3122</w:t>
      </w:r>
    </w:p>
    <w:p>
      <w:r>
        <w:rPr>
          <w:i/>
        </w:rPr>
        <w:t>“Please tell us about worship out of habit and conscious worship, and how to help people realize the difference?”</w:t>
      </w:r>
    </w:p>
    <w:p>
      <w:r>
        <w:rPr>
          <w:sz w:val="20"/>
        </w:rPr>
        <w:t>52:02  ly Al-Risala ke har mah bar bar mutala kare to woh Khuda ki tofeeq se Khuda ko shaoori taur par pehchan sakta hai." Maulana, agla sawal Etanagar, Arunachal Pradesh se Muhammad Bilal Shafi sahib ne bheja hai. unhon ne likha hai: "Maulana, please ibadat out of habit aur shaoori ibadat ke bare mein kuch bataen,</w:t>
      </w:r>
      <w:r>
        <w:br/>
      </w:r>
      <w:r>
        <w:rPr>
          <w:sz w:val="20"/>
        </w:rPr>
        <w:t>52:32  and how to help people realize this difference?" is ke bare mein bataen. dekhiye, ibadat ke bare mein main ne bohat kaafi likha hai Tafsir mein, Tazkir-ul-Quran mein, Al-Risala mein mazahib bhi ate rehte hain, kitaben is par chhapi hain, ibadat kya hai? to dekhiye, ibadat ka ek form hai, har cheez</w:t>
      </w:r>
      <w:r>
        <w:br/>
      </w:r>
      <w:r>
        <w:rPr>
          <w:sz w:val="20"/>
        </w:rPr>
        <w:t>53:02  ize ka form hota hai, ek hai us ki spirit.</w:t>
      </w:r>
      <w:r>
        <w:br/>
      </w:r>
      <w:r>
        <w:rPr>
          <w:sz w:val="20"/>
        </w:rPr>
        <w:t>53:10  to maujooda zamane ki halat yeh hai ke form to maujood hai, spirit ghayab hai, aur yeh hadith</w:t>
      </w:r>
      <w:r>
        <w:br/>
      </w:r>
      <w:r>
        <w:rPr>
          <w:sz w:val="20"/>
        </w:rPr>
        <w:t>53:17  mein prediction ke taur par aayi hai yeh baat ke ek zamana aayega jabke masjidain namaziyon se</w:t>
      </w:r>
      <w:r>
        <w:br/>
      </w:r>
      <w:r>
        <w:rPr>
          <w:sz w:val="20"/>
        </w:rPr>
        <w:t>53:25  bhari hongi lekin woh</w:t>
      </w:r>
      <w:r>
        <w:br/>
      </w:r>
      <w:r>
        <w:rPr>
          <w:sz w:val="20"/>
        </w:rPr>
        <w:t>53:33  taqwa se khali hongi.</w:t>
      </w:r>
      <w:r>
        <w:br/>
      </w:r>
      <w:r>
        <w:rPr>
          <w:sz w:val="20"/>
        </w:rPr>
        <w:t>53:39  masajid aamra, woh kharab mun al-huda, wahi kharab mun al-huda.</w:t>
      </w:r>
      <w:r>
        <w:br/>
      </w:r>
      <w:r>
        <w:rPr>
          <w:sz w:val="20"/>
        </w:rPr>
        <w:t>53:45  toh yeh taqwa se khali ke mani hain, spirit se khali.</w:t>
      </w:r>
      <w:r>
        <w:br/>
      </w:r>
      <w:r>
        <w:rPr>
          <w:sz w:val="20"/>
        </w:rPr>
        <w:t>53:51  toh yeh toh yeh jo surat-e-haal hai, yeh bata di ke hamein kya kaam karna hai.</w:t>
      </w:r>
      <w:r>
        <w:br/>
      </w:r>
      <w:r>
        <w:rPr>
          <w:sz w:val="20"/>
        </w:rPr>
        <w:t>53:57  sirf logon ko form ke masail batane</w:t>
      </w:r>
      <w:r>
        <w:br/>
      </w:r>
      <w:r>
        <w:rPr>
          <w:sz w:val="20"/>
        </w:rPr>
        <w:t>54:03  se hamara haq ada nahi hoga.</w:t>
      </w:r>
      <w:r>
        <w:br/>
      </w:r>
      <w:r>
        <w:rPr>
          <w:sz w:val="20"/>
        </w:rPr>
        <w:t>54:09  form ka matlab kya hai? Masail toh masail bataye toh isse haq ada nahi hoga.</w:t>
      </w:r>
      <w:r>
        <w:br/>
      </w:r>
      <w:r>
        <w:rPr>
          <w:sz w:val="20"/>
        </w:rPr>
        <w:t>54:15  namaz ki spirit ko zinda karna hoga, namaz ki rooh ko zinda karna hoga, tab hamara farz ada hoga.</w:t>
      </w:r>
    </w:p>
    <w:p>
      <w:pPr>
        <w:pStyle w:val="Heading2"/>
      </w:pPr>
      <w:r>
        <w:t>Difference between worship and habit</w:t>
      </w:r>
    </w:p>
    <w:p>
      <w:r>
        <w:rPr>
          <w:color w:val="666666"/>
          <w:sz w:val="18"/>
        </w:rPr>
        <w:t>Worship · Self Correction November 09, 2014 Maulana Wahiduddin Khan · 2m 02s · at 1:09:40 · https://youtu.be/PpwTmeCQkSQ?t=4180</w:t>
      </w:r>
    </w:p>
    <w:p>
      <w:r>
        <w:rPr>
          <w:i/>
        </w:rPr>
        <w:t>“When worship is not accompanied by ma'rifah (deep knowledge/gnosis), it is considered mere habit. What is the difference between worship and habit? Please explain.”</w:t>
      </w:r>
    </w:p>
    <w:p>
      <w:r>
        <w:rPr>
          <w:sz w:val="20"/>
        </w:rPr>
        <w:t>1:09:40  maulana, agla sawal Maulana Iqbal Umri nay bheja hai chennai say, aur unhon nay likha hai kay maulana,</w:t>
      </w:r>
      <w:r>
        <w:br/>
      </w:r>
      <w:r>
        <w:rPr>
          <w:sz w:val="20"/>
        </w:rPr>
        <w:t>1:09:45  ibadat bhi jab marifat kay sath na ho to woh bhi aadat shumaar ki jayegi.</w:t>
      </w:r>
      <w:r>
        <w:br/>
      </w:r>
      <w:r>
        <w:rPr>
          <w:sz w:val="20"/>
        </w:rPr>
        <w:t>1:09:51  ibadat aur aadat mein kiya farq hai, is ki wazahat karen.</w:t>
      </w:r>
      <w:r>
        <w:br/>
      </w:r>
      <w:r>
        <w:rPr>
          <w:sz w:val="20"/>
        </w:rPr>
        <w:t>1:09:56  woh to main nay hadith suna di aap ko kay hadith mein aata hai kay aadmi ibadat karta</w:t>
      </w:r>
      <w:r>
        <w:br/>
      </w:r>
      <w:r>
        <w:rPr>
          <w:sz w:val="20"/>
        </w:rPr>
        <w:t>1:10:01  hai, ibadat karta hai, ibadat karta hai.</w:t>
      </w:r>
      <w:r>
        <w:br/>
      </w:r>
      <w:r>
        <w:rPr>
          <w:sz w:val="20"/>
        </w:rPr>
        <w:t>1:10:07  wala yajzi illa bi qadri aqlihi aadat wali ibadat ki nafi is mein hai kay bator aadat ibadat karta</w:t>
      </w:r>
      <w:r>
        <w:br/>
      </w:r>
      <w:r>
        <w:rPr>
          <w:sz w:val="20"/>
        </w:rPr>
        <w:t>1:10:12  hai, karta rehta hai, karta rehta hai, lekin kuch milta nahi us ko.</w:t>
      </w:r>
      <w:r>
        <w:br/>
      </w:r>
      <w:r>
        <w:rPr>
          <w:sz w:val="20"/>
        </w:rPr>
        <w:t>1:10:17  shaoor wali ibadat jab karega to is mein uska faida milega.</w:t>
      </w:r>
      <w:r>
        <w:br/>
      </w:r>
      <w:r>
        <w:rPr>
          <w:sz w:val="20"/>
        </w:rPr>
        <w:t>1:10:23  mein to nahi samajhta ke aadat ke taur par ibadat karega, Allah khush ho jayega.</w:t>
      </w:r>
      <w:r>
        <w:br/>
      </w:r>
      <w:r>
        <w:rPr>
          <w:sz w:val="20"/>
        </w:rPr>
        <w:t>1:10:28  khair, sir, ajeeb ghareeb tasawwur hai in logon ka Allah ke bare mein ke bator aadat aap ibadat</w:t>
      </w:r>
      <w:r>
        <w:br/>
      </w:r>
      <w:r>
        <w:rPr>
          <w:sz w:val="20"/>
        </w:rPr>
        <w:t>1:10:33  karen aur Allah khush ho raha hai.</w:t>
      </w:r>
      <w:r>
        <w:br/>
      </w:r>
      <w:r>
        <w:rPr>
          <w:sz w:val="20"/>
        </w:rPr>
        <w:t>1:10:39  yeh kahani ke Allah ko sirf form chahiye.</w:t>
      </w:r>
      <w:r>
        <w:br/>
      </w:r>
      <w:r>
        <w:rPr>
          <w:sz w:val="20"/>
        </w:rPr>
        <w:t>1:10:44  yaad rakhiye, yeh Allah ka underestimation hai ke woh form se khush ho jayega.</w:t>
      </w:r>
      <w:r>
        <w:br/>
      </w:r>
      <w:r>
        <w:rPr>
          <w:sz w:val="20"/>
        </w:rPr>
        <w:t>1:10:49  quran mein saaf saaf hai ke lyanala allahu lahubaha wala damaha wala kainalu al-taqwa minkum tumhara gosht aur</w:t>
      </w:r>
      <w:r>
        <w:br/>
      </w:r>
      <w:r>
        <w:rPr>
          <w:sz w:val="20"/>
        </w:rPr>
        <w:t>1:10:55  khoon nahi pahunchta Allah taala ko.</w:t>
      </w:r>
      <w:r>
        <w:br/>
      </w:r>
      <w:r>
        <w:rPr>
          <w:sz w:val="20"/>
        </w:rPr>
        <w:t>1:11:00  taqwa pahunchta hai, dil ka taqwa.</w:t>
      </w:r>
      <w:r>
        <w:br/>
      </w:r>
      <w:r>
        <w:rPr>
          <w:sz w:val="20"/>
        </w:rPr>
        <w:t>1:11:05  ek lakh rupay, ek lakh ka bakra, aur das lakh ka bakra log qurbani karte hain to kya</w:t>
      </w:r>
      <w:r>
        <w:br/>
      </w:r>
      <w:r>
        <w:rPr>
          <w:sz w:val="20"/>
        </w:rPr>
        <w:t>1:11:11  aap samajhte hain ke Allah khush ho jayega is se? lyanala allahu lahubaha wala damaha wala kainalu</w:t>
      </w:r>
      <w:r>
        <w:br/>
      </w:r>
      <w:r>
        <w:rPr>
          <w:sz w:val="20"/>
        </w:rPr>
        <w:t>1:11:16  al-taqwa minkum tumhari qurbani ka gosht aur khoon nahi pahunchta Allah taala ko, balkay taqwa pahunchta hai.</w:t>
      </w:r>
      <w:r>
        <w:br/>
      </w:r>
      <w:r>
        <w:rPr>
          <w:sz w:val="20"/>
        </w:rPr>
        <w:t>1:11:21  is ka matlab kya hua ke in terms of quantity Allah nahi dekhta kamon cheezon ko.</w:t>
      </w:r>
      <w:r>
        <w:br/>
      </w:r>
      <w:r>
        <w:rPr>
          <w:sz w:val="20"/>
        </w:rPr>
        <w:t>1:11:27  Allah taala jo hai, aap ke amal ko in terms of quantity nahi dekhta, woh in terms of</w:t>
      </w:r>
      <w:r>
        <w:br/>
      </w:r>
      <w:r>
        <w:rPr>
          <w:sz w:val="20"/>
        </w:rPr>
        <w:t>1:11:32  quality dekhta hai.</w:t>
      </w:r>
      <w:r>
        <w:br/>
      </w:r>
      <w:r>
        <w:rPr>
          <w:sz w:val="20"/>
        </w:rPr>
        <w:t>1:11:37  yani be aitbar kamiyat nahi dekhta, balkay be aitbar kifaayat dekhta hai.</w:t>
      </w:r>
    </w:p>
    <w:p>
      <w:pPr>
        <w:pStyle w:val="Heading2"/>
      </w:pPr>
      <w:r>
        <w:t>Difference in paradise based on worship</w:t>
      </w:r>
    </w:p>
    <w:p>
      <w:r>
        <w:rPr>
          <w:color w:val="666666"/>
          <w:sz w:val="18"/>
        </w:rPr>
        <w:t>Worship · Model of Paradise June 22, 2014 · 2m 14s · at 49:47 · https://youtu.be/7jXD8E_dN-E?t=2987</w:t>
      </w:r>
    </w:p>
    <w:p>
      <w:r>
        <w:rPr>
          <w:i/>
        </w:rPr>
        <w:t>“One Muslim prays less, another prays more. What will be the difference in their paradise life?”</w:t>
      </w:r>
    </w:p>
    <w:p>
      <w:r>
        <w:rPr>
          <w:sz w:val="20"/>
        </w:rPr>
        <w:t>49:47  Maulana, agla sawal Delhi se kiya hai, Dr. Anwar Abbas Sahab ne. aur unhon ne likha hai ke ek musalman kam ibadat karta hai, doosra zyada ibadat karta hai.</w:t>
      </w:r>
      <w:r>
        <w:br/>
      </w:r>
      <w:r>
        <w:rPr>
          <w:sz w:val="20"/>
        </w:rPr>
        <w:t>50:01  donon ki paradise life mein kya farq hoga?</w:t>
      </w:r>
      <w:r>
        <w:br/>
      </w:r>
      <w:r>
        <w:rPr>
          <w:sz w:val="20"/>
        </w:rPr>
        <w:t>50:05  is ke baray mein batayen. dekhen, ibadat jo hai, form ya quantity ke aitbar se is ki</w:t>
      </w:r>
      <w:r>
        <w:br/>
      </w:r>
      <w:r>
        <w:rPr>
          <w:sz w:val="20"/>
        </w:rPr>
        <w:t>50:18  ahmiyat nahin banti.</w:t>
      </w:r>
      <w:r>
        <w:br/>
      </w:r>
      <w:r>
        <w:rPr>
          <w:sz w:val="20"/>
        </w:rPr>
        <w:t>50:21  hadith mein aata hai ke innama al a'malu binniyat aur ek hadith hai ke tum amal karte ho lekin jo tum ko in'aam milega woh tumhari samajh ke barabar hoga.</w:t>
      </w:r>
      <w:r>
        <w:br/>
      </w:r>
      <w:r>
        <w:rPr>
          <w:sz w:val="20"/>
        </w:rPr>
        <w:t>50:37  wama yujza illa bi qadri aqlihi</w:t>
      </w:r>
      <w:r>
        <w:br/>
      </w:r>
      <w:r>
        <w:rPr>
          <w:sz w:val="20"/>
        </w:rPr>
        <w:t>50:41  to kaha ibadat ka zyada ya kam hona is se nahin kehti hai rak'aten zyada padhi aap ne, rak'aten zyada rakhen, is par munhasir nahin hai.</w:t>
      </w:r>
      <w:r>
        <w:br/>
      </w:r>
      <w:r>
        <w:rPr>
          <w:sz w:val="20"/>
        </w:rPr>
        <w:t>50:51  balkeh is kaifiyat se hoga jis kaifiyat se aap ne koi amal kiya hai. jaise quran mein hai qurbani ke baray mein ke Allah ko tumhara sirf taqwa pahunchta.</w:t>
      </w:r>
      <w:r>
        <w:br/>
      </w:r>
      <w:r>
        <w:rPr>
          <w:sz w:val="20"/>
        </w:rPr>
        <w:t>51:07  to taqwa to ek dakhili kaifiyat hai.</w:t>
      </w:r>
      <w:r>
        <w:br/>
      </w:r>
      <w:r>
        <w:rPr>
          <w:sz w:val="20"/>
        </w:rPr>
        <w:t>51:12  to yeh nazariya galat hai ke ibadat apni yaani quantity ke aitbar se aham o ghair aham hoti hai. nahin, apni quality ke aitbar se aham o ghair aham hoti hai.</w:t>
      </w:r>
      <w:r>
        <w:br/>
      </w:r>
      <w:r>
        <w:rPr>
          <w:sz w:val="20"/>
        </w:rPr>
        <w:t>51:25  aur quality ka jo muamla hai woh koi jaan nahin sakta. yeh sirf Allah ko pata hai. sirf Allah ko pata hai ke kis ka amal quantitative term mein zyada hai.</w:t>
      </w:r>
      <w:r>
        <w:br/>
      </w:r>
      <w:r>
        <w:rPr>
          <w:sz w:val="20"/>
        </w:rPr>
        <w:t>51:37  aap quantitative term mein to aap gin sakte hain is ki rak'aton ko. lekin qualitative term mein aap nahin pata kar sakte. to yeh muamla sara ka sara Allah par depend karta hai.</w:t>
      </w:r>
      <w:r>
        <w:br/>
      </w:r>
      <w:r>
        <w:rPr>
          <w:sz w:val="20"/>
        </w:rPr>
        <w:t>51:49  Allah hi ko pata hai ke kis ki ibadat zyada valuable hai, kisi ki kam valuable hai. yeh hum aap ko pata nahin is ka.</w:t>
      </w:r>
    </w:p>
    <w:p>
      <w:pPr>
        <w:pStyle w:val="Heading2"/>
      </w:pPr>
      <w:r>
        <w:t>Difference in prayer between men and women</w:t>
      </w:r>
    </w:p>
    <w:p>
      <w:r>
        <w:rPr>
          <w:color w:val="666666"/>
          <w:sz w:val="18"/>
        </w:rPr>
        <w:t>Worship · Natural Warning April 17, 2016 · 28s · at 51:48 · https://youtu.be/fSNOpwgzcss?t=3108</w:t>
      </w:r>
    </w:p>
    <w:p>
      <w:r>
        <w:rPr>
          <w:i/>
        </w:rPr>
        <w:t>“Is there any difference between the prayer of a man and a woman in Islam or is it the same?”</w:t>
      </w:r>
    </w:p>
    <w:p>
      <w:r>
        <w:rPr>
          <w:sz w:val="20"/>
        </w:rPr>
        <w:t>51:48  Maulana, agla sawal Kashmir se Javed Wani sahib ne kiya hai aur woh aap se yeh jaanna chahte hain ke kya mard aur aurat ki prayer mein Islam mein kya koi difference hai ya same hai?</w:t>
      </w:r>
      <w:r>
        <w:br/>
      </w:r>
      <w:r>
        <w:rPr>
          <w:sz w:val="20"/>
        </w:rPr>
        <w:t>52:02  Same hai, difference kyun rahega? Baaz hukm mein, baaz Quran mein aata hai Surah Aal-e-Imran mein, baaz hukm mein, baaz aap padh lijiye Surah Aal-e-Imran ke aakhir mein, koi farq nahi hai.</w:t>
      </w:r>
    </w:p>
    <w:p>
      <w:pPr>
        <w:pStyle w:val="Heading2"/>
      </w:pPr>
      <w:r>
        <w:t>Different Ramadan patterns in Saudi and India</w:t>
      </w:r>
    </w:p>
    <w:p>
      <w:r>
        <w:rPr>
          <w:color w:val="666666"/>
          <w:sz w:val="18"/>
        </w:rPr>
        <w:t>Worship · Concept of Death in Islam August 26, 2012 · 2m 53s · at 1:10:15 · https://youtu.be/y0TJxKi0L94?t=4215</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1:10:15  Maulana, agla sawal Maldives se hai, Mr Hitesh Dhamija sahib ka. unhon ne likha hai while a short stay in Saudi Arabia, I noticed that Arabs in the month of Ramadan, while they fast, sleep during the day and stay up night.</w:t>
      </w:r>
      <w:r>
        <w:br/>
      </w:r>
      <w:r>
        <w:rPr>
          <w:sz w:val="20"/>
        </w:rPr>
        <w:t>1:10:34  However, Muslims in India follow a different pattern. They keep the fast and work during the day and sleep at night.</w:t>
      </w:r>
      <w:r>
        <w:br/>
      </w:r>
      <w:r>
        <w:rPr>
          <w:sz w:val="20"/>
        </w:rPr>
        <w:t>1:10:44  Why do the Muslims of India and Saudi Arabia follow two different patterns? kya kya matlab hai? Maulana, woh yeh poochna chah rahe hain ke jab woh Saudi Arabia mein kuch time ke liye rahe thay to unhon ne dekha ke Ramadan ke douran woh din bhar sote hain aur raat ko jaagte hain, aur India mein is ka bilkul totally ulta hai jo musalman karte hain.</w:t>
      </w:r>
      <w:r>
        <w:br/>
      </w:r>
      <w:r>
        <w:rPr>
          <w:sz w:val="20"/>
        </w:rPr>
        <w:t>1:11:06  to aisa kyun hai ke dono mein itna different pattern hai Ramadan ke douran</w:t>
      </w:r>
      <w:r>
        <w:br/>
      </w:r>
      <w:r>
        <w:rPr>
          <w:sz w:val="20"/>
        </w:rPr>
        <w:t>1:11:11  ? dekhein, yeh is ka taluq Islam se nahi hai, is ka to riwaj se hai. yahan bhi riwaj galat hai, wahan bhi riwaj galat hai.</w:t>
      </w:r>
      <w:r>
        <w:br/>
      </w:r>
      <w:r>
        <w:rPr>
          <w:sz w:val="20"/>
        </w:rPr>
        <w:t>1:11:20  Arab logon ka bhi galat riwaj hai, din raat bhar khate rehte hain, woh bohat khate hain Ramadan mein. mein khud aisa hua ke Ramadan mein raha hoon to khate hi rehte hain, khate hi rehte hain.</w:t>
      </w:r>
      <w:r>
        <w:br/>
      </w:r>
      <w:r>
        <w:rPr>
          <w:sz w:val="20"/>
        </w:rPr>
        <w:t>1:11:35  to kya karte hain ke din bhar sote hain, woh bhi galat, yeh bhi galat, jo India mein hai woh bhi galat.</w:t>
      </w:r>
      <w:r>
        <w:br/>
      </w:r>
      <w:r>
        <w:rPr>
          <w:sz w:val="20"/>
        </w:rPr>
        <w:t>1:11:40  normal tareeqay se khana chahiye, harghiz aur eating nahi karna chahiye. normal tareeqay se sona chahiye, normal tareeqay se jaagna chahiye.</w:t>
      </w:r>
      <w:r>
        <w:br/>
      </w:r>
      <w:r>
        <w:rPr>
          <w:sz w:val="20"/>
        </w:rPr>
        <w:t>1:11:51  aur bahut se log is liye sote hain ke roza kat jaye ga. to roza rakha hi nahin unhon ne. main ne dekha hai ke log so jate hain, chalo phir roza kat jaye ga.</w:t>
      </w:r>
      <w:r>
        <w:br/>
      </w:r>
      <w:r>
        <w:rPr>
          <w:sz w:val="20"/>
        </w:rPr>
        <w:t>1:12:06  to roza kutne ke liye thori hai, roza tajurba karne ke liye.</w:t>
      </w:r>
      <w:r>
        <w:br/>
      </w:r>
      <w:r>
        <w:rPr>
          <w:sz w:val="20"/>
        </w:rPr>
        <w:t>1:12:10  yeh tasawwur ghalat hai ke roza kat jaye ga. nahin, roza tajurbe ke liye hai. aap ko bhook ka tajurba ho, aap ko bhook ka tajurba ho, is ke liye roza hai.</w:t>
      </w:r>
      <w:r>
        <w:br/>
      </w:r>
      <w:r>
        <w:rPr>
          <w:sz w:val="20"/>
        </w:rPr>
        <w:t>1:12:25  to aur eating kar ke, so kar ke, ya kuch khaas tarah ki cheezen banti hain ramzan ke zamane mein. jo bhook na aaye, us ko kha kar ke, aisi cheezen banai jati hain.</w:t>
      </w:r>
      <w:r>
        <w:br/>
      </w:r>
      <w:r>
        <w:rPr>
          <w:sz w:val="20"/>
        </w:rPr>
        <w:t>1:12:35  yeh sab mere khayal mein ghalat hai, yeh sab riwaj hai, is ka islam se koi talluq nahin hai.</w:t>
      </w:r>
      <w:r>
        <w:br/>
      </w:r>
      <w:r>
        <w:rPr>
          <w:sz w:val="20"/>
        </w:rPr>
        <w:t>1:12:40  islam mein yahi hai ke normal tareeqe se rahen, aap roze mein bhi normal tareeqe se khayen, roze mein bhi, ta ke aap ko pata chale aap ko ke bhook kya cheez hai, pyas kya cheez hai.</w:t>
      </w:r>
      <w:r>
        <w:br/>
      </w:r>
      <w:r>
        <w:rPr>
          <w:sz w:val="20"/>
        </w:rPr>
        <w:t>1:12:57  to yeh yeh yeh dono jagah ghalat riwaj pad gaye hain. arab mein bhi ghalat aur india mein bhi ghalat hai. is ka islam se koi talluq nahin hai.</w:t>
      </w:r>
    </w:p>
    <w:p>
      <w:pPr>
        <w:pStyle w:val="Heading2"/>
      </w:pPr>
      <w:r>
        <w:t>Different Ramadan patterns in Saudi and India</w:t>
      </w:r>
    </w:p>
    <w:p>
      <w:r>
        <w:rPr>
          <w:color w:val="666666"/>
          <w:sz w:val="18"/>
        </w:rPr>
        <w:t>Worship · Concept of Death in Islam 26th Aug 12 SLOW · 2m 54s · at 17:44 · https://youtu.be/8dsos0OBM6M?t=1064</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r>
        <w:br/>
      </w:r>
      <w:r>
        <w:rPr>
          <w:sz w:val="20"/>
        </w:rPr>
        <w:t>18:13  Why do the Muslims of India and Saudi Arabia follow two different patterns? " kya kya matlab hai? Maulana, woh yeh poochna chah rahe hain ke jab woh Saudi Arabia mein kuch time ke liye rahe the to unhon ne dekha ke Ramadan ke dauran woh din bhar sote hain aur raat ko jaagte hain, aur India mein is ka bilkul totally ulta hai jo musalman karte hain. to aisa kyun hai ke dono mein itna different pattern hai Ramadan ke dauran?</w:t>
      </w:r>
      <w:r>
        <w:br/>
      </w:r>
      <w:r>
        <w:rPr>
          <w:sz w:val="20"/>
        </w:rPr>
        <w:t>18:40  dekhein, yeh is ka taluq Islam se nahi hai, is ka to riwaj se hai.</w:t>
      </w:r>
      <w:r>
        <w:br/>
      </w:r>
      <w:r>
        <w:rPr>
          <w:sz w:val="20"/>
        </w:rPr>
        <w:t>18:44  yahan bhi woh riwaj galat hai, wahan bhi riwaj galat hai.</w:t>
      </w:r>
      <w:r>
        <w:br/>
      </w:r>
      <w:r>
        <w:rPr>
          <w:sz w:val="20"/>
        </w:rPr>
        <w:t>18:49  arab logon ka to koi galat riwaj nahi, din raat bhar khate rehte hain, woh bohat khate hain Ramzan mein.</w:t>
      </w:r>
      <w:r>
        <w:br/>
      </w:r>
      <w:r>
        <w:rPr>
          <w:sz w:val="20"/>
        </w:rPr>
        <w:t>18:54  mein khud aisa hua ke Ramzan mein raha hoon to khate hi rehte hain, khate hi rehte hain.</w:t>
      </w:r>
      <w:r>
        <w:br/>
      </w:r>
      <w:r>
        <w:rPr>
          <w:sz w:val="20"/>
        </w:rPr>
        <w:t>18:59  to kya karte hain? ke din bhar sote hain, woh bhi galat, yeh bhi galat, jo India mein</w:t>
      </w:r>
      <w:r>
        <w:br/>
      </w:r>
      <w:r>
        <w:rPr>
          <w:sz w:val="20"/>
        </w:rPr>
        <w:t>19:04  hai woh bhi galat.</w:t>
      </w:r>
      <w:r>
        <w:br/>
      </w:r>
      <w:r>
        <w:rPr>
          <w:sz w:val="20"/>
        </w:rPr>
        <w:t>19:09  normal tareeqe se khana chahiye, hargiz hargiz overeating nahi karna chahiye, normal tareeqe se sona chahiye, normal</w:t>
      </w:r>
      <w:r>
        <w:br/>
      </w:r>
      <w:r>
        <w:rPr>
          <w:sz w:val="20"/>
        </w:rPr>
        <w:t>19:14  tareeqe se jaagna chahiye.</w:t>
      </w:r>
      <w:r>
        <w:br/>
      </w:r>
      <w:r>
        <w:rPr>
          <w:sz w:val="20"/>
        </w:rPr>
        <w:t>19:19  aur bohat se log is liye sote hain ke roza kat jaye ga.</w:t>
      </w:r>
      <w:r>
        <w:br/>
      </w:r>
      <w:r>
        <w:rPr>
          <w:sz w:val="20"/>
        </w:rPr>
        <w:t>19:24  to roza rakha hi nahi unhon ne.</w:t>
      </w:r>
      <w:r>
        <w:br/>
      </w:r>
      <w:r>
        <w:rPr>
          <w:sz w:val="20"/>
        </w:rPr>
        <w:t>19:29  mein ne dekha hai ke log so jate hain, chalo phir roza kat jaye ga.</w:t>
      </w:r>
      <w:r>
        <w:br/>
      </w:r>
      <w:r>
        <w:rPr>
          <w:sz w:val="20"/>
        </w:rPr>
        <w:t>19:34  to roza katne ke liye thori hai, roza experience karne ke liye.</w:t>
      </w:r>
      <w:r>
        <w:br/>
      </w:r>
      <w:r>
        <w:rPr>
          <w:sz w:val="20"/>
        </w:rPr>
        <w:t>19:39  yeh tasawwur galat hai ke roza kat jaye ga.</w:t>
      </w:r>
      <w:r>
        <w:br/>
      </w:r>
      <w:r>
        <w:rPr>
          <w:sz w:val="20"/>
        </w:rPr>
        <w:t>19:43  nahi, roza experience ke liye hai.</w:t>
      </w:r>
      <w:r>
        <w:br/>
      </w:r>
      <w:r>
        <w:rPr>
          <w:sz w:val="20"/>
        </w:rPr>
        <w:t>19:48  aap ko bhook ka experience ho, aap ko hunger ka experience ho, us ke liye roza hai.</w:t>
      </w:r>
      <w:r>
        <w:br/>
      </w:r>
      <w:r>
        <w:rPr>
          <w:sz w:val="20"/>
        </w:rPr>
        <w:t>19:53  to overeating kar ke, so kar ke, ya koi khaas tarah ki cheezein banti hain Ramzan ke</w:t>
      </w:r>
      <w:r>
        <w:br/>
      </w:r>
      <w:r>
        <w:rPr>
          <w:sz w:val="20"/>
        </w:rPr>
        <w:t>19:58  zamane mein, jo bhook na aaye, koi kha kar ke, aisi cheezein banai jati hain.</w:t>
      </w:r>
      <w:r>
        <w:br/>
      </w:r>
      <w:r>
        <w:rPr>
          <w:sz w:val="20"/>
        </w:rPr>
        <w:t>20:03  yeh sab mahaz galat hai, yeh sab riwaj hai, is ka islam se koi talluq nahi hai.</w:t>
      </w:r>
      <w:r>
        <w:br/>
      </w:r>
      <w:r>
        <w:rPr>
          <w:sz w:val="20"/>
        </w:rPr>
        <w:t>20:08  islam mein yahi hai ke normal tareeqe se rahein, aap roze mein bhi normal tareeqe se khayein, raat</w:t>
      </w:r>
      <w:r>
        <w:br/>
      </w:r>
      <w:r>
        <w:rPr>
          <w:sz w:val="20"/>
        </w:rPr>
        <w:t>20:13  bhar tareeqe se roze mein bhi, taake aap ko pata chale aap ko ke bhook kya cheez hai,</w:t>
      </w:r>
      <w:r>
        <w:br/>
      </w:r>
      <w:r>
        <w:rPr>
          <w:sz w:val="20"/>
        </w:rPr>
        <w:t>20:18  pyaas kya cheez hai.</w:t>
      </w:r>
      <w:r>
        <w:br/>
      </w:r>
      <w:r>
        <w:rPr>
          <w:sz w:val="20"/>
        </w:rPr>
        <w:t>20:23  to yeh yeh yeh dono jagah galat riwaj pad gaye hain, aur arab mein bhi galat hai, india</w:t>
      </w:r>
      <w:r>
        <w:br/>
      </w:r>
      <w:r>
        <w:rPr>
          <w:sz w:val="20"/>
        </w:rPr>
        <w:t>20:28  mein bhi galat hai.</w:t>
      </w:r>
      <w:r>
        <w:br/>
      </w:r>
      <w:r>
        <w:rPr>
          <w:sz w:val="20"/>
        </w:rPr>
        <w:t>20:33  is ka islam se koi talluq nahi hai.</w:t>
      </w:r>
      <w:r>
        <w:br/>
      </w:r>
      <w:r>
        <w:rPr>
          <w:sz w:val="20"/>
        </w:rPr>
        <w:t>20:38  Maulana, un ka ek aur sawal hai. unhon ne aap se yeh bhi poocha hai ke "Why is Eid celebrated at different places on different days? Please explain its relation to the moon."</w:t>
      </w:r>
    </w:p>
    <w:p>
      <w:pPr>
        <w:pStyle w:val="Heading2"/>
      </w:pPr>
      <w:r>
        <w:t>Does Quran recitation reward reach deceased?</w:t>
      </w:r>
    </w:p>
    <w:p>
      <w:r>
        <w:rPr>
          <w:color w:val="666666"/>
          <w:sz w:val="18"/>
        </w:rPr>
        <w:t>Worship · Contemplation on The Quran December 16, 2018 Maulana Wahiduddin Khan · 1m 38s · at 55:44 · https://youtu.be/bSOe1_KKEYk?t=3344</w:t>
      </w:r>
    </w:p>
    <w:p>
      <w:r>
        <w:rPr>
          <w:i/>
        </w:rPr>
        <w:t>“In most Muslim families, they recite Quran for Isal-e-Sawab (transmitting reward). Does the reward reach the deceased person?”</w:t>
      </w:r>
    </w:p>
    <w:p>
      <w:r>
        <w:rPr>
          <w:sz w:val="20"/>
        </w:rPr>
        <w:t>55:44  Maulana, agla sawal Mumbai se kiya hai Farooq Shaikh sahib ne. Farooq? Farooq Shaikh sahib ne. hmm, unhon ne likha hai ke "in most of the Muslim families they recide Quran for esal-e-sawab." my question is that the sawab does the sawab reach to the dead person?</w:t>
      </w:r>
      <w:r>
        <w:br/>
      </w:r>
      <w:r>
        <w:rPr>
          <w:sz w:val="20"/>
        </w:rPr>
        <w:t>56:05  dekhiye, yeh ek riwaj hai, is ka Islam se koi ta'alluq nahi. koi Sahabi aap ko nahi milega jis ne esal-e-sawab ke liye Quran parha ho.</w:t>
      </w:r>
      <w:r>
        <w:br/>
      </w:r>
      <w:r>
        <w:rPr>
          <w:sz w:val="20"/>
        </w:rPr>
        <w:t>56:22  main aap ko arz karunga ke Maulana Yusuf sahib, jo tableegh jama'at ke ameer thay, unhon ne bohat lambi barson ki koshish ke baad</w:t>
      </w:r>
      <w:r>
        <w:br/>
      </w:r>
      <w:r>
        <w:rPr>
          <w:sz w:val="20"/>
        </w:rPr>
        <w:t>56:41  teen jildon mein ek kitab likhi hai, "Hayat-us-Sahaba". yeh sab Sahaba ke par hai. yeh kitab Arabi mein hai, Urdu mein hai, English mein hai, aur shayad Hindi mein bhi hai.</w:t>
      </w:r>
      <w:r>
        <w:br/>
      </w:r>
      <w:r>
        <w:rPr>
          <w:sz w:val="20"/>
        </w:rPr>
        <w:t>56:56  aap is kitab ko parh daliye aur koi ek waqia mujhe batayein ke kisi Sahabi ne esal-e-sawab ke liye Quran parha ho. ek waqia, single waqia.</w:t>
      </w:r>
      <w:r>
        <w:br/>
      </w:r>
      <w:r>
        <w:rPr>
          <w:sz w:val="20"/>
        </w:rPr>
        <w:t>57:07  yeh to ek riwaj hai, yeh riwaj hai Islam se, is ka koi ta'alluq nahi.</w:t>
      </w:r>
    </w:p>
    <w:p>
      <w:pPr>
        <w:pStyle w:val="Heading2"/>
      </w:pPr>
      <w:r>
        <w:t>Does planning during prayer indicate lack of khushu?</w:t>
      </w:r>
    </w:p>
    <w:p>
      <w:r>
        <w:rPr>
          <w:color w:val="666666"/>
          <w:sz w:val="18"/>
        </w:rPr>
        <w:t>Worship · Changing Reference from War to Peace 10 Aug, 2019 - Maulana Wahiduddin Khan · 2m 37s · at 29:15 · https://youtu.be/gHKpwaSy1Ec?t=1755</w:t>
      </w:r>
    </w:p>
    <w:p>
      <w:r>
        <w:rPr>
          <w:i/>
        </w:rPr>
        <w:t>“There is a hadith that Umar (ra) used to plan battles during his prayer. My question is: Is thinking or having thoughts during prayer a sign of not having khushu' (concentration and humility)?”</w:t>
      </w:r>
    </w:p>
    <w:p>
      <w:r>
        <w:rPr>
          <w:sz w:val="20"/>
        </w:rPr>
        <w:t>29:15  Maulana, ek sawal aaya hai Rampur se, Irshad Ali sahib ne kiya hai. unhon ne likha hai, Maulana, ek hadith hai jis mein aaya hai ke Hazrat Umar apni namaz mein jang ki planning kiya karte the.</w:t>
      </w:r>
      <w:r>
        <w:br/>
      </w:r>
      <w:r>
        <w:rPr>
          <w:sz w:val="20"/>
        </w:rPr>
        <w:t>29:31  Maulana, mera sawal yeh hai ke namaz ke dauran sochna ya kisi khayalat ka aana kya namaz mein khushu na hone ki</w:t>
      </w:r>
      <w:r>
        <w:br/>
      </w:r>
      <w:r>
        <w:rPr>
          <w:sz w:val="20"/>
        </w:rPr>
        <w:t>29:41  alamat hai? kya karte the? galat hai. kya kya kya? kya kehne hain ke aisa mauqa aa gaya ke jang ka masla bhi hai aur namaz bhi padhna hai,</w:t>
      </w:r>
      <w:r>
        <w:br/>
      </w:r>
      <w:r>
        <w:rPr>
          <w:sz w:val="20"/>
        </w:rPr>
        <w:t>30:00  to aise mauqe ko unhon ne khoya nahi, is ko istemal kiya. to Allah ne wahin madad kar di.</w:t>
      </w:r>
      <w:r>
        <w:br/>
      </w:r>
      <w:r>
        <w:rPr>
          <w:sz w:val="20"/>
        </w:rPr>
        <w:t>30:08  yeh galat hai ke karte the? nahi, aisa kiya unhon ne?</w:t>
      </w:r>
      <w:r>
        <w:br/>
      </w:r>
      <w:r>
        <w:rPr>
          <w:sz w:val="20"/>
        </w:rPr>
        <w:t>30:13  ji to Maulana, isi ko reference bana ke un ka sawal yeh hai ke namaz ke dauran agar koi khayalat aa jayen, to kya is ko yeh kahenge ke namaz mein khushu ki kami hai?</w:t>
      </w:r>
      <w:r>
        <w:br/>
      </w:r>
      <w:r>
        <w:rPr>
          <w:sz w:val="20"/>
        </w:rPr>
        <w:t>30:30  khayal to aata hi aata hai.</w:t>
      </w:r>
      <w:r>
        <w:br/>
      </w:r>
      <w:r>
        <w:rPr>
          <w:sz w:val="20"/>
        </w:rPr>
        <w:t>30:34  khayal to aata hi aata hai. aisa koi nahi duniya mein jo khayal na aaye. Imam e azam jo kaha jata hai, un ko yani Imam Abu Hanifa, un se poocha gaya ke aap ko khana aa gaya hai aap ka aur namaz ka waqt bhi ho gaya hai,</w:t>
      </w:r>
      <w:r>
        <w:br/>
      </w:r>
      <w:r>
        <w:rPr>
          <w:sz w:val="20"/>
        </w:rPr>
        <w:t>30:55  to aap pehle khana khayenge, pehle namaz padhenge? To unhone kaha ke main is ko pasand karunga ke main khana khaoon, mere dil mein namaz ki yaad rahe.</w:t>
      </w:r>
      <w:r>
        <w:br/>
      </w:r>
      <w:r>
        <w:rPr>
          <w:sz w:val="20"/>
        </w:rPr>
        <w:t>31:08  is ke bajaye yeh ke main namaz parhoon aur mere dil mein khana yaad rahe.</w:t>
      </w:r>
      <w:r>
        <w:br/>
      </w:r>
      <w:r>
        <w:rPr>
          <w:sz w:val="20"/>
        </w:rPr>
        <w:t>31:14  Maulana, kya khayalat ko khatam kiya ja sakta hai? Namaz nahi, woh ghair unnatural hai, khatam nahi kar sakte aap.</w:t>
      </w:r>
      <w:r>
        <w:br/>
      </w:r>
      <w:r>
        <w:rPr>
          <w:sz w:val="20"/>
        </w:rPr>
        <w:t>31:24  woh bhi rahega, woh bhi rahega. Maulana, lekin aksar logon ko lagta hai ke aise khayalat aanay se jo namaz hai, woh poori imaan ke sath nahi hoti hai.</w:t>
      </w:r>
      <w:r>
        <w:br/>
      </w:r>
      <w:r>
        <w:rPr>
          <w:sz w:val="20"/>
        </w:rPr>
        <w:t>31:36  nahi to kam</w:t>
      </w:r>
      <w:r>
        <w:br/>
      </w:r>
      <w:r>
        <w:rPr>
          <w:sz w:val="20"/>
        </w:rPr>
        <w:t>31:37  ho jati hai. Nahi to Sahaba ke waqiat bohat hain. Is se khatam karne ki jo condition hai, woh galat hai.</w:t>
      </w:r>
      <w:r>
        <w:br/>
      </w:r>
      <w:r>
        <w:rPr>
          <w:sz w:val="20"/>
        </w:rPr>
        <w:t>31:47  woh bhi rahega, woh bhi rahega.</w:t>
      </w:r>
    </w:p>
    <w:p>
      <w:pPr>
        <w:pStyle w:val="Heading2"/>
      </w:pPr>
      <w:r>
        <w:t>Dua to save from distraction</w:t>
      </w:r>
    </w:p>
    <w:p>
      <w:r>
        <w:rPr>
          <w:color w:val="666666"/>
          <w:sz w:val="18"/>
        </w:rPr>
        <w:t>Worship · Save Yourself from Distraction August 21, 2016 · 1m 10s · at 1:08:18 · https://youtu.be/wP3Dj-tccDQ?t=4098</w:t>
      </w:r>
    </w:p>
    <w:p>
      <w:r>
        <w:rPr>
          <w:i/>
        </w:rPr>
        <w:t>“Is there any dua that one can do to save oneself from distraction?”</w:t>
      </w:r>
    </w:p>
    <w:p>
      <w:r>
        <w:rPr>
          <w:sz w:val="20"/>
        </w:rPr>
        <w:t>1:08:18  Maulana, doosra sawal letay hain jo Mumbai say Fawad Ansari sahib nay bheja hai aur unhon nay aap</w:t>
      </w:r>
      <w:r>
        <w:br/>
      </w:r>
      <w:r>
        <w:rPr>
          <w:sz w:val="20"/>
        </w:rPr>
        <w:t>1:08:26  سے پوچھا ہے کہ: "مولانا صاحب، is there any dua that one can do to save oneself</w:t>
      </w:r>
      <w:r>
        <w:br/>
      </w:r>
      <w:r>
        <w:rPr>
          <w:sz w:val="20"/>
        </w:rPr>
        <w:t>1:08:34  from distraction?" Dekhen, dua dua ka matlab yeh nahi hai ke aap distraction bachnay ke liye dua karen.</w:t>
      </w:r>
      <w:r>
        <w:br/>
      </w:r>
      <w:r>
        <w:rPr>
          <w:sz w:val="20"/>
        </w:rPr>
        <w:t>1:08:42  to aap ka kya kaam rahega? Yani har cheez to dua say hogi, to aap ka kya</w:t>
      </w:r>
      <w:r>
        <w:br/>
      </w:r>
      <w:r>
        <w:rPr>
          <w:sz w:val="20"/>
        </w:rPr>
        <w:t>1:08:49  kaam kaam rahega? Aap ka test kis par liya jayega? Kaisa? Sab kuch dua say honay</w:t>
      </w:r>
      <w:r>
        <w:br/>
      </w:r>
      <w:r>
        <w:rPr>
          <w:sz w:val="20"/>
        </w:rPr>
        <w:t>1:08:57  laga hai ke mein dua kar doon, yahan koi bolnay lagay meri jagah par, to mera kya kaam</w:t>
      </w:r>
      <w:r>
        <w:br/>
      </w:r>
      <w:r>
        <w:rPr>
          <w:sz w:val="20"/>
        </w:rPr>
        <w:t>1:09:05  rahega? Ji koi kaam nahi.</w:t>
      </w:r>
      <w:r>
        <w:br/>
      </w:r>
      <w:r>
        <w:rPr>
          <w:sz w:val="20"/>
        </w:rPr>
        <w:t>1:09:07  dekhen, dua aik ibadat hai, ibadat kaam to aap ko khud karna hai aur dua ho al-ibadah.</w:t>
      </w:r>
      <w:r>
        <w:br/>
      </w:r>
      <w:r>
        <w:rPr>
          <w:sz w:val="20"/>
        </w:rPr>
        <w:t>1:09:15  dua mein dekhen, dua ibadat hai, baqi aap ko khud kaam karna hai, khud planning karna hai, khud</w:t>
      </w:r>
      <w:r>
        <w:br/>
      </w:r>
      <w:r>
        <w:rPr>
          <w:sz w:val="20"/>
        </w:rPr>
        <w:t>1:09:22  sochna hai.</w:t>
      </w:r>
      <w:r>
        <w:br/>
      </w:r>
      <w:r>
        <w:rPr>
          <w:sz w:val="20"/>
        </w:rPr>
        <w:t>1:09:24  kaisa? Clear hai ke nahi? Clear hai? Ji ji Maulana, clear hai.</w:t>
      </w:r>
    </w:p>
    <w:p>
      <w:pPr>
        <w:pStyle w:val="Heading2"/>
      </w:pPr>
      <w:r>
        <w:t>Eid Dates and Moon Sighting</w:t>
      </w:r>
    </w:p>
    <w:p>
      <w:r>
        <w:rPr>
          <w:color w:val="666666"/>
          <w:sz w:val="18"/>
        </w:rPr>
        <w:t>Worship · Concept of Death in Islam August 26, 2012 · 2m 27s · at 1:13:09 · https://youtu.be/y0TJxKi0L94?t=4389</w:t>
      </w:r>
    </w:p>
    <w:p>
      <w:r>
        <w:rPr>
          <w:i/>
        </w:rPr>
        <w:t>“Why is Eid celebrated at different places on different days? Please explain its relation to the moon.”</w:t>
      </w:r>
    </w:p>
    <w:p>
      <w:r>
        <w:rPr>
          <w:sz w:val="20"/>
        </w:rPr>
        <w:t>1:13:09  maulana, in ka ek aur sawal hai, unhon ne aap se yeh bhi poocha hai ke why is Eid celebrated at different places on different days?</w:t>
      </w:r>
      <w:r>
        <w:br/>
      </w:r>
      <w:r>
        <w:rPr>
          <w:sz w:val="20"/>
        </w:rPr>
        <w:t>1:13:18  Please explain its relation to the moon.</w:t>
      </w:r>
      <w:r>
        <w:br/>
      </w:r>
      <w:r>
        <w:rPr>
          <w:sz w:val="20"/>
        </w:rPr>
        <w:t>1:13:25  dekhen, yeh to do calendar hain, solar calendar aur lunar calendar. to aam taur par sabhi mazhabon mein ghaliban yahi hai ke lunar calendar par mazhabon ki tareekhen hoti hain.</w:t>
      </w:r>
      <w:r>
        <w:br/>
      </w:r>
      <w:r>
        <w:rPr>
          <w:sz w:val="20"/>
        </w:rPr>
        <w:t>1:13:39  wohi islam mein bhi hai. to jab aap lunar calendar par rakhen ge aur chand ko dekhne par is ka woh yeh depend kare gi, to yeh sab farq hoga.</w:t>
      </w:r>
      <w:r>
        <w:br/>
      </w:r>
      <w:r>
        <w:rPr>
          <w:sz w:val="20"/>
        </w:rPr>
        <w:t>1:13:52  It is but natural yeh koi yani koi yani taqaddus ki baat nahin hai. yani solar calendar par hota hai, tab bhi wahi baat thi, is par tab bhi hoti.</w:t>
      </w:r>
      <w:r>
        <w:br/>
      </w:r>
      <w:r>
        <w:rPr>
          <w:sz w:val="20"/>
        </w:rPr>
        <w:t>1:14:08  solar calendar par ho, tab bhi ek sawal kar sakta tha koi aadmi ke bhai lunar calendar par kyun nahin? to yeh koi sawal nahin hai, na koi masla hai, na koi religious cheez hai.</w:t>
      </w:r>
      <w:r>
        <w:br/>
      </w:r>
      <w:r>
        <w:rPr>
          <w:sz w:val="20"/>
        </w:rPr>
        <w:t>1:14:19  aam taur par mazhabon mein yahi hai, jahan tak main janta hoon ke solar calendar par mazahib mein tareekhen nahin hua karti, lunar calendar par hoti hain.</w:t>
      </w:r>
      <w:r>
        <w:br/>
      </w:r>
      <w:r>
        <w:rPr>
          <w:sz w:val="20"/>
        </w:rPr>
        <w:t>1:14:30  wohi islam mein bhi hai. to is mein koi purasrar cheez nahin hai, koi is mein mystery nahin hai.</w:t>
      </w:r>
      <w:r>
        <w:br/>
      </w:r>
      <w:r>
        <w:rPr>
          <w:sz w:val="20"/>
        </w:rPr>
        <w:t>1:14:39  ji Maulana, in ka sawal ka ek hissa yeh bhi tha ke Eid jo hai, woh alag alag jagahon pe, alag alag din pe kyun manai jati hai?</w:t>
      </w:r>
      <w:r>
        <w:br/>
      </w:r>
      <w:r>
        <w:rPr>
          <w:sz w:val="20"/>
        </w:rPr>
        <w:t>1:14:48  woh to zahir hai ke jab yani woh woh waqt badalta hai, to woh waqt badlega, to din hi badlega.</w:t>
      </w:r>
      <w:r>
        <w:br/>
      </w:r>
      <w:r>
        <w:rPr>
          <w:sz w:val="20"/>
        </w:rPr>
        <w:t>1:14:58  is waqt yahan hum log hain, yahan din hai, is waqt america mein raat hai. to dono jagah chand ikattha dikhai de ga, wahan dekhne ke waqt ka ya mukhtalif hoga.</w:t>
      </w:r>
      <w:r>
        <w:br/>
      </w:r>
      <w:r>
        <w:rPr>
          <w:sz w:val="20"/>
        </w:rPr>
        <w:t>1:15:14  to zameen chuki ghoom rahi hai, zameen jo stationary nahin hai, agar zameen stationary hoti to yeh farq na hota. zameen ghoom rahi hai, is liye yeh to farq rahe ga.</w:t>
      </w:r>
      <w:r>
        <w:br/>
      </w:r>
      <w:r>
        <w:rPr>
          <w:sz w:val="20"/>
        </w:rPr>
        <w:t>1:15:24  yeh to yani yeh to nizam hai nature ka, is mein hum kya kar sakte hain?</w:t>
      </w:r>
    </w:p>
    <w:p>
      <w:pPr>
        <w:pStyle w:val="Heading2"/>
      </w:pPr>
      <w:r>
        <w:t>Elaborating on concept of moment of acceptance</w:t>
      </w:r>
    </w:p>
    <w:p>
      <w:r>
        <w:rPr>
          <w:color w:val="666666"/>
          <w:sz w:val="18"/>
        </w:rPr>
        <w:t>Worship · Spirit of the Mission September 16, 2018 · 1m 41s · at 52:05 · https://youtu.be/rjiTU2v3U30?t=3125</w:t>
      </w:r>
    </w:p>
    <w:p>
      <w:r>
        <w:rPr>
          <w:i/>
        </w:rPr>
        <w:t>“Molana, please elaborate on the concept of dua which is called the moment of acceptance. Tell us about it.”</w:t>
      </w:r>
    </w:p>
    <w:p>
      <w:r>
        <w:rPr>
          <w:sz w:val="20"/>
        </w:rPr>
        <w:t>52:05  maulana, agla sawal bheja hai professor najma siddiqui ne delhi se. unhon ne unhon ne likha hai ke: "please elaborate, maulana sahib, please elaborate on the concept of dua which is called as qabooliyat ki ghari.</w:t>
      </w:r>
      <w:r>
        <w:br/>
      </w:r>
      <w:r>
        <w:rPr>
          <w:sz w:val="20"/>
        </w:rPr>
        <w:t>52:23  is ke bare mein batayein."</w:t>
      </w:r>
      <w:r>
        <w:br/>
      </w:r>
      <w:r>
        <w:rPr>
          <w:sz w:val="20"/>
        </w:rPr>
        <w:t>52:29  qabooliyat ki ghari koi nahi hoti, yeh awami baat hai. koi hadith quran mein mere sath koi lafz nahi hai.</w:t>
      </w:r>
      <w:r>
        <w:br/>
      </w:r>
      <w:r>
        <w:rPr>
          <w:sz w:val="20"/>
        </w:rPr>
        <w:t>52:38  qabooliyat ka mamla aap ke dil se taluq rakhta hai, koi ghari nahi hai,</w:t>
      </w:r>
      <w:r>
        <w:br/>
      </w:r>
      <w:r>
        <w:rPr>
          <w:sz w:val="20"/>
        </w:rPr>
        <w:t>52:48  koi ghari nahi hai.</w:t>
      </w:r>
      <w:r>
        <w:br/>
      </w:r>
      <w:r>
        <w:rPr>
          <w:sz w:val="20"/>
        </w:rPr>
        <w:t>52:54  jitna zyada aap phir phir honge, utne hi zyada aap ki dua ki qabooliyat ke chances barh jayenge.</w:t>
      </w:r>
      <w:r>
        <w:br/>
      </w:r>
      <w:r>
        <w:rPr>
          <w:sz w:val="20"/>
        </w:rPr>
        <w:t>53:10  maulana, doctor farida khanum jo is waqt kolkata mein hain, unhon ne likha hai: "in the airplane to kolkata, my seat belt got stuck.</w:t>
      </w:r>
      <w:r>
        <w:br/>
      </w:r>
      <w:r>
        <w:rPr>
          <w:sz w:val="20"/>
        </w:rPr>
        <w:t>53:22  a lady going past helped release it</w:t>
      </w:r>
      <w:r>
        <w:br/>
      </w:r>
      <w:r>
        <w:rPr>
          <w:sz w:val="20"/>
        </w:rPr>
        <w:t>53:25  . i decided immediately to give her the quran. she turned out to be a bangladeshi who working temporarily in india.</w:t>
      </w:r>
      <w:r>
        <w:br/>
      </w:r>
      <w:r>
        <w:rPr>
          <w:sz w:val="20"/>
        </w:rPr>
        <w:t>53:34  when she received the quran, she kissed it and said: 'she was very fortunate to receive something so precious.'"</w:t>
      </w:r>
    </w:p>
    <w:p>
      <w:pPr>
        <w:pStyle w:val="Heading2"/>
      </w:pPr>
      <w:r>
        <w:t>Failing to pray despite CPS mission work</w:t>
      </w:r>
    </w:p>
    <w:p>
      <w:r>
        <w:rPr>
          <w:color w:val="666666"/>
          <w:sz w:val="18"/>
        </w:rPr>
        <w:t>Worship · 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Fasting: ritual or spiritual observanc?</w:t>
      </w:r>
    </w:p>
    <w:p>
      <w:r>
        <w:rPr>
          <w:color w:val="666666"/>
          <w:sz w:val="18"/>
        </w:rPr>
        <w:t>Worship · From The Spiritual Tree August 8, 2010 · 1m 10s · at 1:11:28 · https://youtu.be/H6e9NOrqgHI?t=4288</w:t>
      </w:r>
    </w:p>
    <w:p>
      <w:r>
        <w:rPr>
          <w:i/>
        </w:rPr>
        <w:t>“Is fasting a ritual act rathr than a spiritual act? Kindly advise us how to observe fast with the true spirit.”</w:t>
      </w:r>
    </w:p>
    <w:p>
      <w:r>
        <w:rPr>
          <w:sz w:val="20"/>
        </w:rPr>
        <w:t>1:11:28  maulana, agla sawal mister arshad jamal ne kiya hai nai dilli se. unhon ne likha hai ke "ar fast is a ritual act rather than a spiritual act".</w:t>
      </w:r>
      <w:r>
        <w:br/>
      </w:r>
      <w:r>
        <w:rPr>
          <w:sz w:val="20"/>
        </w:rPr>
        <w:t>1:11:40  kindly advise us how to observe fast with the true spirit. bhai, is mein advise kya hai?</w:t>
      </w:r>
      <w:r>
        <w:br/>
      </w:r>
      <w:r>
        <w:rPr>
          <w:sz w:val="20"/>
        </w:rPr>
        <w:t>1:11:50  is mein yahi ke kitabein parhiye. hamari kitab likhi hai "som ramzan", is ko parhiye aap aur hadith ko mutala kijiyye aap.</w:t>
      </w:r>
      <w:r>
        <w:br/>
      </w:r>
      <w:r>
        <w:rPr>
          <w:sz w:val="20"/>
        </w:rPr>
        <w:t>1:11:58  to yaani ke yeh hain masail aur yeh hain is ki, yaani yeh hain haqeeqat roza aur yeh hai ke masail roza.</w:t>
      </w:r>
      <w:r>
        <w:br/>
      </w:r>
      <w:r>
        <w:rPr>
          <w:sz w:val="20"/>
        </w:rPr>
        <w:t>1:12:09  to dono cheezein maujood hain kitabon mein. aap parhiye is ko. masail roza janna hai to woh bhi kitabein maujood hain. aur roze ki jo rooh hai, us ki jo spirit hai, woh janna hai, woh bhi maujood hai kitabon mein.</w:t>
      </w:r>
      <w:r>
        <w:br/>
      </w:r>
      <w:r>
        <w:rPr>
          <w:sz w:val="20"/>
        </w:rPr>
        <w:t>1:12:21  quran ko parh kar aap jaan sakte hain. hamari kitab chhapi hui hai, kya naam tha kitab ka? "som ramzan". "som ramzan" is ko parhiye aap. yeh sab cheezein ke mutala karne se maloom hoti hain.</w:t>
      </w:r>
      <w:r>
        <w:br/>
      </w:r>
      <w:r>
        <w:rPr>
          <w:sz w:val="20"/>
        </w:rPr>
        <w:t>1:12:33  sirf ek sawal, ek jawab se nahi maloom hoti yeh sab cheezein. aap is ki study kijiyye is kitab ki</w:t>
      </w:r>
      <w:r>
        <w:br/>
      </w:r>
      <w:r>
        <w:rPr>
          <w:sz w:val="20"/>
        </w:rPr>
        <w:t>1:12:39  "som ramzan". yeh mil gayi aap koi good word mein. maulana, agla sawal kya hai mr ameenuddin qazi ne delhi se.</w:t>
      </w:r>
    </w:p>
    <w:p>
      <w:pPr>
        <w:pStyle w:val="Heading2"/>
      </w:pPr>
      <w:r>
        <w:t>Form vs spirit in prayer?</w:t>
      </w:r>
    </w:p>
    <w:p>
      <w:r>
        <w:rPr>
          <w:color w:val="666666"/>
          <w:sz w:val="18"/>
        </w:rPr>
        <w:t>Worship · Age of Peace November 18, 2012 · 4m 15s · at 58:10 · https://youtu.be/Y9nkQnBqbrs?t=3490</w:t>
      </w:r>
    </w:p>
    <w:p>
      <w:r>
        <w:rPr>
          <w:i/>
        </w:rPr>
        <w:t>“The form of prayer varies from one group to another. Every group claims that their form is the correct one. I have heard of you saying that it is the spirit of prayer which matters and not the form. Would it be correct to ignore the form and concentrate on spirit only? What is your comment?”</w:t>
      </w:r>
    </w:p>
    <w:p>
      <w:r>
        <w:rPr>
          <w:sz w:val="20"/>
        </w:rPr>
        <w:t>58:10  Maulana, yeh sawal aaya hai Kashmir se Aamir Jan sahib ka. Unhone likha hai: "form of a prayer varies from one group to another.</w:t>
      </w:r>
      <w:r>
        <w:br/>
      </w:r>
      <w:r>
        <w:rPr>
          <w:sz w:val="20"/>
        </w:rPr>
        <w:t>58:23  Every group claims that their form is the correct one." Maulana sahib, I have heard of you saying that it is the spirit of namaz which matters and not the form.</w:t>
      </w:r>
      <w:r>
        <w:br/>
      </w:r>
      <w:r>
        <w:rPr>
          <w:sz w:val="20"/>
        </w:rPr>
        <w:t>58:35  wud it bi correct to ignore da form and concentrate on spirit only? what is your comment? dekhiye, form mein farq ka matlab yeh nahi ke poore form mein farq hai.</w:t>
      </w:r>
      <w:r>
        <w:br/>
      </w:r>
      <w:r>
        <w:rPr>
          <w:sz w:val="20"/>
        </w:rPr>
        <w:t>58:49  kuchh bahut hi travel cheezon mein farq hai, juzwi cheezon mein. maslan yeh ke haath niyat baandh yahan rakhein, yeh yahan rakhein.</w:t>
      </w:r>
      <w:r>
        <w:br/>
      </w:r>
      <w:r>
        <w:rPr>
          <w:sz w:val="20"/>
        </w:rPr>
        <w:t>59:01  yeh to bilkul travel baat hai, bahut hi juzwi baat hai.</w:t>
      </w:r>
      <w:r>
        <w:br/>
      </w:r>
      <w:r>
        <w:rPr>
          <w:sz w:val="20"/>
        </w:rPr>
        <w:t>59:07  to isi tarah ki kuchh cheezon hain jo bahut hi juzwi hain, un mein farq hai. yaani ke poore poore form mein farq hai.</w:t>
      </w:r>
      <w:r>
        <w:br/>
      </w:r>
      <w:r>
        <w:rPr>
          <w:sz w:val="20"/>
        </w:rPr>
        <w:t>59:18  to is liye farq hai woh juzwi cheezon mein. khud sahaba ke darmiyan mein yeh farq maujood tha. aisa nahi ke baad ke logon ne is ko ejaad kar liya hai, ejaad nahi kiya hai.</w:t>
      </w:r>
      <w:r>
        <w:br/>
      </w:r>
      <w:r>
        <w:rPr>
          <w:sz w:val="20"/>
        </w:rPr>
        <w:t>59:32  sirf yeh hai ke unhon ne ke unhon ne israr kiya ke yeh sahi hai, woh nahi</w:t>
      </w:r>
      <w:r>
        <w:br/>
      </w:r>
      <w:r>
        <w:rPr>
          <w:sz w:val="20"/>
        </w:rPr>
        <w:t>59:36  sahi hai. matlab yeh, yahan yahan haath baandhna sahi hai, yahan baandhna galat hai. israr mein logon ne izafa kiya hai, khud form mein nahi.</w:t>
      </w:r>
      <w:r>
        <w:br/>
      </w:r>
      <w:r>
        <w:rPr>
          <w:sz w:val="20"/>
        </w:rPr>
        <w:t>59:46  yeh baat samajh lijiye aap ke sahaba jo thay, jo taqreeban do lakh ki tadad thi un ki, to rasool Allah ko dekha tha unhon ne.</w:t>
      </w:r>
      <w:r>
        <w:br/>
      </w:r>
      <w:r>
        <w:rPr>
          <w:sz w:val="20"/>
        </w:rPr>
        <w:t>59:59  to baad ke zamane mein logon ne paya hai ke sahaba jab namaz parhte hain to basically to form ek hi hota hai, basically. lekin kuchh juzwi cheezon mein farq hota hai.</w:t>
      </w:r>
      <w:r>
        <w:br/>
      </w:r>
      <w:r>
        <w:rPr>
          <w:sz w:val="20"/>
        </w:rPr>
        <w:t>1:00:12  is juzwi cheezon ko le kar ke lage behas karne lagay. halankeh hadith maujood thi ke ashabi kanzum biayham iqtadayt ijtahadt.</w:t>
      </w:r>
      <w:r>
        <w:br/>
      </w:r>
      <w:r>
        <w:rPr>
          <w:sz w:val="20"/>
        </w:rPr>
        <w:t>1:00:25  mere sahabi jo hain, sab ke sab sitaron ke manind hain, un mein se jis ki pairwi karoge to hidayat par raho ge.</w:t>
      </w:r>
      <w:r>
        <w:br/>
      </w:r>
      <w:r>
        <w:rPr>
          <w:sz w:val="20"/>
        </w:rPr>
        <w:t>1:00:33  to woh is mein behas karne tha hi nahi. woh samjhe yeh bhi theek hai, woh bhi theek hai. yahan baandh lo tab bhi theek hai, yahan baandh lo tab bhi theek hai.</w:t>
      </w:r>
      <w:r>
        <w:br/>
      </w:r>
      <w:r>
        <w:rPr>
          <w:sz w:val="20"/>
        </w:rPr>
        <w:t>1:00:44  haath uthao tab bhi theek hai, na uthao tab bhi theek hai. kuchh juzwi cheezon mein farq tha. yeh masla yeh hai ke saare form mein farq tha aur khwamkhwah ki behas chhod di.</w:t>
      </w:r>
      <w:r>
        <w:br/>
      </w:r>
      <w:r>
        <w:rPr>
          <w:sz w:val="20"/>
        </w:rPr>
        <w:t>1:00:56  yeh to form mein farq galat nahi tha.</w:t>
      </w:r>
      <w:r>
        <w:br/>
      </w:r>
      <w:r>
        <w:rPr>
          <w:sz w:val="20"/>
        </w:rPr>
        <w:t>1:01:00  form mein yeh behas nikalna galat tha ke bas yahi sahi hai, woh nahi theek hai. jaise namaz mein khade hote hain to aise hi hanafi log jo hain, aise khade hote hain seedhe, aur aur jo salafi log hain, woh paon phailate hain.</w:t>
      </w:r>
      <w:r>
        <w:br/>
      </w:r>
      <w:r>
        <w:rPr>
          <w:sz w:val="20"/>
        </w:rPr>
        <w:t>1:01:18  to yeh bhi theek hai, woh bhi theek hai. is mein kya hai? paon phailao to namaz ho gayi, na phailao to nahi hui. to chhoti chhoti baat, chhoti chhoti baaton ko logon ne is ko itna itna ahmiyat diya ke to yeh hai ghulu,</w:t>
      </w:r>
      <w:r>
        <w:br/>
      </w:r>
      <w:r>
        <w:rPr>
          <w:sz w:val="20"/>
        </w:rPr>
        <w:t>1:01:34  extremism.</w:t>
      </w:r>
      <w:r>
        <w:br/>
      </w:r>
      <w:r>
        <w:rPr>
          <w:sz w:val="20"/>
        </w:rPr>
        <w:t>1:01:36  to farq galat nahi hai, extremes galat hai. ghulu karna</w:t>
      </w:r>
      <w:r>
        <w:br/>
      </w:r>
      <w:r>
        <w:rPr>
          <w:sz w:val="20"/>
        </w:rPr>
        <w:t>1:01:43  isi liye meri kitab hai "tajdeedeen", is mein maine likha hai ke yeh bhi theek hai, woh bhi theek hai. is mein maine apni baat nahi likhi hai, matlab yeh ke jo ulama yeh kehte hain, un ko naqal kiya hai maine ke kuchh ulama thay jinhon ne israr kiya ke ek hi theek hai, doosra theek nahi hai.</w:t>
      </w:r>
      <w:r>
        <w:br/>
      </w:r>
      <w:r>
        <w:rPr>
          <w:sz w:val="20"/>
        </w:rPr>
        <w:t>1:02:04  kuchh aur ulama thay, woh kehte hain yeh bhi theek hai, woh bhi theek hai. to wohi ulama sahi thay jinhon ne kaha ke yeh bhi theek hai, woh bhi theek hai. to jhagda is liye nahi hai ke form mein farq hai, jhagda is liye hai ke logon ne ghulu kiya.</w:t>
      </w:r>
      <w:r>
        <w:br/>
      </w:r>
      <w:r>
        <w:rPr>
          <w:sz w:val="20"/>
        </w:rPr>
        <w:t>1:02:20  ghulu na kiye to koi masla hi nahi hai.</w:t>
      </w:r>
    </w:p>
    <w:p>
      <w:pPr>
        <w:pStyle w:val="Heading2"/>
      </w:pPr>
      <w:r>
        <w:t>Form vs spirit in worship among People of Book</w:t>
      </w:r>
    </w:p>
    <w:p>
      <w:r>
        <w:rPr>
          <w:color w:val="666666"/>
          <w:sz w:val="18"/>
        </w:rPr>
        <w:t>Worship · Revival and Revivalist June 7, 2015 · 1m 25s · at 53:45 · https://youtu.be/MCY8AJ87BXc?t=3225</w:t>
      </w:r>
    </w:p>
    <w:p>
      <w:r>
        <w:rPr>
          <w:i/>
        </w:rPr>
        <w:t>“Nowdays Musims are laing graet emphasis on form in their worship. How does this tendeny develop in the People of the Book? Why does the spirit get lost in later generations of the People of the Book? Please explain.”</w:t>
      </w:r>
    </w:p>
    <w:p>
      <w:r>
        <w:rPr>
          <w:sz w:val="20"/>
        </w:rPr>
        <w:t>53:45  mani yeh agla sawal kiya hai doctor fareeda khanum ne dehli se. nowadays muslims are laying great emphasis on form in their worship.</w:t>
      </w:r>
      <w:r>
        <w:br/>
      </w:r>
      <w:r>
        <w:rPr>
          <w:sz w:val="20"/>
        </w:rPr>
        <w:t>53:57  how this tendency develops in the people of the book? why the spirit gets lost in later generations of the people of the book?</w:t>
      </w:r>
      <w:r>
        <w:br/>
      </w:r>
      <w:r>
        <w:rPr>
          <w:sz w:val="20"/>
        </w:rPr>
        <w:t>54:07  please explain. dekhiye, yehhi yehhi hamesha hota hai.</w:t>
      </w:r>
      <w:r>
        <w:br/>
      </w:r>
      <w:r>
        <w:rPr>
          <w:sz w:val="20"/>
        </w:rPr>
        <w:t>54:12  pichhli ummaton mein bhi hua, musalmanon mein bhi hua. kyunke jab spirit khatam hoti hai to tab bhi deen baqi rehta hai, lekin form ke aitbar se baqi rehta hai.</w:t>
      </w:r>
      <w:r>
        <w:br/>
      </w:r>
      <w:r>
        <w:rPr>
          <w:sz w:val="20"/>
        </w:rPr>
        <w:t>54:25  kabhi bhi deen khatam nahi hota, spirit khatam hoti hai. to mujaddid ka kaam yeh hai ke spirit ko revive karein. woh form ko revive karne ki zaroorat hi nahi hai, woh to already maujood hota hai hamesha.</w:t>
      </w:r>
      <w:r>
        <w:br/>
      </w:r>
      <w:r>
        <w:rPr>
          <w:sz w:val="20"/>
        </w:rPr>
        <w:t>54:38  to mujaddid ka kaam asal mein sach poochhein to revive karna hai spirit ko, aur yeh hamesha jari rahega. kyunke ek rasool Allah sallallahu alaihi wasallam ne kuch logon ke darmiyan kaam kiya, un mein aap ne spirit paida ki.</w:t>
      </w:r>
      <w:r>
        <w:br/>
      </w:r>
      <w:r>
        <w:rPr>
          <w:sz w:val="20"/>
        </w:rPr>
        <w:t>54:54  to hamesha jadid jadid rehte hain, nahi mar jate hain. woh phir un ke bete, phir un ke pote. to baad ki naslon mein kabhi bhi woh spirit baqi nahi rehti.</w:t>
      </w:r>
      <w:r>
        <w:br/>
      </w:r>
      <w:r>
        <w:rPr>
          <w:sz w:val="20"/>
        </w:rPr>
        <w:t>55:04  form to rehta hai, lekin spirit nahi baqi rehti. to tajdid haqiqatan baad ki naslon ke mein aata</w:t>
      </w:r>
    </w:p>
    <w:p>
      <w:pPr>
        <w:pStyle w:val="Heading2"/>
      </w:pPr>
      <w:r>
        <w:t>Hajj or worship in someone else's name</w:t>
      </w:r>
    </w:p>
    <w:p>
      <w:r>
        <w:rPr>
          <w:color w:val="666666"/>
          <w:sz w:val="18"/>
        </w:rPr>
        <w:t>Worship · Roza (Fasting) Shock May 26, 2019 · 1m 01s · at 40:31 · https://youtu.be/GXYhGriFRpM?t=2431</w:t>
      </w:r>
    </w:p>
    <w:p>
      <w:r>
        <w:rPr>
          <w:i/>
        </w:rPr>
        <w:t>“We have been hearing since childhood that Umrah and Hajj can be performed in someone else's name. Similarly, if a child prays or performs any worship in the name of his father or mother, is there any reality to this from the Quran and authentic hadith? Not at all, not at all, not at all. No, no, no, not in Quran, nor in hadith. This is a religion made up by Muslims themselves, they made it up themselves.”</w:t>
      </w:r>
    </w:p>
    <w:p>
      <w:r>
        <w:rPr>
          <w:sz w:val="20"/>
        </w:rPr>
        <w:t>40:31  maulana, agla sawal bheja hai shamrez iqbal sahib ne. unhon ne location nahi likhi hai. un ka sawal hai: "hum bachpan se sunte aa rahe hain ke kisi ke naam se umrah aur hajj kiya ja sakta hai.</w:t>
      </w:r>
      <w:r>
        <w:br/>
      </w:r>
      <w:r>
        <w:rPr>
          <w:sz w:val="20"/>
        </w:rPr>
        <w:t>40:46  jaise koi bachcha apne baap ya maa ke naam se koi nafl parh kar ya koi ibadat kar le, kya isi ki koi kya is ki koi quran aur sahih hadith se haqeeqat hai?</w:t>
      </w:r>
      <w:r>
        <w:br/>
      </w:r>
      <w:r>
        <w:rPr>
          <w:sz w:val="20"/>
        </w:rPr>
        <w:t>41:00  " hargiz nahi, hargiz nahi, hargiz nahi. nahi, nahi, nahi, koi quran mein nahi, hadith mein. yeh musalmanon ka apna banaya hua deen hai, khud hi khud bana liya hai.</w:t>
      </w:r>
      <w:r>
        <w:br/>
      </w:r>
      <w:r>
        <w:rPr>
          <w:sz w:val="20"/>
        </w:rPr>
        <w:t>41:14  aap koi aisi baat jo aap ko sunne mein aati ho to aap quran mein dhoondhiye, tab samjhein ke woh haq hai.</w:t>
      </w:r>
      <w:r>
        <w:br/>
      </w:r>
      <w:r>
        <w:rPr>
          <w:sz w:val="20"/>
        </w:rPr>
        <w:t>41:24  woh na samjhein ke woh banawati hai. is mein sawal karne ki zarurat hi nahi. aap quran kholiye aur nikaliye.</w:t>
      </w:r>
    </w:p>
    <w:p>
      <w:pPr>
        <w:pStyle w:val="Heading2"/>
      </w:pPr>
      <w:r>
        <w:t>Head covering rules for women in namaz</w:t>
      </w:r>
    </w:p>
    <w:p>
      <w:r>
        <w:rPr>
          <w:color w:val="666666"/>
          <w:sz w:val="18"/>
        </w:rPr>
        <w:t>Worship · Realization of God September 15, 2013 · 1m 00s · at 1:05:41 · https://youtu.be/CNEEeM5uyi8?t=3941</w:t>
      </w:r>
    </w:p>
    <w:p>
      <w:r>
        <w:rPr>
          <w:i/>
        </w:rPr>
        <w:t>“I know caps have no importance in namaz for men, but I want to know whether covering head is compulsory for women during namaz. Secondly, during adhan time, is it important to cover head? Is it a sunnah?”</w:t>
      </w:r>
    </w:p>
    <w:p>
      <w:r>
        <w:rPr>
          <w:sz w:val="20"/>
        </w:rPr>
        <w:t>1:05:41  Maulana, yeh sawal aaya hai Miss Attia ka, Ferozpur, Punjab se. Unhone likha hai: "Cap caps no importance in namaz for men, but I want to know whether covering head is compulsory for women or not during namaz.</w:t>
      </w:r>
      <w:r>
        <w:br/>
      </w:r>
      <w:r>
        <w:rPr>
          <w:sz w:val="20"/>
        </w:rPr>
        <w:t>1:05:59  Secondly, during azan time, is it important to cover head or not? Is it a sunnat?" Dekhiye, in baaton par main yahan par kuch nahi</w:t>
      </w:r>
      <w:r>
        <w:br/>
      </w:r>
      <w:r>
        <w:rPr>
          <w:sz w:val="20"/>
        </w:rPr>
        <w:t>1:06:10  kahunga. Main yeh arz karoon ke hamari kai kitabon mein namaz ke bare mein tafseelat hum ne batai hain, to aap usko padhiye. To namaz par to beshumar kitabein hain.</w:t>
      </w:r>
      <w:r>
        <w:br/>
      </w:r>
      <w:r>
        <w:rPr>
          <w:sz w:val="20"/>
        </w:rPr>
        <w:t>1:06:21  agar aap doosron ko janna chahte hain to un ki kitaben parh lijiyega. aap doosron ke khayalat kya hain? jo meri study hai, jo meri tehqeeq hai, jo maine quran o sunnat ke mutale se paya hai, us ko maine apni kitabon mein likh diya hai.</w:t>
      </w:r>
      <w:r>
        <w:br/>
      </w:r>
      <w:r>
        <w:rPr>
          <w:sz w:val="20"/>
        </w:rPr>
        <w:t>1:06:35  us ko pehle aap parhiye, us ke parhne ke baad aap sawal kijiye.</w:t>
      </w:r>
    </w:p>
    <w:p>
      <w:pPr>
        <w:pStyle w:val="Heading2"/>
      </w:pPr>
      <w:r>
        <w:t>Hifz at 12 vs daily recitation</w:t>
      </w:r>
    </w:p>
    <w:p>
      <w:r>
        <w:rPr>
          <w:color w:val="666666"/>
          <w:sz w:val="18"/>
        </w:rPr>
        <w:t>Worship · Q&amp;A 11 Jul 2010 Maulana Wahiduddin Khan · 3m 19s · at 25:05 · https://youtu.be/UHtdtzGGwFQ?t=1505</w:t>
      </w:r>
    </w:p>
    <w:p>
      <w:r>
        <w:rPr>
          <w:i/>
        </w:rPr>
        <w:t>“Is it better for a child to do hifz at the age of 12 or to do what I am doing with my son?”</w:t>
      </w:r>
    </w:p>
    <w:p>
      <w:r>
        <w:rPr>
          <w:sz w:val="20"/>
        </w:rPr>
        <w:t>25:05  molana, un ka ek aur sawal hai. unhon ne likha hai: "molana, here in the west, many muslims want that children memorize quran at the very young age." "i personally make my son to recite three ruku with english translation of the quran every day.</w:t>
      </w:r>
      <w:r>
        <w:br/>
      </w:r>
      <w:r>
        <w:rPr>
          <w:sz w:val="20"/>
        </w:rPr>
        <w:t>25:25  i have noticed that it has very good effect on him." molana sahib, my question to you is that is it better for a child to do hifz at the age of 12 or to do what i am doing with my son?</w:t>
      </w:r>
      <w:r>
        <w:br/>
      </w:r>
      <w:r>
        <w:rPr>
          <w:sz w:val="20"/>
        </w:rPr>
        <w:t>25:40  aap theek kar rahi hain, yeh karna chahiye. hifz to mein samajhta hoon ke puranay zamanay ki baat hai. ab to hifz kuch logon ko karna chahiye taake taraweeh parhanay ke liye.</w:t>
      </w:r>
      <w:r>
        <w:br/>
      </w:r>
      <w:r>
        <w:rPr>
          <w:sz w:val="20"/>
        </w:rPr>
        <w:t>25:52  bas. aur jo hai woh den dead index maujood hai. mere paas quran ka index hai. jab chahoon ayat nikaal leta hoon.</w:t>
      </w:r>
      <w:r>
        <w:br/>
      </w:r>
      <w:r>
        <w:rPr>
          <w:sz w:val="20"/>
        </w:rPr>
        <w:t>26:00  bas. printing press jab nayi aaya tha, quran jab mehfooz honay mein shakk hota tha, kahin mehfooz na rahay.</w:t>
      </w:r>
      <w:r>
        <w:br/>
      </w:r>
      <w:r>
        <w:rPr>
          <w:sz w:val="20"/>
        </w:rPr>
        <w:t>26:10  ab kya, ab to kuch bhi nahi, quran mehfooz ho gaya. ab yeh nahi ke har aadmi hifz kare, har aadmi hifz kare.</w:t>
      </w:r>
      <w:r>
        <w:br/>
      </w:r>
      <w:r>
        <w:rPr>
          <w:sz w:val="20"/>
        </w:rPr>
        <w:t>26:16  ek ek bohat hi ghalat aqeedah baitha hai logon ko ke ek haafiz jo hai poori family ko bakhshwayega. yeh bilkul baseless baat hai ke ek family mein agar ek haafiz ban jaye to poori family ko bakhshwayega.</w:t>
      </w:r>
      <w:r>
        <w:br/>
      </w:r>
      <w:r>
        <w:rPr>
          <w:sz w:val="20"/>
        </w:rPr>
        <w:t>26:30  woh khud hi is ki bakhshish doubt ful hai, woh doosron ke paas bakhshwayega.</w:t>
      </w:r>
      <w:r>
        <w:br/>
      </w:r>
      <w:r>
        <w:rPr>
          <w:sz w:val="20"/>
        </w:rPr>
        <w:t>26:35  to yeh sab bilkul ghalat baatein hain. aap jo kar rahi hain, woh theek kar rahi hain. quran ki study karna hai, hifz karna nahi hai.</w:t>
      </w:r>
      <w:r>
        <w:br/>
      </w:r>
      <w:r>
        <w:rPr>
          <w:sz w:val="20"/>
        </w:rPr>
        <w:t>26:45  yeh to musalmanon ne ek ek bid'at nikaal rakhi hai. pehle jab ke quran mehfooz nahi tha, printing press se pehle, to bohat zaroori tha ke bohat saare logon ka quran yaad rahay.</w:t>
      </w:r>
      <w:r>
        <w:br/>
      </w:r>
      <w:r>
        <w:rPr>
          <w:sz w:val="20"/>
        </w:rPr>
        <w:t>26:59  ab to printing press ke zamanay mein quran mehfooz ho chuka hai, bilkul hi mehfooz hai. dekhein, farq kya hai? pehle har quran ka ek copy alag se banani parti thi.</w:t>
      </w:r>
      <w:r>
        <w:br/>
      </w:r>
      <w:r>
        <w:rPr>
          <w:sz w:val="20"/>
        </w:rPr>
        <w:t>27:13  yaani ek copy bananay mein aap ko poora time lagta tha, woh ek hi copy aap bana paate thay. woh bas. ab woh chahe is mein mahina lagay, aaye saal bhar lagay.</w:t>
      </w:r>
      <w:r>
        <w:br/>
      </w:r>
      <w:r>
        <w:rPr>
          <w:sz w:val="20"/>
        </w:rPr>
        <w:t>27:23  ab kya hai?</w:t>
      </w:r>
      <w:r>
        <w:br/>
      </w:r>
      <w:r>
        <w:rPr>
          <w:sz w:val="20"/>
        </w:rPr>
        <w:t>27:25  ek copy tayyar kar lijiye, aap is ki verify kar lijiye, khoob khoob aalimoon ko dikha kar, dikha kar ke. jab pata chala ke is ka farishta sab theek hai, ek dam durust hai, us ko daal diye press mein, aap ko billion copy nikal aayegi is ki.</w:t>
      </w:r>
      <w:r>
        <w:br/>
      </w:r>
      <w:r>
        <w:rPr>
          <w:sz w:val="20"/>
        </w:rPr>
        <w:t>27:41  yaani ek</w:t>
      </w:r>
      <w:r>
        <w:br/>
      </w:r>
      <w:r>
        <w:rPr>
          <w:sz w:val="20"/>
        </w:rPr>
        <w:t>27:43  corrected copy ki billion copy nikal aayegi. to quran mehfooz ho gaya. ab to sirf taraweeh ke liye ya quran ki tarah namaz parhanay ke liye zaroorat hai.</w:t>
      </w:r>
      <w:r>
        <w:br/>
      </w:r>
      <w:r>
        <w:rPr>
          <w:sz w:val="20"/>
        </w:rPr>
        <w:t>27:55  to individual level par aadmi kuch suratein is ko yaad hon. yeh jo mujhe mein ne para panch para aakhir ka mein yaad kiya tha, mein ne</w:t>
      </w:r>
      <w:r>
        <w:br/>
      </w:r>
      <w:r>
        <w:rPr>
          <w:sz w:val="20"/>
        </w:rPr>
        <w:t>28:04  namaz parhnay ke liye. namaz parhnay ke liye bas. mein ne jahan tak quran ke aayaton ko dhoondnay ki baat hai, to ab index maujood hai. warna aap jo kar rahi hain, bilkul sahi kar rahi hain.</w:t>
      </w:r>
      <w:r>
        <w:br/>
      </w:r>
      <w:r>
        <w:rPr>
          <w:sz w:val="20"/>
        </w:rPr>
        <w:t>28:16  aur doosray log jo ek rasam bana rakhi hai hifz karwanay ki, bilkul baseless hai.</w:t>
      </w:r>
    </w:p>
    <w:p>
      <w:pPr>
        <w:pStyle w:val="Heading2"/>
      </w:pPr>
      <w:r>
        <w:t>History and importance of the Black Stone</w:t>
      </w:r>
    </w:p>
    <w:p>
      <w:r>
        <w:rPr>
          <w:color w:val="666666"/>
          <w:sz w:val="18"/>
        </w:rPr>
        <w:t>Worship · Realisation of God January 19, 2014 · 1m 25s · at 52:06 · https://youtu.be/uIn3AfDkk6Y?t=3126</w:t>
      </w:r>
    </w:p>
    <w:p>
      <w:r>
        <w:rPr>
          <w:i/>
        </w:rPr>
        <w:t>“Please tell us about the Black Stone. What is its history and importance?”</w:t>
      </w:r>
    </w:p>
    <w:p>
      <w:r>
        <w:rPr>
          <w:sz w:val="20"/>
        </w:rPr>
        <w:t>52:06  maulana, agla sawal dhampur se hai mehtab sahab ka. mehtab ahmed sahab ka. unhone likha hai: "maulana, please tell us about sang-e-aswad.</w:t>
      </w:r>
      <w:r>
        <w:br/>
      </w:r>
      <w:r>
        <w:rPr>
          <w:sz w:val="20"/>
        </w:rPr>
        <w:t>52:17  what is its history and importance?" sang-e-aswad, hajar-e-aswad.</w:t>
      </w:r>
      <w:r>
        <w:br/>
      </w:r>
      <w:r>
        <w:rPr>
          <w:sz w:val="20"/>
        </w:rPr>
        <w:t>52:24  bhai, is mein jo bani tehqeeq hai, woh yeh hai ke ajeeb ghareeb qism ke afsaane is ke bare mein hain. mislan kehte hain ke aaya tha aasman se to safed tha aur insaanon ke gunah se kala ho gaya.</w:t>
      </w:r>
      <w:r>
        <w:br/>
      </w:r>
      <w:r>
        <w:rPr>
          <w:sz w:val="20"/>
        </w:rPr>
        <w:t>52:37  yeh bilkul afsaana hai, is ki koi haqeeqat nahi hai. to sang hajar-e-aswad ke bare mein jitne bhi hain, woh sab afsaane hain.</w:t>
      </w:r>
      <w:r>
        <w:br/>
      </w:r>
      <w:r>
        <w:rPr>
          <w:sz w:val="20"/>
        </w:rPr>
        <w:t>52:46  mere nazdeek is ki qissa sirf itni hai ke woh ek jab hazrat ibrahim ne kaaba banaya to hazrat ismail ne kaha chunke is mein tawaf karna tha,</w:t>
      </w:r>
      <w:r>
        <w:br/>
      </w:r>
      <w:r>
        <w:rPr>
          <w:sz w:val="20"/>
        </w:rPr>
        <w:t>53:01  tawaf karne ke liye ek point chahiye jahan se aap shuru karein. saat saat ginti ko shuru karein, ek point chahiye tha, ek different colour ka patthar chahiye tha un ko.</w:t>
      </w:r>
      <w:r>
        <w:br/>
      </w:r>
      <w:r>
        <w:rPr>
          <w:sz w:val="20"/>
        </w:rPr>
        <w:t>53:13  d</w:t>
      </w:r>
      <w:r>
        <w:br/>
      </w:r>
      <w:r>
        <w:rPr>
          <w:sz w:val="20"/>
        </w:rPr>
        <w:t>53:14  ifferent colour ka patthar to unhone dhoond kar ke ek kaale rang ka patthar laye aur chipkaye, woh is ko daal daal diya. to bas woh different colour ka patthar hai, bas aur kuch nahi hai.</w:t>
      </w:r>
      <w:r>
        <w:br/>
      </w:r>
      <w:r>
        <w:rPr>
          <w:sz w:val="20"/>
        </w:rPr>
        <w:t>53:23  jitne afsaane hain, woh sab bhi baseless hain, un ko koi asal nahi hai.</w:t>
      </w:r>
    </w:p>
    <w:p>
      <w:pPr>
        <w:pStyle w:val="Heading2"/>
      </w:pPr>
      <w:r>
        <w:t>How to achieve khushu in prayer?</w:t>
      </w:r>
    </w:p>
    <w:p>
      <w:r>
        <w:rPr>
          <w:color w:val="666666"/>
          <w:sz w:val="18"/>
        </w:rPr>
        <w:t>Worship · The Spirit of Namaz | May 21, 2017 · 34s · at 49:30 · https://youtu.be/xN9SA_q272Y?t=2970</w:t>
      </w:r>
    </w:p>
    <w:p>
      <w:r>
        <w:rPr>
          <w:i/>
        </w:rPr>
        <w:t>“How to bring khushu (concentration) in prayer?”</w:t>
      </w:r>
    </w:p>
    <w:p>
      <w:r>
        <w:rPr>
          <w:sz w:val="20"/>
        </w:rPr>
        <w:t>49:30  pehla sawal bheja hai south korea se ismatullah sahib, jo is waqt program dekh rahe hain.</w:t>
      </w:r>
      <w:r>
        <w:br/>
      </w:r>
      <w:r>
        <w:rPr>
          <w:sz w:val="20"/>
        </w:rPr>
        <w:t>49:35  unhone likha hai: "namaz ki khushu lane ka tarika batayein maulana sahib. mein arz karta hoon ke aap</w:t>
      </w:r>
      <w:r>
        <w:br/>
      </w:r>
      <w:r>
        <w:rPr>
          <w:sz w:val="20"/>
        </w:rPr>
        <w:t>49:40  aaj ka jo program tha, us ko bar bar suniye.</w:t>
      </w:r>
      <w:r>
        <w:br/>
      </w:r>
      <w:r>
        <w:rPr>
          <w:sz w:val="20"/>
        </w:rPr>
        <w:t>49:46  to is ka maqsad yahi tha, aaj ke aaj ki talk ka maqsad yahi tha.</w:t>
      </w:r>
      <w:r>
        <w:br/>
      </w:r>
      <w:r>
        <w:rPr>
          <w:sz w:val="20"/>
        </w:rPr>
        <w:t>49:52  to mein yeh mashwara doonga ke aaj ki jo talk thi, us ko aap bar bar suniye,</w:t>
      </w:r>
      <w:r>
        <w:br/>
      </w:r>
      <w:r>
        <w:rPr>
          <w:sz w:val="20"/>
        </w:rPr>
        <w:t>49:58  download kar ke.</w:t>
      </w:r>
    </w:p>
    <w:p>
      <w:pPr>
        <w:pStyle w:val="Heading2"/>
      </w:pPr>
      <w:r>
        <w:t>How to observe the spirit of Ramadan</w:t>
      </w:r>
    </w:p>
    <w:p>
      <w:r>
        <w:rPr>
          <w:color w:val="666666"/>
          <w:sz w:val="18"/>
        </w:rPr>
        <w:t>Worship · Peace of Mind June 29, 2014 · 46s · at 1:07:37 · https://youtu.be/oVwRc_FcAGk?t=4057</w:t>
      </w:r>
    </w:p>
    <w:p>
      <w:r>
        <w:rPr>
          <w:i/>
        </w:rPr>
        <w:t>“Tomorrow Ramadan is starting. How can we observe the spirit of Ramadan?”</w:t>
      </w:r>
    </w:p>
    <w:p>
      <w:r>
        <w:rPr>
          <w:sz w:val="20"/>
        </w:rPr>
        <w:t>1:07:37  molana, agla sawal mumabi se aaya hai, aur yeh sawal bhejne wale ne, molana, un ka naam kuliar nahin hai.</w:t>
      </w:r>
      <w:r>
        <w:br/>
      </w:r>
      <w:r>
        <w:rPr>
          <w:sz w:val="20"/>
        </w:rPr>
        <w:t>1:07:46  unhone aap se yeh pucha hai ke kal se ramadan shuru ho rahe hain, aur woh chahte hain ke how, aap yeh bataen ke how we can observe the spirit of Ramadan?</w:t>
      </w:r>
      <w:r>
        <w:br/>
      </w:r>
      <w:r>
        <w:rPr>
          <w:sz w:val="20"/>
        </w:rPr>
        <w:t>1:07:59  hamari kitaben padhie, ramadan par ek puri kitab hamari is ko padhie. yeh ek ek ek ek minut ke sawal jawab se nahin yeh bat kuliar hoti hai.</w:t>
      </w:r>
      <w:r>
        <w:br/>
      </w:r>
      <w:r>
        <w:rPr>
          <w:sz w:val="20"/>
        </w:rPr>
        <w:t>1:08:09  ji, yeh bat jo hai ke ek minut ke andar aap sawal karen, dusra aadmi jawab de de, is se nahin hota. ji, so main ramadan kitab hamari hai, is ko padhie.</w:t>
      </w:r>
      <w:r>
        <w:br/>
      </w:r>
      <w:r>
        <w:rPr>
          <w:sz w:val="20"/>
        </w:rPr>
        <w:t>1:08:21  ji,</w:t>
      </w:r>
    </w:p>
    <w:p>
      <w:pPr>
        <w:pStyle w:val="Heading2"/>
      </w:pPr>
      <w:r>
        <w:t>How to properly thank God</w:t>
      </w:r>
    </w:p>
    <w:p>
      <w:r>
        <w:rPr>
          <w:color w:val="666666"/>
          <w:sz w:val="18"/>
        </w:rPr>
        <w:t>Worship · Quran for All Mankind June 3, 2012 · 1m 29s · at 1:10:34 · https://youtu.be/Gp-53Zjugcg?t=4234</w:t>
      </w:r>
    </w:p>
    <w:p>
      <w:r>
        <w:rPr>
          <w:i/>
        </w:rPr>
        <w:t>“How should we thank God?”</w:t>
      </w:r>
    </w:p>
    <w:p>
      <w:r>
        <w:rPr>
          <w:sz w:val="20"/>
        </w:rPr>
        <w:t>1:10:34  Maulana, agla sawal Lucknow se hai, Mr Adnan sahab ka. unhon ne aap se poocha hai ke "how should we thank God?" is ke baray mein bataein.</w:t>
      </w:r>
      <w:r>
        <w:br/>
      </w:r>
      <w:r>
        <w:rPr>
          <w:sz w:val="20"/>
        </w:rPr>
        <w:t>1:10:43  "how should we thank God?"</w:t>
      </w:r>
      <w:r>
        <w:br/>
      </w:r>
      <w:r>
        <w:rPr>
          <w:sz w:val="20"/>
        </w:rPr>
        <w:t>1:10:47  dekhein, thank ya shukriya, shukriya, hamdi, yeh is ka matlab yeh hai acknowledge karna, eteraaf, yani Allah ka shukar karna.</w:t>
      </w:r>
      <w:r>
        <w:br/>
      </w:r>
      <w:r>
        <w:rPr>
          <w:sz w:val="20"/>
        </w:rPr>
        <w:t>1:11:00  ya asal mein yeh wohi cheez hai jis ko hum kehte hain eteraaf, yani acknowledge karna. to</w:t>
      </w:r>
      <w:r>
        <w:br/>
      </w:r>
      <w:r>
        <w:rPr>
          <w:sz w:val="20"/>
        </w:rPr>
        <w:t>1:11:11  hum ko sab kuch jo mila hai, woh Allah ki taraf se mila hai.</w:t>
      </w:r>
      <w:r>
        <w:br/>
      </w:r>
      <w:r>
        <w:rPr>
          <w:sz w:val="20"/>
        </w:rPr>
        <w:t>1:11:14  hamara wajood, hamara dekhna, hamara bolna, zameen par chalna, phirna, life support system, jo kuch bhi hai, jo kuch bhi hai, sab kuch to woh Allah ki taraf se mila hai.</w:t>
      </w:r>
      <w:r>
        <w:br/>
      </w:r>
      <w:r>
        <w:rPr>
          <w:sz w:val="20"/>
        </w:rPr>
        <w:t>1:11:27  jab is ko hum daryaft karte hain to hum dene wale ka eteraaf karna chahte hain, acknowledge karna chahte hain. is se hum hamare zuban se niklta hai ke Khudaaya tera shukar hai, Alhamdulillah Rabb al-Alameen.</w:t>
      </w:r>
      <w:r>
        <w:br/>
      </w:r>
      <w:r>
        <w:rPr>
          <w:sz w:val="20"/>
        </w:rPr>
        <w:t>1:11:41  to shukar ka matlab hai eteraaf aur kuch nahin.</w:t>
      </w:r>
      <w:r>
        <w:br/>
      </w:r>
      <w:r>
        <w:rPr>
          <w:sz w:val="20"/>
        </w:rPr>
        <w:t>1:11:44  koi yeh purasrar cheez nahin hai, koi mysterious cheez nahin hai.</w:t>
      </w:r>
      <w:r>
        <w:br/>
      </w:r>
      <w:r>
        <w:rPr>
          <w:sz w:val="20"/>
        </w:rPr>
        <w:t>1:11:50  eteraaf aik fitri cheez hai jisay aap kuch mile to aap ka dil kehta hai ke mein is ka eteraaf karoon, is ko acknowledge karoon. isi ka naam hai mazhabi zuban mein shukar.</w:t>
      </w:r>
    </w:p>
    <w:p>
      <w:pPr>
        <w:pStyle w:val="Heading2"/>
      </w:pPr>
      <w:r>
        <w:t>How to spend day and night in Islam</w:t>
      </w:r>
    </w:p>
    <w:p>
      <w:r>
        <w:rPr>
          <w:color w:val="666666"/>
          <w:sz w:val="18"/>
        </w:rPr>
        <w:t>Worship · The Existence of God 2 Feb 2020 - Maulana Wahiduddin Khan · 4m 12s · at 44:45 · https://youtu.be/aXxkHtbysm4?t=2685</w:t>
      </w:r>
    </w:p>
    <w:p>
      <w:r>
        <w:rPr>
          <w:i/>
        </w:rPr>
        <w:t>“How should one spend day and night in Islam? Explain this. The Quran has everything.”</w:t>
      </w:r>
    </w:p>
    <w:p>
      <w:r>
        <w:rPr>
          <w:sz w:val="20"/>
        </w:rPr>
        <w:t>44:45  maulana agla sawal lete hain ye sawal muhammad iqbal bataviya sahib ne bheja hai un unhon ne location</w:t>
      </w:r>
      <w:r>
        <w:br/>
      </w:r>
      <w:r>
        <w:rPr>
          <w:sz w:val="20"/>
        </w:rPr>
        <w:t>44:53  nahi likha hai un ka sawal hai islam mein din aur raat kaise guzaren</w:t>
      </w:r>
      <w:r>
        <w:br/>
      </w:r>
      <w:r>
        <w:rPr>
          <w:sz w:val="20"/>
        </w:rPr>
        <w:t>45:00  is is ke baray mein batayen quran mein sab kuch yehi to hai quran mein</w:t>
      </w:r>
      <w:r>
        <w:br/>
      </w:r>
      <w:r>
        <w:rPr>
          <w:sz w:val="20"/>
        </w:rPr>
        <w:t>45:06  lekin</w:t>
      </w:r>
      <w:r>
        <w:br/>
      </w:r>
      <w:r>
        <w:rPr>
          <w:sz w:val="20"/>
        </w:rPr>
        <w:t>45:07  quran ko aap ko parhna padega creative andaaz mein</w:t>
      </w:r>
      <w:r>
        <w:br/>
      </w:r>
      <w:r>
        <w:rPr>
          <w:sz w:val="20"/>
        </w:rPr>
        <w:t>45:13  quran ko jo aap samjhenge jab aap aap ke andar aap develop karein apne andar creative thinking sun lijiye phir se ke quran ko samajhne ke liye sab se zaroori shart hai ke aap apne andar</w:t>
      </w:r>
      <w:r>
        <w:br/>
      </w:r>
      <w:r>
        <w:rPr>
          <w:sz w:val="20"/>
        </w:rPr>
        <w:t>45:33  paida karen creative thinking</w:t>
      </w:r>
      <w:r>
        <w:br/>
      </w:r>
      <w:r>
        <w:rPr>
          <w:sz w:val="20"/>
        </w:rPr>
        <w:t>45:37  mein aik misaal deta hoon aap ko aap quran kholiyen</w:t>
      </w:r>
      <w:r>
        <w:br/>
      </w:r>
      <w:r>
        <w:rPr>
          <w:sz w:val="20"/>
        </w:rPr>
        <w:t>45:42  to pehla shabd aap ko aaye ga aap ke samnay alhamdulillah rabb alameen</w:t>
      </w:r>
      <w:r>
        <w:br/>
      </w:r>
      <w:r>
        <w:rPr>
          <w:sz w:val="20"/>
        </w:rPr>
        <w:t>45:48  alhamdulillah rabb alameen aap sochen ge ye kon bol raha hai</w:t>
      </w:r>
      <w:r>
        <w:br/>
      </w:r>
      <w:r>
        <w:rPr>
          <w:sz w:val="20"/>
        </w:rPr>
        <w:t>45:54  koi jab aik awaz hai to koi bolne wala hona chahiye to aap discover karen ge aap agar</w:t>
      </w:r>
      <w:r>
        <w:br/>
      </w:r>
      <w:r>
        <w:rPr>
          <w:sz w:val="20"/>
        </w:rPr>
        <w:t>46:01  creative thinking aap ke andar hai</w:t>
      </w:r>
      <w:r>
        <w:br/>
      </w:r>
      <w:r>
        <w:rPr>
          <w:sz w:val="20"/>
        </w:rPr>
        <w:t>46:04  discover karen ge ke ye insan bol raha hai</w:t>
      </w:r>
      <w:r>
        <w:br/>
      </w:r>
      <w:r>
        <w:rPr>
          <w:sz w:val="20"/>
        </w:rPr>
        <w:t>46:11  alhamdolillah rabbul alameen jo pehla hai woh insaan ki rooh bol rahi hai ya Allah tu</w:t>
      </w:r>
      <w:r>
        <w:br/>
      </w:r>
      <w:r>
        <w:rPr>
          <w:sz w:val="20"/>
        </w:rPr>
        <w:t>46:19  woh saare hum ka</w:t>
      </w:r>
      <w:r>
        <w:br/>
      </w:r>
      <w:r>
        <w:rPr>
          <w:sz w:val="20"/>
        </w:rPr>
        <w:t>46:22  saare hum tere liye hain</w:t>
      </w:r>
      <w:r>
        <w:br/>
      </w:r>
      <w:r>
        <w:rPr>
          <w:sz w:val="20"/>
        </w:rPr>
        <w:t>46:24  alhamdolillah rabbul alameen yeh rooh insani ki aap ko pukaar hai</w:t>
      </w:r>
      <w:r>
        <w:br/>
      </w:r>
      <w:r>
        <w:rPr>
          <w:sz w:val="20"/>
        </w:rPr>
        <w:t>46:32  alhamdolillah rabbul alameen yeh rooh insani ki pukaar hai</w:t>
      </w:r>
      <w:r>
        <w:br/>
      </w:r>
      <w:r>
        <w:rPr>
          <w:sz w:val="20"/>
        </w:rPr>
        <w:t>46:38  tu jab aap quran ko padhenge creative thinking ke saath creative mind ke saath to aap ko</w:t>
      </w:r>
      <w:r>
        <w:br/>
      </w:r>
      <w:r>
        <w:rPr>
          <w:sz w:val="20"/>
        </w:rPr>
        <w:t>46:44  ajeeb ghareeb qism ke harkatein maloom hongi</w:t>
      </w:r>
      <w:r>
        <w:br/>
      </w:r>
      <w:r>
        <w:rPr>
          <w:sz w:val="20"/>
        </w:rPr>
        <w:t>46:50  to quran ka pehla lafz jo hai Allah rabbil alameen ki discovery ban jaye ga discovery</w:t>
      </w:r>
      <w:r>
        <w:br/>
      </w:r>
      <w:r>
        <w:rPr>
          <w:sz w:val="20"/>
        </w:rPr>
        <w:t>47:07  maulana agla comment padhte hain yeh comment bheja hai</w:t>
      </w:r>
      <w:r>
        <w:br/>
      </w:r>
      <w:r>
        <w:rPr>
          <w:sz w:val="20"/>
        </w:rPr>
        <w:t>47:13  mehtab sahib ne a dhampur se</w:t>
      </w:r>
      <w:r>
        <w:br/>
      </w:r>
      <w:r>
        <w:rPr>
          <w:sz w:val="20"/>
        </w:rPr>
        <w:t>47:17  a unhone likha hai maulana sahib pehle mein sochta tha ke daawa work kaise karaya jaye phir</w:t>
      </w:r>
      <w:r>
        <w:br/>
      </w:r>
      <w:r>
        <w:rPr>
          <w:sz w:val="20"/>
        </w:rPr>
        <w:t>47:24  aap ki baaton se asar lekar daawa material ka distribution shuru kiya to Allah ka shukar hai</w:t>
      </w:r>
      <w:r>
        <w:br/>
      </w:r>
      <w:r>
        <w:rPr>
          <w:sz w:val="20"/>
        </w:rPr>
        <w:t>47:31  khuda ki zaat par yaqeen bhi hua aur madad bhi mili jazak Allah maulana masha Allah masha Allah</w:t>
      </w:r>
      <w:r>
        <w:br/>
      </w:r>
      <w:r>
        <w:rPr>
          <w:sz w:val="20"/>
        </w:rPr>
        <w:t>47:42  okay as you all would be aware some time back i think two weeks back maulana sahib launched</w:t>
      </w:r>
      <w:r>
        <w:br/>
      </w:r>
      <w:r>
        <w:rPr>
          <w:sz w:val="20"/>
        </w:rPr>
        <w:t>47:48  the thai quran which was published by goodword in fact right now doctor</w:t>
      </w:r>
      <w:r>
        <w:br/>
      </w:r>
      <w:r>
        <w:rPr>
          <w:sz w:val="20"/>
        </w:rPr>
        <w:t>47:53  sania haseen khan sahib and haroon shaikh sahib are in bangkok and they are watching this program so</w:t>
      </w:r>
      <w:r>
        <w:br/>
      </w:r>
      <w:r>
        <w:rPr>
          <w:sz w:val="20"/>
        </w:rPr>
        <w:t>48:00  i would like to read out what doctor sania haseen khan has sent just now doctor sania haseen</w:t>
      </w:r>
      <w:r>
        <w:br/>
      </w:r>
      <w:r>
        <w:rPr>
          <w:sz w:val="20"/>
        </w:rPr>
        <w:t>48:09  khan sahib ne likha hai alhamdolillah watching the program live from bangkok</w:t>
      </w:r>
      <w:r>
        <w:br/>
      </w:r>
      <w:r>
        <w:rPr>
          <w:sz w:val="20"/>
        </w:rPr>
        <w:t>48:15  haroon shaikh sahib is also with me we are visiting thailand to introduce thai quran to those who</w:t>
      </w:r>
      <w:r>
        <w:br/>
      </w:r>
      <w:r>
        <w:rPr>
          <w:sz w:val="20"/>
        </w:rPr>
        <w:t>48:22  are interested in daawa work here we are getting amazing response from the people in bangkok they are</w:t>
      </w:r>
      <w:r>
        <w:br/>
      </w:r>
      <w:r>
        <w:rPr>
          <w:sz w:val="20"/>
        </w:rPr>
        <w:t>48:30  ready to distribute thai quran to the local thai people also chinese quran is greatly in demand here</w:t>
      </w:r>
      <w:r>
        <w:br/>
      </w:r>
      <w:r>
        <w:rPr>
          <w:sz w:val="20"/>
        </w:rPr>
        <w:t>48:38  as</w:t>
      </w:r>
      <w:r>
        <w:br/>
      </w:r>
      <w:r>
        <w:rPr>
          <w:sz w:val="20"/>
        </w:rPr>
        <w:t>48:39  a huge number of chinese people visit bangkok inshallah we will be sending quran both in thai and chinese language to thailand</w:t>
      </w:r>
      <w:r>
        <w:br/>
      </w:r>
      <w:r>
        <w:rPr>
          <w:sz w:val="20"/>
        </w:rPr>
        <w:t>48:52  masha Allah masha Allah masha Allah</w:t>
      </w:r>
    </w:p>
    <w:p>
      <w:pPr>
        <w:pStyle w:val="Heading2"/>
      </w:pPr>
      <w:r>
        <w:t>How to study Quran during Ramadan?</w:t>
      </w:r>
    </w:p>
    <w:p>
      <w:r>
        <w:rPr>
          <w:color w:val="666666"/>
          <w:sz w:val="18"/>
        </w:rPr>
        <w:t>Worship · From The Spiritual Tree August 8, 2010 · 3m 51s · at 1:24:58 · https://youtu.be/H6e9NOrqgHI?t=5098</w:t>
      </w:r>
    </w:p>
    <w:p>
      <w:r>
        <w:rPr>
          <w:i/>
        </w:rPr>
        <w:t>“How one should study Quran in the Ramadan?”</w:t>
      </w:r>
    </w:p>
    <w:p>
      <w:r>
        <w:rPr>
          <w:sz w:val="20"/>
        </w:rPr>
        <w:t>1:24:58  maulana, agla sawal kiya hai? miss aisha ne dilli se</w:t>
      </w:r>
      <w:r>
        <w:br/>
      </w:r>
      <w:r>
        <w:rPr>
          <w:sz w:val="20"/>
        </w:rPr>
        <w:t>1:25:01  unhon ne poocha hai ke "how one should study quran in the ramadan?"</w:t>
      </w:r>
      <w:r>
        <w:br/>
      </w:r>
      <w:r>
        <w:rPr>
          <w:sz w:val="20"/>
        </w:rPr>
        <w:t>1:25:10  ab dekhen, is ka koi yani koi method nahi hota hai, bas ghore karna, sochna.</w:t>
      </w:r>
      <w:r>
        <w:br/>
      </w:r>
      <w:r>
        <w:rPr>
          <w:sz w:val="20"/>
        </w:rPr>
        <w:t>1:25:22  ab jaise ke mein ne ek bar parh raha tha to "alhamdulillah rabbil alameen"</w:t>
      </w:r>
      <w:r>
        <w:br/>
      </w:r>
      <w:r>
        <w:rPr>
          <w:sz w:val="20"/>
        </w:rPr>
        <w:t>1:25:28  to alhamd jo hai, hamd jo hai, hamd ko aam tor par log kehte hain ke is ka matlab hai tareef. maulana hamiduddin farahi ne kaha hai ke nahi, is ka matlab hai shukr. to mein bataon, shukr aur tareef dono is mein shamil hain, yani woh allah jo sab se ziyada qabil tareef hai, woh allah jis ka shukr karna chahiye.</w:t>
      </w:r>
      <w:r>
        <w:br/>
      </w:r>
      <w:r>
        <w:rPr>
          <w:sz w:val="20"/>
        </w:rPr>
        <w:t>1:25:45  to mein ne socha ke "alhamdulillah rabbil alameen" ka aadmi ek tarjuma yeh hota hai urdu mein ke sari tareef allah ke liye, sara shukr allah ke liye hai.</w:t>
      </w:r>
      <w:r>
        <w:br/>
      </w:r>
      <w:r>
        <w:rPr>
          <w:sz w:val="20"/>
        </w:rPr>
        <w:t>1:25:56  to mein ne socha ke insan ko to har waqt ek na ek pareshani rehti hai, koi mayoosi mein mubtala ho jata hai, kabhi ghussa aata hai is ko, kabhi koi nuqsan pohancha deta hai is ko.</w:t>
      </w:r>
      <w:r>
        <w:br/>
      </w:r>
      <w:r>
        <w:rPr>
          <w:sz w:val="20"/>
        </w:rPr>
        <w:t>1:26:11  to kaise yeh yani sahi matlab bol bol paye ga? woh adhura adhure tareeqe se bole ga. woh meri yeh kehne ke liye khuda sari tareef tere liye</w:t>
      </w:r>
      <w:r>
        <w:br/>
      </w:r>
      <w:r>
        <w:rPr>
          <w:sz w:val="20"/>
        </w:rPr>
        <w:t>1:26:23  hai, khuda sara shukr tere liye. kaise aap kahen ge agar aap jee rahe hain manfi jazbat mein? mayoosi aur mein aur nashukri, aur matlab insan ke bahar nashukri agar hai to khuda ka shukr kahan se aa jaye ga?</w:t>
      </w:r>
      <w:r>
        <w:br/>
      </w:r>
      <w:r>
        <w:rPr>
          <w:sz w:val="20"/>
        </w:rPr>
        <w:t>1:26:39  yeh is waqt socha mein ne. to mujhe samajh mein aya hai ke agar kisi ko sach mach "alhamdulillah rabbil alameen" mein jeena hai to is ko insani shikayaton ko bhulana bhi hai.</w:t>
      </w:r>
      <w:r>
        <w:br/>
      </w:r>
      <w:r>
        <w:rPr>
          <w:sz w:val="20"/>
        </w:rPr>
        <w:t>1:26:51  agar aap chahte hain ke allah taala ke haan aap ko yeh yeh yeh mile credit ke yeh woh insan hai jis ne kaha tha sach mach "alhamdulillah rabbil alameen" is kalme ka aap ko inam agar chahte hain akhirat mein to aap ko shikayaton ko bhulana pare ga,</w:t>
      </w:r>
      <w:r>
        <w:br/>
      </w:r>
      <w:r>
        <w:rPr>
          <w:sz w:val="20"/>
        </w:rPr>
        <w:t>1:27:07  nahi to aap keh nahi sakte. yani lip service karen ge, aap lip service karen ge. yeh insan ke bare mein nashukri bani hui hai aap ke dil mein.</w:t>
      </w:r>
      <w:r>
        <w:br/>
      </w:r>
      <w:r>
        <w:rPr>
          <w:sz w:val="20"/>
        </w:rPr>
        <w:t>1:27:19  falan aadmi bara kharab hai, falan aadmi ne aisa kiya hai mere sath, falan aadmi aisa kiya hai mere sath. hamare ek sahab the, woh kaha karte the is pet mein bohat kuch bhara hua hai, matlab shikayat hai jis ke jis ke.</w:t>
      </w:r>
      <w:r>
        <w:br/>
      </w:r>
      <w:r>
        <w:rPr>
          <w:sz w:val="20"/>
        </w:rPr>
        <w:t>1:27:36  walid sahab woh yaad rakhte the, woh note karte the diary mein. falan ne yeh keh diya, falan ne woh keh diya</w:t>
      </w:r>
      <w:r>
        <w:br/>
      </w:r>
      <w:r>
        <w:rPr>
          <w:sz w:val="20"/>
        </w:rPr>
        <w:t>1:27:43  to is ko kehte the apni apni apni dehati zuban mein ke is pet mein sab kuch bhara hua</w:t>
      </w:r>
      <w:r>
        <w:br/>
      </w:r>
      <w:r>
        <w:rPr>
          <w:sz w:val="20"/>
        </w:rPr>
        <w:t>1:27:49  hai. matlab jis ne kaha jo kuch sab mujhe yaad hai. ab bataiye ke agar aap logon ki shikayaten yaad hon ji to aap insanon ke bare mein to nashukr bane rahen ge, khuda khuda ke bare mein shukr wale kaise ban sakte hain?</w:t>
      </w:r>
      <w:r>
        <w:br/>
      </w:r>
      <w:r>
        <w:rPr>
          <w:sz w:val="20"/>
        </w:rPr>
        <w:t>1:28:03  aap</w:t>
      </w:r>
      <w:r>
        <w:br/>
      </w:r>
      <w:r>
        <w:rPr>
          <w:sz w:val="20"/>
        </w:rPr>
        <w:t>1:28:07  ma ja'alallahu min qalb in fi ju fi. to mein ne discover kiya ke "alhamdulillah rabbil alameen" kehna mumkin hai. is waqt tak mumkin nahi hai jab tak aap sari shikayaton ko bhula dein, sare ba'ison ko bhula dein,</w:t>
      </w:r>
      <w:r>
        <w:br/>
      </w:r>
      <w:r>
        <w:rPr>
          <w:sz w:val="20"/>
        </w:rPr>
        <w:t>1:28:22  sare manfi tajurbaat ko bhula dein. tab ja kar keh payen ge woh aap</w:t>
      </w:r>
      <w:r>
        <w:br/>
      </w:r>
      <w:r>
        <w:rPr>
          <w:sz w:val="20"/>
        </w:rPr>
        <w:t>1:28:29  warna sari zuban se bolen ge, andar kuch nahi hoga. yeh hai sochna. to quran ko koi tareeqa nahi hai, sirf yeh hai ke sochen, sochen, sochen, sochen, sochen aur dua karen.</w:t>
      </w:r>
      <w:r>
        <w:br/>
      </w:r>
      <w:r>
        <w:rPr>
          <w:sz w:val="20"/>
        </w:rPr>
        <w:t>1:28:42  bas sochna aur dua karna, sochna aur dua karna, bas do cheezen hain.</w:t>
      </w:r>
    </w:p>
    <w:p>
      <w:pPr>
        <w:pStyle w:val="Heading2"/>
      </w:pPr>
      <w:r>
        <w:t>Ijtihad on Zakat Criteria Today</w:t>
      </w:r>
    </w:p>
    <w:p>
      <w:r>
        <w:rPr>
          <w:color w:val="666666"/>
          <w:sz w:val="18"/>
        </w:rPr>
        <w:t>Worship · Hadith Prediction November 3, 2013 · 2m 16s · at 1:06:58 · https://youtu.be/cb5Lzw9c8aE?t=4018</w:t>
      </w:r>
    </w:p>
    <w:p>
      <w:r>
        <w:rPr>
          <w:i/>
        </w:rPr>
        <w:t>“During a meeting with a highly literate Muslim, he raised the point of ijtihad in the matter of zakat. He told that present ulema should do ijtihad to decide which criteria should be applicable in the present situation for deciding the basis of paying zakat, which is obligatory to all. What is your view?”</w:t>
      </w:r>
    </w:p>
    <w:p>
      <w:r>
        <w:rPr>
          <w:sz w:val="20"/>
        </w:rPr>
        <w:t>1:06:58  maulana, agla sawal roorkee se hai sajid anwar sahib ka.</w:t>
      </w:r>
      <w:r>
        <w:br/>
      </w:r>
      <w:r>
        <w:rPr>
          <w:sz w:val="20"/>
        </w:rPr>
        <w:t>1:07:02  unhon ne likha hai During a meeting with a highly literate Muslim, he raised the point of ijtihad in the matter of zakat.</w:t>
      </w:r>
      <w:r>
        <w:br/>
      </w:r>
      <w:r>
        <w:rPr>
          <w:sz w:val="20"/>
        </w:rPr>
        <w:t>1:07:12  he told that present ulema should do ijtihad to decide which criteria should be applicable in present situation for deciding the basis of paying zakat, which is obligatory to all.</w:t>
      </w:r>
      <w:r>
        <w:br/>
      </w:r>
      <w:r>
        <w:rPr>
          <w:sz w:val="20"/>
        </w:rPr>
        <w:t>1:07:27  he tried to explain his point through modern monetary system.</w:t>
      </w:r>
      <w:r>
        <w:br/>
      </w:r>
      <w:r>
        <w:rPr>
          <w:sz w:val="20"/>
        </w:rPr>
        <w:t>1:07:32  maulana, my question is that on which aspects of deen we should do ijtihad and on which we should not? Please guide us.</w:t>
      </w:r>
      <w:r>
        <w:br/>
      </w:r>
      <w:r>
        <w:rPr>
          <w:sz w:val="20"/>
        </w:rPr>
        <w:t>1:07:41  dekhen, yeh sab awam ka masla hi nahin hai. jo sahib ne baat kahi, woh apne yani trust pass kiya. unhon ne</w:t>
      </w:r>
      <w:r>
        <w:br/>
      </w:r>
      <w:r>
        <w:rPr>
          <w:sz w:val="20"/>
        </w:rPr>
        <w:t>1:07:51  yeh jo jo ulma hain, yani ulma ka matlab degree yafta nahin, sand yafta nahin, main keh raha hoon haqeeqi ma'non mein quran o sunnat ka ilm rakhne wale log,</w:t>
      </w:r>
      <w:r>
        <w:br/>
      </w:r>
      <w:r>
        <w:rPr>
          <w:sz w:val="20"/>
        </w:rPr>
        <w:t>1:08:04  woh jama ho kar ghor karen aur koi faisla karen to to woh woh woh faisla hoga. baqi aap logon ke sochne ki baat hi nahin, unhein sochna hi nahin chahiye.</w:t>
      </w:r>
      <w:r>
        <w:br/>
      </w:r>
      <w:r>
        <w:rPr>
          <w:sz w:val="20"/>
        </w:rPr>
        <w:t>1:08:13  yeh sab sochne se sirf confusion aata hai, sirf confusion aata hai.</w:t>
      </w:r>
      <w:r>
        <w:br/>
      </w:r>
      <w:r>
        <w:rPr>
          <w:sz w:val="20"/>
        </w:rPr>
        <w:t>1:08:20  zakat ke mamle mein ya to state ko haq hai sochne ka kuch, ya ulma ko haq hai, awam ko haq nahi hai. jo aap ke sochne ki baat hai, us ko sochiye ke kaise dawat ki planning karein.</w:t>
      </w:r>
      <w:r>
        <w:br/>
      </w:r>
      <w:r>
        <w:rPr>
          <w:sz w:val="20"/>
        </w:rPr>
        <w:t>1:08:32  us ko sochiye. sab se bara cheez jo sochne ki baat hai ke hum rehte hain ghair muslimon ke darmiyan, un ke un ke liye dawat ki planning kaise karein?</w:t>
      </w:r>
      <w:r>
        <w:br/>
      </w:r>
      <w:r>
        <w:rPr>
          <w:sz w:val="20"/>
        </w:rPr>
        <w:t>1:08:41  us ko kyun nahi sochte log? yahan pe kaise ghair zaroori baton ko sochna hai? yeh shaitani waswasa hai. amal bhi karenge is par. yeh shaitani waswasa hai ke aap un necessary baton ko le kar us ko sochein.</w:t>
      </w:r>
      <w:r>
        <w:br/>
      </w:r>
      <w:r>
        <w:rPr>
          <w:sz w:val="20"/>
        </w:rPr>
        <w:t>1:08:53  jo jo jo cheez ko Allah taala ke haan poocha jayega, woh yeh hoga ke tum ne jinho ke darmiyan tum thay, kya tum ne un ko pohanchaya paigham Allah taala ka</w:t>
      </w:r>
      <w:r>
        <w:br/>
      </w:r>
      <w:r>
        <w:rPr>
          <w:sz w:val="20"/>
        </w:rPr>
        <w:t>1:09:04  ? yeh yeh poocha jayega. is ki is ki is mein to yaad rakhiye, jis cheez ka sawal aakhirat mein hone wala hai, woh asal baat hai. jis ka sawal wahan nahi hone wala, woh asal baat nahi hai.</w:t>
      </w:r>
    </w:p>
    <w:p>
      <w:pPr>
        <w:pStyle w:val="Heading2"/>
      </w:pPr>
      <w:r>
        <w:t>Importance of form versus spirit in Islam</w:t>
      </w:r>
    </w:p>
    <w:p>
      <w:r>
        <w:rPr>
          <w:color w:val="666666"/>
          <w:sz w:val="18"/>
        </w:rPr>
        <w:t>Worship · Discovering God June 30, 2019 Maulana Wahiduddin Khan · 7m 09s · at 48:59 · https://youtu.be/Yt1-eX7XzYU?t=2939</w:t>
      </w:r>
    </w:p>
    <w:p>
      <w:r>
        <w:rPr>
          <w:i/>
        </w:rPr>
        <w:t>“Maulana, MashaAllah, your lectures are full of spirit. My question is regarding those who accuse you that you don't pay attention to form. In your view, even if someone doesn't perform the form, you still consider it valid. Your entire focus is on spirit. Maulana, what do you say about this? And is form really as important as spirit or not?”</w:t>
      </w:r>
    </w:p>
    <w:p>
      <w:r>
        <w:rPr>
          <w:sz w:val="20"/>
        </w:rPr>
        <w:t>48:59  yeh sawal bheja hai lucknow se anwar hussain sahib ne. unho'n ne likha hai: "maulana, mashallah, aap ke lectures spirit se bhare hue hote hain.</w:t>
      </w:r>
      <w:r>
        <w:br/>
      </w:r>
      <w:r>
        <w:rPr>
          <w:sz w:val="20"/>
        </w:rPr>
        <w:t>49:13  mera sawal hai un logon ko le ke jo aap pe ilzam lagate hain ke aap form ko tawajjuh nahi detey. aap ke nazdeek agar koi form na bhi kare to to bhi aap us ko jaiz qarar dete hain.</w:t>
      </w:r>
      <w:r>
        <w:br/>
      </w:r>
      <w:r>
        <w:rPr>
          <w:sz w:val="20"/>
        </w:rPr>
        <w:t>49:30  aap ka sara focus spirit pe hota hai. maulana, is bare mein aap kya kahenge? aur kya form waqai itna hi zaroori hota hai jitna spirit ya phir nahi?" jo log aisa kehte hain,</w:t>
      </w:r>
      <w:r>
        <w:br/>
      </w:r>
      <w:r>
        <w:rPr>
          <w:sz w:val="20"/>
        </w:rPr>
        <w:t>49:46  un se aap sirf yeh kahiye ke tum lecture in ko suno. aaj hi lecture jo hai record ho chuka hai, us ko suno.</w:t>
      </w:r>
      <w:r>
        <w:br/>
      </w:r>
      <w:r>
        <w:rPr>
          <w:sz w:val="20"/>
        </w:rPr>
        <w:t>49:58  to sara lecture mein form with speed ki baat hoti hai, form without speed ki baat nahi hoti.</w:t>
      </w:r>
      <w:r>
        <w:br/>
      </w:r>
      <w:r>
        <w:rPr>
          <w:sz w:val="20"/>
        </w:rPr>
        <w:t>50:10  aap jo log sunte hain, un se poochen ke kya un ko sookha sookha din milta hai jis mein speed nahi hoti?</w:t>
      </w:r>
      <w:r>
        <w:br/>
      </w:r>
      <w:r>
        <w:rPr>
          <w:sz w:val="20"/>
        </w:rPr>
        <w:t>50:20  yeh kahan woh kis aasman mein rehte hain woh log jin ki woh baat kar rahe hain? har hafte hamara lecture log sunte hain sari dunya mein.</w:t>
      </w:r>
      <w:r>
        <w:br/>
      </w:r>
      <w:r>
        <w:rPr>
          <w:sz w:val="20"/>
        </w:rPr>
        <w:t>50:33  un ko pakriye, un se poochiye ke tum ko lecture se take away kya milta hai? take away kya milta hai?</w:t>
      </w:r>
      <w:r>
        <w:br/>
      </w:r>
      <w:r>
        <w:rPr>
          <w:sz w:val="20"/>
        </w:rPr>
        <w:t>50:42  to aap ka aap ko maloom hoga ke aap ne baseless mafroza ghalat kaam qaim kar rakha hai. ab kuch mat kijiye, sirf yahi kijiye ke jo log sunte hain,</w:t>
      </w:r>
      <w:r>
        <w:br/>
      </w:r>
      <w:r>
        <w:rPr>
          <w:sz w:val="20"/>
        </w:rPr>
        <w:t>50:57  chahe direct sunte hon ya indirect, un se poochen ke tum ko hamare lecture se take away kya milta hai?</w:t>
      </w:r>
      <w:r>
        <w:br/>
      </w:r>
      <w:r>
        <w:rPr>
          <w:sz w:val="20"/>
        </w:rPr>
        <w:t>51:07  bas take away mein apne aap involve hain, dono cheezen, form bhi aur speed bhi. jo log aisa kehte hain, woh to mere nazdeek andhe par ka saboot dete hain,</w:t>
      </w:r>
      <w:r>
        <w:br/>
      </w:r>
      <w:r>
        <w:rPr>
          <w:sz w:val="20"/>
        </w:rPr>
        <w:t>51:20  andhe par ka saboot dete hain. un ko yani ja ko fasiq bain fatabaiyin, woh tehqeeq karen, ghar baithe baithe koi farz kar lete hain.</w:t>
      </w:r>
      <w:r>
        <w:br/>
      </w:r>
      <w:r>
        <w:rPr>
          <w:sz w:val="20"/>
        </w:rPr>
        <w:t>51:32  woh un logon ko milen jo sunte hain hamari aur un se poochen ke tum ko hamare program se take away kya milta hai?</w:t>
      </w:r>
      <w:r>
        <w:br/>
      </w:r>
      <w:r>
        <w:rPr>
          <w:sz w:val="20"/>
        </w:rPr>
        <w:t>51:43  sensor ko hota hai ke hamari kitabon se poochhein, hamari kitabon se sensor ke program se, itwar ke program se take away kya milta hai?</w:t>
      </w:r>
      <w:r>
        <w:br/>
      </w:r>
      <w:r>
        <w:rPr>
          <w:sz w:val="20"/>
        </w:rPr>
        <w:t>51:59  take away ka matlab bata doon mein aap ko ke mein pehli baar jab London gaya to London mein mein ne dekha ke wahan kuch dukaanen hoti hain jis pe likha hota hai take away, sign board par.</w:t>
      </w:r>
      <w:r>
        <w:br/>
      </w:r>
      <w:r>
        <w:rPr>
          <w:sz w:val="20"/>
        </w:rPr>
        <w:t>52:13  sign board pe likha hota hai take away. yeh un logon ke liye hota hai jo jo prepared food lena chahte hain.</w:t>
      </w:r>
      <w:r>
        <w:br/>
      </w:r>
      <w:r>
        <w:rPr>
          <w:sz w:val="20"/>
        </w:rPr>
        <w:t>52:24  ja rahe hain office, un chahiye ke woh office ja ke kuch kha kha lein. to wahan woh sign board kehta hai ke hamare paas to hamare liye prepared food hai,</w:t>
      </w:r>
      <w:r>
        <w:br/>
      </w:r>
      <w:r>
        <w:rPr>
          <w:sz w:val="20"/>
        </w:rPr>
        <w:t>52:37  to paisa do aur le jao, pakane ki zaroorat nahi hai. tum ko kitchen mein ja ke pakana nahi hai, paisa do aur le jao packet.</w:t>
      </w:r>
      <w:r>
        <w:br/>
      </w:r>
      <w:r>
        <w:rPr>
          <w:sz w:val="20"/>
        </w:rPr>
        <w:t>52:52  to take away ka matlab hai ke wahan se bila kya? aap ne program suna to is se bila kya? aap ko to jo log aisa kehte hain, woh to Allah taala ke haan bohat zyada yani un par mein sochta hoon ke bohat zyada kadi saza hogi.</w:t>
      </w:r>
      <w:r>
        <w:br/>
      </w:r>
      <w:r>
        <w:rPr>
          <w:sz w:val="20"/>
        </w:rPr>
        <w:t>53:13  un ko kadi saza ke tehqeeq to kiya nahi aur ghar baith kar ke ek ilzaam laga diya. un ke upar ilzaam lagane ka ki saza hogi un ko ke tehqeeq tehqeeq koi nahi ki.</w:t>
      </w:r>
      <w:r>
        <w:br/>
      </w:r>
      <w:r>
        <w:rPr>
          <w:sz w:val="20"/>
        </w:rPr>
        <w:t>53:32  bohat se log the jo sunte hain program ko har jagah, to un se mil ke poochte tum ke tum ko is program ko sunne se ya kitabon ko padhne se take away kya milta hai?</w:t>
      </w:r>
      <w:r>
        <w:br/>
      </w:r>
      <w:r>
        <w:rPr>
          <w:sz w:val="20"/>
        </w:rPr>
        <w:t>53:49  baghair yeh tehqeeq ke unhone maan liya to woh to Allah ka munafiq qarar paayenge. munafiq yeh saada baat nahi hai.</w:t>
      </w:r>
      <w:r>
        <w:br/>
      </w:r>
      <w:r>
        <w:rPr>
          <w:sz w:val="20"/>
        </w:rPr>
        <w:t>53:59  jo log baghair tehqeeq ke maan lein, woh munafiq hain Allah ki nazar mein.</w:t>
      </w:r>
      <w:r>
        <w:br/>
      </w:r>
      <w:r>
        <w:rPr>
          <w:sz w:val="20"/>
        </w:rPr>
        <w:t>54:08  maulana, agla comment bheja hai professor najma siddiqui ne dilli se. unhone likha hai: "maulana, today you have re-stressed the discovery of God through our capacities of test and appreciation of nature etc.</w:t>
      </w:r>
      <w:r>
        <w:br/>
      </w:r>
      <w:r>
        <w:rPr>
          <w:sz w:val="20"/>
        </w:rPr>
        <w:t>54:27  this further helps us to discover God by reflecting on Surah Rahman in the light of today's lecture." jazak Allah maulana.</w:t>
      </w:r>
      <w:r>
        <w:br/>
      </w:r>
      <w:r>
        <w:rPr>
          <w:sz w:val="20"/>
        </w:rPr>
        <w:t>54:38  doctor naghma siddiqui ne dilli se likha hai: "maulana, I got a big takeaway from today's lecture, which was a reflection on your journey of the discovery of God as God of love.</w:t>
      </w:r>
      <w:r>
        <w:br/>
      </w:r>
      <w:r>
        <w:rPr>
          <w:sz w:val="20"/>
        </w:rPr>
        <w:t>54:52  it touched my heart. I realized today that God gives us two things at the same time for one who has discovered God.</w:t>
      </w:r>
      <w:r>
        <w:br/>
      </w:r>
      <w:r>
        <w:rPr>
          <w:sz w:val="20"/>
        </w:rPr>
        <w:t>55:01  firstly, he gives us need based things like food. secondly, at the same time, he he he has given us an introduction to paradise in it in the form of taste.</w:t>
      </w:r>
      <w:r>
        <w:br/>
      </w:r>
      <w:r>
        <w:rPr>
          <w:sz w:val="20"/>
        </w:rPr>
        <w:t>55:16  but this is for one who has discovered God and paradise. what we have to do is keep our mind open to discover these things at every moment.</w:t>
      </w:r>
      <w:r>
        <w:br/>
      </w:r>
      <w:r>
        <w:rPr>
          <w:sz w:val="20"/>
        </w:rPr>
        <w:t>55:28  then we will be able to find the inner meaning of everything. jazak Allah maulana for opening my mind." maulana, phir comment bheja hai Muhammad Zakariya sahib ne.</w:t>
      </w:r>
      <w:r>
        <w:br/>
      </w:r>
      <w:r>
        <w:rPr>
          <w:sz w:val="20"/>
        </w:rPr>
        <w:t>55:43  unhone likha hai: "thrilling ideas of maulana, opportunities are always there to spread God's message. but the problem with us is that we don't avail it and always complain with the system around." doctor safina tabassum ne saharanpur se likha hai: "really thrilled by your experiences of discovery of God.</w:t>
      </w:r>
    </w:p>
    <w:p>
      <w:pPr>
        <w:pStyle w:val="Heading2"/>
      </w:pPr>
      <w:r>
        <w:t>Importance of prayer in life</w:t>
      </w:r>
    </w:p>
    <w:p>
      <w:r>
        <w:rPr>
          <w:color w:val="666666"/>
          <w:sz w:val="18"/>
        </w:rPr>
        <w:t>Worship · Dars-e-Quran, Chapter 2, Verse 37 | January  07, 2018 · 2m 53s · at 1:09:38 · https://youtu.be/ao6Cr57KuEM?t=4178</w:t>
      </w:r>
    </w:p>
    <w:p>
      <w:r>
        <w:rPr>
          <w:i/>
        </w:rPr>
        <w:t>“Please tell about the importance of prayer (namaz) in life.”</w:t>
      </w:r>
    </w:p>
    <w:p>
      <w:r>
        <w:rPr>
          <w:sz w:val="20"/>
        </w:rPr>
        <w:t>1:09:38  , yaani durust kare. Maulana, agla sawal Dr. Farida Khanam ne bheja hai Delhi se. unho ne aap se kaha hai ke aap importance of namaz in life ke bare mein kuch bataein. dekhiye, jahan tak meri soch hai, woh to yeh hai ke hamari zindagi saari</w:t>
      </w:r>
      <w:r>
        <w:br/>
      </w:r>
      <w:r>
        <w:rPr>
          <w:sz w:val="20"/>
        </w:rPr>
        <w:t>1:10:08  ki sari, sari ki sari gift hai, divine gift hai.</w:t>
      </w:r>
      <w:r>
        <w:br/>
      </w:r>
      <w:r>
        <w:rPr>
          <w:sz w:val="20"/>
        </w:rPr>
        <w:t>1:10:15  to aap ko koi cheez bohat to gift mile, gift ke maani hain ke initially to aap</w:t>
      </w:r>
      <w:r>
        <w:br/>
      </w:r>
      <w:r>
        <w:rPr>
          <w:sz w:val="20"/>
        </w:rPr>
        <w:t>1:10:23  ko mile, yani us ki price diye baghair, jab price diye baghair aap ko milti hai koi cheez,</w:t>
      </w:r>
      <w:r>
        <w:br/>
      </w:r>
      <w:r>
        <w:rPr>
          <w:sz w:val="20"/>
        </w:rPr>
        <w:t>1:10:30  to kaise mumkin hai ke aap ke andar us ko a</w:t>
      </w:r>
      <w:r>
        <w:br/>
      </w:r>
      <w:r>
        <w:rPr>
          <w:sz w:val="20"/>
        </w:rPr>
        <w:t>1:10:38  cknowledge karne ka jazba na paida ho? to namaz to ek method of acknowledgement hai. aadmi soche ke insaan paida hua to paida hote hi us ko ek duniya mil gayi, us ko suraj mil gaya, us ko oxygen mil gaya, us ko soil mil gaya jahan ghalla paida hota hai, yaani</w:t>
      </w:r>
      <w:r>
        <w:br/>
      </w:r>
      <w:r>
        <w:rPr>
          <w:sz w:val="20"/>
        </w:rPr>
        <w:t>1:11:08  million billion cheezein free mein. to agar aadmi us ko discover kare ke main paida hote hi woh kaisa khaliq hoga ke jo jaanta tha ke mujhe kya chahiye paida hone se pehle, woh sab paida kar duniya mein. ab woh controversially woh supply ho rahi hain, to sajde pe gir padega, woh sajde pe gir padega. main to samajh</w:t>
      </w:r>
      <w:r>
        <w:br/>
      </w:r>
      <w:r>
        <w:rPr>
          <w:sz w:val="20"/>
        </w:rPr>
        <w:t>1:11:38  ھتا ہوں کہ یہ جو نماز میں اگر کوتاہ ہے تو وہ سچ پوچھیں تو in awareness ki</w:t>
      </w:r>
      <w:r>
        <w:br/>
      </w:r>
      <w:r>
        <w:rPr>
          <w:sz w:val="20"/>
        </w:rPr>
        <w:t>1:11:48  وجہ سے ہے، unawareness، unawareness کی وجہ سے ہے۔</w:t>
      </w:r>
      <w:r>
        <w:br/>
      </w:r>
      <w:r>
        <w:rPr>
          <w:sz w:val="20"/>
        </w:rPr>
        <w:t>1:11:58  to samajhta hoon ke apni in awareness ko khatm kare aadmi, wo jaane is baat ko ke meri zindagi</w:t>
      </w:r>
      <w:r>
        <w:br/>
      </w:r>
      <w:r>
        <w:rPr>
          <w:sz w:val="20"/>
        </w:rPr>
        <w:t>1:12:08  sar se paon tak, a se z tak, sab gift hai, atiya hai.</w:t>
      </w:r>
      <w:r>
        <w:br/>
      </w:r>
      <w:r>
        <w:rPr>
          <w:sz w:val="20"/>
        </w:rPr>
        <w:t>1:12:16  to kaise na us ke andar paida hoga ke mujhe namaz ada karna chahiye, mujhe sajda karna chahiye,</w:t>
      </w:r>
      <w:r>
        <w:br/>
      </w:r>
      <w:r>
        <w:rPr>
          <w:sz w:val="20"/>
        </w:rPr>
        <w:t>1:12:23  mujhe acknowledge karna chahiye? yeh to sara maamla in awareness ka maamla hai.</w:t>
      </w:r>
    </w:p>
    <w:p>
      <w:pPr>
        <w:pStyle w:val="Heading2"/>
      </w:pPr>
      <w:r>
        <w:t>Importance of ritual in practice</w:t>
      </w:r>
    </w:p>
    <w:p>
      <w:r>
        <w:rPr>
          <w:color w:val="666666"/>
          <w:sz w:val="18"/>
        </w:rPr>
        <w:t>Worship · The Road to Paradise December 30, 2012 Maulana Wahiduddin Khan · 1m 28s · at 1:22:38 · https://youtu.be/vUiaPsYF4Tk?t=4958</w:t>
      </w:r>
    </w:p>
    <w:p>
      <w:r>
        <w:rPr>
          <w:i/>
        </w:rPr>
        <w:t>“What is the importance of ritual? Please explain.”</w:t>
      </w:r>
    </w:p>
    <w:p>
      <w:r>
        <w:rPr>
          <w:sz w:val="20"/>
        </w:rPr>
        <w:t>1:22:38  maulana, agla sawal hyderabad se hai, zahid sahab ka. unhon ne aap se poocha hai: "what is the importance of ritual?" is ke baray mein batayen.</w:t>
      </w:r>
      <w:r>
        <w:br/>
      </w:r>
      <w:r>
        <w:rPr>
          <w:sz w:val="20"/>
        </w:rPr>
        <w:t>1:22:48  bhai, ritual se kuch important nahi hai, kuch bhi nahi hai, one percent bhi nahi hai.</w:t>
      </w:r>
      <w:r>
        <w:br/>
      </w:r>
      <w:r>
        <w:rPr>
          <w:sz w:val="20"/>
        </w:rPr>
        <w:t>1:22:52  mere nazdeek</w:t>
      </w:r>
      <w:r>
        <w:br/>
      </w:r>
      <w:r>
        <w:rPr>
          <w:sz w:val="20"/>
        </w:rPr>
        <w:t>1:22:57  rituals ki importance islam mein kuch bhi nahi hai. dekhen, aap ek hadith hai namaz ke bare mein: "la salat limullah bait khashah".</w:t>
      </w:r>
      <w:r>
        <w:br/>
      </w:r>
      <w:r>
        <w:rPr>
          <w:sz w:val="20"/>
        </w:rPr>
        <w:t>1:23:07  jis ki namaz mein khushi nahi hai, us ki namaz hi nahi hai. agarche ritual zyada kiya ho, is mein hadith mein aata hai ke ek shakhs ne namaz padhi is masjid nabwi mein, kaha ji is ne sare rituals is ne anjam di.</w:t>
      </w:r>
      <w:r>
        <w:br/>
      </w:r>
      <w:r>
        <w:rPr>
          <w:sz w:val="20"/>
        </w:rPr>
        <w:t>1:23:21  aap ke paas aya to aap ne kaha: "arja fasil le, fandak lam tasil le". jao phir se namaz padho, koi tum ne namaz nahi padhi to rituals to ada kar diya to is ne.</w:t>
      </w:r>
      <w:r>
        <w:br/>
      </w:r>
      <w:r>
        <w:rPr>
          <w:sz w:val="20"/>
        </w:rPr>
        <w:t>1:23:32  yahan tak ke ek hadith mein hai ke ek zamana aye ga jab ke khoob namazein parhe ge log, matlab in terms of ritual.</w:t>
      </w:r>
      <w:r>
        <w:br/>
      </w:r>
      <w:r>
        <w:rPr>
          <w:sz w:val="20"/>
        </w:rPr>
        <w:t>1:23:43  to is mein hai ke: "masaj do maamra wahee kharab bain al-hudaa"</w:t>
      </w:r>
      <w:r>
        <w:br/>
      </w:r>
      <w:r>
        <w:rPr>
          <w:sz w:val="20"/>
        </w:rPr>
        <w:t>1:23:48  . yani koi masjidien ritual wali namaz parhne wali bhari hui hongi lekin wo hidayat se khali hongi. to main samajhta hoon ke rituals ki koi importance nahi hai.</w:t>
      </w:r>
      <w:r>
        <w:br/>
      </w:r>
      <w:r>
        <w:rPr>
          <w:sz w:val="20"/>
        </w:rPr>
        <w:t>1:23:59  jo is ki importance hai, wo khushiyon ki hai.</w:t>
      </w:r>
    </w:p>
    <w:p>
      <w:pPr>
        <w:pStyle w:val="Heading2"/>
      </w:pPr>
      <w:r>
        <w:t>Inculcating the Spirit of Ramadan Despite Lavish Iftar</w:t>
      </w:r>
    </w:p>
    <w:p>
      <w:r>
        <w:rPr>
          <w:color w:val="666666"/>
          <w:sz w:val="18"/>
        </w:rPr>
        <w:t>Worship · Spirit of Ramadan June 14, 2015 · 1m 42s · at 54:16 · https://youtu.be/mKQdhE2rhdQ?t=3256</w:t>
      </w:r>
    </w:p>
    <w:p>
      <w:r>
        <w:rPr>
          <w:i/>
        </w:rPr>
        <w:t>“Many of my Muslim friends spend lavishly in iftar. When they are told it's not right, they say food is a blessing from God, for we fasted all day. How can Muslims in such a situation inculcate the spirit of Ramadan?”</w:t>
      </w:r>
    </w:p>
    <w:p>
      <w:r>
        <w:rPr>
          <w:sz w:val="20"/>
        </w:rPr>
        <w:t>54:16  yeh soch mein bilkul bilkul baseless samajhta hoon aisi soch ko. Maulana, yeh agla sawal aaya hai Mr. Asif ka Mumbai se: "Maulana sahib, many of my Muslim friends they spend lavishly on iftar.</w:t>
      </w:r>
      <w:r>
        <w:br/>
      </w:r>
      <w:r>
        <w:rPr>
          <w:sz w:val="20"/>
        </w:rPr>
        <w:t>54:31  when they are being told its not right, they say food is a blessing from God, for we fasted whole day. Maulana sahib, how Muslims in such a situation can inculcate the spirit of Ramadan?</w:t>
      </w:r>
      <w:r>
        <w:br/>
      </w:r>
      <w:r>
        <w:rPr>
          <w:sz w:val="20"/>
        </w:rPr>
        <w:t>54:47  " dekhiye, yeh baatein jo log kehte hain, un se aap Quran o Hadees ka hawala poochiye. yeh to apni baat kahi inhone, apni baat,</w:t>
      </w:r>
      <w:r>
        <w:br/>
      </w:r>
      <w:r>
        <w:rPr>
          <w:sz w:val="20"/>
        </w:rPr>
        <w:t>55:00  apni baat kahi inhone.</w:t>
      </w:r>
      <w:r>
        <w:br/>
      </w:r>
      <w:r>
        <w:rPr>
          <w:sz w:val="20"/>
        </w:rPr>
        <w:t>55:05  jaise Aqsa se meri baat hui, bohat pehle ki baat hai, woh roza nahi rakhte thay. to inhone kaha, "Allah ke fazl se hum ko sab cheez mila hua hai, to hum roza kyun rakhein</w:t>
      </w:r>
      <w:r>
        <w:br/>
      </w:r>
      <w:r>
        <w:rPr>
          <w:sz w:val="20"/>
        </w:rPr>
        <w:t>55:16  ?" roza woh rakha hai jis ko khane peene na milta ho. to maine us se ladai nahi ki, maine kaha ke yeh yeh kahan se nikala hai aap ne?</w:t>
      </w:r>
      <w:r>
        <w:br/>
      </w:r>
      <w:r>
        <w:rPr>
          <w:sz w:val="20"/>
        </w:rPr>
        <w:t>55:26  kis Quran ki ayat se nikalta hai? yeh kis Hadees se yeh nikalta hai? kis Sahabi ne aisa kaha hai? to aap sawal karna seekhiye, logon ki baaton par sun kar na maaniye, sawal karna seekhiye,</w:t>
      </w:r>
      <w:r>
        <w:br/>
      </w:r>
      <w:r>
        <w:rPr>
          <w:sz w:val="20"/>
        </w:rPr>
        <w:t>55:40  aur sawal yahi kijiye ke aap kahan se bol rahe hain?</w:t>
      </w:r>
      <w:r>
        <w:br/>
      </w:r>
      <w:r>
        <w:rPr>
          <w:sz w:val="20"/>
        </w:rPr>
        <w:t>55:44  yeh ke yeh bohat bol rahe hain Quran se, Hadees se, Sahaba se, kahan se bol rahe hain? aap woh bataiye, apne dimagh se bol rahe hain to aap aap ka dimagh to koi authentic nahi mana jayega.</w:t>
      </w:r>
    </w:p>
    <w:p>
      <w:pPr>
        <w:pStyle w:val="Heading2"/>
      </w:pPr>
      <w:r>
        <w:t>Intensity on veil and dawah consciousness</w:t>
      </w:r>
    </w:p>
    <w:p>
      <w:r>
        <w:rPr>
          <w:color w:val="666666"/>
          <w:sz w:val="18"/>
        </w:rPr>
        <w:t>Worship · The Companions and the Hadith Scholars June 24, 2012 · 2m 08s · at 1:27:15 · https://youtu.be/Dj4QiYnxgBs?t=5235</w:t>
      </w:r>
    </w:p>
    <w:p>
      <w:r>
        <w:rPr>
          <w:i/>
        </w:rPr>
        <w:t>“A Muslim female scholar emphasizes the veil (purdah) so much that it has become a symbol of her circle, where only her eyes are visible. Is our intensity in a matter of difference a result of a lack of dawah consciousness?”</w:t>
      </w:r>
    </w:p>
    <w:p>
      <w:r>
        <w:rPr>
          <w:sz w:val="20"/>
        </w:rPr>
        <w:t>1:27:15  Maulana, agla sawal Karachi Pakistan se hai, Miss Saira Latif ka. unhon ne likha hai: "aik Muslim khatoon scholar hain jo parde par bohat ziyada zor deti hain.</w:t>
      </w:r>
      <w:r>
        <w:br/>
      </w:r>
      <w:r>
        <w:rPr>
          <w:sz w:val="20"/>
        </w:rPr>
        <w:t>1:27:28  yahan tak ke un ke halqay ki alamat ban gayi hai ke un ki sirf aankhen khuli rehti hain.</w:t>
      </w:r>
      <w:r>
        <w:br/>
      </w:r>
      <w:r>
        <w:rPr>
          <w:sz w:val="20"/>
        </w:rPr>
        <w:t>1:27:36  Maulana sahib, kya hamara aik ikhtilafi masla mein itni shiddat karna hamari dawati shaoor ki kami ka nateeja nahin hai?" dekhen, dawati shaoor ka baat alag hai, lekin yeh masla fiqh ka hai.</w:t>
      </w:r>
      <w:r>
        <w:br/>
      </w:r>
      <w:r>
        <w:rPr>
          <w:sz w:val="20"/>
        </w:rPr>
        <w:t>1:27:54  fiqah mein dekhein, do maslak hain. aik masla hai haq hai anaab ka, aik maslak hai doosre logon ka</w:t>
      </w:r>
      <w:r>
        <w:br/>
      </w:r>
      <w:r>
        <w:rPr>
          <w:sz w:val="20"/>
        </w:rPr>
        <w:t>1:28:02  . doosre fuqaha ne parde ko yahi ahmiyat di hai jis ko aap ne bataya. lekin maslak hanfi jo hai, is mein dekhein,</w:t>
      </w:r>
      <w:r>
        <w:br/>
      </w:r>
      <w:r>
        <w:rPr>
          <w:sz w:val="20"/>
        </w:rPr>
        <w:t>1:28:17  yani parda to mante hain woh log, lekin teen cheezon ko is se exempt karte hain:</w:t>
      </w:r>
      <w:r>
        <w:br/>
      </w:r>
      <w:r>
        <w:rPr>
          <w:sz w:val="20"/>
        </w:rPr>
        <w:t>1:28:25  wujh aur kafain aur qadmain. yani chehra aur yeh hath aur paon. jis ko samajh na aaye, us ko to mein do kitabon ka hawala deta hoon, woh parh lein.</w:t>
      </w:r>
      <w:r>
        <w:br/>
      </w:r>
      <w:r>
        <w:rPr>
          <w:sz w:val="20"/>
        </w:rPr>
        <w:t>1:28:39  aik hai allama albani ki kitab "hijab al bal hijab al barah al muslema" aur doosri jo hai, woh pakistan ke bohat hi baray ma'ani aalim thay, maulana shabih rehmat usmani</w:t>
      </w:r>
      <w:r>
        <w:br/>
      </w:r>
      <w:r>
        <w:rPr>
          <w:sz w:val="20"/>
        </w:rPr>
        <w:t>1:28:52  . unhon ne pakistan mein qaraardad maqasid ki qiyadat ki thi. un ki tafseer hai. is mein "illa mazahira minha" ke tehat aap parh li jiye.</w:t>
      </w:r>
      <w:r>
        <w:br/>
      </w:r>
      <w:r>
        <w:rPr>
          <w:sz w:val="20"/>
        </w:rPr>
        <w:t>1:29:02  unhon ne yeh baat likhi hai ke anaab ka maslak yeh hai.</w:t>
      </w:r>
      <w:r>
        <w:br/>
      </w:r>
      <w:r>
        <w:rPr>
          <w:sz w:val="20"/>
        </w:rPr>
        <w:t>1:29:08  maulana, agla aik comment aaya hai, woh raipur se hai, miss shabana ka. unhon ne likha hai ke "Today's talk was very inspiring.</w:t>
      </w:r>
      <w:r>
        <w:br/>
      </w:r>
      <w:r>
        <w:rPr>
          <w:sz w:val="20"/>
        </w:rPr>
        <w:t>1:29:17  maulana sahib, thank you for giving us content for thinking every Sunday."</w:t>
      </w:r>
    </w:p>
    <w:p>
      <w:pPr>
        <w:pStyle w:val="Heading2"/>
      </w:pPr>
      <w:r>
        <w:t>Is It Permissible to Pray Behind a Shia Imam</w:t>
      </w:r>
    </w:p>
    <w:p>
      <w:r>
        <w:rPr>
          <w:color w:val="666666"/>
          <w:sz w:val="18"/>
        </w:rPr>
        <w:t>Worship · On Atheism | May 22, 2016 · 2m 18s · at 1:07:43 · https://youtu.be/tzJmfYnSleo?t=4063</w:t>
      </w:r>
    </w:p>
    <w:p>
      <w:r>
        <w:rPr>
          <w:i/>
        </w:rPr>
        <w:t>“Is it permissible for Sunni brothers to offer Namaz behind a Shia Imam? What is your opinion on this?”</w:t>
      </w:r>
    </w:p>
    <w:p>
      <w:r>
        <w:rPr>
          <w:sz w:val="20"/>
        </w:rPr>
        <w:t>1:07:43  molana agla sawal lucknow se kiya hai muhammad furqan sahib ne aur unhon ne likha hai ke is</w:t>
      </w:r>
      <w:r>
        <w:br/>
      </w:r>
      <w:r>
        <w:rPr>
          <w:sz w:val="20"/>
        </w:rPr>
        <w:t>1:07:49  it permissible to offer namaz by sunni brothers behind a shia imam? what is your opinion on this?</w:t>
      </w:r>
      <w:r>
        <w:br/>
      </w:r>
      <w:r>
        <w:rPr>
          <w:sz w:val="20"/>
        </w:rPr>
        <w:t>1:07:55  yeh shia imam sunni imam yeh sab logon ne nikal rakha hai islam mein aisa kuch nahi hai. islam mein aisa kuch nahi hai. sunan abi daud mein riwayat hai ke salu khalfa kulli birr wa fajir yani siyah mein maan jati hai yeh kitab siyah sitta mein is ka tarjuma yeh hai ke parho namaz har insan ke peeche khwah woh bura ho ya acha ho. is ka matlab yeh hai ke tumhare nazdeek</w:t>
      </w:r>
      <w:r>
        <w:br/>
      </w:r>
      <w:r>
        <w:rPr>
          <w:sz w:val="20"/>
        </w:rPr>
        <w:t>1:08:25  yak bra achha kyunke haqeeqat mein woh kya hai woh toh Allah janta hai.</w:t>
      </w:r>
      <w:r>
        <w:br/>
      </w:r>
      <w:r>
        <w:rPr>
          <w:sz w:val="20"/>
        </w:rPr>
        <w:t>1:08:31  haq haqeeqat mein koi shakhs kaisa hai yeh toh sirf Allah ko khabar hai.</w:t>
      </w:r>
      <w:r>
        <w:br/>
      </w:r>
      <w:r>
        <w:rPr>
          <w:sz w:val="20"/>
        </w:rPr>
        <w:t>1:08:37  toh muqtadi ko kaha gaya hai namazi jo peeche peeche padh raha hai ke tumhare nazdeek woh jo</w:t>
      </w:r>
      <w:r>
        <w:br/>
      </w:r>
      <w:r>
        <w:rPr>
          <w:sz w:val="20"/>
        </w:rPr>
        <w:t>1:08:43  imam samne khada hua hai woh tumhare nazdeek woh achha ya bura yeh tumhari apni soch hai.</w:t>
      </w:r>
      <w:r>
        <w:br/>
      </w:r>
      <w:r>
        <w:rPr>
          <w:sz w:val="20"/>
        </w:rPr>
        <w:t>1:08:49  namaz padh jamaat ki ati hai organization ke liye toh imam jo hai woh</w:t>
      </w:r>
      <w:r>
        <w:br/>
      </w:r>
      <w:r>
        <w:rPr>
          <w:sz w:val="20"/>
        </w:rPr>
        <w:t>1:08:55  simbal organization hota hai.</w:t>
      </w:r>
      <w:r>
        <w:br/>
      </w:r>
      <w:r>
        <w:rPr>
          <w:sz w:val="20"/>
        </w:rPr>
        <w:t>1:09:00  bas is ka aap is is mein khare ho jaiye na har dekhiye is se maloom hota hai</w:t>
      </w:r>
      <w:r>
        <w:br/>
      </w:r>
      <w:r>
        <w:rPr>
          <w:sz w:val="20"/>
        </w:rPr>
        <w:t>1:09:05  ke har aadmi apni namaz parhta hai imam ki namaz nahi parhta.</w:t>
      </w:r>
      <w:r>
        <w:br/>
      </w:r>
      <w:r>
        <w:rPr>
          <w:sz w:val="20"/>
        </w:rPr>
        <w:t>1:09:10  yeh yeh jo nikala gaya hai ke falan imam ke peechay namaz ja rahi hai yeh bilkul bilkul</w:t>
      </w:r>
      <w:r>
        <w:br/>
      </w:r>
      <w:r>
        <w:rPr>
          <w:sz w:val="20"/>
        </w:rPr>
        <w:t>1:09:15  baseless baat hai yeh islam ki baat nahi hai.</w:t>
      </w:r>
      <w:r>
        <w:br/>
      </w:r>
      <w:r>
        <w:rPr>
          <w:sz w:val="20"/>
        </w:rPr>
        <w:t>1:09:20  khud dono jhagda jhagda nikalein yaad rakhiye namaz bajamat hai organization ke liye yani a</w:t>
      </w:r>
      <w:r>
        <w:br/>
      </w:r>
      <w:r>
        <w:rPr>
          <w:sz w:val="20"/>
        </w:rPr>
        <w:t>1:09:25  kathe namaz parhne ke liye. to jab aap ekhathe namaz parhne parhna chahenge to ek shakhs ko imam banayenge. woh imam jo hoga woh woh sirf organization ke liye hoga aap ki namaz parhne ke liye nahi hoga. woh namaz to aap ne khud parhein ge to organization ke liye aap ne kisi ko imam maan liya magar namaz to aap nahi parh rahe. is liye yeh bilkul baseless sawal yeh sawal hi baseless hai h</w:t>
      </w:r>
      <w:r>
        <w:br/>
      </w:r>
      <w:r>
        <w:rPr>
          <w:sz w:val="20"/>
        </w:rPr>
        <w:t>1:09:55  r ek ke peechay namaz parhiye har ek ke peechay.</w:t>
      </w:r>
    </w:p>
    <w:p>
      <w:pPr>
        <w:pStyle w:val="Heading2"/>
      </w:pPr>
      <w:r>
        <w:t>Is Saying 'Remember in Prayers' Islamic?</w:t>
      </w:r>
    </w:p>
    <w:p>
      <w:r>
        <w:rPr>
          <w:color w:val="666666"/>
          <w:sz w:val="18"/>
        </w:rPr>
        <w:t>Worship · The Existence of God July 23, 2017 Maulana Wahiduddin Khan · 56s · at 57:31 · https://youtu.be/shLM_JhG3iE?t=3451</w:t>
      </w:r>
    </w:p>
    <w:p>
      <w:r>
        <w:rPr>
          <w:i/>
        </w:rPr>
        <w:t>“Many people say 'remember me in your prayers'. Is this an Islamic way? Please explain.”</w:t>
      </w:r>
    </w:p>
    <w:p>
      <w:r>
        <w:rPr>
          <w:sz w:val="20"/>
        </w:rPr>
        <w:t>57:31  nafees siddiqui sahib ne dilli se sawal bheja hai. unhon ne likha hai: "bahut se log yeh kehte hain ke duaon mein yaad rakhiyega." kya yeh islami tareeqa hai?</w:t>
      </w:r>
      <w:r>
        <w:br/>
      </w:r>
      <w:r>
        <w:rPr>
          <w:sz w:val="20"/>
        </w:rPr>
        <w:t>57:43  is ke bare mein bataen. bhai, maine jab parha hai sahaba aur tabeen ke halaat to un ka tareeqa nahi tha.</w:t>
      </w:r>
      <w:r>
        <w:br/>
      </w:r>
      <w:r>
        <w:rPr>
          <w:sz w:val="20"/>
        </w:rPr>
        <w:t>57:55  aur ek ek tabei ne kaha hai ke sahaba ke bare mein ke wa al qudwatuhum namoona wahi hai. yani sahaba ke haan maine kabhi nahi paya ke sahabi ne yeh kaha ho ke duaon mein yaad rakhiyega.</w:t>
      </w:r>
      <w:r>
        <w:br/>
      </w:r>
      <w:r>
        <w:rPr>
          <w:sz w:val="20"/>
        </w:rPr>
        <w:t>58:11  to jab tabei kehte hain ke wa al qudwatuhum wahi namoona hai. to aap kahan se nikala yeh?</w:t>
      </w:r>
      <w:r>
        <w:br/>
      </w:r>
      <w:r>
        <w:rPr>
          <w:sz w:val="20"/>
        </w:rPr>
        <w:t>58:20  yeh to khud sakhta baat hai. sahaba ka yeh tareeqa nahi tha.</w:t>
      </w:r>
    </w:p>
    <w:p>
      <w:pPr>
        <w:pStyle w:val="Heading2"/>
      </w:pPr>
      <w:r>
        <w:t>Is Zamzam water considered sacred?</w:t>
      </w:r>
    </w:p>
    <w:p>
      <w:r>
        <w:rPr>
          <w:color w:val="666666"/>
          <w:sz w:val="18"/>
        </w:rPr>
        <w:t>Worship · Divine Help September 22, 2015 · 2m 19s · at 1:02:17 · https://youtu.be/sozrNCif0Gg?t=3737</w:t>
      </w:r>
    </w:p>
    <w:p>
      <w:r>
        <w:rPr>
          <w:i/>
        </w:rPr>
        <w:t>“Today Muslims consider Zamzam water as very sacred. Is this correct?”</w:t>
      </w:r>
    </w:p>
    <w:p>
      <w:r>
        <w:rPr>
          <w:sz w:val="20"/>
        </w:rPr>
        <w:t>1:02:17  jazak Allah." Maulana, agla sawal shohra pur se umar abdullah sahib ne bheja hai.</w:t>
      </w:r>
      <w:r>
        <w:br/>
      </w:r>
      <w:r>
        <w:rPr>
          <w:sz w:val="20"/>
        </w:rPr>
        <w:t>1:02:26  unhon ne likha hai ke aaj musalman zam zam ke pani ko bohat muqaddas mante hain. kya yeh sahi hai?</w:t>
      </w:r>
      <w:r>
        <w:br/>
      </w:r>
      <w:r>
        <w:rPr>
          <w:sz w:val="20"/>
        </w:rPr>
        <w:t>1:02:36  nahi, yeh sab kuch sahi hai. zam zam aik nemat hai, muqaddas nahi hai. muqaddas ka tasawwur hi galat hai.</w:t>
      </w:r>
      <w:r>
        <w:br/>
      </w:r>
      <w:r>
        <w:rPr>
          <w:sz w:val="20"/>
        </w:rPr>
        <w:t>1:02:46  zam zam aik nemat hai, bas to nemat to lijiye is ko.</w:t>
      </w:r>
      <w:r>
        <w:br/>
      </w:r>
      <w:r>
        <w:rPr>
          <w:sz w:val="20"/>
        </w:rPr>
        <w:t>1:02:50  asal jo zam zam ko dekh kar aap ko janna chahiye, woh yeh ke Allah ke kuch bande, yani hajra, ismail aur ibrahim,</w:t>
      </w:r>
      <w:r>
        <w:br/>
      </w:r>
      <w:r>
        <w:rPr>
          <w:sz w:val="20"/>
        </w:rPr>
        <w:t>1:03:03  ne yeh faisla kiya ke Allah ke mission ke liye unhein aik desert mein basna hai.</w:t>
      </w:r>
      <w:r>
        <w:br/>
      </w:r>
      <w:r>
        <w:rPr>
          <w:sz w:val="20"/>
        </w:rPr>
        <w:t>1:03:14  desert mein is is mein mission ko chalana hai. wahi kaha tha,</w:t>
      </w:r>
      <w:r>
        <w:br/>
      </w:r>
      <w:r>
        <w:rPr>
          <w:sz w:val="20"/>
        </w:rPr>
        <w:t>1:03:18  aik aisa group tayar karna jo poore banon mein, poore banon mein deconditioned ho, mahol se asar na liya ho.</w:t>
      </w:r>
      <w:r>
        <w:br/>
      </w:r>
      <w:r>
        <w:rPr>
          <w:sz w:val="20"/>
        </w:rPr>
        <w:t>1:03:28  to that was possible only through desert trail bhi. to us waqt Allah taala ki madad zahir hui aur sehra mein pani zahir ho gaya.</w:t>
      </w:r>
      <w:r>
        <w:br/>
      </w:r>
      <w:r>
        <w:rPr>
          <w:sz w:val="20"/>
        </w:rPr>
        <w:t>1:03:39  tab un ko yaqeen ho gaya ke is kaam ko karna hi karna hai, kyunke jahan hum kuch bebas ho jayenge, wahan Allah maujood hai.</w:t>
      </w:r>
      <w:r>
        <w:br/>
      </w:r>
      <w:r>
        <w:rPr>
          <w:sz w:val="20"/>
        </w:rPr>
        <w:t>1:03:48  to asal cheez muqaddas nahi hai, asal cheez Allah ki help ka yaqeen hai. musalman bas is ko muqaddas samajh kar ke jate hain, use late hain, apne kapde mein bhagate hain.</w:t>
      </w:r>
      <w:r>
        <w:br/>
      </w:r>
      <w:r>
        <w:rPr>
          <w:sz w:val="20"/>
        </w:rPr>
        <w:t>1:04:03  yeh sab bilkul bekar baatein hain. zam zam aap ko taqdisen yaad dilat</w:t>
      </w:r>
      <w:r>
        <w:br/>
      </w:r>
      <w:r>
        <w:rPr>
          <w:sz w:val="20"/>
        </w:rPr>
        <w:t>1:04:09  a. zam zam aap ko yaad dilata hai ke chahe tum sehra mein ho, chahe tum kahin bhi ho, Allah ke liye uth khade ho.</w:t>
      </w:r>
      <w:r>
        <w:br/>
      </w:r>
      <w:r>
        <w:rPr>
          <w:sz w:val="20"/>
        </w:rPr>
        <w:t>1:04:18  Allah wahin tum ko mil jayega. Allah ki apni foujon ke sath, apni madad ke sath wahin zahir ho jayega. yeh hai zam zam ka paigham.</w:t>
      </w:r>
    </w:p>
    <w:p>
      <w:pPr>
        <w:pStyle w:val="Heading2"/>
      </w:pPr>
      <w:r>
        <w:t>Is a mosque permanent for Judgment Day?</w:t>
      </w:r>
    </w:p>
    <w:p>
      <w:r>
        <w:rPr>
          <w:color w:val="666666"/>
          <w:sz w:val="18"/>
        </w:rPr>
        <w:t>Worship · The Lesson of History September 21, 2014 · 28s · at 1:03:39 · https://youtu.be/aMVHLKMkhcQ?t=3819</w:t>
      </w:r>
    </w:p>
    <w:p>
      <w:r>
        <w:rPr>
          <w:i/>
        </w:rPr>
        <w:t>“Wherever a mosque is built, it is built. That place is a mosque for the Day of Judgment.”</w:t>
      </w:r>
    </w:p>
    <w:p>
      <w:r>
        <w:rPr>
          <w:sz w:val="20"/>
        </w:rPr>
        <w:t>1:03:39  maulana, agla sawal lene se pehle aik comment parhna chahenge jo doctor farida khanam ne bheja hai dilli se. aur unhon ne likha hai ke Today's lecture was an eye-opener.</w:t>
      </w:r>
      <w:r>
        <w:br/>
      </w:r>
      <w:r>
        <w:rPr>
          <w:sz w:val="20"/>
        </w:rPr>
        <w:t>1:03:52  It has become very clear as to how Muslims who are stuck in a blind alley and are groping in the dark can find the way to solve their problems and save themselves from destruction.</w:t>
      </w:r>
    </w:p>
    <w:p>
      <w:pPr>
        <w:pStyle w:val="Heading2"/>
      </w:pPr>
      <w:r>
        <w:t>Is animal sacrifice mandatory on Eid al-Adha?</w:t>
      </w:r>
    </w:p>
    <w:p>
      <w:r>
        <w:rPr>
          <w:color w:val="666666"/>
          <w:sz w:val="18"/>
        </w:rPr>
        <w:t>Worship · Eid-al-Azha I October 13, 2013 · 1m 09s · at 49:33 · https://youtu.be/oy7zn-uODcU?t=2973</w:t>
      </w:r>
    </w:p>
    <w:p>
      <w:r>
        <w:rPr>
          <w:i/>
        </w:rPr>
        <w:t>“Eid al-Adha, is it mandatory for financially capable adults to sacrifice animals?”</w:t>
      </w:r>
    </w:p>
    <w:p>
      <w:r>
        <w:rPr>
          <w:sz w:val="20"/>
        </w:rPr>
        <w:t>49:33  sawal idrees sahib ne kiya hai raipur se unhon ne aap se pucha hai ke in eid</w:t>
      </w:r>
      <w:r>
        <w:br/>
      </w:r>
      <w:r>
        <w:rPr>
          <w:sz w:val="20"/>
        </w:rPr>
        <w:t>49:41  Eid al-Adha is it mandatory for financially capable adults to sacrifice animals? Kya matlab ke Eid al-Adha mein</w:t>
      </w:r>
      <w:r>
        <w:br/>
      </w:r>
      <w:r>
        <w:rPr>
          <w:sz w:val="20"/>
        </w:rPr>
        <w:t>49:48  kya yeh mandatory hai ke agar jo afford bhi kar sakta hai to us ko animal sacrifice karna</w:t>
      </w:r>
      <w:r>
        <w:br/>
      </w:r>
      <w:r>
        <w:rPr>
          <w:sz w:val="20"/>
        </w:rPr>
        <w:t>49:56  hai hai kya yeh mandatory hai nahi dekhen is ko aap is pe aap yeh yahan discuss discuss</w:t>
      </w:r>
      <w:r>
        <w:br/>
      </w:r>
      <w:r>
        <w:rPr>
          <w:sz w:val="20"/>
        </w:rPr>
        <w:t>50:04  karne ki baat nahi hai is pe kitabein maujood hain aap padh lijiye is mein mil jayega</w:t>
      </w:r>
      <w:r>
        <w:br/>
      </w:r>
      <w:r>
        <w:rPr>
          <w:sz w:val="20"/>
        </w:rPr>
        <w:t>50:12  aap ko quran mein mil jayega aur mufti mufti kifaayatullah sahib ki kitaab hai woh kya</w:t>
      </w:r>
      <w:r>
        <w:br/>
      </w:r>
      <w:r>
        <w:rPr>
          <w:sz w:val="20"/>
        </w:rPr>
        <w:t>50:19  naam hai is mufti ka taleem ul islam taleem ul islam woh bohat tafseel se mil jayega aap ko</w:t>
      </w:r>
      <w:r>
        <w:br/>
      </w:r>
      <w:r>
        <w:rPr>
          <w:sz w:val="20"/>
        </w:rPr>
        <w:t>50:27  bushra zevar mein aap ko tafseel se mil jayega hamare paas sawalaat aane chahiye dawat-e-fiqhi nahi</w:t>
      </w:r>
      <w:r>
        <w:br/>
      </w:r>
      <w:r>
        <w:rPr>
          <w:sz w:val="20"/>
        </w:rPr>
        <w:t>50:35  fiqhi sawalaat ke liye be-shumaar kitabein hain un ko dekh lijiye aap hum se aap ko dawat-e</w:t>
      </w:r>
    </w:p>
    <w:p>
      <w:pPr>
        <w:pStyle w:val="Heading2"/>
      </w:pPr>
      <w:r>
        <w:t>Is hijama a Sunnah practice?</w:t>
      </w:r>
    </w:p>
    <w:p>
      <w:r>
        <w:rPr>
          <w:color w:val="666666"/>
          <w:sz w:val="18"/>
        </w:rPr>
        <w:t>Worship · Man and Paradise May 05, 2013 · 2m 50s · at 50:04 · https://youtu.be/VyFgim3pvts?t=3004</w:t>
      </w:r>
    </w:p>
    <w:p>
      <w:r>
        <w:rPr>
          <w:i/>
        </w:rPr>
        <w:t>“Nowadays in Karachi, Pakistan, many people are getting hijama done considering it a Sunnah. Please explain about this. It has no connection with Islam. What do you say to such people?”</w:t>
      </w:r>
    </w:p>
    <w:p>
      <w:r>
        <w:rPr>
          <w:sz w:val="20"/>
        </w:rPr>
        <w:t>50:04  Maulana, un ka ek aur sawal hai. unhon ne likha hai ke aaj kal Karachi Pakistan mein kaafi log hijama sunnat samajh kar karwa rahe hain.</w:t>
      </w:r>
      <w:r>
        <w:br/>
      </w:r>
      <w:r>
        <w:rPr>
          <w:sz w:val="20"/>
        </w:rPr>
        <w:t>50:16  is ke bare mein batayein. yeh bilkul afsurda baat hai. yaani is ka koi talluq Islam se nahi hai.</w:t>
      </w:r>
      <w:r>
        <w:br/>
      </w:r>
      <w:r>
        <w:rPr>
          <w:sz w:val="20"/>
        </w:rPr>
        <w:t>50:27  aise logon ko aap kya kahein?</w:t>
      </w:r>
      <w:r>
        <w:br/>
      </w:r>
      <w:r>
        <w:rPr>
          <w:sz w:val="20"/>
        </w:rPr>
        <w:t>50:34  yaani Islam ko unhon ne aisa ghata kar pesh kiya hai ke mujhe hairat hai ke yeh to mujrim hain, yeh log mujrim hain.</w:t>
      </w:r>
      <w:r>
        <w:br/>
      </w:r>
      <w:r>
        <w:rPr>
          <w:sz w:val="20"/>
        </w:rPr>
        <w:t>50:46  dekhein, kal Times of India mein mera ek article chhaapa hai to us par bees hazar se zyada logon ne visit kiya.</w:t>
      </w:r>
      <w:r>
        <w:br/>
      </w:r>
      <w:r>
        <w:rPr>
          <w:sz w:val="20"/>
        </w:rPr>
        <w:t>50:56  us ko to mujhe maloom hua ke ek ek ek Christian lady ne likha hai ke mujhe taajjub hai ke ek Musalman aisa mazmoon likh sakta hai.</w:t>
      </w:r>
      <w:r>
        <w:br/>
      </w:r>
      <w:r>
        <w:rPr>
          <w:sz w:val="20"/>
        </w:rPr>
        <w:t>51:06  to Musalman ne apni image itni kharab kar likhi hai, itni kharab ke samajhta hai ke Musalman jo hai, woh to militancy ki baat karega.</w:t>
      </w:r>
      <w:r>
        <w:br/>
      </w:r>
      <w:r>
        <w:rPr>
          <w:sz w:val="20"/>
        </w:rPr>
        <w:t>51:15  constitutionality ki baat karna Musalman jaanta nahi hai, positivity ki baat Musalman jaanta nahi hai. yeh sab baatein Islam ki image ko kharab karne wali hain aur hargiz hargiz yeh koi sunnat nahi hai.</w:t>
      </w:r>
      <w:r>
        <w:br/>
      </w:r>
      <w:r>
        <w:rPr>
          <w:sz w:val="20"/>
        </w:rPr>
        <w:t>51:30  is zamane mein Arab mein aur doosre mulkon mein yeh riwaj tha pushta lagwane ka. is ka sunnat se kya talluq hai?</w:t>
      </w:r>
      <w:r>
        <w:br/>
      </w:r>
      <w:r>
        <w:rPr>
          <w:sz w:val="20"/>
        </w:rPr>
        <w:t>51:40  woh to aap parh lijiyey shah waliullah sahib ki kitab. unhon ne likha hai ke ek sunnat har cheez ko sunnat nahi samajhna chahiye.</w:t>
      </w:r>
      <w:r>
        <w:br/>
      </w:r>
      <w:r>
        <w:rPr>
          <w:sz w:val="20"/>
        </w:rPr>
        <w:t>51:54  sunnat aadiyah aur sunnat sabitah yaani koi cheez jo rasoolullah ne ki ho toh woh sunnat keh dein aap us ko.</w:t>
      </w:r>
      <w:r>
        <w:br/>
      </w:r>
      <w:r>
        <w:rPr>
          <w:sz w:val="20"/>
        </w:rPr>
        <w:t>52:03  toh yeh bilkul rasoolullah rehte they jhonpdi mein. aap jayen jhonpdi mein rahiyey,</w:t>
      </w:r>
      <w:r>
        <w:br/>
      </w:r>
      <w:r>
        <w:rPr>
          <w:sz w:val="20"/>
        </w:rPr>
        <w:t>52:08  is sunnat ko nahi koi amal karega. is par koi jis makan mein rasoolullah rehte they, woh aaj kal ki zabaan mein jhonpdi tha. woh toh yeh bilkul galat hai, yeh islam ke khilaaf hai.</w:t>
      </w:r>
      <w:r>
        <w:br/>
      </w:r>
      <w:r>
        <w:rPr>
          <w:sz w:val="20"/>
        </w:rPr>
        <w:t>52:19  yeh mein is ko yaani ek mujrimana fe'l samajhta hoon, is ka sunnat se koi ta'alluq nahi hai. aur yeh mein hi nahi keh raha hoon ke balkey barhey barhey ulma ne yeh baat kahi hai ke rasoolullah ki zindagi mein jo kuch hua hai, woh sab sunnat sabitah nahi</w:t>
      </w:r>
      <w:r>
        <w:br/>
      </w:r>
      <w:r>
        <w:rPr>
          <w:sz w:val="20"/>
        </w:rPr>
        <w:t>52:36  hai. is mein kuch cheezen hain jo sunnat aadiyah hain ke arab mein paida hue toh us nisbat se aap ne aisa kiya.</w:t>
      </w:r>
      <w:r>
        <w:br/>
      </w:r>
      <w:r>
        <w:rPr>
          <w:sz w:val="20"/>
        </w:rPr>
        <w:t>52:45  woh is liye nahi ke rasoolullah isi liye bheje gaye they ke log is par amal karein. yeh bilkul afsurdah baat hai. yeh</w:t>
      </w:r>
    </w:p>
    <w:p>
      <w:pPr>
        <w:pStyle w:val="Heading2"/>
      </w:pPr>
      <w:r>
        <w:t>Is intention enough at start of prayer?</w:t>
      </w:r>
    </w:p>
    <w:p>
      <w:r>
        <w:rPr>
          <w:color w:val="666666"/>
          <w:sz w:val="18"/>
        </w:rPr>
        <w:t>Worship · Revival and Revivalist | June 7, 2015 · 1m 15s · at 47:13 · https://youtu.be/tJqheiPlZ94?t=2833</w:t>
      </w:r>
    </w:p>
    <w:p>
      <w:r>
        <w:rPr>
          <w:i/>
        </w:rPr>
        <w:t>“At the time of start of prayer, we should tell the intention. Is intention enough?”</w:t>
      </w:r>
    </w:p>
    <w:p>
      <w:r>
        <w:rPr>
          <w:sz w:val="20"/>
        </w:rPr>
        <w:t>47:13  ya nahi gaya. to na batane ki wajah se aisa hai. iska hal yeh hai ke logon ko bataya jaye ke dawat kitni aham baat hai. dawat ki qeemat kya hai? unhone agla sawal kiya hai mukhtar ahmed ne bihar se. at the time of start of our prayer, we should tell the niyat or is intention enough? to niyat aur intention to ek hi</w:t>
      </w:r>
      <w:r>
        <w:br/>
      </w:r>
      <w:r>
        <w:rPr>
          <w:sz w:val="20"/>
        </w:rPr>
        <w:t>47:43  cheez hai.</w:t>
      </w:r>
      <w:r>
        <w:br/>
      </w:r>
      <w:r>
        <w:rPr>
          <w:sz w:val="20"/>
        </w:rPr>
        <w:t>47:47  sawal mere khayal sahi alfaaz mein nahi hai.</w:t>
      </w:r>
      <w:r>
        <w:br/>
      </w:r>
      <w:r>
        <w:rPr>
          <w:sz w:val="20"/>
        </w:rPr>
        <w:t>47:50  sawal karne ka matlab غالباً yeh hai ke lafzon mein niyat ko kehna zaroori hai ke niyat kafi hai.</w:t>
      </w:r>
      <w:r>
        <w:br/>
      </w:r>
      <w:r>
        <w:rPr>
          <w:sz w:val="20"/>
        </w:rPr>
        <w:t>47:54  shayad matlab sawal ka yeh hai kyunke aam taur par log yeh karte hain ke munh mera taraf</w:t>
      </w:r>
      <w:r>
        <w:br/>
      </w:r>
      <w:r>
        <w:rPr>
          <w:sz w:val="20"/>
        </w:rPr>
        <w:t>47:58  kabe ke waghera alfaaz bolte hain.</w:t>
      </w:r>
      <w:r>
        <w:br/>
      </w:r>
      <w:r>
        <w:rPr>
          <w:sz w:val="20"/>
        </w:rPr>
        <w:t>48:02  to yeh alfaaz bolna hargiz zaroori nahi hai.</w:t>
      </w:r>
      <w:r>
        <w:br/>
      </w:r>
      <w:r>
        <w:rPr>
          <w:sz w:val="20"/>
        </w:rPr>
        <w:t>48:06  sahaba aise alfaaz nahi bolte the.</w:t>
      </w:r>
      <w:r>
        <w:br/>
      </w:r>
      <w:r>
        <w:rPr>
          <w:sz w:val="20"/>
        </w:rPr>
        <w:t>48:09  asal cheez yeh hai ke aap</w:t>
      </w:r>
      <w:r>
        <w:br/>
      </w:r>
      <w:r>
        <w:rPr>
          <w:sz w:val="20"/>
        </w:rPr>
        <w:t>48:13  niyat, niyat ka mani yeh hai ke aap yani zehn aap ka bidaar ho.</w:t>
      </w:r>
      <w:r>
        <w:br/>
      </w:r>
      <w:r>
        <w:rPr>
          <w:sz w:val="20"/>
        </w:rPr>
        <w:t>48:18  aap aap samajhte hon, yani aap aap ke zehn mein yeh yeh khayal taza ho ke mein namaz</w:t>
      </w:r>
      <w:r>
        <w:br/>
      </w:r>
      <w:r>
        <w:rPr>
          <w:sz w:val="20"/>
        </w:rPr>
        <w:t>48:23  parhne ke liye khara hua hoon.</w:t>
      </w:r>
    </w:p>
    <w:p>
      <w:pPr>
        <w:pStyle w:val="Heading2"/>
      </w:pPr>
      <w:r>
        <w:t>Is modesty the essence of worship?</w:t>
      </w:r>
    </w:p>
    <w:p>
      <w:r>
        <w:rPr>
          <w:color w:val="666666"/>
          <w:sz w:val="18"/>
        </w:rPr>
        <w:t>Worship · Dars-e-Quran, Chapter 2, Verse 63-71 April 15, 2018 · 52s · at 53:18 · https://youtu.be/4QSHnsRshnI?t=3198</w:t>
      </w:r>
    </w:p>
    <w:p>
      <w:r>
        <w:rPr>
          <w:i/>
        </w:rPr>
        <w:t>“My question is about Saturday talk which you gave yesterday. I want to know that can we say that modesty is the extract of worship?”</w:t>
      </w:r>
    </w:p>
    <w:p>
      <w:r>
        <w:rPr>
          <w:sz w:val="20"/>
        </w:rPr>
        <w:t>53:18  maulana, agla sawal pakistan se miss shabana ansari ne bheja hai. unhon ne likha hai: "maulana sahib, my question is about saturday talk which you gave yesterday.</w:t>
      </w:r>
      <w:r>
        <w:br/>
      </w:r>
      <w:r>
        <w:rPr>
          <w:sz w:val="20"/>
        </w:rPr>
        <w:t>53:31  i want to know that can we say that modesty is the extract of ibadah?"</w:t>
      </w:r>
      <w:r>
        <w:br/>
      </w:r>
      <w:r>
        <w:rPr>
          <w:sz w:val="20"/>
        </w:rPr>
        <w:t>53:41  haan, sahi baat hai. yeh sajda jab aap karte hain to woh modesty,</w:t>
      </w:r>
      <w:r>
        <w:br/>
      </w:r>
      <w:r>
        <w:rPr>
          <w:sz w:val="20"/>
        </w:rPr>
        <w:t>53:51  modesty to hai. woh</w:t>
      </w:r>
      <w:r>
        <w:br/>
      </w:r>
      <w:r>
        <w:rPr>
          <w:sz w:val="20"/>
        </w:rPr>
        <w:t>53:57  to baghair modesty ke, baghair tawazu ke, aadmi sacha sajda nahi kar sakta. to main sochta hoon ke aap theek keh rahe hain.</w:t>
      </w:r>
      <w:r>
        <w:br/>
      </w:r>
      <w:r>
        <w:rPr>
          <w:sz w:val="20"/>
        </w:rPr>
        <w:t>54:07  aap</w:t>
      </w:r>
    </w:p>
    <w:p>
      <w:pPr>
        <w:pStyle w:val="Heading2"/>
      </w:pPr>
      <w:r>
        <w:t>Is performing prayer form enough?</w:t>
      </w:r>
    </w:p>
    <w:p>
      <w:r>
        <w:rPr>
          <w:color w:val="666666"/>
          <w:sz w:val="18"/>
        </w:rPr>
        <w:t>Worship · Concept of God December 7, 2014 · 1m 48s · at 1:11:31 · https://youtu.be/dCgL9lp8EAo?t=4291</w:t>
      </w:r>
    </w:p>
    <w:p>
      <w:r>
        <w:rPr>
          <w:i/>
        </w:rPr>
        <w:t>“People think that once they have performed the form of prayer, that is enough. That they are God's worshippers. Is it right? Please explain this.”</w:t>
      </w:r>
    </w:p>
    <w:p>
      <w:r>
        <w:rPr>
          <w:sz w:val="20"/>
        </w:rPr>
        <w:t>1:11:31  Maulana, agla sawal Delhi se kiya hai Dr. Fareeda Khanam ne, aur unhon ne likha hai: "People think that once they have performed the form of prayer, that is enough.</w:t>
      </w:r>
      <w:r>
        <w:br/>
      </w:r>
      <w:r>
        <w:rPr>
          <w:sz w:val="20"/>
        </w:rPr>
        <w:t>1:11:45  That they are gods' worshippers. Is it right? Please explain this." Dekhein, worship log samajhte hain ke ek form hai, is ko dohrana.</w:t>
      </w:r>
      <w:r>
        <w:br/>
      </w:r>
      <w:r>
        <w:rPr>
          <w:sz w:val="20"/>
        </w:rPr>
        <w:t>1:11:56  Woh worship hai hi nahin.</w:t>
      </w:r>
      <w:r>
        <w:br/>
      </w:r>
      <w:r>
        <w:rPr>
          <w:sz w:val="20"/>
        </w:rPr>
        <w:t>1:11:59  Worship us waqt banegi jab is ke andar is ki spirit maujood ho. Hadees mein aata hai ke la salata liman lam yatakhasha.</w:t>
      </w:r>
      <w:r>
        <w:br/>
      </w:r>
      <w:r>
        <w:rPr>
          <w:sz w:val="20"/>
        </w:rPr>
        <w:t>1:12:11  La salata liman lam yatakhasha. Jis ki namaz mein khushu na ho, yani fear of God na ho, us ki namaz namaz nahin.</w:t>
      </w:r>
      <w:r>
        <w:br/>
      </w:r>
      <w:r>
        <w:rPr>
          <w:sz w:val="20"/>
        </w:rPr>
        <w:t>1:12:22  Ek riwayat mein aata hai ke ek shakhs ne Masjid Nabwi, jo Madina mein hai, woh aaya, wahan us ne do rakat namaz padhi. Phir Rasool Allah ke paas aaya.</w:t>
      </w:r>
      <w:r>
        <w:br/>
      </w:r>
      <w:r>
        <w:rPr>
          <w:sz w:val="20"/>
        </w:rPr>
        <w:t>1:12:34  To Rasool Allah ne farmaya ke irja' fasalli fa innaka lam tusal. Jao, phir se namaz padho, kyunke tum ne namaz nahin padhi.</w:t>
      </w:r>
      <w:r>
        <w:br/>
      </w:r>
      <w:r>
        <w:rPr>
          <w:sz w:val="20"/>
        </w:rPr>
        <w:t>1:12:44  Ke is aadmi ne form ko dohra diya tha, lekin is ke andar khushu maujood nahin tha.</w:t>
      </w:r>
      <w:r>
        <w:br/>
      </w:r>
      <w:r>
        <w:rPr>
          <w:sz w:val="20"/>
        </w:rPr>
        <w:t>1:12:51  To yeh to bohat anokhi baat hai ke log form ke dohrane ko samajhte hain ke unhon ne worship kar liya. Form relative hai, aur khushu jo hai, woh real hai.</w:t>
      </w:r>
      <w:r>
        <w:br/>
      </w:r>
      <w:r>
        <w:rPr>
          <w:sz w:val="20"/>
        </w:rPr>
        <w:t>1:13:05  Jab tak real part na ho, sirf relative part ho, to woh kisi amal ko worship nahin bana sakta.</w:t>
      </w:r>
    </w:p>
    <w:p>
      <w:pPr>
        <w:pStyle w:val="Heading2"/>
      </w:pPr>
      <w:r>
        <w:t>Is reciting Quran for the deceased valid?</w:t>
      </w:r>
    </w:p>
    <w:p>
      <w:r>
        <w:rPr>
          <w:color w:val="666666"/>
          <w:sz w:val="18"/>
        </w:rPr>
        <w:t>Worship · The Importance of Wisdom November 4, 2012 · 1m 04s · at 1:05:29 · https://youtu.be/7e6FvqRSHic?t=3929</w:t>
      </w:r>
    </w:p>
    <w:p>
      <w:r>
        <w:rPr>
          <w:i/>
        </w:rPr>
        <w:t>“After a person dies, is reciting Quran and giving its reward to the deceased correct, and does the reward reach the deceased? Please tell us about this.”</w:t>
      </w:r>
    </w:p>
    <w:p>
      <w:r>
        <w:rPr>
          <w:sz w:val="20"/>
        </w:rPr>
        <w:t>1:05:29  maulana agla sawal bhopal se hai doctor khalid hameed sahib ka</w:t>
      </w:r>
      <w:r>
        <w:br/>
      </w:r>
      <w:r>
        <w:rPr>
          <w:sz w:val="20"/>
        </w:rPr>
        <w:t>1:05:34  unhon ne likha hai insan ke marne ke baad jo quran parh kar bakhsha jata hai kya woh sahi hai aur kya is ka sawab mahroom ko milta hai is ke baray mein bataen yeh to islam mein hai hi nahi yeh to riwaj hai musalmanon ka abhi bhi arbon mein nahi hai yeh to india mein hai bas india aur pakistan mein is ka islam se koi talluq nahi hai</w:t>
      </w:r>
      <w:r>
        <w:br/>
      </w:r>
      <w:r>
        <w:rPr>
          <w:sz w:val="20"/>
        </w:rPr>
        <w:t>1:06:01  yeh quran padhkar bakhsho yeh tasawwur is wajah se ajnabi hai islam mein</w:t>
      </w:r>
      <w:r>
        <w:br/>
      </w:r>
      <w:r>
        <w:rPr>
          <w:sz w:val="20"/>
        </w:rPr>
        <w:t>1:06:08  na to ek quran o hadith mein yeh baat batai gayi hai na aaj bhi arbon mein is</w:t>
      </w:r>
      <w:r>
        <w:br/>
      </w:r>
      <w:r>
        <w:rPr>
          <w:sz w:val="20"/>
        </w:rPr>
        <w:t>1:06:11  ka riwaj nahi hai</w:t>
      </w:r>
      <w:r>
        <w:br/>
      </w:r>
      <w:r>
        <w:rPr>
          <w:sz w:val="20"/>
        </w:rPr>
        <w:t>1:06:14  yeh india aur pakistan mein hai bas to ke isi doosri qaumon se aaya hai doosri qaum mein</w:t>
      </w:r>
      <w:r>
        <w:br/>
      </w:r>
      <w:r>
        <w:rPr>
          <w:sz w:val="20"/>
        </w:rPr>
        <w:t>1:06:18  sab riwaj hain is tarah ke isi ko musalmanon ne pakad rakha hai behal yeh yeh bilkul baseless</w:t>
      </w:r>
      <w:r>
        <w:br/>
      </w:r>
      <w:r>
        <w:rPr>
          <w:sz w:val="20"/>
        </w:rPr>
        <w:t>1:06:24  hai baseless hai iska koi islam se talluq nahi hai iska koi</w:t>
      </w:r>
    </w:p>
    <w:p>
      <w:pPr>
        <w:pStyle w:val="Heading2"/>
      </w:pPr>
      <w:r>
        <w:t>Is repeating prayer requests acceptable?</w:t>
      </w:r>
    </w:p>
    <w:p>
      <w:r>
        <w:rPr>
          <w:color w:val="666666"/>
          <w:sz w:val="18"/>
        </w:rPr>
        <w:t>Worship · Divine Ideology of Life I 11 July 2010 · 2m 19s · at 1:38:42 · https://youtu.be/wOmHVfyjMJY?t=5922</w:t>
      </w:r>
    </w:p>
    <w:p>
      <w:r>
        <w:rPr>
          <w:i/>
        </w:rPr>
        <w:t>“Whenever we pray to God, is it alright if we repeat the prayer request each time we pray? Like, we consider some prayer points to be prayed upon repeatedly over a long period of time, say a few months or years maybe?”</w:t>
      </w:r>
    </w:p>
    <w:p>
      <w:r>
        <w:rPr>
          <w:sz w:val="20"/>
        </w:rPr>
        <w:t>1:38:42  maulana, yeh sawal kiya hai ms aditi sharma ne new delhi se. unhon ne likha hai ke "Whenever we pray to God, is it alright if we repeat the prayer request each time we pray?</w:t>
      </w:r>
      <w:r>
        <w:br/>
      </w:r>
      <w:r>
        <w:rPr>
          <w:sz w:val="20"/>
        </w:rPr>
        <w:t>1:38:58  Like, we consider some prayer points to be prayed upon repeatedly over a long period of time, say few months or years maybe?"</w:t>
      </w:r>
      <w:r>
        <w:br/>
      </w:r>
      <w:r>
        <w:rPr>
          <w:sz w:val="20"/>
        </w:rPr>
        <w:t>1:39:08  repeat karna bohat achi baat hai. lekin yeh nahi samajhna ke aap ne das baar repeat kar diya to yeh ho jayega, bees baar approve ho jayega. yeh ginti based jo repetition hai, woh galat hai.</w:t>
      </w:r>
      <w:r>
        <w:br/>
      </w:r>
      <w:r>
        <w:rPr>
          <w:sz w:val="20"/>
        </w:rPr>
        <w:t>1:39:18  yani ginti mein koi aap samajh lein ke is mein koi mysterious koi cheez hai, woh galat hai. baqi apne apne jo feeling hai, us ko aap bar bar dohraayein to bari achi baat hai.</w:t>
      </w:r>
      <w:r>
        <w:br/>
      </w:r>
      <w:r>
        <w:rPr>
          <w:sz w:val="20"/>
        </w:rPr>
        <w:t>1:39:31  yani repeated, repeated is sirf is not</w:t>
      </w:r>
      <w:r>
        <w:br/>
      </w:r>
      <w:r>
        <w:rPr>
          <w:sz w:val="20"/>
        </w:rPr>
        <w:t>1:39:35  wrong, it is good lekin gintiyon ko samajh lein, agar das baar dohrana to yeh ho jayega, so baar dohrana to woh ho jayega, yeh bilkul galat hai.</w:t>
      </w:r>
      <w:r>
        <w:br/>
      </w:r>
      <w:r>
        <w:rPr>
          <w:sz w:val="20"/>
        </w:rPr>
        <w:t>1:39:44  is ki koi is ki koi base baseless hai yeh. maulana, yeh sawal aaya hai mr shaukat ali ka sialkot pakistan se.</w:t>
      </w:r>
      <w:r>
        <w:br/>
      </w:r>
      <w:r>
        <w:rPr>
          <w:sz w:val="20"/>
        </w:rPr>
        <w:t>1:39:57  unhon ne likha hai ke "kya momin ka maqsad sirf achhe kaam kar ke jannat mein jana hai? agar</w:t>
      </w:r>
      <w:r>
        <w:br/>
      </w:r>
      <w:r>
        <w:rPr>
          <w:sz w:val="20"/>
        </w:rPr>
        <w:t>1:40:05  yahi maqsad hai to is ka matlab sirf yahi hai ke ek mazdoor ko us ki mazdoori ka milna?" maulana, is ko explain kijiye.</w:t>
      </w:r>
      <w:r>
        <w:br/>
      </w:r>
      <w:r>
        <w:rPr>
          <w:sz w:val="20"/>
        </w:rPr>
        <w:t>1:40:15  nahin, main ne abhi kaha hai ke dekhiye ke asal cheez hai tazkiya. yani self purification. yeh mazdoori aur price ki baat nahin hai.</w:t>
      </w:r>
      <w:r>
        <w:br/>
      </w:r>
      <w:r>
        <w:rPr>
          <w:sz w:val="20"/>
        </w:rPr>
        <w:t>1:40:26  yeh koi price ki baat nahin hai. yani purified soul hi jayega paradise mein. purified soul ka matlab kya</w:t>
      </w:r>
      <w:r>
        <w:br/>
      </w:r>
      <w:r>
        <w:rPr>
          <w:sz w:val="20"/>
        </w:rPr>
        <w:t>1:40:34  hai? jis ke andar negativity na ho. jis ke andar intolerance na ho. jis ke andar violence na ho. jo animosity na ho.</w:t>
      </w:r>
      <w:r>
        <w:br/>
      </w:r>
      <w:r>
        <w:rPr>
          <w:sz w:val="20"/>
        </w:rPr>
        <w:t>1:40:46  jis ke andar Allah ka khauf ho, Allah se mohabbat ho. to yeh purified soul us ko kaha gaya hai. to purified soul paradise ho jayega.</w:t>
      </w:r>
      <w:r>
        <w:br/>
      </w:r>
      <w:r>
        <w:rPr>
          <w:sz w:val="20"/>
        </w:rPr>
        <w:t>1:40:55  aur koi is ki price nahin hai.</w:t>
      </w:r>
    </w:p>
    <w:p>
      <w:pPr>
        <w:pStyle w:val="Heading2"/>
      </w:pPr>
      <w:r>
        <w:t>Is worship essentially an internal thing?</w:t>
      </w:r>
    </w:p>
    <w:p>
      <w:r>
        <w:rPr>
          <w:color w:val="666666"/>
          <w:sz w:val="18"/>
        </w:rPr>
        <w:t>Worship · Divine Help February 09, 2014 Maulana Wahiduddin Khan · 3m 43s · at 1:11:20 · https://youtu.be/eJBjiYGZcKY?t=4280</w:t>
      </w:r>
    </w:p>
    <w:p>
      <w:r>
        <w:rPr>
          <w:i/>
        </w:rPr>
        <w:t>“Some people say that worship is essentially an internal thing.”</w:t>
      </w:r>
    </w:p>
    <w:p>
      <w:r>
        <w:rPr>
          <w:sz w:val="20"/>
        </w:rPr>
        <w:t>1:11:20  Maulana agla sawal kya hai dilli se.</w:t>
      </w:r>
      <w:r>
        <w:br/>
      </w:r>
      <w:r>
        <w:rPr>
          <w:sz w:val="20"/>
        </w:rPr>
        <w:t>1:11:24  Maulana zikwan nadvi ne.</w:t>
      </w:r>
      <w:r>
        <w:br/>
      </w:r>
      <w:r>
        <w:rPr>
          <w:sz w:val="20"/>
        </w:rPr>
        <w:t>1:11:29  unhone likha hai: kuch logon ka kehna yeh hai ke ibadat aslan ek dakhili cheez hai.</w:t>
      </w:r>
      <w:r>
        <w:br/>
      </w:r>
      <w:r>
        <w:rPr>
          <w:sz w:val="20"/>
        </w:rPr>
        <w:t>1:11:33  lekin insaan chunaanche rohani wajood ke sath ek amli wajood bhi rakhta hai is liye ibadat mein itaat</w:t>
      </w:r>
      <w:r>
        <w:br/>
      </w:r>
      <w:r>
        <w:rPr>
          <w:sz w:val="20"/>
        </w:rPr>
        <w:t>1:11:38  bhi shamil ho jati hai.</w:t>
      </w:r>
      <w:r>
        <w:br/>
      </w:r>
      <w:r>
        <w:rPr>
          <w:sz w:val="20"/>
        </w:rPr>
        <w:t>1:11:43  is ko wazeh karen.</w:t>
      </w:r>
      <w:r>
        <w:br/>
      </w:r>
      <w:r>
        <w:rPr>
          <w:sz w:val="20"/>
        </w:rPr>
        <w:t>1:11:47  nahi nahi bilkul galat hai yeh.</w:t>
      </w:r>
      <w:r>
        <w:br/>
      </w:r>
      <w:r>
        <w:rPr>
          <w:sz w:val="20"/>
        </w:rPr>
        <w:t>1:11:52  sardar sahib galat hain.</w:t>
      </w:r>
      <w:r>
        <w:br/>
      </w:r>
      <w:r>
        <w:rPr>
          <w:sz w:val="20"/>
        </w:rPr>
        <w:t>1:11:56  itaat alag cheez hai.</w:t>
      </w:r>
      <w:r>
        <w:br/>
      </w:r>
      <w:r>
        <w:rPr>
          <w:sz w:val="20"/>
        </w:rPr>
        <w:t>1:12:01  itaat ka talluq samaji zindagi se hai.</w:t>
      </w:r>
      <w:r>
        <w:br/>
      </w:r>
      <w:r>
        <w:rPr>
          <w:sz w:val="20"/>
        </w:rPr>
        <w:t>1:12:05  is samaj ke zariye se itaat ka pehlu aata hai.</w:t>
      </w:r>
      <w:r>
        <w:br/>
      </w:r>
      <w:r>
        <w:rPr>
          <w:sz w:val="20"/>
        </w:rPr>
        <w:t>1:12:10  ibadat mein aap yeh keh sakte hain ke ek form hai is ka.</w:t>
      </w:r>
      <w:r>
        <w:br/>
      </w:r>
      <w:r>
        <w:rPr>
          <w:sz w:val="20"/>
        </w:rPr>
        <w:t>1:12:14  ek spirit hai aur ek form hai.</w:t>
      </w:r>
      <w:r>
        <w:br/>
      </w:r>
      <w:r>
        <w:rPr>
          <w:sz w:val="20"/>
        </w:rPr>
        <w:t>1:12:19  ibadat mukammal taur par woh cheez hai jis ko kehte hain salat ul abdu birabbi.</w:t>
      </w:r>
      <w:r>
        <w:br/>
      </w:r>
      <w:r>
        <w:rPr>
          <w:sz w:val="20"/>
        </w:rPr>
        <w:t>1:12:24  al ibadatu salat ur rabbi salat ul abdu birabbi.</w:t>
      </w:r>
      <w:r>
        <w:br/>
      </w:r>
      <w:r>
        <w:rPr>
          <w:sz w:val="20"/>
        </w:rPr>
        <w:t>1:12:28  yeh sartaapsa Allah ke bande aur Allah ke darmiyan ka jo muamla hai us ka naam ibadat hai.</w:t>
      </w:r>
      <w:r>
        <w:br/>
      </w:r>
      <w:r>
        <w:rPr>
          <w:sz w:val="20"/>
        </w:rPr>
        <w:t>1:12:33  jo log is ki itaat shamil karte hain woh mere nazdeek woh tehreef karte hain.</w:t>
      </w:r>
      <w:r>
        <w:br/>
      </w:r>
      <w:r>
        <w:rPr>
          <w:sz w:val="20"/>
        </w:rPr>
        <w:t>1:12:37  tafseer bil rai karte hain.</w:t>
      </w:r>
      <w:r>
        <w:br/>
      </w:r>
      <w:r>
        <w:rPr>
          <w:sz w:val="20"/>
        </w:rPr>
        <w:t>1:12:42  natija kya hota hai ke na ibadat na itaat.</w:t>
      </w:r>
      <w:r>
        <w:br/>
      </w:r>
      <w:r>
        <w:rPr>
          <w:sz w:val="20"/>
        </w:rPr>
        <w:t>1:12:46  aap in ko ja kar ke in ke sath ek mahina rakhiye yeh jo aisi baatein karte hain na.</w:t>
      </w:r>
      <w:r>
        <w:br/>
      </w:r>
      <w:r>
        <w:rPr>
          <w:sz w:val="20"/>
        </w:rPr>
        <w:t>1:12:51  ek mahina rahiye.</w:t>
      </w:r>
      <w:r>
        <w:br/>
      </w:r>
      <w:r>
        <w:rPr>
          <w:sz w:val="20"/>
        </w:rPr>
        <w:t>1:12:56  balkeh ek din rahiye sirf.</w:t>
      </w:r>
      <w:r>
        <w:br/>
      </w:r>
      <w:r>
        <w:rPr>
          <w:sz w:val="20"/>
        </w:rPr>
        <w:t>1:13:00  pata chalega na ibadat hai na itaat hai.</w:t>
      </w:r>
      <w:r>
        <w:br/>
      </w:r>
      <w:r>
        <w:rPr>
          <w:sz w:val="20"/>
        </w:rPr>
        <w:t>1:13:05  sirf lip service hai bas.</w:t>
      </w:r>
      <w:r>
        <w:br/>
      </w:r>
      <w:r>
        <w:rPr>
          <w:sz w:val="20"/>
        </w:rPr>
        <w:t>1:13:09  mein aise bohat se logon ko jaanta hoon qareeb se jo isi wali boli bolte hain.</w:t>
      </w:r>
      <w:r>
        <w:br/>
      </w:r>
      <w:r>
        <w:rPr>
          <w:sz w:val="20"/>
        </w:rPr>
        <w:t>1:13:14  unke haan na ibadat hai na itaat.</w:t>
      </w:r>
      <w:r>
        <w:br/>
      </w:r>
      <w:r>
        <w:rPr>
          <w:sz w:val="20"/>
        </w:rPr>
        <w:t>1:13:18  sirf kehne ki baatein hain.</w:t>
      </w:r>
      <w:r>
        <w:br/>
      </w:r>
      <w:r>
        <w:rPr>
          <w:sz w:val="20"/>
        </w:rPr>
        <w:t>1:13:23  stage par khare ho ke bolenge.</w:t>
      </w:r>
      <w:r>
        <w:br/>
      </w:r>
      <w:r>
        <w:rPr>
          <w:sz w:val="20"/>
        </w:rPr>
        <w:t>1:13:28  kitabein likhenge.</w:t>
      </w:r>
      <w:r>
        <w:br/>
      </w:r>
      <w:r>
        <w:rPr>
          <w:sz w:val="20"/>
        </w:rPr>
        <w:t>1:13:32  haqeeqat mein kuch bhi nahi.</w:t>
      </w:r>
      <w:r>
        <w:br/>
      </w:r>
      <w:r>
        <w:rPr>
          <w:sz w:val="20"/>
        </w:rPr>
        <w:t>1:13:37  kyunke nature se hatenge to rootless ho jayenge aap.</w:t>
      </w:r>
      <w:r>
        <w:br/>
      </w:r>
      <w:r>
        <w:rPr>
          <w:sz w:val="20"/>
        </w:rPr>
        <w:t>1:13:41  unnatural baat kahenge to kuch bhi nateeja nahi niklega.</w:t>
      </w:r>
      <w:r>
        <w:br/>
      </w:r>
      <w:r>
        <w:rPr>
          <w:sz w:val="20"/>
        </w:rPr>
        <w:t>1:13:46  yeh unnatural hai.</w:t>
      </w:r>
      <w:r>
        <w:br/>
      </w:r>
      <w:r>
        <w:rPr>
          <w:sz w:val="20"/>
        </w:rPr>
        <w:t>1:13:50  yeh kehna unnatural hai.</w:t>
      </w:r>
      <w:r>
        <w:br/>
      </w:r>
      <w:r>
        <w:rPr>
          <w:sz w:val="20"/>
        </w:rPr>
        <w:t>1:13:55  mein isko unnatural samajhta hoon.</w:t>
      </w:r>
      <w:r>
        <w:br/>
      </w:r>
      <w:r>
        <w:rPr>
          <w:sz w:val="20"/>
        </w:rPr>
        <w:t>1:13:59  aur unnatural ka baat jaise hi bolenge aap bilkul aap baseless ho jayenge.</w:t>
      </w:r>
      <w:r>
        <w:br/>
      </w:r>
      <w:r>
        <w:rPr>
          <w:sz w:val="20"/>
        </w:rPr>
        <w:t>1:14:04  to mere nazdeek itaat jo hai iska talluq samajhi talluqat se hai.</w:t>
      </w:r>
      <w:r>
        <w:br/>
      </w:r>
      <w:r>
        <w:rPr>
          <w:sz w:val="20"/>
        </w:rPr>
        <w:t>1:14:09  aur ibadat jo hai iska talluq bande aur Khuda ke darmiyan jo talluq hai us se hai.</w:t>
      </w:r>
      <w:r>
        <w:br/>
      </w:r>
      <w:r>
        <w:rPr>
          <w:sz w:val="20"/>
        </w:rPr>
        <w:t>1:14:13  Maulana inka ek aur sawal hai.</w:t>
      </w:r>
      <w:r>
        <w:br/>
      </w:r>
      <w:r>
        <w:rPr>
          <w:sz w:val="20"/>
        </w:rPr>
        <w:t>1:14:18  unhone likha hai ke Quran ke chapter nine verse number one twenty two mein bataya gaya hai</w:t>
      </w:r>
      <w:r>
        <w:br/>
      </w:r>
      <w:r>
        <w:rPr>
          <w:sz w:val="20"/>
        </w:rPr>
        <w:t>1:14:22  ke kuch logon ko deen mein tafaqqah hasil karna chahiye taake woh inzaar ka kaam kar saken.</w:t>
      </w:r>
      <w:r>
        <w:br/>
      </w:r>
      <w:r>
        <w:rPr>
          <w:sz w:val="20"/>
        </w:rPr>
        <w:t>1:14:27  Maulana woh Maulana isko wazeh karein ke tafaqqah aur inzaar mein kya talluq hai.</w:t>
      </w:r>
      <w:r>
        <w:br/>
      </w:r>
      <w:r>
        <w:rPr>
          <w:sz w:val="20"/>
        </w:rPr>
        <w:t>1:14:31  is par to hamara ek article chhap chuka hai. Arsalay mein.</w:t>
      </w:r>
      <w:r>
        <w:br/>
      </w:r>
      <w:r>
        <w:rPr>
          <w:sz w:val="20"/>
        </w:rPr>
        <w:t>1:14:36  khaas is aayat par.</w:t>
      </w:r>
      <w:r>
        <w:br/>
      </w:r>
      <w:r>
        <w:rPr>
          <w:sz w:val="20"/>
        </w:rPr>
        <w:t>1:14:41  liya tafaqqah fiddeen.</w:t>
      </w:r>
      <w:r>
        <w:br/>
      </w:r>
      <w:r>
        <w:rPr>
          <w:sz w:val="20"/>
        </w:rPr>
        <w:t>1:14:45  is aayat ke baray mein maine apni tafaseer bhi likha hai.</w:t>
      </w:r>
      <w:r>
        <w:br/>
      </w:r>
      <w:r>
        <w:rPr>
          <w:sz w:val="20"/>
        </w:rPr>
        <w:t>1:14:50  Tazkir ul Quran mein.</w:t>
      </w:r>
      <w:r>
        <w:br/>
      </w:r>
      <w:r>
        <w:rPr>
          <w:sz w:val="20"/>
        </w:rPr>
        <w:t>1:14:54  is ke ilawa arsala jo monthly magazine hai hamara hai.</w:t>
      </w:r>
      <w:r>
        <w:br/>
      </w:r>
      <w:r>
        <w:rPr>
          <w:sz w:val="20"/>
        </w:rPr>
        <w:t>1:14:59  is mein aik article bhi is par chhap chuka hai.</w:t>
      </w:r>
    </w:p>
    <w:p>
      <w:pPr>
        <w:pStyle w:val="Heading2"/>
      </w:pPr>
      <w:r>
        <w:t>Islam's stand on praying without head cover</w:t>
      </w:r>
    </w:p>
    <w:p>
      <w:r>
        <w:rPr>
          <w:color w:val="666666"/>
          <w:sz w:val="18"/>
        </w:rPr>
        <w:t>Worship · Realization of God September 15, 2013 · 1m 57s · at 55:13 · https://youtu.be/CNEEeM5uyi8?t=3313</w:t>
      </w:r>
    </w:p>
    <w:p>
      <w:r>
        <w:rPr>
          <w:i/>
        </w:rPr>
        <w:t>“These days more and more people are undergoing prayer without covering their heads, which seems a little bit awkward and undisciplined. Please advise the stand of Islam in such matters.”</w:t>
      </w:r>
    </w:p>
    <w:p>
      <w:r>
        <w:rPr>
          <w:sz w:val="20"/>
        </w:rPr>
        <w:t>55:13  Maulana, un ka doosra sawal yeh hai, unhon ne likha hai: "these days more and more people are undergoing prayer without covering their heads, which seems a little bit awkward and undisciplined.</w:t>
      </w:r>
      <w:r>
        <w:br/>
      </w:r>
      <w:r>
        <w:rPr>
          <w:sz w:val="20"/>
        </w:rPr>
        <w:t>55:27  please advise the stand of Islam in such matters." dekhein, namaz ka ta'alluq sar dhakne se nahi hai. yeh bohat bari bhool hai ke agar aap samjhein ke sar dhak liya to namaz ho gayi,</w:t>
      </w:r>
      <w:r>
        <w:br/>
      </w:r>
      <w:r>
        <w:rPr>
          <w:sz w:val="20"/>
        </w:rPr>
        <w:t>55:40  nahi dhaka to namaz nahi hui. yeh namaz ko understatement karna hai, yeh namaz ko understatement karna hai ke sar dhak liya to namaz ho gayi, aur nahi dhaka to namaz nahi hui.</w:t>
      </w:r>
      <w:r>
        <w:br/>
      </w:r>
      <w:r>
        <w:rPr>
          <w:sz w:val="20"/>
        </w:rPr>
        <w:t>55:55  bilkul aise log jo hain, namaz ka lafz bolne ka haq nahi rakhte. woh</w:t>
      </w:r>
      <w:r>
        <w:br/>
      </w:r>
      <w:r>
        <w:rPr>
          <w:sz w:val="20"/>
        </w:rPr>
        <w:t>56:01  dekhiye, hadith mein aata hai ke: "la salata liman la tukhshaa." is ki namaz, namaz nahi jis ke andar khushu na ho.</w:t>
      </w:r>
      <w:r>
        <w:br/>
      </w:r>
      <w:r>
        <w:rPr>
          <w:sz w:val="20"/>
        </w:rPr>
        <w:t>56:11  to masla topi ka nahi hai, balkeh khushu ka hai.</w:t>
      </w:r>
      <w:r>
        <w:br/>
      </w:r>
      <w:r>
        <w:rPr>
          <w:sz w:val="20"/>
        </w:rPr>
        <w:t>56:17  "la salata liman la tukhshaa" bohat bara yeh ek ek fitna hai. main samjhta hoon ke bas topi sar par hai to namaz ho gayi, paaon paaon ooncha hai to namaz ho gayi,</w:t>
      </w:r>
      <w:r>
        <w:br/>
      </w:r>
      <w:r>
        <w:rPr>
          <w:sz w:val="20"/>
        </w:rPr>
        <w:t>56:29  harghiz nahi. khushu hai to namaz hui, nahi to nahi hui. "la salata liman la tukhshaa"</w:t>
      </w:r>
      <w:r>
        <w:br/>
      </w:r>
      <w:r>
        <w:rPr>
          <w:sz w:val="20"/>
        </w:rPr>
        <w:t>56:39  aur bohat si hadith hain, is ki tafseel mein jaane ki zarurat nahi hai. khulasa yeh main kahunga ke paajaon, pajama ooncha hai, neecha hai, sar par topi hai, nahi topi hai, is se namaz ke hone ya na hone ka koi ta'alluq nahi hai.</w:t>
      </w:r>
      <w:r>
        <w:br/>
      </w:r>
      <w:r>
        <w:rPr>
          <w:sz w:val="20"/>
        </w:rPr>
        <w:t>56:56  namaz hone na hone ka ta'alluq yeh hai ke dil mein khushu hai ya nahi,</w:t>
      </w:r>
      <w:r>
        <w:br/>
      </w:r>
      <w:r>
        <w:rPr>
          <w:sz w:val="20"/>
        </w:rPr>
        <w:t>57:03  is se namaz ke hone ya na hone ka ta'alluq hai.</w:t>
      </w:r>
    </w:p>
    <w:p>
      <w:pPr>
        <w:pStyle w:val="Heading2"/>
      </w:pPr>
      <w:r>
        <w:t>Istikhara: meaning, procedure, and conditions</w:t>
      </w:r>
    </w:p>
    <w:p>
      <w:r>
        <w:rPr>
          <w:color w:val="666666"/>
          <w:sz w:val="18"/>
        </w:rPr>
        <w:t>Worship · Q&amp;A 20 Nov 2011 Maulana Wahiduddin Khan · 3m 03s · at 44:06 · https://youtu.be/7sNDn8Y6jUc?t=2646</w:t>
      </w:r>
    </w:p>
    <w:p>
      <w:r>
        <w:rPr>
          <w:i/>
        </w:rPr>
        <w:t>“What is Istikhara? What is its procedure? Are there any conditions for it?”</w:t>
      </w:r>
    </w:p>
    <w:p>
      <w:r>
        <w:rPr>
          <w:sz w:val="20"/>
        </w:rPr>
        <w:t>44:06  maulana agla sawal kya hai maulana amanullah ne delhi se unhone likha hai ke maulana istikhara kya hai is ka tareeqa kar kya hai kya is ki koi sharaait bhi hain</w:t>
      </w:r>
      <w:r>
        <w:br/>
      </w:r>
      <w:r>
        <w:rPr>
          <w:sz w:val="20"/>
        </w:rPr>
        <w:t>44:23  ? dekhein sahabi kehte hain ke yul number al istikhara kama yul number quran ke rasool Allah hum ko istikhara sikhate the jis tarah quran sikhate the is tarah aap ahmiyat samajh sakte hain is ki</w:t>
      </w:r>
      <w:r>
        <w:br/>
      </w:r>
      <w:r>
        <w:rPr>
          <w:sz w:val="20"/>
        </w:rPr>
        <w:t>44:39  ke istikhara koi wahmi cheez nahi hai koi awami cheez nahi hai yeh bilkul sunnat hai aur rasool Allah sallallahu alaihi wasallam logon ko batate the istikhara to istikhara ke lafzi maani dekhein hain talab khair khair chahna lafzi maani is ke hain</w:t>
      </w:r>
      <w:r>
        <w:br/>
      </w:r>
      <w:r>
        <w:rPr>
          <w:sz w:val="20"/>
        </w:rPr>
        <w:t>44:57  istikhara to istikhara to musalman karta hi hai aap jab dua karte hain woh bhi istikhara hota hai aap jab dua karte hain ke khuda mujhe aisa mere haq mein kar aisa haq mein kar to woh istikhara hi hota hai woh is ki ek formal shakal bhi hai istikhare ki</w:t>
      </w:r>
      <w:r>
        <w:br/>
      </w:r>
      <w:r>
        <w:rPr>
          <w:sz w:val="20"/>
        </w:rPr>
        <w:t>45:14  woh yeh hai ke aap isha ki namaz ke baad sone se pehle do rakat namaz padhein agar aap ko yaad ho to is pehli rakat mein surat al duha doosri rakat mein wal nasra padhein aur us ke baad dua karein ek dua hadith ki kitab mein aati hai</w:t>
      </w:r>
      <w:r>
        <w:br/>
      </w:r>
      <w:r>
        <w:rPr>
          <w:sz w:val="20"/>
        </w:rPr>
        <w:t>45:37  Allah humma inni astakhiruka bi ilmika wa qadirataka ala qadraka wa as aluka min</w:t>
      </w:r>
      <w:r>
        <w:br/>
      </w:r>
      <w:r>
        <w:rPr>
          <w:sz w:val="20"/>
        </w:rPr>
        <w:t>45:57  fasalika al azeem. yeh zaroori nahi padhna apni zuban mein aap dua kar sakte hain woh jo dua aati hai usi ko dohrana zaroori nahi hai to ke Allah humma inni astakhiruka bi ilmika wa qadirataka ala qadraka wa as aluka min fasalika al azeem in is tarah ke alfaaz hain to woh yaad kar lein aur dua karein isi se yeh koi zaroori nahi hai jo bhi aap jo bhi aap ka masla hai jo aap ki zuban hai us zuban mein is masle ko bayan karein to is tarah se do rakat namaz padh ke so jayein</w:t>
      </w:r>
      <w:r>
        <w:br/>
      </w:r>
      <w:r>
        <w:rPr>
          <w:sz w:val="20"/>
        </w:rPr>
        <w:t>46:16  to raat ko do shaklein hon gi ya to aap ke dil mein koi khayal aa jaye ga ya aap khwab koi dekhein ge to ulama ne yeh likha hai ke is tarah se se saat din tak karna chahiye pehle din agar wazeh jawab na aaye to saat din tak karta rahe aadmi</w:t>
      </w:r>
      <w:r>
        <w:br/>
      </w:r>
      <w:r>
        <w:rPr>
          <w:sz w:val="20"/>
        </w:rPr>
        <w:t>46:34  mera tajurba yeh hai ke zaroor jawab aata hai mein bar bar mein ne istikhara kiya hai to jawab aata hai yani kabhi dil mein aik jo kehte hain insharah dil khul jata hai kabhi khwab aata hai to</w:t>
      </w:r>
      <w:r>
        <w:br/>
      </w:r>
      <w:r>
        <w:rPr>
          <w:sz w:val="20"/>
        </w:rPr>
        <w:t>46:52  istikhara bohat hi sahi kaam hai hadith se sabit hai har aadmi ko chahiye ke istikhara kare aur us ko yeh samajhna hai ke istikhara koi wahmi cheez hai bilkul galat hai.</w:t>
      </w:r>
    </w:p>
    <w:p>
      <w:pPr>
        <w:pStyle w:val="Heading2"/>
      </w:pPr>
      <w:r>
        <w:t>Justification of animal sacrifice</w:t>
      </w:r>
    </w:p>
    <w:p>
      <w:r>
        <w:rPr>
          <w:color w:val="666666"/>
          <w:sz w:val="18"/>
        </w:rPr>
        <w:t>Worship · The Message of Eid Al-Adha November 6, 2011 Maulana Wahiduddin Khan · 3m 25s · at 1:14:07 · https://youtu.be/y59PU_RD2cg?t=4447</w:t>
      </w:r>
    </w:p>
    <w:p>
      <w:r>
        <w:rPr>
          <w:i/>
        </w:rPr>
        <w:t>“The meaning of sacrifice is to give comfort to others. Then how justified is it to shed the blood of an animal? The stomach also grows with vegetarian things. Then for the sake of taste, eating meat, killing an animal, how justified is it?”</w:t>
      </w:r>
    </w:p>
    <w:p>
      <w:r>
        <w:rPr>
          <w:sz w:val="20"/>
        </w:rPr>
        <w:t>1:14:07  jo log is tarah qurbani karein, unhone qurbani ki. baqi to qurbaniyan ek rasam hain, sirf rasam. Maulana, agla sawal Mr. Raj Vaimaksh ne kiya hai.</w:t>
      </w:r>
      <w:r>
        <w:br/>
      </w:r>
      <w:r>
        <w:rPr>
          <w:sz w:val="20"/>
        </w:rPr>
        <w:t>1:14:21  Dilli se. unhone likha hai: "qurbani ka matlab hai doosre ko aaram dena.</w:t>
      </w:r>
      <w:r>
        <w:br/>
      </w:r>
      <w:r>
        <w:rPr>
          <w:sz w:val="20"/>
        </w:rPr>
        <w:t>1:14:27  phir janwar ka khoon bahana kitna jaiz hai? pet vegetarian waston se bhi barhta hai. phir sawad ke liye gosht khana, janwar ko marna kitna jaiz hai?</w:t>
      </w:r>
      <w:r>
        <w:br/>
      </w:r>
      <w:r>
        <w:rPr>
          <w:sz w:val="20"/>
        </w:rPr>
        <w:t>1:14:39  is ke bare mein batayein." dekhiye, yeh to bar bar mein keh chuka hoon ke yeh theory bilkul galat hai. aap janwar ko to, yani us ko marne ko bura naam dete hain.</w:t>
      </w:r>
      <w:r>
        <w:br/>
      </w:r>
      <w:r>
        <w:rPr>
          <w:sz w:val="20"/>
        </w:rPr>
        <w:t>1:14:52  ma'ni nahi. woh jo creation plan hai, us mein to yeh shamil hai. aap pani piyein, tab bhi ab zindagiyaan is mein hoti hain.</w:t>
      </w:r>
      <w:r>
        <w:br/>
      </w:r>
      <w:r>
        <w:rPr>
          <w:sz w:val="20"/>
        </w:rPr>
        <w:t>1:15:01  sabzi khayein, tab bhi zindagiyaan hoti hain. doodh piyein, tab bhi zindagiyaan hoti hain. hatta ke saans lein, tab bhi zindagiyaan hoti hain. is ko marna mat kahein. is ke baghair aap ko, yani food nahi milta, protein nahi milta, zindagi ki jo jeene ke liye jo taqat hai, woh nahi milti aap ko.</w:t>
      </w:r>
      <w:r>
        <w:br/>
      </w:r>
      <w:r>
        <w:rPr>
          <w:sz w:val="20"/>
        </w:rPr>
        <w:t>1:15:19  ab aap gosht na khayein, tab bhi aap khate hain. woh kyunke aap mar jayenge. aap yeh nazariya hi galat hai ke jo gosht khata hai, wahi, yani meat khata hai.</w:t>
      </w:r>
      <w:r>
        <w:br/>
      </w:r>
      <w:r>
        <w:rPr>
          <w:sz w:val="20"/>
        </w:rPr>
        <w:t>1:15:31  sabhi meat kha rahe hain. har aadmi meat eater hai. pani peete hain, ya doodh peete hain, sabzi khate hain, tab bhi is mein</w:t>
      </w:r>
      <w:r>
        <w:br/>
      </w:r>
      <w:r>
        <w:rPr>
          <w:sz w:val="20"/>
        </w:rPr>
        <w:t>1:15:42  ek ek ek qissa mashhoor hai ke jab dunya mein, jab jab dunya mein microscope nahi tha, tab ki yeh sab baatein hain. microscope jab aaya hai to yeh possible hoga ke jo visible nahi cheezein, woh bhi dekh sakein aap.</w:t>
      </w:r>
      <w:r>
        <w:br/>
      </w:r>
      <w:r>
        <w:rPr>
          <w:sz w:val="20"/>
        </w:rPr>
        <w:t>1:15:57  to ek ek shakhs jo isi tarah ka tha, jo koi nazariya tha ke aadmi ko sirf, yani non-veg food nahi lena chahiye, woh bohat us ko bura samajhta tha.</w:t>
      </w:r>
      <w:r>
        <w:br/>
      </w:r>
      <w:r>
        <w:rPr>
          <w:sz w:val="20"/>
        </w:rPr>
        <w:t>1:16:10  to us ko dikhaya gaya ke doodh to peete ho. us ko kaha haan. to doodh ko dikhaya gaya microscope mein. to us mein bohat si zindagiyaan reh gayi theen.</w:t>
      </w:r>
      <w:r>
        <w:br/>
      </w:r>
      <w:r>
        <w:rPr>
          <w:sz w:val="20"/>
        </w:rPr>
        <w:t>1:16:20  to us ka heart fail ho gaya. kehti hai sari zindagiyaan mein nigal gaya hoon. to yeh to yeh to purana, yani yeh purani theory hai.</w:t>
      </w:r>
      <w:r>
        <w:br/>
      </w:r>
      <w:r>
        <w:rPr>
          <w:sz w:val="20"/>
        </w:rPr>
        <w:t>1:16:30  yeh pre-scientific age ki baat hai. yeh sab hai.</w:t>
      </w:r>
      <w:r>
        <w:br/>
      </w:r>
      <w:r>
        <w:rPr>
          <w:sz w:val="20"/>
        </w:rPr>
        <w:t>1:16:34  Khuda ne is dunya mein, yani creator ne is dunya mein hamari zindagi ka yeh tareeqa rakha hai. ya to aap ek aur dunya banaiye, ya is dunya banana hai to isi tarah rehna parega aap ko.</w:t>
      </w:r>
      <w:r>
        <w:br/>
      </w:r>
      <w:r>
        <w:rPr>
          <w:sz w:val="20"/>
        </w:rPr>
        <w:t>1:16:46  aap is se bach nahi sakte.</w:t>
      </w:r>
      <w:r>
        <w:br/>
      </w:r>
      <w:r>
        <w:rPr>
          <w:sz w:val="20"/>
        </w:rPr>
        <w:t>1:16:52  Maulana, yeh sawal aaya hai Karachi se. Mr. Ab mein ek baat aur arz kar doon ke mein khud, yani vegetarian hoon.</w:t>
      </w:r>
      <w:r>
        <w:br/>
      </w:r>
      <w:r>
        <w:rPr>
          <w:sz w:val="20"/>
        </w:rPr>
        <w:t>1:17:02  lekin sawal hai ke vegetarian jo food leta hoon, us mein bhi to woh cheezein hoti hain. koi aisa khana mujhe mere paas nahi hai vegetarian ke siwa.</w:t>
      </w:r>
      <w:r>
        <w:br/>
      </w:r>
      <w:r>
        <w:rPr>
          <w:sz w:val="20"/>
        </w:rPr>
        <w:t>1:17:14  lekin mein khud by by birth vegetarian hoon. lekin mein yeh keh raha hoon ke jo creation plan hai creator ka, woh to wahi hai. aap is se bach nahi sakte.</w:t>
      </w:r>
      <w:r>
        <w:br/>
      </w:r>
      <w:r>
        <w:rPr>
          <w:sz w:val="20"/>
        </w:rPr>
        <w:t>1:17:26  aap ko shakk ho to microscope mein dekh lijiye doodh ko, sabzi ko.</w:t>
      </w:r>
    </w:p>
    <w:p>
      <w:pPr>
        <w:pStyle w:val="Heading2"/>
      </w:pPr>
      <w:r>
        <w:t>Lavish spending on iftar as blessing from God</w:t>
      </w:r>
    </w:p>
    <w:p>
      <w:r>
        <w:rPr>
          <w:color w:val="666666"/>
          <w:sz w:val="18"/>
        </w:rPr>
        <w:t>Worship · Spirit of Ramadan | June 14, 2015 · 1m 31s · at 54:50 · https://youtu.be/LMQxfxQcnxQ?t=3290</w:t>
      </w:r>
    </w:p>
    <w:p>
      <w:r>
        <w:rPr>
          <w:i/>
        </w:rPr>
        <w:t>“Many of my Muslim friends spend lavishly on iftar. When told it's not right, they say food is a blessing from God. Please clarify.”</w:t>
      </w:r>
    </w:p>
    <w:p>
      <w:r>
        <w:rPr>
          <w:sz w:val="20"/>
        </w:rPr>
        <w:t>54:50  yeh agla sawal aya hai mister asif ka mumbai se.</w:t>
      </w:r>
      <w:r>
        <w:br/>
      </w:r>
      <w:r>
        <w:rPr>
          <w:sz w:val="20"/>
        </w:rPr>
        <w:t>54:54  Maulana Sahab, many of my Muslim friends, they spend lavishly on Iftar.</w:t>
      </w:r>
      <w:r>
        <w:br/>
      </w:r>
      <w:r>
        <w:rPr>
          <w:sz w:val="20"/>
        </w:rPr>
        <w:t>54:58  When they are being told it's not right, they say food is a blessing from God</w:t>
      </w:r>
      <w:r>
        <w:br/>
      </w:r>
      <w:r>
        <w:rPr>
          <w:sz w:val="20"/>
        </w:rPr>
        <w:t>55:02  far we fasted hol day.</w:t>
      </w:r>
      <w:r>
        <w:br/>
      </w:r>
      <w:r>
        <w:rPr>
          <w:sz w:val="20"/>
        </w:rPr>
        <w:t>55:08  Maulana Sahib, how Muslims in such a situation can inculcate the spirit of Ramadan? Dekhiye, yeh baatein jo</w:t>
      </w:r>
      <w:r>
        <w:br/>
      </w:r>
      <w:r>
        <w:rPr>
          <w:sz w:val="20"/>
        </w:rPr>
        <w:t>55:14  log kehte hain, in se aap quran o hadith ka hawala poochhiye.</w:t>
      </w:r>
      <w:r>
        <w:br/>
      </w:r>
      <w:r>
        <w:rPr>
          <w:sz w:val="20"/>
        </w:rPr>
        <w:t>55:20  yeh to apni baat kahi unhon ne, na? apni baat, apni baat kahi unhon ne.</w:t>
      </w:r>
      <w:r>
        <w:br/>
      </w:r>
      <w:r>
        <w:rPr>
          <w:sz w:val="20"/>
        </w:rPr>
        <w:t>55:26  jaise aqsa se meri baat hui</w:t>
      </w:r>
      <w:r>
        <w:br/>
      </w:r>
      <w:r>
        <w:rPr>
          <w:sz w:val="20"/>
        </w:rPr>
        <w:t>55:32  bahut pehle ki baat hai, woh roze nahi rakhte the.</w:t>
      </w:r>
      <w:r>
        <w:br/>
      </w:r>
      <w:r>
        <w:rPr>
          <w:sz w:val="20"/>
        </w:rPr>
        <w:t>55:35  to unhon ne kaha, allah ke fazl se aap ko sab cheez mila hua hai, to aap roze</w:t>
      </w:r>
      <w:r>
        <w:br/>
      </w:r>
      <w:r>
        <w:rPr>
          <w:sz w:val="20"/>
        </w:rPr>
        <w:t>55:39  kyun rakhein? roze woh rakhein jisko khane peene na milta ho.</w:t>
      </w:r>
      <w:r>
        <w:br/>
      </w:r>
      <w:r>
        <w:rPr>
          <w:sz w:val="20"/>
        </w:rPr>
        <w:t>55:43  to maine is se ladai nahi ki.</w:t>
      </w:r>
      <w:r>
        <w:br/>
      </w:r>
      <w:r>
        <w:rPr>
          <w:sz w:val="20"/>
        </w:rPr>
        <w:t>55:47  maine kaha ke yeh yeh kahan se nikala hai aap ne? kis quran ki ayat se nikalta</w:t>
      </w:r>
      <w:r>
        <w:br/>
      </w:r>
      <w:r>
        <w:rPr>
          <w:sz w:val="20"/>
        </w:rPr>
        <w:t>55:51  hai? yeh kis hadith se yeh nikalta hai? kis sahabi ne aisa kaha hai? to aap sawal karna</w:t>
      </w:r>
      <w:r>
        <w:br/>
      </w:r>
      <w:r>
        <w:rPr>
          <w:sz w:val="20"/>
        </w:rPr>
        <w:t>55:54  seekhiye, logon ki baaton par sun kar na maniye.</w:t>
      </w:r>
      <w:r>
        <w:br/>
      </w:r>
      <w:r>
        <w:rPr>
          <w:sz w:val="20"/>
        </w:rPr>
        <w:t>55:58  sawal karna seekhi</w:t>
      </w:r>
      <w:r>
        <w:br/>
      </w:r>
      <w:r>
        <w:rPr>
          <w:sz w:val="20"/>
        </w:rPr>
        <w:t>56:02  ye, aur sawal yahi kijiye ke aap kahan se bol rahe hain? yeh yeh bahut bol rahe hain</w:t>
      </w:r>
      <w:r>
        <w:br/>
      </w:r>
      <w:r>
        <w:rPr>
          <w:sz w:val="20"/>
        </w:rPr>
        <w:t>56:07  quran se, hadith se, sahaba se.</w:t>
      </w:r>
      <w:r>
        <w:br/>
      </w:r>
      <w:r>
        <w:rPr>
          <w:sz w:val="20"/>
        </w:rPr>
        <w:t>56:12  kahan se bol rahe hain aap? woh bataiye, apne dimagh se bol rahe hain to aap aap ko</w:t>
      </w:r>
      <w:r>
        <w:br/>
      </w:r>
      <w:r>
        <w:rPr>
          <w:sz w:val="20"/>
        </w:rPr>
        <w:t>56:17  dimagh to koi authentic nahi mana jayega.</w:t>
      </w:r>
    </w:p>
    <w:p>
      <w:pPr>
        <w:pStyle w:val="Heading2"/>
      </w:pPr>
      <w:r>
        <w:t>Legal status of offering sacrifice on Eid</w:t>
      </w:r>
    </w:p>
    <w:p>
      <w:r>
        <w:rPr>
          <w:color w:val="666666"/>
          <w:sz w:val="18"/>
        </w:rPr>
        <w:t>Worship · Revival of Abrahamic Mission October 28, 2012 · 1m 06s · at 59:41 · https://youtu.be/9mV72V5gsqM?t=3581</w:t>
      </w:r>
    </w:p>
    <w:p>
      <w:r>
        <w:rPr>
          <w:i/>
        </w:rPr>
        <w:t>“What is the legal status of offering sacrifice on Eid al-Adha? Is Qurbani obligatory, sunnah, or nafl? Can a person in debt offer sacrifice? The hadith says: 'Whoever does not offer sacrifice should not come to our Eidgah.'”</w:t>
      </w:r>
    </w:p>
    <w:p>
      <w:r>
        <w:rPr>
          <w:sz w:val="20"/>
        </w:rPr>
        <w:t>59:41  maulana, yeh sawal aya hai karachi pakistan se miss saira latif ka. unhon ne likha hai: "eid al-adha ke din qurbani karne ki sharai hesiyat kya hai?</w:t>
      </w:r>
      <w:r>
        <w:br/>
      </w:r>
      <w:r>
        <w:rPr>
          <w:sz w:val="20"/>
        </w:rPr>
        <w:t>59:54  kya qurbani karna farz hai ya sunt hai ya nafl? kya ek qarzdaar qurbani kar sakta hai?</w:t>
      </w:r>
      <w:r>
        <w:br/>
      </w:r>
      <w:r>
        <w:rPr>
          <w:sz w:val="20"/>
        </w:rPr>
        <w:t>1:00:03  hadith mein aya hai ke jo shakhs qurbani na kare, woh humare eidgah mein na aaye.</w:t>
      </w:r>
      <w:r>
        <w:br/>
      </w:r>
      <w:r>
        <w:rPr>
          <w:sz w:val="20"/>
        </w:rPr>
        <w:t>1:00:10  is hadith ka matlab kya hai? wazahat karen." dekhen, aaj maine jo baaten kahi hain, woh isi mauzu par thi.</w:t>
      </w:r>
      <w:r>
        <w:br/>
      </w:r>
      <w:r>
        <w:rPr>
          <w:sz w:val="20"/>
        </w:rPr>
        <w:t>1:00:20  aaj meri jo taqreer hai, us ko aap dobara suniye aur meri kitab hai "haqeeqat-e-haqq", us ko padhiye. phir us ke baad aindah aap sawal kijiye.</w:t>
      </w:r>
      <w:r>
        <w:br/>
      </w:r>
      <w:r>
        <w:rPr>
          <w:sz w:val="20"/>
        </w:rPr>
        <w:t>1:00:32  aaj ki taqreer ko dobara suniye aur "haqeeqat-e-haqq" ka mutala kijiye.</w:t>
      </w:r>
      <w:r>
        <w:br/>
      </w:r>
      <w:r>
        <w:rPr>
          <w:sz w:val="20"/>
        </w:rPr>
        <w:t>1:00:39  is ke baad jo aap ke zehn mein sawal hai, woh agle ijtima, agle sunday mein kijiye.</w:t>
      </w:r>
    </w:p>
    <w:p>
      <w:pPr>
        <w:pStyle w:val="Heading2"/>
      </w:pPr>
      <w:r>
        <w:t>Levels of prayer based on intentions</w:t>
      </w:r>
    </w:p>
    <w:p>
      <w:r>
        <w:rPr>
          <w:color w:val="666666"/>
          <w:sz w:val="18"/>
        </w:rPr>
        <w:t>Worship · Wisdom of Hadith Maulana Wahiduddin Khan February 23, 2014 · 6m 46s · at 1:35:50 · https://youtu.be/5E_MIQpToK4?t=5750</w:t>
      </w:r>
    </w:p>
    <w:p>
      <w:r>
        <w:rPr>
          <w:i/>
        </w:rPr>
        <w:t>“The hadith 'Actions are by intentions' is referenced. Praying with meaning is the first level. Please explain the levels of prayer.”</w:t>
      </w:r>
    </w:p>
    <w:p>
      <w:r>
        <w:rPr>
          <w:sz w:val="20"/>
        </w:rPr>
        <w:t>1:35:50  maulana, agla sawal Delhi se kiya hai doctor zaheer abbas mir sahib ne.</w:t>
      </w:r>
      <w:r>
        <w:br/>
      </w:r>
      <w:r>
        <w:rPr>
          <w:sz w:val="20"/>
        </w:rPr>
        <w:t>1:35:56  unhon ne ek hadith ka hawala diya hai jo is tarah hai: "in amal aamal niyat".</w:t>
      </w:r>
      <w:r>
        <w:br/>
      </w:r>
      <w:r>
        <w:rPr>
          <w:sz w:val="20"/>
        </w:rPr>
        <w:t>1:36:03  unhon ne likha hai ke namaz ko meaning se parhna pehla level hai aur wo aap se janna</w:t>
      </w:r>
      <w:r>
        <w:br/>
      </w:r>
      <w:r>
        <w:rPr>
          <w:sz w:val="20"/>
        </w:rPr>
        <w:t>1:36:11  chahte hain ke namaz ko tadabbur ke sath parhne se kya murad hai, is ke baray mein batayen.</w:t>
      </w:r>
      <w:r>
        <w:br/>
      </w:r>
      <w:r>
        <w:rPr>
          <w:sz w:val="20"/>
        </w:rPr>
        <w:t>1:36:18  bhai, is par hamari sab kitaben hain, aap parhiye.</w:t>
      </w:r>
      <w:r>
        <w:br/>
      </w:r>
      <w:r>
        <w:rPr>
          <w:sz w:val="20"/>
        </w:rPr>
        <w:t>1:36:22  yahi sab baatein to kitabon mein hoti hain.</w:t>
      </w:r>
      <w:r>
        <w:br/>
      </w:r>
      <w:r>
        <w:rPr>
          <w:sz w:val="20"/>
        </w:rPr>
        <w:t>1:36:26  aap ek kitab hamari hai, is ka naam hai "kitab marifat".</w:t>
      </w:r>
      <w:r>
        <w:br/>
      </w:r>
      <w:r>
        <w:rPr>
          <w:sz w:val="20"/>
        </w:rPr>
        <w:t>1:36:30  is ko aap parhiye, mujhe yaqeen hai ke is se aap ka is sawal ka jawab mil jaye</w:t>
      </w:r>
      <w:r>
        <w:br/>
      </w:r>
      <w:r>
        <w:rPr>
          <w:sz w:val="20"/>
        </w:rPr>
        <w:t>1:36:38  ga.</w:t>
      </w:r>
      <w:r>
        <w:br/>
      </w:r>
      <w:r>
        <w:rPr>
          <w:sz w:val="20"/>
        </w:rPr>
        <w:t>1:36:40  aap is ko aap parhiye, phir bhi agar aap ko wazeh na ho to phir aainda sawal kijiye.</w:t>
      </w:r>
      <w:r>
        <w:br/>
      </w:r>
      <w:r>
        <w:rPr>
          <w:sz w:val="20"/>
        </w:rPr>
        <w:t>1:36:47  maulana, yeh last question hai jo pennsylvania se aya hai khwaja kaleemuddin sahib ka.</w:t>
      </w:r>
      <w:r>
        <w:br/>
      </w:r>
      <w:r>
        <w:rPr>
          <w:sz w:val="20"/>
        </w:rPr>
        <w:t>1:36:54  انہوں نے لکھا ہے: "To my surprise, it is amazing to learn that in almost all religions, be</w:t>
      </w:r>
      <w:r>
        <w:br/>
      </w:r>
      <w:r>
        <w:rPr>
          <w:sz w:val="20"/>
        </w:rPr>
        <w:t>1:37:01  the Semitic and non-Semitic, and Aryan, and even non-religious people, are awaiting for some sort of</w:t>
      </w:r>
      <w:r>
        <w:br/>
      </w:r>
      <w:r>
        <w:rPr>
          <w:sz w:val="20"/>
        </w:rPr>
        <w:t>1:37:09  مسیحہ ہو، will emerge before the end of the world, and fulfill divine will on Earth.</w:t>
      </w:r>
      <w:r>
        <w:br/>
      </w:r>
      <w:r>
        <w:rPr>
          <w:sz w:val="20"/>
        </w:rPr>
        <w:t>1:37:16  He will manifest, he will manifest in his person the righteousness and compassion of God, and he will</w:t>
      </w:r>
      <w:r>
        <w:br/>
      </w:r>
      <w:r>
        <w:rPr>
          <w:sz w:val="20"/>
        </w:rPr>
        <w:t>1:37:24  bring about the final defeat of evil, and establish the kingdom of heaven on earth.</w:t>
      </w:r>
      <w:r>
        <w:br/>
      </w:r>
      <w:r>
        <w:rPr>
          <w:sz w:val="20"/>
        </w:rPr>
        <w:t>1:37:30  Maulana Sahib, why this same type of thinking has been existing among various groups of people from ancient</w:t>
      </w:r>
      <w:r>
        <w:br/>
      </w:r>
      <w:r>
        <w:rPr>
          <w:sz w:val="20"/>
        </w:rPr>
        <w:t>1:37:38  times? Is this due to a religious teaching or due to a human psychological weakness? Please explain this.</w:t>
      </w:r>
      <w:r>
        <w:br/>
      </w:r>
      <w:r>
        <w:rPr>
          <w:sz w:val="20"/>
        </w:rPr>
        <w:t>1:37:46  dekhen, yeh koi yeh bohat hi controversial masla hai aur is par bohat baatein hoti rahi hain.</w:t>
      </w:r>
      <w:r>
        <w:br/>
      </w:r>
      <w:r>
        <w:rPr>
          <w:sz w:val="20"/>
        </w:rPr>
        <w:t>1:37:53  kitaben likhi gayi hain.</w:t>
      </w:r>
      <w:r>
        <w:br/>
      </w:r>
      <w:r>
        <w:rPr>
          <w:sz w:val="20"/>
        </w:rPr>
        <w:t>1:37:55  jahan tak maine samjha hai, woh yeh hai ke Allah taala ko yeh matloob hai ke ke</w:t>
      </w:r>
      <w:r>
        <w:br/>
      </w:r>
      <w:r>
        <w:rPr>
          <w:sz w:val="20"/>
        </w:rPr>
        <w:t>1:38:02  jo qayamat aye gi, jo history and of history jo jo hone wala hai, is se pehle Allah</w:t>
      </w:r>
      <w:r>
        <w:br/>
      </w:r>
      <w:r>
        <w:rPr>
          <w:sz w:val="20"/>
        </w:rPr>
        <w:t>1:38:10  ko matloob hoga ke jo Allah ka creation plan hai, jo Allah ka jo deen hai, yani Allah</w:t>
      </w:r>
      <w:r>
        <w:br/>
      </w:r>
      <w:r>
        <w:rPr>
          <w:sz w:val="20"/>
        </w:rPr>
        <w:t>1:38:18  ne jo paida kiya insan ko, zameen ko, to kyun paida kiya? is ka aakhri elaan ho jaye.</w:t>
      </w:r>
      <w:r>
        <w:br/>
      </w:r>
      <w:r>
        <w:rPr>
          <w:sz w:val="20"/>
        </w:rPr>
        <w:t>1:38:25  yani abhi main jab yahan aya to ek ajib ehsas mujhe hua ke agar koi shakhs space mein</w:t>
      </w:r>
      <w:r>
        <w:br/>
      </w:r>
      <w:r>
        <w:rPr>
          <w:sz w:val="20"/>
        </w:rPr>
        <w:t>1:38:33  ek aisi is ke pas telescope ho ke poori space ko woh dekh sakta ho, is se poori</w:t>
      </w:r>
      <w:r>
        <w:br/>
      </w:r>
      <w:r>
        <w:rPr>
          <w:sz w:val="20"/>
        </w:rPr>
        <w:t>1:38:41  space ko, to kya payega? ke kahin bilkul yani muhib khala hai, kahin sitare ke bohat bare</w:t>
      </w:r>
      <w:r>
        <w:br/>
      </w:r>
      <w:r>
        <w:rPr>
          <w:sz w:val="20"/>
        </w:rPr>
        <w:t>1:38:49  mein gaaye ke sath dhak rahe hain, kahin suraj hai, kahin chand hai, kahin planet hai.</w:t>
      </w:r>
      <w:r>
        <w:br/>
      </w:r>
      <w:r>
        <w:rPr>
          <w:sz w:val="20"/>
        </w:rPr>
        <w:t>1:38:55  is mein phir ek chota spot hai jahan insan hai, ek chota spot, aisa insan jo chalta hai,</w:t>
      </w:r>
      <w:r>
        <w:br/>
      </w:r>
      <w:r>
        <w:rPr>
          <w:sz w:val="20"/>
        </w:rPr>
        <w:t>1:39:03  jo bolta hai, jo sochta hai, jo organize karta hai, jo research karta hai, jo discovery karta hai,</w:t>
      </w:r>
      <w:r>
        <w:br/>
      </w:r>
      <w:r>
        <w:rPr>
          <w:sz w:val="20"/>
        </w:rPr>
        <w:t>1:39:11  jo station banata hai.</w:t>
      </w:r>
      <w:r>
        <w:br/>
      </w:r>
      <w:r>
        <w:rPr>
          <w:sz w:val="20"/>
        </w:rPr>
        <w:t>1:39:13  to yeh ek kaisa ajib waqea hai? kyun hua aisa? itne bare space mein exception kyun? yani itni</w:t>
      </w:r>
      <w:r>
        <w:br/>
      </w:r>
      <w:r>
        <w:rPr>
          <w:sz w:val="20"/>
        </w:rPr>
        <w:t>1:39:20  bohat hi bari hai duniya, is mein ek chota sa tiny part hai hamari zameen.</w:t>
      </w:r>
      <w:r>
        <w:br/>
      </w:r>
      <w:r>
        <w:rPr>
          <w:sz w:val="20"/>
        </w:rPr>
        <w:t>1:39:27  wahan par ek exception hai, yeh to kyun? to aakhri daur mein is ka final elaan chahe ga</w:t>
      </w:r>
      <w:r>
        <w:br/>
      </w:r>
      <w:r>
        <w:rPr>
          <w:sz w:val="20"/>
        </w:rPr>
        <w:t>1:39:34  Allah taala ka ho jaye taake insan jab Allah ke samne khara ho to koi yeh na keh</w:t>
      </w:r>
      <w:r>
        <w:br/>
      </w:r>
      <w:r>
        <w:rPr>
          <w:sz w:val="20"/>
        </w:rPr>
        <w:t>1:39:42  sake ke hum ko to pata nahi tha.</w:t>
      </w:r>
      <w:r>
        <w:br/>
      </w:r>
      <w:r>
        <w:rPr>
          <w:sz w:val="20"/>
        </w:rPr>
        <w:t>1:39:46  to main samajhta hoon ke woh final jo declaration hai, woh hone wala hai.</w:t>
      </w:r>
      <w:r>
        <w:br/>
      </w:r>
      <w:r>
        <w:rPr>
          <w:sz w:val="20"/>
        </w:rPr>
        <w:t>1:39:52  woh har mazhab mein yeh baat batai gayi hai, lekin shakal kya hogi? woh us ko log samajhte</w:t>
      </w:r>
      <w:r>
        <w:br/>
      </w:r>
      <w:r>
        <w:rPr>
          <w:sz w:val="20"/>
        </w:rPr>
        <w:t>1:39:59  hain ke hukoomat qaim hogi.</w:t>
      </w:r>
      <w:r>
        <w:br/>
      </w:r>
      <w:r>
        <w:rPr>
          <w:sz w:val="20"/>
        </w:rPr>
        <w:t>1:40:01  mein nahin samajhta ke hukoomat qaim hogi.</w:t>
      </w:r>
      <w:r>
        <w:br/>
      </w:r>
      <w:r>
        <w:rPr>
          <w:sz w:val="20"/>
        </w:rPr>
        <w:t>1:40:04  کوئی وہ ہوگا in terms of declaration, in terms of state نہیں ہوگا۔</w:t>
      </w:r>
      <w:r>
        <w:br/>
      </w:r>
      <w:r>
        <w:rPr>
          <w:sz w:val="20"/>
        </w:rPr>
        <w:t>1:40:10  to yeh to bohat hi bilkul hi neachral maloom hota hai ke khaliq ko yeh matloob ho ke</w:t>
      </w:r>
      <w:r>
        <w:br/>
      </w:r>
      <w:r>
        <w:rPr>
          <w:sz w:val="20"/>
        </w:rPr>
        <w:t>1:40:18  duniya yaani end of end of history jo hai, jo tareekh ka jo khatma hai, jab aaye, us</w:t>
      </w:r>
      <w:r>
        <w:br/>
      </w:r>
      <w:r>
        <w:rPr>
          <w:sz w:val="20"/>
        </w:rPr>
        <w:t>1:40:25  se pehle aakhri ek elaan ho jaye.</w:t>
      </w:r>
      <w:r>
        <w:br/>
      </w:r>
      <w:r>
        <w:rPr>
          <w:sz w:val="20"/>
        </w:rPr>
        <w:t>1:40:28  jaise airport par aap jante hain ke elaan hota hai final call ke abao yeh to jahaz fly</w:t>
      </w:r>
      <w:r>
        <w:br/>
      </w:r>
      <w:r>
        <w:rPr>
          <w:sz w:val="20"/>
        </w:rPr>
        <w:t>1:40:36  kar jayega.</w:t>
      </w:r>
      <w:r>
        <w:br/>
      </w:r>
      <w:r>
        <w:rPr>
          <w:sz w:val="20"/>
        </w:rPr>
        <w:t>1:40:38  to ek final call to matloob hai.</w:t>
      </w:r>
      <w:r>
        <w:br/>
      </w:r>
      <w:r>
        <w:rPr>
          <w:sz w:val="20"/>
        </w:rPr>
        <w:t>1:40:41  yeh bilkul aqal se baat hai ke ek final call honi chahiye ke itni bari duniya mein itni</w:t>
      </w:r>
      <w:r>
        <w:br/>
      </w:r>
      <w:r>
        <w:rPr>
          <w:sz w:val="20"/>
        </w:rPr>
        <w:t>1:40:48  saari activities hain, phir is mein yeh exception hai, lekin kahin se koi awaaz nahin aa rahi ke</w:t>
      </w:r>
      <w:r>
        <w:br/>
      </w:r>
      <w:r>
        <w:rPr>
          <w:sz w:val="20"/>
        </w:rPr>
        <w:t>1:40:56  kyun Allah taala ne kyun paida kiya? kyun yeh insan hai? kyun yeh duniya hai? to tareekh ke</w:t>
      </w:r>
      <w:r>
        <w:br/>
      </w:r>
      <w:r>
        <w:rPr>
          <w:sz w:val="20"/>
        </w:rPr>
        <w:t>1:41:04  khatme se pehle zaroor Allah ka yeh matloob hoga ke ek final tor par duniya ko bata diya</w:t>
      </w:r>
      <w:r>
        <w:br/>
      </w:r>
      <w:r>
        <w:rPr>
          <w:sz w:val="20"/>
        </w:rPr>
        <w:t>1:41:11  jaye ke paida karne wale ne un ko paida kiya, is ka creation plan kya tha, aur aage</w:t>
      </w:r>
      <w:r>
        <w:br/>
      </w:r>
      <w:r>
        <w:rPr>
          <w:sz w:val="20"/>
        </w:rPr>
        <w:t>1:41:19  kya hone wala hai, yeh bata diya jaye.</w:t>
      </w:r>
      <w:r>
        <w:br/>
      </w:r>
      <w:r>
        <w:rPr>
          <w:sz w:val="20"/>
        </w:rPr>
        <w:t>1:41:23  to isi isi mein is ko final call ke silsile mein leta hoon, na ke hukoomat aur kisi</w:t>
      </w:r>
      <w:r>
        <w:br/>
      </w:r>
      <w:r>
        <w:rPr>
          <w:sz w:val="20"/>
        </w:rPr>
        <w:t>1:41:30  empire qaim karne ke silsile mein.</w:t>
      </w:r>
      <w:r>
        <w:br/>
      </w:r>
      <w:r>
        <w:rPr>
          <w:sz w:val="20"/>
        </w:rPr>
        <w:t>1:41:33  aur is lihaz se mujhe bilkul sahi nazar aata hai.</w:t>
      </w:r>
      <w:r>
        <w:br/>
      </w:r>
      <w:r>
        <w:rPr>
          <w:sz w:val="20"/>
        </w:rPr>
        <w:t>1:41:37  Okay, we will end the session now, just one last announcement.</w:t>
      </w:r>
    </w:p>
    <w:p>
      <w:pPr>
        <w:pStyle w:val="Heading2"/>
      </w:pPr>
      <w:r>
        <w:t>Literal meaning of the word Namaz</w:t>
      </w:r>
    </w:p>
    <w:p>
      <w:r>
        <w:rPr>
          <w:color w:val="666666"/>
          <w:sz w:val="18"/>
        </w:rPr>
        <w:t>Worship · Interpretation of History October 23, 2016 · 1m 12s · at 48:59 · https://youtu.be/P-JhH3q-Mdg?t=2939</w:t>
      </w:r>
    </w:p>
    <w:p>
      <w:r>
        <w:rPr>
          <w:i/>
        </w:rPr>
        <w:t>“What is the literal meaning of the word Namaz?”</w:t>
      </w:r>
    </w:p>
    <w:p>
      <w:r>
        <w:rPr>
          <w:sz w:val="20"/>
        </w:rPr>
        <w:t>48:59  maulana, agla sawal kya hai Mahtab Sahab ne Dhampur se.</w:t>
      </w:r>
      <w:r>
        <w:br/>
      </w:r>
      <w:r>
        <w:rPr>
          <w:sz w:val="20"/>
        </w:rPr>
        <w:t>49:06  unhon ne aap se poocha hai ke "What is the literal meaning of word namaz?" is ke baare mein bataein.</w:t>
      </w:r>
      <w:r>
        <w:br/>
      </w:r>
      <w:r>
        <w:rPr>
          <w:sz w:val="20"/>
        </w:rPr>
        <w:t>49:14  namaz to farsi lafz hai, asal to salat hai, yani salat par ghaur kar lein to hum samajh</w:t>
      </w:r>
      <w:r>
        <w:br/>
      </w:r>
      <w:r>
        <w:rPr>
          <w:sz w:val="20"/>
        </w:rPr>
        <w:t>49:21  sakte hain ke namaz kya cheez hai.</w:t>
      </w:r>
      <w:r>
        <w:br/>
      </w:r>
      <w:r>
        <w:rPr>
          <w:sz w:val="20"/>
        </w:rPr>
        <w:t>49:28  namaz, roza, yeh sab farsi alfaaz hain.</w:t>
      </w:r>
      <w:r>
        <w:br/>
      </w:r>
      <w:r>
        <w:rPr>
          <w:sz w:val="20"/>
        </w:rPr>
        <w:t>49:36  to main samajhta hoon ke aap ko namaz ko salat ke hawaale se ghaur karna chahiye, na ke</w:t>
      </w:r>
      <w:r>
        <w:br/>
      </w:r>
      <w:r>
        <w:rPr>
          <w:sz w:val="20"/>
        </w:rPr>
        <w:t>49:43  namaz ke hawaale se.</w:t>
      </w:r>
      <w:r>
        <w:br/>
      </w:r>
      <w:r>
        <w:rPr>
          <w:sz w:val="20"/>
        </w:rPr>
        <w:t>49:50  yeh to istemaal ke liye hai.</w:t>
      </w:r>
      <w:r>
        <w:br/>
      </w:r>
      <w:r>
        <w:rPr>
          <w:sz w:val="20"/>
        </w:rPr>
        <w:t>49:57  namaz arab log salat kehte hain, namaz nahi kehte.</w:t>
      </w:r>
      <w:r>
        <w:br/>
      </w:r>
      <w:r>
        <w:rPr>
          <w:sz w:val="20"/>
        </w:rPr>
        <w:t>50:05  to agar samajhna hai ke is ko gehrai ke sath, to hamein is ko salat ke hawale se samajhna chahiye.</w:t>
      </w:r>
    </w:p>
    <w:p>
      <w:pPr>
        <w:pStyle w:val="Heading2"/>
      </w:pPr>
      <w:r>
        <w:t>Loan from bank for house</w:t>
      </w:r>
    </w:p>
    <w:p>
      <w:r>
        <w:rPr>
          <w:color w:val="666666"/>
          <w:sz w:val="18"/>
        </w:rPr>
        <w:t>Worship · Dars-e-Quran, Chapter 2, Verses 55-57 | March 25, 2018 · 2m 15s · at 1:06:58 · https://youtu.be/2MykDXfNV_w?t=4018</w:t>
      </w:r>
    </w:p>
    <w:p>
      <w:r>
        <w:rPr>
          <w:i/>
        </w:rPr>
        <w:t>“Can I take a loan from a bank to build a house or buy a new house?”</w:t>
      </w:r>
    </w:p>
    <w:p>
      <w:r>
        <w:rPr>
          <w:sz w:val="20"/>
        </w:rPr>
        <w:t>1:06:58  maulana, agla sawal lete hain jo muhammad pashah sahib ne bheja hai, unhon ne location nahi likhi hai,</w:t>
      </w:r>
      <w:r>
        <w:br/>
      </w:r>
      <w:r>
        <w:rPr>
          <w:sz w:val="20"/>
        </w:rPr>
        <w:t>1:07:03  un ka sawal hai: "maulana, kya bank se ghar taameer karne ke liye ya naya ghar kharidne ke</w:t>
      </w:r>
      <w:r>
        <w:br/>
      </w:r>
      <w:r>
        <w:rPr>
          <w:sz w:val="20"/>
        </w:rPr>
        <w:t>1:07:08  liye loan le sakte hain</w:t>
      </w:r>
      <w:r>
        <w:br/>
      </w:r>
      <w:r>
        <w:rPr>
          <w:sz w:val="20"/>
        </w:rPr>
        <w:t>1:07:13  ?" Is ke bare mein bataein. Yeh aap mufti sahab se poochiye, mufti sahab se poochiye. Ji molana, agla sawal bheja hai javed sahab ne jamshedpur se, unhon ne likha hai: "How can negative thinking be converted to positive thinking? For example, in daily life, many of us are victims of office politics or people trying to hurt us with their selfish interest. All this makes</w:t>
      </w:r>
      <w:r>
        <w:br/>
      </w:r>
      <w:r>
        <w:rPr>
          <w:sz w:val="20"/>
        </w:rPr>
        <w:t>1:07:43  is negative.</w:t>
      </w:r>
      <w:r>
        <w:br/>
      </w:r>
      <w:r>
        <w:rPr>
          <w:sz w:val="20"/>
        </w:rPr>
        <w:t>1:07:50  so how can we manage such situations or save our self from negative mind sets?" bahut aasan hai,</w:t>
      </w:r>
      <w:r>
        <w:br/>
      </w:r>
      <w:r>
        <w:rPr>
          <w:sz w:val="20"/>
        </w:rPr>
        <w:t>1:07:56  allah khane mein daal diye jahan aap ko is tarah ke khayalat paida hote hain.</w:t>
      </w:r>
      <w:r>
        <w:br/>
      </w:r>
      <w:r>
        <w:rPr>
          <w:sz w:val="20"/>
        </w:rPr>
        <w:t>1:08:02  bas jo mamla hai, jo issue hai, us ko allah khane mein daal dijiye.</w:t>
      </w:r>
      <w:r>
        <w:br/>
      </w:r>
      <w:r>
        <w:rPr>
          <w:sz w:val="20"/>
        </w:rPr>
        <w:t>1:08:08  bas kuch karna hi nahi hai,</w:t>
      </w:r>
      <w:r>
        <w:br/>
      </w:r>
      <w:r>
        <w:rPr>
          <w:sz w:val="20"/>
        </w:rPr>
        <w:t>1:08:14  kuch karna hi nahi hai, bas Allah ke khane mein daalte chale jaiye. Okay, so we we end today session. Thank you.</w:t>
      </w:r>
    </w:p>
    <w:p>
      <w:pPr>
        <w:pStyle w:val="Heading2"/>
      </w:pPr>
      <w:r>
        <w:t>Loss of Spirit After Ramadan</w:t>
      </w:r>
    </w:p>
    <w:p>
      <w:r>
        <w:rPr>
          <w:color w:val="666666"/>
          <w:sz w:val="18"/>
        </w:rPr>
        <w:t>Worship · Roza and Quran July 18, 2010 · 1m 20s · at 1:09:16 · https://youtu.be/TSjqSQEb0EQ?t=4156</w:t>
      </w:r>
    </w:p>
    <w:p>
      <w:r>
        <w:rPr>
          <w:i/>
        </w:rPr>
        <w:t>“During Ramadan, the entire Muslim world practices Islam so intensely, but after Ramadan is over, loses the spirit. Why does this happen, and what is the remedy for it?”</w:t>
      </w:r>
    </w:p>
    <w:p>
      <w:r>
        <w:rPr>
          <w:sz w:val="20"/>
        </w:rPr>
        <w:t>1:09:16  maulana, agla sawal mr. zahid mohammad ka hai, nai dilli se. unhon ne likha hai ke "During Ramadan, the entire Muslim world practices Islam so intensely, but after Ramadan is over, loses the spirit.</w:t>
      </w:r>
      <w:r>
        <w:br/>
      </w:r>
      <w:r>
        <w:rPr>
          <w:sz w:val="20"/>
        </w:rPr>
        <w:t>1:09:33  why does this happen, and what is the remedy for it?" yeh baat sahi nahin hai ke intensely us ko follow karte hain.</w:t>
      </w:r>
      <w:r>
        <w:br/>
      </w:r>
      <w:r>
        <w:rPr>
          <w:sz w:val="20"/>
        </w:rPr>
        <w:t>1:09:42  sirf ritual karte hain, ritual bas. yeh spiritless roza hota hai in ka. yeh nahin sahi hai, bilkul sahi nahin hai.</w:t>
      </w:r>
      <w:r>
        <w:br/>
      </w:r>
      <w:r>
        <w:rPr>
          <w:sz w:val="20"/>
        </w:rPr>
        <w:t>1:09:51  agar koi sach much hi intensely follow kare to woh saal bhar khatam hi nahin hone wala. kabhi nahin khatam hoga. woh to ritual ki taraf hota hai, dhoom machate hain khane peene ki aur sehri aur iftar ki aur taraweeh ki dhoom, dhoom, dhoom.</w:t>
      </w:r>
      <w:r>
        <w:br/>
      </w:r>
      <w:r>
        <w:rPr>
          <w:sz w:val="20"/>
        </w:rPr>
        <w:t>1:10:07  woh nahin kahin ke in in ke woh ke follow kar rahe hain. woh kuch rituals hain, bas us ko poora kar rahe hain.</w:t>
      </w:r>
      <w:r>
        <w:br/>
      </w:r>
      <w:r>
        <w:rPr>
          <w:sz w:val="20"/>
        </w:rPr>
        <w:t>1:10:17  woh oopar oopar us ka un ke rooh se koi ta'alluq nahin, un ki spirit se koi ta'alluq nahin. to yeh mein nahin samajhta sahi ke aik mahine mein to khoob rakhte hain, baat par nahin hai.</w:t>
      </w:r>
      <w:r>
        <w:br/>
      </w:r>
      <w:r>
        <w:rPr>
          <w:sz w:val="20"/>
        </w:rPr>
        <w:t>1:10:29  aik mahine mein bhi nahin rakhte. woh asal baat yeh hai.</w:t>
      </w:r>
    </w:p>
    <w:p>
      <w:pPr>
        <w:pStyle w:val="Heading2"/>
      </w:pPr>
      <w:r>
        <w:t>Love marriage permissibility and Prophet's marriage</w:t>
      </w:r>
    </w:p>
    <w:p>
      <w:r>
        <w:rPr>
          <w:color w:val="666666"/>
          <w:sz w:val="18"/>
        </w:rPr>
        <w:t>Worship · Divine Management in History April 7, 2013 · 4m 16s · at 1:10:13 · https://youtu.be/wcBzG56LuPY?t=4213</w:t>
      </w:r>
    </w:p>
    <w:p>
      <w:r>
        <w:rPr>
          <w:i/>
        </w:rPr>
        <w:t>“What is your take on love marriage? Do you think it is permitted in Islam? Would you agree that the marriage of the Prophet and Khadija was also a love marriage?”</w:t>
      </w:r>
    </w:p>
    <w:p>
      <w:r>
        <w:rPr>
          <w:sz w:val="20"/>
        </w:rPr>
        <w:t>1:10:13  mujhe yaqeen hai ke aap ke question ka aap khud hi aap ko answer mil jayega. maulana, un ka aik aur sawal hai, unhon ne likha hai: "what is your take on love marriage?</w:t>
      </w:r>
      <w:r>
        <w:br/>
      </w:r>
      <w:r>
        <w:rPr>
          <w:sz w:val="20"/>
        </w:rPr>
        <w:t>1:10:26  do you think it is permitted in islam? would you agree that the marriage of the prophet and khadijah was also a love marriage?" ji sahib, ab start baat hai, main love marriage ko ahmaqana marriage samajhta hoon,</w:t>
      </w:r>
      <w:r>
        <w:br/>
      </w:r>
      <w:r>
        <w:rPr>
          <w:sz w:val="20"/>
        </w:rPr>
        <w:t>1:10:42  yani pagalon ki marriage, pagalon ki. is liye ke dekhiye, aap love marriage hoti hai, tootta kyun hai? yani more than 50 percent love marriages nakam ho jati hain.</w:t>
      </w:r>
      <w:r>
        <w:br/>
      </w:r>
      <w:r>
        <w:rPr>
          <w:sz w:val="20"/>
        </w:rPr>
        <w:t>1:10:54  to what is that love marriage? jo pagal pan ki shadiyan hoti hain, usay kehte hain love marriage. india se le kar europe, america tak har jagah love marriage nakam hai.</w:t>
      </w:r>
      <w:r>
        <w:br/>
      </w:r>
      <w:r>
        <w:rPr>
          <w:sz w:val="20"/>
        </w:rPr>
        <w:t>1:11:06  to nakam kyun? agar woh love hai to nakam kyun? nakam kyun?</w:t>
      </w:r>
      <w:r>
        <w:br/>
      </w:r>
      <w:r>
        <w:rPr>
          <w:sz w:val="20"/>
        </w:rPr>
        <w:t>1:11:14  italy mein aik sahib se baat hui thi, isi par woh wahan ke aik professor sahib thay. to main ne kaha ke yeh isi baat ko main ne kaha ke agar yeh love marriage hai to nakam kyun hoti hai?</w:t>
      </w:r>
      <w:r>
        <w:br/>
      </w:r>
      <w:r>
        <w:rPr>
          <w:sz w:val="20"/>
        </w:rPr>
        <w:t>1:11:26  to main ne kaha ke yeh love marriage hoti hi nahi, yeh lust marriage hoti hai. lust marriage hoti hai, love marriage hoti hi nahi. to unhon ne maan maan rakha, sahi keh rahe hain aap.</w:t>
      </w:r>
      <w:r>
        <w:br/>
      </w:r>
      <w:r>
        <w:rPr>
          <w:sz w:val="20"/>
        </w:rPr>
        <w:t>1:11:39  nahi sahib, bilkul, yani main is ko jahilon ki batein samajhta hoon, jis ka ilm se, science se koi talluq nahi.</w:t>
      </w:r>
      <w:r>
        <w:br/>
      </w:r>
      <w:r>
        <w:rPr>
          <w:sz w:val="20"/>
        </w:rPr>
        <w:t>1:11:50  maulana farhan sahib ko yeh bhi batana chahenge ke woh aap ki jo kitab hai, secret of successful marriage life, us ko parh sakte hain. haan, wohi parhiye, woh bhi hai.</w:t>
      </w:r>
      <w:r>
        <w:br/>
      </w:r>
      <w:r>
        <w:rPr>
          <w:sz w:val="20"/>
        </w:rPr>
        <w:t>1:12:01  maulana, sab se zyada meaningless word jo boler ka is zamane mein hai, woh love marriage hai.</w:t>
      </w:r>
      <w:r>
        <w:br/>
      </w:r>
      <w:r>
        <w:rPr>
          <w:sz w:val="20"/>
        </w:rPr>
        <w:t>1:12:06  main apni zindagi mein, apni family mein, aur beshumar waqiat dekhe hain ke dhoom se love marriage hoti hai aur dhoom se woh nakam ho jati hai.</w:t>
      </w:r>
      <w:r>
        <w:br/>
      </w:r>
      <w:r>
        <w:rPr>
          <w:sz w:val="20"/>
        </w:rPr>
        <w:t>1:12:18  tab main jo keh raha hoon ke love marriage, love marriage nahi hoti hai, woh lust marriage hoti hai. to tajrube ko dekh kar main keh raha hoon, khwamkhwah nahi keh raha hoon.</w:t>
      </w:r>
      <w:r>
        <w:br/>
      </w:r>
      <w:r>
        <w:rPr>
          <w:sz w:val="20"/>
        </w:rPr>
        <w:t>1:12:31  kam az kam main ne aik bhi lab marriage kamyab nahi dekhi</w:t>
      </w:r>
      <w:r>
        <w:br/>
      </w:r>
      <w:r>
        <w:rPr>
          <w:sz w:val="20"/>
        </w:rPr>
        <w:t>1:12:35  apni family ke andar, family ke bahar. ya to toot jati hai ya bas nibhate hain log bache ki wajah se, zyada tar bache ki wajah se.</w:t>
      </w:r>
      <w:r>
        <w:br/>
      </w:r>
      <w:r>
        <w:rPr>
          <w:sz w:val="20"/>
        </w:rPr>
        <w:t>1:12:45  bachcha paida hoga, ab kya karen? to aurat se jo lo hoti hai, wo khatm ho ja ho chuki hoti hai. ab sirf bete hote hain. maine kisi ko bhi nahin dekha ke aurat se lo unki akhrron tak baqi rahe.</w:t>
      </w:r>
      <w:r>
        <w:br/>
      </w:r>
      <w:r>
        <w:rPr>
          <w:sz w:val="20"/>
        </w:rPr>
        <w:t>1:13:02  ya to toot jati hai ya bachchon ke upar.</w:t>
      </w:r>
      <w:r>
        <w:br/>
      </w:r>
      <w:r>
        <w:rPr>
          <w:sz w:val="20"/>
        </w:rPr>
        <w:t>1:13:05  main aap ko ek qissa batata hoon. main gaya ek bar ajmer, mila taqrib mein tha, mila taqribin sahib. to wahan par ek sahib the, unke do bete the.</w:t>
      </w:r>
      <w:r>
        <w:br/>
      </w:r>
      <w:r>
        <w:rPr>
          <w:sz w:val="20"/>
        </w:rPr>
        <w:t>1:13:18  ek bete ko unhon ne dukan de di, doosre bete ne kaha ke mujhe falan aurat se shadi karni hai. to us us aurat se unhon ne shadi karwai aur us ke liye ek ek farmhouse bana diya.</w:t>
      </w:r>
      <w:r>
        <w:br/>
      </w:r>
      <w:r>
        <w:rPr>
          <w:sz w:val="20"/>
        </w:rPr>
        <w:t>1:13:31  paise wale the wo.</w:t>
      </w:r>
      <w:r>
        <w:br/>
      </w:r>
      <w:r>
        <w:rPr>
          <w:sz w:val="20"/>
        </w:rPr>
        <w:t>1:13:33  is farmhouse mein hum gaye, ek raat rahe wahan par, aur maine dekha ke wo wo mard aur aurat dono isi mein rehte the.</w:t>
      </w:r>
      <w:r>
        <w:br/>
      </w:r>
      <w:r>
        <w:rPr>
          <w:sz w:val="20"/>
        </w:rPr>
        <w:t>1:13:42  aur jab tak hum the, kabhi dono mein baat nahin hui, na din mein, na raat mein. wo alag, wo alag. aur isi love marriage ke liye baap se usne takrao kiya tha ke mujhe alag ghar chahiye aur mujhe is ladki se shadi karna hai.</w:t>
      </w:r>
      <w:r>
        <w:br/>
      </w:r>
      <w:r>
        <w:rPr>
          <w:sz w:val="20"/>
        </w:rPr>
        <w:t>1:14:00  aise ke aise ek do nahin, aise bahut qisse. aap agar is ko na jante hon to aap andhe bhare hain. aur kya keh sakta hoon main? love marriage kya cheez hai?</w:t>
      </w:r>
      <w:r>
        <w:br/>
      </w:r>
      <w:r>
        <w:rPr>
          <w:sz w:val="20"/>
        </w:rPr>
        <w:t>1:14:11  nothing, nothing, nothing, nothing.</w:t>
      </w:r>
      <w:r>
        <w:br/>
      </w:r>
      <w:r>
        <w:rPr>
          <w:sz w:val="20"/>
        </w:rPr>
        <w:t>1:14:17  is wajah se main sirf arrange marriage ka qail hoon. maa baap jinko tajruba hota hai, jinko experience hota hai, wo jo faisla karte hain, wahi sahi hai.</w:t>
      </w:r>
      <w:r>
        <w:br/>
      </w:r>
      <w:r>
        <w:rPr>
          <w:sz w:val="20"/>
        </w:rPr>
        <w:t>1:14:28  isi ko le lijiye,</w:t>
      </w:r>
    </w:p>
    <w:p>
      <w:pPr>
        <w:pStyle w:val="Heading2"/>
      </w:pPr>
      <w:r>
        <w:t>Making dua for Muslims and non-Muslims</w:t>
      </w:r>
    </w:p>
    <w:p>
      <w:r>
        <w:rPr>
          <w:color w:val="666666"/>
          <w:sz w:val="18"/>
        </w:rPr>
        <w:t>Worship · Journey of History December 23, 2012 · 39s · at 1:03:00 · https://youtu.be/bvjWl3U3Dmw?t=3780</w:t>
      </w:r>
    </w:p>
    <w:p>
      <w:r>
        <w:rPr>
          <w:i/>
        </w:rPr>
        <w:t>“When all explaining fails, we have to do dua for people. How can we do dua with well-wishing for both Muslims and non-Muslims? Please advise.”</w:t>
      </w:r>
    </w:p>
    <w:p>
      <w:r>
        <w:rPr>
          <w:sz w:val="20"/>
        </w:rPr>
        <w:t>1:03:00  maulana, agla sawal dilli se hai miss naghma siddiqui ka</w:t>
      </w:r>
      <w:r>
        <w:br/>
      </w:r>
      <w:r>
        <w:rPr>
          <w:sz w:val="20"/>
        </w:rPr>
        <w:t>1:03:04  . unhon ne likha hai: "when all explaining fails, we have to do dua for people.</w:t>
      </w:r>
      <w:r>
        <w:br/>
      </w:r>
      <w:r>
        <w:rPr>
          <w:sz w:val="20"/>
        </w:rPr>
        <w:t>1:03:12  how can we do dua with well wishing for both muslims and non muslims? please advice." is mein dua mein koi farq to hota nahi.</w:t>
      </w:r>
      <w:r>
        <w:br/>
      </w:r>
      <w:r>
        <w:rPr>
          <w:sz w:val="20"/>
        </w:rPr>
        <w:t>1:03:22  aap dua sab ke liye kijiye.</w:t>
      </w:r>
      <w:r>
        <w:br/>
      </w:r>
      <w:r>
        <w:rPr>
          <w:sz w:val="20"/>
        </w:rPr>
        <w:t>1:03:26  dua mein to koi farq nahi hai, hatta ke jo koi so called zalim ke liye bhi dua karna hai, so called conspirator ke liye bhi dua karna hai, sab ke liye ek sath tor par.</w:t>
      </w:r>
    </w:p>
    <w:p>
      <w:pPr>
        <w:pStyle w:val="Heading2"/>
      </w:pPr>
      <w:r>
        <w:t>Meaning and obligation of Umrah</w:t>
      </w:r>
    </w:p>
    <w:p>
      <w:r>
        <w:rPr>
          <w:color w:val="666666"/>
          <w:sz w:val="18"/>
        </w:rPr>
        <w:t>Worship · Principle of Loss | May 31, 2015 · 1m 13s · at 45:35 · https://youtu.be/IEf7QfU3BmY?t=2735</w:t>
      </w:r>
    </w:p>
    <w:p>
      <w:r>
        <w:rPr>
          <w:i/>
        </w:rPr>
        <w:t>“What is the meaning of Umrah? Why is it performed? Is it obligatory?”</w:t>
      </w:r>
    </w:p>
    <w:p>
      <w:r>
        <w:rPr>
          <w:sz w:val="20"/>
        </w:rPr>
        <w:t>45:35  taqdeer kaha gaya hai. Maulana kya yeh sahi hai? Theek theek kaha aap ne, sahi kaha aap ne, bilkul durust hai. Maulana agla sawal Dhampur se bheja hai Mahtab Sahab ne, aur unhone aapse poocha hai ke Maulana Sahab Umrah ka matlab kya hai aur kyun kiya jata hai, aur kya yeh karna zaroori hai? Iske bare mein batayein. Nahi, zaroori nahi hai. Farz to sirf Hajj hai,</w:t>
      </w:r>
      <w:r>
        <w:br/>
      </w:r>
      <w:r>
        <w:rPr>
          <w:sz w:val="20"/>
        </w:rPr>
        <w:t>46:05  umrah farz nahin hai, lekin haj ke ayyam ke ilawa ek momin chahta hai ke woh kaaba ko</w:t>
      </w:r>
      <w:r>
        <w:br/>
      </w:r>
      <w:r>
        <w:rPr>
          <w:sz w:val="20"/>
        </w:rPr>
        <w:t>46:12  dekhe, kaaba ka tawaf kare, to yeh us ki is tabarruan ek jaiz tabarruan hai.</w:t>
      </w:r>
      <w:r>
        <w:br/>
      </w:r>
      <w:r>
        <w:rPr>
          <w:sz w:val="20"/>
        </w:rPr>
        <w:t>46:20  us ke liye umrah rakh diya gaya hai, yaani isi liye kaha jata hai ke umrah chota haj</w:t>
      </w:r>
      <w:r>
        <w:br/>
      </w:r>
      <w:r>
        <w:rPr>
          <w:sz w:val="20"/>
        </w:rPr>
        <w:t>46:27  hai, haj bada haj hai, umr</w:t>
      </w:r>
      <w:r>
        <w:br/>
      </w:r>
      <w:r>
        <w:rPr>
          <w:sz w:val="20"/>
        </w:rPr>
        <w:t>46:35  ah chota haj hai.</w:t>
      </w:r>
      <w:r>
        <w:br/>
      </w:r>
      <w:r>
        <w:rPr>
          <w:sz w:val="20"/>
        </w:rPr>
        <w:t>46:39  yeh to ek momin ki ek ek tabarruan hai jis ki takmeel ka saman kiya gaya hai umre</w:t>
      </w:r>
      <w:r>
        <w:br/>
      </w:r>
      <w:r>
        <w:rPr>
          <w:sz w:val="20"/>
        </w:rPr>
        <w:t>46:44  ki shakal mein.</w:t>
      </w:r>
    </w:p>
    <w:p>
      <w:pPr>
        <w:pStyle w:val="Heading2"/>
      </w:pPr>
      <w:r>
        <w:t>Meaning and obligation of Umrah pilgrimage</w:t>
      </w:r>
    </w:p>
    <w:p>
      <w:r>
        <w:rPr>
          <w:color w:val="666666"/>
          <w:sz w:val="18"/>
        </w:rPr>
        <w:t>Worship · Principle of Loss May 31, 2015 · 1m 06s · at 46:15 · https://youtu.be/vM-CUyBiDkc?t=2775</w:t>
      </w:r>
    </w:p>
    <w:p>
      <w:r>
        <w:rPr>
          <w:i/>
        </w:rPr>
        <w:t>“What is the meaning of Umrah and why is it performed? And is it obligatory to do it?”</w:t>
      </w:r>
    </w:p>
    <w:p>
      <w:r>
        <w:rPr>
          <w:sz w:val="20"/>
        </w:rPr>
        <w:t>46:15  bilkul durust hai. maulana, agla sawal dhampur se bheja hai mehtab sahib ne, aur unhon ne aapse poocha hai ke maulana sahib, umre ka matlab kya hai aur kyun kiya jata hai?</w:t>
      </w:r>
      <w:r>
        <w:br/>
      </w:r>
      <w:r>
        <w:rPr>
          <w:sz w:val="20"/>
        </w:rPr>
        <w:t>46:30  aur kya yeh karna zaroori hai? is ke bare mein bataein. nahi, zaroori nahi hai. farz to sirf hajj hai, umra farz nahi hai.</w:t>
      </w:r>
      <w:r>
        <w:br/>
      </w:r>
      <w:r>
        <w:rPr>
          <w:sz w:val="20"/>
        </w:rPr>
        <w:t>46:42  lekin</w:t>
      </w:r>
      <w:r>
        <w:br/>
      </w:r>
      <w:r>
        <w:rPr>
          <w:sz w:val="20"/>
        </w:rPr>
        <w:t>46:47  hajj ke ayyam ke ilawa ek momin chahta hai ke woh kaaba ko dekhe, kaaba ka tawaf kare, to yeh us ki is tabar ek jaiz tabar hai.</w:t>
      </w:r>
      <w:r>
        <w:br/>
      </w:r>
      <w:r>
        <w:rPr>
          <w:sz w:val="20"/>
        </w:rPr>
        <w:t>47:00  us ke liye umra rakh diya gaya hai, yaani isi liye kaha jata hai ke umra chota hajj hai, hajj bada hajj hai, umra chota hajj hai.</w:t>
      </w:r>
      <w:r>
        <w:br/>
      </w:r>
      <w:r>
        <w:rPr>
          <w:sz w:val="20"/>
        </w:rPr>
        <w:t>47:10  yeh to hai momin ki ek ek tabar hai jis ki takmeel ka saman kiya gaya hai umre ki shakal mein.</w:t>
      </w:r>
    </w:p>
    <w:p>
      <w:pPr>
        <w:pStyle w:val="Heading2"/>
      </w:pPr>
      <w:r>
        <w:t>Meaning and observance of Shab-e-Miraj</w:t>
      </w:r>
    </w:p>
    <w:p>
      <w:r>
        <w:rPr>
          <w:color w:val="666666"/>
          <w:sz w:val="18"/>
        </w:rPr>
        <w:t>Worship · Divine Ideology of Life I 11 July 2010 · 9m 55s · at 1:42:25 · https://youtu.be/wOmHVfyjMJY?t=6145</w:t>
      </w:r>
    </w:p>
    <w:p>
      <w:r>
        <w:rPr>
          <w:i/>
        </w:rPr>
        <w:t>“What is Shab-e-Miraj? What should one do on this occasion?”</w:t>
      </w:r>
    </w:p>
    <w:p>
      <w:r>
        <w:rPr>
          <w:sz w:val="20"/>
        </w:rPr>
        <w:t>1:42:25  maulana, un ka ek aur sawal hai. unhon ne poocha hai ke "What is Shab-e-Mairaj? What should one do on this occasion?" kuch nahin, aaj kal jo musalman karte hain woh sab riwaj hai un ka.</w:t>
      </w:r>
      <w:r>
        <w:br/>
      </w:r>
      <w:r>
        <w:rPr>
          <w:sz w:val="20"/>
        </w:rPr>
        <w:t>1:42:38  is ka mazhab Islam se koi ta'alluq nahin. Shab-e-Mairaj yeh bhi pata nahin kis kis din hui thi. koi sabit thodi hai is ka tareekh.</w:t>
      </w:r>
      <w:r>
        <w:br/>
      </w:r>
      <w:r>
        <w:rPr>
          <w:sz w:val="20"/>
        </w:rPr>
        <w:t>1:42:47  koi date koi sabit nahin hai. yeh to musalman ne bana rakha hai ek falan date.</w:t>
      </w:r>
      <w:r>
        <w:br/>
      </w:r>
      <w:r>
        <w:rPr>
          <w:sz w:val="20"/>
        </w:rPr>
        <w:t>1:42:56  beh-haal yeh sab baatein jo hain yeh superstitions hain. superstitions. is ka Islam se koi ta'alluq nahin hai. to us din agar ibadat kar lo to phir jannat mil jayegi?</w:t>
      </w:r>
      <w:r>
        <w:br/>
      </w:r>
      <w:r>
        <w:rPr>
          <w:sz w:val="20"/>
        </w:rPr>
        <w:t>1:43:07  aisa kuch bhi nahin hai. Shab-e-Mairaj ke bare mein aap ne ek hi kaam karna hai ke woh aap woh hadith padhein jis mein koi aap ne apne tajrubaat bataye hain.</w:t>
      </w:r>
      <w:r>
        <w:br/>
      </w:r>
      <w:r>
        <w:rPr>
          <w:sz w:val="20"/>
        </w:rPr>
        <w:t>1:43:18  ke aap ne jahannum ko dekha to wahan yeh anjaam ho raha tha. bure karne walon ka. jannat ko dekha to wahan un ko yeh inaam mil raha tha. is ko padhein, is se sabak lein. to Mairaj ka mauqa sabak lene ke liye, day manane ke liye nahin hai. Mairaj day manana yeh koi Islam nahin hai.</w:t>
      </w:r>
      <w:r>
        <w:br/>
      </w:r>
      <w:r>
        <w:rPr>
          <w:sz w:val="20"/>
        </w:rPr>
        <w:t>1:43:25  yeh Shab-e-Mairaj jo hoti nahin hai to Mairaj day manate hain. to Mairaj day Islam mein har giz nahin hai. sabak leejiyey, is hadith ko padhiye jis mein Rasool Allah (SAW) ne apne tajrubaat bataye hain.</w:t>
      </w:r>
      <w:r>
        <w:br/>
      </w:r>
      <w:r>
        <w:rPr>
          <w:sz w:val="20"/>
        </w:rPr>
        <w:t>1:43:36  to sabak lena asal hai na ke Mairaj day manana.</w:t>
      </w:r>
      <w:r>
        <w:br/>
      </w:r>
      <w:r>
        <w:rPr>
          <w:sz w:val="20"/>
        </w:rPr>
        <w:t>1:43:49  Sajid Ahmed Lucknow se pooch rahe hain Maulana ke "While reading Quran, is it necessary to recite Arabic script or only the translation will be enough?"</w:t>
      </w:r>
      <w:r>
        <w:br/>
      </w:r>
      <w:r>
        <w:rPr>
          <w:sz w:val="20"/>
        </w:rPr>
        <w:t>1:43:55  sajid ahmed lucknow se pooch rahe hain maulana ke "While reading Quran, is it necessary to recite Arabic script or only the translation will be enough?"</w:t>
      </w:r>
      <w:r>
        <w:br/>
      </w:r>
      <w:r>
        <w:rPr>
          <w:sz w:val="20"/>
        </w:rPr>
        <w:t>1:44:09  nahi to yeh to apne halaat par hai. Agar kisi ke paas itna kam time hai to tarjuma padhe. Nahi to arabi padhe, woh arabi padh kar ke is par zyada ghor o fikr kare, zyada soch sakta hai woh.</w:t>
      </w:r>
      <w:r>
        <w:br/>
      </w:r>
      <w:r>
        <w:rPr>
          <w:sz w:val="20"/>
        </w:rPr>
        <w:t>1:44:21  Arabi janne wala zyada soch sakta hai, zyada samajh sakta hai. Lekin is ka matlab nahi ke arabi padhna farz hai kisi ke upar. Jo is ke bas mein jitna hai utna woh karna chah</w:t>
      </w:r>
      <w:r>
        <w:br/>
      </w:r>
      <w:r>
        <w:rPr>
          <w:sz w:val="20"/>
        </w:rPr>
        <w:t>1:44:30  iye. Ittaqullah musta'an.</w:t>
      </w:r>
      <w:r>
        <w:br/>
      </w:r>
      <w:r>
        <w:rPr>
          <w:sz w:val="20"/>
        </w:rPr>
        <w:t>1:44:35  Maulana, yeh sawal kiya hai Mr Arshad Jamal ne New Delhi se.</w:t>
      </w:r>
      <w:r>
        <w:br/>
      </w:r>
      <w:r>
        <w:rPr>
          <w:sz w:val="20"/>
        </w:rPr>
        <w:t>1:44:41  . Unhone likha hai ke "What is the meaning of verse number 6, chapter number 49 of Quran which says, 'Believers, if an evil doer brings you news, assert the correctness of the report fully,</w:t>
      </w:r>
      <w:r>
        <w:br/>
      </w:r>
      <w:r>
        <w:rPr>
          <w:sz w:val="20"/>
        </w:rPr>
        <w:t>1:44:57  lest you unwittingly harm others and then regret what you have done'?" Haan yeh bohat ahem ayat hai</w:t>
      </w:r>
      <w:r>
        <w:br/>
      </w:r>
      <w:r>
        <w:rPr>
          <w:sz w:val="20"/>
        </w:rPr>
        <w:t>1:45:07  ke aadmi jo hai yani misunderstanding ki wajah se rai qaim kar le to yeh Islam mein bohat bara is ko bohat mana kiya gaya hai.</w:t>
      </w:r>
      <w:r>
        <w:br/>
      </w:r>
      <w:r>
        <w:rPr>
          <w:sz w:val="20"/>
        </w:rPr>
        <w:t>1:45:18  Jab tak aap ko pakki knowledge na ho aap ko rai nahi banana chahiye aap ko. Pakki knowledge hona chahiye aap ko tab rai banaiye.</w:t>
      </w:r>
      <w:r>
        <w:br/>
      </w:r>
      <w:r>
        <w:rPr>
          <w:sz w:val="20"/>
        </w:rPr>
        <w:t>1:45:27  To pakki knowledge kaise hogi aap ko tehqeeq karenge, sochenge, mamle ko jajchenge.</w:t>
      </w:r>
      <w:r>
        <w:br/>
      </w:r>
      <w:r>
        <w:rPr>
          <w:sz w:val="20"/>
        </w:rPr>
        <w:t>1:45:32  Lekin is mein ek aur baat mein kahun ke yeh baat itni sada nahi hai. Yeh baat itni sada nahi hai. Jis aadmi se aap jayenge puchne ke liye woh kaise is par bhi depend karta hai.</w:t>
      </w:r>
      <w:r>
        <w:br/>
      </w:r>
      <w:r>
        <w:rPr>
          <w:sz w:val="20"/>
        </w:rPr>
        <w:t>1:45:45  Maslan mein bataun aap ko ek sahab ne mere bare mein ek statement diya paper mein ke mein BJP ka aadmi hoon.</w:t>
      </w:r>
      <w:r>
        <w:br/>
      </w:r>
      <w:r>
        <w:rPr>
          <w:sz w:val="20"/>
        </w:rPr>
        <w:t>1:45:55  Yeh lafz likh ke mein BJP ka aadmi hoon. Mein ne is se telephone kiya</w:t>
      </w:r>
      <w:r>
        <w:br/>
      </w:r>
      <w:r>
        <w:rPr>
          <w:sz w:val="20"/>
        </w:rPr>
        <w:t>1:46:01  , mein ne kaha aap ne keh diya ke BJP ka aadmi hain aap. Kahan aap ke paas kaun sa proof hai? Kaha agar aap jate hain un ke jalse mein. Koi jalse mein jane ka matlab BJP kahan hai?</w:t>
      </w:r>
      <w:r>
        <w:br/>
      </w:r>
      <w:r>
        <w:rPr>
          <w:sz w:val="20"/>
        </w:rPr>
        <w:t>1:46:12  Hum to jate hain message, hum to hamara ek mission hai message pahunchane ke liye jate hain. Meri tauqeer sun lijiye aap jo is stage bolta hoon mein. To kya kehte hain woh?</w:t>
      </w:r>
      <w:r>
        <w:br/>
      </w:r>
      <w:r>
        <w:rPr>
          <w:sz w:val="20"/>
        </w:rPr>
        <w:t>1:46:23  Mana nahi unhone tehqeeq ke baad bhi. Lekin bohat khatarnak baat hai yeh.</w:t>
      </w:r>
      <w:r>
        <w:br/>
      </w:r>
      <w:r>
        <w:rPr>
          <w:sz w:val="20"/>
        </w:rPr>
        <w:t>1:46:29  Yeh do tarafah do dhari talwar hai yeh. Is zamane mein log sach nahi bolte. Pehle zamane mein sach bolte the.</w:t>
      </w:r>
      <w:r>
        <w:br/>
      </w:r>
      <w:r>
        <w:rPr>
          <w:sz w:val="20"/>
        </w:rPr>
        <w:t>1:46:40  Pehle zamane mein aasan tha tehqeeq karna. Ab tehqeeq karna aasan nahi hai. Ab kya aadmi safai pesh karta hai, ghuma phira ke baat karta hai, idhar udhar ki baat karta hai.</w:t>
      </w:r>
      <w:r>
        <w:br/>
      </w:r>
      <w:r>
        <w:rPr>
          <w:sz w:val="20"/>
        </w:rPr>
        <w:t>1:46:49  To unhone kya aap jante hain kya diya unhone? Ek hadith pesh kar di.</w:t>
      </w:r>
      <w:r>
        <w:br/>
      </w:r>
      <w:r>
        <w:rPr>
          <w:sz w:val="20"/>
        </w:rPr>
        <w:t>1:46:54  Ittqoo wa qe'oo al-tuhm. Tohmat ki jagahon se bacho. Matlab wahan jo hai woh ek tohmat ki jagah hai log badnaam jagah wahan kyun jate hain aap?</w:t>
      </w:r>
      <w:r>
        <w:br/>
      </w:r>
      <w:r>
        <w:rPr>
          <w:sz w:val="20"/>
        </w:rPr>
        <w:t>1:47:05  Ab ek naya shosha nikal liya unhone.</w:t>
      </w:r>
      <w:r>
        <w:br/>
      </w:r>
      <w:r>
        <w:rPr>
          <w:sz w:val="20"/>
        </w:rPr>
        <w:t>1:47:12  Yeh bohat bari musibat hai is zamane mein jeena hai yaad rakhiye. Har aadmi jo hai apni safai pesh karna chahta hai. Ke mein saaf suthra bana raha hoon. Mere par koi dhabba na lage.</w:t>
      </w:r>
      <w:r>
        <w:br/>
      </w:r>
      <w:r>
        <w:rPr>
          <w:sz w:val="20"/>
        </w:rPr>
        <w:t>1:47:23  Pehle zamane mein aadmi phir maan leta hai jaldi se. Kahan bhai mujh se ghalati hui aur baat aisi thi waisi thi. To sab tehqeeq kar ke jaldi se maloom haqeeqat maloom ho jati thi.</w:t>
      </w:r>
      <w:r>
        <w:br/>
      </w:r>
      <w:r>
        <w:rPr>
          <w:sz w:val="20"/>
        </w:rPr>
        <w:t>1:47:33  Ab maloom hi nahi thi haqeeqat ab. Kaise aap jane ke firishton ke record to aap ke paas hain nahi.</w:t>
      </w:r>
      <w:r>
        <w:br/>
      </w:r>
      <w:r>
        <w:rPr>
          <w:sz w:val="20"/>
        </w:rPr>
        <w:t>1:47:42  Aap ke paas firishton ke record nahi hain. Jis se aap puche ja rahe hain woh aadmi sahi baat batata nahi.</w:t>
      </w:r>
      <w:r>
        <w:br/>
      </w:r>
      <w:r>
        <w:rPr>
          <w:sz w:val="20"/>
        </w:rPr>
        <w:t>1:47:52  Mein aap ko aise bohat se qisse mere paas hain apni zaati. Ab bataiye ke mein ne jab keh diya use saaf saaf ke mein jata hoon BJP ke jalse mein to jata hoon mein mere saathi hote hain mein speech deta hoon Islam par phir woh Quran bantate hain un logon ko to matlab dawat ke liye jata hoon tab kya kehte hain Ittaqoo wa qe'oo al-tuhm tohmat ki jagahon se bacho matlab woh badnaam party hai to wahan jana hi nahi chahiye aap ko.</w:t>
      </w:r>
      <w:r>
        <w:br/>
      </w:r>
      <w:r>
        <w:rPr>
          <w:sz w:val="20"/>
        </w:rPr>
        <w:t>1:48:21  to kaise aap kaise aap tehqeeq karenge? jab manne wala safai pesh kare ya safai kare jhoote yani jhoote pehlu nikalta rahe shoshe ab kya karenge aap?</w:t>
      </w:r>
      <w:r>
        <w:br/>
      </w:r>
      <w:r>
        <w:rPr>
          <w:sz w:val="20"/>
        </w:rPr>
        <w:t>1:48:35  yeh aisa bura zamana aa gaya hai bura zamana ke ummat hairaan ho gaya hai hum jeena mushkil ho gaya hai. kaise jaye aadmi? pehle zamane mein log seedhe saadhe hote the.</w:t>
      </w:r>
      <w:r>
        <w:br/>
      </w:r>
      <w:r>
        <w:rPr>
          <w:sz w:val="20"/>
        </w:rPr>
        <w:t>1:48:46  ab seedha koi hai nahin. ab koi seedha hi nahin hai.</w:t>
      </w:r>
      <w:r>
        <w:br/>
      </w:r>
      <w:r>
        <w:rPr>
          <w:sz w:val="20"/>
        </w:rPr>
        <w:t>1:48:51  har aadmi charhaye har aadmi charhaye. aur is zamane mein mein kehta hoon ke saare log taqreeban yeh koshish mein hote hain ke mera mere meri meri shakhsiyat bani rahe.</w:t>
      </w:r>
      <w:r>
        <w:br/>
      </w:r>
      <w:r>
        <w:rPr>
          <w:sz w:val="20"/>
        </w:rPr>
        <w:t>1:49:03  meri shakhsiyat par koi dhabba na lagne paye. to ghuma phira ke apne ko safai pesh karte rehte hain. I was wrong kaun kehta hai mujhe bataiye. tehqeeq karne se baat khatam zaroor ho jati hai.</w:t>
      </w:r>
      <w:r>
        <w:br/>
      </w:r>
      <w:r>
        <w:rPr>
          <w:sz w:val="20"/>
        </w:rPr>
        <w:t>1:49:16  pehlay zamane mein tha ke I was wrong. I was wrong.</w:t>
      </w:r>
      <w:r>
        <w:br/>
      </w:r>
      <w:r>
        <w:rPr>
          <w:sz w:val="20"/>
        </w:rPr>
        <w:t>1:49:21  ab kaun kehta hai I was wrong. log ghumate phira baat karte hain pech up kar ke baat karte hain apni safai pesh karte hain false justification pesh karte hain baat kisi se reporting nahin karte.</w:t>
      </w:r>
      <w:r>
        <w:br/>
      </w:r>
      <w:r>
        <w:rPr>
          <w:sz w:val="20"/>
        </w:rPr>
        <w:t>1:49:34  to dekhiye do baatein hain yeh single baat nahin hai yeh. ek yeh hai ke aadmi ko chahiye ke sun kar na maan le.</w:t>
      </w:r>
      <w:r>
        <w:br/>
      </w:r>
      <w:r>
        <w:rPr>
          <w:sz w:val="20"/>
        </w:rPr>
        <w:t>1:49:44  hadith mein aata hai ke kafy bilmar'u kadhiban yahdithu bikulli ma sami'a aadmi ke jhoota hone ke liye baat kaafi hai jo sune us ko bayan kar le jo sune us ko bayan kar lega.</w:t>
      </w:r>
      <w:r>
        <w:br/>
      </w:r>
      <w:r>
        <w:rPr>
          <w:sz w:val="20"/>
        </w:rPr>
        <w:t>1:49:57  is wajah se dekhiye pehle do point hua. ek point yeh hai ke jab aap sunein to us ki tehqeeq karein. jab sunein to tehqeeq karein. relevant logon se</w:t>
      </w:r>
      <w:r>
        <w:br/>
      </w:r>
      <w:r>
        <w:rPr>
          <w:sz w:val="20"/>
        </w:rPr>
        <w:t>1:50:07  tehqeeq kar ke rai banayein. ek baat. doosri baat yeh aap yeh yeh bhi janna hai ke aap ek aise zamane mein hain jahan aap ko yeh musibat hai ke koi aadmi saaf baat karta nahin. saaf baat karta nahin to kaise aap us ko kya k</w:t>
      </w:r>
      <w:r>
        <w:br/>
      </w:r>
      <w:r>
        <w:rPr>
          <w:sz w:val="20"/>
        </w:rPr>
        <w:t>1:50:20  arein? jaise mein ne qissa bataya aap ko ke jab mein ne saaf saaf keh diya ke mein bibi chup jata hoon to mein us se koi ta'alluq nahin koi lena dena nahin hai. mein jata hoon ek message pohanchane ke liye.</w:t>
      </w:r>
      <w:r>
        <w:br/>
      </w:r>
      <w:r>
        <w:rPr>
          <w:sz w:val="20"/>
        </w:rPr>
        <w:t>1:50:30  mere saathi wahan Quran padhte hain. tab kya kehte hain ittaqu wa waqi'u al-tuhum mein ne sar peet liya ke aise logon se Khuda nipt sakta hai aise?</w:t>
      </w:r>
      <w:r>
        <w:br/>
      </w:r>
      <w:r>
        <w:rPr>
          <w:sz w:val="20"/>
        </w:rPr>
        <w:t>1:50:42  Khuda ke farishtay nipt sakte hain hum to nipt nahin sakte aise logon se. yeh mamlaat bohat hi pecheeda hain.</w:t>
      </w:r>
      <w:r>
        <w:br/>
      </w:r>
      <w:r>
        <w:rPr>
          <w:sz w:val="20"/>
        </w:rPr>
        <w:t>1:50:49  yeh zamana pecheedgi ka zamana hai. har taraf har cheez complex ho gayi hai. jaise technology complex ho gayi hai na aisi soch bhi complex ho gayi hai.</w:t>
      </w:r>
      <w:r>
        <w:br/>
      </w:r>
      <w:r>
        <w:rPr>
          <w:sz w:val="20"/>
        </w:rPr>
        <w:t>1:51:00  bohat hi har har taraf complexities. We are living in the in the midst of complexities to mein to itna zyada pareshan ho gaya yaad rakhiye rozah dua karta hoon Khuda ya mujhe maadoom kar de mera wajood mit jaye.</w:t>
      </w:r>
      <w:r>
        <w:br/>
      </w:r>
      <w:r>
        <w:rPr>
          <w:sz w:val="20"/>
        </w:rPr>
        <w:t>1:51:15  yaqeen kijiye meri sab se mehboob dua yahi hai.</w:t>
      </w:r>
      <w:r>
        <w:br/>
      </w:r>
      <w:r>
        <w:rPr>
          <w:sz w:val="20"/>
        </w:rPr>
        <w:t>1:51:20  itna zyada mera haal ho raha hai ke mein dua karta hoon Khuda mujhe maadoom kar de mera wajood hi na rahe na is duniya mein rahe na aakhirat mein rahe.</w:t>
      </w:r>
    </w:p>
    <w:p>
      <w:pPr>
        <w:pStyle w:val="Heading2"/>
      </w:pPr>
      <w:r>
        <w:t>Meaning of khushu' and khudu' in prayer</w:t>
      </w:r>
    </w:p>
    <w:p>
      <w:r>
        <w:rPr>
          <w:color w:val="666666"/>
          <w:sz w:val="18"/>
        </w:rPr>
        <w:t>Worship · Wisdom of Hadith Maulana Wahiduddin Khan February 23, 2014 · 1m 37s · at 1:08:42 · https://youtu.be/5E_MIQpToK4?t=4122</w:t>
      </w:r>
    </w:p>
    <w:p>
      <w:r>
        <w:rPr>
          <w:i/>
        </w:rPr>
        <w:t>“What is the meaning of khushu' and khudu' in prayer?”</w:t>
      </w:r>
    </w:p>
    <w:p>
      <w:r>
        <w:rPr>
          <w:sz w:val="20"/>
        </w:rPr>
        <w:t>1:08:42  Maulana, agla sawal Dhampur se kiya hai Mehtab Sahab ne.</w:t>
      </w:r>
      <w:r>
        <w:br/>
      </w:r>
      <w:r>
        <w:rPr>
          <w:sz w:val="20"/>
        </w:rPr>
        <w:t>1:08:46  unhon ne likha hai: "Maulana Sahab, what is the meaning of khushu and khuzu in namaz?" dekhein, asal</w:t>
      </w:r>
      <w:r>
        <w:br/>
      </w:r>
      <w:r>
        <w:rPr>
          <w:sz w:val="20"/>
        </w:rPr>
        <w:t>1:08:54  baat yeh hai ke namaz mein hum kuch zuban se kuch alfaaz ada karte hain, jaise Alhamdulillah Rabb</w:t>
      </w:r>
      <w:r>
        <w:br/>
      </w:r>
      <w:r>
        <w:rPr>
          <w:sz w:val="20"/>
        </w:rPr>
        <w:t>1:09:01  al-alameen kaha aap ne, Allahu Akbar hum ne kaha, Quran ki ayat padhi hum ne.</w:t>
      </w:r>
      <w:r>
        <w:br/>
      </w:r>
      <w:r>
        <w:rPr>
          <w:sz w:val="20"/>
        </w:rPr>
        <w:t>1:09:08  is ke is ka jo meaning hai, is pe dhyan rakhna.</w:t>
      </w:r>
      <w:r>
        <w:br/>
      </w:r>
      <w:r>
        <w:rPr>
          <w:sz w:val="20"/>
        </w:rPr>
        <w:t>1:09:13  jab dhyan rakhenge to apne aap hi sare result niklenge.</w:t>
      </w:r>
      <w:r>
        <w:br/>
      </w:r>
      <w:r>
        <w:rPr>
          <w:sz w:val="20"/>
        </w:rPr>
        <w:t>1:09:18  yani pehle aadmi alfaaz munh se bolta hai, dimaagh is ke maani ko sochta hai, phir jab sochta</w:t>
      </w:r>
      <w:r>
        <w:br/>
      </w:r>
      <w:r>
        <w:rPr>
          <w:sz w:val="20"/>
        </w:rPr>
        <w:t>1:09:25  hai to is ke baad aadmi ke andar ek storm aata hai.</w:t>
      </w:r>
      <w:r>
        <w:br/>
      </w:r>
      <w:r>
        <w:rPr>
          <w:sz w:val="20"/>
        </w:rPr>
        <w:t>1:09:31  isi storm ka naam hai khushu khuzu.</w:t>
      </w:r>
      <w:r>
        <w:br/>
      </w:r>
      <w:r>
        <w:rPr>
          <w:sz w:val="20"/>
        </w:rPr>
        <w:t>1:09:34  jaise aap ne kaha ke Alhamdulillah Rabb al-alameen, hamd hai is Rab ki jo sare alam ka malik</w:t>
      </w:r>
      <w:r>
        <w:br/>
      </w:r>
      <w:r>
        <w:rPr>
          <w:sz w:val="20"/>
        </w:rPr>
        <w:t>1:09:41  hai.</w:t>
      </w:r>
      <w:r>
        <w:br/>
      </w:r>
      <w:r>
        <w:rPr>
          <w:sz w:val="20"/>
        </w:rPr>
        <w:t>1:09:43  yeh kaha aap ne, ab is ke maani par socha aap ne ke Khuda kitna azeem hai, kitni</w:t>
      </w:r>
      <w:r>
        <w:br/>
      </w:r>
      <w:r>
        <w:rPr>
          <w:sz w:val="20"/>
        </w:rPr>
        <w:t>1:09:51  badi glory is ki hai, itni badi kainat ko woh paida kiya, us ko control kiya gaya hai.</w:t>
      </w:r>
      <w:r>
        <w:br/>
      </w:r>
      <w:r>
        <w:rPr>
          <w:sz w:val="20"/>
        </w:rPr>
        <w:t>1:09:58  is se aap ke andar ek, aap ke dimaagh mein, aap ke dil mein, aap ke rooh mein</w:t>
      </w:r>
      <w:r>
        <w:br/>
      </w:r>
      <w:r>
        <w:rPr>
          <w:sz w:val="20"/>
        </w:rPr>
        <w:t>1:10:06  ek ek bhonchal aata hai.</w:t>
      </w:r>
      <w:r>
        <w:br/>
      </w:r>
      <w:r>
        <w:rPr>
          <w:sz w:val="20"/>
        </w:rPr>
        <w:t>1:10:08  isi bhonchal ka naam khushu khuzu hai.</w:t>
      </w:r>
      <w:r>
        <w:br/>
      </w:r>
      <w:r>
        <w:rPr>
          <w:sz w:val="20"/>
        </w:rPr>
        <w:t>1:10:11  khushu khuzu koi koi mysterious cheez nahi hai, ek waqe'a ka shadeed ehsaas ka naam hai khushu khuzu.</w:t>
      </w:r>
    </w:p>
    <w:p>
      <w:pPr>
        <w:pStyle w:val="Heading2"/>
      </w:pPr>
      <w:r>
        <w:t>Meaning of musattar in prayer</w:t>
      </w:r>
    </w:p>
    <w:p>
      <w:r>
        <w:rPr>
          <w:color w:val="666666"/>
          <w:sz w:val="18"/>
        </w:rPr>
        <w:t>Worship · Realistic Approach March 30, 2014 Maulana Wahiduddin Khan · 2m 03s · at 53:52 · https://youtu.be/K36UonBsGlA?t=3232</w:t>
      </w:r>
    </w:p>
    <w:p>
      <w:r>
        <w:rPr>
          <w:i/>
        </w:rPr>
        <w:t>“Maulana, you have written in your book Al-Islam that 'musattar' meaning one who is in a state of anxiety, his prayer Allah immediately accepts. And for acceptance of prayer of other believers, righteous deeds are also needed. What is meant by 'musattar'? Please clarify.”</w:t>
      </w:r>
    </w:p>
    <w:p>
      <w:r>
        <w:rPr>
          <w:sz w:val="20"/>
        </w:rPr>
        <w:t>53:52  Maulana, agla sawal Shahnawaz Zafar sahib ne kiya hai Delhi se. Unhone likha hai: "Aap ne apni kitaab Al-Islam mein likha hai ke mustar yani jo iztirab ki halat mein ho, us ki dua Allah immediately qabool karta hai.</w:t>
      </w:r>
      <w:r>
        <w:br/>
      </w:r>
      <w:r>
        <w:rPr>
          <w:sz w:val="20"/>
        </w:rPr>
        <w:t>54:11  Aur deegar momin ki dua ki qabooliyat ke liye amal e saleh bhi chahiye. Yahan mustar se murad kya hai? Is ko wazeh karein."</w:t>
      </w:r>
      <w:r>
        <w:br/>
      </w:r>
      <w:r>
        <w:rPr>
          <w:sz w:val="20"/>
        </w:rPr>
        <w:t>54:27  Dekhiye, jab aadmi iztirari ki halat mein hota hai to apne helplessness ka tajruba karta hai woh.</w:t>
      </w:r>
      <w:r>
        <w:br/>
      </w:r>
      <w:r>
        <w:rPr>
          <w:sz w:val="20"/>
        </w:rPr>
        <w:t>54:35  Ajz ka.</w:t>
      </w:r>
      <w:r>
        <w:br/>
      </w:r>
      <w:r>
        <w:rPr>
          <w:sz w:val="20"/>
        </w:rPr>
        <w:t>54:39  Ajz ka tajruba. Aur ajz ka tajruba haqiqatan kisi ko ho jaye to Allah se bohat qurbat ho jati hai. Yani apne ajz ko daryaft karo aur Allah se qareeb ho jao.</w:t>
      </w:r>
      <w:r>
        <w:br/>
      </w:r>
      <w:r>
        <w:rPr>
          <w:sz w:val="20"/>
        </w:rPr>
        <w:t>54:54  Musalmanon mein to mein ne kisi ko paya nahi jis ne apne ajz ko daryaft kiya ho. Chahe mister ho ya molvi. Koi mujhe nahi mila, ek bhi nahi mila.</w:t>
      </w:r>
      <w:r>
        <w:br/>
      </w:r>
      <w:r>
        <w:rPr>
          <w:sz w:val="20"/>
        </w:rPr>
        <w:t>55:03  Agar kahin hai to mujhe us ki khabar nahi. Choonke ajz ki daryaft hi nahi hui to qurbat e khodawandi kahan se hogi? Ajz ek qabil e daryaft cheez hai, yaad rakhiye.</w:t>
      </w:r>
      <w:r>
        <w:br/>
      </w:r>
      <w:r>
        <w:rPr>
          <w:sz w:val="20"/>
        </w:rPr>
        <w:t>55:16  jis tarah doosri cheezain qabil-e-daryaft hain, ajz bhi qabil-e-daryaft hai. logon ko maloom hi nahin ke ajz kya cheez hai. to apne ajz ko daryaft kijiye.</w:t>
      </w:r>
      <w:r>
        <w:br/>
      </w:r>
      <w:r>
        <w:rPr>
          <w:sz w:val="20"/>
        </w:rPr>
        <w:t>55:28  mustar aadmi jo hota hai, woh ajz ki aakhri had par hota hai. to apne ajz ko daryaft kijiye, is ke baad apne aap sari cheezain aap ke andar aa jayen gi.</w:t>
      </w:r>
      <w:r>
        <w:br/>
      </w:r>
      <w:r>
        <w:rPr>
          <w:sz w:val="20"/>
        </w:rPr>
        <w:t>55:40  aur aap hamari kitabein parhiye. hamari kitab mein isi ki to tashreeh hai. hamari kitab mein jo hai woh isi baat ki tashreeh hai ke yaani How to discover ajz.</w:t>
      </w:r>
    </w:p>
    <w:p>
      <w:pPr>
        <w:pStyle w:val="Heading2"/>
      </w:pPr>
      <w:r>
        <w:t>Meaning of peace returning to God</w:t>
      </w:r>
    </w:p>
    <w:p>
      <w:r>
        <w:rPr>
          <w:color w:val="666666"/>
          <w:sz w:val="18"/>
        </w:rPr>
        <w:t>Worship · On Death June 08, 2014 · 2m 36s · at 1:00:21 · https://youtu.be/p0lSKQ0edmw?t=3621</w:t>
      </w:r>
    </w:p>
    <w:p>
      <w:r>
        <w:rPr>
          <w:i/>
        </w:rPr>
        <w:t>“What is the meaning of the phrase in the dua you mentioned today: 'Peace is Yours and returns to You'? Please clarify.”</w:t>
      </w:r>
    </w:p>
    <w:p>
      <w:r>
        <w:rPr>
          <w:sz w:val="20"/>
        </w:rPr>
        <w:t>1:00:21  maulana, ek sawal abhi aaya hai bangalore se. sawal karne wale ne apna naam nahi likha hai. sawal is tarah hai. maulana, jo dua aap ne aaj batai.</w:t>
      </w:r>
      <w:r>
        <w:br/>
      </w:r>
      <w:r>
        <w:rPr>
          <w:sz w:val="20"/>
        </w:rPr>
        <w:t>1:00:34  jis mein ek jumla tha ke... salamati teri hai aur teri taraf laut ti hai. maulana sahib, is ka matlab kya hai?</w:t>
      </w:r>
      <w:r>
        <w:br/>
      </w:r>
      <w:r>
        <w:rPr>
          <w:sz w:val="20"/>
        </w:rPr>
        <w:t>1:00:45  is ko wazeh karen.</w:t>
      </w:r>
      <w:r>
        <w:br/>
      </w:r>
      <w:r>
        <w:rPr>
          <w:sz w:val="20"/>
        </w:rPr>
        <w:t>1:00:48  matlab yeh hai ke dunya mein agar aap ko peaceful rehna hai. to is ka source sirf Khuda hi hai. dunya mein itne asbab hain aap ki peace ko disturb karne ke liye.</w:t>
      </w:r>
      <w:r>
        <w:br/>
      </w:r>
      <w:r>
        <w:rPr>
          <w:sz w:val="20"/>
        </w:rPr>
        <w:t>1:01:00  ke aap peaceful reh nahi sakte. isi liye dekhen, koi peaceful rehta hai. yaani peaceful mind ka aap talash karen, dunya mein ek bhi nahi milega.</w:t>
      </w:r>
      <w:r>
        <w:br/>
      </w:r>
      <w:r>
        <w:rPr>
          <w:sz w:val="20"/>
        </w:rPr>
        <w:t>1:01:11  kyun? peaceful mind banne ke liye Allah se taluq jodna padta hai.</w:t>
      </w:r>
      <w:r>
        <w:br/>
      </w:r>
      <w:r>
        <w:rPr>
          <w:sz w:val="20"/>
        </w:rPr>
        <w:t>1:01:17  yani peace ka source Allah hai. dunya mein hai hi nahin. dunya mein to har waqt disturbance hai. har waqt provocation hai.</w:t>
      </w:r>
      <w:r>
        <w:br/>
      </w:r>
      <w:r>
        <w:rPr>
          <w:sz w:val="20"/>
        </w:rPr>
        <w:t>1:01:25  har waqt negative tajurbaat hain. to dunya se aap peace rehna chahein to nahin milegi. kyunke dunya mein to iska ulta hai.</w:t>
      </w:r>
      <w:r>
        <w:br/>
      </w:r>
      <w:r>
        <w:rPr>
          <w:sz w:val="20"/>
        </w:rPr>
        <w:t>1:01:36  peace ka food jo hai, food. woh rizq-e-Rabb se milega, Allah se milega. ka matlab kya hai? Allah par dalna.</w:t>
      </w:r>
      <w:r>
        <w:br/>
      </w:r>
      <w:r>
        <w:rPr>
          <w:sz w:val="20"/>
        </w:rPr>
        <w:t>1:01:47  jab bhi koi cheez aap ko disturb kare. jab bhi koi cheez aap ki peace ko bhang kare. jab bhi aap ke mind mein koi negative thought aaye.</w:t>
      </w:r>
      <w:r>
        <w:br/>
      </w:r>
      <w:r>
        <w:rPr>
          <w:sz w:val="20"/>
        </w:rPr>
        <w:t>1:01:58  to is sab ko Allah ke khane mein daliye. Allah ke khane mein daliye. jab tak aap aisa nahin karenge. kabhi aap peaceful mind ke sath dunya mein reh nahin sakte.</w:t>
      </w:r>
    </w:p>
    <w:p>
      <w:pPr>
        <w:pStyle w:val="Heading2"/>
      </w:pPr>
      <w:r>
        <w:t>Meaning of physical actions in prayer</w:t>
      </w:r>
    </w:p>
    <w:p>
      <w:r>
        <w:rPr>
          <w:color w:val="666666"/>
          <w:sz w:val="18"/>
        </w:rPr>
        <w:t>Worship · War and Peace August 28, 2016 Maulana Wahiduddin Khan · 4m 05s · at 51:29 · https://youtu.be/8ViacW5xI3w?t=3089</w:t>
      </w:r>
    </w:p>
    <w:p>
      <w:r>
        <w:rPr>
          <w:i/>
        </w:rPr>
        <w:t>“Maulana sahib, there are many physical actions and utterances during performing prayer. What is the meaning and significance of the various aspects of prayer? Kindly enlighten me in this regard.”</w:t>
      </w:r>
    </w:p>
    <w:p>
      <w:r>
        <w:rPr>
          <w:sz w:val="20"/>
        </w:rPr>
        <w:t>51:29  Maulana, agla sawal kya hai Yoginder Singh ji ne Bangalore se, aur unhone likha hai: "Maulana sahib,</w:t>
      </w:r>
      <w:r>
        <w:br/>
      </w:r>
      <w:r>
        <w:rPr>
          <w:sz w:val="20"/>
        </w:rPr>
        <w:t>51:35  there are many physical actions and utterances during performing namaz.</w:t>
      </w:r>
      <w:r>
        <w:br/>
      </w:r>
      <w:r>
        <w:rPr>
          <w:sz w:val="20"/>
        </w:rPr>
        <w:t>51:41  What is the meaning and significance of the various aspects of namaz? Kindly enlighten me in this regard."</w:t>
      </w:r>
      <w:r>
        <w:br/>
      </w:r>
      <w:r>
        <w:rPr>
          <w:sz w:val="20"/>
        </w:rPr>
        <w:t>51:47  Haan, yeh bohat bohat hi relevant question hai.</w:t>
      </w:r>
      <w:r>
        <w:br/>
      </w:r>
      <w:r>
        <w:rPr>
          <w:sz w:val="20"/>
        </w:rPr>
        <w:t>51:54  Dekhein, namaz ka ek form hai, form, aur ek hai uski spirit.</w:t>
      </w:r>
      <w:r>
        <w:br/>
      </w:r>
      <w:r>
        <w:rPr>
          <w:sz w:val="20"/>
        </w:rPr>
        <w:t>52:00  To form jo hai, woh uska external expression hai, aur uska jo internal spirit hai, woh hai khushu.</w:t>
      </w:r>
      <w:r>
        <w:br/>
      </w:r>
      <w:r>
        <w:rPr>
          <w:sz w:val="20"/>
        </w:rPr>
        <w:t>52:06  Woh hai khushu.</w:t>
      </w:r>
      <w:r>
        <w:br/>
      </w:r>
      <w:r>
        <w:rPr>
          <w:sz w:val="20"/>
        </w:rPr>
        <w:t>52:13  To namaz ko dekha jayega khushu ke aitbaar se.</w:t>
      </w:r>
      <w:r>
        <w:br/>
      </w:r>
      <w:r>
        <w:rPr>
          <w:sz w:val="20"/>
        </w:rPr>
        <w:t>52:19  External jo expression hai, usmein farq ho sakta hai, lekin spirit mein farq nahi hona chahiye.</w:t>
      </w:r>
      <w:r>
        <w:br/>
      </w:r>
      <w:r>
        <w:rPr>
          <w:sz w:val="20"/>
        </w:rPr>
        <w:t>52:25  Khushu zaroor hona chahiye.</w:t>
      </w:r>
      <w:r>
        <w:br/>
      </w:r>
      <w:r>
        <w:rPr>
          <w:sz w:val="20"/>
        </w:rPr>
        <w:t>52:32  Isko main ek hadith se bataunga ke Rasool Allah Sallallahu Alaihi Wasallam Masjid-e-Nabwi mein</w:t>
      </w:r>
      <w:r>
        <w:br/>
      </w:r>
      <w:r>
        <w:rPr>
          <w:sz w:val="20"/>
        </w:rPr>
        <w:t>52:38  bethe hue the, to ek shakhs aaya, usne wahan namaz padhi.</w:t>
      </w:r>
      <w:r>
        <w:br/>
      </w:r>
      <w:r>
        <w:rPr>
          <w:sz w:val="20"/>
        </w:rPr>
        <w:t>52:44  To namaz padh kar ke Rasool Allah ke paas aaya, woh aur salam kiya, wahi bethna chaha aap ke paas.</w:t>
      </w:r>
      <w:r>
        <w:br/>
      </w:r>
      <w:r>
        <w:rPr>
          <w:sz w:val="20"/>
        </w:rPr>
        <w:t>52:50  To aap ne kaha ke "Arji'i fa salli, fa innaka lam tushalli" bajaye apne bithane ke, bithaya nahi, kaha ke</w:t>
      </w:r>
      <w:r>
        <w:br/>
      </w:r>
      <w:r>
        <w:rPr>
          <w:sz w:val="20"/>
        </w:rPr>
        <w:t>52:57  "Arji'i fa salli, fa innaka lam tushalli" ke jao phir se namaz padho kyunke tumne namaz nahi padhi.</w:t>
      </w:r>
      <w:r>
        <w:br/>
      </w:r>
      <w:r>
        <w:rPr>
          <w:sz w:val="20"/>
        </w:rPr>
        <w:t>53:03  Woh bahar mo'tabar kutub-e-hadith maujood hain.</w:t>
      </w:r>
      <w:r>
        <w:br/>
      </w:r>
      <w:r>
        <w:rPr>
          <w:sz w:val="20"/>
        </w:rPr>
        <w:t>53:09  To cheez kya hai? Rasool Allah ne isko watch kiya to dekha ke woh khushu ke aitbaar</w:t>
      </w:r>
      <w:r>
        <w:br/>
      </w:r>
      <w:r>
        <w:rPr>
          <w:sz w:val="20"/>
        </w:rPr>
        <w:t>53:16  se null tha, woh bas form ke aitbaar se namaz padh li thi usne.</w:t>
      </w:r>
      <w:r>
        <w:br/>
      </w:r>
      <w:r>
        <w:rPr>
          <w:sz w:val="20"/>
        </w:rPr>
        <w:t>53:22  To aap ne kaha ke jao phir se namaz padho kyunke tumne namaz nahi padhi.</w:t>
      </w:r>
      <w:r>
        <w:br/>
      </w:r>
      <w:r>
        <w:rPr>
          <w:sz w:val="20"/>
        </w:rPr>
        <w:t>53:28  "Arji'i fa salli, fa innaka lam tushalli" yeh Tirmidhi mein hai, yeh hadith Sunan Tirmidhi mein maujood hai.</w:t>
      </w:r>
      <w:r>
        <w:br/>
      </w:r>
      <w:r>
        <w:rPr>
          <w:sz w:val="20"/>
        </w:rPr>
        <w:t>53:34  To namaz mein aur doosri baat to hum bhi ek iska form hota hai, ek uski</w:t>
      </w:r>
      <w:r>
        <w:br/>
      </w:r>
      <w:r>
        <w:rPr>
          <w:sz w:val="20"/>
        </w:rPr>
        <w:t>53:41  spirit hoti hai.</w:t>
      </w:r>
      <w:r>
        <w:br/>
      </w:r>
      <w:r>
        <w:rPr>
          <w:sz w:val="20"/>
        </w:rPr>
        <w:t>53:47  To asal cheez jo matloob hai, spirit hai.</w:t>
      </w:r>
      <w:r>
        <w:br/>
      </w:r>
      <w:r>
        <w:rPr>
          <w:sz w:val="20"/>
        </w:rPr>
        <w:t>53:53  Spirit ho to woh us form ki value hai, spirit na ho to us form ki koi value nahi hai.</w:t>
      </w:r>
      <w:r>
        <w:br/>
      </w:r>
      <w:r>
        <w:rPr>
          <w:sz w:val="20"/>
        </w:rPr>
        <w:t>54:00  yeh aur bhi hadithain hain jis se yeh cheez saabit hoti hai.</w:t>
      </w:r>
      <w:r>
        <w:br/>
      </w:r>
      <w:r>
        <w:rPr>
          <w:sz w:val="20"/>
        </w:rPr>
        <w:t>54:06  mislan aik hadith hai: "la salat liman lam yatkhashsha".</w:t>
      </w:r>
      <w:r>
        <w:br/>
      </w:r>
      <w:r>
        <w:rPr>
          <w:sz w:val="20"/>
        </w:rPr>
        <w:t>54:12  la salat liman lam yatkhashsha.</w:t>
      </w:r>
      <w:r>
        <w:br/>
      </w:r>
      <w:r>
        <w:rPr>
          <w:sz w:val="20"/>
        </w:rPr>
        <w:t>54:18  jis ki namaz mein khushu na ho, us ki namaz namaz na hai.</w:t>
      </w:r>
      <w:r>
        <w:br/>
      </w:r>
      <w:r>
        <w:rPr>
          <w:sz w:val="20"/>
        </w:rPr>
        <w:t>54:25  is shakhs ki namaz namaz nahi jis ki namaz mein khushu na ho, yani spirit na ho.</w:t>
      </w:r>
      <w:r>
        <w:br/>
      </w:r>
      <w:r>
        <w:rPr>
          <w:sz w:val="20"/>
        </w:rPr>
        <w:t>54:31  jo form wali baatein hain, jo uska physical expression hai, uski hesiyat is waqt hai jab</w:t>
      </w:r>
      <w:r>
        <w:br/>
      </w:r>
      <w:r>
        <w:rPr>
          <w:sz w:val="20"/>
        </w:rPr>
        <w:t>54:37  ke spirit maujood ho.</w:t>
      </w:r>
      <w:r>
        <w:br/>
      </w:r>
      <w:r>
        <w:rPr>
          <w:sz w:val="20"/>
        </w:rPr>
        <w:t>54:44  spirit agar maujood na ho to uski koi hesiyat nahi hogi Allah ke nazdeek.</w:t>
      </w:r>
      <w:r>
        <w:br/>
      </w:r>
      <w:r>
        <w:rPr>
          <w:sz w:val="20"/>
        </w:rPr>
        <w:t>54:50  lekin yeh bhi samajh lijiye ke hum aap yeh faisla nahi kar sakte ke spirit hai ke nahi.</w:t>
      </w:r>
      <w:r>
        <w:br/>
      </w:r>
      <w:r>
        <w:rPr>
          <w:sz w:val="20"/>
        </w:rPr>
        <w:t>54:56  hum to aap form hi ko dekhenge.</w:t>
      </w:r>
      <w:r>
        <w:br/>
      </w:r>
      <w:r>
        <w:rPr>
          <w:sz w:val="20"/>
        </w:rPr>
        <w:t>55:02  rasool Allah ko khabar ho gayi thi ke iske andar spirit nahi hai, to aap ne farmaya:</w:t>
      </w:r>
      <w:r>
        <w:br/>
      </w:r>
      <w:r>
        <w:rPr>
          <w:sz w:val="20"/>
        </w:rPr>
        <w:t>55:09  "hum aap nahi keh sakte aisa", yani hum aap nahi keh sakte ke "arj fasal fundak lam tusalli"</w:t>
      </w:r>
      <w:r>
        <w:br/>
      </w:r>
      <w:r>
        <w:rPr>
          <w:sz w:val="20"/>
        </w:rPr>
        <w:t>55:15  kyun ke hamein andar ke haal nahi maloom hain.</w:t>
      </w:r>
      <w:r>
        <w:br/>
      </w:r>
      <w:r>
        <w:rPr>
          <w:sz w:val="20"/>
        </w:rPr>
        <w:t>55:21  aik ba taur usool mein yeh kahunga, ba taur usool baqi jo baat hai, woh to aakhirat mein khule</w:t>
      </w:r>
      <w:r>
        <w:br/>
      </w:r>
      <w:r>
        <w:rPr>
          <w:sz w:val="20"/>
        </w:rPr>
        <w:t>55:28  gi jab Allah taala ailaan farmayen ge ke kis ki namaz namaz thi, kis ki namaz namaz nahi thi.</w:t>
      </w:r>
    </w:p>
    <w:p>
      <w:pPr>
        <w:pStyle w:val="Heading2"/>
      </w:pPr>
      <w:r>
        <w:t>Missing Asr Prayer Due to Work</w:t>
      </w:r>
    </w:p>
    <w:p>
      <w:r>
        <w:rPr>
          <w:color w:val="666666"/>
          <w:sz w:val="18"/>
        </w:rPr>
        <w:t>Worship · How to Lead a Life of Fulfilment September 24, 2017 · 7m 18s · at 53:04 · https://youtu.be/WUoQOo2_zd8?t=3184</w:t>
      </w:r>
    </w:p>
    <w:p>
      <w:r>
        <w:rPr>
          <w:i/>
        </w:rPr>
        <w:t>“I work in Saudi Arabia as a mechanic. My duty time is such that the Asr prayer becomes qada (missed). I cannot offer it on duty. What should I do?”</w:t>
      </w:r>
    </w:p>
    <w:p>
      <w:r>
        <w:rPr>
          <w:sz w:val="20"/>
        </w:rPr>
        <w:t>53:04  molana agla sawal saudi arabia se farooq warsi sahib ne bheja hai unhon ne likha hai molana sahib</w:t>
      </w:r>
      <w:r>
        <w:br/>
      </w:r>
      <w:r>
        <w:rPr>
          <w:sz w:val="20"/>
        </w:rPr>
        <w:t>53:13  main saudi mein job karta hoon as a mechanic</w:t>
      </w:r>
      <w:r>
        <w:br/>
      </w:r>
      <w:r>
        <w:rPr>
          <w:sz w:val="20"/>
        </w:rPr>
        <w:t>53:18  mera duty time kuch aisa hai ke namaz asar qaza ho jati hai duty par ada nahi kar</w:t>
      </w:r>
      <w:r>
        <w:br/>
      </w:r>
      <w:r>
        <w:rPr>
          <w:sz w:val="20"/>
        </w:rPr>
        <w:t>53:25  sakta kyunke mechanic work bohat mushkil kaam hai aur ziyada safai wala kaam nahi hai to kya main</w:t>
      </w:r>
      <w:r>
        <w:br/>
      </w:r>
      <w:r>
        <w:rPr>
          <w:sz w:val="20"/>
        </w:rPr>
        <w:t>53:34  namaz jama kar ke parh sakta hoon zuhar ki aur asar ki ya phir asar ki qaza namaz</w:t>
      </w:r>
      <w:r>
        <w:br/>
      </w:r>
      <w:r>
        <w:rPr>
          <w:sz w:val="20"/>
        </w:rPr>
        <w:t>53:41  ada karna acha hai is ko wazeh karein dekhiye main aap ko</w:t>
      </w:r>
      <w:r>
        <w:br/>
      </w:r>
      <w:r>
        <w:rPr>
          <w:sz w:val="20"/>
        </w:rPr>
        <w:t>53:48  aman abu hanifa ka ek</w:t>
      </w:r>
      <w:r>
        <w:br/>
      </w:r>
      <w:r>
        <w:rPr>
          <w:sz w:val="20"/>
        </w:rPr>
        <w:t>53:50  qol batata hoon bohat hi bohat hi beauty full</w:t>
      </w:r>
      <w:r>
        <w:br/>
      </w:r>
      <w:r>
        <w:rPr>
          <w:sz w:val="20"/>
        </w:rPr>
        <w:t>53:55  elustration hai amaan abu hanifa se poocha gaya ke main</w:t>
      </w:r>
      <w:r>
        <w:br/>
      </w:r>
      <w:r>
        <w:rPr>
          <w:sz w:val="20"/>
        </w:rPr>
        <w:t>54:02  mujhe bhook lagi hai aur khana agaya</w:t>
      </w:r>
      <w:r>
        <w:br/>
      </w:r>
      <w:r>
        <w:rPr>
          <w:sz w:val="20"/>
        </w:rPr>
        <w:t>54:05  aur time namaz ka bhi time agaya</w:t>
      </w:r>
      <w:r>
        <w:br/>
      </w:r>
      <w:r>
        <w:rPr>
          <w:sz w:val="20"/>
        </w:rPr>
        <w:t>54:09  yani bhook bhi hai khana bhi hai lekin namaz ka bhi time hai to main kya karoon</w:t>
      </w:r>
      <w:r>
        <w:br/>
      </w:r>
      <w:r>
        <w:rPr>
          <w:sz w:val="20"/>
        </w:rPr>
        <w:t>54:17  to unhon ne itna acha jawab diya</w:t>
      </w:r>
      <w:r>
        <w:br/>
      </w:r>
      <w:r>
        <w:rPr>
          <w:sz w:val="20"/>
        </w:rPr>
        <w:t>54:22  ke main is ko pasand karoon ga ke main khana khaoon aur namaz ko yaad karoon namaz mere</w:t>
      </w:r>
      <w:r>
        <w:br/>
      </w:r>
      <w:r>
        <w:rPr>
          <w:sz w:val="20"/>
        </w:rPr>
        <w:t>54:29  dil mein rahe is ki bajaye ke main</w:t>
      </w:r>
      <w:r>
        <w:br/>
      </w:r>
      <w:r>
        <w:rPr>
          <w:sz w:val="20"/>
        </w:rPr>
        <w:t>54:34  namaz parhoon aur aur</w:t>
      </w:r>
      <w:r>
        <w:br/>
      </w:r>
      <w:r>
        <w:rPr>
          <w:sz w:val="20"/>
        </w:rPr>
        <w:t>54:35  khane ko yaad karoon mere dil mein khana khana ho kitni bari baat yeh hai namaz dil mein parh jati hai dil mein</w:t>
      </w:r>
      <w:r>
        <w:br/>
      </w:r>
      <w:r>
        <w:rPr>
          <w:sz w:val="20"/>
        </w:rPr>
        <w:t>54:48  to ap office mein hoon duty kar rahe hain aur time hoga namaz ka to imam abu hanifa</w:t>
      </w:r>
      <w:r>
        <w:br/>
      </w:r>
      <w:r>
        <w:rPr>
          <w:sz w:val="20"/>
        </w:rPr>
        <w:t>54:55  ke is qol ke mutabiq</w:t>
      </w:r>
      <w:r>
        <w:br/>
      </w:r>
      <w:r>
        <w:rPr>
          <w:sz w:val="20"/>
        </w:rPr>
        <w:t>54:57  ap apne office ka kaam kijiye aur dil mein namaz ko rakhiye</w:t>
      </w:r>
      <w:r>
        <w:br/>
      </w:r>
      <w:r>
        <w:rPr>
          <w:sz w:val="20"/>
        </w:rPr>
        <w:t>55:03  bataur ap kar rahe hain office ka kaam lekin ap ke dil mein namaz ki adat</w:t>
      </w:r>
      <w:r>
        <w:br/>
      </w:r>
      <w:r>
        <w:rPr>
          <w:sz w:val="20"/>
        </w:rPr>
        <w:t>55:11  to yeh zyada acha hai yani kitni bari baat kahi imam abu hanifa ne ke main</w:t>
      </w:r>
      <w:r>
        <w:br/>
      </w:r>
      <w:r>
        <w:rPr>
          <w:sz w:val="20"/>
        </w:rPr>
        <w:t>55:19  khana khaoon aur namaz mere dil mein basi ho woh woh mere liye acha hai is liye ke</w:t>
      </w:r>
      <w:r>
        <w:br/>
      </w:r>
      <w:r>
        <w:rPr>
          <w:sz w:val="20"/>
        </w:rPr>
        <w:t>55:24  main main aisa karoon ke main namaz parhoon aur khana mere dil mein basa hua ho</w:t>
      </w:r>
      <w:r>
        <w:br/>
      </w:r>
      <w:r>
        <w:rPr>
          <w:sz w:val="20"/>
        </w:rPr>
        <w:t>55:34  is</w:t>
      </w:r>
      <w:r>
        <w:br/>
      </w:r>
      <w:r>
        <w:rPr>
          <w:sz w:val="20"/>
        </w:rPr>
        <w:t>55:34  se acha jawab nahi ho sakta is ka aksar log yeh baat poochte hain aap bas yahi dekhte hain ke namaz ka time ho gaya</w:t>
      </w:r>
      <w:r>
        <w:br/>
      </w:r>
      <w:r>
        <w:rPr>
          <w:sz w:val="20"/>
        </w:rPr>
        <w:t>55:44  wisdom aap ne daryaft nahi ki namaz ki wisdom yeh koi baat hi nahi ke namaz ka time ho gaya agar yeh baat hoti to Imam Hanifa yeh kehte ke bhai time jab hoga to namaz parhna hai yeh nahi kaha unhonay to namaz log parhte hain lekin namaz ki wisdom se bekhabar hain bohat hi ajeeb baat hai</w:t>
      </w:r>
      <w:r>
        <w:br/>
      </w:r>
      <w:r>
        <w:rPr>
          <w:sz w:val="20"/>
        </w:rPr>
        <w:t>56:12  aik martaba mein kya hua ke mein amreeka mein tha to mujh ko logon ne juma ki namaz parhne ke liye keh diya</w:t>
      </w:r>
      <w:r>
        <w:br/>
      </w:r>
      <w:r>
        <w:rPr>
          <w:sz w:val="20"/>
        </w:rPr>
        <w:t>56:24  to mujhe pata nahi tha ke is ke riwaj kya hai to mein khutba diya aur shayad do minute pehle mera khutba khatam ho gaya to mein muhammad ke liye khara ho gaya</w:t>
      </w:r>
      <w:r>
        <w:br/>
      </w:r>
      <w:r>
        <w:rPr>
          <w:sz w:val="20"/>
        </w:rPr>
        <w:t>56:40  namaz parha hi main ne acha sahib kiya hua</w:t>
      </w:r>
      <w:r>
        <w:br/>
      </w:r>
      <w:r>
        <w:rPr>
          <w:sz w:val="20"/>
        </w:rPr>
        <w:t>56:44  namaz jab khatam hui na to aik sahib ne hangama kar diya</w:t>
      </w:r>
      <w:r>
        <w:br/>
      </w:r>
      <w:r>
        <w:rPr>
          <w:sz w:val="20"/>
        </w:rPr>
        <w:t>56:49  hangama kar diya</w:t>
      </w:r>
      <w:r>
        <w:br/>
      </w:r>
      <w:r>
        <w:rPr>
          <w:sz w:val="20"/>
        </w:rPr>
        <w:t>56:52  to main ne pata kiya bhai yeh kya hangama kar rahe hain yeh main ne in ka hangama</w:t>
      </w:r>
      <w:r>
        <w:br/>
      </w:r>
      <w:r>
        <w:rPr>
          <w:sz w:val="20"/>
        </w:rPr>
        <w:t>56:57  yeh tha ke woh kisi se office mein kaam karte the to ghari dekh kar wahan se chalte</w:t>
      </w:r>
      <w:r>
        <w:br/>
      </w:r>
      <w:r>
        <w:rPr>
          <w:sz w:val="20"/>
        </w:rPr>
        <w:t>57:01  the apni car par theek waqt par pohanchte the jab takbeer oola hone wali thi to har har</w:t>
      </w:r>
      <w:r>
        <w:br/>
      </w:r>
      <w:r>
        <w:rPr>
          <w:sz w:val="20"/>
        </w:rPr>
        <w:t>57:10  juma ko unhein takbeer oola mil jati thi</w:t>
      </w:r>
      <w:r>
        <w:br/>
      </w:r>
      <w:r>
        <w:rPr>
          <w:sz w:val="20"/>
        </w:rPr>
        <w:t>57:14  to is tarah ka hangama kar rahe hain</w:t>
      </w:r>
      <w:r>
        <w:br/>
      </w:r>
      <w:r>
        <w:rPr>
          <w:sz w:val="20"/>
        </w:rPr>
        <w:t>57:17  mein ne kaha ke unhein woh namaz parhte hain lekin namaz ke be adab pata hi nahin</w:t>
      </w:r>
      <w:r>
        <w:br/>
      </w:r>
      <w:r>
        <w:rPr>
          <w:sz w:val="20"/>
        </w:rPr>
        <w:t>57:24  dekhie yeh bhi namaz</w:t>
      </w:r>
      <w:r>
        <w:br/>
      </w:r>
      <w:r>
        <w:rPr>
          <w:sz w:val="20"/>
        </w:rPr>
        <w:t>57:26  hai ke ap ko yeh ehsas ho ke af woh aurat to meri takbeer poora fote ho gayi</w:t>
      </w:r>
      <w:r>
        <w:br/>
      </w:r>
      <w:r>
        <w:rPr>
          <w:sz w:val="20"/>
        </w:rPr>
        <w:t>57:33  yani repentance ziyada bari cheez hai ba muqabla is ke keo mein mein mein to kabhi meri namaz</w:t>
      </w:r>
      <w:r>
        <w:br/>
      </w:r>
      <w:r>
        <w:rPr>
          <w:sz w:val="20"/>
        </w:rPr>
        <w:t>57:42  woh kabhi takbeer ul fote fote nahin hoti Allah ko yeh yeh pasand nahin hai ke ap ke dil</w:t>
      </w:r>
      <w:r>
        <w:br/>
      </w:r>
      <w:r>
        <w:rPr>
          <w:sz w:val="20"/>
        </w:rPr>
        <w:t>57:48  mein yeh ho ke mein itna zabardast namazi hoon ke meri kabhi takbeer ul fote nahin hoti nahin tawazu</w:t>
      </w:r>
      <w:r>
        <w:br/>
      </w:r>
      <w:r>
        <w:rPr>
          <w:sz w:val="20"/>
        </w:rPr>
        <w:t>57:57  modesty yeh Allah ko ziyada pasand hai</w:t>
      </w:r>
      <w:r>
        <w:br/>
      </w:r>
      <w:r>
        <w:rPr>
          <w:sz w:val="20"/>
        </w:rPr>
        <w:t>58:03  isi liye hadith mein aata hai ke agar tum gunah na karo yani Allah ko pasand hai ke insan gunah kare aur aur is ke andar repentance aaye</w:t>
      </w:r>
      <w:r>
        <w:br/>
      </w:r>
      <w:r>
        <w:rPr>
          <w:sz w:val="20"/>
        </w:rPr>
        <w:t>58:20  to Allah farmata hai ke agar tum gunah na karo to Allah aik aur makhlooq paida karega</w:t>
      </w:r>
      <w:r>
        <w:br/>
      </w:r>
      <w:r>
        <w:rPr>
          <w:sz w:val="20"/>
        </w:rPr>
        <w:t>58:27  jo gunah kare aur toba kare yeh aik woh cheez nahin hai ke bara ap ko fakhr fakhr</w:t>
      </w:r>
      <w:r>
        <w:br/>
      </w:r>
      <w:r>
        <w:rPr>
          <w:sz w:val="20"/>
        </w:rPr>
        <w:t>58:33  ho ke meri</w:t>
      </w:r>
      <w:r>
        <w:br/>
      </w:r>
      <w:r>
        <w:rPr>
          <w:sz w:val="20"/>
        </w:rPr>
        <w:t>58:36  meri takbeer takbeer ul fote nahin hoti</w:t>
      </w:r>
      <w:r>
        <w:br/>
      </w:r>
      <w:r>
        <w:rPr>
          <w:sz w:val="20"/>
        </w:rPr>
        <w:t>58:41  is fakhr se ziyada Allah ko pasand hai modesty</w:t>
      </w:r>
      <w:r>
        <w:br/>
      </w:r>
      <w:r>
        <w:rPr>
          <w:sz w:val="20"/>
        </w:rPr>
        <w:t>58:46  iftikhar apna izzat</w:t>
      </w:r>
      <w:r>
        <w:br/>
      </w:r>
      <w:r>
        <w:rPr>
          <w:sz w:val="20"/>
        </w:rPr>
        <w:t>58:50  kya namaz parhte hain log mein to samajhta hoon ke namaz parhne wale jante hain nahin ke namaz</w:t>
      </w:r>
      <w:r>
        <w:br/>
      </w:r>
      <w:r>
        <w:rPr>
          <w:sz w:val="20"/>
        </w:rPr>
        <w:t>58:54  ki wisdom kya hai</w:t>
      </w:r>
      <w:r>
        <w:br/>
      </w:r>
      <w:r>
        <w:rPr>
          <w:sz w:val="20"/>
        </w:rPr>
        <w:t>58:57  isi ko namaz samajhte hain ke takbeer ul fote nahin hui</w:t>
      </w:r>
      <w:r>
        <w:br/>
      </w:r>
      <w:r>
        <w:rPr>
          <w:sz w:val="20"/>
        </w:rPr>
        <w:t>59:02  yeh namaz parhne wale jo hai jante hi nahin</w:t>
      </w:r>
      <w:r>
        <w:br/>
      </w:r>
      <w:r>
        <w:rPr>
          <w:sz w:val="20"/>
        </w:rPr>
        <w:t>59:05  ke kya cheez hai bari zyada bari cheez kya hai ke sahib mila woh ji parhiye tarjuma is ka tarjuma bhi parhiye arabi mein yeh hadith suniye wallazi nafsi bi yadihi lawlam tudniboo la rahim Allah bikum walaja bi qawmin yudhiboon fiyastaghfiroon Allah fiyaghfir lahum</w:t>
      </w:r>
      <w:r>
        <w:br/>
      </w:r>
      <w:r>
        <w:rPr>
          <w:sz w:val="20"/>
        </w:rPr>
        <w:t>59:31  sahih muslim hadith number 2749</w:t>
      </w:r>
      <w:r>
        <w:br/>
      </w:r>
      <w:r>
        <w:rPr>
          <w:sz w:val="20"/>
        </w:rPr>
        <w:t>59:37  is zaat ki qasam jis ke hath mein meri jaan hai agar tum gunah na karo to Allah</w:t>
      </w:r>
      <w:r>
        <w:br/>
      </w:r>
      <w:r>
        <w:rPr>
          <w:sz w:val="20"/>
        </w:rPr>
        <w:t>59:42  taala tum ko le jayega aur aik aisi qaum layega jo gunah karegi phir Allah</w:t>
      </w:r>
      <w:r>
        <w:br/>
      </w:r>
      <w:r>
        <w:rPr>
          <w:sz w:val="20"/>
        </w:rPr>
        <w:t>59:49  se woh maghfirat talab karegi aur Allah un ko maaf karega</w:t>
      </w:r>
      <w:r>
        <w:br/>
      </w:r>
      <w:r>
        <w:rPr>
          <w:sz w:val="20"/>
        </w:rPr>
        <w:t>59:56  to ap hazrat hazrat abu imam abu hanifa ke is qaul ko yaad rakhiye ke unhon ne kaha</w:t>
      </w:r>
      <w:r>
        <w:br/>
      </w:r>
      <w:r>
        <w:rPr>
          <w:sz w:val="20"/>
        </w:rPr>
        <w:t>1:00:03  tha ke mujhe yeh pasand hai ke mein</w:t>
      </w:r>
      <w:r>
        <w:br/>
      </w:r>
      <w:r>
        <w:rPr>
          <w:sz w:val="20"/>
        </w:rPr>
        <w:t>1:00:08  khana khaoon aur dil mein namaz yaad arhi ho bajaye is ke ke mein namaz parhoon aur dil</w:t>
      </w:r>
      <w:r>
        <w:br/>
      </w:r>
      <w:r>
        <w:rPr>
          <w:sz w:val="20"/>
        </w:rPr>
        <w:t>1:00:15  mein khana ki yaad arhi ho</w:t>
      </w:r>
    </w:p>
    <w:p>
      <w:pPr>
        <w:pStyle w:val="Heading2"/>
      </w:pPr>
      <w:r>
        <w:t>Most beloved supplication and how to pray</w:t>
      </w:r>
    </w:p>
    <w:p>
      <w:r>
        <w:rPr>
          <w:color w:val="666666"/>
          <w:sz w:val="18"/>
        </w:rPr>
        <w:t>Worship · Divine Help September 22, 2015 · 3m 34s · at 49:21 · https://youtu.be/sozrNCif0Gg?t=2961</w:t>
      </w:r>
    </w:p>
    <w:p>
      <w:r>
        <w:rPr>
          <w:i/>
        </w:rPr>
        <w:t>“Mawlana, what kind of supplication (dua) does Allah love the most, and how should one make dua? Please explain something on this.”</w:t>
      </w:r>
    </w:p>
    <w:p>
      <w:r>
        <w:rPr>
          <w:sz w:val="20"/>
        </w:rPr>
        <w:t>49:21  jazak Allah. masha Allah. Maulana, agla sawal Delhi se bheja hai Syed Ahmed Ali sahib ne.</w:t>
      </w:r>
      <w:r>
        <w:br/>
      </w:r>
      <w:r>
        <w:rPr>
          <w:sz w:val="20"/>
        </w:rPr>
        <w:t>49:31  unhon ne aapse poocha hai ke Maulana, kis tarah ki dua Allah taala ko sab se zyada pasand hai aur dua kaise mangi jaye?</w:t>
      </w:r>
      <w:r>
        <w:br/>
      </w:r>
      <w:r>
        <w:rPr>
          <w:sz w:val="20"/>
        </w:rPr>
        <w:t>49:42  kuch is par bataein.</w:t>
      </w:r>
      <w:r>
        <w:br/>
      </w:r>
      <w:r>
        <w:rPr>
          <w:sz w:val="20"/>
        </w:rPr>
        <w:t>49:49  yeh bara acha sawal hai. pehli baat to yeh samjhiye ke mein is ko dua, jo rate hue alfaaz ko dohrana, is ko dua samajhte hain.</w:t>
      </w:r>
      <w:r>
        <w:br/>
      </w:r>
      <w:r>
        <w:rPr>
          <w:sz w:val="20"/>
        </w:rPr>
        <w:t>50:03  mein hargiz nahin samajhta. koi rate hue alfaaz dua nahin hain.</w:t>
      </w:r>
      <w:r>
        <w:br/>
      </w:r>
      <w:r>
        <w:rPr>
          <w:sz w:val="20"/>
        </w:rPr>
        <w:t>50:10  dua mere nazdeek ek discovery ka item hai. discovery ka item hai.</w:t>
      </w:r>
      <w:r>
        <w:br/>
      </w:r>
      <w:r>
        <w:rPr>
          <w:sz w:val="20"/>
        </w:rPr>
        <w:t>50:22  jab Allah rabbul alameen mein aap jeene lagte hain to aap us ke har din kuch na kuch nayi baat paate hain.</w:t>
      </w:r>
      <w:r>
        <w:br/>
      </w:r>
      <w:r>
        <w:rPr>
          <w:sz w:val="20"/>
        </w:rPr>
        <w:t>50:33  کل یوم هو فی الشان</w:t>
      </w:r>
      <w:r>
        <w:br/>
      </w:r>
      <w:r>
        <w:rPr>
          <w:sz w:val="20"/>
        </w:rPr>
        <w:t>50:36  is ko le kar aap dua nikalti hain aap ki. is ko le kar. to dua ek discovery ka item hai. har din nayi dua, har din nayi dua, har din nayi dua.</w:t>
      </w:r>
      <w:r>
        <w:br/>
      </w:r>
      <w:r>
        <w:rPr>
          <w:sz w:val="20"/>
        </w:rPr>
        <w:t>50:49  jaise aaj mujhe discovery hui duaon ke darmiyan ke Quran ko do ayaton ka nazm ke lehaz se sochna yeh bilkul hi absurd baat hai.</w:t>
      </w:r>
      <w:r>
        <w:br/>
      </w:r>
      <w:r>
        <w:rPr>
          <w:sz w:val="20"/>
        </w:rPr>
        <w:t>51:02  quran ko universal level par dekhiye. pure quran ko dekhiye. tab haqeeqat maloom hogi. misaal ke taur par main ne arz kiya ke quran mein ek ayat yahan hai, doosri ayat wahan hai.</w:t>
      </w:r>
      <w:r>
        <w:br/>
      </w:r>
      <w:r>
        <w:rPr>
          <w:sz w:val="20"/>
        </w:rPr>
        <w:t>51:17  ek ayat yahan hai ke</w:t>
      </w:r>
      <w:r>
        <w:br/>
      </w:r>
      <w:r>
        <w:rPr>
          <w:sz w:val="20"/>
        </w:rPr>
        <w:t>51:21  wa qim min nabiyyin qatal maah rabiyyun kaseerun wa anoo ma ashaab ma ashaab fi sabilillah wa ma dhakoo mustakaan doosri jagah yeh hai ke asmaa wa baraa inni ma'akum asmaa wa baraa</w:t>
      </w:r>
      <w:r>
        <w:br/>
      </w:r>
      <w:r>
        <w:rPr>
          <w:sz w:val="20"/>
        </w:rPr>
        <w:t>51:38  aa is ko main ne baad joda ke kahin bhi aap agar Allah ke liye khade hue hain, chahe new zealand mein hon, chahe india mein hon, to wahan Allah aap ke saath khada hua hai.</w:t>
      </w:r>
      <w:r>
        <w:br/>
      </w:r>
      <w:r>
        <w:rPr>
          <w:sz w:val="20"/>
        </w:rPr>
        <w:t>51:49  aur keh raha hai ke mere bande, be himmat na ho, main tumhare saath hoon. yeh nazm ne mein is cheez ko mujh se be khabar kar rakha tha.</w:t>
      </w:r>
      <w:r>
        <w:br/>
      </w:r>
      <w:r>
        <w:rPr>
          <w:sz w:val="20"/>
        </w:rPr>
        <w:t>52:02  jab nazm toota tab main ne is jaana ke jahan bhi main khada hua hoon, chahe new zealand mein, chahe india mein, chahe america mein, jab main Allah ke liye koi struggle kar raha hoon to wahin mere saath Allah khada hua hai.</w:t>
      </w:r>
      <w:r>
        <w:br/>
      </w:r>
      <w:r>
        <w:rPr>
          <w:sz w:val="20"/>
        </w:rPr>
        <w:t>52:20  Allah ke farishtay khade hue hain. woh keh rahe hain ke aye mere bande, himmat na haar, main tumhare saath hoon.</w:t>
      </w:r>
      <w:r>
        <w:br/>
      </w:r>
      <w:r>
        <w:rPr>
          <w:sz w:val="20"/>
        </w:rPr>
        <w:t>52:30  yeh hai har din ek nayi baat daryaft karna. Allah rabbul alameen jitna sochenge aap, utni aap ke discovery ke item badhenge.</w:t>
      </w:r>
      <w:r>
        <w:br/>
      </w:r>
      <w:r>
        <w:rPr>
          <w:sz w:val="20"/>
        </w:rPr>
        <w:t>52:45  ma'rifat ek unhunted process hai. ma'rifat koi baddu cheez nahi hai.</w:t>
      </w:r>
    </w:p>
    <w:p>
      <w:pPr>
        <w:pStyle w:val="Heading2"/>
      </w:pPr>
      <w:r>
        <w:t>Multiple hajj trips due to affordability</w:t>
      </w:r>
    </w:p>
    <w:p>
      <w:r>
        <w:rPr>
          <w:color w:val="666666"/>
          <w:sz w:val="18"/>
        </w:rPr>
        <w:t>Worship · History of Kaaba March 19, 2017 · 1m 39s · at 56:21 · https://youtu.be/HPvWnoueeqg?t=3381</w:t>
      </w:r>
    </w:p>
    <w:p>
      <w:r>
        <w:rPr>
          <w:i/>
        </w:rPr>
        <w:t>“Some people go for hajj two to three times. They say we go because we can afford to do so. What is your view on this?”</w:t>
      </w:r>
    </w:p>
    <w:p>
      <w:r>
        <w:rPr>
          <w:sz w:val="20"/>
        </w:rPr>
        <w:t>56:21  ji maulana agla sawal lete hain jo bashir ahmed sahib ne bheja hai ahmedabad se unhone</w:t>
      </w:r>
      <w:r>
        <w:br/>
      </w:r>
      <w:r>
        <w:rPr>
          <w:sz w:val="20"/>
        </w:rPr>
        <w:t>56:29  likha hai maulana some people go for hajj two to three times</w:t>
      </w:r>
      <w:r>
        <w:br/>
      </w:r>
      <w:r>
        <w:rPr>
          <w:sz w:val="20"/>
        </w:rPr>
        <w:t>56:36  they say we go because we can afford to do so</w:t>
      </w:r>
      <w:r>
        <w:br/>
      </w:r>
      <w:r>
        <w:rPr>
          <w:sz w:val="20"/>
        </w:rPr>
        <w:t>56:41  my</w:t>
      </w:r>
      <w:r>
        <w:br/>
      </w:r>
      <w:r>
        <w:rPr>
          <w:sz w:val="20"/>
        </w:rPr>
        <w:t>56:41  question is that is this allowed in Islam and does a person get double reward if the person visits Kaba again and again</w:t>
      </w:r>
      <w:r>
        <w:br/>
      </w:r>
      <w:r>
        <w:rPr>
          <w:sz w:val="20"/>
        </w:rPr>
        <w:t>56:52  please clarify this doubt of mine dekhiye yeh koi baat nahi hai ke afford kar sakte hain aap ka paisa zyada hai to doosre kaam kijiye dawat ka kaam kijiye Quran ko phailaiye main to is ko Islam nahi samajhta ke bar bar hajj karayein aap aur Quran ko phailana jo hai asal kaam woh na karein is mein paisa lage</w:t>
      </w:r>
      <w:r>
        <w:br/>
      </w:r>
      <w:r>
        <w:rPr>
          <w:sz w:val="20"/>
        </w:rPr>
        <w:t>57:17  aap afford kar sakte hain to aap paise ko divert kijiye dawat ke kaam mein Quran ko phailane ke kaam mein</w:t>
      </w:r>
      <w:r>
        <w:br/>
      </w:r>
      <w:r>
        <w:rPr>
          <w:sz w:val="20"/>
        </w:rPr>
        <w:t>57:29  Rasool Allah ne sirf ek hajj kiya tha gaur kijiye ke Rasool Allah ne sirf ek hajj kiya tha yahan har saal hajj karte hain log kyunke Rasool Allah ko zindagi bhar hajj nahi karna tha doosre doosre kaam karne the</w:t>
      </w:r>
      <w:r>
        <w:br/>
      </w:r>
      <w:r>
        <w:rPr>
          <w:sz w:val="20"/>
        </w:rPr>
        <w:t>57:46  to woh ab woh aap kijiye ek hajj aap ne kar liya to farz ada hoga doosre doosre kaam kijiye jaise Rasool Allah Sallallahu Alaihi Wasallam ne kiya</w:t>
      </w:r>
    </w:p>
    <w:p>
      <w:pPr>
        <w:pStyle w:val="Heading2"/>
      </w:pPr>
      <w:r>
        <w:t>Number of prayers from Quran?</w:t>
      </w:r>
    </w:p>
    <w:p>
      <w:r>
        <w:rPr>
          <w:color w:val="666666"/>
          <w:sz w:val="18"/>
        </w:rPr>
        <w:t>Worship · Contribution of Sufism in India May 29, 2011 · 5m 15s · at 1:39:19 · https://youtu.be/lzxSaTnomio?t=5959</w:t>
      </w:r>
    </w:p>
    <w:p>
      <w:r>
        <w:rPr>
          <w:i/>
        </w:rPr>
        <w:t>“How many daily prayers are proven from the Quran? Three or five?”</w:t>
      </w:r>
    </w:p>
    <w:p>
      <w:r>
        <w:rPr>
          <w:sz w:val="20"/>
        </w:rPr>
        <w:t>1:39:19  mr syed saleem ne hyderabad se sawal kiya hai. unhone likha hai: "quran se kal kitni namazein sabit hain?</w:t>
      </w:r>
      <w:r>
        <w:br/>
      </w:r>
      <w:r>
        <w:rPr>
          <w:sz w:val="20"/>
        </w:rPr>
        <w:t>1:39:27  teen ya paanch?" dekhiye, quran hi se paanch namaz sabit hoti hai. lafz paanch nahi hai, lekin paanch hadith mein hai.</w:t>
      </w:r>
      <w:r>
        <w:br/>
      </w:r>
      <w:r>
        <w:rPr>
          <w:sz w:val="20"/>
        </w:rPr>
        <w:t>1:39:38  aur jo log hadith quran alag karte hain, woh bilashuba gumrah hain aur bohat zyada bari gumrahi mein mubtala hain. quran ko hadith alag nahi kar sakte.</w:t>
      </w:r>
      <w:r>
        <w:br/>
      </w:r>
      <w:r>
        <w:rPr>
          <w:sz w:val="20"/>
        </w:rPr>
        <w:t>1:39:47  aap mein poochta hoon in logon se: "quran, quran kahan se mila aap ko? kya aap ka, aap ka khud apne direct aap ke ghar aa gaya hai?" yani mujhe bohat taajjub hota hai in logon par jo quran hadith ko alag karte hain.</w:t>
      </w:r>
      <w:r>
        <w:br/>
      </w:r>
      <w:r>
        <w:rPr>
          <w:sz w:val="20"/>
        </w:rPr>
        <w:t>1:40:00  pehle yeh sabit karein: quran ko kahan se mila? direct un ko jibril rakh de gaye hain? quran majeed rasool allah ne quran diya hai hum ko. rasool allah ko hadaf karein to quran bhi hadaf hai.</w:t>
      </w:r>
      <w:r>
        <w:br/>
      </w:r>
      <w:r>
        <w:rPr>
          <w:sz w:val="20"/>
        </w:rPr>
        <w:t>1:40:14  zara ghor kijiye, yani rasool allah ko hadaf kar ke quran hadaf nahi ho jayega? ji, jaise india mein agar ambedkar ko hadaf kar diya aap to kishor bhi hadaf ho jata hai.</w:t>
      </w:r>
      <w:r>
        <w:br/>
      </w:r>
      <w:r>
        <w:rPr>
          <w:sz w:val="20"/>
        </w:rPr>
        <w:t>1:40:27  agar india ki tareekh se aap ambedkar ko hadaf kar dein to dastoor bhi hadaf ho jayega. unhone to banaya tha. aise aap hadith quran rasool allah ko hadaf karein to quran bhi hadaf ho jata hai.</w:t>
      </w:r>
      <w:r>
        <w:br/>
      </w:r>
      <w:r>
        <w:rPr>
          <w:sz w:val="20"/>
        </w:rPr>
        <w:t>1:40:40  yeh to bohat zyada ghair ilmi baat hai. yeh log parhe, yani in ko ilm jo alag si baatein karte hain, in ko ilm ki hudood nahi maloom. ilm ki hudood nahi maloom hai.</w:t>
      </w:r>
      <w:r>
        <w:br/>
      </w:r>
      <w:r>
        <w:rPr>
          <w:sz w:val="20"/>
        </w:rPr>
        <w:t>1:40:54  ilm ki hudood, ilm ki aap janna chahey. ilm ka framework pe bolna chahey. Yaad rakhiye, koi baat wahi valid hai jis jo ilm ke framework pe kahi gayi ho.</w:t>
      </w:r>
      <w:r>
        <w:br/>
      </w:r>
      <w:r>
        <w:rPr>
          <w:sz w:val="20"/>
        </w:rPr>
        <w:t>1:41:05  ilm ke framework se bahar kahi gayi ho to valid hi nahi hai. Woh koi sense nahi hai. Iska Quran mein dekhiye, saaf saaf hai ke laqad kana lakum fi rasool Allahi uswatun hasana.</w:t>
      </w:r>
      <w:r>
        <w:br/>
      </w:r>
      <w:r>
        <w:rPr>
          <w:sz w:val="20"/>
        </w:rPr>
        <w:t>1:41:15  Rasool Allah model hain tumhare liye. Yani Quran ideology deta hai aur model hum ko Rasool Allah se milta hai.</w:t>
      </w:r>
      <w:r>
        <w:br/>
      </w:r>
      <w:r>
        <w:rPr>
          <w:sz w:val="20"/>
        </w:rPr>
        <w:t>1:41:23  Dono mil kar complete hota hai. Islam</w:t>
      </w:r>
      <w:r>
        <w:br/>
      </w:r>
      <w:r>
        <w:rPr>
          <w:sz w:val="20"/>
        </w:rPr>
        <w:t>1:41:29  Dono mil ke Islam complete hota hai. To Quran se ideology hum lete hain, Rasool Allah ke model lete hain. Is tarah hum ko Islam ka poora tasawwur milta hai.</w:t>
      </w:r>
      <w:r>
        <w:br/>
      </w:r>
      <w:r>
        <w:rPr>
          <w:sz w:val="20"/>
        </w:rPr>
        <w:t>1:41:40  Jo log Rasool Allah ko alag kar dein aur kahein Quran kaafi hai, woh to main samajhta hoon ke ghair ilmi baat karte hain. Ilm se koi ta'alluq nahi hai. Unko</w:t>
      </w:r>
      <w:r>
        <w:br/>
      </w:r>
      <w:r>
        <w:rPr>
          <w:sz w:val="20"/>
        </w:rPr>
        <w:t>1:41:49  Sab se pehle yeh baat janiye ke ilm ke framework pe bolna chahiye, warna aap ka bol valid nahi hai. Jo log kehte hain ke namaz paanch kahan kahan likhi hui hai, to main kahunga Quran mein namaz ki ideology hai.</w:t>
      </w:r>
      <w:r>
        <w:br/>
      </w:r>
      <w:r>
        <w:rPr>
          <w:sz w:val="20"/>
        </w:rPr>
        <w:t>1:42:07  Ginti ke ma'ano mein hum paanch jo hai, woh Hadees mein hai.</w:t>
      </w:r>
      <w:r>
        <w:br/>
      </w:r>
      <w:r>
        <w:rPr>
          <w:sz w:val="20"/>
        </w:rPr>
        <w:t>1:42:15  Yeh baatein jo hain, yani serious study ki baatein hain, yeh behas warasi ki baatein nahi hain, jalsay jaloos ki baatein nahi hain.</w:t>
      </w:r>
      <w:r>
        <w:br/>
      </w:r>
      <w:r>
        <w:rPr>
          <w:sz w:val="20"/>
        </w:rPr>
        <w:t>1:42:25  Yeh</w:t>
      </w:r>
      <w:r>
        <w:br/>
      </w:r>
      <w:r>
        <w:rPr>
          <w:sz w:val="20"/>
        </w:rPr>
        <w:t>1:42:29  Aur is mein mujhe is mein zara bhi shakk nahi ke paanch waqt ke farz hain Musalmanon par namaz, aur woh istinbat ke taur par khud Quran se bhi nikalti hai.</w:t>
      </w:r>
      <w:r>
        <w:br/>
      </w:r>
      <w:r>
        <w:rPr>
          <w:sz w:val="20"/>
        </w:rPr>
        <w:t>1:42:39  Ke ba'tor is ba'tor inference ke Quran se bhi nikalti hai paanch waqt ki namaz, aur ba'tor ibadat aur nass ke Hadees se nikalti hai. Matlab ginti paanch ki ginti ke sath Hadees se nikalti hai.</w:t>
      </w:r>
      <w:r>
        <w:br/>
      </w:r>
      <w:r>
        <w:rPr>
          <w:sz w:val="20"/>
        </w:rPr>
        <w:t>1:42:52  As a principle, woh Quran se bhi nikalti hai paanch waqt ki namaz. Is par maine mazmoon likha hai ke paanch waqt ki namaz Quran mein kis tarah nikalti hai, woh aap padh lijiye.</w:t>
      </w:r>
      <w:r>
        <w:br/>
      </w:r>
      <w:r>
        <w:rPr>
          <w:sz w:val="20"/>
        </w:rPr>
        <w:t>1:43:01  Isko risale mein aa chuka hai yeh mazmoon</w:t>
      </w:r>
      <w:r>
        <w:br/>
      </w:r>
      <w:r>
        <w:rPr>
          <w:sz w:val="20"/>
        </w:rPr>
        <w:t>1:43:03  ke paanch waqt ki namaz khud Quran mein bhi maujood hai, lekin istinbat ke andaaz mein aur ibadat o nass ke andaaz mein Hadees mein hai.</w:t>
      </w:r>
      <w:r>
        <w:br/>
      </w:r>
      <w:r>
        <w:rPr>
          <w:sz w:val="20"/>
        </w:rPr>
        <w:t>1:43:11  Woh to baharhaal main yeh keh sakta hoon ke ke Hadees agar Hadees hai to Quran Hadees Qudsi hai.</w:t>
      </w:r>
      <w:r>
        <w:br/>
      </w:r>
      <w:r>
        <w:rPr>
          <w:sz w:val="20"/>
        </w:rPr>
        <w:t>1:43:22  Is mein jo bohat hi zyada ilmi jo statement ho sakta hai, scientific statement wahi ho sakta hai ke Hadees agar Hadees hai, Hadees agar Hadees Rasool hai to Quran Hadees Qudsi hai.</w:t>
      </w:r>
      <w:r>
        <w:br/>
      </w:r>
      <w:r>
        <w:rPr>
          <w:sz w:val="20"/>
        </w:rPr>
        <w:t>1:43:38  Aur haqeeqat yeh hai ke yani jo jo jo log Hadees ko na lein, woh yani woh unko sirf behasein milti hain.</w:t>
      </w:r>
      <w:r>
        <w:br/>
      </w:r>
      <w:r>
        <w:rPr>
          <w:sz w:val="20"/>
        </w:rPr>
        <w:t>1:43:51  Behasein</w:t>
      </w:r>
      <w:r>
        <w:br/>
      </w:r>
      <w:r>
        <w:rPr>
          <w:sz w:val="20"/>
        </w:rPr>
        <w:t>1:43:53  Yani Hadees ko chhod kar ke jo Quran ko lete hain, unki qara'ein maine padhi hain, sirf behasein hoti hain. Manfi behasein, manfi behasein, bas aisi qara'ein maine padhi hain.</w:t>
      </w:r>
      <w:r>
        <w:br/>
      </w:r>
      <w:r>
        <w:rPr>
          <w:sz w:val="20"/>
        </w:rPr>
        <w:t>1:44:02  Jo log Hadees ko chhod kar ke Quran ko lete hain, sirf manfi behasein hain, manfi behasein hain. Yeh galat, woh galat, yeh galat, woh galat. Is mein koi na wisdom hai, na koi hikmat hai, na koi aqal ki baat hai.</w:t>
      </w:r>
      <w:r>
        <w:br/>
      </w:r>
      <w:r>
        <w:rPr>
          <w:sz w:val="20"/>
        </w:rPr>
        <w:t>1:44:16  To mera tajruba to yahi hai.</w:t>
      </w:r>
      <w:r>
        <w:br/>
      </w:r>
      <w:r>
        <w:rPr>
          <w:sz w:val="20"/>
        </w:rPr>
        <w:t>1:44:20  Ah, okay, Doctor Muhammad Ibrahim has asked whether Maulana Sahib conducts his lectures in English. Ah, we would like to tell him that there are more than hundred English lectures of Maulana Sahib, which is uploaded on the CPS website.</w:t>
      </w:r>
    </w:p>
    <w:p>
      <w:pPr>
        <w:pStyle w:val="Heading2"/>
      </w:pPr>
      <w:r>
        <w:t>Obstacles to acceptance of prayer in individual life</w:t>
      </w:r>
    </w:p>
    <w:p>
      <w:r>
        <w:rPr>
          <w:color w:val="666666"/>
          <w:sz w:val="18"/>
        </w:rPr>
        <w:t>Worship · Dars-e-Quran, Chapter 2, Verses 67-73, May 6, 2018 · 52s · at 44:04 · https://youtu.be/JAsg4SpiVDU?t=2644</w:t>
      </w:r>
    </w:p>
    <w:p>
      <w:r>
        <w:rPr>
          <w:i/>
        </w:rPr>
        <w:t>“Is there any obstacle in individual life that becomes a barrier to the acceptance of prayer? Please explain.”</w:t>
      </w:r>
    </w:p>
    <w:p>
      <w:r>
        <w:rPr>
          <w:sz w:val="20"/>
        </w:rPr>
        <w:t>44:04  Maulana, agla sawal bheja hai Javed. Javed Hayat sahab ne Mumbai se, unhone likha hai: "Maulana, kya infradi zindagi mein bhi koi baqra hota hai jo dua ki qubooliyat mein rukawat ban jata hai?</w:t>
      </w:r>
      <w:r>
        <w:br/>
      </w:r>
      <w:r>
        <w:rPr>
          <w:sz w:val="20"/>
        </w:rPr>
        <w:t>44:22  Is ke bare mein bataein." Zaroor, zaroor hota hai, aur sab se bara baqra hai ke apni ghalti ka ilzam doosron ko dena.</w:t>
      </w:r>
      <w:r>
        <w:br/>
      </w:r>
      <w:r>
        <w:rPr>
          <w:sz w:val="20"/>
        </w:rPr>
        <w:t>44:32  Har ghar mein dekhiye, biwi ilzam deti hai shohar ko, aur shohar ilzam deta hai biwi ko. Har ghar mein yahi dajjal chal rahi hai, har paros mein, har jagah.</w:t>
      </w:r>
      <w:r>
        <w:br/>
      </w:r>
      <w:r>
        <w:rPr>
          <w:sz w:val="20"/>
        </w:rPr>
        <w:t>44:47  Blame others ka culture yahi dajali hai, yeh sari duniya mein chal raha hai. Blame others, blame others!</w:t>
      </w:r>
    </w:p>
    <w:p>
      <w:pPr>
        <w:pStyle w:val="Heading2"/>
      </w:pPr>
      <w:r>
        <w:t>Permissibility of blood and kidney donation</w:t>
      </w:r>
    </w:p>
    <w:p>
      <w:r>
        <w:rPr>
          <w:color w:val="666666"/>
          <w:sz w:val="18"/>
        </w:rPr>
        <w:t>Worship · Purpose Of Human Life -12th Feb. '12 · 2m 37s · at 1:22:24 · https://youtu.be/TCGYvGJHf7w?t=4944</w:t>
      </w:r>
    </w:p>
    <w:p>
      <w:r>
        <w:rPr>
          <w:i/>
        </w:rPr>
        <w:t>“Is donation of blood and kidney permissible in Islam?”</w:t>
      </w:r>
    </w:p>
    <w:p>
      <w:r>
        <w:rPr>
          <w:sz w:val="20"/>
        </w:rPr>
        <w:t>1:22:24  Maulana, agla sawal aaya hai jalgaon se. Mr.</w:t>
      </w:r>
      <w:r>
        <w:br/>
      </w:r>
      <w:r>
        <w:rPr>
          <w:sz w:val="20"/>
        </w:rPr>
        <w:t>1:22:28  Sheikh Abdul Rafiq sahib ka.</w:t>
      </w:r>
      <w:r>
        <w:br/>
      </w:r>
      <w:r>
        <w:rPr>
          <w:sz w:val="20"/>
        </w:rPr>
        <w:t>1:22:33  unhon ne aap se poocha hai ke kya donation of blood eye and kidney is it permissible in</w:t>
      </w:r>
      <w:r>
        <w:br/>
      </w:r>
      <w:r>
        <w:rPr>
          <w:sz w:val="20"/>
        </w:rPr>
        <w:t>1:22:38  Islam? bilkul permissible hai.</w:t>
      </w:r>
      <w:r>
        <w:br/>
      </w:r>
      <w:r>
        <w:rPr>
          <w:sz w:val="20"/>
        </w:rPr>
        <w:t>1:22:43  is mein koi sawal hi nahi ke is mein permissible na ho.</w:t>
      </w:r>
      <w:r>
        <w:br/>
      </w:r>
      <w:r>
        <w:rPr>
          <w:sz w:val="20"/>
        </w:rPr>
        <w:t>1:22:47  jo log fatwa dete hain woh kuch jante hi nahi bilkul.</w:t>
      </w:r>
      <w:r>
        <w:br/>
      </w:r>
      <w:r>
        <w:rPr>
          <w:sz w:val="20"/>
        </w:rPr>
        <w:t>1:22:52  aksar fatwe be khabari ke fatwe hote hain in sab mamlaat mein.</w:t>
      </w:r>
      <w:r>
        <w:br/>
      </w:r>
      <w:r>
        <w:rPr>
          <w:sz w:val="20"/>
        </w:rPr>
        <w:t>1:22:57  jante kuch nahi, fatwa dete hain khwamkhwah.</w:t>
      </w:r>
      <w:r>
        <w:br/>
      </w:r>
      <w:r>
        <w:rPr>
          <w:sz w:val="20"/>
        </w:rPr>
        <w:t>1:23:02  is mein koi bhi harj nahi, koi bhi khilaf Islam nahi.</w:t>
      </w:r>
      <w:r>
        <w:br/>
      </w:r>
      <w:r>
        <w:rPr>
          <w:sz w:val="20"/>
        </w:rPr>
        <w:t>1:23:07  kuch bhi nahi.</w:t>
      </w:r>
      <w:r>
        <w:br/>
      </w:r>
      <w:r>
        <w:rPr>
          <w:sz w:val="20"/>
        </w:rPr>
        <w:t>1:23:11  yeh log jo hain, misaal ke taur par mein ek sahib se baat hui meri, ek jo unhon</w:t>
      </w:r>
      <w:r>
        <w:br/>
      </w:r>
      <w:r>
        <w:rPr>
          <w:sz w:val="20"/>
        </w:rPr>
        <w:t>1:23:16  ne fatwa de rakha tha ke aankh ka doodh nikalna haram hai.</w:t>
      </w:r>
      <w:r>
        <w:br/>
      </w:r>
      <w:r>
        <w:rPr>
          <w:sz w:val="20"/>
        </w:rPr>
        <w:t>1:23:21  to mein ne kaha kyun haram bhai? to unhon ne kaha ke yeh masla hai.</w:t>
      </w:r>
      <w:r>
        <w:br/>
      </w:r>
      <w:r>
        <w:rPr>
          <w:sz w:val="20"/>
        </w:rPr>
        <w:t>1:23:26  masla kehte hain disfigure karne ko.</w:t>
      </w:r>
      <w:r>
        <w:br/>
      </w:r>
      <w:r>
        <w:rPr>
          <w:sz w:val="20"/>
        </w:rPr>
        <w:t>1:23:30  jab kisi baaligh ko marne ke baad aap disfigure kar rahe hain us ko, to us ko kehte hain masla.</w:t>
      </w:r>
      <w:r>
        <w:br/>
      </w:r>
      <w:r>
        <w:rPr>
          <w:sz w:val="20"/>
        </w:rPr>
        <w:t>1:23:35  to mein ne kaha masla aap jante hain kuch bhi nahi, fatwa de dala hai aap ne.</w:t>
      </w:r>
      <w:r>
        <w:br/>
      </w:r>
      <w:r>
        <w:rPr>
          <w:sz w:val="20"/>
        </w:rPr>
        <w:t>1:23:40  jab aankh se nikala jata hai woh, to plastic ka andar is mein daal diya jata hai, dekhne</w:t>
      </w:r>
      <w:r>
        <w:br/>
      </w:r>
      <w:r>
        <w:rPr>
          <w:sz w:val="20"/>
        </w:rPr>
        <w:t>1:23:45  mein kuch farq nahi lagta ke nikala gaya hai.</w:t>
      </w:r>
      <w:r>
        <w:br/>
      </w:r>
      <w:r>
        <w:rPr>
          <w:sz w:val="20"/>
        </w:rPr>
        <w:t>1:23:49  aisa nahi ke woh us ko masla jaisa dikhai de woh.</w:t>
      </w:r>
      <w:r>
        <w:br/>
      </w:r>
      <w:r>
        <w:rPr>
          <w:sz w:val="20"/>
        </w:rPr>
        <w:t>1:23:54  aisa kuch bhi nahi hai.</w:t>
      </w:r>
      <w:r>
        <w:br/>
      </w:r>
      <w:r>
        <w:rPr>
          <w:sz w:val="20"/>
        </w:rPr>
        <w:t>1:23:59  jo doctor nikalta hai woh usi waqt us ke andar plastic bani hui is mein daal deta hai.</w:t>
      </w:r>
      <w:r>
        <w:br/>
      </w:r>
      <w:r>
        <w:rPr>
          <w:sz w:val="20"/>
        </w:rPr>
        <w:t>1:24:04  to dekhne mein kuch bhi nahi hai.</w:t>
      </w:r>
      <w:r>
        <w:br/>
      </w:r>
      <w:r>
        <w:rPr>
          <w:sz w:val="20"/>
        </w:rPr>
        <w:t>1:24:08  yeh Musalmanon ke aitbaar se hai.</w:t>
      </w:r>
      <w:r>
        <w:br/>
      </w:r>
      <w:r>
        <w:rPr>
          <w:sz w:val="20"/>
        </w:rPr>
        <w:t>1:24:13  baqi Hindu log to is ko jala dete hain, wahan to koi masla hi nahi hai.</w:t>
      </w:r>
      <w:r>
        <w:br/>
      </w:r>
      <w:r>
        <w:rPr>
          <w:sz w:val="20"/>
        </w:rPr>
        <w:t>1:24:18  beshak jaiz hai.</w:t>
      </w:r>
      <w:r>
        <w:br/>
      </w:r>
      <w:r>
        <w:rPr>
          <w:sz w:val="20"/>
        </w:rPr>
        <w:t>1:24:23  aur yeh mein is ko sadqa e jariya kehta hoon.</w:t>
      </w:r>
      <w:r>
        <w:br/>
      </w:r>
      <w:r>
        <w:rPr>
          <w:sz w:val="20"/>
        </w:rPr>
        <w:t>1:24:28  sadqa e jariya us ko kehte hain ke aap dunya mein na rahen, aap ka koi amal logon ko</w:t>
      </w:r>
      <w:r>
        <w:br/>
      </w:r>
      <w:r>
        <w:rPr>
          <w:sz w:val="20"/>
        </w:rPr>
        <w:t>1:24:32  faida pohanchata rahe.</w:t>
      </w:r>
      <w:r>
        <w:br/>
      </w:r>
      <w:r>
        <w:rPr>
          <w:sz w:val="20"/>
        </w:rPr>
        <w:t>1:24:37  to pehle zamane mein log kunwan khodte the, talab banate the, us ko samajhte the sadqa e jariya.</w:t>
      </w:r>
      <w:r>
        <w:br/>
      </w:r>
      <w:r>
        <w:rPr>
          <w:sz w:val="20"/>
        </w:rPr>
        <w:t>1:24:42  is zamane mein naye naye item aaye hain, naye naye item sadqa e jariya ke.</w:t>
      </w:r>
      <w:r>
        <w:br/>
      </w:r>
      <w:r>
        <w:rPr>
          <w:sz w:val="20"/>
        </w:rPr>
        <w:t>1:24:47  is mein se ek yeh bhi hai.</w:t>
      </w:r>
      <w:r>
        <w:br/>
      </w:r>
      <w:r>
        <w:rPr>
          <w:sz w:val="20"/>
        </w:rPr>
        <w:t>1:24:51  yani azaa ka donation.</w:t>
      </w:r>
      <w:r>
        <w:br/>
      </w:r>
      <w:r>
        <w:rPr>
          <w:sz w:val="20"/>
        </w:rPr>
        <w:t>1:24:56  is mein koi harj nahi hai, bilkul sahi hai.</w:t>
      </w:r>
    </w:p>
    <w:p>
      <w:pPr>
        <w:pStyle w:val="Heading2"/>
      </w:pPr>
      <w:r>
        <w:t>Prayer as paradise character building</w:t>
      </w:r>
    </w:p>
    <w:p>
      <w:r>
        <w:rPr>
          <w:color w:val="666666"/>
          <w:sz w:val="18"/>
        </w:rPr>
        <w:t>Worship · The Spirit of Namaz | May 21, 2017 · 2m 05s · at 56:44 · https://youtu.be/xN9SA_q272Y?t=3404</w:t>
      </w:r>
    </w:p>
    <w:p>
      <w:r>
        <w:rPr>
          <w:i/>
        </w:rPr>
        <w:t>“Moulana, you discovered prayer as paradise character building, while...”</w:t>
      </w:r>
    </w:p>
    <w:p>
      <w:r>
        <w:rPr>
          <w:sz w:val="20"/>
        </w:rPr>
        <w:t>56:44  ji Maulana, agla sawal bheja hai Asrar Mol</w:t>
      </w:r>
      <w:r>
        <w:br/>
      </w:r>
      <w:r>
        <w:rPr>
          <w:sz w:val="20"/>
        </w:rPr>
        <w:t>56:49  ana Asrar sahib ne Chennai se.</w:t>
      </w:r>
      <w:r>
        <w:br/>
      </w:r>
      <w:r>
        <w:rPr>
          <w:sz w:val="20"/>
        </w:rPr>
        <w:t>56:55  انہوں نے لکھا ہے: "مولانا، نماز کو آپ نے Paradise Character Building کے طور پر ڈسکور کیا، جبکہ</w:t>
      </w:r>
      <w:r>
        <w:br/>
      </w:r>
      <w:r>
        <w:rPr>
          <w:sz w:val="20"/>
        </w:rPr>
        <w:t>57:01  chand log is ko military training ke taur par lete hain.</w:t>
      </w:r>
      <w:r>
        <w:br/>
      </w:r>
      <w:r>
        <w:rPr>
          <w:sz w:val="20"/>
        </w:rPr>
        <w:t>57:07  itna bada difference soch mein aisa kyun hai? is ke bare mein bataein." dekhiye, kyun se pehle yeh</w:t>
      </w:r>
      <w:r>
        <w:br/>
      </w:r>
      <w:r>
        <w:rPr>
          <w:sz w:val="20"/>
        </w:rPr>
        <w:t>57:13  sochiye ke kya kahin Quran mein hai yeh in hazraat ka tas</w:t>
      </w:r>
      <w:r>
        <w:br/>
      </w:r>
      <w:r>
        <w:rPr>
          <w:sz w:val="20"/>
        </w:rPr>
        <w:t>57:19  awur namaz? woh to kahin nahi hai.</w:t>
      </w:r>
      <w:r>
        <w:br/>
      </w:r>
      <w:r>
        <w:rPr>
          <w:sz w:val="20"/>
        </w:rPr>
        <w:t>57:23  yaani namaz military training hai, askari tarbiyat hai, yeh to kahin hai nahi.</w:t>
      </w:r>
      <w:r>
        <w:br/>
      </w:r>
      <w:r>
        <w:rPr>
          <w:sz w:val="20"/>
        </w:rPr>
        <w:t>57:27  to bilashuba yeh bid'at hai, bid'at nikaal rakhi hai woh logon ne.</w:t>
      </w:r>
      <w:r>
        <w:br/>
      </w:r>
      <w:r>
        <w:rPr>
          <w:sz w:val="20"/>
        </w:rPr>
        <w:t>57:31  yeh hai political bid'at.</w:t>
      </w:r>
      <w:r>
        <w:br/>
      </w:r>
      <w:r>
        <w:rPr>
          <w:sz w:val="20"/>
        </w:rPr>
        <w:t>57:34  bidat ki bohat si qismen hoti hain.</w:t>
      </w:r>
      <w:r>
        <w:br/>
      </w:r>
      <w:r>
        <w:rPr>
          <w:sz w:val="20"/>
        </w:rPr>
        <w:t>57:38  yeh log jo karte hain, yeh hai political bidat.</w:t>
      </w:r>
      <w:r>
        <w:br/>
      </w:r>
      <w:r>
        <w:rPr>
          <w:sz w:val="20"/>
        </w:rPr>
        <w:t>57:42  yeh sab se pehle nikala tha unhon ne Allama Niaz Ullah Mashriqi.</w:t>
      </w:r>
      <w:r>
        <w:br/>
      </w:r>
      <w:r>
        <w:rPr>
          <w:sz w:val="20"/>
        </w:rPr>
        <w:t>57:46  yeh sab se pehle yeh unhon ne nikali thi yeh bidat ke namaz ko unhon</w:t>
      </w:r>
      <w:r>
        <w:br/>
      </w:r>
      <w:r>
        <w:rPr>
          <w:sz w:val="20"/>
        </w:rPr>
        <w:t>57:49  ne bana diya tha askari tarbiyat. Yeh to bilkul bid'at hai, is mein koi shakk hi nahi. Okay, so we will end today session. If you want to join CPS International or you want to become a Quran distributor in your area, please write to us on info at cpsglobal.org. We will be back next time, next week same time. Thank you.</w:t>
      </w:r>
    </w:p>
    <w:p>
      <w:pPr>
        <w:pStyle w:val="Heading2"/>
      </w:pPr>
      <w:r>
        <w:t>Prayer for Repaying Debts</w:t>
      </w:r>
    </w:p>
    <w:p>
      <w:r>
        <w:rPr>
          <w:color w:val="666666"/>
          <w:sz w:val="18"/>
        </w:rPr>
        <w:t>Worship · Materialism and Intellectual Dwarfism 29th April 2012 · 1m 50s · at 1:01:57 · https://youtu.be/qHzARL_r3I4?t=3717</w:t>
      </w:r>
    </w:p>
    <w:p>
      <w:r>
        <w:rPr>
          <w:i/>
        </w:rPr>
        <w:t>“A person has taken loans from people. Later, that person became associated with the Al-Risala Mission and reformed his life. Now that person prays like this: 'O Allah! Make my circumstances in this world such that I am able to repay the debts of people.'”</w:t>
      </w:r>
    </w:p>
    <w:p>
      <w:r>
        <w:rPr>
          <w:sz w:val="20"/>
        </w:rPr>
        <w:t>1:01:57  Maulana, agla sawal abhi Karachi se hai Miss Saira Latif ka. unhon ne likha hai: "aik shakhs ne logon se qarz le rakha hai, baad mein woh shakhs Al-Risala mission se wabasta ho gaya aur apni zindagi ki islaah kar li.</w:t>
      </w:r>
      <w:r>
        <w:br/>
      </w:r>
      <w:r>
        <w:rPr>
          <w:sz w:val="20"/>
        </w:rPr>
        <w:t>1:02:14  ab woh shakhs is tarah dua mangne laga</w:t>
      </w:r>
      <w:r>
        <w:br/>
      </w:r>
      <w:r>
        <w:rPr>
          <w:sz w:val="20"/>
        </w:rPr>
        <w:t>1:02:17  : aye Allah! is dunya mein mere halaat is tarah bana de aur mujhe tofeeq de ke mein logon ka qarz ada karoon.</w:t>
      </w:r>
      <w:r>
        <w:br/>
      </w:r>
      <w:r>
        <w:rPr>
          <w:sz w:val="20"/>
        </w:rPr>
        <w:t>1:02:26  aur agar mein qarz ki adai se pehle mar gaya to aye Allah! tu meri taraf se meri talafi kar dena." sawal yeh hai ke kya Allah taala aik bande ki taraf se us ke qarz ki talafi kar dega?</w:t>
      </w:r>
      <w:r>
        <w:br/>
      </w:r>
      <w:r>
        <w:rPr>
          <w:sz w:val="20"/>
        </w:rPr>
        <w:t>1:02:45  nahi, yeh sahi baat nahi hai. is qarz ki talafi sirf wohi aadmi kar sakta hai jis se aap ne qarz liya hai.</w:t>
      </w:r>
      <w:r>
        <w:br/>
      </w:r>
      <w:r>
        <w:rPr>
          <w:sz w:val="20"/>
        </w:rPr>
        <w:t>1:02:55  jo log, jis aadmi ne kisi se qarz liya hai, ya to woh qarz ada kare ya us se insaan ja ke kahe ke mujhe maaf kar do. agar insaan, us insaan ne maaf kar diya to maaf ho jayega.</w:t>
      </w:r>
      <w:r>
        <w:br/>
      </w:r>
      <w:r>
        <w:rPr>
          <w:sz w:val="20"/>
        </w:rPr>
        <w:t>1:03:07  baqi yeh is tarah ki dua jo hai, yeh sahi tareeqa nahi hai. yeh sahi tareeqa nahi hai.</w:t>
      </w:r>
      <w:r>
        <w:br/>
      </w:r>
      <w:r>
        <w:rPr>
          <w:sz w:val="20"/>
        </w:rPr>
        <w:t>1:03:14  qarz ke muamle mein dekhiye, yeh hai shariat ka masla ke qarz maaf nahi hota. ya to aap qarz ada karein ya usi insaan se ja kar kahein ke bhai, mein mein is haal mein nahi hoon ke tum ko de sakoon qarz, to mujhe maaf kar do.</w:t>
      </w:r>
      <w:r>
        <w:br/>
      </w:r>
      <w:r>
        <w:rPr>
          <w:sz w:val="20"/>
        </w:rPr>
        <w:t>1:03:32  dua se yeh masla khatam nahi ho sakta hai. usi insaan se miliye, us insaan se kahiye, agar woh insaan maaf kar de to maaf ho jayega.</w:t>
      </w:r>
    </w:p>
    <w:p>
      <w:pPr>
        <w:pStyle w:val="Heading2"/>
      </w:pPr>
      <w:r>
        <w:t>Praying behind an imam committing shirk</w:t>
      </w:r>
    </w:p>
    <w:p>
      <w:r>
        <w:rPr>
          <w:color w:val="666666"/>
          <w:sz w:val="18"/>
        </w:rPr>
        <w:t>Worship · The Existence of God July 23, 2017 Maulana Wahiduddin Khan · 1m 25s · at 51:57 · https://youtu.be/shLM_JhG3iE?t=3117</w:t>
      </w:r>
    </w:p>
    <w:p>
      <w:r>
        <w:rPr>
          <w:i/>
        </w:rPr>
        <w:t>“If an imam of a mosque is doing shirk and it is known to me, is it permissible to pray after him? Maulana sahib, what is your guidance on this?”</w:t>
      </w:r>
    </w:p>
    <w:p>
      <w:r>
        <w:rPr>
          <w:sz w:val="20"/>
        </w:rPr>
        <w:t>51:57  Maulana, agla sawal Srinagar se Abdul Raheed Pandit sahib ne bheja hai. unhone likha hai: "If an imam of masjid is doing shirk and it is known to me, is it permissible to pray after him?</w:t>
      </w:r>
      <w:r>
        <w:br/>
      </w:r>
      <w:r>
        <w:rPr>
          <w:sz w:val="20"/>
        </w:rPr>
        <w:t>52:12  Maulana sahib, what is your guidance on this?" nahi, dekhen, yeh bohat hi zyada galat baat hai ke imam ko shirk ka mujrim bana kar ke log masjid kha karte hain.</w:t>
      </w:r>
      <w:r>
        <w:br/>
      </w:r>
      <w:r>
        <w:rPr>
          <w:sz w:val="20"/>
        </w:rPr>
        <w:t>52:25  misalan, dekhen, Sunan Abi Dawud bohat shokh kitaab hai hadith ki. is mein saaf saaf ek likha hua hai, kai riwayat hain ke salu khulfa kulli bir wa faajir har achhe aur bure ke peeche namaz padho.</w:t>
      </w:r>
      <w:r>
        <w:br/>
      </w:r>
      <w:r>
        <w:rPr>
          <w:sz w:val="20"/>
        </w:rPr>
        <w:t>52:42  kyun ke dekhen, imamat jo hai, woh aap yeh nahi hai ke aap namaz padhte hain apni, na imam ki. yeh jhootha masla bana rakha hai ke imam ki namaz agar galat hai to meri bhi galat ho jayegi.</w:t>
      </w:r>
      <w:r>
        <w:br/>
      </w:r>
      <w:r>
        <w:rPr>
          <w:sz w:val="20"/>
        </w:rPr>
        <w:t>52:56  aisa hai hi nahi, aisa hai hi nahi ke namaz padhte hain aap apni. aap hargiz yeh masla na khada kijiye masjid mein, warna aap jurm karenge Allah ke nazdeek ke sahib imam mushrik hai, is liye namaz zyada nahi.</w:t>
      </w:r>
      <w:r>
        <w:br/>
      </w:r>
      <w:r>
        <w:rPr>
          <w:sz w:val="20"/>
        </w:rPr>
        <w:t>53:11  yeh sab bohat hi zyada galat baat hai. jo bhi imam par raazi ho jayen log masjid ke, bas usi peeche namaz padhiye aap.</w:t>
      </w:r>
    </w:p>
    <w:p>
      <w:pPr>
        <w:pStyle w:val="Heading2"/>
      </w:pPr>
      <w:r>
        <w:t>Principle of seeking help from God</w:t>
      </w:r>
    </w:p>
    <w:p>
      <w:r>
        <w:rPr>
          <w:color w:val="666666"/>
          <w:sz w:val="18"/>
        </w:rPr>
        <w:t>Worship · The Existence of God July 23, 2017 Maulana Wahiduddin Khan · 1m 38s · at 48:19 · https://youtu.be/shLM_JhG3iE?t=2899</w:t>
      </w:r>
    </w:p>
    <w:p>
      <w:r>
        <w:rPr>
          <w:i/>
        </w:rPr>
        <w:t>“What is the principle of seeking help from God? Please advise all of us.”</w:t>
      </w:r>
    </w:p>
    <w:p>
      <w:r>
        <w:rPr>
          <w:sz w:val="20"/>
        </w:rPr>
        <w:t>48:19  Maulana, ab sawal lete hain. yeh sawal bheja hai azhar mubarak sahib ne, unhon ne location nahi likha hai.</w:t>
      </w:r>
      <w:r>
        <w:br/>
      </w:r>
      <w:r>
        <w:rPr>
          <w:sz w:val="20"/>
        </w:rPr>
        <w:t>48:29  un ka sawal yeh hai: "Maulana Sahib, what is the principle of seeking help from the God?</w:t>
      </w:r>
      <w:r>
        <w:br/>
      </w:r>
      <w:r>
        <w:rPr>
          <w:sz w:val="20"/>
        </w:rPr>
        <w:t>48:37  Please advise all of us." dekhen, is mamle mein sab se bara jo masla hai woh yeh hai ke insaan khuda se mangta hai apne mindset ke mutabiq, kyunke khuda deta hai apne mindset ke mutabiq.</w:t>
      </w:r>
      <w:r>
        <w:br/>
      </w:r>
      <w:r>
        <w:rPr>
          <w:sz w:val="20"/>
        </w:rPr>
        <w:t>48:58  is wajah se kabhi aisa hota hai ke insaan mayoos ho jata hai, halanke woh mayoosi ki zaroorat nahi hoti. khuda ke, ki jo, khuda ka jo plan hai, use aap ko discover karna parega ke khuda ki madad ayegi apne naqshe ke mutabiq, aap ke naqshe ke mutabiq nahi.</w:t>
      </w:r>
      <w:r>
        <w:br/>
      </w:r>
      <w:r>
        <w:rPr>
          <w:sz w:val="20"/>
        </w:rPr>
        <w:t>49:20  hamesha yeh hota hai ke insaan mangta hai to chahta hai ke mere naqshe ke mutabiq mile mujhe, magar jab aisa nahi hoga, milega khuda ke naqshe ke mutabiq, kyunke jo greater good hai aap ke liye, us ko sirf khuda janta hai.</w:t>
      </w:r>
      <w:r>
        <w:br/>
      </w:r>
      <w:r>
        <w:rPr>
          <w:sz w:val="20"/>
        </w:rPr>
        <w:t>49:36  greater good, hum to sirf phanse rehte hain, yaani immediate cheezon mein. immediate, hum future ko nahi jaan paate, to jo future ke aitbar se jo greater good hai hum ke liye, us ka faisla karta hai khuda.</w:t>
      </w:r>
      <w:r>
        <w:br/>
      </w:r>
      <w:r>
        <w:rPr>
          <w:sz w:val="20"/>
        </w:rPr>
        <w:t>49:50  agar hum mangne mein sachhe hon to.</w:t>
      </w:r>
    </w:p>
    <w:p>
      <w:pPr>
        <w:pStyle w:val="Heading2"/>
      </w:pPr>
      <w:r>
        <w:t>Purpose and mandatory status of Tarawih</w:t>
      </w:r>
    </w:p>
    <w:p>
      <w:r>
        <w:rPr>
          <w:color w:val="666666"/>
          <w:sz w:val="18"/>
        </w:rPr>
        <w:t>Worship · Roza and Quran July 18, 2010 · 1m 28s · at 1:10:36 · https://youtu.be/TSjqSQEb0EQ?t=4236</w:t>
      </w:r>
    </w:p>
    <w:p>
      <w:r>
        <w:rPr>
          <w:i/>
        </w:rPr>
        <w:t>“What is the main purpose of Tarawih? If someone does not pray it, will it be a sin? Is Tarawih obligatory?”</w:t>
      </w:r>
    </w:p>
    <w:p>
      <w:r>
        <w:rPr>
          <w:sz w:val="20"/>
        </w:rPr>
        <w:t>1:10:36  maulana, agla sawal mr. mazhar ka hai, dilli se. unhon ne likha hai ke ramzan ke mahine mein jo masjid mein taraweeh padhai jati hai, us ka main maqsad kya hai?</w:t>
      </w:r>
      <w:r>
        <w:br/>
      </w:r>
      <w:r>
        <w:rPr>
          <w:sz w:val="20"/>
        </w:rPr>
        <w:t>1:10:50  agar koi insaan use na parhe to kya gunaah hoga? kya taraweeh farz hai? nahin, dekhein, taraweeh na to farz hai na sunnat hai.</w:t>
      </w:r>
      <w:r>
        <w:br/>
      </w:r>
      <w:r>
        <w:rPr>
          <w:sz w:val="20"/>
        </w:rPr>
        <w:t>1:11:02  aisa nahin hai. lekin taraweeh mein sawab hai, tareekh faida hai. taraweeh ko mein ijtimai mutaala-e-quran samajhta hoon.</w:t>
      </w:r>
      <w:r>
        <w:br/>
      </w:r>
      <w:r>
        <w:rPr>
          <w:sz w:val="20"/>
        </w:rPr>
        <w:t>1:11:13  yaani sab mil kar bohat se log quran ka mutaala karein to woh hai taraweeh. lekin yeh taraweeh sunana to koi cheez nahin hai. taraweeh sunana koi cheez nahin hai.</w:t>
      </w:r>
      <w:r>
        <w:br/>
      </w:r>
      <w:r>
        <w:rPr>
          <w:sz w:val="20"/>
        </w:rPr>
        <w:t>1:11:25  yeh woh hai ijtimai mutaala-e-quran. yaani jo parhe qari, bohat ruk ruk ke parhe, aik aik lafz sunai de aur aap ka dhyan laga rahe ke kya baat kahi gayi.</w:t>
      </w:r>
      <w:r>
        <w:br/>
      </w:r>
      <w:r>
        <w:rPr>
          <w:sz w:val="20"/>
        </w:rPr>
        <w:t>1:11:38  us us tukre mein jo taraweeh mein padha gaya, farz kiye ke log samajh nahin sakte to taraweeh se pehle ya taraweeh ke baad koi aalim wahan ho jo bataye ke aaj jo padha gaya, us ka kya us ka tarjuma sunaya jaye ya bataya jaye.</w:t>
      </w:r>
      <w:r>
        <w:br/>
      </w:r>
      <w:r>
        <w:rPr>
          <w:sz w:val="20"/>
        </w:rPr>
        <w:t>1:11:54  to taraweeh bohat achhi cheez hai, lekin mo'ajza taraweeh to aik woh bhi aik rasam hai, bas rasam se zyada us ki koi haqeeqat nahin hai.</w:t>
      </w:r>
    </w:p>
    <w:p>
      <w:pPr>
        <w:pStyle w:val="Heading2"/>
      </w:pPr>
      <w:r>
        <w:t>Qasar prayer during journey</w:t>
      </w:r>
    </w:p>
    <w:p>
      <w:r>
        <w:rPr>
          <w:color w:val="666666"/>
          <w:sz w:val="18"/>
        </w:rPr>
        <w:t>Worship · Divine Guidance November 20, 2016 · 2m 26s · at 1:07:27 · https://youtu.be/tbcloc-fvSE?t=4047</w:t>
      </w:r>
    </w:p>
    <w:p>
      <w:r>
        <w:rPr>
          <w:i/>
        </w:rPr>
        <w:t>“It is said that while one is on a journey, the person need not pray full namaz, but he or she may pray qasar namaz. Please explain the ruling.”</w:t>
      </w:r>
    </w:p>
    <w:p>
      <w:r>
        <w:rPr>
          <w:sz w:val="20"/>
        </w:rPr>
        <w:t>1:07:27  would definitely follow, inshallah." Maulana, agla sawal bismah siddiqui ne kiya hai.</w:t>
      </w:r>
      <w:r>
        <w:br/>
      </w:r>
      <w:r>
        <w:rPr>
          <w:sz w:val="20"/>
        </w:rPr>
        <w:t>1:07:33  aah, dilli se unhon ne likha hai: "It is said that while one is on a journey, the</w:t>
      </w:r>
      <w:r>
        <w:br/>
      </w:r>
      <w:r>
        <w:rPr>
          <w:sz w:val="20"/>
        </w:rPr>
        <w:t>1:07:39  person need not pray full namaz, but he or she may pray qasar namaz.</w:t>
      </w:r>
      <w:r>
        <w:br/>
      </w:r>
      <w:r>
        <w:rPr>
          <w:sz w:val="20"/>
        </w:rPr>
        <w:t>1:07:45  However, others say that when we are so much at ease these days while being on a journey, one should pray full namaz.</w:t>
      </w:r>
      <w:r>
        <w:br/>
      </w:r>
      <w:r>
        <w:rPr>
          <w:sz w:val="20"/>
        </w:rPr>
        <w:t>1:07:56  Maulana sahib, kindly clear this doubt for me.</w:t>
      </w:r>
      <w:r>
        <w:br/>
      </w:r>
      <w:r>
        <w:rPr>
          <w:sz w:val="20"/>
        </w:rPr>
        <w:t>1:08:00  nahi, nahi, yeh masla nahi hai.</w:t>
      </w:r>
      <w:r>
        <w:br/>
      </w:r>
      <w:r>
        <w:rPr>
          <w:sz w:val="20"/>
        </w:rPr>
        <w:t>1:08:05  Yeh koi nahi manta.</w:t>
      </w:r>
      <w:r>
        <w:br/>
      </w:r>
      <w:r>
        <w:rPr>
          <w:sz w:val="20"/>
        </w:rPr>
        <w:t>1:08:10  Safar ke liye hai, woh aasan ho ya ghair aasan ho, woh relevant baat nahi hai.</w:t>
      </w:r>
      <w:r>
        <w:br/>
      </w:r>
      <w:r>
        <w:rPr>
          <w:sz w:val="20"/>
        </w:rPr>
        <w:t>1:08:15  Relevant baat hai ke safar masle mein aap iska badal nahi sakte.</w:t>
      </w:r>
      <w:r>
        <w:br/>
      </w:r>
      <w:r>
        <w:rPr>
          <w:sz w:val="20"/>
        </w:rPr>
        <w:t>1:08:20  Yeh riwayat jo hai, safar ke liye hai.</w:t>
      </w:r>
      <w:r>
        <w:br/>
      </w:r>
      <w:r>
        <w:rPr>
          <w:sz w:val="20"/>
        </w:rPr>
        <w:t>1:08:25  Ab woh ek alag baat hai ke aap ko aasani se safar ho raha hai ke mushkil se</w:t>
      </w:r>
      <w:r>
        <w:br/>
      </w:r>
      <w:r>
        <w:rPr>
          <w:sz w:val="20"/>
        </w:rPr>
        <w:t>1:08:29  ho raha hai, woh kuch cheezein hain.</w:t>
      </w:r>
      <w:r>
        <w:br/>
      </w:r>
      <w:r>
        <w:rPr>
          <w:sz w:val="20"/>
        </w:rPr>
        <w:t>1:08:34  Is mein kisi aalim ka koi ikhtilaf nahi hai.</w:t>
      </w:r>
      <w:r>
        <w:br/>
      </w:r>
      <w:r>
        <w:rPr>
          <w:sz w:val="20"/>
        </w:rPr>
        <w:t>1:08:39  Okay, so you know, before ending the session, there is an announcement for all the viewers who are</w:t>
      </w:r>
      <w:r>
        <w:br/>
      </w:r>
      <w:r>
        <w:rPr>
          <w:sz w:val="20"/>
        </w:rPr>
        <w:t>1:08:44  watching this, particularly from Pakistan area.</w:t>
      </w:r>
      <w:r>
        <w:br/>
      </w:r>
      <w:r>
        <w:rPr>
          <w:sz w:val="20"/>
        </w:rPr>
        <w:t>1:08:49  There is a Karachi Book Fair which will happen between 15th to 19th December.</w:t>
      </w:r>
      <w:r>
        <w:br/>
      </w:r>
      <w:r>
        <w:rPr>
          <w:sz w:val="20"/>
        </w:rPr>
        <w:t>1:08:54  Agar aap is Book Fair mein jayen ge to aap ko tamam Maulana sahib ki kitabein mil jayengi aur un ki Quran translation aur tafsir bhi wahan pe available hai. aur agar aap Quran ke tarjuma Urdu, English aur Chinese language mein chahte hain ya aap monthly Al-Risala aur Spirit of Islam jo English mein hai, us ko subscribe karna chahte hain ya phir aap dawat team ko join karna chahte hain to you can contact Tariq Badar sahib, un ka mobile number hai 033-44856-560. Repeat ah, I repeat 033-44856-560. Well be back next Sunday, same time. Thank you.</w:t>
      </w:r>
    </w:p>
    <w:p>
      <w:pPr>
        <w:pStyle w:val="Heading2"/>
      </w:pPr>
      <w:r>
        <w:t>Qurbani Spending vs Welfare Work</w:t>
      </w:r>
    </w:p>
    <w:p>
      <w:r>
        <w:rPr>
          <w:color w:val="666666"/>
          <w:sz w:val="18"/>
        </w:rPr>
        <w:t>Worship · Revival of Abrahamic Mission October 28, 2012 · 50s · at 1:10:47 · https://youtu.be/9mV72V5gsqM?t=4247</w:t>
      </w:r>
    </w:p>
    <w:p>
      <w:r>
        <w:rPr>
          <w:i/>
        </w:rPr>
        <w:t>“Some Muslims say that the money spent on Qurbani (sacrifice) is of no benefit. Instead, if that money is spent on some welfare work, it would be very beneficial. How correct is this statement?”</w:t>
      </w:r>
    </w:p>
    <w:p>
      <w:r>
        <w:rPr>
          <w:sz w:val="20"/>
        </w:rPr>
        <w:t>1:10:47  maulana, agla sawal karachi pakistan se aaya hai mrs abdul latif ka.</w:t>
      </w:r>
      <w:r>
        <w:br/>
      </w:r>
      <w:r>
        <w:rPr>
          <w:sz w:val="20"/>
        </w:rPr>
        <w:t>1:10:52  unhon ne likha hai: "musalmanon mein se kuch log kehte hain ke qurbani par jo raqam kharch ki jati hai, is ka koi faida nahi.</w:t>
      </w:r>
      <w:r>
        <w:br/>
      </w:r>
      <w:r>
        <w:rPr>
          <w:sz w:val="20"/>
        </w:rPr>
        <w:t>1:11:04  is ke bajaye agar is raqam ko kisi rifahi kaam mein lagaya jaye to is ka bohat faida hoga." Maulana sahib, yeh baat kis had tak sahi hai?</w:t>
      </w:r>
      <w:r>
        <w:br/>
      </w:r>
      <w:r>
        <w:rPr>
          <w:sz w:val="20"/>
        </w:rPr>
        <w:t>1:11:16  nahi, bilkul absurd hai. bilkul absurd baat hai.</w:t>
      </w:r>
      <w:r>
        <w:br/>
      </w:r>
      <w:r>
        <w:rPr>
          <w:sz w:val="20"/>
        </w:rPr>
        <w:t>1:11:22  main is se hargiz ittefaq nahi karta. yeh bohat dair se yeh soch logon mein pai jati hai, lekin bilkul yeh yeh bilkul absurd baat hai.</w:t>
      </w:r>
      <w:r>
        <w:br/>
      </w:r>
      <w:r>
        <w:rPr>
          <w:sz w:val="20"/>
        </w:rPr>
        <w:t>1:11:31  is ka koi haqeeqat is ki nahi hai.</w:t>
      </w:r>
    </w:p>
    <w:p>
      <w:pPr>
        <w:pStyle w:val="Heading2"/>
      </w:pPr>
      <w:r>
        <w:t>Reality of Qaza-e-Umri explained</w:t>
      </w:r>
    </w:p>
    <w:p>
      <w:r>
        <w:rPr>
          <w:color w:val="666666"/>
          <w:sz w:val="18"/>
        </w:rPr>
        <w:t>Worship · Purpose Of Human Life -12th Feb. '12 · 2m 00s · at 1:37:35 · https://youtu.be/TCGYvGJHf7w?t=5855</w:t>
      </w:r>
    </w:p>
    <w:p>
      <w:r>
        <w:rPr>
          <w:i/>
        </w:rPr>
        <w:t>“What is the reality of Qaza-e-Umri (making up missed prayers of one's lifetime)?”</w:t>
      </w:r>
    </w:p>
    <w:p>
      <w:r>
        <w:rPr>
          <w:sz w:val="20"/>
        </w:rPr>
        <w:t>1:37:35  Maulana, agla sawal Kashmir se Mr.</w:t>
      </w:r>
      <w:r>
        <w:br/>
      </w:r>
      <w:r>
        <w:rPr>
          <w:sz w:val="20"/>
        </w:rPr>
        <w:t>1:37:40  Irfaan Ahmed sahib ka hai.</w:t>
      </w:r>
      <w:r>
        <w:br/>
      </w:r>
      <w:r>
        <w:rPr>
          <w:sz w:val="20"/>
        </w:rPr>
        <w:t>1:37:45  unhon ne poocha hai qazaye oomri ki haqeeqat kya hai? kuch bhi nahi, yeh to baad ki cheezein hain.</w:t>
      </w:r>
      <w:r>
        <w:br/>
      </w:r>
      <w:r>
        <w:rPr>
          <w:sz w:val="20"/>
        </w:rPr>
        <w:t>1:37:49  yeh sab baad ki cheezein hain, qazaye oomri.</w:t>
      </w:r>
      <w:r>
        <w:br/>
      </w:r>
      <w:r>
        <w:rPr>
          <w:sz w:val="20"/>
        </w:rPr>
        <w:t>1:37:54  yeh is zamane mein paida hua jab ke form asal ho gaya aur spirit ghayab ho gayi.</w:t>
      </w:r>
      <w:r>
        <w:br/>
      </w:r>
      <w:r>
        <w:rPr>
          <w:sz w:val="20"/>
        </w:rPr>
        <w:t>1:37:59  qazaye oomri aadmi kis baat karta hai? kya spirit ki qaza karte hain? jo log qazaye oomri karte</w:t>
      </w:r>
      <w:r>
        <w:br/>
      </w:r>
      <w:r>
        <w:rPr>
          <w:sz w:val="20"/>
        </w:rPr>
        <w:t>1:38:04  hain woh is form ko dohrate hain.</w:t>
      </w:r>
      <w:r>
        <w:br/>
      </w:r>
      <w:r>
        <w:rPr>
          <w:sz w:val="20"/>
        </w:rPr>
        <w:t>1:38:09  spirit ko, spirit ko kaise dohrainge aap? to qazaye oomri darasal is is waqt paida hua hai</w:t>
      </w:r>
      <w:r>
        <w:br/>
      </w:r>
      <w:r>
        <w:rPr>
          <w:sz w:val="20"/>
        </w:rPr>
        <w:t>1:38:14  tasawwur jab namaz jo thi woh bas form ban gayi, form. spirit ghayab.</w:t>
      </w:r>
      <w:r>
        <w:br/>
      </w:r>
      <w:r>
        <w:rPr>
          <w:sz w:val="20"/>
        </w:rPr>
        <w:t>1:38:18  halanke hadith mein pata hai ek aata hai ke la salat illa khushu khushu ke baghair namaz nahi.</w:t>
      </w:r>
      <w:r>
        <w:br/>
      </w:r>
      <w:r>
        <w:rPr>
          <w:sz w:val="20"/>
        </w:rPr>
        <w:t>1:38:23  to khushu kaise dohrainge aap? qazaye oomri karenge to khushu kaise dohrainge aap? formi ko</w:t>
      </w:r>
      <w:r>
        <w:br/>
      </w:r>
      <w:r>
        <w:rPr>
          <w:sz w:val="20"/>
        </w:rPr>
        <w:t>1:38:28  dohra sakte hain aap.</w:t>
      </w:r>
      <w:r>
        <w:br/>
      </w:r>
      <w:r>
        <w:rPr>
          <w:sz w:val="20"/>
        </w:rPr>
        <w:t>1:38:33  mein bas bataun ke yeh yeh yeh jo hai reduced form jo namaz ka bana us se is</w:t>
      </w:r>
      <w:r>
        <w:br/>
      </w:r>
      <w:r>
        <w:rPr>
          <w:sz w:val="20"/>
        </w:rPr>
        <w:t>1:38:38  se yeh cheez nikli hai.</w:t>
      </w:r>
      <w:r>
        <w:br/>
      </w:r>
      <w:r>
        <w:rPr>
          <w:sz w:val="20"/>
        </w:rPr>
        <w:t>1:38:43  baqi qazaye oomri na hadith mein hai na quran mein, kahin bhi nahi hai.</w:t>
      </w:r>
      <w:r>
        <w:br/>
      </w:r>
      <w:r>
        <w:rPr>
          <w:sz w:val="20"/>
        </w:rPr>
        <w:t>1:38:47  is ka koi bhi reference quran mein hadith mein nahi de sakte aap.</w:t>
      </w:r>
      <w:r>
        <w:br/>
      </w:r>
      <w:r>
        <w:rPr>
          <w:sz w:val="20"/>
        </w:rPr>
        <w:t>1:38:52  mein is ko nahi manta.</w:t>
      </w:r>
      <w:r>
        <w:br/>
      </w:r>
      <w:r>
        <w:rPr>
          <w:sz w:val="20"/>
        </w:rPr>
        <w:t>1:38:57  mujhe se koi log masla puchte hain, maine kaha nahi, islam mein yeh sab kuch nahi hai.</w:t>
      </w:r>
      <w:r>
        <w:br/>
      </w:r>
      <w:r>
        <w:rPr>
          <w:sz w:val="20"/>
        </w:rPr>
        <w:t>1:39:02  jis din aap ko ehsas hua hai usi din se active ho jaiye.</w:t>
      </w:r>
      <w:r>
        <w:br/>
      </w:r>
      <w:r>
        <w:rPr>
          <w:sz w:val="20"/>
        </w:rPr>
        <w:t>1:39:07  aur qazaye umri karne ke ilawa doosre kaam kijiye, dawat e ilaah ka kaam kijiye.</w:t>
      </w:r>
      <w:r>
        <w:br/>
      </w:r>
      <w:r>
        <w:rPr>
          <w:sz w:val="20"/>
        </w:rPr>
        <w:t>1:39:12  yani is isi form ko dohrane ke liye kyun aap sab se zyada chahte hain? dawat e ilaah ke liye dodiye.</w:t>
      </w:r>
      <w:r>
        <w:br/>
      </w:r>
      <w:r>
        <w:rPr>
          <w:sz w:val="20"/>
        </w:rPr>
        <w:t>1:39:16  yani aap is se pehle jo aap dawat e ilaah nahi kar sake, aaj dawat e ilaah ke liye sargam ho jaiye.</w:t>
      </w:r>
      <w:r>
        <w:br/>
      </w:r>
      <w:r>
        <w:rPr>
          <w:sz w:val="20"/>
        </w:rPr>
        <w:t>1:39:21  yeh in sab kaamon mein aap apna tawajjuh lagaiye.</w:t>
      </w:r>
      <w:r>
        <w:br/>
      </w:r>
      <w:r>
        <w:rPr>
          <w:sz w:val="20"/>
        </w:rPr>
        <w:t>1:39:26  main is ko nahi manta.</w:t>
      </w:r>
      <w:r>
        <w:br/>
      </w:r>
      <w:r>
        <w:rPr>
          <w:sz w:val="20"/>
        </w:rPr>
        <w:t>1:39:31  kyun ke is ka koi saboot nahi hai.</w:t>
      </w:r>
    </w:p>
    <w:p>
      <w:pPr>
        <w:pStyle w:val="Heading2"/>
      </w:pPr>
      <w:r>
        <w:t>Reason for animal sacrifice in worship</w:t>
      </w:r>
    </w:p>
    <w:p>
      <w:r>
        <w:rPr>
          <w:color w:val="666666"/>
          <w:sz w:val="18"/>
        </w:rPr>
        <w:t>Worship · Man and the Laws of Nature April 1, 2012 · 1m 08s · at 1:44:49 · https://youtu.be/coIrwYQgb6Y?t=6289</w:t>
      </w:r>
    </w:p>
    <w:p>
      <w:r>
        <w:rPr>
          <w:i/>
        </w:rPr>
        <w:t>“Why was animal sacrifice made a part of worship?”</w:t>
      </w:r>
    </w:p>
    <w:p>
      <w:r>
        <w:rPr>
          <w:sz w:val="20"/>
        </w:rPr>
        <w:t>1:44:49  Maulana, agla sawal Mr. Satish Chand Gupta ka hai. Delhi se unhon ne likha hai: "janwar ko qurbani karne ko ibadat ka hissa kyun banaya gaya hai?</w:t>
      </w:r>
      <w:r>
        <w:br/>
      </w:r>
      <w:r>
        <w:rPr>
          <w:sz w:val="20"/>
        </w:rPr>
        <w:t>1:45:00  is ke bare mein bataein." is ke bare mein main likh chuka hoon. aadmi yeh do mind alag alag hain aur yeh is mindset ki wajah se log samajh nahi paate.</w:t>
      </w:r>
      <w:r>
        <w:br/>
      </w:r>
      <w:r>
        <w:rPr>
          <w:sz w:val="20"/>
        </w:rPr>
        <w:t>1:45:13  ek mindset ban jata hai ke main khud to vegetarian hoon, yani I am a bond vegetarian, to mera to yeh problem nahi hai.</w:t>
      </w:r>
      <w:r>
        <w:br/>
      </w:r>
      <w:r>
        <w:rPr>
          <w:sz w:val="20"/>
        </w:rPr>
        <w:t>1:45:24  lekin kuch log jo hain apne mindset ki wajah se jo doosra point of view hai, us ko samajh nahi paate. to is bare mein maine likha hai, us ko aap padh lijiye aur inshallah us se aap ko itminan</w:t>
      </w:r>
      <w:r>
        <w:br/>
      </w:r>
      <w:r>
        <w:rPr>
          <w:sz w:val="20"/>
        </w:rPr>
        <w:t>1:45:40  ho jayega. dekhen, hamara magazine nikalta hai Al-Risala, us ka December 2009 mein tafseel se detail ke sath aaya hai.</w:t>
      </w:r>
      <w:r>
        <w:br/>
      </w:r>
      <w:r>
        <w:rPr>
          <w:sz w:val="20"/>
        </w:rPr>
        <w:t>1:45:49  us par us ko aap padh lijiye. December 2009 Al-Risala, yeh hamara magazine hai.</w:t>
      </w:r>
    </w:p>
    <w:p>
      <w:pPr>
        <w:pStyle w:val="Heading2"/>
      </w:pPr>
      <w:r>
        <w:t>Reason for five daily prayers in Quran</w:t>
      </w:r>
    </w:p>
    <w:p>
      <w:r>
        <w:rPr>
          <w:color w:val="666666"/>
          <w:sz w:val="18"/>
        </w:rPr>
        <w:t>Worship · Interpretation of History October 23, 2016 · 1m 27s · at 50:12 · https://youtu.be/P-JhH3q-Mdg?t=3012</w:t>
      </w:r>
    </w:p>
    <w:p>
      <w:r>
        <w:rPr>
          <w:i/>
        </w:rPr>
        <w:t>“Why we should attend five times prayer and where it is shown in Holy Quran? Please comment on this.”</w:t>
      </w:r>
    </w:p>
    <w:p>
      <w:r>
        <w:rPr>
          <w:sz w:val="20"/>
        </w:rPr>
        <w:t>50:12  ji, maulana, agla sawal doctor fazal kairal sahib ne kiya hai dilli se, aur unhon ne likha hai</w:t>
      </w:r>
      <w:r>
        <w:br/>
      </w:r>
      <w:r>
        <w:rPr>
          <w:sz w:val="20"/>
        </w:rPr>
        <w:t>50:19  "Why we should attend five times namaz and where it is shown in Holy Quran?</w:t>
      </w:r>
      <w:r>
        <w:br/>
      </w:r>
      <w:r>
        <w:rPr>
          <w:sz w:val="20"/>
        </w:rPr>
        <w:t>50:27  please comment on this.</w:t>
      </w:r>
      <w:r>
        <w:br/>
      </w:r>
      <w:r>
        <w:rPr>
          <w:sz w:val="20"/>
        </w:rPr>
        <w:t>50:33  dekhen, yeh sawal sahi nahi hai, kyunke quran ko samajhne ke liye sunnat zarori hai, rasool Allah ki sunnat.</w:t>
      </w:r>
      <w:r>
        <w:br/>
      </w:r>
      <w:r>
        <w:rPr>
          <w:sz w:val="20"/>
        </w:rPr>
        <w:t>50:39  agar aap quran se hadith ko alag kar den to quran ko bhi samajh nahi sakte aap.</w:t>
      </w:r>
      <w:r>
        <w:br/>
      </w:r>
      <w:r>
        <w:rPr>
          <w:sz w:val="20"/>
        </w:rPr>
        <w:t>50:45  to quran mein lafz panch to nahi aaya hai, lekin hadith mein lafz panch aaya hai.</w:t>
      </w:r>
      <w:r>
        <w:br/>
      </w:r>
      <w:r>
        <w:rPr>
          <w:sz w:val="20"/>
        </w:rPr>
        <w:t>50:51  to jo log hadith ko alag kar ke quran ko samajhna chahte hain, main un ko bohat ziyada</w:t>
      </w:r>
      <w:r>
        <w:br/>
      </w:r>
      <w:r>
        <w:rPr>
          <w:sz w:val="20"/>
        </w:rPr>
        <w:t>50:57  phatka hua samajhta hoon, phatka hua, kyuki yeh mere nazdeek acceptable nahi hai ke hadees ko alag kar</w:t>
      </w:r>
      <w:r>
        <w:br/>
      </w:r>
      <w:r>
        <w:rPr>
          <w:sz w:val="20"/>
        </w:rPr>
        <w:t>51:03  ke aap quran ko samjhen.</w:t>
      </w:r>
      <w:r>
        <w:br/>
      </w:r>
      <w:r>
        <w:rPr>
          <w:sz w:val="20"/>
        </w:rPr>
        <w:t>51:09  main ne is ki bohat si misalen di hain, apne mazameen chhapen hain mere risalon mein, kitabon mein bhi.</w:t>
      </w:r>
      <w:r>
        <w:br/>
      </w:r>
      <w:r>
        <w:rPr>
          <w:sz w:val="20"/>
        </w:rPr>
        <w:t>51:15  to yeh mere nazdeek aik aik bilkul, yani baseless question hai, quran ko alag karna aur hadith</w:t>
      </w:r>
      <w:r>
        <w:br/>
      </w:r>
      <w:r>
        <w:rPr>
          <w:sz w:val="20"/>
        </w:rPr>
        <w:t>51:21  ko alag karna.</w:t>
      </w:r>
      <w:r>
        <w:br/>
      </w:r>
      <w:r>
        <w:rPr>
          <w:sz w:val="20"/>
        </w:rPr>
        <w:t>51:27  mere nazdeek jo hadith sabit ho jaye ke sunnat rasool hai, wo itni hi important ho jati hai</w:t>
      </w:r>
      <w:r>
        <w:br/>
      </w:r>
      <w:r>
        <w:rPr>
          <w:sz w:val="20"/>
        </w:rPr>
        <w:t>51:34  jitni important quran hai.</w:t>
      </w:r>
    </w:p>
    <w:p>
      <w:pPr>
        <w:pStyle w:val="Heading2"/>
      </w:pPr>
      <w:r>
        <w:t>Repentance after sin weakens willpower</w:t>
      </w:r>
    </w:p>
    <w:p>
      <w:r>
        <w:rPr>
          <w:color w:val="666666"/>
          <w:sz w:val="18"/>
        </w:rPr>
        <w:t>Worship · Spirit of the Age Nov 6, 2016 · 1m 17s · at 57:43 · https://youtu.be/QAW9LP53xQk?t=3463</w:t>
      </w:r>
    </w:p>
    <w:p>
      <w:r>
        <w:rPr>
          <w:i/>
        </w:rPr>
        <w:t>“After sin, will power becomes weak. In such a state, how do we repent, and how do we hope for forgiveness from Allah?”</w:t>
      </w:r>
    </w:p>
    <w:p>
      <w:r>
        <w:rPr>
          <w:sz w:val="20"/>
        </w:rPr>
        <w:t>57:43  maulana, agla sawal dilli se bheja hai anwar subhani sahib ne, aur unhon ne likha hai: gunah ke</w:t>
      </w:r>
      <w:r>
        <w:br/>
      </w:r>
      <w:r>
        <w:rPr>
          <w:sz w:val="20"/>
        </w:rPr>
        <w:t>57:49  baad will power kamzor par jati hai.</w:t>
      </w:r>
      <w:r>
        <w:br/>
      </w:r>
      <w:r>
        <w:rPr>
          <w:sz w:val="20"/>
        </w:rPr>
        <w:t>57:55  aisi halat mein hum tauba kaise karein, aur Allah pak se maafi ki umeed kaise rakhein, is ke</w:t>
      </w:r>
      <w:r>
        <w:br/>
      </w:r>
      <w:r>
        <w:rPr>
          <w:sz w:val="20"/>
        </w:rPr>
        <w:t>58:01  baray mein bataein.</w:t>
      </w:r>
      <w:r>
        <w:br/>
      </w:r>
      <w:r>
        <w:rPr>
          <w:sz w:val="20"/>
        </w:rPr>
        <w:t>58:07  yeh baat jo hai psychology ke khilaf hai, bilkul khilaf.</w:t>
      </w:r>
      <w:r>
        <w:br/>
      </w:r>
      <w:r>
        <w:rPr>
          <w:sz w:val="20"/>
        </w:rPr>
        <w:t>58:13  consciousness ka jo concept hai, us ke khilaf hai.</w:t>
      </w:r>
      <w:r>
        <w:br/>
      </w:r>
      <w:r>
        <w:rPr>
          <w:sz w:val="20"/>
        </w:rPr>
        <w:t>58:19  nature ka ek mechanism hai aadmi ke andar jo kehte hain conscious zamir.</w:t>
      </w:r>
      <w:r>
        <w:br/>
      </w:r>
      <w:r>
        <w:rPr>
          <w:sz w:val="20"/>
        </w:rPr>
        <w:t>58:25  aadmi ke sath gunah ho to foran woh activate ho jata hai, woh woh system activate ho jata hai.</w:t>
      </w:r>
      <w:r>
        <w:br/>
      </w:r>
      <w:r>
        <w:rPr>
          <w:sz w:val="20"/>
        </w:rPr>
        <w:t>58:31  yeh baat aap jo keh rahe hain, bilkul insani nafsiyat ke khilaf hai, psychology ke khilaf hai.</w:t>
      </w:r>
      <w:r>
        <w:br/>
      </w:r>
      <w:r>
        <w:rPr>
          <w:sz w:val="20"/>
        </w:rPr>
        <w:t>58:37  yeh fitrat mein interwoven hai ke agar ek aadmi koi galat kaam kar de to foran hi instantly</w:t>
      </w:r>
      <w:r>
        <w:br/>
      </w:r>
      <w:r>
        <w:rPr>
          <w:sz w:val="20"/>
        </w:rPr>
        <w:t>58:43  us ke andar zamir ka mechanism jaag uthta hai.</w:t>
      </w:r>
      <w:r>
        <w:br/>
      </w:r>
      <w:r>
        <w:rPr>
          <w:sz w:val="20"/>
        </w:rPr>
        <w:t>58:49  is ki awaz suniye.</w:t>
      </w:r>
      <w:r>
        <w:br/>
      </w:r>
      <w:r>
        <w:rPr>
          <w:sz w:val="20"/>
        </w:rPr>
        <w:t>58:55  mein samajhta hoon ke yeh baat jo unhon ne kahi hai, yeh bilkul unnatural hai aur khilaf waqea hai.</w:t>
      </w:r>
    </w:p>
    <w:p>
      <w:pPr>
        <w:pStyle w:val="Heading2"/>
      </w:pPr>
      <w:r>
        <w:t>Reward multiplication based on quality</w:t>
      </w:r>
    </w:p>
    <w:p>
      <w:r>
        <w:rPr>
          <w:color w:val="666666"/>
          <w:sz w:val="18"/>
        </w:rPr>
        <w:t>Worship · Peace of Mind June 29, 2014 · 1m 34s · at 49:00 · https://youtu.be/oVwRc_FcAGk?t=2940</w:t>
      </w:r>
    </w:p>
    <w:p>
      <w:r>
        <w:rPr>
          <w:i/>
        </w:rPr>
        <w:t>“We know that in certain months or times, the reward for worship or action is multiplied many times, like in Ramadan the reward for prayer becomes seventy times more. I feel that the increase in reward depends on the quality of one's worship or action. It is not that whoever prays in Ramadan gets seventy times more reward, but rather the reward is according to the quality of one's worship. Please clarify this.”</w:t>
      </w:r>
    </w:p>
    <w:p>
      <w:r>
        <w:rPr>
          <w:sz w:val="20"/>
        </w:rPr>
        <w:t>49:00  maulana, yeh sawal aaya hai dilli se Shahnawaz Zafar sahib ka, aur unhone likha hai ke hum jante hain ke kuch khaas mahine ya kuch khaas auqat mein kisi ibadat ya kisi amal ka sawab kai guna badha diya jata hai, jaisa ke Ramzan mein namaz ka sawab satar guna zyada ho jata hai.</w:t>
      </w:r>
      <w:r>
        <w:br/>
      </w:r>
      <w:r>
        <w:rPr>
          <w:sz w:val="20"/>
        </w:rPr>
        <w:t>49:26  mujhe aisa lagta hai ke sawab ka zyada hona insaan ki ibadat ya amal ki کیفیت ke upar hai. aisa nahi hai ke Ramzan mein jo bhi namaz padhe, use satar guna zyada sawab mila, balkeh jis ki کیفیت jaisi rahi, use waisa sawab mila.</w:t>
      </w:r>
      <w:r>
        <w:br/>
      </w:r>
      <w:r>
        <w:rPr>
          <w:sz w:val="20"/>
        </w:rPr>
        <w:t>49:46  meherbani kar ke is ki wazahat karen.</w:t>
      </w:r>
      <w:r>
        <w:br/>
      </w:r>
      <w:r>
        <w:rPr>
          <w:sz w:val="20"/>
        </w:rPr>
        <w:t>49:50  dekhiye, yeh mamla aisa hai ke is par bohat likh chuke hain apni kitabon mein, aur sawab ka taluq kisi waqt se nahi hai, کیفیت se hai.</w:t>
      </w:r>
      <w:r>
        <w:br/>
      </w:r>
      <w:r>
        <w:rPr>
          <w:sz w:val="20"/>
        </w:rPr>
        <w:t>50:02  aap hamari kitab Ramzan par aik kitab hai, Haj par aik kitab hai, is ko aap padhiye.</w:t>
      </w:r>
      <w:r>
        <w:br/>
      </w:r>
      <w:r>
        <w:rPr>
          <w:sz w:val="20"/>
        </w:rPr>
        <w:t>50:08  jab bohat detail ke sath hum ne yeh baat kahi hai, aur us ko hum ne disply kiya hai, is is is rawayati tasawwur ko ke kisi waqt se juda hua hai,</w:t>
      </w:r>
      <w:r>
        <w:br/>
      </w:r>
      <w:r>
        <w:rPr>
          <w:sz w:val="20"/>
        </w:rPr>
        <w:t>50:21  bara sawab, bara sawab, bari bari کیفیت par hota hai, bara sawab bari کیفیت mein hota hai, na ke kisi waqt par.</w:t>
      </w:r>
      <w:r>
        <w:br/>
      </w:r>
      <w:r>
        <w:rPr>
          <w:sz w:val="20"/>
        </w:rPr>
        <w:t>50:30  is par hum tafseel se likh chuke hain, aap us ko padhiye.</w:t>
      </w:r>
    </w:p>
    <w:p>
      <w:pPr>
        <w:pStyle w:val="Heading2"/>
      </w:pPr>
      <w:r>
        <w:t>Sacrifice money vs charity on Eid</w:t>
      </w:r>
    </w:p>
    <w:p>
      <w:r>
        <w:rPr>
          <w:color w:val="666666"/>
          <w:sz w:val="18"/>
        </w:rPr>
        <w:t>Worship · God Oriented Life (In Conversation with Maulana) 23 10 11 · 3m 17s · at 37:08 · https://youtu.be/E_LWwsWww2U?t=2228</w:t>
      </w:r>
    </w:p>
    <w:p>
      <w:r>
        <w:rPr>
          <w:i/>
        </w:rPr>
        <w:t>“Can we sometimes not sacrifice on Eid al-Adha and instead give that money to help someone in need? Or is sacrificing obligatory?”</w:t>
      </w:r>
    </w:p>
    <w:p>
      <w:r>
        <w:rPr>
          <w:sz w:val="20"/>
        </w:rPr>
        <w:t>37:08  Maulana unka ek aur sawal hai unhone likha hai ke kya hum aisa kar sakte hain ke kabhi kabhi bakra eid par qurbani na kar ke is paise ko kisi ki madad ke liye de dein is paise se kisi ki zaroorat mein help kar sakte hain ya us waqt qurbani karna hi farz hai</w:t>
      </w:r>
      <w:r>
        <w:br/>
      </w:r>
      <w:r>
        <w:rPr>
          <w:sz w:val="20"/>
        </w:rPr>
        <w:t>37:27  is tarah ke masle aap apne masjid ke imam se poochhiye yahan is tarah yeh yeh majlis is tarah ke masle ke liye nahi hai aap jahan namaz padhte hain jis masjid mein aap mohalle mein uske imam sahab se poochhiye woh batayenge aap ko</w:t>
      </w:r>
      <w:r>
        <w:br/>
      </w:r>
      <w:r>
        <w:rPr>
          <w:sz w:val="20"/>
        </w:rPr>
        <w:t>37:43  maulana yeh sawal aya hai mister ashish tiwari ka kanpur se unhon ne likha hai ke maulana sahib</w:t>
      </w:r>
      <w:r>
        <w:br/>
      </w:r>
      <w:r>
        <w:rPr>
          <w:sz w:val="20"/>
        </w:rPr>
        <w:t>37:50  ان today's lecture you have said that God wants man to convert his potential into actual in this</w:t>
      </w:r>
      <w:r>
        <w:br/>
      </w:r>
      <w:r>
        <w:rPr>
          <w:sz w:val="20"/>
        </w:rPr>
        <w:t>37:57  Therefore, life is an opportunity to learn about God and develop a God-oriented life. This</w:t>
      </w:r>
      <w:r>
        <w:br/>
      </w:r>
      <w:r>
        <w:rPr>
          <w:sz w:val="20"/>
        </w:rPr>
        <w:t>38:06  perfectly agrees with how Hinduism treats life. However, you have also said that in Islam the life</w:t>
      </w:r>
      <w:r>
        <w:br/>
      </w:r>
      <w:r>
        <w:rPr>
          <w:sz w:val="20"/>
        </w:rPr>
        <w:t>38:14  As a test, how can the learning and testing be carried out simultaneously?</w:t>
      </w:r>
      <w:r>
        <w:br/>
      </w:r>
      <w:r>
        <w:rPr>
          <w:sz w:val="20"/>
        </w:rPr>
        <w:t>38:21  in Hinduism man is given several opportunities to learn about God but in Islam it appears the testing and learning are carried out simultaneously please comment yani kya dono mein koi takrao to ismein aaya nahi kya takrao ismein kya hai takrao is</w:t>
      </w:r>
      <w:r>
        <w:br/>
      </w:r>
      <w:r>
        <w:rPr>
          <w:sz w:val="20"/>
        </w:rPr>
        <w:t>38:43  mein kya hai maulana un ka shayad is pe reference hai ke jo yeh likh rahe hain ke</w:t>
      </w:r>
      <w:r>
        <w:br/>
      </w:r>
      <w:r>
        <w:rPr>
          <w:sz w:val="20"/>
        </w:rPr>
        <w:t>38:47  in hinduism mein is given several opportunities</w:t>
      </w:r>
      <w:r>
        <w:br/>
      </w:r>
      <w:r>
        <w:rPr>
          <w:sz w:val="20"/>
        </w:rPr>
        <w:t>38:51  aur islam mein jo hai woh test aur learn learning ek sath hai to yeh ava gaman ko</w:t>
      </w:r>
      <w:r>
        <w:br/>
      </w:r>
      <w:r>
        <w:rPr>
          <w:sz w:val="20"/>
        </w:rPr>
        <w:t>38:56  refer kar rahe hain shayad bhai hinduism ke bare mein ap kisi sadhu se poochein swami se mein</w:t>
      </w:r>
      <w:r>
        <w:br/>
      </w:r>
      <w:r>
        <w:rPr>
          <w:sz w:val="20"/>
        </w:rPr>
        <w:t>39:01  to islam ki tashreeh kar raha hoon</w:t>
      </w:r>
      <w:r>
        <w:br/>
      </w:r>
      <w:r>
        <w:rPr>
          <w:sz w:val="20"/>
        </w:rPr>
        <w:t>39:04  is waqt mein islam ki tashreeh kar raha hoon hinduwism mein jo hai us ko aap kisi swami</w:t>
      </w:r>
      <w:r>
        <w:br/>
      </w:r>
      <w:r>
        <w:rPr>
          <w:sz w:val="20"/>
        </w:rPr>
        <w:t>39:07  ji se poochhiye mr muhammad rahat ne dilli se likha hai kisi bhi be qusoor insaan ko insaaf</w:t>
      </w:r>
      <w:r>
        <w:br/>
      </w:r>
      <w:r>
        <w:rPr>
          <w:sz w:val="20"/>
        </w:rPr>
        <w:t>39:16  dilane ke liye jhoot ka sahara liya ja sakta hai is ke bare mein bataein</w:t>
      </w:r>
      <w:r>
        <w:br/>
      </w:r>
      <w:r>
        <w:rPr>
          <w:sz w:val="20"/>
        </w:rPr>
        <w:t>39:25  yeh is koi is tarah se ismein maine ek bataya tha particular case ho tab bataya tha masla yeh yeh koi sawal nahi hai is tarah ke sawalat jo hai general aadaad nahi keh sakta koi particular case batai ke falan shakhs aisa hai iske sath aisa hai iska aisa hai to bata sakta hoon ke wahan kya karna chahiye aise aise koi masla nahi ho sakta is tarah ka masla nahi bataya bataya sakta.</w:t>
      </w:r>
    </w:p>
    <w:p>
      <w:pPr>
        <w:pStyle w:val="Heading2"/>
      </w:pPr>
      <w:r>
        <w:t>Sending Quranic reward to the deceased</w:t>
      </w:r>
    </w:p>
    <w:p>
      <w:r>
        <w:rPr>
          <w:color w:val="666666"/>
          <w:sz w:val="18"/>
        </w:rPr>
        <w:t>Worship · Art of Crisis Management I 3 October, 2010 Maulana Wahiduddin Khan · 1m 40s · at 1:33:49 · https://youtu.be/mcJZ0YEOolk?t=5629</w:t>
      </w:r>
    </w:p>
    <w:p>
      <w:r>
        <w:rPr>
          <w:i/>
        </w:rPr>
        <w:t>“Can a husband, parents, siblings recite Quran and send the reward (إیصال ثواب) to a deceased person for their forgiveness? What is the correct method?”</w:t>
      </w:r>
    </w:p>
    <w:p>
      <w:r>
        <w:rPr>
          <w:sz w:val="20"/>
        </w:rPr>
        <w:t>1:33:49  Maulana, yeh sawal kya hai? Miss Abida ne New Delhi se unhone poocha hai: Kya shohar, maa baap, bhai behan marne wale ki maghfirat ke liye tilawat e quran kar ke esal e sawab pahuncha sakta hai?</w:t>
      </w:r>
      <w:r>
        <w:br/>
      </w:r>
      <w:r>
        <w:rPr>
          <w:sz w:val="20"/>
        </w:rPr>
        <w:t>1:34:06  Is ka sahi tareeqa kya hai? Bhai, to main abhi jawab de chuka hoon. Is ka esal e sawab concept hi ghair islami hai.</w:t>
      </w:r>
      <w:r>
        <w:br/>
      </w:r>
      <w:r>
        <w:rPr>
          <w:sz w:val="20"/>
        </w:rPr>
        <w:t>1:34:17  Esal e sawab mani sawab pahunchana, yani amal aap karein aur yeh niyat karein ke yeh mera amal jo hai, is ka sawab pahunch jaye falan shakhs ko.</w:t>
      </w:r>
      <w:r>
        <w:br/>
      </w:r>
      <w:r>
        <w:rPr>
          <w:sz w:val="20"/>
        </w:rPr>
        <w:t>1:34:26  Yeh kahin yeh bilkul alien hai Islam mein. Kahin bhi Quran o Hadees mein nahi hai ke kisi aur ka amal kisi aur ko pahunch sakta hai. Kuch bhi nahi hai, is ki koi haqeeqat hi nahi hai.</w:t>
      </w:r>
      <w:r>
        <w:br/>
      </w:r>
      <w:r>
        <w:rPr>
          <w:sz w:val="20"/>
        </w:rPr>
        <w:t>1:34:37  Is ki jaden bhi esal e sawab ke</w:t>
      </w:r>
      <w:r>
        <w:br/>
      </w:r>
      <w:r>
        <w:rPr>
          <w:sz w:val="20"/>
        </w:rPr>
        <w:t>1:34:42  ke ke jo riwaj hain, hamare India mein, Arabon mein to nahi hain. India mein sab bilkul baseless hain, Islam se is ka koi talluq nahi hai, aur marne wale ko is se kuch bhi faida nahi pahunchta,</w:t>
      </w:r>
      <w:r>
        <w:br/>
      </w:r>
      <w:r>
        <w:rPr>
          <w:sz w:val="20"/>
        </w:rPr>
        <w:t>1:34:56  one percent bhi nahi. Yeh yeh concept Islam mein ajnabi hai. Amal koi kare, sawab kisi aur ko mil jaye.</w:t>
      </w:r>
      <w:r>
        <w:br/>
      </w:r>
      <w:r>
        <w:rPr>
          <w:sz w:val="20"/>
        </w:rPr>
        <w:t>1:35:07  Saaf saaf Quran mein hai ke "Laisa lil insaani illa ma sa" . Khud aadmi ne jo kuch kiya hoga, marne se pehle bas wahi is ka amal hai, wahi is ke kaam aayega marne ke baad.</w:t>
      </w:r>
      <w:r>
        <w:br/>
      </w:r>
      <w:r>
        <w:rPr>
          <w:sz w:val="20"/>
        </w:rPr>
        <w:t>1:35:21  Kisi aur ka amal marne ke baad is ke kaam aane wala nahi hai.</w:t>
      </w:r>
    </w:p>
    <w:p>
      <w:pPr>
        <w:pStyle w:val="Heading2"/>
      </w:pPr>
      <w:r>
        <w:t>Sending reward to deceased relatives</w:t>
      </w:r>
    </w:p>
    <w:p>
      <w:r>
        <w:rPr>
          <w:color w:val="666666"/>
          <w:sz w:val="18"/>
        </w:rPr>
        <w:t>Worship · Art of Crisis Management October 3, 2010 · 4m 29s · at 59:54 · https://youtu.be/sKdyThFThXo?t=3594</w:t>
      </w:r>
    </w:p>
    <w:p>
      <w:r>
        <w:rPr>
          <w:i/>
        </w:rPr>
        <w:t>“How can we send Isal-e-Sawab to a deceased relative and a Muslim? Can we do Hajj and do some nafl ibadah for him and her?”</w:t>
      </w:r>
    </w:p>
    <w:p>
      <w:r>
        <w:rPr>
          <w:sz w:val="20"/>
        </w:rPr>
        <w:t>59:54  maulana, yeh sawal miss gulzeebah ahmed nay kiya hai, maryland, usa say. unhon nay likha hai keh maulana sahib, how can we send esal-e-sawab to a deceased relative or a muslim?</w:t>
      </w:r>
      <w:r>
        <w:br/>
      </w:r>
      <w:r>
        <w:rPr>
          <w:sz w:val="20"/>
        </w:rPr>
        <w:t>1:00:09  can we do hajj or do some nafl ibadah for him or her? kindly comment.</w:t>
      </w:r>
      <w:r>
        <w:br/>
      </w:r>
      <w:r>
        <w:rPr>
          <w:sz w:val="20"/>
        </w:rPr>
        <w:t>1:00:16  dekhiye, esal-e-sawab ka jo concept hai, yeh musalmanon ka riwaj hai, islam say is ka koi talluq nahin, yeh hai hi nahin.</w:t>
      </w:r>
      <w:r>
        <w:br/>
      </w:r>
      <w:r>
        <w:rPr>
          <w:sz w:val="20"/>
        </w:rPr>
        <w:t>1:00:27  esal-e-sawab ka lafz hi aik baat ko paida hua, quran mein na yeh lafz hai, na hadith mein yeh lafz hai. yeh to daur-e-zawaal mein musalmanon nay nikal rakha hai, yeh sab esal-e-sawab,</w:t>
      </w:r>
      <w:r>
        <w:br/>
      </w:r>
      <w:r>
        <w:rPr>
          <w:sz w:val="20"/>
        </w:rPr>
        <w:t>1:00:41  yeh hai hi nahin islam mein.</w:t>
      </w:r>
      <w:r>
        <w:br/>
      </w:r>
      <w:r>
        <w:rPr>
          <w:sz w:val="20"/>
        </w:rPr>
        <w:t>1:00:43  laysa lilinsani illa ma sa'a. quran mein hai, yani khud apna hi amal kaam aye ga, kisi aur ka amal jo hai, woh us ko nahin puhanch sakta.</w:t>
      </w:r>
      <w:r>
        <w:br/>
      </w:r>
      <w:r>
        <w:rPr>
          <w:sz w:val="20"/>
        </w:rPr>
        <w:t>1:00:55  aur bhi esal-e-sawab bhi kahan hai? yeh india, pakistan aur bangladesh mein hai, abhi bhi arab mein nahin hai. sab arab mein aik concept nahin, esal-e-sawab ka.</w:t>
      </w:r>
      <w:r>
        <w:br/>
      </w:r>
      <w:r>
        <w:rPr>
          <w:sz w:val="20"/>
        </w:rPr>
        <w:t>1:01:06  eisal sawab mani sawab pohanchana, is ki literal meaning hai sawab</w:t>
      </w:r>
      <w:r>
        <w:br/>
      </w:r>
      <w:r>
        <w:rPr>
          <w:sz w:val="20"/>
        </w:rPr>
        <w:t>1:01:12  pohanchana, yani mein aik kaam karoon aur sawab kisi meray aadmi ko, jo mar chuka hai, mein hajj karoon aur is ka sawab meray huay aadmi ko pohanchay.</w:t>
      </w:r>
      <w:r>
        <w:br/>
      </w:r>
      <w:r>
        <w:rPr>
          <w:sz w:val="20"/>
        </w:rPr>
        <w:t>1:01:24  bilkul, yani koi be asal baat hai, baseless baat hai. yeh is ka taluq na quran se hai, na hadith se, na sahaba ke zamanay mein bhi is ka koi riwaj nahi tha.</w:t>
      </w:r>
      <w:r>
        <w:br/>
      </w:r>
      <w:r>
        <w:rPr>
          <w:sz w:val="20"/>
        </w:rPr>
        <w:t>1:01:33  aaj bhi arbon mein is ka riwaj nahi hai, aaj bhi nahi hai.</w:t>
      </w:r>
      <w:r>
        <w:br/>
      </w:r>
      <w:r>
        <w:rPr>
          <w:sz w:val="20"/>
        </w:rPr>
        <w:t>1:01:37  yeh sirf yeh jo yeh jo log hain, india aur pakistan aur bangladesh ke log, yahi hain. yeh sab cheezein to mein yeh kahoon ga ke sab se pehle to yeh daryaft kiye, kya is eisal sawab hai islam mein?</w:t>
      </w:r>
      <w:r>
        <w:br/>
      </w:r>
      <w:r>
        <w:rPr>
          <w:sz w:val="20"/>
        </w:rPr>
        <w:t>1:01:55  sab se pehle to yeh pata kijiye,</w:t>
      </w:r>
      <w:r>
        <w:br/>
      </w:r>
      <w:r>
        <w:rPr>
          <w:sz w:val="20"/>
        </w:rPr>
        <w:t>1:01:59  kuch bhi haqeeqat is eisal sawab ki nahi hai.</w:t>
      </w:r>
      <w:r>
        <w:br/>
      </w:r>
      <w:r>
        <w:rPr>
          <w:sz w:val="20"/>
        </w:rPr>
        <w:t>1:02:03  haan, sirf aik cheez hai, dekhiye, woh hai wasiyat. agar aadmi ne wasiyat ki ho, kuch maal is ke paas hai, maal se wasiyat ki ho ke dekho bhai, mehlay walon ke paas pani ka sadar nahi hai, tum mere is paisay se kuwan bana dena ta ke mehlay walon ko pani milnay lagay, aur is ke baad woh mar jay.</w:t>
      </w:r>
      <w:r>
        <w:br/>
      </w:r>
      <w:r>
        <w:rPr>
          <w:sz w:val="20"/>
        </w:rPr>
        <w:t>1:02:26  ab beton ne kuwan bana diya to</w:t>
      </w:r>
      <w:r>
        <w:br/>
      </w:r>
      <w:r>
        <w:rPr>
          <w:sz w:val="20"/>
        </w:rPr>
        <w:t>1:02:31  is ka sawab is ko milay ga, is liye ke is ne niyat is ki shamil thi. is mein is ki niyat yeh thi, paisa diya is ne, wasiyat is ne ki to is ka sawab milay ga.</w:t>
      </w:r>
      <w:r>
        <w:br/>
      </w:r>
      <w:r>
        <w:rPr>
          <w:sz w:val="20"/>
        </w:rPr>
        <w:t>1:02:45  is ko aisay hi hajj ka moamla hai, agar aik shakhs jo hai, is ne paisa ikatha kiya hajj karne ke liye,</w:t>
      </w:r>
      <w:r>
        <w:br/>
      </w:r>
      <w:r>
        <w:rPr>
          <w:sz w:val="20"/>
        </w:rPr>
        <w:t>1:02:55  lekin woh hajj nahi kar saka to is ne wasiyat ki ke dekho bhai, yeh mera jo paisa hai, is se hajj badal karwa dena kisi ka, meri taraf se wasiyat kar rahi hai, tab is ka sawab mujh ko milay ga.</w:t>
      </w:r>
      <w:r>
        <w:br/>
      </w:r>
      <w:r>
        <w:rPr>
          <w:sz w:val="20"/>
        </w:rPr>
        <w:t>1:03:09  aaj kal kya riwaj hai ke baghair wasiyat hi ke hajj badal karwatay hain log, woh bilkul is ka koi sawab nahi pohanchay ga marnay walay ko.</w:t>
      </w:r>
      <w:r>
        <w:br/>
      </w:r>
      <w:r>
        <w:rPr>
          <w:sz w:val="20"/>
        </w:rPr>
        <w:t>1:03:18  yaad rakh</w:t>
      </w:r>
      <w:r>
        <w:br/>
      </w:r>
      <w:r>
        <w:rPr>
          <w:sz w:val="20"/>
        </w:rPr>
        <w:t>1:03:19  ye, aaj kal jo riwaj hai hajj badal ka, to woh samajhtay hain ke bas kisi ko hajj karwa do, kisi molvi ko, aur is ka sawab mere dada ko mil jay ga, mere nana ko mil jay ga.</w:t>
      </w:r>
      <w:r>
        <w:br/>
      </w:r>
      <w:r>
        <w:rPr>
          <w:sz w:val="20"/>
        </w:rPr>
        <w:t>1:03:29  yeh bilkul be asal baat hai, baseless hai. dekhein, hajj badal sirf woh hai, yaad rakhiye, jis ki wasiyat kar ke mara ho aadmi,</w:t>
      </w:r>
      <w:r>
        <w:br/>
      </w:r>
      <w:r>
        <w:rPr>
          <w:sz w:val="20"/>
        </w:rPr>
        <w:t>1:03:41  yani paisa ikatha kiya is ne, jana tha is ko hajj par janay ka, beemar ho gaya, is ke baad farz kijiye, accident ho gaya kuch, ab woh woh apnay beton se kahay ke dekho bhai, mein ne paisa ikatha kiya tha janay ka, ab mein janay qabil hoon nahi,</w:t>
      </w:r>
      <w:r>
        <w:br/>
      </w:r>
      <w:r>
        <w:rPr>
          <w:sz w:val="20"/>
        </w:rPr>
        <w:t>1:03:58  aur yeh is tareeqay se woh mar jay. ab betay kisi ko hajj karwayn is paisay se to is ka naam hajj badal hai. bas, aur koi hajj badal islam mein nahi hai.</w:t>
      </w:r>
      <w:r>
        <w:br/>
      </w:r>
      <w:r>
        <w:rPr>
          <w:sz w:val="20"/>
        </w:rPr>
        <w:t>1:04:08  yaad rakhiye,</w:t>
      </w:r>
      <w:r>
        <w:br/>
      </w:r>
      <w:r>
        <w:rPr>
          <w:sz w:val="20"/>
        </w:rPr>
        <w:t>1:04:10  aaj kal jo hajj badal hua karta hai na, is is ki koi haqeeqat nahi hai. yeh musalmanon ka apna riwaj hai, jis ka islam se koi taluq nahi hai.</w:t>
      </w:r>
    </w:p>
    <w:p>
      <w:pPr>
        <w:pStyle w:val="Heading2"/>
      </w:pPr>
      <w:r>
        <w:t>Significance of form in Islamic worship</w:t>
      </w:r>
    </w:p>
    <w:p>
      <w:r>
        <w:rPr>
          <w:color w:val="666666"/>
          <w:sz w:val="18"/>
        </w:rPr>
        <w:t>Worship · Islam in Daily Life May 26, 2013 · 5m 32s · at 1:14:21 · https://youtu.be/iNyWPrbyyhA?t=4461</w:t>
      </w:r>
    </w:p>
    <w:p>
      <w:r>
        <w:rPr>
          <w:i/>
        </w:rPr>
        <w:t>“Some people say that the real thing is spirit. Form has no importance in Islam. My question is, what is the significance of form in Islam? For example, Salat, Hajj, etc. Please guide us.”</w:t>
      </w:r>
    </w:p>
    <w:p>
      <w:r>
        <w:rPr>
          <w:sz w:val="20"/>
        </w:rPr>
        <w:t>1:14:21  maulana agla sawal delhi se hai, ah mr n rasheed ka. unhon ne likha hai: "Some people say that the real thing is spirit.</w:t>
      </w:r>
      <w:r>
        <w:br/>
      </w:r>
      <w:r>
        <w:rPr>
          <w:sz w:val="20"/>
        </w:rPr>
        <w:t>1:14:31  Form has no importance in Islam</w:t>
      </w:r>
      <w:r>
        <w:br/>
      </w:r>
      <w:r>
        <w:rPr>
          <w:sz w:val="20"/>
        </w:rPr>
        <w:t>1:14:34  ." Maulana sahab "My question is, what is the significance of form in Islam? For example, Salat, Hajj, etc. Please guide us." dekhiye, jo log ye kahin,</w:t>
      </w:r>
      <w:r>
        <w:br/>
      </w:r>
      <w:r>
        <w:rPr>
          <w:sz w:val="20"/>
        </w:rPr>
        <w:t>1:14:48  jaise kuch sufia the, kehte hain ke "أنتُمْ مَا أَوْلَادَكُمْ وَدَانَا مَا وَارْدَاتَنَا" . ye to galat hai. ye ye nazariya galat hai.</w:t>
      </w:r>
      <w:r>
        <w:br/>
      </w:r>
      <w:r>
        <w:rPr>
          <w:sz w:val="20"/>
        </w:rPr>
        <w:t>1:14:59  dekhiye, spirit ka lazmi part hai form. spirit agar rahegi to is ko is ka expression hoga form ki surat mein.</w:t>
      </w:r>
      <w:r>
        <w:br/>
      </w:r>
      <w:r>
        <w:rPr>
          <w:sz w:val="20"/>
        </w:rPr>
        <w:t>1:15:14  aisi cheezen hain ke jo log detach kar dete hain, spirit ko alag kar ke form ko samajhte hain ke bas ye form ada kar diya to sab kuch ho gaya.</w:t>
      </w:r>
      <w:r>
        <w:br/>
      </w:r>
      <w:r>
        <w:rPr>
          <w:sz w:val="20"/>
        </w:rPr>
        <w:t>1:15:22  wo galat hai. yani spirit ko detach kar ke form be haqeeqat hai.</w:t>
      </w:r>
      <w:r>
        <w:br/>
      </w:r>
      <w:r>
        <w:rPr>
          <w:sz w:val="20"/>
        </w:rPr>
        <w:t>1:15:29  ye sahi hai. lekin wo form jo spirit ka manifestation ho, spirit ke izhar ke taur par paida ho, wo to in matloob hai.</w:t>
      </w:r>
      <w:r>
        <w:br/>
      </w:r>
      <w:r>
        <w:rPr>
          <w:sz w:val="20"/>
        </w:rPr>
        <w:t>1:15:41  jitna strong hogi spirit, utna hi zyada form aayega aap ke andar. to yaad rakhiye, ye kehna ke form ki koi zaroorat nahi hai, spirit kafi hoti hai, bilkul galat baat hai.</w:t>
      </w:r>
      <w:r>
        <w:br/>
      </w:r>
      <w:r>
        <w:rPr>
          <w:sz w:val="20"/>
        </w:rPr>
        <w:t>1:15:55  kuch sufi log the, aise jo kaha karte the "</w:t>
      </w:r>
      <w:r>
        <w:br/>
      </w:r>
      <w:r>
        <w:rPr>
          <w:sz w:val="20"/>
        </w:rPr>
        <w:t>1:15:59  ap log jo kehte hain ke spirit jo hai, wo aap ko motivate karti hai, wo muharrik banti hai, andar se aap ko jagati hai. ye ye bilkul galat nazariya hai. ye</w:t>
      </w:r>
      <w:r>
        <w:br/>
      </w:r>
      <w:r>
        <w:rPr>
          <w:sz w:val="20"/>
        </w:rPr>
        <w:t>1:16:08  lekin sahi baat ye hai ke spirit jo hai, wo aap ko motivate karti hai, wo muharrik banti hai, andar se aap ko jagati hai.</w:t>
      </w:r>
      <w:r>
        <w:br/>
      </w:r>
      <w:r>
        <w:rPr>
          <w:sz w:val="20"/>
        </w:rPr>
        <w:t>1:16:19  to phir jab jagaye gi to is ka izhaar hoga. isi izhaar ka naam form hai.</w:t>
      </w:r>
      <w:r>
        <w:br/>
      </w:r>
      <w:r>
        <w:rPr>
          <w:sz w:val="20"/>
        </w:rPr>
        <w:t>1:16:25  jab aap ko Allah ki barai se sarshaar aap hote hain aur bilkul is mein gharaq ho jate hain, to be ikhtiyar aap ka sar zameen pe gir gir parta hai.</w:t>
      </w:r>
      <w:r>
        <w:br/>
      </w:r>
      <w:r>
        <w:rPr>
          <w:sz w:val="20"/>
        </w:rPr>
        <w:t>1:16:37  aap is ko afford nahi kar sakte ke aap Allah ke barai sarshaar hon, aap ko sar zameen pe na gire. impossible hai.</w:t>
      </w:r>
      <w:r>
        <w:br/>
      </w:r>
      <w:r>
        <w:rPr>
          <w:sz w:val="20"/>
        </w:rPr>
        <w:t>1:16:47  to jahan yani jo log ye baatein karein, form spirit ke aur form wahan na ho, to un ka to spirit bhi nahi hai, kuch bhi nahi hai. main dekhein, bohat hi gumrahi ki baat hai ye kehna ke "ap log jo kehte hain ke spirit jo hai, wo aap ko motivate karti hai, wo muharrik banti hai, andar se aap ko jagati hai. ye ye bilkul galat nazariya hai. ye</w:t>
      </w:r>
      <w:r>
        <w:br/>
      </w:r>
      <w:r>
        <w:rPr>
          <w:sz w:val="20"/>
        </w:rPr>
        <w:t>1:17:06  maulana ye sawal hyderabad se hai, zubair ahmed sahab ka</w:t>
      </w:r>
      <w:r>
        <w:br/>
      </w:r>
      <w:r>
        <w:rPr>
          <w:sz w:val="20"/>
        </w:rPr>
        <w:t>1:17:10  . unhon ne likha hai: "maulana, hadithon mein aata hai ke zulm ke khilaf awaz uthana chahiye. maulana, is ki wazahat farmayein, ye kis tarah ke zulm ki baat hai?" kahan awaz uthana to kaha yahi nahi.</w:t>
      </w:r>
      <w:r>
        <w:br/>
      </w:r>
      <w:r>
        <w:rPr>
          <w:sz w:val="20"/>
        </w:rPr>
        <w:t>1:17:24  ye to musalman, ye musalmanon ki zuban hai ye. awaz uthana.</w:t>
      </w:r>
      <w:r>
        <w:br/>
      </w:r>
      <w:r>
        <w:rPr>
          <w:sz w:val="20"/>
        </w:rPr>
        <w:t>1:17:31  ye kahan likha hua hai? kis hadith mein? ke awaz uthao, jhanda uthao.</w:t>
      </w:r>
      <w:r>
        <w:br/>
      </w:r>
      <w:r>
        <w:rPr>
          <w:sz w:val="20"/>
        </w:rPr>
        <w:t>1:17:36  ye bilkul yani ye baat kahin bhi, ye musalmanon ki zuban hai ye. awaz uthana. to hadith mein hai ke ke zalim ke khair khwah bano.</w:t>
      </w:r>
      <w:r>
        <w:br/>
      </w:r>
      <w:r>
        <w:rPr>
          <w:sz w:val="20"/>
        </w:rPr>
        <w:t>1:17:50  khair khwahi farz hai, na ke awaz uthana, jhanda ut</w:t>
      </w:r>
      <w:r>
        <w:br/>
      </w:r>
      <w:r>
        <w:rPr>
          <w:sz w:val="20"/>
        </w:rPr>
        <w:t>1:17:54  hana. yani is ki islaah ke dard mand ho jana, is ki islaah ki fikr karna. sochna is ki islaah ke liye. is se mil kar ke samjhana bujhana.</w:t>
      </w:r>
      <w:r>
        <w:br/>
      </w:r>
      <w:r>
        <w:rPr>
          <w:sz w:val="20"/>
        </w:rPr>
        <w:t>1:18:03  aur ye jhanda uthana, ye to haram hai mehnat islam mein. sarkon par aa kar jaloos nikalte hain aur kehte hain ke dekho, hum zalim ke khilaf wo kar rahe hain. bilkul islam se is ka koi talluq nahi hai.</w:t>
      </w:r>
      <w:r>
        <w:br/>
      </w:r>
      <w:r>
        <w:rPr>
          <w:sz w:val="20"/>
        </w:rPr>
        <w:t>1:18:14  ye street active mein nahi hai. islam mein jo hai, wo cheez street activism hai.</w:t>
      </w:r>
      <w:r>
        <w:br/>
      </w:r>
      <w:r>
        <w:rPr>
          <w:sz w:val="20"/>
        </w:rPr>
        <w:t>1:18:24  ye achi tarah samajh lein ke islam mein street activism nahi hai. islam mein is ko kehte hain nas, noor, saad hai. nas khair khwahi. yani bloosher banna.</w:t>
      </w:r>
      <w:r>
        <w:br/>
      </w:r>
      <w:r>
        <w:rPr>
          <w:sz w:val="20"/>
        </w:rPr>
        <w:t>1:18:35  to zalim ke bloosher baniye. ye hai. zalim ke bloosher bane, zalim ke khair khwah baniye. khair khwah banne ke mani hain ke wo kijiye jo maa apne bete ke sath karti hai.</w:t>
      </w:r>
      <w:r>
        <w:br/>
      </w:r>
      <w:r>
        <w:rPr>
          <w:sz w:val="20"/>
        </w:rPr>
        <w:t>1:18:48  aur jo jhanda uthayein, wo to aur islam ke naam par parties chalate hain apne.</w:t>
      </w:r>
      <w:r>
        <w:br/>
      </w:r>
      <w:r>
        <w:rPr>
          <w:sz w:val="20"/>
        </w:rPr>
        <w:t>1:18:54  wo islam ke naam par lead nahi karte. islam se koi talluq nahi.</w:t>
      </w:r>
    </w:p>
    <w:p>
      <w:pPr>
        <w:pStyle w:val="Heading2"/>
      </w:pPr>
      <w:r>
        <w:t>Significance of post-prayer tasbih</w:t>
      </w:r>
    </w:p>
    <w:p>
      <w:r>
        <w:rPr>
          <w:color w:val="666666"/>
          <w:sz w:val="18"/>
        </w:rPr>
        <w:t>Worship · Paradise in The Making March 27, 2011 · 18m 40s · at 1:21:32 · https://youtu.be/Cn5pC7s16sY?t=4892</w:t>
      </w:r>
    </w:p>
    <w:p>
      <w:r>
        <w:rPr>
          <w:i/>
        </w:rPr>
        <w:t>“What is the significance of tasbih after prayer?”</w:t>
      </w:r>
    </w:p>
    <w:p>
      <w:r>
        <w:rPr>
          <w:sz w:val="20"/>
        </w:rPr>
        <w:t>1:21:32  Yeh farq hai dono mein. Maulana ka ek aur sawal hai, unhon ne likha hai: "What is the significance of tasbeeh after namaz?" Haan, dekhiye, is mein bohat sari riwayatein hain.</w:t>
      </w:r>
      <w:r>
        <w:br/>
      </w:r>
      <w:r>
        <w:rPr>
          <w:sz w:val="20"/>
        </w:rPr>
        <w:t>1:21:47  To log samajhte hain ke woh jo mashhoor ek hai, 33 baar, 33 baar, 33 baar, 34 baar, wahi ek riwayat nahi hai. Aur bohat si riwayatein hain, doosre alfaaz hain.</w:t>
      </w:r>
      <w:r>
        <w:br/>
      </w:r>
      <w:r>
        <w:rPr>
          <w:sz w:val="20"/>
        </w:rPr>
        <w:t>1:22:01  To is par ghor karne se samajh mein aata hai ke asal cheez dana shumari nahi hai, kuch alfaaz ko ginna nahi hai. Asal cheez yeh hai ke namaz ke baad kuch der tak aap par namaz kaifiyat taari rahe,</w:t>
      </w:r>
      <w:r>
        <w:br/>
      </w:r>
      <w:r>
        <w:rPr>
          <w:sz w:val="20"/>
        </w:rPr>
        <w:t>1:22:17  yani Allah ki tasbeeh, Allah ki badai, Allah ki hamd, yeh sab aap sochte rahen baith kar ke. To ek bohat hi yani illustrative waqea hai ke Hazrat Umar Rasool Allah ke zamane ka waqea hai ke Rasool Allah ne namaz padhai,</w:t>
      </w:r>
      <w:r>
        <w:br/>
      </w:r>
      <w:r>
        <w:rPr>
          <w:sz w:val="20"/>
        </w:rPr>
        <w:t>1:22:36  jaise salam phera, aap ne ek aadmi foran khara ho gaya sunnat parhne ke liye.</w:t>
      </w:r>
      <w:r>
        <w:br/>
      </w:r>
      <w:r>
        <w:rPr>
          <w:sz w:val="20"/>
        </w:rPr>
        <w:t>1:22:43  to Rasool Allah ne to Hazrat Umar ne us ke us ke kandhe ko aise kar ke aap baitho bithaa diya, us ko aijlas, aijlas baitho.</w:t>
      </w:r>
      <w:r>
        <w:br/>
      </w:r>
      <w:r>
        <w:rPr>
          <w:sz w:val="20"/>
        </w:rPr>
        <w:t>1:22:56  to unhon ne yeh Rasool Allah ke zamane ka waqea yeh hai ke salam pherne ke baad foran khara ho gaya sunnat parhne ke liye. To Hazrat Umar ne kaha ke aijlas baith.</w:t>
      </w:r>
      <w:r>
        <w:br/>
      </w:r>
      <w:r>
        <w:rPr>
          <w:sz w:val="20"/>
        </w:rPr>
        <w:t>1:23:07  to us waqt Hazrat Umar ne farmaya tha ke pichli qaumein is liye halak huin ke un ke do namazon ke beech mein farz nahi hota tha. Ek namaz khatam ki, dhar se doosri namaz shuru kar di.</w:t>
      </w:r>
      <w:r>
        <w:br/>
      </w:r>
      <w:r>
        <w:rPr>
          <w:sz w:val="20"/>
        </w:rPr>
        <w:t>1:23:21  pichli qaumein is liye halak huin ke un ki do namazon ke beech mein farz nahi hota tha. Yani ek namaz aap ne padhi, us ke baad aap ko sochna chahiye ke hum ne kya padha.</w:t>
      </w:r>
      <w:r>
        <w:br/>
      </w:r>
      <w:r>
        <w:rPr>
          <w:sz w:val="20"/>
        </w:rPr>
        <w:t>1:23:32  hum ne Alhamdulillah padha, hum ne Assalamu Alaikum Wa Rahmatullahi padha, hum ne yeh padha, hum ne woh padha. Is ko sochte rahiyey, Allah ki badai, Allah ki tasbeeh karte rahey.</w:t>
      </w:r>
      <w:r>
        <w:br/>
      </w:r>
      <w:r>
        <w:rPr>
          <w:sz w:val="20"/>
        </w:rPr>
        <w:t>1:23:43  koi zaroori nahi ke aap in alfaaz ko le ke ginein, is ko in alfaaz ke baghair bhi aap soch sakte hain. To maqsad yeh hai ke namaz ke khatme par woh namaz ki spirit kuch der tak aap par taari rahe.</w:t>
      </w:r>
      <w:r>
        <w:br/>
      </w:r>
      <w:r>
        <w:rPr>
          <w:sz w:val="20"/>
        </w:rPr>
        <w:t>1:24:00  to pichli qaum ne kaha tha, unhon ne form ko namaz samajh liya tha. Form pichli qaumon mein jo bigaad aaya, form yani shakal ko namaz samajh liya.</w:t>
      </w:r>
      <w:r>
        <w:br/>
      </w:r>
      <w:r>
        <w:rPr>
          <w:sz w:val="20"/>
        </w:rPr>
        <w:t>1:24:11  yeh chaar rakat namaz padhi, dhar se phir doosre do rakat sunnat shuru kar di. Yeh bhi ek form, woh bhi ek form yani spirited salat aap parhein ge, aap rooh se bhari hui salat aap parhein ge.</w:t>
      </w:r>
      <w:r>
        <w:br/>
      </w:r>
      <w:r>
        <w:rPr>
          <w:sz w:val="20"/>
        </w:rPr>
        <w:t>1:24:23  to mumkin nahi ke aap jaldi jaldi uthein doosri rakat parhne ke liye. Aap sochen ge, sochen ge, sochen ge.</w:t>
      </w:r>
      <w:r>
        <w:br/>
      </w:r>
      <w:r>
        <w:rPr>
          <w:sz w:val="20"/>
        </w:rPr>
        <w:t>1:24:31  jo aap Allah ke aage jhuke hain, Allah ki hamd bayan ki hai, aur log insanon par salamat bhejhi hai waghera waghera, to bas sochte rahen ge, sochte rahen ge, sochte rahen ge.</w:t>
      </w:r>
      <w:r>
        <w:br/>
      </w:r>
      <w:r>
        <w:rPr>
          <w:sz w:val="20"/>
        </w:rPr>
        <w:t>1:24:45  to yeh is tasbeeh ka ke rooh yeh hai ke ek namaz ke baad doosri namaz dhar se mat shuru kar do,</w:t>
      </w:r>
      <w:r>
        <w:br/>
      </w:r>
      <w:r>
        <w:rPr>
          <w:sz w:val="20"/>
        </w:rPr>
        <w:t>1:24:52  balkey yaad karte raho rooh salat ko jo namaz mein tum ne padha hai, us ko, us ko, us ko tajdeed karte, us ko revive karte raho.</w:t>
      </w:r>
      <w:r>
        <w:br/>
      </w:r>
      <w:r>
        <w:rPr>
          <w:sz w:val="20"/>
        </w:rPr>
        <w:t>1:25:04  aur it is but natural, agar aap rooh se, agar aap namaz parhein ge rooh wali namaz, to kabhi aisa nahi hoga ke dhar se uth kar ke lagayein ke jab aap form wali namaz parhte ho, aisa hota hai.</w:t>
      </w:r>
      <w:r>
        <w:br/>
      </w:r>
      <w:r>
        <w:rPr>
          <w:sz w:val="20"/>
        </w:rPr>
        <w:t>1:25:16  aur jo namaz ko form samajhte hain, samajhte hain ke chaar rakat yeh ho gaya, do rakat aur parh lo dhar dhar.</w:t>
      </w:r>
      <w:r>
        <w:br/>
      </w:r>
      <w:r>
        <w:rPr>
          <w:sz w:val="20"/>
        </w:rPr>
        <w:t>1:25:24  to Hazrat Umar ne ka matlab yeh tha ke jab namaz sirf form ka, jab jab form ko namaz samajh lete hain, to yeh hota hai. Aur jab rooh ke saath namaz padhi jaye, to yeh aisa kabhi nahi hoga.</w:t>
      </w:r>
      <w:r>
        <w:br/>
      </w:r>
      <w:r>
        <w:rPr>
          <w:sz w:val="20"/>
        </w:rPr>
        <w:t>1:25:37  to baith ke kuch der aap yani Allah ki tasbeeh karein ge, Allah ko yaad karein ge, Allah ki badai aap ke daman be maun ho jayegi. Kuch der baithe rahen ge, aap woh kaifiyat salat kuch der tak aur mazeed taari rahe gi.</w:t>
      </w:r>
      <w:r>
        <w:br/>
      </w:r>
      <w:r>
        <w:rPr>
          <w:sz w:val="20"/>
        </w:rPr>
        <w:t>1:25:50  yeh matlab hai in riwayaton ka.</w:t>
      </w:r>
      <w:r>
        <w:br/>
      </w:r>
      <w:r>
        <w:rPr>
          <w:sz w:val="20"/>
        </w:rPr>
        <w:t>1:25:54  Maulana Musheer Ahmed ne Tamil Nadu se likha hai: "Saari duniya mein Musalman duniya ki zindagi ke liye ihtijaji hain, akhirat ki nijaat ke liye ihtijaj kyun nahi is ka sabab kya hai?" Is ke baray mein bataein.</w:t>
      </w:r>
      <w:r>
        <w:br/>
      </w:r>
      <w:r>
        <w:rPr>
          <w:sz w:val="20"/>
        </w:rPr>
        <w:t>1:26:12  akhirat ke liye ihtijaj nahi kiya jata, akhirat ke liye introspection kiya jata hai. Ihtijaj to siyasat hai, qaumi siyasat hai.</w:t>
      </w:r>
      <w:r>
        <w:br/>
      </w:r>
      <w:r>
        <w:rPr>
          <w:sz w:val="20"/>
        </w:rPr>
        <w:t>1:26:21  agar akhirat ka ihtijaj hone lage to woh bhi, woh kuch nahi rahe ga, woh bhi, woh bhi siyasat ban jayegi. Woh akhirat ke liye agar protest hone lage, ihtijaj hone lage, demonstration hone lage to woh akhirat nahi hogi.</w:t>
      </w:r>
      <w:r>
        <w:br/>
      </w:r>
      <w:r>
        <w:rPr>
          <w:sz w:val="20"/>
        </w:rPr>
        <w:t>1:26:34  woh, woh to ek aur siyasat ho jayegi. Yeh jo Musalman kar rahe hain, woh to qaumi siyasat hai. Musalman apne qaumi mazhab par hain, Islam se koi taalluq nahi un ka.</w:t>
      </w:r>
      <w:r>
        <w:br/>
      </w:r>
      <w:r>
        <w:rPr>
          <w:sz w:val="20"/>
        </w:rPr>
        <w:t>1:26:46  woh qaumi siyasat un ki hai, us ke liye woh protest karte rehte hain, ihtijaj karte rehte hain. Aur akhirat to aap ko chup kar deti hai, aap ko introspection, muhasiba ada karti hai aap ke andar.</w:t>
      </w:r>
      <w:r>
        <w:br/>
      </w:r>
      <w:r>
        <w:rPr>
          <w:sz w:val="20"/>
        </w:rPr>
        <w:t>1:27:06  apne apne aap ko le kar sochte hain, aap apni zimmedari ko le kar sochte hain. Aap to ihtijaj ka lafz jo hai, woh akhirat ke liye sahi nahi hai,</w:t>
      </w:r>
      <w:r>
        <w:br/>
      </w:r>
      <w:r>
        <w:rPr>
          <w:sz w:val="20"/>
        </w:rPr>
        <w:t>1:27:15  woh sirf qaumi shahadat ke liye sahi hai, akhirat ke liye bilkul irrelevant hai. woh Mr. Muhammad Asjad Tasleem ne Dilli se likha hai: "What are the main differences between Sunni and Shia sects?"</w:t>
      </w:r>
      <w:r>
        <w:br/>
      </w:r>
      <w:r>
        <w:rPr>
          <w:sz w:val="20"/>
        </w:rPr>
        <w:t>1:27:32  According to a wide spread notion, people belonging to Shia sect are not considered or treated as Muslims.</w:t>
      </w:r>
      <w:r>
        <w:br/>
      </w:r>
      <w:r>
        <w:rPr>
          <w:sz w:val="20"/>
        </w:rPr>
        <w:t>1:27:41  Is it true according to Islamic perspective?</w:t>
      </w:r>
      <w:r>
        <w:br/>
      </w:r>
      <w:r>
        <w:rPr>
          <w:sz w:val="20"/>
        </w:rPr>
        <w:t>1:27:45  What is your comment?" Dekhiye, is mein ghalu ki wajah se aisa hua hai. Shia Sunni mein koi itna bara farq nahi tha pehle, ghalu ki wajah se ab aisa ho gaya ke woh unko samajhte hain ke woh ek Muslim nahi hain, woh unko samajhte hain ke Muslim nahi hain.</w:t>
      </w:r>
      <w:r>
        <w:br/>
      </w:r>
      <w:r>
        <w:rPr>
          <w:sz w:val="20"/>
        </w:rPr>
        <w:t>1:28:01  Woh aap jaate hain ke ladaiyan ho rahi hain Pakistan mein, to baqayda ladaiyan ho rahi hain. Yeh sab ghalu ki wajah se hota hai.</w:t>
      </w:r>
      <w:r>
        <w:br/>
      </w:r>
      <w:r>
        <w:rPr>
          <w:sz w:val="20"/>
        </w:rPr>
        <w:t>1:28:11  Basically kuch bhi farq nahi tha, wahi Quran, wahi Hadees, sab kuch tha.</w:t>
      </w:r>
      <w:r>
        <w:br/>
      </w:r>
      <w:r>
        <w:rPr>
          <w:sz w:val="20"/>
        </w:rPr>
        <w:t>1:28:15  Sirf yeh farq tha ke Rasool Allah ke baad khilafat ka haq kaun hai, haqdaraar kaun hai. Bas to Shia jo giroh tha, woh samajhte thay ke khilafat ka haqdaraar Ahl-e-Bait hain,</w:t>
      </w:r>
      <w:r>
        <w:br/>
      </w:r>
      <w:r>
        <w:rPr>
          <w:sz w:val="20"/>
        </w:rPr>
        <w:t>1:28:30  aur Sunni giroh jis ko hum kehte hain, us waqt Sunni ka lafz nahi tha. To woh samajhte hain ke nahi, is tarah se faisla kaisa hoga? Basically yahi farq tha, bas aur kuch nahi.</w:t>
      </w:r>
      <w:r>
        <w:br/>
      </w:r>
      <w:r>
        <w:rPr>
          <w:sz w:val="20"/>
        </w:rPr>
        <w:t>1:28:39  Ab ghalu karte karte, ghalu karte karte, idhar se bhi ghalu, idhar se dono taraf ghalu hua.</w:t>
      </w:r>
      <w:r>
        <w:br/>
      </w:r>
      <w:r>
        <w:rPr>
          <w:sz w:val="20"/>
        </w:rPr>
        <w:t>1:28:45  Ab ek poora mazhab ban gaya hai. To haq haqeeqatan kuch bhi farq aaj bhi Quran wahi siyon ka bhi hai, wahi jo Musalmanon ka hai, Sunnion ka.</w:t>
      </w:r>
      <w:r>
        <w:br/>
      </w:r>
      <w:r>
        <w:rPr>
          <w:sz w:val="20"/>
        </w:rPr>
        <w:t>1:28:55  Yeh jo mashhoor hai ke inka Quran doosra hai, galat hai bilkul. Shia ka Shia Quran bhi wahi hai jo Sunnion ka jo Quran hai, koi farq nahi is mein.</w:t>
      </w:r>
      <w:r>
        <w:br/>
      </w:r>
      <w:r>
        <w:rPr>
          <w:sz w:val="20"/>
        </w:rPr>
        <w:t>1:29:06  To khulasa yahi hai ke moajza Shiaat jo hai, woh ghalu ke nateejay mein bani</w:t>
      </w:r>
      <w:r>
        <w:br/>
      </w:r>
      <w:r>
        <w:rPr>
          <w:sz w:val="20"/>
        </w:rPr>
        <w:t>1:29:12  hai, aur is mein ghalu mein Shion hi ka dakhil nahi hai, Sunnion ka bhi dakhil hai. Unhon ne fatwe diye aur bahtein keen, ek daawa khara kiya Shion ke khilaaf, to unhon ne is ka radd-e-amal bhi hua, un ki taraf se hua.</w:t>
      </w:r>
      <w:r>
        <w:br/>
      </w:r>
      <w:r>
        <w:rPr>
          <w:sz w:val="20"/>
        </w:rPr>
        <w:t>1:29:27  To dono ke amal aur radd-e-amal se itna zyada doori ho gayi, warna haqeeqatan koi aisi doori nahi thi.</w:t>
      </w:r>
      <w:r>
        <w:br/>
      </w:r>
      <w:r>
        <w:rPr>
          <w:sz w:val="20"/>
        </w:rPr>
        <w:t>1:29:38  mister gps bhalwa ne delhi se likha hai:</w:t>
      </w:r>
      <w:r>
        <w:br/>
      </w:r>
      <w:r>
        <w:rPr>
          <w:sz w:val="20"/>
        </w:rPr>
        <w:t>1:29:42  "مولانا، after the establishment of paradise, as you have mentioned, will it remain permanent, or the man's tendency</w:t>
      </w:r>
      <w:r>
        <w:br/>
      </w:r>
      <w:r>
        <w:rPr>
          <w:sz w:val="20"/>
        </w:rPr>
        <w:t>1:29:52  to unfold nature, will after a considerable time, bring the paradise also to the same stage as</w:t>
      </w:r>
      <w:r>
        <w:br/>
      </w:r>
      <w:r>
        <w:rPr>
          <w:sz w:val="20"/>
        </w:rPr>
        <w:t>1:30:00  da world az today?</w:t>
      </w:r>
      <w:r>
        <w:br/>
      </w:r>
      <w:r>
        <w:rPr>
          <w:sz w:val="20"/>
        </w:rPr>
        <w:t>1:30:03  yeh bohat interesting question hai.</w:t>
      </w:r>
      <w:r>
        <w:br/>
      </w:r>
      <w:r>
        <w:rPr>
          <w:sz w:val="20"/>
        </w:rPr>
        <w:t>1:30:10  Dekhiye, jahan tak mein samjha hoon, woh yeh hai ke teesra koi duniya banni wali nahi hai, yahi do hi duniya hain: ek present world, doosra world hereafter,</w:t>
      </w:r>
      <w:r>
        <w:br/>
      </w:r>
      <w:r>
        <w:rPr>
          <w:sz w:val="20"/>
        </w:rPr>
        <w:t>1:30:25  aur nature unfolding, chuki unlimited to ab jaai nahi gi, kyunke woh itni zyada hai, itni zyada hai ke woh kabhi khatam hi na ho.</w:t>
      </w:r>
      <w:r>
        <w:br/>
      </w:r>
      <w:r>
        <w:rPr>
          <w:sz w:val="20"/>
        </w:rPr>
        <w:t>1:30:40  Quran mein ek wahi to nematullah la tuhsa, ginti mein nahi aata, woh maani faqat kalimaat Allah.</w:t>
      </w:r>
      <w:r>
        <w:br/>
      </w:r>
      <w:r>
        <w:rPr>
          <w:sz w:val="20"/>
        </w:rPr>
        <w:t>1:30:48  To jo world of nature hai, woh unlimited hai, is mein to kyunke unfolding bhi unlimited tor par jaari rahe gi, to paradise ki koi had nahi hai.</w:t>
      </w:r>
      <w:r>
        <w:br/>
      </w:r>
      <w:r>
        <w:rPr>
          <w:sz w:val="20"/>
        </w:rPr>
        <w:t>1:31:00  Paradise jo hai, eternity ka doosra naam hai. Paradise ke sath eternity juri hui hai, bilkul koi teesra world nahi hai.</w:t>
      </w:r>
      <w:r>
        <w:br/>
      </w:r>
      <w:r>
        <w:rPr>
          <w:sz w:val="20"/>
        </w:rPr>
        <w:t>1:31:11  Dr. Owais Siddiqui ne Nayi Dilli se likha hai: "Please explain how does believing in God help in developing positive thinking?"</w:t>
      </w:r>
      <w:r>
        <w:br/>
      </w:r>
      <w:r>
        <w:rPr>
          <w:sz w:val="20"/>
        </w:rPr>
        <w:t>1:31:24  Dekhiye, Allah par aqeedah rakhna aisa nahi hai jaise hum is cover par aqeedah rakhte hain. Is se humein hamari personality mein koi shaq nahi lage ga,</w:t>
      </w:r>
      <w:r>
        <w:br/>
      </w:r>
      <w:r>
        <w:rPr>
          <w:sz w:val="20"/>
        </w:rPr>
        <w:t>1:31:38  lekin Allah par aqeedah ke maani hain ke aap aise hasti ko maanna jiske samne aap accountable hain, aap jo aap ka hisab lega, jo aap ko jannat mein aur jahannum mein daalne ki taqat rakhta hai.</w:t>
      </w:r>
      <w:r>
        <w:br/>
      </w:r>
      <w:r>
        <w:rPr>
          <w:sz w:val="20"/>
        </w:rPr>
        <w:t>1:31:53  Yeh cheez to aap ko criticize kar deti hai. Jo aadmi criticize ho jaye, wahi to positive thinker hai.</w:t>
      </w:r>
      <w:r>
        <w:br/>
      </w:r>
      <w:r>
        <w:rPr>
          <w:sz w:val="20"/>
        </w:rPr>
        <w:t>1:32:01  Positive thinking jo hai, do tareeqay se aati hai: ya to aap bohat zyada aap ke andar scientific thinking ho, bohat aap objective hon, aap bohat zyada, agarche itna objective koi hota nahi,</w:t>
      </w:r>
      <w:r>
        <w:br/>
      </w:r>
      <w:r>
        <w:rPr>
          <w:sz w:val="20"/>
        </w:rPr>
        <w:t>1:32:16  poori tarah complex free hoon, to poori tarah complex free hoon, bohat objective hoon, tab aata hai positive thinking.</w:t>
      </w:r>
      <w:r>
        <w:br/>
      </w:r>
      <w:r>
        <w:rPr>
          <w:sz w:val="20"/>
        </w:rPr>
        <w:t>1:32:26  aur doosra yeh ke Allah ka khauf bohat ziyada</w:t>
      </w:r>
      <w:r>
        <w:br/>
      </w:r>
      <w:r>
        <w:rPr>
          <w:sz w:val="20"/>
        </w:rPr>
        <w:t>1:32:28  ho. koi Allah ka khauf bohat ziyada ho to aap tamam bias nikal jaate hain, subjective thinking khatam ho jaati hai, as it is thinking aati hai.</w:t>
      </w:r>
      <w:r>
        <w:br/>
      </w:r>
      <w:r>
        <w:rPr>
          <w:sz w:val="20"/>
        </w:rPr>
        <w:t>1:32:39  doosri ka naam hai positive thinking.</w:t>
      </w:r>
      <w:r>
        <w:br/>
      </w:r>
      <w:r>
        <w:rPr>
          <w:sz w:val="20"/>
        </w:rPr>
        <w:t>1:32:44  to main samajhta hoon ke objective thinking ya scientific thinking se jo aati hai positivity, uski to ek had hai, lekin Khuda ke khauf se jo aati hai positivity,</w:t>
      </w:r>
      <w:r>
        <w:br/>
      </w:r>
      <w:r>
        <w:rPr>
          <w:sz w:val="20"/>
        </w:rPr>
        <w:t>1:32:55  Khuda ka aqeedah ke mani Khuda ka khauf se juda hua hai, bilkul is se jo positive thinking aati hai, woh uski koi limit nahi hai.</w:t>
      </w:r>
      <w:r>
        <w:br/>
      </w:r>
      <w:r>
        <w:rPr>
          <w:sz w:val="20"/>
        </w:rPr>
        <w:t>1:33:07  Doctor Farida Khanam ne Delhi se likha hai: "Why is it that becoming grateful is the most difficult thing? That is why man has failed in this test.</w:t>
      </w:r>
      <w:r>
        <w:br/>
      </w:r>
      <w:r>
        <w:rPr>
          <w:sz w:val="20"/>
        </w:rPr>
        <w:t>1:33:20  Now it seems to be too late to reform our self</w:t>
      </w:r>
      <w:r>
        <w:br/>
      </w:r>
      <w:r>
        <w:rPr>
          <w:sz w:val="20"/>
        </w:rPr>
        <w:t>1:33:24  s. Please comment."</w:t>
      </w:r>
      <w:r>
        <w:br/>
      </w:r>
      <w:r>
        <w:rPr>
          <w:sz w:val="20"/>
        </w:rPr>
        <w:t>1:33:30  asal mein insaan ke andar dekhiye, ego ki tarah bohat ziyada barha hua hai, bohat ziyada. is se pride aata hai, self respect aata hai, main aata hai, ananiyat.</w:t>
      </w:r>
      <w:r>
        <w:br/>
      </w:r>
      <w:r>
        <w:rPr>
          <w:sz w:val="20"/>
        </w:rPr>
        <w:t>1:33:44  to is ki wajah se kya hai?</w:t>
      </w:r>
      <w:r>
        <w:br/>
      </w:r>
      <w:r>
        <w:rPr>
          <w:sz w:val="20"/>
        </w:rPr>
        <w:t>1:33:48  yani acknowledge karne ke mani hain ke ek cheez jo hai, doosre ke khaane mein daalna.</w:t>
      </w:r>
      <w:r>
        <w:br/>
      </w:r>
      <w:r>
        <w:rPr>
          <w:sz w:val="20"/>
        </w:rPr>
        <w:t>1:33:57  jab aap kisi ka iqraar karte hain to is ka matlab yeh hai ke aap ne is ko doosre khaane mein daal diya.</w:t>
      </w:r>
      <w:r>
        <w:br/>
      </w:r>
      <w:r>
        <w:rPr>
          <w:sz w:val="20"/>
        </w:rPr>
        <w:t>1:34:09  jaise mujhe koi cheez de, koi aadmi ek laptop de, to main jab is ka dhoom se iqraar karunga to mani ke maine is ko doosre khaane mein daal diya.</w:t>
      </w:r>
      <w:r>
        <w:br/>
      </w:r>
      <w:r>
        <w:rPr>
          <w:sz w:val="20"/>
        </w:rPr>
        <w:t>1:34:21  jo log kya karte hain? pitch up kar lete hain, ghuma phira kar bolte hain.</w:t>
      </w:r>
      <w:r>
        <w:br/>
      </w:r>
      <w:r>
        <w:rPr>
          <w:sz w:val="20"/>
        </w:rPr>
        <w:t>1:34:24  to apne fakhr ko bahar rakhne ke liye, apne so called self respect ko bahar rakhne ke liye, yeh sab kiya jaata hai.</w:t>
      </w:r>
      <w:r>
        <w:br/>
      </w:r>
      <w:r>
        <w:rPr>
          <w:sz w:val="20"/>
        </w:rPr>
        <w:t>1:34:34  aur Allah ka darr agar sahi maano mein aa jaye to yeh sab khatam ho jaati hain. yeh sab cheezein aadmi criticize ho jaata hai.</w:t>
      </w:r>
      <w:r>
        <w:br/>
      </w:r>
      <w:r>
        <w:rPr>
          <w:sz w:val="20"/>
        </w:rPr>
        <w:t>1:34:43  yeh yeh jo question hai ji,</w:t>
      </w:r>
      <w:r>
        <w:br/>
      </w:r>
      <w:r>
        <w:rPr>
          <w:sz w:val="20"/>
        </w:rPr>
        <w:t>1:34:47  Miss Naghma Siddiqui ne Delhi se likha hai:</w:t>
      </w:r>
      <w:r>
        <w:br/>
      </w:r>
      <w:r>
        <w:rPr>
          <w:sz w:val="20"/>
        </w:rPr>
        <w:t>1:34:51  "Many people are saying these natural calamities as cause and effect result. How can we make them realize the divine hand in these incidents?"</w:t>
      </w:r>
      <w:r>
        <w:br/>
      </w:r>
      <w:r>
        <w:rPr>
          <w:sz w:val="20"/>
        </w:rPr>
        <w:t>1:35:05  nahi, dekhiye, scientist to aisa kehte hain nahi. aam log kehte honge, scientist is ko cause and effect nahi batate kyunke yeh har us ko paar kar chuka hai.</w:t>
      </w:r>
      <w:r>
        <w:br/>
      </w:r>
      <w:r>
        <w:rPr>
          <w:sz w:val="20"/>
        </w:rPr>
        <w:t>1:35:16  abhi jo aa raha hai, har had ko paar kar chuka hai. yeh</w:t>
      </w:r>
      <w:r>
        <w:br/>
      </w:r>
      <w:r>
        <w:rPr>
          <w:sz w:val="20"/>
        </w:rPr>
        <w:t>1:35:23  jo cheez had na paar kare, wahan to aap keh sakte hain aisa, haalanke wahan bhi yani cause and effect jo hai, woh kaafi hai. khud cause and effect kis ne paida kiya?</w:t>
      </w:r>
      <w:r>
        <w:br/>
      </w:r>
      <w:r>
        <w:rPr>
          <w:sz w:val="20"/>
        </w:rPr>
        <w:t>1:35:34  cause and effect kis ne paida kiya? wahi to koi is ko paida karne wala hai.</w:t>
      </w:r>
      <w:r>
        <w:br/>
      </w:r>
      <w:r>
        <w:rPr>
          <w:sz w:val="20"/>
        </w:rPr>
        <w:t>1:35:43  zameen ke andar jo lava hai, woh jo active hota hai, to kis ne is ko active kiya? yeh bhi to sawal paida hota hai.</w:t>
      </w:r>
      <w:r>
        <w:br/>
      </w:r>
      <w:r>
        <w:rPr>
          <w:sz w:val="20"/>
        </w:rPr>
        <w:t>1:35:56  ek to yeh sawal, doosra yeh ke ab jo is waqt jo aa raha hai, woh is is normal limit se zyada hai. normal limit jo hua karti thi, us se bohat zyada hai.</w:t>
      </w:r>
      <w:r>
        <w:br/>
      </w:r>
      <w:r>
        <w:rPr>
          <w:sz w:val="20"/>
        </w:rPr>
        <w:t>1:36:09  to yeh to khud science-daan hairaan hain ke aakhir yeh normal limit se zyada kyun aisa ho raha hai? kya maamla hai yeh? to is ki main samajhta hoon ke is ko explain nahi kiya ja sakta jab tak yeh na maane ke is mein divine intervention ka maamla hai.</w:t>
      </w:r>
      <w:r>
        <w:br/>
      </w:r>
      <w:r>
        <w:rPr>
          <w:sz w:val="20"/>
        </w:rPr>
        <w:t>1:36:22  yeh</w:t>
      </w:r>
      <w:r>
        <w:br/>
      </w:r>
      <w:r>
        <w:rPr>
          <w:sz w:val="20"/>
        </w:rPr>
        <w:t>1:36:25  doctor Fareeda Khanam ne Dilli se likha hai: "a number of programs were held in honor of Imam Haram. The Imam as well as other speakers lavish praises of the companions, but they did not tell how we should follow the companions and what role we have to play in the guidance of the companions in present times.</w:t>
      </w:r>
      <w:r>
        <w:br/>
      </w:r>
      <w:r>
        <w:rPr>
          <w:sz w:val="20"/>
        </w:rPr>
        <w:t>1:36:50  what is your comment on this?"</w:t>
      </w:r>
      <w:r>
        <w:br/>
      </w:r>
      <w:r>
        <w:rPr>
          <w:sz w:val="20"/>
        </w:rPr>
        <w:t>1:36:52  pehli baat yeh hai ke companion ne kya? is tarah ke stage khada kiya tha? kabhi is tarah stage to bidat hai. bataiye ke kab Sahaba ne is stage bana kar ke tareefein keen aur Abu Bakr ki Umar ki tareefein mein taqreerein karne lage?</w:t>
      </w:r>
      <w:r>
        <w:br/>
      </w:r>
      <w:r>
        <w:rPr>
          <w:sz w:val="20"/>
        </w:rPr>
        <w:t>1:37:09  yeh to yeh to khitab bidat hai. yeh yeh khud yeh tareeqa stage banana aur fakhr bayan karna, tareefein karna, bare bare alfaaz bolna, yeh khud apne aap mein bidat hai.</w:t>
      </w:r>
      <w:r>
        <w:br/>
      </w:r>
      <w:r>
        <w:rPr>
          <w:sz w:val="20"/>
        </w:rPr>
        <w:t>1:37:20  Sahaba ke tareeqa khilaf hai.</w:t>
      </w:r>
      <w:r>
        <w:br/>
      </w:r>
      <w:r>
        <w:rPr>
          <w:sz w:val="20"/>
        </w:rPr>
        <w:t>1:37:23  Sahaba ka tareeqa jo hai introspection hai. introspection woh to koi karta nahi. is ko is ko is ko main kaha karta hoon stage activism.</w:t>
      </w:r>
      <w:r>
        <w:br/>
      </w:r>
      <w:r>
        <w:rPr>
          <w:sz w:val="20"/>
        </w:rPr>
        <w:t>1:37:32  aaj kal zamane mein tarah tarah ke activism nikle hain: judicial activism aur media activism aur kya kya activism?</w:t>
      </w:r>
      <w:r>
        <w:br/>
      </w:r>
      <w:r>
        <w:rPr>
          <w:sz w:val="20"/>
        </w:rPr>
        <w:t>1:37:43  bohat saare isi mein se ek yeh hai stage activism. is ka taluq na Islam se hai, na is ka koi</w:t>
      </w:r>
      <w:r>
        <w:br/>
      </w:r>
      <w:r>
        <w:rPr>
          <w:sz w:val="20"/>
        </w:rPr>
        <w:t>1:37:50  faida hai. Millat ki islaah se koi faida is ka nahi hai. ek aadmi bhi is se is ki islaah nahi hogi. yaani ek aadmi bhi aisa nahi hai, aap dhoond ke nikaliye jo is stage activism ke baad yeh kahe ke aaj se maine Sahaba ke model ko apna liya, apni zindagi ko badal liya, maine falan falan ghalti jo mere andar thi, Sahaba ke khilaf, woh theek kar liya.</w:t>
      </w:r>
      <w:r>
        <w:br/>
      </w:r>
      <w:r>
        <w:rPr>
          <w:sz w:val="20"/>
        </w:rPr>
        <w:t>1:38:11  ek aadmi mujhe jhoot ke bataiye, yeh stage activism hai. is ka koi faida na duniya mein hai, na aakhirat mein hai.</w:t>
      </w:r>
      <w:r>
        <w:br/>
      </w:r>
      <w:r>
        <w:rPr>
          <w:sz w:val="20"/>
        </w:rPr>
        <w:t>1:38:19  yeh to sirf media mein chand din ka tamasha hai. is ke baad qissa khatam.</w:t>
      </w:r>
      <w:r>
        <w:br/>
      </w:r>
      <w:r>
        <w:rPr>
          <w:sz w:val="20"/>
        </w:rPr>
        <w:t>1:38:27  Miss Saadia Khan ne Dilli se likha hai: "will man play any role in the making, sustaining and developing of the next world?" please comment.</w:t>
      </w:r>
      <w:r>
        <w:br/>
      </w:r>
      <w:r>
        <w:rPr>
          <w:sz w:val="20"/>
        </w:rPr>
        <w:t>1:38:46  ab main to yahi samajhta hoon ke woh Allah taala ka maamla hai. koi duniya ko banana Allah taala ka maamla hai. hum to sirf yeh hain ke deserving content ban saken, wahan settle hone ke liye.</w:t>
      </w:r>
      <w:r>
        <w:br/>
      </w:r>
      <w:r>
        <w:rPr>
          <w:sz w:val="20"/>
        </w:rPr>
        <w:t>1:39:01  khud is duniya ko banana,</w:t>
      </w:r>
      <w:r>
        <w:br/>
      </w:r>
      <w:r>
        <w:rPr>
          <w:sz w:val="20"/>
        </w:rPr>
        <w:t>1:39:05  wohi unhone kaha: "paradigm in the making". to is duniya ko banana to sar ta pa Allah taala ka maamla hai.</w:t>
      </w:r>
      <w:r>
        <w:br/>
      </w:r>
      <w:r>
        <w:rPr>
          <w:sz w:val="20"/>
        </w:rPr>
        <w:t>1:39:12  humein jo karna hai, woh yeh hai ke hum apne ko is ka deserving content bana saken. bas hamare bas mein yahi hai.</w:t>
      </w:r>
    </w:p>
    <w:p>
      <w:pPr>
        <w:pStyle w:val="Heading2"/>
      </w:pPr>
      <w:r>
        <w:t>Specific Method of Repentance in Islam</w:t>
      </w:r>
    </w:p>
    <w:p>
      <w:r>
        <w:rPr>
          <w:color w:val="666666"/>
          <w:sz w:val="18"/>
        </w:rPr>
        <w:t>Worship · Self Correction November 09, 2014 Maulana Wahiduddin Khan · 1m 06s · at 55:45 · https://youtu.be/PpwTmeCQkSQ?t=3345</w:t>
      </w:r>
    </w:p>
    <w:p>
      <w:r>
        <w:rPr>
          <w:i/>
        </w:rPr>
        <w:t>“Has Islam prescribed any specific method for making repentance (tawbah)? Please explain.”</w:t>
      </w:r>
    </w:p>
    <w:p>
      <w:r>
        <w:rPr>
          <w:sz w:val="20"/>
        </w:rPr>
        <w:t>55:45  meri yeh aap se ek darkhwast hai." aur unhon ne jo sawal poocha hai, maulana, woh is tarah</w:t>
      </w:r>
      <w:r>
        <w:br/>
      </w:r>
      <w:r>
        <w:rPr>
          <w:sz w:val="20"/>
        </w:rPr>
        <w:t>55:50  hai ke "kya tauba karne ka islam mein koi khaas tareeqa bhi bataya gaya hai?" is ke</w:t>
      </w:r>
      <w:r>
        <w:br/>
      </w:r>
      <w:r>
        <w:rPr>
          <w:sz w:val="20"/>
        </w:rPr>
        <w:t>55:56  baare mein batayein.</w:t>
      </w:r>
      <w:r>
        <w:br/>
      </w:r>
      <w:r>
        <w:rPr>
          <w:sz w:val="20"/>
        </w:rPr>
        <w:t>56:01  dekhein, tareeqa kisi cheez ka nahi hota.</w:t>
      </w:r>
      <w:r>
        <w:br/>
      </w:r>
      <w:r>
        <w:rPr>
          <w:sz w:val="20"/>
        </w:rPr>
        <w:t>56:07  saara ek zehni amal hai: tadabbur, tafakkur, tawassul.</w:t>
      </w:r>
      <w:r>
        <w:br/>
      </w:r>
      <w:r>
        <w:rPr>
          <w:sz w:val="20"/>
        </w:rPr>
        <w:t>56:12  zehni amal koi tareeqa is se nahi hota.</w:t>
      </w:r>
      <w:r>
        <w:br/>
      </w:r>
      <w:r>
        <w:rPr>
          <w:sz w:val="20"/>
        </w:rPr>
        <w:t>56:18  bas sochiye, sochiye, sochiye, soch kar apna correction kijiye.</w:t>
      </w:r>
      <w:r>
        <w:br/>
      </w:r>
      <w:r>
        <w:rPr>
          <w:sz w:val="20"/>
        </w:rPr>
        <w:t>56:23  beh-haal, yeh bohat hi khatarnak baat hai ke aadmi tauba qareeb na kare aur tauba baeed tak nabat</w:t>
      </w:r>
      <w:r>
        <w:br/>
      </w:r>
      <w:r>
        <w:rPr>
          <w:sz w:val="20"/>
        </w:rPr>
        <w:t>56:29  aa jaye to phir tauba hi nahi.</w:t>
      </w:r>
      <w:r>
        <w:br/>
      </w:r>
      <w:r>
        <w:rPr>
          <w:sz w:val="20"/>
        </w:rPr>
        <w:t>56:34  is waqt tauba ki nabat hi nahi aayegi.</w:t>
      </w:r>
      <w:r>
        <w:br/>
      </w:r>
      <w:r>
        <w:rPr>
          <w:sz w:val="20"/>
        </w:rPr>
        <w:t>56:40  tauba ya to qareeb mein hogi, baeed mein tauba hi nahi hogi.</w:t>
      </w:r>
      <w:r>
        <w:br/>
      </w:r>
      <w:r>
        <w:rPr>
          <w:sz w:val="20"/>
        </w:rPr>
        <w:t>56:45  yeh is se maloom hota hai.</w:t>
      </w:r>
    </w:p>
    <w:p>
      <w:pPr>
        <w:pStyle w:val="Heading2"/>
      </w:pPr>
      <w:r>
        <w:t>Specific method for repentance in Islam</w:t>
      </w:r>
    </w:p>
    <w:p>
      <w:r>
        <w:rPr>
          <w:color w:val="666666"/>
          <w:sz w:val="18"/>
        </w:rPr>
        <w:t>Worship · Self Correction November 09, 2014 · 1m 18s · at 55:32 · https://youtu.be/EgAukdSfGRU?t=3332</w:t>
      </w:r>
    </w:p>
    <w:p>
      <w:r>
        <w:rPr>
          <w:i/>
        </w:rPr>
        <w:t>“Has Islam prescribed any specific method for making repentance?”</w:t>
      </w:r>
    </w:p>
    <w:p>
      <w:r>
        <w:rPr>
          <w:sz w:val="20"/>
        </w:rPr>
        <w:t>55:32  maulana, agla ek comment aur sawal hai mazhar sahib ka dilli se. unhon ne likha hai comment ke tor par: "maulana, please aaj ke topic par agar ek book likhain to yeh samaj mein bohat faida mand ho gi.</w:t>
      </w:r>
      <w:r>
        <w:br/>
      </w:r>
      <w:r>
        <w:rPr>
          <w:sz w:val="20"/>
        </w:rPr>
        <w:t>55:48  meri yeh aap se ek request hai." aur unhon ne jo sawal poocha hai maulana, woh is tarah hai ke "kya tauba kareem karne ka islam mein koi khaas tareeqa bhi bataya gaya hai?"</w:t>
      </w:r>
      <w:r>
        <w:br/>
      </w:r>
      <w:r>
        <w:rPr>
          <w:sz w:val="20"/>
        </w:rPr>
        <w:t>56:01  is ke baray mein batayen. dekhen, tareeqa kisi cheez ka nahi hota. sara ek zehni amal hai. tadabbur, tafakkur, tasawwur, zehni amal.</w:t>
      </w:r>
      <w:r>
        <w:br/>
      </w:r>
      <w:r>
        <w:rPr>
          <w:sz w:val="20"/>
        </w:rPr>
        <w:t>56:15  koi tareeqa is se nahi hota. bas sochiye, sochiye, sochiye. soch kar application kijiye.</w:t>
      </w:r>
      <w:r>
        <w:br/>
      </w:r>
      <w:r>
        <w:rPr>
          <w:sz w:val="20"/>
        </w:rPr>
        <w:t>56:25  beh-haal, yeh bohat hi khatarnak baat hai ke aadmi tauba kareeb na kare aur tauba baeed tak nabat aa jaye.</w:t>
      </w:r>
      <w:r>
        <w:br/>
      </w:r>
      <w:r>
        <w:rPr>
          <w:sz w:val="20"/>
        </w:rPr>
        <w:t>56:34  to phir tauba hi nahi. is waqt tauba hi tauba ki nabat hi nahi aye gi. tauba ya to qareeb mein ho gi, baeed mein tauba hi nahi ho gi.</w:t>
      </w:r>
      <w:r>
        <w:br/>
      </w:r>
      <w:r>
        <w:rPr>
          <w:sz w:val="20"/>
        </w:rPr>
        <w:t>56:45  yeh is se maloom hota hai.</w:t>
      </w:r>
    </w:p>
    <w:p>
      <w:pPr>
        <w:pStyle w:val="Heading2"/>
      </w:pPr>
      <w:r>
        <w:t>Spirit of God's presence in prayer</w:t>
      </w:r>
    </w:p>
    <w:p>
      <w:r>
        <w:rPr>
          <w:color w:val="666666"/>
          <w:sz w:val="18"/>
        </w:rPr>
        <w:t>Worship · Hadith-e-Jibril, April 21, 2013 · 1m 56s · at 1:42:12 · https://youtu.be/0rF6Ou0pDog?t=6132</w:t>
      </w:r>
    </w:p>
    <w:p>
      <w:r>
        <w:rPr>
          <w:i/>
        </w:rPr>
        <w:t>“How can we imbibe the spirit of presence of God while offering prayer?”</w:t>
      </w:r>
    </w:p>
    <w:p>
      <w:r>
        <w:rPr>
          <w:sz w:val="20"/>
        </w:rPr>
        <w:t>1:42:12  maulana, yeh sawal aaya hai kashmir se aamir jaan mori sahib ka. unhon ne aap se poocha hai how can we imbibe the spirit of presence of God while offering namaz?</w:t>
      </w:r>
      <w:r>
        <w:br/>
      </w:r>
      <w:r>
        <w:rPr>
          <w:sz w:val="20"/>
        </w:rPr>
        <w:t>1:42:27  dekhiye, sab se bari cheez jo hai, apne ko distraction se bachana. distraction se bachana. log distraction se to bachate nahin aur kehte hain ke hum kaise humein presence of God ke sath hi raho.</w:t>
      </w:r>
      <w:r>
        <w:br/>
      </w:r>
      <w:r>
        <w:rPr>
          <w:sz w:val="20"/>
        </w:rPr>
        <w:t>1:42:42  misalan masjidon mein jayenge aur jeeb mein mobile hai. itna bhi nahin kar sakte ke mobile ghar mein rakh kar aayen. itna bhi nahin kar sakte. to kahan se in ko presence of God ka tas</w:t>
      </w:r>
      <w:r>
        <w:br/>
      </w:r>
      <w:r>
        <w:rPr>
          <w:sz w:val="20"/>
        </w:rPr>
        <w:t>1:42:55  awwur hoga? woh to presence of mobile ka tasawwur hota hai. dekhiye, price deni parti hai har cheez ki. itni price bhi dene ko tayyar nahin koi ke apne mobile ko ghar par chhod kar aayen.</w:t>
      </w:r>
      <w:r>
        <w:br/>
      </w:r>
      <w:r>
        <w:rPr>
          <w:sz w:val="20"/>
        </w:rPr>
        <w:t>1:43:08  to kya aisi baatein karne se faida kya hai?</w:t>
      </w:r>
    </w:p>
    <w:p>
      <w:pPr>
        <w:pStyle w:val="Heading2"/>
      </w:pPr>
      <w:r>
        <w:t>Spirit vs form of a ritual</w:t>
      </w:r>
    </w:p>
    <w:p>
      <w:r>
        <w:rPr>
          <w:color w:val="666666"/>
          <w:sz w:val="18"/>
        </w:rPr>
        <w:t>Worship · Man and Paradise May 05, 2013 · 1m 00s · at 59:07 · https://youtu.be/VyFgim3pvts?t=3547</w:t>
      </w:r>
    </w:p>
    <w:p>
      <w:r>
        <w:rPr>
          <w:i/>
        </w:rPr>
        <w:t>“What is the difference between the spirit and the form of a ritual? Are both necessary? What is your opinion on this?”</w:t>
      </w:r>
    </w:p>
    <w:p>
      <w:r>
        <w:rPr>
          <w:sz w:val="20"/>
        </w:rPr>
        <w:t>59:07  Maulana, agla sawal Kolkata se hai, Miss Shagufta Ansari ka. unhon ne likha hai: "What is the difference between the spirit and the form of a ritual?</w:t>
      </w:r>
      <w:r>
        <w:br/>
      </w:r>
      <w:r>
        <w:rPr>
          <w:sz w:val="20"/>
        </w:rPr>
        <w:t>59:19  Are both necessary? What is your opinion on this?" daikhen, necessary ki baat nahin hai. spirit jo hai, woh asal asal hai aur form jo hai, us ka us ka manifestation hai,</w:t>
      </w:r>
      <w:r>
        <w:br/>
      </w:r>
      <w:r>
        <w:rPr>
          <w:sz w:val="20"/>
        </w:rPr>
        <w:t>59:36  us ka appearance hai. jab spirit hogi to zaroor kisi na kisi form mein zahir bhi hogi. woh andar chup ke baithi nahin rahegi.</w:t>
      </w:r>
      <w:r>
        <w:br/>
      </w:r>
      <w:r>
        <w:rPr>
          <w:sz w:val="20"/>
        </w:rPr>
        <w:t>59:47  to form yaqeenan hota hai, lekin form jo hai, woh yeh spirit ke manifestation ke taur par aata hai, na ke bazat khud form hi asal hai.</w:t>
      </w:r>
    </w:p>
    <w:p>
      <w:pPr>
        <w:pStyle w:val="Heading2"/>
      </w:pPr>
      <w:r>
        <w:t>Spiritual development through prayer preparation</w:t>
      </w:r>
    </w:p>
    <w:p>
      <w:r>
        <w:rPr>
          <w:color w:val="666666"/>
          <w:sz w:val="18"/>
        </w:rPr>
        <w:t>Worship · Dars-e-Quran, Chapter 2, Verses 55-57 | March 25, 2018 · 2m 07s · at 55:34 · https://youtu.be/2MykDXfNV_w?t=3334</w:t>
      </w:r>
    </w:p>
    <w:p>
      <w:r>
        <w:rPr>
          <w:i/>
        </w:rPr>
        <w:t>“How can we get spiritual development by salah (prayer)? What preparations do we need to do for it? Please advise me in this.”</w:t>
      </w:r>
    </w:p>
    <w:p>
      <w:r>
        <w:rPr>
          <w:sz w:val="20"/>
        </w:rPr>
        <w:t>55:34  boli bolta hoon. yeh to bilkul ilzam hai, jhoothi baaten hain. misaal dijiye, aap misaal dijiye, yeh to bilkul ek jhootha ilzam hai. main sirf analysis karta hoon aur naseehat ki baat karta hoon. Maulana, agla sawal Asif sahib ne bheja hai Kerala se. unhon ne likha hai: "How can we get spiritual</w:t>
      </w:r>
      <w:r>
        <w:br/>
      </w:r>
      <w:r>
        <w:rPr>
          <w:sz w:val="20"/>
        </w:rPr>
        <w:t>56:04  development by Salah? What preparations we need to do for it? Please advise me on this." Dekhiye, namaz</w:t>
      </w:r>
      <w:r>
        <w:br/>
      </w:r>
      <w:r>
        <w:rPr>
          <w:sz w:val="20"/>
        </w:rPr>
        <w:t>56:11  ko log jab chahte hain padhna toh misalein padhte hain.</w:t>
      </w:r>
      <w:r>
        <w:br/>
      </w:r>
      <w:r>
        <w:rPr>
          <w:sz w:val="20"/>
        </w:rPr>
        <w:t>56:19  har masjid, masjid mein, har madrasay mein namaz ka topic padhaya jata hai, lekin woh kya hota hai?</w:t>
      </w:r>
      <w:r>
        <w:br/>
      </w:r>
      <w:r>
        <w:rPr>
          <w:sz w:val="20"/>
        </w:rPr>
        <w:t>56:27  masail, masail, masail, masail.</w:t>
      </w:r>
      <w:r>
        <w:br/>
      </w:r>
      <w:r>
        <w:rPr>
          <w:sz w:val="20"/>
        </w:rPr>
        <w:t>56:34  asal baat hai ke namaz ka jo rooh hai, taqwa, isko padhaya jaye toh woh cheez paida</w:t>
      </w:r>
      <w:r>
        <w:br/>
      </w:r>
      <w:r>
        <w:rPr>
          <w:sz w:val="20"/>
        </w:rPr>
        <w:t>56:42  hogi jo aap farma rahe hain.</w:t>
      </w:r>
      <w:r>
        <w:br/>
      </w:r>
      <w:r>
        <w:rPr>
          <w:sz w:val="20"/>
        </w:rPr>
        <w:t>56:50  agar sirf masail bataye jayein aur masail ke dhoom machayi jaye, aur jo hamari charon firqay hain, charon</w:t>
      </w:r>
      <w:r>
        <w:br/>
      </w:r>
      <w:r>
        <w:rPr>
          <w:sz w:val="20"/>
        </w:rPr>
        <w:t>56:57  firqay hain, kya hain? Masail ke dhoom hain wahan par, spirit ke dhoom nahi hai, hamari firqon mein.</w:t>
      </w:r>
      <w:r>
        <w:br/>
      </w:r>
      <w:r>
        <w:rPr>
          <w:sz w:val="20"/>
        </w:rPr>
        <w:t>57:05  toh firqay mein, madraso mein aur hamare taqreeron mein masail ki dhoom rehti hai.</w:t>
      </w:r>
      <w:r>
        <w:br/>
      </w:r>
      <w:r>
        <w:rPr>
          <w:sz w:val="20"/>
        </w:rPr>
        <w:t>57:11  Hanafi aur Shafi ke darmiyan jo ikhtilafat hain, woh masail par hain, rooh par nahi hain.</w:t>
      </w:r>
      <w:r>
        <w:br/>
      </w:r>
      <w:r>
        <w:rPr>
          <w:sz w:val="20"/>
        </w:rPr>
        <w:t>57:17  toh hamein bajaye masail ke, iski spirit ko logon ko khoob batana chahiye, woh logon ke andar</w:t>
      </w:r>
      <w:r>
        <w:br/>
      </w:r>
      <w:r>
        <w:rPr>
          <w:sz w:val="20"/>
        </w:rPr>
        <w:t>57:23  zinda karna chahiye.</w:t>
      </w:r>
      <w:r>
        <w:br/>
      </w:r>
      <w:r>
        <w:rPr>
          <w:sz w:val="20"/>
        </w:rPr>
        <w:t>57:29  isse masla</w:t>
      </w:r>
      <w:r>
        <w:br/>
      </w:r>
      <w:r>
        <w:rPr>
          <w:sz w:val="20"/>
        </w:rPr>
        <w:t>57:35  hal hoga.</w:t>
      </w:r>
    </w:p>
    <w:p>
      <w:pPr>
        <w:pStyle w:val="Heading2"/>
      </w:pPr>
      <w:r>
        <w:t>The concept of taufiq in prayer</w:t>
      </w:r>
    </w:p>
    <w:p>
      <w:r>
        <w:rPr>
          <w:color w:val="666666"/>
          <w:sz w:val="18"/>
        </w:rPr>
        <w:t>Worship · Divine Help February 09, 2014 Maulana Wahiduddin Khan · 3m 22s · at 1:26:34 · https://youtu.be/eJBjiYGZcKY?t=5194</w:t>
      </w:r>
    </w:p>
    <w:p>
      <w:r>
        <w:rPr>
          <w:i/>
        </w:rPr>
        <w:t>“In prayer, we often say 'God grant taufiq.' What is this taufiq?”</w:t>
      </w:r>
    </w:p>
    <w:p>
      <w:r>
        <w:rPr>
          <w:sz w:val="20"/>
        </w:rPr>
        <w:t>1:26:34  Maulana agla sawal aa hai Delhi say Jameel Akhtar Sahab ka.</w:t>
      </w:r>
      <w:r>
        <w:br/>
      </w:r>
      <w:r>
        <w:rPr>
          <w:sz w:val="20"/>
        </w:rPr>
        <w:t>1:26:39  unhon nay likha hai: Dua mein aksar kehtay hain kay Khuda tofeeq day.</w:t>
      </w:r>
      <w:r>
        <w:br/>
      </w:r>
      <w:r>
        <w:rPr>
          <w:sz w:val="20"/>
        </w:rPr>
        <w:t>1:26:44  yeh tofeeq kia hai? us kay baray mein batayein.</w:t>
      </w:r>
      <w:r>
        <w:br/>
      </w:r>
      <w:r>
        <w:rPr>
          <w:sz w:val="20"/>
        </w:rPr>
        <w:t>1:26:49  dekhein tofeeq jo hai koi مخصوص term nahi hai.</w:t>
      </w:r>
      <w:r>
        <w:br/>
      </w:r>
      <w:r>
        <w:rPr>
          <w:sz w:val="20"/>
        </w:rPr>
        <w:t>1:26:54  woh aik saada si baat hai kay insan kay pas kia hai? Will hai. Will.</w:t>
      </w:r>
      <w:r>
        <w:br/>
      </w:r>
      <w:r>
        <w:rPr>
          <w:sz w:val="20"/>
        </w:rPr>
        <w:t>1:26:59  Will power bas hai.</w:t>
      </w:r>
      <w:r>
        <w:br/>
      </w:r>
      <w:r>
        <w:rPr>
          <w:sz w:val="20"/>
        </w:rPr>
        <w:t>1:27:04  aap kay pas sirf will power hai.</w:t>
      </w:r>
      <w:r>
        <w:br/>
      </w:r>
      <w:r>
        <w:rPr>
          <w:sz w:val="20"/>
        </w:rPr>
        <w:t>1:27:09  aap yeh nahi kar sakte kay aap barish kay nizaam ko badlein.</w:t>
      </w:r>
      <w:r>
        <w:br/>
      </w:r>
      <w:r>
        <w:rPr>
          <w:sz w:val="20"/>
        </w:rPr>
        <w:t>1:27:14  sooraj kay nizaam ko badlein.</w:t>
      </w:r>
      <w:r>
        <w:br/>
      </w:r>
      <w:r>
        <w:rPr>
          <w:sz w:val="20"/>
        </w:rPr>
        <w:t>1:27:18  Soil kay nizaam ko badlein.</w:t>
      </w:r>
      <w:r>
        <w:br/>
      </w:r>
      <w:r>
        <w:rPr>
          <w:sz w:val="20"/>
        </w:rPr>
        <w:t>1:27:23  to sara jo nizaam hai jis mein jis kay andar aap ko kaam karna parta hai woh sab</w:t>
      </w:r>
      <w:r>
        <w:br/>
      </w:r>
      <w:r>
        <w:rPr>
          <w:sz w:val="20"/>
        </w:rPr>
        <w:t>1:27:28  Allah kay hukum say chal raha hai.</w:t>
      </w:r>
      <w:r>
        <w:br/>
      </w:r>
      <w:r>
        <w:rPr>
          <w:sz w:val="20"/>
        </w:rPr>
        <w:t>1:27:33  aap ke paas sirf will hai.</w:t>
      </w:r>
      <w:r>
        <w:br/>
      </w:r>
      <w:r>
        <w:rPr>
          <w:sz w:val="20"/>
        </w:rPr>
        <w:t>1:27:38  to jab aap ek cheez ka faisla karen to aap ne zaati taur par irada kiya ke mujhe</w:t>
      </w:r>
      <w:r>
        <w:br/>
      </w:r>
      <w:r>
        <w:rPr>
          <w:sz w:val="20"/>
        </w:rPr>
        <w:t>1:27:43  aisa karna hai.</w:t>
      </w:r>
      <w:r>
        <w:br/>
      </w:r>
      <w:r>
        <w:rPr>
          <w:sz w:val="20"/>
        </w:rPr>
        <w:t>1:27:48  lekin jab tak jo asbab hain yaani jo natural factors hain wo aap ki mawafiqat na karen aap</w:t>
      </w:r>
      <w:r>
        <w:br/>
      </w:r>
      <w:r>
        <w:rPr>
          <w:sz w:val="20"/>
        </w:rPr>
        <w:t>1:27:53  kuch kar nahin sakte.</w:t>
      </w:r>
      <w:r>
        <w:br/>
      </w:r>
      <w:r>
        <w:rPr>
          <w:sz w:val="20"/>
        </w:rPr>
        <w:t>1:27:58  to tofeeq kamane ki yahi hoti hai ke khuda ya main ne ek sacha faisla kiya hai ab to</w:t>
      </w:r>
      <w:r>
        <w:br/>
      </w:r>
      <w:r>
        <w:rPr>
          <w:sz w:val="20"/>
        </w:rPr>
        <w:t>1:28:03  asbab ke aitbar se mujhe is qabil bana ke main is faisle ko amal mein la sakoon.</w:t>
      </w:r>
      <w:r>
        <w:br/>
      </w:r>
      <w:r>
        <w:rPr>
          <w:sz w:val="20"/>
        </w:rPr>
        <w:t>1:28:07  to asbab fitri ko mawafiqat mein kar dena ye Allah ka kaam hai.</w:t>
      </w:r>
      <w:r>
        <w:br/>
      </w:r>
      <w:r>
        <w:rPr>
          <w:sz w:val="20"/>
        </w:rPr>
        <w:t>1:28:12  aur yahi dua ka matlab hai.</w:t>
      </w:r>
      <w:r>
        <w:br/>
      </w:r>
      <w:r>
        <w:rPr>
          <w:sz w:val="20"/>
        </w:rPr>
        <w:t>1:28:17  Maulana aaj ka session ek aur comment jo aaya hai is par khatam karenge.</w:t>
      </w:r>
      <w:r>
        <w:br/>
      </w:r>
      <w:r>
        <w:rPr>
          <w:sz w:val="20"/>
        </w:rPr>
        <w:t>1:28:22  yeh comment aaya hai a raipur se Idrees sahab ka.</w:t>
      </w:r>
      <w:r>
        <w:br/>
      </w:r>
      <w:r>
        <w:rPr>
          <w:sz w:val="20"/>
        </w:rPr>
        <w:t>1:28:27  unhon ne likha hai: One of the very best talks with very clear message.</w:t>
      </w:r>
      <w:r>
        <w:br/>
      </w:r>
      <w:r>
        <w:rPr>
          <w:sz w:val="20"/>
        </w:rPr>
        <w:t>1:28:32  I learned that people of this century have an open mind to consider and accept new ideas.</w:t>
      </w:r>
      <w:r>
        <w:br/>
      </w:r>
      <w:r>
        <w:rPr>
          <w:sz w:val="20"/>
        </w:rPr>
        <w:t>1:28:37  However, before accepting or rejecting an idea, they do scrutiny based on these three things which is: Firstly,</w:t>
      </w:r>
      <w:r>
        <w:br/>
      </w:r>
      <w:r>
        <w:rPr>
          <w:sz w:val="20"/>
        </w:rPr>
        <w:t>1:28:42  criteria for accepting existence is historical credibility.</w:t>
      </w:r>
      <w:r>
        <w:br/>
      </w:r>
      <w:r>
        <w:rPr>
          <w:sz w:val="20"/>
        </w:rPr>
        <w:t>1:28:47  Secondly, criteria for accepting an idea is logical credibility.</w:t>
      </w:r>
      <w:r>
        <w:br/>
      </w:r>
      <w:r>
        <w:rPr>
          <w:sz w:val="20"/>
        </w:rPr>
        <w:t>1:28:52  And thirdly, peace is valuable and preferred.</w:t>
      </w:r>
      <w:r>
        <w:br/>
      </w:r>
      <w:r>
        <w:rPr>
          <w:sz w:val="20"/>
        </w:rPr>
        <w:t>1:28:57  Islam has merit of historical and logical credibility and it is based on ideology of peace. Dhawa work should focus on these three merits. theek sahi baat hai. So we will end this session today.</w:t>
      </w:r>
    </w:p>
    <w:p>
      <w:pPr>
        <w:pStyle w:val="Heading2"/>
      </w:pPr>
      <w:r>
        <w:t>The meaning and significance of masjid</w:t>
      </w:r>
    </w:p>
    <w:p>
      <w:r>
        <w:rPr>
          <w:color w:val="666666"/>
          <w:sz w:val="18"/>
        </w:rPr>
        <w:t>Worship · Art of Crisis Management I 3 October, 2010 Maulana Wahiduddin Khan · 1m 45s · at 1:49:04 · https://youtu.be/mcJZ0YEOolk?t=6544</w:t>
      </w:r>
    </w:p>
    <w:p>
      <w:r>
        <w:rPr>
          <w:i/>
        </w:rPr>
        <w:t>“What is the meaning of masjid? Please explain.”</w:t>
      </w:r>
    </w:p>
    <w:p>
      <w:r>
        <w:rPr>
          <w:sz w:val="20"/>
        </w:rPr>
        <w:t>1:49:04  maulana, yeh sawal kiya hai mister muhammad tauqeer alam ne muzaffarpur se. unhon ne poocha hai: "what is the meaning of masjid?" is ke baray mein batayen.</w:t>
      </w:r>
      <w:r>
        <w:br/>
      </w:r>
      <w:r>
        <w:rPr>
          <w:sz w:val="20"/>
        </w:rPr>
        <w:t>1:49:19  dekhen, masjid ke literal meaning to hai sajda karne ki jagah ya ibadat karne ki jagah. jahan namaz parhi jaye, wo masjid hai aur namaz to sari zameen par parhi ja sakti hai.</w:t>
      </w:r>
      <w:r>
        <w:br/>
      </w:r>
      <w:r>
        <w:rPr>
          <w:sz w:val="20"/>
        </w:rPr>
        <w:t>1:49:36  ek lehaz se sari masjid, sari zameen hi masjid hai.</w:t>
      </w:r>
      <w:r>
        <w:br/>
      </w:r>
      <w:r>
        <w:rPr>
          <w:sz w:val="20"/>
        </w:rPr>
        <w:t>1:49:41  aur jo masjid banayi jati hai, us ke baray mein hadith mein aata hai ke "al masajid buyoot al mutaqeen" masjiden muttaqeen ka ghar hain, yaani Allah se darne walon ka ghar hain.</w:t>
      </w:r>
      <w:r>
        <w:br/>
      </w:r>
      <w:r>
        <w:rPr>
          <w:sz w:val="20"/>
        </w:rPr>
        <w:t>1:49:55  "al masajid buyoot al mutaqeen" aaj kal kya hai? aaj kal yeh ho gaya "al masajid buyoot al siyaseen".</w:t>
      </w:r>
      <w:r>
        <w:br/>
      </w:r>
      <w:r>
        <w:rPr>
          <w:sz w:val="20"/>
        </w:rPr>
        <w:t>1:50:02  aaj kal yeh ho gaya har jagah, india mein bhi aur dunya mein bhi, pakistan mein har jagah "al masajid buyoot al siyaseen" yaani siyasat pasand log, siyasi leader logon ka markaz ban gaya hai.</w:t>
      </w:r>
      <w:r>
        <w:br/>
      </w:r>
      <w:r>
        <w:rPr>
          <w:sz w:val="20"/>
        </w:rPr>
        <w:t>1:50:14  wo takheerain karen ge jazbat ke andaaz ke, logon ko bharkayen ge. yeh to is is ka misuse hai, yaani mazhab ko, yeh masjid ka misuse hai.</w:t>
      </w:r>
      <w:r>
        <w:br/>
      </w:r>
      <w:r>
        <w:rPr>
          <w:sz w:val="20"/>
        </w:rPr>
        <w:t>1:50:27  "almasajid buyoot almuttaqeen" yani masjid ke andar kya hai? akhirat ki baat ho, jannat jahannum ki baat ho, accountability ki baat ho aur insaniyat ki baat ho, dawat ki baat ho.</w:t>
      </w:r>
      <w:r>
        <w:br/>
      </w:r>
      <w:r>
        <w:rPr>
          <w:sz w:val="20"/>
        </w:rPr>
        <w:t>1:50:40  baqi yeh jo siyasat ki baatein hoti hain masjidon mein, yeh toh masjid ka misuse hai.</w:t>
      </w:r>
    </w:p>
    <w:p>
      <w:pPr>
        <w:pStyle w:val="Heading2"/>
      </w:pPr>
      <w:r>
        <w:t>Understanding the Meaning of Masjid</w:t>
      </w:r>
    </w:p>
    <w:p>
      <w:r>
        <w:rPr>
          <w:color w:val="666666"/>
          <w:sz w:val="18"/>
        </w:rPr>
        <w:t>Worship · Art of Crisis Management October 3, 2010 · 1m 45s · at 1:49:04 · https://youtu.be/sKdyThFThXo?t=6544</w:t>
      </w:r>
    </w:p>
    <w:p>
      <w:r>
        <w:rPr>
          <w:i/>
        </w:rPr>
        <w:t>“What is the meaning of Masjid?”</w:t>
      </w:r>
    </w:p>
    <w:p>
      <w:r>
        <w:rPr>
          <w:sz w:val="20"/>
        </w:rPr>
        <w:t>1:49:04  maulana, yeh sawal kiya hai mr muhammad tauqeer alam ne muzaffarpur se. unhon ne poocha hai: "what is the meaning of masjid?" is ke baray mein batayein.</w:t>
      </w:r>
      <w:r>
        <w:br/>
      </w:r>
      <w:r>
        <w:rPr>
          <w:sz w:val="20"/>
        </w:rPr>
        <w:t>1:49:20  dekhein, masjid ke literal meaning to hai sajda karne ki jagah ya ibadat karne ki jagah. jahan namaz parhi jaye, woh masjid hai aur namaz to sari zameen par parhi ja sakti hai.</w:t>
      </w:r>
      <w:r>
        <w:br/>
      </w:r>
      <w:r>
        <w:rPr>
          <w:sz w:val="20"/>
        </w:rPr>
        <w:t>1:49:36  ek lehaz se sari masjid, sari zameen masjid hai aur jo masjid banayi jati hai, us ke baray mein hadith mein aata hai ke: "al masajid buyoot ul muttaqeen"</w:t>
      </w:r>
      <w:r>
        <w:br/>
      </w:r>
      <w:r>
        <w:rPr>
          <w:sz w:val="20"/>
        </w:rPr>
        <w:t>1:49:50  . masjidain muttaqeen ka ghar hain, yani Allah se darne walon ka ghar hai. "al masajid buyoot ul muttaqeen" aaj kal kya hai?</w:t>
      </w:r>
      <w:r>
        <w:br/>
      </w:r>
      <w:r>
        <w:rPr>
          <w:sz w:val="20"/>
        </w:rPr>
        <w:t>1:49:58  aaj kal yeh hoga: "al masajid buyoot siyaseen". aaj kal yeh ho gaya har jagah, india mein bhi aur arab dunya mein bhi, pakistan mein har jagah.</w:t>
      </w:r>
      <w:r>
        <w:br/>
      </w:r>
      <w:r>
        <w:rPr>
          <w:sz w:val="20"/>
        </w:rPr>
        <w:t>1:50:07  "al masajid buyoot siyaseen" yani siyasat pasand log, siyasi leader logon ka markaz ban gaya aur takhliyan karenge jazbat ke andaaz ke logon ko bharkayenge.</w:t>
      </w:r>
      <w:r>
        <w:br/>
      </w:r>
      <w:r>
        <w:rPr>
          <w:sz w:val="20"/>
        </w:rPr>
        <w:t>1:50:19  yeh to is is ka misuse hai, yani mazhab ko yeh masjid ka misuse hai. "al masajid buyoot ul muttaqeen" yani masjid ke andar kya hai?</w:t>
      </w:r>
      <w:r>
        <w:br/>
      </w:r>
      <w:r>
        <w:rPr>
          <w:sz w:val="20"/>
        </w:rPr>
        <w:t>1:50:31  aakhirat ki baat ho, jannat jahannum ki baat ho, accountability ki baat ho aur insaniyat ki baat ho, dawat ki baat ho.</w:t>
      </w:r>
      <w:r>
        <w:br/>
      </w:r>
      <w:r>
        <w:rPr>
          <w:sz w:val="20"/>
        </w:rPr>
        <w:t>1:50:41  baqi yeh jo siyasat ki baatein hoti hain masjidon mein, yeh to masjid ka misuse hai.</w:t>
      </w:r>
    </w:p>
    <w:p>
      <w:pPr>
        <w:pStyle w:val="Heading2"/>
      </w:pPr>
      <w:r>
        <w:t>Understanding the concept of Qaza-e-Umri</w:t>
      </w:r>
    </w:p>
    <w:p>
      <w:r>
        <w:rPr>
          <w:color w:val="666666"/>
          <w:sz w:val="18"/>
        </w:rPr>
        <w:t>Worship · Purpose of Human Life February 12, 2012 Maulana Wahiduddin Khan · 2m 12s · at 1:33:23 · https://youtu.be/gRupSXuak-w?t=5603</w:t>
      </w:r>
    </w:p>
    <w:p>
      <w:r>
        <w:rPr>
          <w:i/>
        </w:rPr>
        <w:t>“What is the reality of Qaza-e-Umri (making up missed prayers)?”</w:t>
      </w:r>
    </w:p>
    <w:p>
      <w:r>
        <w:rPr>
          <w:sz w:val="20"/>
        </w:rPr>
        <w:t>1:33:23  ek kitab hai akhirat ka safar, is ko aap parhiye. inshallah aap ka jawab mil jayega is mein. maulana, agla sawal kashmir se mr irfan ahmed sahib ka hai.</w:t>
      </w:r>
      <w:r>
        <w:br/>
      </w:r>
      <w:r>
        <w:rPr>
          <w:sz w:val="20"/>
        </w:rPr>
        <w:t>1:33:36  unhon ne poocha hai: "qazaye oomri ki haqeeqat kya hai?" kuch bhi nahin, yeh to baad ki cheezen hain.</w:t>
      </w:r>
      <w:r>
        <w:br/>
      </w:r>
      <w:r>
        <w:rPr>
          <w:sz w:val="20"/>
        </w:rPr>
        <w:t>1:33:46  yeh sab baad ki cheezen hain. qazaye oomri, yeh is zamane mein paida hua jab ke form asal ho gaya aur spirit ghayab ho gayi.</w:t>
      </w:r>
      <w:r>
        <w:br/>
      </w:r>
      <w:r>
        <w:rPr>
          <w:sz w:val="20"/>
        </w:rPr>
        <w:t>1:33:56  qazaye oomri aadmi kis baat karta hai? kya spirit ki qaza karte hain? jo log qazaye oomri karte hain, woh is form ko dohrate hain. spirit ko, spirit ko kaise dohraenge aap?</w:t>
      </w:r>
      <w:r>
        <w:br/>
      </w:r>
      <w:r>
        <w:rPr>
          <w:sz w:val="20"/>
        </w:rPr>
        <w:t>1:34:09  to qazaye oomri darasal is is waqt paida hua hai tasawwur jab namaz jo thi, woh bas form ban gayi. form, spirit ghayab.</w:t>
      </w:r>
      <w:r>
        <w:br/>
      </w:r>
      <w:r>
        <w:rPr>
          <w:sz w:val="20"/>
        </w:rPr>
        <w:t>1:34:18  halankeh hadith pata hai ek aata hai ke: "la khushoo ke baghair namaz nahin." to khushoo kaise dohraenge aap?</w:t>
      </w:r>
      <w:r>
        <w:br/>
      </w:r>
      <w:r>
        <w:rPr>
          <w:sz w:val="20"/>
        </w:rPr>
        <w:t>1:34:29  qazaye oomri karenge to khushoo ko kaise dohraenge aap? formy ko dohra sakte hain aap.</w:t>
      </w:r>
      <w:r>
        <w:br/>
      </w:r>
      <w:r>
        <w:rPr>
          <w:sz w:val="20"/>
        </w:rPr>
        <w:t>1:34:34  main bas bataoon ke yeh yeh yeh jo hai, reduced form jo namaz ka bana, is se is se yeh cheez nikli hai. baqi qazaye oomri na hadith mein hai, na quran mein, kahin bhi nahin hai.</w:t>
      </w:r>
      <w:r>
        <w:br/>
      </w:r>
      <w:r>
        <w:rPr>
          <w:sz w:val="20"/>
        </w:rPr>
        <w:t>1:34:46  is ki koi bhi reference quran mein hadith mein nahin de sakte aap. main is ko nahin manta. main main mujh se koi log masla poochte hain, main ne kaha nahin, islam mein yeh sab kuch nahin hai.</w:t>
      </w:r>
      <w:r>
        <w:br/>
      </w:r>
      <w:r>
        <w:rPr>
          <w:sz w:val="20"/>
        </w:rPr>
        <w:t>1:34:59  jis din aap ko ehsas hua hai, usi din se active ho jaiye. aur qazaye oomri karne ke ilawa doosre kaam kijiye. dawat e haq kaam kijiye.</w:t>
      </w:r>
      <w:r>
        <w:br/>
      </w:r>
      <w:r>
        <w:rPr>
          <w:sz w:val="20"/>
        </w:rPr>
        <w:t>1:35:10  yani is isi form ko dohrane ke liye kyun aap sab zyada chahte hain? dawat e haq ke liye daudiye.</w:t>
      </w:r>
      <w:r>
        <w:br/>
      </w:r>
      <w:r>
        <w:rPr>
          <w:sz w:val="20"/>
        </w:rPr>
        <w:t>1:35:19  yani aap is se pehle jo aap dawat e haq nahin kar sake, aaj dawat e haq ke liye sargam ho jaiye. yeh in sab kamon mein apna tawajjuh lagai</w:t>
      </w:r>
      <w:r>
        <w:br/>
      </w:r>
      <w:r>
        <w:rPr>
          <w:sz w:val="20"/>
        </w:rPr>
        <w:t>1:35:28  e. main is ko nahin manta kyunke is ka koi saboot nahin hai.</w:t>
      </w:r>
    </w:p>
    <w:p>
      <w:pPr>
        <w:pStyle w:val="Heading2"/>
      </w:pPr>
      <w:r>
        <w:t>Using cosmetics with alcohol ingredients</w:t>
      </w:r>
    </w:p>
    <w:p>
      <w:r>
        <w:rPr>
          <w:color w:val="666666"/>
          <w:sz w:val="18"/>
        </w:rPr>
        <w:t>Worship · Man and the Laws of Nature April 1, 2012 · 2m 32s · at 1:53:29 · https://youtu.be/coIrwYQgb6Y?t=6809</w:t>
      </w:r>
    </w:p>
    <w:p>
      <w:r>
        <w:rPr>
          <w:i/>
        </w:rPr>
        <w:t>“Can we use perfumes, gel and other cosmetic items, because those types of things have alcoholic ingredients?”</w:t>
      </w:r>
    </w:p>
    <w:p>
      <w:r>
        <w:rPr>
          <w:sz w:val="20"/>
        </w:rPr>
        <w:t>1:53:29  Maulana, yeh sawal Delhi se hai Mr. Muhammad Anas ka. unhon ne poocha hai: "can we use perfumes, gel and other cosmetic items, because that type of things have alcoholic ingredients?" yeh sab bilkul yaani mein to is ko saray hi se alcohol ho ya na ho, aik wo samajhta hoon waqt ka waste waste karna.</w:t>
      </w:r>
      <w:r>
        <w:br/>
      </w:r>
      <w:r>
        <w:rPr>
          <w:sz w:val="20"/>
        </w:rPr>
        <w:t>1:53:55  yaani aap ghanton time ladkiyan bitati hain aaine ke samne aur apne ko beautify karti hain. yeh to time ko waste karna hai. mein is ko bilkul hi yaani flash act samajhta hoon.</w:t>
      </w:r>
      <w:r>
        <w:br/>
      </w:r>
      <w:r>
        <w:rPr>
          <w:sz w:val="20"/>
        </w:rPr>
        <w:t>1:54:07  is ko itna hamara time, itna itna precious hai, itna hamara waqt jo hai, itna qeemti hai. is ko is doosre bohat se kaam hain, bare bare is mein is mein lagaiye.</w:t>
      </w:r>
      <w:r>
        <w:br/>
      </w:r>
      <w:r>
        <w:rPr>
          <w:sz w:val="20"/>
        </w:rPr>
        <w:t>1:54:20  yeh yeh beauty parlor, mein samajhta hoon ke yeh mein is ko aglification parlor samajhta hoon kyunke time waste karne ka wo center hai.</w:t>
      </w:r>
      <w:r>
        <w:br/>
      </w:r>
      <w:r>
        <w:rPr>
          <w:sz w:val="20"/>
        </w:rPr>
        <w:t>1:54:29  aadmi jata hai wahan time waste karne ke liye, koi beauty nahi. jo jo mein jata hoon, yeh TV mein to koi aata hai is ko wo karne ke liye.</w:t>
      </w:r>
      <w:r>
        <w:br/>
      </w:r>
      <w:r>
        <w:rPr>
          <w:sz w:val="20"/>
        </w:rPr>
        <w:t>1:54:39  mein ne kaha bhai jo Khuda ne jo mujhe diya hai, wo wahi meri beauty hai. aap aa kar ke yeh sab jo karenge, wo meri beauty nahi hai.</w:t>
      </w:r>
      <w:r>
        <w:br/>
      </w:r>
      <w:r>
        <w:rPr>
          <w:sz w:val="20"/>
        </w:rPr>
        <w:t>1:54:47  aaj tak mein ne kisi ko touch nahi hone diya apne chehra. to mein to samajhta hoon ke bilkul stupid soch hai ke aap samajhte hain ke koi koi art hai ke apne ko beautiful banao.</w:t>
      </w:r>
      <w:r>
        <w:br/>
      </w:r>
      <w:r>
        <w:rPr>
          <w:sz w:val="20"/>
        </w:rPr>
        <w:t>1:55:02  art nahi, wo to uglification mein ne dekhi.</w:t>
      </w:r>
    </w:p>
    <w:p>
      <w:pPr>
        <w:pStyle w:val="Heading2"/>
      </w:pPr>
      <w:r>
        <w:t>Value of Qurbani expenditure in Islam</w:t>
      </w:r>
    </w:p>
    <w:p>
      <w:r>
        <w:rPr>
          <w:color w:val="666666"/>
          <w:sz w:val="18"/>
        </w:rPr>
        <w:t>Worship · The Revival of Ibrahimi Mission-28th October 2012 · 52s · at 1:13:03 · https://youtu.be/kniEYfMCz9w?t=4383</w:t>
      </w:r>
    </w:p>
    <w:p>
      <w:r>
        <w:rPr>
          <w:i/>
        </w:rPr>
        <w:t>“Some Muslims say that the money spent on Qurbani (sacrifice) is of no benefit.”</w:t>
      </w:r>
    </w:p>
    <w:p>
      <w:r>
        <w:rPr>
          <w:sz w:val="20"/>
        </w:rPr>
        <w:t>1:13:03  maulana, agla sawal karachi pakistan se aya hai mrs abdul latif ka.</w:t>
      </w:r>
      <w:r>
        <w:br/>
      </w:r>
      <w:r>
        <w:rPr>
          <w:sz w:val="20"/>
        </w:rPr>
        <w:t>1:13:09  unhon ne likha hai: "musalmanon mein se kuch log kehte hain ke qurbani par jo raqam kharch ki</w:t>
      </w:r>
      <w:r>
        <w:br/>
      </w:r>
      <w:r>
        <w:rPr>
          <w:sz w:val="20"/>
        </w:rPr>
        <w:t>1:13:15  jati hai, is ka koi faida nahi.</w:t>
      </w:r>
      <w:r>
        <w:br/>
      </w:r>
      <w:r>
        <w:rPr>
          <w:sz w:val="20"/>
        </w:rPr>
        <w:t>1:13:21  is ke bajaye agar is raqam ko kisi rifahi kaam mein lagaya jaye to is ka bohat faida</w:t>
      </w:r>
      <w:r>
        <w:br/>
      </w:r>
      <w:r>
        <w:rPr>
          <w:sz w:val="20"/>
        </w:rPr>
        <w:t>1:13:26  ہوگا۔" مولانا صاحب، یہ بات کس حد تک صحیح ہے؟ نہیں، بالکل absurd ہے۔</w:t>
      </w:r>
      <w:r>
        <w:br/>
      </w:r>
      <w:r>
        <w:rPr>
          <w:sz w:val="20"/>
        </w:rPr>
        <w:t>1:13:32  bilkul absort baat hai.</w:t>
      </w:r>
      <w:r>
        <w:br/>
      </w:r>
      <w:r>
        <w:rPr>
          <w:sz w:val="20"/>
        </w:rPr>
        <w:t>1:13:38  mein is se har giz ittefaq nahi karta.</w:t>
      </w:r>
      <w:r>
        <w:br/>
      </w:r>
      <w:r>
        <w:rPr>
          <w:sz w:val="20"/>
        </w:rPr>
        <w:t>1:13:44  یہ بہت ایسی سوچ لوگوں میں پائی جاتی ہے، لیکن بالکل یہ یہ بالکل absurd بات ہے۔</w:t>
      </w:r>
      <w:r>
        <w:br/>
      </w:r>
      <w:r>
        <w:rPr>
          <w:sz w:val="20"/>
        </w:rPr>
        <w:t>1:13:50  is ka koi haqeeqat is ki nahi hai.</w:t>
      </w:r>
    </w:p>
    <w:p>
      <w:pPr>
        <w:pStyle w:val="Heading2"/>
      </w:pPr>
      <w:r>
        <w:t>Verbalizing intention in prayer</w:t>
      </w:r>
    </w:p>
    <w:p>
      <w:r>
        <w:rPr>
          <w:color w:val="666666"/>
          <w:sz w:val="18"/>
        </w:rPr>
        <w:t>Worship · Revival and Revivalist June 7, 2015 · 1m 39s · at 47:02 · https://youtu.be/MCY8AJ87BXc?t=2822</w:t>
      </w:r>
    </w:p>
    <w:p>
      <w:r>
        <w:rPr>
          <w:i/>
        </w:rPr>
        <w:t>“At the time of starting our prayer, should we verbalize the intention? Is intention enough?”</w:t>
      </w:r>
    </w:p>
    <w:p>
      <w:r>
        <w:rPr>
          <w:sz w:val="20"/>
        </w:rPr>
        <w:t>47:02  is ka hal yeh hai ke logon ko bataya jaye ke dawah karti aam baat hai. dawah ki qeemat kya hai? ma'ni agla sawal kya hai?</w:t>
      </w:r>
      <w:r>
        <w:br/>
      </w:r>
      <w:r>
        <w:rPr>
          <w:sz w:val="20"/>
        </w:rPr>
        <w:t>47:11  mukhtar ahmed ne bihar se e</w:t>
      </w:r>
      <w:r>
        <w:br/>
      </w:r>
      <w:r>
        <w:rPr>
          <w:sz w:val="20"/>
        </w:rPr>
        <w:t>47:14  at the time of start of our prayer, we should tell the niyat or is intention enough.</w:t>
      </w:r>
      <w:r>
        <w:br/>
      </w:r>
      <w:r>
        <w:rPr>
          <w:sz w:val="20"/>
        </w:rPr>
        <w:t>47:27  to niyat aur intention to ek hi cheez hai. sawal mere khayal se sahi alfaaz mein nahin hai. sawal karne ka matlab ghaleban yeh hai ke lafzon mein niyat ko kehna zaroori hai ke niyat kafi hai.</w:t>
      </w:r>
      <w:r>
        <w:br/>
      </w:r>
      <w:r>
        <w:rPr>
          <w:sz w:val="20"/>
        </w:rPr>
        <w:t>47:40  shayad matlab sawal ka yeh hai</w:t>
      </w:r>
      <w:r>
        <w:br/>
      </w:r>
      <w:r>
        <w:rPr>
          <w:sz w:val="20"/>
        </w:rPr>
        <w:t>47:43  kiyunke aam taur par log yeh karte hain ke munh mera taraf kabe ke waghera alfaaz bolte hain. to yeh alfaaz bolna hargiz zaroori nahin hai.</w:t>
      </w:r>
      <w:r>
        <w:br/>
      </w:r>
      <w:r>
        <w:rPr>
          <w:sz w:val="20"/>
        </w:rPr>
        <w:t>47:54  sahaba aise alfaaz nahin bolte the. yeh to awam ke liye hain. yeh saare alfaaz</w:t>
      </w:r>
      <w:r>
        <w:br/>
      </w:r>
      <w:r>
        <w:rPr>
          <w:sz w:val="20"/>
        </w:rPr>
        <w:t>48:00  . agli cheez yeh hai ke aap niyat. niyat ke ma'ni yeh hain ke aap, yani zehn aap ka bedaar ho. aap aap samajhte hon, yani aap aap ke zehn mein yeh yeh khayal taza ho ke main namaz parhne ke khada hua hoon.</w:t>
      </w:r>
      <w:r>
        <w:br/>
      </w:r>
      <w:r>
        <w:rPr>
          <w:sz w:val="20"/>
        </w:rPr>
        <w:t>48:18  to alfaaz dohrana hargiz zaroori nahin hai, lekin niyat zaroori hai.</w:t>
      </w:r>
      <w:r>
        <w:br/>
      </w:r>
      <w:r>
        <w:rPr>
          <w:sz w:val="20"/>
        </w:rPr>
        <w:t>48:24  niyat ke ma'ni hain, yani</w:t>
      </w:r>
      <w:r>
        <w:br/>
      </w:r>
      <w:r>
        <w:rPr>
          <w:sz w:val="20"/>
        </w:rPr>
        <w:t>48:29  yani yani</w:t>
      </w:r>
      <w:r>
        <w:br/>
      </w:r>
      <w:r>
        <w:rPr>
          <w:sz w:val="20"/>
        </w:rPr>
        <w:t>48:33  zehn ke zehn idhar udhar na bhatak raha ho, balkeh sach much ehsaas aap par taari ho ke hum Allah ki namaz parh rahe hain.</w:t>
      </w:r>
    </w:p>
    <w:p>
      <w:pPr>
        <w:pStyle w:val="Heading2"/>
      </w:pPr>
      <w:r>
        <w:t>Ways to serve God as servants</w:t>
      </w:r>
    </w:p>
    <w:p>
      <w:r>
        <w:rPr>
          <w:color w:val="666666"/>
          <w:sz w:val="18"/>
        </w:rPr>
        <w:t>Worship · Islamic Pacifism Q&amp;A 8 May 2011 · 1m 57s · at 13:43 · https://youtu.be/5ZersGDNVcw?t=823</w:t>
      </w:r>
    </w:p>
    <w:p>
      <w:r>
        <w:rPr>
          <w:i/>
        </w:rPr>
        <w:t>“What are the ways by which we servants should serve God?”</w:t>
      </w:r>
    </w:p>
    <w:p>
      <w:r>
        <w:rPr>
          <w:sz w:val="20"/>
        </w:rPr>
        <w:t>13:42  yeh matlab hai is</w:t>
      </w:r>
      <w:r>
        <w:br/>
      </w:r>
      <w:r>
        <w:rPr>
          <w:sz w:val="20"/>
        </w:rPr>
        <w:t>13:43  ka. mister muhammad ibrahim ne gurgaon se sawal kiya hai. unhon ne likha hai: "What are the ways by which we servants should serve God?" I request Maulana sahib to reply my question in English as I can't understand Urdu.</w:t>
      </w:r>
      <w:r>
        <w:br/>
      </w:r>
      <w:r>
        <w:rPr>
          <w:sz w:val="20"/>
        </w:rPr>
        <w:t>14:00  kya aap phir se padhiye? "What are the ways by which we servants should serve God?" What is, what, what is service</w:t>
      </w:r>
      <w:r>
        <w:br/>
      </w:r>
      <w:r>
        <w:rPr>
          <w:sz w:val="20"/>
        </w:rPr>
        <w:t>14:12  ? I fail to understand what is service. Service here means ibadat, worship, or something else than ibadat?</w:t>
      </w:r>
      <w:r>
        <w:br/>
      </w:r>
      <w:r>
        <w:rPr>
          <w:sz w:val="20"/>
        </w:rPr>
        <w:t>14:20  What is service? Maulana, he has not clarified that, but I think basically Khuda ka kaam kaise karein hum?</w:t>
      </w:r>
      <w:r>
        <w:br/>
      </w:r>
      <w:r>
        <w:rPr>
          <w:sz w:val="20"/>
        </w:rPr>
        <w:t>14:29  is ke bare mein.</w:t>
      </w:r>
      <w:r>
        <w:br/>
      </w:r>
      <w:r>
        <w:rPr>
          <w:sz w:val="20"/>
        </w:rPr>
        <w:t>14:33  According to my study,</w:t>
      </w:r>
      <w:r>
        <w:br/>
      </w:r>
      <w:r>
        <w:rPr>
          <w:sz w:val="20"/>
        </w:rPr>
        <w:t>14:38  the work is the divine work. In the Quran, there are several verses in which God says, "In terms of law and circum,</w:t>
      </w:r>
      <w:r>
        <w:br/>
      </w:r>
      <w:r>
        <w:rPr>
          <w:sz w:val="20"/>
        </w:rPr>
        <w:t>14:54  man and soul is law."</w:t>
      </w:r>
      <w:r>
        <w:br/>
      </w:r>
      <w:r>
        <w:rPr>
          <w:sz w:val="20"/>
        </w:rPr>
        <w:t>14:57  In these verses, nusrat means help. In these verses, nusrat means da'wah.</w:t>
      </w:r>
      <w:r>
        <w:br/>
      </w:r>
      <w:r>
        <w:rPr>
          <w:sz w:val="20"/>
        </w:rPr>
        <w:t>15:09  So according to my study, there are two</w:t>
      </w:r>
      <w:r>
        <w:br/>
      </w:r>
      <w:r>
        <w:rPr>
          <w:sz w:val="20"/>
        </w:rPr>
        <w:t>15:14  responsibilities for a faithful person. One, to worship God as prescribed in Quran and Hadith.</w:t>
      </w:r>
      <w:r>
        <w:br/>
      </w:r>
      <w:r>
        <w:rPr>
          <w:sz w:val="20"/>
        </w:rPr>
        <w:t>15:25  And the other duty is to do da'wah work. Da'wah work, you can say the da'wah work is service to God.</w:t>
      </w:r>
      <w:r>
        <w:br/>
      </w:r>
      <w:r>
        <w:rPr>
          <w:sz w:val="20"/>
        </w:rPr>
        <w:t>15:35  Is it clear?</w:t>
      </w:r>
      <w:r>
        <w:br/>
      </w:r>
      <w:r>
        <w:rPr>
          <w:sz w:val="20"/>
        </w:rPr>
        <w:t>15:36  ji.</w:t>
      </w:r>
    </w:p>
    <w:p>
      <w:pPr>
        <w:pStyle w:val="Heading2"/>
      </w:pPr>
      <w:r>
        <w:t>What Is Shab-e-Miraj and Its Practices</w:t>
      </w:r>
    </w:p>
    <w:p>
      <w:r>
        <w:rPr>
          <w:color w:val="666666"/>
          <w:sz w:val="18"/>
        </w:rPr>
        <w:t>Worship · Q&amp;A 11 Jul 2010 Maulana Wahiduddin Khan · 2m 10s · at 44:18 · https://youtu.be/UHtdtzGGwFQ?t=2658</w:t>
      </w:r>
    </w:p>
    <w:p>
      <w:r>
        <w:rPr>
          <w:i/>
        </w:rPr>
        <w:t>“What is Shab-e-Miraj? What should one do on this occasion?”</w:t>
      </w:r>
    </w:p>
    <w:p>
      <w:r>
        <w:rPr>
          <w:sz w:val="20"/>
        </w:rPr>
        <w:t>44:18  maulana, un ka ek aur sawal hai. unhon ne poocha hai ke "what is shab-e-meraj? what should one do on this occasion?"</w:t>
      </w:r>
      <w:r>
        <w:br/>
      </w:r>
      <w:r>
        <w:rPr>
          <w:sz w:val="20"/>
        </w:rPr>
        <w:t>44:28  kuch nahi, aaj kal jo musalman karte hain woh sab riwaj hai un ka. is ka mazhab islam se koi ta'alluq nahi. shab-e-meraj yeh bhi pata nahi kis kis din hui thi.</w:t>
      </w:r>
      <w:r>
        <w:br/>
      </w:r>
      <w:r>
        <w:rPr>
          <w:sz w:val="20"/>
        </w:rPr>
        <w:t>44:37  koi sabit thori hai is ka tareekh. koi date koi sabit nahi hai. yeh to musalman ne bana rakha hai ek falan date.</w:t>
      </w:r>
      <w:r>
        <w:br/>
      </w:r>
      <w:r>
        <w:rPr>
          <w:sz w:val="20"/>
        </w:rPr>
        <w:t>44:48  beh-haal yeh sab baatein jo hain yeh superstition hain. superstition. is ka islam se koi ta'alluq nahi hai. to us din agar ibadat kar lo to phir jannat mil jayegi?</w:t>
      </w:r>
      <w:r>
        <w:br/>
      </w:r>
      <w:r>
        <w:rPr>
          <w:sz w:val="20"/>
        </w:rPr>
        <w:t>45:00  aisa kuch bhi nahi hai. shab-e-meraj ke bare mein aap ek hi kaam karna hai ke woh aap woh hadith padhein jis mein ke aap ne apne tajrubaat bataye hain.</w:t>
      </w:r>
      <w:r>
        <w:br/>
      </w:r>
      <w:r>
        <w:rPr>
          <w:sz w:val="20"/>
        </w:rPr>
        <w:t>45:10  ke aap ne jahannum ko dekha to wahan yeh anjam ho raha tha. bure karne walon ka. jannat ko dekha to wahan un ko yeh inaam mil raha tha. is ko padhein, is se sabak lein.</w:t>
      </w:r>
      <w:r>
        <w:br/>
      </w:r>
      <w:r>
        <w:rPr>
          <w:sz w:val="20"/>
        </w:rPr>
        <w:t>45:21  to meraj ka waqt sabak lene ke liye day manane ke liye nahi hai. meraj day manana yeh koi islam nahi hai.</w:t>
      </w:r>
      <w:r>
        <w:br/>
      </w:r>
      <w:r>
        <w:rPr>
          <w:sz w:val="20"/>
        </w:rPr>
        <w:t>45:29  yeh shab-e-meraj jo hoti hai nahi to meraj day manate hain. to meraj day islam mein harghiz nahi hai. sabak leejiyye, is hadith ko padhiye jis mein rasool Allah sal-lal-lahu alaihi wa-sallam apne tajrubaat bataye hain.</w:t>
      </w:r>
      <w:r>
        <w:br/>
      </w:r>
      <w:r>
        <w:rPr>
          <w:sz w:val="20"/>
        </w:rPr>
        <w:t>45:42  to sabak lena asal hai na ke meraj day manana.</w:t>
      </w:r>
      <w:r>
        <w:br/>
      </w:r>
      <w:r>
        <w:rPr>
          <w:sz w:val="20"/>
        </w:rPr>
        <w:t>45:48  sajid ahmed lucknow se pooch rahe hain maulana ke "While reading Quran, is it necessary to recite Arabic script or only the translation will be enough?"</w:t>
      </w:r>
      <w:r>
        <w:br/>
      </w:r>
      <w:r>
        <w:rPr>
          <w:sz w:val="20"/>
        </w:rPr>
        <w:t>46:02  nahi to yeh to aap ke halaat par hai. agar kisi ke paas itna kam time ho to tarjuma padhe. nahi to arabi padhe aur arabi padh kar ke us pe zyada ghor o fikr kare, zyada soch sakta hai woh.</w:t>
      </w:r>
      <w:r>
        <w:br/>
      </w:r>
      <w:r>
        <w:rPr>
          <w:sz w:val="20"/>
        </w:rPr>
        <w:t>46:14  arabi janne wala zyada soch sakta hai, zyada samajh sakta hai. lekin is ka matlab nahi ke arabi padhna farz hai kisi ke upar. jis ke bas mein jitna hai itna woh karna chahiye.</w:t>
      </w:r>
      <w:r>
        <w:br/>
      </w:r>
      <w:r>
        <w:rPr>
          <w:sz w:val="20"/>
        </w:rPr>
        <w:t>46:23  atqoo allah mustataqam</w:t>
      </w:r>
    </w:p>
    <w:p>
      <w:pPr>
        <w:pStyle w:val="Heading2"/>
      </w:pPr>
      <w:r>
        <w:t>What is Istikhara and its procedure?</w:t>
      </w:r>
    </w:p>
    <w:p>
      <w:r>
        <w:rPr>
          <w:color w:val="666666"/>
          <w:sz w:val="18"/>
        </w:rPr>
        <w:t>Worship · Building A Creative Personality | 20 Nov 2011 · 3m 01s · at 1:45:38 · https://youtu.be/jdfhpwfEvKg?t=6338</w:t>
      </w:r>
    </w:p>
    <w:p>
      <w:r>
        <w:rPr>
          <w:i/>
        </w:rPr>
        <w:t>“What is Istikhara? What is its procedure? Are there any conditions?”</w:t>
      </w:r>
    </w:p>
    <w:p>
      <w:r>
        <w:rPr>
          <w:sz w:val="20"/>
        </w:rPr>
        <w:t>1:45:38  ji, Maulana, agla sawal kiya hai? Maulana Amanullah ne Delhi se.</w:t>
      </w:r>
      <w:r>
        <w:br/>
      </w:r>
      <w:r>
        <w:rPr>
          <w:sz w:val="20"/>
        </w:rPr>
        <w:t>1:45:44  unhon ne likha hai ke Maulana, istikhara kiya hai? is ka tareeqa kar kiya hai? kiya is ki</w:t>
      </w:r>
      <w:r>
        <w:br/>
      </w:r>
      <w:r>
        <w:rPr>
          <w:sz w:val="20"/>
        </w:rPr>
        <w:t>1:45:51  koi sharait bhi hain? dekhein, Sahabi kehte hain ke "yul number al istikhara kama yul number al Quran" ke Rasool</w:t>
      </w:r>
      <w:r>
        <w:br/>
      </w:r>
      <w:r>
        <w:rPr>
          <w:sz w:val="20"/>
        </w:rPr>
        <w:t>1:45:57  Allah hum ko istikhara sikhate thay, jis tarah Quran sikhate thay.</w:t>
      </w:r>
      <w:r>
        <w:br/>
      </w:r>
      <w:r>
        <w:rPr>
          <w:sz w:val="20"/>
        </w:rPr>
        <w:t>1:46:03  is tarah aap ahmiyat samajh sakte hain is ki ke istikhara koi wahmi cheez nahi hai, koi awami cheez nahi, yeh bilkul sunnat hai. aur rasoolullah sallallahu alaihi wasallam logon ko batate the istikhara. to istikhara ke lafzi maani dekhiye hain: talab khair, khair chahna. lafzi maani is ke hain istikhara. to istikhara to musalman karta hi hai. ab jab dua karte hain, woh bhi istikhara hota hai. ab jo dua karte hain ke "khuda mujhe aisa</w:t>
      </w:r>
      <w:r>
        <w:br/>
      </w:r>
      <w:r>
        <w:rPr>
          <w:sz w:val="20"/>
        </w:rPr>
        <w:t>1:46:33  mere haq mein kar, aisa haq mein kar" to woh istikhara hi hota hai. woh is ki ek formal shakal bhi hai istikhare ki. woh yeh hai ke aap isha ki namaz ke baad sone se pehle do rakat namaz padhein. agar aap ko yaad ho to is pehli rakat mein surah al-zuha, doosri rakat mein al-nasrah padhein, aur us ke baad dua karein. ek dua hadith ki</w:t>
      </w:r>
      <w:r>
        <w:br/>
      </w:r>
      <w:r>
        <w:rPr>
          <w:sz w:val="20"/>
        </w:rPr>
        <w:t>1:47:03  kitab mein aati hai: "Allah astakhiruka bi ilmika" waghera.</w:t>
      </w:r>
      <w:r>
        <w:br/>
      </w:r>
      <w:r>
        <w:rPr>
          <w:sz w:val="20"/>
        </w:rPr>
        <w:t>1:47:07  yeh zaroori nahi parhna, apni zuban mein aap dua kar sakte hain.</w:t>
      </w:r>
      <w:r>
        <w:br/>
      </w:r>
      <w:r>
        <w:rPr>
          <w:sz w:val="20"/>
        </w:rPr>
        <w:t>1:47:12  woh jo dua aati hai, usi ko dohrana zaroori nahi hai.</w:t>
      </w:r>
      <w:r>
        <w:br/>
      </w:r>
      <w:r>
        <w:rPr>
          <w:sz w:val="20"/>
        </w:rPr>
        <w:t>1:47:16  to ke "Allah inni astakhiruka bi ilmika wa astaghfiruka bi qudratika" wasta'aluka in is tarah ke alfaaz hain.</w:t>
      </w:r>
      <w:r>
        <w:br/>
      </w:r>
      <w:r>
        <w:rPr>
          <w:sz w:val="20"/>
        </w:rPr>
        <w:t>1:47:20  to woh yaad kar lein aur dua karein.</w:t>
      </w:r>
      <w:r>
        <w:br/>
      </w:r>
      <w:r>
        <w:rPr>
          <w:sz w:val="20"/>
        </w:rPr>
        <w:t>1:47:25  isi se yeh koi zaroori nahi hai.</w:t>
      </w:r>
      <w:r>
        <w:br/>
      </w:r>
      <w:r>
        <w:rPr>
          <w:sz w:val="20"/>
        </w:rPr>
        <w:t>1:47:29  jo bhi aap</w:t>
      </w:r>
      <w:r>
        <w:br/>
      </w:r>
      <w:r>
        <w:rPr>
          <w:sz w:val="20"/>
        </w:rPr>
        <w:t>1:47:33  , jo bhi aap ka masla hai, jo aap ki zuban hai, us zuban mein is masle ko bayan karein.</w:t>
      </w:r>
      <w:r>
        <w:br/>
      </w:r>
      <w:r>
        <w:rPr>
          <w:sz w:val="20"/>
        </w:rPr>
        <w:t>1:47:38  to is tarah se do rakat namaz parh ke so jayein.</w:t>
      </w:r>
      <w:r>
        <w:br/>
      </w:r>
      <w:r>
        <w:rPr>
          <w:sz w:val="20"/>
        </w:rPr>
        <w:t>1:47:42  to raat ko do shakalain hongi: ya to aap ke dil mein koi khayal aa jaye ga,</w:t>
      </w:r>
      <w:r>
        <w:br/>
      </w:r>
      <w:r>
        <w:rPr>
          <w:sz w:val="20"/>
        </w:rPr>
        <w:t>1:47:46  ya aap khwab koi dekhein ge.</w:t>
      </w:r>
      <w:r>
        <w:br/>
      </w:r>
      <w:r>
        <w:rPr>
          <w:sz w:val="20"/>
        </w:rPr>
        <w:t>1:47:50  to ulama ne yeh likha hai ke is tarah se se saat din tak karna chahiye.</w:t>
      </w:r>
      <w:r>
        <w:br/>
      </w:r>
      <w:r>
        <w:rPr>
          <w:sz w:val="20"/>
        </w:rPr>
        <w:t>1:47:55  pehlay din agar wazeh jawab na aaye to saat din tak karta rahe aadmi.</w:t>
      </w:r>
      <w:r>
        <w:br/>
      </w:r>
      <w:r>
        <w:rPr>
          <w:sz w:val="20"/>
        </w:rPr>
        <w:t>1:47:59  mera tajruba yeh hai ke zar</w:t>
      </w:r>
      <w:r>
        <w:br/>
      </w:r>
      <w:r>
        <w:rPr>
          <w:sz w:val="20"/>
        </w:rPr>
        <w:t>1:48:03  jawab aata hai. mein baaz auqat mein ne istikhara kiya hai to jawab aata hai. yaani kabhi dil mein ek jo kehte hain inshirah, dil khul jata hai. kabhi khwab aata hai. to istikhara bohat hi sahi kaam hai. hadith se sabit hai, har aadmi ko chahiye ke istikhara kare, aur us ko yeh samajhna ke istikhara koi wahmi cheez hai,</w:t>
      </w:r>
      <w:r>
        <w:br/>
      </w:r>
      <w:r>
        <w:rPr>
          <w:sz w:val="20"/>
        </w:rPr>
        <w:t>1:48:33  bilkul ghalat hai.</w:t>
      </w:r>
    </w:p>
    <w:p>
      <w:pPr>
        <w:pStyle w:val="Heading2"/>
      </w:pPr>
      <w:r>
        <w:t>Which Group's Prayer Matches Sunnah</w:t>
      </w:r>
    </w:p>
    <w:p>
      <w:r>
        <w:rPr>
          <w:color w:val="666666"/>
          <w:sz w:val="18"/>
        </w:rPr>
        <w:t>Worship · The Importance of Team Work February 5, 2012 · 2m 10s · at 1:26:57 · https://youtu.be/qBbwznqIqVw?t=5217</w:t>
      </w:r>
    </w:p>
    <w:p>
      <w:r>
        <w:rPr>
          <w:i/>
        </w:rPr>
        <w:t>“On the Day of Judgment, the first thing asked about will be prayer. According to the Prophet's command, prayer should be performed as the Prophet performed it. If we look at the prayers of Barelvi, Shia, or Ahl-e-Hadith, which group's prayer performance is in accordance with the Sunnah?”</w:t>
      </w:r>
    </w:p>
    <w:p>
      <w:r>
        <w:rPr>
          <w:sz w:val="20"/>
        </w:rPr>
        <w:t>1:26:57  Maulana, agla sawal Karachi Pakistan se hai Mr. Raees Ahmed sahib ka. Unho ne likha hai: "Qayamat ke din sab se pehle namaz ka poocha jayega.</w:t>
      </w:r>
      <w:r>
        <w:br/>
      </w:r>
      <w:r>
        <w:rPr>
          <w:sz w:val="20"/>
        </w:rPr>
        <w:t>1:27:09  Nabi Kareem ke farman ke mutabiq namaz is tarah ada karni chahiye jis tarah Nabi Kareem ne ada farmayi aur aap ne hukum bhi yahi farmaya.</w:t>
      </w:r>
      <w:r>
        <w:br/>
      </w:r>
      <w:r>
        <w:rPr>
          <w:sz w:val="20"/>
        </w:rPr>
        <w:t>1:27:22  " Sawal yeh hai ke agar hum Barelvi ya Shia ya Ahle Hadees ki namaz ko dekhen to kis group ki namaz ki adaigi mutabiq se hai?</w:t>
      </w:r>
      <w:r>
        <w:br/>
      </w:r>
      <w:r>
        <w:rPr>
          <w:sz w:val="20"/>
        </w:rPr>
        <w:t>1:27:34  Bhai, yeh kab? Yeh group kab paida hui? Rasool Allah ke zamane mein na Barelvi the, na Sunni the, na Shia the, na koi bhi nahi tha. To baad ko paida hui hai.</w:t>
      </w:r>
      <w:r>
        <w:br/>
      </w:r>
      <w:r>
        <w:rPr>
          <w:sz w:val="20"/>
        </w:rPr>
        <w:t>1:27:44  To aap us ko in in se koi namoona lete hain? Namoona wahan se lijiye.</w:t>
      </w:r>
      <w:r>
        <w:br/>
      </w:r>
      <w:r>
        <w:rPr>
          <w:sz w:val="20"/>
        </w:rPr>
        <w:t>1:27:50  Bar-e-Sagheer ke hadeesain maujood hain, seerat ki kitaben maujood hain, wahan parhiye. Aap un mein se in se koi namoona lete hain jo baad ko paida hui hai.</w:t>
      </w:r>
      <w:r>
        <w:br/>
      </w:r>
      <w:r>
        <w:rPr>
          <w:sz w:val="20"/>
        </w:rPr>
        <w:t>1:28:01  Yeh Rasool Allah ke zamane mein in ka woh wajood hi nahi tha, kuch yeh lafz bhi nahi the is zaman</w:t>
      </w:r>
      <w:r>
        <w:br/>
      </w:r>
      <w:r>
        <w:rPr>
          <w:sz w:val="20"/>
        </w:rPr>
        <w:t>1:28:05  mein. to aap wahan uljhe hue hain. yani hawala dete hain rasool Allah ka, aap salo kama raaitam yusalli aur misdaq batate hain kon?</w:t>
      </w:r>
      <w:r>
        <w:br/>
      </w:r>
      <w:r>
        <w:rPr>
          <w:sz w:val="20"/>
        </w:rPr>
        <w:t>1:28:15  yeh hazraat jo baad ko paida hue hain. to aap hadithon mein dekhiye, hadithon mein aap jaan lenge ke salo kama raaitam yusalli ka amli namuna kya wahan par hai?</w:t>
      </w:r>
      <w:r>
        <w:br/>
      </w:r>
      <w:r>
        <w:rPr>
          <w:sz w:val="20"/>
        </w:rPr>
        <w:t>1:28:26  wahi kijiye. yeh bohat seedha saada muamla hai.</w:t>
      </w:r>
      <w:r>
        <w:br/>
      </w:r>
      <w:r>
        <w:rPr>
          <w:sz w:val="20"/>
        </w:rPr>
        <w:t>1:28:31  yani hawala de rahe hain aap rasool Allah ke qaul ka aur is ke baad aap bator yani le lete hain un ko baad ke paida hone wale firqon ko.</w:t>
      </w:r>
      <w:r>
        <w:br/>
      </w:r>
      <w:r>
        <w:rPr>
          <w:sz w:val="20"/>
        </w:rPr>
        <w:t>1:28:44  to yeh to ajeeb o ghareeb yani tazad hai. yeh yeh to contradiction hai. yeh woh hadith sahi hai ke salo kama raaitam yusalli magar is ke bare mein maloom karne ke liye hadith ka</w:t>
      </w:r>
      <w:r>
        <w:br/>
      </w:r>
      <w:r>
        <w:rPr>
          <w:sz w:val="20"/>
        </w:rPr>
        <w:t>1:29:00  zakhira hai, na ke aaj kal ke firqon. yeh firqe to baad ke bane hain.</w:t>
      </w:r>
    </w:p>
    <w:p>
      <w:pPr>
        <w:pStyle w:val="Heading2"/>
      </w:pPr>
      <w:r>
        <w:t>Why Eid celebrated on different days</w:t>
      </w:r>
    </w:p>
    <w:p>
      <w:r>
        <w:rPr>
          <w:color w:val="666666"/>
          <w:sz w:val="18"/>
        </w:rPr>
        <w:t>Worship · Concept of Death in Islam 26th Aug 12 SLOW · 2m 27s · at 20:38 · https://youtu.be/8dsos0OBM6M?t=1238</w:t>
      </w:r>
    </w:p>
    <w:p>
      <w:r>
        <w:rPr>
          <w:i/>
        </w:rPr>
        <w:t>“Why is Eid celebrated at different places on different days? Please explain its relation to the moon.”</w:t>
      </w:r>
    </w:p>
    <w:p>
      <w:r>
        <w:rPr>
          <w:sz w:val="20"/>
        </w:rPr>
        <w:t>20:38  Maulana, un ka ek aur sawal hai. unhon ne aap se yeh bhi poocha hai ke "Why is Eid celebrated at different places on different days? Please explain its relation to the moon."</w:t>
      </w:r>
      <w:r>
        <w:br/>
      </w:r>
      <w:r>
        <w:rPr>
          <w:sz w:val="20"/>
        </w:rPr>
        <w:t>20:54  dekhein, yeh to do calendar hain, solar calendar aur lunar calendar.</w:t>
      </w:r>
      <w:r>
        <w:br/>
      </w:r>
      <w:r>
        <w:rPr>
          <w:sz w:val="20"/>
        </w:rPr>
        <w:t>21:00  to aam taur par sabhi mazhabon mein ghaliban yahi hai ke lunar calendar par mazhabon ki tareekhein hoti</w:t>
      </w:r>
      <w:r>
        <w:br/>
      </w:r>
      <w:r>
        <w:rPr>
          <w:sz w:val="20"/>
        </w:rPr>
        <w:t>21:06  hain, wahi islam mein bhi hai.</w:t>
      </w:r>
      <w:r>
        <w:br/>
      </w:r>
      <w:r>
        <w:rPr>
          <w:sz w:val="20"/>
        </w:rPr>
        <w:t>21:12  to jab aap lunar calendar par rakhenge aur chand ko dekhne par is ka woh yeh depend</w:t>
      </w:r>
      <w:r>
        <w:br/>
      </w:r>
      <w:r>
        <w:rPr>
          <w:sz w:val="20"/>
        </w:rPr>
        <w:t>21:18  karegi, to yeh sab farq hoga.</w:t>
      </w:r>
      <w:r>
        <w:br/>
      </w:r>
      <w:r>
        <w:rPr>
          <w:sz w:val="20"/>
        </w:rPr>
        <w:t>21:24  to it is but natural yeh koi yani koi yani taqaddus ki baat nahi hai.</w:t>
      </w:r>
      <w:r>
        <w:br/>
      </w:r>
      <w:r>
        <w:rPr>
          <w:sz w:val="20"/>
        </w:rPr>
        <w:t>21:31  yani solar system, solar calendar par hota hai, tab bhi wahi baat thi, is par tab bhi hoti.</w:t>
      </w:r>
      <w:r>
        <w:br/>
      </w:r>
      <w:r>
        <w:rPr>
          <w:sz w:val="20"/>
        </w:rPr>
        <w:t>21:37  solar calendar par ho, tab bhi ek sawal kar sakta tha koi aadmi ke bhai lunar calendar par</w:t>
      </w:r>
      <w:r>
        <w:br/>
      </w:r>
      <w:r>
        <w:rPr>
          <w:sz w:val="20"/>
        </w:rPr>
        <w:t>21:43  kyun nahi? to yeh koi sawal nahi hai, na koi masla hai, na koi religious cheez hai.</w:t>
      </w:r>
      <w:r>
        <w:br/>
      </w:r>
      <w:r>
        <w:rPr>
          <w:sz w:val="20"/>
        </w:rPr>
        <w:t>21:49  aam taur par mazhabon mein yahi hai, jahan tak main janta hoon ke solar calendar par mazahib mein</w:t>
      </w:r>
      <w:r>
        <w:br/>
      </w:r>
      <w:r>
        <w:rPr>
          <w:sz w:val="20"/>
        </w:rPr>
        <w:t>21:55  tareekhein nahi hua karti, lunar calendar par hoti hain, wahi islam mein bhi hai.</w:t>
      </w:r>
      <w:r>
        <w:br/>
      </w:r>
      <w:r>
        <w:rPr>
          <w:sz w:val="20"/>
        </w:rPr>
        <w:t>22:01  to is mein koi purasarar cheez nahi hai, koi is mein mystery nahi hai.</w:t>
      </w:r>
      <w:r>
        <w:br/>
      </w:r>
      <w:r>
        <w:rPr>
          <w:sz w:val="20"/>
        </w:rPr>
        <w:t>22:08  ji Maulana, un ka sawal ka ek hissa yeh bhi tha ke Eid jo hai, woh alag alag jagahon pe, alag alag din pe kyun manayi jati hai?</w:t>
      </w:r>
      <w:r>
        <w:br/>
      </w:r>
      <w:r>
        <w:rPr>
          <w:sz w:val="20"/>
        </w:rPr>
        <w:t>22:17  woh to zahir hai ke jab yani woh woh waqt badalta hai, woh waqt badlega to din</w:t>
      </w:r>
      <w:r>
        <w:br/>
      </w:r>
      <w:r>
        <w:rPr>
          <w:sz w:val="20"/>
        </w:rPr>
        <w:t>22:23  hi badlega.</w:t>
      </w:r>
      <w:r>
        <w:br/>
      </w:r>
      <w:r>
        <w:rPr>
          <w:sz w:val="20"/>
        </w:rPr>
        <w:t>22:29  is waqt yahan hum log hain, yahan din hai, is waqt america mein raat hai.</w:t>
      </w:r>
      <w:r>
        <w:br/>
      </w:r>
      <w:r>
        <w:rPr>
          <w:sz w:val="20"/>
        </w:rPr>
        <w:t>22:35  to dono jagah chand akatha hi dikhai dega.</w:t>
      </w:r>
      <w:r>
        <w:br/>
      </w:r>
      <w:r>
        <w:rPr>
          <w:sz w:val="20"/>
        </w:rPr>
        <w:t>22:41  wahan dekhne ka jo waqt ka yahan mukhtalif hoga.</w:t>
      </w:r>
      <w:r>
        <w:br/>
      </w:r>
      <w:r>
        <w:rPr>
          <w:sz w:val="20"/>
        </w:rPr>
        <w:t>22:47  to zameen jo ghoom rahi hai, gami jo stationery nahi hai, agar zameen stationery hoti to yeh farq na hota.</w:t>
      </w:r>
      <w:r>
        <w:br/>
      </w:r>
      <w:r>
        <w:rPr>
          <w:sz w:val="20"/>
        </w:rPr>
        <w:t>22:53  zameen ghoom rahi hai, is liye to farq rahega hi.</w:t>
      </w:r>
      <w:r>
        <w:br/>
      </w:r>
      <w:r>
        <w:rPr>
          <w:sz w:val="20"/>
        </w:rPr>
        <w:t>22:59  to yaani yeh to nizaam hai nature ka, is mein hum kya kar sakte hain?</w:t>
      </w:r>
      <w:r>
        <w:br/>
      </w:r>
      <w:r>
        <w:rPr>
          <w:sz w:val="20"/>
        </w:rPr>
        <w:t>23:05  maulana, agla sawal dilli se hai mr kaif ka.</w:t>
      </w:r>
    </w:p>
    <w:p>
      <w:pPr>
        <w:pStyle w:val="Heading2"/>
      </w:pPr>
      <w:r>
        <w:t>Why Muslims fail to learn from Hajj</w:t>
      </w:r>
    </w:p>
    <w:p>
      <w:r>
        <w:rPr>
          <w:color w:val="666666"/>
          <w:sz w:val="18"/>
        </w:rPr>
        <w:t>Worship · History of Kaaba March 19, 2017 · 1m 10s · at 50:53 · https://youtu.be/HPvWnoueeqg?t=3053</w:t>
      </w:r>
    </w:p>
    <w:p>
      <w:r>
        <w:rPr>
          <w:i/>
        </w:rPr>
        <w:t>“Today Muslims go for Hajj to fulfill the mandatory requirement of Islam but they fail to retrieve the lesson you mentioned today. What is the reason that Muslims' journey to...”</w:t>
      </w:r>
    </w:p>
    <w:p>
      <w:r>
        <w:rPr>
          <w:sz w:val="20"/>
        </w:rPr>
        <w:t>50:53  ji maulana agla sawal bheja hai abbas khan sahab ne lucknow se unhone likha hai</w:t>
      </w:r>
      <w:r>
        <w:br/>
      </w:r>
      <w:r>
        <w:rPr>
          <w:sz w:val="20"/>
        </w:rPr>
        <w:t>51:01  maulana today muslims go for hajj to fulfill the mandatory requirement of islam</w:t>
      </w:r>
      <w:r>
        <w:br/>
      </w:r>
      <w:r>
        <w:rPr>
          <w:sz w:val="20"/>
        </w:rPr>
        <w:t>51:07  but they fail to retrieve the lesson you mentioned today what is the reason that muslims journey to</w:t>
      </w:r>
      <w:r>
        <w:br/>
      </w:r>
      <w:r>
        <w:rPr>
          <w:sz w:val="20"/>
        </w:rPr>
        <w:t>51:14  kaba is only ritualistic and not for rediscovering islam</w:t>
      </w:r>
      <w:r>
        <w:br/>
      </w:r>
      <w:r>
        <w:rPr>
          <w:sz w:val="20"/>
        </w:rPr>
        <w:t>51:22  dekhiye rediscovery jo hai kabhi bhi</w:t>
      </w:r>
      <w:r>
        <w:br/>
      </w:r>
      <w:r>
        <w:rPr>
          <w:sz w:val="20"/>
        </w:rPr>
        <w:t>51:27  kabhi bhi mass level par nahi hoti</w:t>
      </w:r>
      <w:r>
        <w:br/>
      </w:r>
      <w:r>
        <w:rPr>
          <w:sz w:val="20"/>
        </w:rPr>
        <w:t>51:31  individual level par hoti hai aap ye samjhein ke mass level par discovery ho jaye to kabhi hui</w:t>
      </w:r>
      <w:r>
        <w:br/>
      </w:r>
      <w:r>
        <w:rPr>
          <w:sz w:val="20"/>
        </w:rPr>
        <w:t>51:36  nahi na ho na aage hogi</w:t>
      </w:r>
      <w:r>
        <w:br/>
      </w:r>
      <w:r>
        <w:rPr>
          <w:sz w:val="20"/>
        </w:rPr>
        <w:t>51:39  koi individual discover karta hai log chahe ke is ko manein is ko phailayein is ki baat ko</w:t>
      </w:r>
      <w:r>
        <w:br/>
      </w:r>
      <w:r>
        <w:rPr>
          <w:sz w:val="20"/>
        </w:rPr>
        <w:t>51:45  agar aap ye chahte hain ke mass level par discovery ho ye to kabhi hua nahi na na</w:t>
      </w:r>
      <w:r>
        <w:br/>
      </w:r>
      <w:r>
        <w:rPr>
          <w:sz w:val="20"/>
        </w:rPr>
        <w:t>51:51  na pehle hua na aaj ho sakta hai individual level par hoti hai discovery logon ka farz hai</w:t>
      </w:r>
      <w:r>
        <w:br/>
      </w:r>
      <w:r>
        <w:rPr>
          <w:sz w:val="20"/>
        </w:rPr>
        <w:t>51:56  ke woh phailayein phailayein phailayein</w:t>
      </w:r>
      <w:r>
        <w:br/>
      </w:r>
      <w:r>
        <w:rPr>
          <w:sz w:val="20"/>
        </w:rPr>
        <w:t>51:59  yehi process sahi process hai</w:t>
      </w:r>
    </w:p>
    <w:p>
      <w:pPr>
        <w:pStyle w:val="Heading2"/>
      </w:pPr>
      <w:r>
        <w:t>Why Specific Steps Exist in Namaz</w:t>
      </w:r>
    </w:p>
    <w:p>
      <w:r>
        <w:rPr>
          <w:color w:val="666666"/>
          <w:sz w:val="18"/>
        </w:rPr>
        <w:t>Worship · Q&amp;A 04 DEC 2011 Maulana Wahiduddin Khan · 30s · at 48:22 · https://youtu.be/KIMNmuUZoGo?t=2902</w:t>
      </w:r>
    </w:p>
    <w:p>
      <w:r>
        <w:rPr>
          <w:i/>
        </w:rPr>
        <w:t>“In namaz there are certain steps like sajdah, ruku, etc. Why these steps come in namaz? Could you give reason behind this?”</w:t>
      </w:r>
    </w:p>
    <w:p>
      <w:r>
        <w:rPr>
          <w:sz w:val="20"/>
        </w:rPr>
        <w:t>48:22  mister israr khan ne deli se sawal kiya hai. unhon ne likha hai: "In namaz there are certain steps like sajda, ruku etc.</w:t>
      </w:r>
      <w:r>
        <w:br/>
      </w:r>
      <w:r>
        <w:rPr>
          <w:sz w:val="20"/>
        </w:rPr>
        <w:t>48:34  why these steps come in namaz? could you give reason behind this?" to behrahal main yeh kahunga hamari kitab hai islami talimat is mein tafseeli mazmoon hai namaz ke bare mein us ko parh lijie phir sawal kijiye.</w:t>
      </w:r>
      <w:r>
        <w:br/>
      </w:r>
      <w:r>
        <w:rPr>
          <w:sz w:val="20"/>
        </w:rPr>
        <w:t>48:50  aainda parhne ke baad sawal kijiye.</w:t>
      </w:r>
    </w:p>
    <w:p>
      <w:pPr>
        <w:pStyle w:val="Heading2"/>
      </w:pPr>
      <w:r>
        <w:t>Why are non-Muslims banned from Kaaba?</w:t>
      </w:r>
    </w:p>
    <w:p>
      <w:r>
        <w:rPr>
          <w:color w:val="666666"/>
          <w:sz w:val="18"/>
        </w:rPr>
        <w:t>Worship · Paradise as A Goal April 26, 2015 · 5m 00s · at 1:09:58 · https://youtu.be/4IWLd2SIBkw?t=4198</w:t>
      </w:r>
    </w:p>
    <w:p>
      <w:r>
        <w:rPr>
          <w:i/>
        </w:rPr>
        <w:t>“Why are non-Muslims not allowed inside Kaaba? Many people sincerely want to see it.”</w:t>
      </w:r>
    </w:p>
    <w:p>
      <w:r>
        <w:rPr>
          <w:sz w:val="20"/>
        </w:rPr>
        <w:t>1:09:58  Maulana, yeh agla sawal aaya hai Mr. Raj Malik ka Delhi se.</w:t>
      </w:r>
      <w:r>
        <w:br/>
      </w:r>
      <w:r>
        <w:rPr>
          <w:sz w:val="20"/>
        </w:rPr>
        <w:t>1:10:04  Maulana, hamare ek Hindu dost keh rahe the ke Ka'aba ke andar Musalmanon ke ilawa doosre dharam ke logon ko kyun nahi jaane dete?</w:t>
      </w:r>
      <w:r>
        <w:br/>
      </w:r>
      <w:r>
        <w:rPr>
          <w:sz w:val="20"/>
        </w:rPr>
        <w:t>1:10:16  Bohat se log aise hote hain jo sachay dil se darshan karna chahte hain.</w:t>
      </w:r>
      <w:r>
        <w:br/>
      </w:r>
      <w:r>
        <w:rPr>
          <w:sz w:val="20"/>
        </w:rPr>
        <w:t>1:10:24  Dekhein, is se pehle maine yeh baat batai hai ke shuru mein aisa nahi tha. Shuru mein har ek wahan aata tha,</w:t>
      </w:r>
      <w:r>
        <w:br/>
      </w:r>
      <w:r>
        <w:rPr>
          <w:sz w:val="20"/>
        </w:rPr>
        <w:t>1:10:33  lekin hua yeh ke koi aaya wahan to us ne logon ko but parasti ki baat shuru kar di ke yahan but bhi hona chahiye.</w:t>
      </w:r>
      <w:r>
        <w:br/>
      </w:r>
      <w:r>
        <w:rPr>
          <w:sz w:val="20"/>
        </w:rPr>
        <w:t>1:10:43  Dheere dheere dheere dheere wahan ek but rakh diya gaya. Log thoda is se is ke influence ho gaye. Yahan hote hote 360 but is pe ho gaye.</w:t>
      </w:r>
      <w:r>
        <w:br/>
      </w:r>
      <w:r>
        <w:rPr>
          <w:sz w:val="20"/>
        </w:rPr>
        <w:t>1:10:54  Rasool Allah ke zamane mein 360 but is ke andar rakhe hue the.</w:t>
      </w:r>
      <w:r>
        <w:br/>
      </w:r>
      <w:r>
        <w:rPr>
          <w:sz w:val="20"/>
        </w:rPr>
        <w:t>1:10:59  Tab yeh aisa hua ke band kar diya gaya ke yahan par koi but parast dakhil nahi hoga, koi mushrik dakhil nahi hoga. Is tajrube ki bina par ke log itne zyada ghair zimmedar hote hain, yeh nahi ke ja kar wahan dekha aur chale aayein.</w:t>
      </w:r>
      <w:r>
        <w:br/>
      </w:r>
      <w:r>
        <w:rPr>
          <w:sz w:val="20"/>
        </w:rPr>
        <w:t>1:11:16  Wahan woh chahein ke but bhi rakh dein. Warna is se pehle nahi tha. Yeh matlab awwal din se aisa nahi tha. Yeh baad ko aisa hua. To main samajhta hoon ke quite reasonably yeh baat hai</w:t>
      </w:r>
      <w:r>
        <w:br/>
      </w:r>
      <w:r>
        <w:rPr>
          <w:sz w:val="20"/>
        </w:rPr>
        <w:t>1:11:29  ke aage bhi kisi ko, yani koi aisa kar sakta hai, kyunke log to bohat insincere hote hain.</w:t>
      </w:r>
      <w:r>
        <w:br/>
      </w:r>
      <w:r>
        <w:rPr>
          <w:sz w:val="20"/>
        </w:rPr>
        <w:t>1:11:39  Logon mein maine paya hai ke sab se kam jo cheez sincerity hai, to ab kya kiya jayega? Woh ek tauheed ka ghar hai, sirf Allah wahid ki ibadat ka markaz hai, to is ko bahar bachana padega.</w:t>
      </w:r>
      <w:r>
        <w:br/>
      </w:r>
      <w:r>
        <w:rPr>
          <w:sz w:val="20"/>
        </w:rPr>
        <w:t>1:11:52  Humein woh koi tourist center to hai nahi.</w:t>
      </w:r>
      <w:r>
        <w:br/>
      </w:r>
      <w:r>
        <w:rPr>
          <w:sz w:val="20"/>
        </w:rPr>
        <w:t>1:11:55  Tourist center mein is tarah ki cheezon ki zaroorat nahi hoti. Tourist center mein jo bhi chahe jaye, wahan koi bhi baat hai ke chahe kare, lekin woh to ek ek, yani oneness of God ka center hai.</w:t>
      </w:r>
      <w:r>
        <w:br/>
      </w:r>
      <w:r>
        <w:rPr>
          <w:sz w:val="20"/>
        </w:rPr>
        <w:t>1:12:10  Woh to kaise bardasht kiya jayega wahan us ko? Jabke tajruba yeh hai ke insaan insincere hai, wahan yeh safar karta karta ja kar ke.</w:t>
      </w:r>
      <w:r>
        <w:br/>
      </w:r>
      <w:r>
        <w:rPr>
          <w:sz w:val="20"/>
        </w:rPr>
        <w:t>1:12:24  Maulana, yeh agla question kiya hai Mr. Khan ne. Unhon ne apni location mention nahi ki hai. Maulana sahib, the non Muslims who are doing good things in society and are also doing the tazkiyah.</w:t>
      </w:r>
      <w:r>
        <w:br/>
      </w:r>
      <w:r>
        <w:rPr>
          <w:sz w:val="20"/>
        </w:rPr>
        <w:t>1:12:40  waat wel heppen to dem? dekhiye, yeh unhi ki baat nahi hai. musalman apne ko safe side pe samajhta hai.</w:t>
      </w:r>
      <w:r>
        <w:br/>
      </w:r>
      <w:r>
        <w:rPr>
          <w:sz w:val="20"/>
        </w:rPr>
        <w:t>1:12:51  koi safe side pe nahi hai.</w:t>
      </w:r>
      <w:r>
        <w:br/>
      </w:r>
      <w:r>
        <w:rPr>
          <w:sz w:val="20"/>
        </w:rPr>
        <w:t>1:12:55  yeh allah ke ilm mein hai ke kis ke sath kya muamla hoga. rasool allah ne khud apne bare mein kaha: "mai fooli bi wala bikam".</w:t>
      </w:r>
      <w:r>
        <w:br/>
      </w:r>
      <w:r>
        <w:rPr>
          <w:sz w:val="20"/>
        </w:rPr>
        <w:t>1:13:03  mujhe kuch nahi pata ke mere sath kya hoga, tumhare sath kya hoga. to musalman aam taur par samajhte hain ke hum to safe side pe hain. safe side mein yaad rakhein, koi bhi nahi hai, koi bhi nahi hai.</w:t>
      </w:r>
      <w:r>
        <w:br/>
      </w:r>
      <w:r>
        <w:rPr>
          <w:sz w:val="20"/>
        </w:rPr>
        <w:t>1:13:16  yeh yeh allah ke domain ki baat hai ke woh kis ke liye kya</w:t>
      </w:r>
      <w:r>
        <w:br/>
      </w:r>
      <w:r>
        <w:rPr>
          <w:sz w:val="20"/>
        </w:rPr>
        <w:t>1:13:22  faisla kare, kyunke woh dil ka haal janta hai aur uska talluq dil dil se hai. dil mein insan kaisa hai, us par yani intention kaisi hai, us ki us se uska faisla hoga.</w:t>
      </w:r>
      <w:r>
        <w:br/>
      </w:r>
      <w:r>
        <w:rPr>
          <w:sz w:val="20"/>
        </w:rPr>
        <w:t>1:13:36  to matlab yeh yeh sawal jo hai, aksar log karte hain, lekin yeh sawal irrelevant sawal hai. woh kisi ke bare mein bhi yahi baat aa sakti hai, chahe woh musalman kyun na ho, ke kya mera anjam hoga wahan?</w:t>
      </w:r>
      <w:r>
        <w:br/>
      </w:r>
      <w:r>
        <w:rPr>
          <w:sz w:val="20"/>
        </w:rPr>
        <w:t>1:13:50  jab rasool allah ne keh diya ke mujhe nahi pata ke tumhara kya anjam hoga, yeh allah ko pata hai, to aap musalman kaise yeh</w:t>
      </w:r>
      <w:r>
        <w:br/>
      </w:r>
      <w:r>
        <w:rPr>
          <w:sz w:val="20"/>
        </w:rPr>
        <w:t>1:13:59  yani yeh aqeedah bana liya hai ke hum safe side mein hain? kaise right hai un ko ke yeh aqeedah banayein?</w:t>
      </w:r>
    </w:p>
    <w:p>
      <w:pPr>
        <w:pStyle w:val="Heading2"/>
      </w:pPr>
      <w:r>
        <w:t>Why do Muslims pray most in congregation?</w:t>
      </w:r>
    </w:p>
    <w:p>
      <w:r>
        <w:rPr>
          <w:color w:val="666666"/>
          <w:sz w:val="18"/>
        </w:rPr>
        <w:t>Worship · Wisdom of Hadith Maulana Wahiduddin Khan February 23, 2014 · 39s · at 1:17:52 · https://youtu.be/5E_MIQpToK4?t=4672</w:t>
      </w:r>
    </w:p>
    <w:p>
      <w:r>
        <w:rPr>
          <w:i/>
        </w:rPr>
        <w:t>“In the whole world, Muslims pray the most in congregation. Why is that?”</w:t>
      </w:r>
    </w:p>
    <w:p>
      <w:r>
        <w:rPr>
          <w:sz w:val="20"/>
        </w:rPr>
        <w:t>1:17:52  ji maulana, agla sawal lete hain.</w:t>
      </w:r>
      <w:r>
        <w:br/>
      </w:r>
      <w:r>
        <w:rPr>
          <w:sz w:val="20"/>
        </w:rPr>
        <w:t>1:17:55  agla sawal aya hai muhammad altaf inamdar sahib ka beer se.</w:t>
      </w:r>
      <w:r>
        <w:br/>
      </w:r>
      <w:r>
        <w:rPr>
          <w:sz w:val="20"/>
        </w:rPr>
        <w:t>1:17:59  unhon ne likha hai: "poori dunya mein musalman sab se ziyada namaz mein rafa'atain karte hain, aisa kyun?</w:t>
      </w:r>
      <w:r>
        <w:br/>
      </w:r>
      <w:r>
        <w:rPr>
          <w:sz w:val="20"/>
        </w:rPr>
        <w:t>1:18:07  namaz, namaz nabvi ka sahi tareeqa mojood hai.</w:t>
      </w:r>
      <w:r>
        <w:br/>
      </w:r>
      <w:r>
        <w:rPr>
          <w:sz w:val="20"/>
        </w:rPr>
        <w:t>1:18:11  tafseel se namaz ke ta'alluq se quran aur hadith ki roshni mein batayein." mein abhi arz kar chuka</w:t>
      </w:r>
      <w:r>
        <w:br/>
      </w:r>
      <w:r>
        <w:rPr>
          <w:sz w:val="20"/>
        </w:rPr>
        <w:t>1:18:18  hoon, mazeed tafseel aap ko janna hai to aap meri kitab parh lijiyay "tajdeed deen", woh isi mozu</w:t>
      </w:r>
      <w:r>
        <w:br/>
      </w:r>
      <w:r>
        <w:rPr>
          <w:sz w:val="20"/>
        </w:rPr>
        <w:t>1:18:26  par hai.</w:t>
      </w:r>
      <w:r>
        <w:br/>
      </w:r>
      <w:r>
        <w:rPr>
          <w:sz w:val="20"/>
        </w:rPr>
        <w:t>1:18:28  woh kitab is mein aap ko tafseel mil jaye gi.</w:t>
      </w:r>
    </w:p>
    <w:p>
      <w:pPr>
        <w:pStyle w:val="Heading2"/>
      </w:pPr>
      <w:r>
        <w:t>Why emphasis on form in worship?</w:t>
      </w:r>
    </w:p>
    <w:p>
      <w:r>
        <w:rPr>
          <w:color w:val="666666"/>
          <w:sz w:val="18"/>
        </w:rPr>
        <w:t>Worship · Revival and Revivalist | June 7, 2015 · 1m 34s · at 54:12 · https://youtu.be/tJqheiPlZ94?t=3252</w:t>
      </w:r>
    </w:p>
    <w:p>
      <w:r>
        <w:rPr>
          <w:i/>
        </w:rPr>
        <w:t>“Nowadays Muslims are placing great emphasis on the form of their worship. What should be the correct approach?”</w:t>
      </w:r>
    </w:p>
    <w:p>
      <w:r>
        <w:rPr>
          <w:sz w:val="20"/>
        </w:rPr>
        <w:t>54:12  unhon ne yeh agla sawal kiya hai doctor Fareeda Khanam ne Delhi se.</w:t>
      </w:r>
      <w:r>
        <w:br/>
      </w:r>
      <w:r>
        <w:rPr>
          <w:sz w:val="20"/>
        </w:rPr>
        <w:t>54:15  nowadays Muslims are laying</w:t>
      </w:r>
      <w:r>
        <w:br/>
      </w:r>
      <w:r>
        <w:rPr>
          <w:sz w:val="20"/>
        </w:rPr>
        <w:t>54:18  great emphasis on form in their worship.</w:t>
      </w:r>
      <w:r>
        <w:br/>
      </w:r>
      <w:r>
        <w:rPr>
          <w:sz w:val="20"/>
        </w:rPr>
        <w:t>54:24  How this tendency develops in the people of the book? Why the spirit gets lost in later generations?</w:t>
      </w:r>
      <w:r>
        <w:br/>
      </w:r>
      <w:r>
        <w:rPr>
          <w:sz w:val="20"/>
        </w:rPr>
        <w:t>54:29  of the people of the Book? Please explain.</w:t>
      </w:r>
      <w:r>
        <w:br/>
      </w:r>
      <w:r>
        <w:rPr>
          <w:sz w:val="20"/>
        </w:rPr>
        <w:t>54:34  dekhen, yahi yahi hamesha hota hai.</w:t>
      </w:r>
      <w:r>
        <w:br/>
      </w:r>
      <w:r>
        <w:rPr>
          <w:sz w:val="20"/>
        </w:rPr>
        <w:t>54:39  pichhli ummaton mein bhi hua, musalmanon mein bhi hua.</w:t>
      </w:r>
      <w:r>
        <w:br/>
      </w:r>
      <w:r>
        <w:rPr>
          <w:sz w:val="20"/>
        </w:rPr>
        <w:t>54:44  kyunke jab isprt khatm hoti hai to to tab bhi deen baqi rehta hai. lekin far</w:t>
      </w:r>
      <w:r>
        <w:br/>
      </w:r>
      <w:r>
        <w:rPr>
          <w:sz w:val="20"/>
        </w:rPr>
        <w:t>54:49  ke aitbar se baqi rehta hai. kabhi bhi deen khatam nahin hota. spirit khatam hoti hai. to mujaddid ka kaam yahi hai ke spirit ko revive kare. woh form ko revive karne ki zaroorat hi nahin. woh to already maujood hota hai hamesha. to mujaddid ka kaam asal mein sach poochhein to revive karna hai spirit ko. aur yeh hamesha jari rahega. kyun ke ek rasool Allah salallahu alaihi wasallam ne kuch logon ke darmiyan kaam kiya. un mein aap ne</w:t>
      </w:r>
      <w:r>
        <w:br/>
      </w:r>
      <w:r>
        <w:rPr>
          <w:sz w:val="20"/>
        </w:rPr>
        <w:t>55:19  isprt paida ki.</w:t>
      </w:r>
      <w:r>
        <w:br/>
      </w:r>
      <w:r>
        <w:rPr>
          <w:sz w:val="20"/>
        </w:rPr>
        <w:t>55:21  to hamesha zinda to rehte nahin.</w:t>
      </w:r>
      <w:r>
        <w:br/>
      </w:r>
      <w:r>
        <w:rPr>
          <w:sz w:val="20"/>
        </w:rPr>
        <w:t>55:24  mar jaate hain woh.</w:t>
      </w:r>
      <w:r>
        <w:br/>
      </w:r>
      <w:r>
        <w:rPr>
          <w:sz w:val="20"/>
        </w:rPr>
        <w:t>55:27  phir unke bete, phir unke pote.</w:t>
      </w:r>
      <w:r>
        <w:br/>
      </w:r>
      <w:r>
        <w:rPr>
          <w:sz w:val="20"/>
        </w:rPr>
        <w:t>55:30  to baad ki naslon mein kabhi bhi woh isprt baqi nahin rehti.</w:t>
      </w:r>
      <w:r>
        <w:br/>
      </w:r>
      <w:r>
        <w:rPr>
          <w:sz w:val="20"/>
        </w:rPr>
        <w:t>55:33  farm to rehta hai lekin isprt nahin baqi rehti.</w:t>
      </w:r>
      <w:r>
        <w:br/>
      </w:r>
      <w:r>
        <w:rPr>
          <w:sz w:val="20"/>
        </w:rPr>
        <w:t>55:35  to tajdeed haqiqatan baad ki naslon ki mein aata hai.</w:t>
      </w:r>
      <w:r>
        <w:br/>
      </w:r>
      <w:r>
        <w:rPr>
          <w:sz w:val="20"/>
        </w:rPr>
        <w:t>55:38  pehli nasl ki nahin hai.</w:t>
      </w:r>
      <w:r>
        <w:br/>
      </w:r>
      <w:r>
        <w:rPr>
          <w:sz w:val="20"/>
        </w:rPr>
        <w:t>55:41  yeh to ek ek law of nature hai.</w:t>
      </w:r>
      <w:r>
        <w:br/>
      </w:r>
      <w:r>
        <w:rPr>
          <w:sz w:val="20"/>
        </w:rPr>
        <w:t>55:44  yeh chalta rahega.</w:t>
      </w:r>
    </w:p>
    <w:p>
      <w:pPr>
        <w:pStyle w:val="Heading2"/>
      </w:pPr>
      <w:r>
        <w:t>Why is hijab for women only? Is burqa God's command?</w:t>
      </w:r>
    </w:p>
    <w:p>
      <w:r>
        <w:rPr>
          <w:color w:val="666666"/>
          <w:sz w:val="18"/>
        </w:rPr>
        <w:t>Worship · The Problem of Intellectual Stagnation May 13, 2012 · 2m 07s · at 1:06:33 · https://youtu.be/Qi5BZlv-Vog?t=3993</w:t>
      </w:r>
    </w:p>
    <w:p>
      <w:r>
        <w:rPr>
          <w:i/>
        </w:rPr>
        <w:t>“Why is hijab only for women? Is the current burqa a command of Allah? Please explain.”</w:t>
      </w:r>
    </w:p>
    <w:p>
      <w:r>
        <w:rPr>
          <w:sz w:val="20"/>
        </w:rPr>
        <w:t>1:06:33  maulana, agla sawal nakpoor se hai misster ghafoor dadani sahib ka. Unhon ne likha hai ke auraton ko hi parda kyun hai?</w:t>
      </w:r>
      <w:r>
        <w:br/>
      </w:r>
      <w:r>
        <w:rPr>
          <w:sz w:val="20"/>
        </w:rPr>
        <w:t>1:06:42  mojudah burqa kya Allah ka hukum hai? Is ke baray mein batayen.</w:t>
      </w:r>
      <w:r>
        <w:br/>
      </w:r>
      <w:r>
        <w:rPr>
          <w:sz w:val="20"/>
        </w:rPr>
        <w:t>1:06:50  is ke baray mein main pehle arz kar chuka hoon ke best kitab hai allama naseeruddin albani ki "hijab al-banat al-muslima".</w:t>
      </w:r>
      <w:r>
        <w:br/>
      </w:r>
      <w:r>
        <w:rPr>
          <w:sz w:val="20"/>
        </w:rPr>
        <w:t>1:07:03  is mein unhon ne likha hai ke burqa jo hai, yeh baad ki cheez hai, islami shariyat se is ka koi talluq nahi hai.</w:t>
      </w:r>
      <w:r>
        <w:br/>
      </w:r>
      <w:r>
        <w:rPr>
          <w:sz w:val="20"/>
        </w:rPr>
        <w:t>1:07:13  aurat ko saada libas, sater libas, ghair namashi libas yeh hona chahiye bas. Aur poora jo body hai, dhaka hua ho, aisa kapra nahi ke jo hadith mein aata hai ke pehan kar bhi nangay rehna.</w:t>
      </w:r>
      <w:r>
        <w:br/>
      </w:r>
      <w:r>
        <w:rPr>
          <w:sz w:val="20"/>
        </w:rPr>
        <w:t>1:07:35  to aisay kapray pehnay atay hain ke kapra bhi hai, phir bhi nanga pan to woh woh kapra nahi ho. To wohi wohi wohi wohi islami tareeqa hai.</w:t>
      </w:r>
      <w:r>
        <w:br/>
      </w:r>
      <w:r>
        <w:rPr>
          <w:sz w:val="20"/>
        </w:rPr>
        <w:t>1:07:50  baqi burqa jo hai, koi sa yani rasool Allah ke zamanay mein koi burqa nahi banta tha, burqa tha hi nahi, wahan burqa ka wahan riwaj hi nahi tha.</w:t>
      </w:r>
      <w:r>
        <w:br/>
      </w:r>
      <w:r>
        <w:rPr>
          <w:sz w:val="20"/>
        </w:rPr>
        <w:t>1:08:01  to main nahi samajhta, to is mein to koi shakk nahi, lekin is zamanay mein log itna shadeed ho gaye hain is moamlay mein ke burqa ko islam ka hissa samajhnay lagay hain, yahan se le kar maghribi mulkon tak.</w:t>
      </w:r>
      <w:r>
        <w:br/>
      </w:r>
      <w:r>
        <w:rPr>
          <w:sz w:val="20"/>
        </w:rPr>
        <w:t>1:08:14  yeh to aik bidat hai, is ka islam se koi talluq nahi hai. Aur is burqay ke andar woh sab sab kuch hota hai, wohi makeup, wohi zewar, wohi namashi kapray.</w:t>
      </w:r>
      <w:r>
        <w:br/>
      </w:r>
      <w:r>
        <w:rPr>
          <w:sz w:val="20"/>
        </w:rPr>
        <w:t>1:08:26  to asal cheez jo matloob hai, woh nahi hai. Aik zahiri burqa aik aik bana rakha hai. To beharhal, main burqay ko koi koi sahi sahi cheez nahi samajhta, is ko aik riwaj samajhta hoon.</w:t>
      </w:r>
    </w:p>
    <w:p>
      <w:pPr>
        <w:pStyle w:val="Heading2"/>
      </w:pPr>
      <w:r>
        <w:t>Why is prayer concentration not achieved?</w:t>
      </w:r>
    </w:p>
    <w:p>
      <w:r>
        <w:rPr>
          <w:color w:val="666666"/>
          <w:sz w:val="18"/>
        </w:rPr>
        <w:t>Worship · Discovery of Paradise March 22, 2015 · 1m 57s · at 46:30 · https://youtu.be/2axrfd7sZkE?t=2790</w:t>
      </w:r>
    </w:p>
    <w:p>
      <w:r>
        <w:rPr>
          <w:i/>
        </w:rPr>
        <w:t>“In prayer, the concentration on God that is obtained by reading the Quran or by examining various situations is not achieved. What is the reason for this?”</w:t>
      </w:r>
    </w:p>
    <w:p>
      <w:r>
        <w:rPr>
          <w:sz w:val="20"/>
        </w:rPr>
        <w:t>46:30  Maulana, yeh sawal aaya hai Muhammad Abrar sahib ka Allahabad se, aur unhone aapse poocha hai ke Maulana, namaz mein woh Khuda par concentration nahi hasil hota jo Quran ko parhne se ya mukhtalif halaat ka jaiza lene se hasil hota hai.</w:t>
      </w:r>
      <w:r>
        <w:br/>
      </w:r>
      <w:r>
        <w:rPr>
          <w:sz w:val="20"/>
        </w:rPr>
        <w:t>46:50  is ka kya karan hai?</w:t>
      </w:r>
      <w:r>
        <w:br/>
      </w:r>
      <w:r>
        <w:rPr>
          <w:sz w:val="20"/>
        </w:rPr>
        <w:t>46:56  dekhein, aaj kal jo hai namaz ko log form samajhne lage hain, form bas samajhte hain ke yani ek form hai, us ko dohra diya to namaz ho gayi.</w:t>
      </w:r>
      <w:r>
        <w:br/>
      </w:r>
      <w:r>
        <w:rPr>
          <w:sz w:val="20"/>
        </w:rPr>
        <w:t>47:10  to consciously ya unconsciously aadmi ka mind isi form pe laga rehta hai, haalanke form jo hai secretary cheez hai.</w:t>
      </w:r>
      <w:r>
        <w:br/>
      </w:r>
      <w:r>
        <w:rPr>
          <w:sz w:val="20"/>
        </w:rPr>
        <w:t>47:19  asal cheez hai woh jo aap Quran mein parhte hain, woh jo woh namaz mein parhte hain.</w:t>
      </w:r>
      <w:r>
        <w:br/>
      </w:r>
      <w:r>
        <w:rPr>
          <w:sz w:val="20"/>
        </w:rPr>
        <w:t>47:26  misal ke taur par aap ne farz kare ke namaz shuru ki aur us ke baad kaha ke Allah o Akbar. to aap, aap agar aap sochein ke Allah o Akbar kitni badi cheez hai ke is universe mein sab se badi cheez Allah hai,</w:t>
      </w:r>
      <w:r>
        <w:br/>
      </w:r>
      <w:r>
        <w:rPr>
          <w:sz w:val="20"/>
        </w:rPr>
        <w:t>47:40  yeh sochte hi aap ko ek dam ek dil ke andar ek nayi kaifiyat paida ho jayegi.</w:t>
      </w:r>
      <w:r>
        <w:br/>
      </w:r>
      <w:r>
        <w:rPr>
          <w:sz w:val="20"/>
        </w:rPr>
        <w:t>47:50  to yeh jo phenomena hai, yeh form based namaz ka hai, marifat based namaz ka nahi hai. to namaz mein jo aap parhte hain,</w:t>
      </w:r>
      <w:r>
        <w:br/>
      </w:r>
      <w:r>
        <w:rPr>
          <w:sz w:val="20"/>
        </w:rPr>
        <w:t>48:04  Allah o Akbar ya Alhamdulillah ya aur aur jo cheezein hain, us ko jitna zyada us ke maani par jitna zyada dhyan karein ge aap, utna hi aap ke andar yani haqeeqi namaz paida</w:t>
      </w:r>
      <w:r>
        <w:br/>
      </w:r>
      <w:r>
        <w:rPr>
          <w:sz w:val="20"/>
        </w:rPr>
        <w:t>48:16  hogi. agar sirf form ko aap ne yaad kar liya, usi ko dohra rahe hain to us se khushbu wali namaz nahi aa sakti.</w:t>
      </w:r>
    </w:p>
    <w:p>
      <w:pPr>
        <w:pStyle w:val="Heading2"/>
      </w:pPr>
      <w:r>
        <w:t>Why is taking pictures haram for Muslims?</w:t>
      </w:r>
    </w:p>
    <w:p>
      <w:r>
        <w:rPr>
          <w:color w:val="666666"/>
          <w:sz w:val="18"/>
        </w:rPr>
        <w:t>Worship · Contribution of Sufism in India May 29, 2011 · 8m 29s · at 1:44:34 · https://youtu.be/lzxSaTnomio?t=6274</w:t>
      </w:r>
    </w:p>
    <w:p>
      <w:r>
        <w:rPr>
          <w:i/>
        </w:rPr>
        <w:t>“Why is taking pictures considered haram? I have seen many Muslims taking pictures of human beings.”</w:t>
      </w:r>
    </w:p>
    <w:p>
      <w:r>
        <w:rPr>
          <w:sz w:val="20"/>
        </w:rPr>
        <w:t>1:44:34  So, you can leave your contact details with us whenever the next English lecture takes place. We will let you know. Agla sawal hai Miss Fatima Kustandin ka: "I am a new Muslim</w:t>
      </w:r>
      <w:r>
        <w:br/>
      </w:r>
      <w:r>
        <w:rPr>
          <w:sz w:val="20"/>
        </w:rPr>
        <w:t>1:44:48  . I would like to know why taking pictures is haram. I have seen many Muslims taking pictures of human beings."</w:t>
      </w:r>
      <w:r>
        <w:br/>
      </w:r>
      <w:r>
        <w:rPr>
          <w:sz w:val="20"/>
        </w:rPr>
        <w:t>1:44:57  please, give your, please, if its possible, give your answer in english. i dont think it is haram. yeh is quite lawful.</w:t>
      </w:r>
      <w:r>
        <w:br/>
      </w:r>
      <w:r>
        <w:rPr>
          <w:sz w:val="20"/>
        </w:rPr>
        <w:t>1:45:10  it is an old fatwa</w:t>
      </w:r>
      <w:r>
        <w:br/>
      </w:r>
      <w:r>
        <w:rPr>
          <w:sz w:val="20"/>
        </w:rPr>
        <w:t>1:45:12  . previously some is called sir wishod a fatwa that that photo is haram, but now there is no aalim,</w:t>
      </w:r>
      <w:r>
        <w:br/>
      </w:r>
      <w:r>
        <w:rPr>
          <w:sz w:val="20"/>
        </w:rPr>
        <w:t>1:45:22  no such aalim. everywhere muslim ulama are yani using this technique, and it is a, it is a, it is a, it is a, it is old fatwa.</w:t>
      </w:r>
      <w:r>
        <w:br/>
      </w:r>
      <w:r>
        <w:rPr>
          <w:sz w:val="20"/>
        </w:rPr>
        <w:t>1:45:38  now there is no such fatwa.</w:t>
      </w:r>
      <w:r>
        <w:br/>
      </w:r>
      <w:r>
        <w:rPr>
          <w:sz w:val="20"/>
        </w:rPr>
        <w:t>1:45:40  i dont know any aalim who, who, who issue this subject in present day. so, there no doubt about it that photo is lawful in islam.</w:t>
      </w:r>
      <w:r>
        <w:br/>
      </w:r>
      <w:r>
        <w:rPr>
          <w:sz w:val="20"/>
        </w:rPr>
        <w:t>1:45:53  what is unlawful? that is nudity. nudity and u d i t y, nudity is haram, but photo is not haram.</w:t>
      </w:r>
      <w:r>
        <w:br/>
      </w:r>
      <w:r>
        <w:rPr>
          <w:sz w:val="20"/>
        </w:rPr>
        <w:t>1:46:07  ah, Maulana Mr. Amir bin Yusuf ka Pakistan se sawal aaya hai. unhon ne kaha hai ke aap ne abhi yeh kaha ke jis ki marzi ho, woh mazar par jaye.</w:t>
      </w:r>
      <w:r>
        <w:br/>
      </w:r>
      <w:r>
        <w:rPr>
          <w:sz w:val="20"/>
        </w:rPr>
        <w:t>1:46:17  yeh baat mujhe samajh nahi aayi. is ke bare mein phir se bataye. nahi, mein ne yeh nahi kaha ke jis ki marzi ho, yeh nahi mein ne kaha.</w:t>
      </w:r>
      <w:r>
        <w:br/>
      </w:r>
      <w:r>
        <w:rPr>
          <w:sz w:val="20"/>
        </w:rPr>
        <w:t>1:46:25  mein ne kaha jo jo jata hai, woh apni niyat ka khud jayza le ke us ki niyat kya hai, woh kya samajhta hai, kya milta hai wahan. us ko apna apna muhasba khud kare.</w:t>
      </w:r>
      <w:r>
        <w:br/>
      </w:r>
      <w:r>
        <w:rPr>
          <w:sz w:val="20"/>
        </w:rPr>
        <w:t>1:46:35  mein is ka koi muhasib nahi hoon, yeh mein ne kaha hai.</w:t>
      </w:r>
      <w:r>
        <w:br/>
      </w:r>
      <w:r>
        <w:rPr>
          <w:sz w:val="20"/>
        </w:rPr>
        <w:t>1:46:41  Maulana Zakwan Nadvi ne Delhi se likha hai: "Hadees mein aaya hai ke Allah ke kuch aise bande hain jin ke upar Qayamat ke din prophets bhi rush karenge.</w:t>
      </w:r>
      <w:r>
        <w:br/>
      </w:r>
      <w:r>
        <w:rPr>
          <w:sz w:val="20"/>
        </w:rPr>
        <w:t>1:46:54  poochne par prophet ne bataya ke yeh woh log honge jo Allah ke bande ke andar Allah ki mohabbat paida karenge."</w:t>
      </w:r>
      <w:r>
        <w:br/>
      </w:r>
      <w:r>
        <w:rPr>
          <w:sz w:val="20"/>
        </w:rPr>
        <w:t>1:47:03  Maulana, is hadees ko explain kariye. dekhiye, is par ghor karne se mujhe samajh mein aaya hai ke sab se zyada rare jo jo hai, commodity rest of rare, woh Allah se mohabbat hai.</w:t>
      </w:r>
      <w:r>
        <w:br/>
      </w:r>
      <w:r>
        <w:rPr>
          <w:sz w:val="20"/>
        </w:rPr>
        <w:t>1:47:19  yeh ajib baat hai ke hazaron saal guzre chale ja rahe hain, woh banda hi nahi paida ho raha jo Allah se hubb shadeed jis ke andar ho. bohat anokhi baat hai.</w:t>
      </w:r>
      <w:r>
        <w:br/>
      </w:r>
      <w:r>
        <w:rPr>
          <w:sz w:val="20"/>
        </w:rPr>
        <w:t>1:47:30  abhi jo mein ne bataya aap ko ke Haram se Makkah, Madinah, Telugu aaya mere paas. mein ne us ko poocha ke kya mohabbat ilahi ka koi charcha suna aap ne?</w:t>
      </w:r>
      <w:r>
        <w:br/>
      </w:r>
      <w:r>
        <w:rPr>
          <w:sz w:val="20"/>
        </w:rPr>
        <w:t>1:47:38  kaha kuch nahi, mohabbat ilahi ki koi baat hi nahi, woh kyun karta? yani Haram pe, Makkah, Madinah mein, aisi duniya bhar mein to ajib baat hai ke bohat hi rare commodity jo hai duniya mein, woh hai mohabbat ilahi.</w:t>
      </w:r>
      <w:r>
        <w:br/>
      </w:r>
      <w:r>
        <w:rPr>
          <w:sz w:val="20"/>
        </w:rPr>
        <w:t>1:47:54  yani Shaitan aisa zyada bhakata hai ke insaan ko Khuda se mohabbat na paida ho,</w:t>
      </w:r>
      <w:r>
        <w:br/>
      </w:r>
      <w:r>
        <w:rPr>
          <w:sz w:val="20"/>
        </w:rPr>
        <w:t>1:48:00  kyun ke mohabbat paida ho jayegi to Allah ka mehboob ban jayega. woh</w:t>
      </w:r>
      <w:r>
        <w:br/>
      </w:r>
      <w:r>
        <w:rPr>
          <w:sz w:val="20"/>
        </w:rPr>
        <w:t>1:48:07  to aisi halat mein woh bande, woh daai jo insano ko is is yani insaan ke andar yeh yeh zeher banaye ke woh Allah se mohabbat karne wala ban jaye, to yeh bohat hi bara kaam hai.</w:t>
      </w:r>
      <w:r>
        <w:br/>
      </w:r>
      <w:r>
        <w:rPr>
          <w:sz w:val="20"/>
        </w:rPr>
        <w:t>1:48:27  yani hazaron saal se tareekh chal rahi hai, woh insaan paida hi nahi ho rahe hain jo Allah se mohabbat karein. kyun? Shaitan ne bhaka rakha hai logon ko, bhaka rakha hai, bhaka rakha hai.</w:t>
      </w:r>
      <w:r>
        <w:br/>
      </w:r>
      <w:r>
        <w:rPr>
          <w:sz w:val="20"/>
        </w:rPr>
        <w:t>1:48:37  to woh woh daai jo hain, kitne ajib honge jo insano ko samjhayein, un ke mind ko address karein, un ke andar Allah ki mohabbat dalein, aur phir woh insaan, aadmi jo hai, Allah ko discover kar ke us se mohabbat karne wala ban jaye, to bohat anokha insaan hoga woh.</w:t>
      </w:r>
      <w:r>
        <w:br/>
      </w:r>
      <w:r>
        <w:rPr>
          <w:sz w:val="20"/>
        </w:rPr>
        <w:t>1:48:56  to Paighambar sochenge ke dekho yeh kaise log the, yeh kya itna bara kaam kar dala unhon ne. to yeh to phir fitri baat hai.</w:t>
      </w:r>
      <w:r>
        <w:br/>
      </w:r>
      <w:r>
        <w:rPr>
          <w:sz w:val="20"/>
        </w:rPr>
        <w:t>1:49:06  us ko mein ne samjha hai tareekh ki roshni mein. aaj bhi dekhiye, isi Delhi mein aap hazaron lakhon musalman jaiye, kisi majlis mein aap koi mohabbat Khuda ka, koi charcha kahin hota hai, Masjid mein jaiye, Madrase mein jaiye, Jalse mein jaiye, kahin bhi nahi mohabbat ka, Khuda ka charcha.</w:t>
      </w:r>
      <w:r>
        <w:br/>
      </w:r>
      <w:r>
        <w:rPr>
          <w:sz w:val="20"/>
        </w:rPr>
        <w:t>1:49:22  Allah se lip service ke taur par hain log yahan, sirf lip service hai,</w:t>
      </w:r>
      <w:r>
        <w:br/>
      </w:r>
      <w:r>
        <w:rPr>
          <w:sz w:val="20"/>
        </w:rPr>
        <w:t>1:49:27  laf sarvis ke taur par. mohabbat matlab hai strong affection, yani Allah se aap ko strong affection ho. is tarah se mein mujhe dhoond kar bataiye ke woh musalman kaun hai.</w:t>
      </w:r>
      <w:r>
        <w:br/>
      </w:r>
      <w:r>
        <w:rPr>
          <w:sz w:val="20"/>
        </w:rPr>
        <w:t>1:49:38  isi dilli mein sainkaron Islam ke naam par jamaatein qaim hain, sainkaron ki tadad hai. ja kar dekhiye sab ko, aur mujhe bataiye ke falan shakhs ko maine paya hai ke hubb-e-shadeed is ke andar hai Allah ke liye, to main us ko ja ke ziyarat karunga is ki tayyari ki,</w:t>
      </w:r>
      <w:r>
        <w:br/>
      </w:r>
      <w:r>
        <w:rPr>
          <w:sz w:val="20"/>
        </w:rPr>
        <w:t>1:49:54  kyun ke maine aisa paya nahi aadmi.</w:t>
      </w:r>
      <w:r>
        <w:br/>
      </w:r>
      <w:r>
        <w:rPr>
          <w:sz w:val="20"/>
        </w:rPr>
        <w:t>1:49:57  to yeh cheez jo itna zyada jis ki kami hai, wahan pe jo aadmi kaam karega, to us ko yani ajeeb ghareeb darja milega qayamat mein ke woh yeh woh insaan hai jis ne logon ko kehta hai Allah ki mohabbat paida ki, kitna bara kaam kiya us ne.</w:t>
      </w:r>
      <w:r>
        <w:br/>
      </w:r>
      <w:r>
        <w:rPr>
          <w:sz w:val="20"/>
        </w:rPr>
        <w:t>1:50:14  yani shaitan ko kuchal dala. yaad rakhiye, Allah se mohabbat paida karne ke liye shaitan se kuchalna parta hai. shaitan charon taraf se aap ko behka raha hai.</w:t>
      </w:r>
      <w:r>
        <w:br/>
      </w:r>
      <w:r>
        <w:rPr>
          <w:sz w:val="20"/>
        </w:rPr>
        <w:t>1:50:25  yani har cheez ko farz kijiye ke ek glass hai, woh sikhayega ke glass banaya hai ek insani factory ne, aur main jab glass ko dekhta hoon to lagta hai ke Khuda ki taraf bana bana chala aa raha hai.</w:t>
      </w:r>
      <w:r>
        <w:br/>
      </w:r>
      <w:r>
        <w:rPr>
          <w:sz w:val="20"/>
        </w:rPr>
        <w:t>1:50:39  is mein insani factory to kuch one percent bhi is ka hissa nahi hai, sara hissa is mein Khuda ka hai. to mujhe is ko dekh kar Khuda ki mohabbat aati hai, lekin shaitan kya karta hai?</w:t>
      </w:r>
      <w:r>
        <w:br/>
      </w:r>
      <w:r>
        <w:rPr>
          <w:sz w:val="20"/>
        </w:rPr>
        <w:t>1:50:51  use engineer, engineer, engineer dikhata hai, interest dikhata hai.</w:t>
      </w:r>
      <w:r>
        <w:br/>
      </w:r>
      <w:r>
        <w:rPr>
          <w:sz w:val="20"/>
        </w:rPr>
        <w:t>1:50:59  jaise unhon ne likha hai shair ne: "manعلم ka sang aaina sadhu" to main woh hoon ke main pathar se sheesha banata hoon.</w:t>
      </w:r>
      <w:r>
        <w:br/>
      </w:r>
      <w:r>
        <w:rPr>
          <w:sz w:val="20"/>
        </w:rPr>
        <w:t>1:51:07  bataiye ke shair ko ab khud apna wajood dikhai diya. is mein "manعلم ka sang aaina sadhu" to main woh hoon ke pathar se sheesha banata hoon.</w:t>
      </w:r>
      <w:r>
        <w:br/>
      </w:r>
      <w:r>
        <w:rPr>
          <w:sz w:val="20"/>
        </w:rPr>
        <w:t>1:51:18  yani is shishe, glass mein un ko apna wajood dikhai diya. kisi ko engineer dikhai deta hai, kisi ko industry dikhai deti hai. mujhe is mein Khuda ka, Khuda ka manzar dikhai deta hai.</w:t>
      </w:r>
      <w:r>
        <w:br/>
      </w:r>
      <w:r>
        <w:rPr>
          <w:sz w:val="20"/>
        </w:rPr>
        <w:t>1:51:30  yeh mujhe Khuda ki mohabbat ka yaad dilana ban jata hai. yeh glass to is tarah log behke hue hain.</w:t>
      </w:r>
      <w:r>
        <w:br/>
      </w:r>
      <w:r>
        <w:rPr>
          <w:sz w:val="20"/>
        </w:rPr>
        <w:t>1:51:40  har aadmi behka hua hai.</w:t>
      </w:r>
      <w:r>
        <w:br/>
      </w:r>
      <w:r>
        <w:rPr>
          <w:sz w:val="20"/>
        </w:rPr>
        <w:t>1:51:43  yani saare saare idare, saari sargharmiyan logon ko le ja rahi hain aise rastay ki taraf jahan ke Khuda se mohabbat un ke liye ek ajnabi cheez, ajnabi ban jaye cheez.</w:t>
      </w:r>
      <w:r>
        <w:br/>
      </w:r>
      <w:r>
        <w:rPr>
          <w:sz w:val="20"/>
        </w:rPr>
        <w:t>1:51:58  bolein Allah ka naam to laf sarvis ke taur par bolein. bas</w:t>
      </w:r>
      <w:r>
        <w:br/>
      </w:r>
      <w:r>
        <w:rPr>
          <w:sz w:val="20"/>
        </w:rPr>
        <w:t>1:52:04  aisi halat mein jo insaan uthe aur logon ke dilon mein Allah ki mohabbat dale, kisi insaan ko Allah se mohabbat karne wala banaye, to bilashubah woh is qabil hai ke use rash kiya jaye us ko.</w:t>
      </w:r>
    </w:p>
    <w:p>
      <w:pPr>
        <w:pStyle w:val="Heading2"/>
      </w:pPr>
      <w:r>
        <w:t>Why must prayer be in Arabic?</w:t>
      </w:r>
    </w:p>
    <w:p>
      <w:r>
        <w:rPr>
          <w:color w:val="666666"/>
          <w:sz w:val="18"/>
        </w:rPr>
        <w:t>Worship · The Concept of Divine Help June 16, 2013 · 2m 51s · at 55:59 · https://youtu.be/b0QaxGSnAOI?t=3359</w:t>
      </w:r>
    </w:p>
    <w:p>
      <w:r>
        <w:rPr>
          <w:i/>
        </w:rPr>
        <w:t>“Allah speaks all languages, so why is it compulsory to recite Salah and Quran in Arabic? Many people recite without understanding. Why can't a person pray in a language they understand to remove misconceptions?”</w:t>
      </w:r>
    </w:p>
    <w:p>
      <w:r>
        <w:rPr>
          <w:sz w:val="20"/>
        </w:rPr>
        <w:t>55:59  maulana, agla sawal hai suhail ahmed sahab ka. unhon ne location nahi likhi hai. un ka sawal hai: "I wanted to ask this question for a long time, which is that Allah speaks all languages in the world, so why is it compulsory to recite namaz and Quran in Arabic?</w:t>
      </w:r>
      <w:r>
        <w:br/>
      </w:r>
      <w:r>
        <w:rPr>
          <w:sz w:val="20"/>
        </w:rPr>
        <w:t>56:20  The reason for asking this question is that many people in my locality just recite namaz and Quran for the sake of just recitation and without knowing what they are reading or reciting.</w:t>
      </w:r>
      <w:r>
        <w:br/>
      </w:r>
      <w:r>
        <w:rPr>
          <w:sz w:val="20"/>
        </w:rPr>
        <w:t>56:35  Why can't a person pray in whatever language he or she understands it, which can help in removing misconceptions in Islam?"</w:t>
      </w:r>
      <w:r>
        <w:br/>
      </w:r>
      <w:r>
        <w:rPr>
          <w:sz w:val="20"/>
        </w:rPr>
        <w:t>56:45  dekhiye, aap is sawal mein is liye phanse hue hain ke aap namaz ko form samajhte hain. namaz ko form samajhte hain, is liye phanse hue hain.</w:t>
      </w:r>
      <w:r>
        <w:br/>
      </w:r>
      <w:r>
        <w:rPr>
          <w:sz w:val="20"/>
        </w:rPr>
        <w:t>56:54  yaad rakhiye, arabi mein namaz parhna bhi namaz nahi hai. sare munafiqeen arabi mein namaz parhte the, un ki namaz allah ne qabool nahi ki. yeh mat samjhiye ke arabi mein parh liya to namaz ho gayi.</w:t>
      </w:r>
      <w:r>
        <w:br/>
      </w:r>
      <w:r>
        <w:rPr>
          <w:sz w:val="20"/>
        </w:rPr>
        <w:t>57:10  na arabi mein namaz hai, na farsi mein namaz hai.</w:t>
      </w:r>
      <w:r>
        <w:br/>
      </w:r>
      <w:r>
        <w:rPr>
          <w:sz w:val="20"/>
        </w:rPr>
        <w:t>57:13  namaz jo hai qad afalahal mominoon allazeena fi salatihim khashaoon khasho ki zuban mein jo namaz parhe, woh us ki namaz namaz hai.</w:t>
      </w:r>
      <w:r>
        <w:br/>
      </w:r>
      <w:r>
        <w:rPr>
          <w:sz w:val="20"/>
        </w:rPr>
        <w:t>57:25  aap samajhte hain ke bas arabi alfaz jo hain, khoob qirat se parh gaye to namaz ho gayi.</w:t>
      </w:r>
      <w:r>
        <w:br/>
      </w:r>
      <w:r>
        <w:rPr>
          <w:sz w:val="20"/>
        </w:rPr>
        <w:t>57:33  main aap ko aik waqia batata hoon: masjid nabwi mein rasool allah the, aik shakhs wahan aya, namaz parhi. idhar arabi mein namaz parhi thi us ne, kyunke woh to arab tha.</w:t>
      </w:r>
      <w:r>
        <w:br/>
      </w:r>
      <w:r>
        <w:rPr>
          <w:sz w:val="20"/>
        </w:rPr>
        <w:t>57:44  aap ke paas aya to aap ne kaha ke irji' fasalli fa'innaka lam tusalli jao phir se namaz parho, kyunke tum ne namaz nahi parhi.</w:t>
      </w:r>
      <w:r>
        <w:br/>
      </w:r>
      <w:r>
        <w:rPr>
          <w:sz w:val="20"/>
        </w:rPr>
        <w:t>57:55  to namaz na arabi mein, na farsi mein, na angrezi mein, na hindi mein. namaz hai khasho ki zuban mein. wah! khasho ki zuban nahi to namaz hi nahi hai.</w:t>
      </w:r>
      <w:r>
        <w:br/>
      </w:r>
      <w:r>
        <w:rPr>
          <w:sz w:val="20"/>
        </w:rPr>
        <w:t>58:06  yeh quran o hadees sabit hai. quran mein dekhein, ayat hai fawaylul musalleen kharabi hai namaziyon ke liye.</w:t>
      </w:r>
      <w:r>
        <w:br/>
      </w:r>
      <w:r>
        <w:rPr>
          <w:sz w:val="20"/>
        </w:rPr>
        <w:t>58:17  yeh kaun namazi? arab namazi jo arabi mein parhte the, namaz.</w:t>
      </w:r>
      <w:r>
        <w:br/>
      </w:r>
      <w:r>
        <w:rPr>
          <w:sz w:val="20"/>
        </w:rPr>
        <w:t>58:23  yeh bilkul be buniyad qism sawalat hain. yeh hai shift of emphasis. aap sochte nahi ke asal cheez khasho hai, to yeh sab sawalat aap dimagh mein aate hain.</w:t>
      </w:r>
      <w:r>
        <w:br/>
      </w:r>
      <w:r>
        <w:rPr>
          <w:sz w:val="20"/>
        </w:rPr>
        <w:t>58:34  agar aap asal yeh yeh sochein to kuch yeh sawal aayega nahi. yeh sab, yeh sab shift of emphasis ki surat se, shift of emphasis ki bana par yeh sab sawalat aate hain.</w:t>
      </w:r>
      <w:r>
        <w:br/>
      </w:r>
      <w:r>
        <w:rPr>
          <w:sz w:val="20"/>
        </w:rPr>
        <w:t>58:45  aap ko dua hogi.</w:t>
      </w:r>
    </w:p>
    <w:p>
      <w:pPr>
        <w:pStyle w:val="Heading2"/>
      </w:pPr>
      <w:r>
        <w:t>Why no positive change from prayers?</w:t>
      </w:r>
    </w:p>
    <w:p>
      <w:r>
        <w:rPr>
          <w:color w:val="666666"/>
          <w:sz w:val="18"/>
        </w:rPr>
        <w:t>Worship · The Age of Alternative April 24, 2016 · 1m 15s · at 44:55 · https://youtu.be/JoilI-TK4Ig?t=2695</w:t>
      </w:r>
    </w:p>
    <w:p>
      <w:r>
        <w:rPr>
          <w:i/>
        </w:rPr>
        <w:t>“Nowadays most emphasis is on prayers, but the result is zero. No positive change is seen in Muslims. Why is that? The reason is that they have taken the meaning of prayer as form. They emphasize form, not speed.”</w:t>
      </w:r>
    </w:p>
    <w:p>
      <w:r>
        <w:rPr>
          <w:sz w:val="20"/>
        </w:rPr>
        <w:t>44:55  allah taala aap ko aur gul zeeba sahiba ko jaza-e-khair ata farmaye. maulana, agla sawal dhampur se aaya hai mehtab sahib ka, aur unhon ne likha hai ke maulana sahib, aaj kal sab se ziyada zor namazon par diya ja raha hai,</w:t>
      </w:r>
      <w:r>
        <w:br/>
      </w:r>
      <w:r>
        <w:rPr>
          <w:sz w:val="20"/>
        </w:rPr>
        <w:t>45:13  magar nateeja zero hai. musalman mein koi positive change nahi dikhta. aisa kyun? is ki wajah yeh hai ke namaz ka matlab le liya unhon ne form.</w:t>
      </w:r>
      <w:r>
        <w:br/>
      </w:r>
      <w:r>
        <w:rPr>
          <w:sz w:val="20"/>
        </w:rPr>
        <w:t>45:26  jo dua zor de rahe hain, woh form par zor de rahe hain, speed par nahi. aap in ki taqreerein parh ke suniye, in ke program mein jaiye. woh log namaz par zor rahe hain sirf form ke aitbaar se, speed ke aitbaar se nahi.</w:t>
      </w:r>
      <w:r>
        <w:br/>
      </w:r>
      <w:r>
        <w:rPr>
          <w:sz w:val="20"/>
        </w:rPr>
        <w:t>45:41  aur yeh hadees mein aata hai ke "masahib amirah wa kharab min al-huda". yeh hadees hai ke aik zamana aaye ga jab ke musalmanon ki masjidain namaziyon se bhari hongi,</w:t>
      </w:r>
      <w:r>
        <w:br/>
      </w:r>
      <w:r>
        <w:rPr>
          <w:sz w:val="20"/>
        </w:rPr>
        <w:t>45:57  lekin hidayat se khali hongi. is ka matlab kya hai? yaani form walay namaziyon se, form walay namaziyon se bhari hongi, aur speed walay namaziyon se khali hongi.</w:t>
      </w:r>
    </w:p>
    <w:p>
      <w:pPr>
        <w:pStyle w:val="Heading2"/>
      </w:pPr>
      <w:r>
        <w:t>Why no wudu in intellectual books?</w:t>
      </w:r>
    </w:p>
    <w:p>
      <w:r>
        <w:rPr>
          <w:color w:val="666666"/>
          <w:sz w:val="18"/>
        </w:rPr>
        <w:t>Worship · Personality Building January 05, 2014 · 4m 22s · at 54:21 · https://youtu.be/3Zppdm2K4ug?t=3261</w:t>
      </w:r>
    </w:p>
    <w:p>
      <w:r>
        <w:rPr>
          <w:i/>
        </w:rPr>
        <w:t>“Maulana, in one of your talks, why is there no wudu in intellectual books?”</w:t>
      </w:r>
    </w:p>
    <w:p>
      <w:r>
        <w:rPr>
          <w:sz w:val="20"/>
        </w:rPr>
        <w:t>54:21  ah maulana, agla sawal lene se pehle ek comment parhna chahenge aur comment ke sath hi ek sawal bhi hai</w:t>
      </w:r>
      <w:r>
        <w:br/>
      </w:r>
      <w:r>
        <w:rPr>
          <w:sz w:val="20"/>
        </w:rPr>
        <w:t>54:28  jo gulziba ahmed, miss gulziba ahmed ne maryland usa se bheja hai. unhon ne likha hai: "maulana, in one of your talk, fikri kitabon mein wuzu kyon nahi hota?" this talk gave me an answer to one of the questions that i had.</w:t>
      </w:r>
      <w:r>
        <w:br/>
      </w:r>
      <w:r>
        <w:rPr>
          <w:sz w:val="20"/>
        </w:rPr>
        <w:t>54:46  maulana sahib knows the marifat of the meaning. yesterday, i was reading september 2004 al risala.</w:t>
      </w:r>
      <w:r>
        <w:br/>
      </w:r>
      <w:r>
        <w:rPr>
          <w:sz w:val="20"/>
        </w:rPr>
        <w:t>54:55  that time, i was thinking that these words are full of wisdom and how is it that maulana gets it? today, i got the answer that continuous thinking leads you to the marifat of the meaning.</w:t>
      </w:r>
      <w:r>
        <w:br/>
      </w:r>
      <w:r>
        <w:rPr>
          <w:sz w:val="20"/>
        </w:rPr>
        <w:t>55:12  unhon ne sawal jo kiya hai maulana, woh is tarah</w:t>
      </w:r>
      <w:r>
        <w:br/>
      </w:r>
      <w:r>
        <w:rPr>
          <w:sz w:val="20"/>
        </w:rPr>
        <w:t>55:15  hai: unhon ne likha hai: "maulana sahib, please tell us how can we focus our thinking on one topic when there is so much going on in life?"</w:t>
      </w:r>
      <w:r>
        <w:br/>
      </w:r>
      <w:r>
        <w:rPr>
          <w:sz w:val="20"/>
        </w:rPr>
        <w:t>55:30  dekhen, yeh sawal aksar log puchte hain lekin yeh sawal jo hai</w:t>
      </w:r>
      <w:r>
        <w:br/>
      </w:r>
      <w:r>
        <w:rPr>
          <w:sz w:val="20"/>
        </w:rPr>
        <w:t>55:38  is liye hai ke jo creator ka, jo creator ki apni jo scheme of things hain ya uska jo creation plan hai, us ko na samajhne ki wajah se.</w:t>
      </w:r>
      <w:r>
        <w:br/>
      </w:r>
      <w:r>
        <w:rPr>
          <w:sz w:val="20"/>
        </w:rPr>
        <w:t>55:52  jab quran mein bar bar batai gayi yeh baat, jaise aaj hi main kisi se baat kar raha tha ke quran mein hai ke "laqad khalaqnal insana fi kabad".</w:t>
      </w:r>
      <w:r>
        <w:br/>
      </w:r>
      <w:r>
        <w:rPr>
          <w:sz w:val="20"/>
        </w:rPr>
        <w:t>56:03  hum ne paida kiya insan ko hardship mein. hardship ka matlab kya hai? distraction mein.</w:t>
      </w:r>
      <w:r>
        <w:br/>
      </w:r>
      <w:r>
        <w:rPr>
          <w:sz w:val="20"/>
        </w:rPr>
        <w:t>56:13  aaj kal ki zuban mein agar badal kar main kahun to uska matlab hai ke insan ko hum ne paida kiya hai aisi duniya mein jahan har waqt distraction ho.</w:t>
      </w:r>
      <w:r>
        <w:br/>
      </w:r>
      <w:r>
        <w:rPr>
          <w:sz w:val="20"/>
        </w:rPr>
        <w:t>56:21  to yeh to jo jo creation plan hai, usi ka part hai. us ko badal to sakte nahi aap, badal to sakte nahi aap.</w:t>
      </w:r>
      <w:r>
        <w:br/>
      </w:r>
      <w:r>
        <w:rPr>
          <w:sz w:val="20"/>
        </w:rPr>
        <w:t>56:34  to khuda ne jo kabad ka lafz istemal kiya ke hardship mein paida kiya, to yeh koi khuda ko hum se koi dushmani nahi hai</w:t>
      </w:r>
      <w:r>
        <w:br/>
      </w:r>
      <w:r>
        <w:rPr>
          <w:sz w:val="20"/>
        </w:rPr>
        <w:t>56:43  kyun ke insan ko is tarah banaya gaya hai ke us ki jitni qualities hain, woh sab diamond position mein hoti hain.</w:t>
      </w:r>
      <w:r>
        <w:br/>
      </w:r>
      <w:r>
        <w:rPr>
          <w:sz w:val="20"/>
        </w:rPr>
        <w:t>56:52  yani khwabi da halat mein us ko unfold karne ke liye zarurat hui thi ke us ko shock treatment diya jaye. ek hi rasta hai insan ko, yani insan ki us ki qualities ko develop karne ke liye ke us ko is ko shock lage, shock lage, shock lage.</w:t>
      </w:r>
      <w:r>
        <w:br/>
      </w:r>
      <w:r>
        <w:rPr>
          <w:sz w:val="20"/>
        </w:rPr>
        <w:t>57:13  aur main ek hadith aap ko sunata hoon: "innallaha ahabb qawman ibtala". Allah jab kisi insan se ko mehboob rakhta hai to us ko woh musibaton mein dal deta hai.</w:t>
      </w:r>
      <w:r>
        <w:br/>
      </w:r>
      <w:r>
        <w:rPr>
          <w:sz w:val="20"/>
        </w:rPr>
        <w:t>57:26  iska matlab kya hai?</w:t>
      </w:r>
      <w:r>
        <w:br/>
      </w:r>
      <w:r>
        <w:rPr>
          <w:sz w:val="20"/>
        </w:rPr>
        <w:t>57:28  insan ko jab paida kiya gaya is tareeqay say kay is ko</w:t>
      </w:r>
      <w:r>
        <w:br/>
      </w:r>
      <w:r>
        <w:rPr>
          <w:sz w:val="20"/>
        </w:rPr>
        <w:t>57:35  un fold karnay kay liye shock ki zaroorat ho, to woh shock to lagay ga. yeh us kay liye b</w:t>
      </w:r>
      <w:r>
        <w:br/>
      </w:r>
      <w:r>
        <w:rPr>
          <w:sz w:val="20"/>
        </w:rPr>
        <w:t>57:43  lessing hogi kyun kay shock nahi lagay, nahi lagay ga to us ko us kay un fold nahi hongay. us ki cheezain jaisay mein nay aik misaal di kay kay rock stones jo hain, woh woh bold hotay hain stream kay mein behtay huay.</w:t>
      </w:r>
      <w:r>
        <w:br/>
      </w:r>
      <w:r>
        <w:rPr>
          <w:sz w:val="20"/>
        </w:rPr>
        <w:t>58:00  insan ko apnay aap ko bold karna hai, apnay khud apnay andar self created process kay zariye say. yeh to koi us ko to humain face karna hai.</w:t>
      </w:r>
      <w:r>
        <w:br/>
      </w:r>
      <w:r>
        <w:rPr>
          <w:sz w:val="20"/>
        </w:rPr>
        <w:t>58:10  yani das world of distraction hi mein humain paida kiya gaya hai aur us ko humain face karna hai. yani hum apnay ko distraction say bachana hai.</w:t>
      </w:r>
      <w:r>
        <w:br/>
      </w:r>
      <w:r>
        <w:rPr>
          <w:sz w:val="20"/>
        </w:rPr>
        <w:t>58:18  isi par to jannat hai, isi par to reward hai, isi par to hamara intellectual process hai. taiz hota hai, is ka is mein koi escape nahi hai.</w:t>
      </w:r>
      <w:r>
        <w:br/>
      </w:r>
      <w:r>
        <w:rPr>
          <w:sz w:val="20"/>
        </w:rPr>
        <w:t>58:30  yeh mumkin nahi hai kay hum aisi dunya paas karain jahan distraction na ho, jahan distraction na ho. woh to, woh to, woh to rahay gi.</w:t>
      </w:r>
    </w:p>
    <w:p>
      <w:pPr>
        <w:pStyle w:val="Heading2"/>
      </w:pPr>
      <w:r>
        <w:t>Why non-Muslims cannot visit Mecca and Medina</w:t>
      </w:r>
    </w:p>
    <w:p>
      <w:r>
        <w:rPr>
          <w:color w:val="666666"/>
          <w:sz w:val="18"/>
        </w:rPr>
        <w:t>Worship · Principle of Loss May 31, 2015 · 3m 00s · at 1:02:04 · https://youtu.be/vM-CUyBiDkc?t=3724</w:t>
      </w:r>
    </w:p>
    <w:p>
      <w:r>
        <w:rPr>
          <w:i/>
        </w:rPr>
        <w:t>“Why non-Muslims are not allowed to visit Mecca and Medina, and what is the background of this law?”</w:t>
      </w:r>
    </w:p>
    <w:p>
      <w:r>
        <w:rPr>
          <w:sz w:val="20"/>
        </w:rPr>
        <w:t>1:02:04  maulana, agla sawal tariq badar sahib ne bheja hai lahore pakistan se, aur unhon ne likha hai ke today lecture added another dimension to understand the issues in life as well as in the world and the creation plan of god.</w:t>
      </w:r>
      <w:r>
        <w:br/>
      </w:r>
      <w:r>
        <w:rPr>
          <w:sz w:val="20"/>
        </w:rPr>
        <w:t>1:02:22  jazak allah. my question is, why non muslims are not allowed to visit mecca and medina, and what is the background of this law?</w:t>
      </w:r>
      <w:r>
        <w:br/>
      </w:r>
      <w:r>
        <w:rPr>
          <w:sz w:val="20"/>
        </w:rPr>
        <w:t>1:02:36  dekhiye, is se pehle main bata chuka hoon ke pehle aisa nahi tha, pehle sabhi log aate the. aur is ka saboot yeh hai ke kaaba mein but pahunch gaya to mushrikeen to pahunchayenge, but muahhid kaise but pahunchayega?</w:t>
      </w:r>
      <w:r>
        <w:br/>
      </w:r>
      <w:r>
        <w:rPr>
          <w:sz w:val="20"/>
        </w:rPr>
        <w:t>1:02:51  kaaba mein jo but pahuncha kai so ki tadad mein to woh mushrikeen to the, woh jo pahunchaya unhon ne muahhid kyon pahunchayega wahan?</w:t>
      </w:r>
      <w:r>
        <w:br/>
      </w:r>
      <w:r>
        <w:rPr>
          <w:sz w:val="20"/>
        </w:rPr>
        <w:t>1:03:01  to yeh dekha gaya ke log is is azaadi ko besood karte hain. yani yeh nahi kaha ke dekh kar chale jayen, wahan apna but rakh dete hain.</w:t>
      </w:r>
      <w:r>
        <w:br/>
      </w:r>
      <w:r>
        <w:rPr>
          <w:sz w:val="20"/>
        </w:rPr>
        <w:t>1:03:18  woh but jo the wahan kaaba bohat chote chote the, yani bara bara abu lahor ki tarah nahi tha. woh aap jeeb mein rakh ke le aa sakte hain, aisa tha. woh</w:t>
      </w:r>
      <w:r>
        <w:br/>
      </w:r>
      <w:r>
        <w:rPr>
          <w:sz w:val="20"/>
        </w:rPr>
        <w:t>1:03:27  jitne but the kaaba mein, woh abu lahor ki tarah the, nahi the bare bare. to aadmi jaye, jeeb mein rakhi hui hai, wahan rakh ke chala gaya.</w:t>
      </w:r>
      <w:r>
        <w:br/>
      </w:r>
      <w:r>
        <w:rPr>
          <w:sz w:val="20"/>
        </w:rPr>
        <w:t>1:03:39  to is ki precaution ke taur par is tajrube ke baad aisa kiya gaya. main samajhta hoon ke bilkul sahi sahi kiya gaya hai, warna aaj bhi wahi mamla baqi rehta hai.</w:t>
      </w:r>
      <w:r>
        <w:br/>
      </w:r>
      <w:r>
        <w:rPr>
          <w:sz w:val="20"/>
        </w:rPr>
        <w:t>1:03:53  insaan ajib o ghareeb makhlooq hai,</w:t>
      </w:r>
      <w:r>
        <w:br/>
      </w:r>
      <w:r>
        <w:rPr>
          <w:sz w:val="20"/>
        </w:rPr>
        <w:t>1:03:55  azaadi ko masood karna jo hai, us ki burai ko woh janta hi nahi. okay, so we will end the session now.</w:t>
      </w:r>
      <w:r>
        <w:br/>
      </w:r>
      <w:r>
        <w:rPr>
          <w:sz w:val="20"/>
        </w:rPr>
        <w:t>1:04:05  thank you.</w:t>
      </w:r>
    </w:p>
    <w:p>
      <w:pPr>
        <w:pStyle w:val="Heading2"/>
      </w:pPr>
      <w:r>
        <w:t>Why non-Muslims not allowed in Kaaba?</w:t>
      </w:r>
    </w:p>
    <w:p>
      <w:r>
        <w:rPr>
          <w:color w:val="666666"/>
          <w:sz w:val="18"/>
        </w:rPr>
        <w:t>Worship · Paradise as a Goal April 26, 2015 · 5m 08s · at 1:07:16 · https://youtu.be/hnHqhmSJZXA?t=4036</w:t>
      </w:r>
    </w:p>
    <w:p>
      <w:r>
        <w:rPr>
          <w:i/>
        </w:rPr>
        <w:t>“Why are people of other religions not allowed inside the Kaaba?”</w:t>
      </w:r>
    </w:p>
    <w:p>
      <w:r>
        <w:rPr>
          <w:sz w:val="20"/>
        </w:rPr>
        <w:t>1:07:16  molana yeh agla sawal aya hai mister raj malik ka deli se</w:t>
      </w:r>
      <w:r>
        <w:br/>
      </w:r>
      <w:r>
        <w:rPr>
          <w:sz w:val="20"/>
        </w:rPr>
        <w:t>1:07:21  molana hamare ek hindu dost keh rahe the ke kaba ke andar musalmanon</w:t>
      </w:r>
      <w:r>
        <w:br/>
      </w:r>
      <w:r>
        <w:rPr>
          <w:sz w:val="20"/>
        </w:rPr>
        <w:t>1:07:29  ke ilawa doosre dharm ke logon ko kyun nahi jaane dete</w:t>
      </w:r>
      <w:r>
        <w:br/>
      </w:r>
      <w:r>
        <w:rPr>
          <w:sz w:val="20"/>
        </w:rPr>
        <w:t>1:07:33  bahut se log aise hote hain jo sache dil se darshan karna chahte hain</w:t>
      </w:r>
      <w:r>
        <w:br/>
      </w:r>
      <w:r>
        <w:rPr>
          <w:sz w:val="20"/>
        </w:rPr>
        <w:t>1:07:41  dekhen is se pehle maine ek baat batai hai ke shuru mein aisa nahi tha shuru mein</w:t>
      </w:r>
      <w:r>
        <w:br/>
      </w:r>
      <w:r>
        <w:rPr>
          <w:sz w:val="20"/>
        </w:rPr>
        <w:t>1:07:48  har ek wahan aata tha</w:t>
      </w:r>
      <w:r>
        <w:br/>
      </w:r>
      <w:r>
        <w:rPr>
          <w:sz w:val="20"/>
        </w:rPr>
        <w:t>1:07:51  lekin hua yeh ke koi aya hua to usne logon ko but parasti ki baat shuru kar</w:t>
      </w:r>
      <w:r>
        <w:br/>
      </w:r>
      <w:r>
        <w:rPr>
          <w:sz w:val="20"/>
        </w:rPr>
        <w:t>1:07:58  di ke yahan but hona chahiye dheere dheere dheere dheere wahan ek but rakh diya gaya log thoda</w:t>
      </w:r>
      <w:r>
        <w:br/>
      </w:r>
      <w:r>
        <w:rPr>
          <w:sz w:val="20"/>
        </w:rPr>
        <w:t>1:08:05  is se iske influence ho gaye yahan hote hote 360 but is mein ho gaye rasool allah</w:t>
      </w:r>
      <w:r>
        <w:br/>
      </w:r>
      <w:r>
        <w:rPr>
          <w:sz w:val="20"/>
        </w:rPr>
        <w:t>1:08:12  ke zamane mein 360 but is ke andar rakhe hue the</w:t>
      </w:r>
      <w:r>
        <w:br/>
      </w:r>
      <w:r>
        <w:rPr>
          <w:sz w:val="20"/>
        </w:rPr>
        <w:t>1:08:17  tab yeh aisa hua ke band kar diya gaya ke yahan par koi</w:t>
      </w:r>
      <w:r>
        <w:br/>
      </w:r>
      <w:r>
        <w:rPr>
          <w:sz w:val="20"/>
        </w:rPr>
        <w:t>1:08:22  but parast dakhil nahi hoga ke mushrik dakhil nahi hoga is tajrube ki bina par ke log itne</w:t>
      </w:r>
      <w:r>
        <w:br/>
      </w:r>
      <w:r>
        <w:rPr>
          <w:sz w:val="20"/>
        </w:rPr>
        <w:t>1:08:29  zyada ghair zimmedar hote hain yeh nahi ke ja kar wahan dekhen aur chale aayen wahan woh</w:t>
      </w:r>
      <w:r>
        <w:br/>
      </w:r>
      <w:r>
        <w:rPr>
          <w:sz w:val="20"/>
        </w:rPr>
        <w:t>1:08:34  chahenge but rakh den</w:t>
      </w:r>
      <w:r>
        <w:br/>
      </w:r>
      <w:r>
        <w:rPr>
          <w:sz w:val="20"/>
        </w:rPr>
        <w:t>1:08:37  warna is se pehle nahi tha yeh matlab awwal din se aisa nahi tha yeh baad ko aisa</w:t>
      </w:r>
      <w:r>
        <w:br/>
      </w:r>
      <w:r>
        <w:rPr>
          <w:sz w:val="20"/>
        </w:rPr>
        <w:t>1:08:41  hua to main samajhta hoon ke quite reasonable yeh baat hai ke aage bhi kisi ko yani</w:t>
      </w:r>
      <w:r>
        <w:br/>
      </w:r>
      <w:r>
        <w:rPr>
          <w:sz w:val="20"/>
        </w:rPr>
        <w:t>1:08:51  koi aisa kar sakta hai kyunke log to bahut insincere hote hain logon mein maine paya ke</w:t>
      </w:r>
      <w:r>
        <w:br/>
      </w:r>
      <w:r>
        <w:rPr>
          <w:sz w:val="20"/>
        </w:rPr>
        <w:t>1:08:57  sab se kam jo cheez sincerity to ab kya kya jaye</w:t>
      </w:r>
      <w:r>
        <w:br/>
      </w:r>
      <w:r>
        <w:rPr>
          <w:sz w:val="20"/>
        </w:rPr>
        <w:t>1:09:02  woh tauheed ka ghar hai sirf allah wahid ki ibadat ka markaz hai to is ko behal</w:t>
      </w:r>
      <w:r>
        <w:br/>
      </w:r>
      <w:r>
        <w:rPr>
          <w:sz w:val="20"/>
        </w:rPr>
        <w:t>1:09:08  bachana padega woh koi tourist center to hai nahi tourist center mein is tarah ki cheezon ki</w:t>
      </w:r>
      <w:r>
        <w:br/>
      </w:r>
      <w:r>
        <w:rPr>
          <w:sz w:val="20"/>
        </w:rPr>
        <w:t>1:09:15  zarurat nahi hoti</w:t>
      </w:r>
      <w:r>
        <w:br/>
      </w:r>
      <w:r>
        <w:rPr>
          <w:sz w:val="20"/>
        </w:rPr>
        <w:t>1:09:18  tourist center mein jo bhi chahe jaye wahan koi bhi baat hai chahe kare lekin woh to ek</w:t>
      </w:r>
      <w:r>
        <w:br/>
      </w:r>
      <w:r>
        <w:rPr>
          <w:sz w:val="20"/>
        </w:rPr>
        <w:t>1:09:24  ek yani oneness of god ka center hai woh to kaise bardasht kiya jaye ga wahan is ko</w:t>
      </w:r>
      <w:r>
        <w:br/>
      </w:r>
      <w:r>
        <w:rPr>
          <w:sz w:val="20"/>
        </w:rPr>
        <w:t>1:09:31  jabke tajruba yeh hai ke insan insincere hai wahan yeh sab harkat karta hai ja kar ke</w:t>
      </w:r>
      <w:r>
        <w:br/>
      </w:r>
      <w:r>
        <w:rPr>
          <w:sz w:val="20"/>
        </w:rPr>
        <w:t>1:09:41  molana yeh agla question kya hai mister khan ne unhone apni location mention nahi ki hai</w:t>
      </w:r>
      <w:r>
        <w:br/>
      </w:r>
      <w:r>
        <w:rPr>
          <w:sz w:val="20"/>
        </w:rPr>
        <w:t>1:09:49  Maulana Sahib, the non-Muslims who are doing good things in society and are also doing tazkiyah</w:t>
      </w:r>
      <w:r>
        <w:br/>
      </w:r>
      <w:r>
        <w:rPr>
          <w:sz w:val="20"/>
        </w:rPr>
        <w:t>1:09:57  waat will happen to dem</w:t>
      </w:r>
      <w:r>
        <w:br/>
      </w:r>
      <w:r>
        <w:rPr>
          <w:sz w:val="20"/>
        </w:rPr>
        <w:t>1:10:01  dekhiye yeh inhi ki baat nahi hai musalman apne ko safe side pe samajhta hai</w:t>
      </w:r>
      <w:r>
        <w:br/>
      </w:r>
      <w:r>
        <w:rPr>
          <w:sz w:val="20"/>
        </w:rPr>
        <w:t>1:10:08  koi safe side pe nahi hai</w:t>
      </w:r>
      <w:r>
        <w:br/>
      </w:r>
      <w:r>
        <w:rPr>
          <w:sz w:val="20"/>
        </w:rPr>
        <w:t>1:10:12  yeh Allah ke ilm mein hai ke kis ke sath kya muamla hoga</w:t>
      </w:r>
      <w:r>
        <w:br/>
      </w:r>
      <w:r>
        <w:rPr>
          <w:sz w:val="20"/>
        </w:rPr>
        <w:t>1:10:17  rasool Allah ne khud apne bare mein kaha mai fali bi wala bikum mujhe kuch nahi pata ke</w:t>
      </w:r>
      <w:r>
        <w:br/>
      </w:r>
      <w:r>
        <w:rPr>
          <w:sz w:val="20"/>
        </w:rPr>
        <w:t>1:10:22  mere sath kya hoga tumhare sath kya hoga to musalman aam taur pe samajhte hain ke hum to</w:t>
      </w:r>
      <w:r>
        <w:br/>
      </w:r>
      <w:r>
        <w:rPr>
          <w:sz w:val="20"/>
        </w:rPr>
        <w:t>1:10:27  safe side pe hain safe side mein yaad rakhen koi bhi nahi hai koi bhi nahi hai yeh</w:t>
      </w:r>
      <w:r>
        <w:br/>
      </w:r>
      <w:r>
        <w:rPr>
          <w:sz w:val="20"/>
        </w:rPr>
        <w:t>1:10:36  yeh Allah ke domain ki baat hai ke woh kis ke liye kya faisle kare kyunke woh dil</w:t>
      </w:r>
      <w:r>
        <w:br/>
      </w:r>
      <w:r>
        <w:rPr>
          <w:sz w:val="20"/>
        </w:rPr>
        <w:t>1:10:41  ka haal janta hai aur is ka taluq dil dil se hai dil mein insan kaisa hai is</w:t>
      </w:r>
      <w:r>
        <w:br/>
      </w:r>
      <w:r>
        <w:rPr>
          <w:sz w:val="20"/>
        </w:rPr>
        <w:t>1:10:47  par yani intention kaisi hai is ki is se is ka faisla hoga</w:t>
      </w:r>
      <w:r>
        <w:br/>
      </w:r>
      <w:r>
        <w:rPr>
          <w:sz w:val="20"/>
        </w:rPr>
        <w:t>1:10:53  to matlab yeh yeh sawal jo hai aksar log karte hain lekin yeh sawal irrelevant sawal hai</w:t>
      </w:r>
      <w:r>
        <w:br/>
      </w:r>
      <w:r>
        <w:rPr>
          <w:sz w:val="20"/>
        </w:rPr>
        <w:t>1:11:01  woh kisi ke bare mein yahi baat aa sakti hai chahe woh musalman kyun na ho ke kya</w:t>
      </w:r>
      <w:r>
        <w:br/>
      </w:r>
      <w:r>
        <w:rPr>
          <w:sz w:val="20"/>
        </w:rPr>
        <w:t>1:11:06  mera anjam hoga wahan jab rasool Allah ne keh diya ke mujhe nahi pata ke mera kya anjam</w:t>
      </w:r>
      <w:r>
        <w:br/>
      </w:r>
      <w:r>
        <w:rPr>
          <w:sz w:val="20"/>
        </w:rPr>
        <w:t>1:11:11  hoga yeh Allah ko pata hai to aap ne musalman kaise yeh yani yeh aqeedah bana liya ke</w:t>
      </w:r>
      <w:r>
        <w:br/>
      </w:r>
      <w:r>
        <w:rPr>
          <w:sz w:val="20"/>
        </w:rPr>
        <w:t>1:11:19  hum safe side mein hain kaise right hai un ko ke yeh aqeedah banayein okay we line</w:t>
      </w:r>
      <w:r>
        <w:br/>
      </w:r>
      <w:r>
        <w:rPr>
          <w:sz w:val="20"/>
        </w:rPr>
        <w:t>1:11:25  i request everyone to remain seated till we save the talk.</w:t>
      </w:r>
    </w:p>
    <w:p>
      <w:pPr>
        <w:pStyle w:val="Heading2"/>
      </w:pPr>
      <w:r>
        <w:t>Why not four rak'at Sunnah in Zuhr?</w:t>
      </w:r>
    </w:p>
    <w:p>
      <w:r>
        <w:rPr>
          <w:color w:val="666666"/>
          <w:sz w:val="18"/>
        </w:rPr>
        <w:t>Worship · Social Reform | December 22, 2013 | Maulana Wahiduddin Khan · 30s · at 54:23 · https://youtu.be/kGP903BvDto?t=3263</w:t>
      </w:r>
    </w:p>
    <w:p>
      <w:r>
        <w:rPr>
          <w:i/>
        </w:rPr>
        <w:t>“Why do we not offer four rak'at of Sunnah in Zuhr prayer?”</w:t>
      </w:r>
    </w:p>
    <w:p>
      <w:r>
        <w:rPr>
          <w:sz w:val="20"/>
        </w:rPr>
        <w:t>54:23  Maulana, agla sawal Delhi se hai.</w:t>
      </w:r>
      <w:r>
        <w:br/>
      </w:r>
      <w:r>
        <w:rPr>
          <w:sz w:val="20"/>
        </w:rPr>
        <w:t>54:28  Muhammad Usman sahib ne kiya hai.</w:t>
      </w:r>
      <w:r>
        <w:br/>
      </w:r>
      <w:r>
        <w:rPr>
          <w:sz w:val="20"/>
        </w:rPr>
        <w:t>54:33  unhon ne likha hai: "Maulana sahib, why do we not offer four rak'at of Sunnah in Zuhr namaz h</w:t>
      </w:r>
      <w:r>
        <w:br/>
      </w:r>
      <w:r>
        <w:rPr>
          <w:sz w:val="20"/>
        </w:rPr>
        <w:t>54:38  ere?" aap mere office mein aaiye ga toh main is ka jawab doon ga aap ko.</w:t>
      </w:r>
      <w:r>
        <w:br/>
      </w:r>
      <w:r>
        <w:rPr>
          <w:sz w:val="20"/>
        </w:rPr>
        <w:t>54:46  yahan fiqhi masail ke liye hamara ijtima nahi hota hai.</w:t>
      </w:r>
    </w:p>
    <w:p>
      <w:pPr>
        <w:pStyle w:val="Heading2"/>
      </w:pPr>
      <w:r>
        <w:t>Witnesses for Nikah must be Muslims</w:t>
      </w:r>
    </w:p>
    <w:p>
      <w:r>
        <w:rPr>
          <w:color w:val="666666"/>
          <w:sz w:val="18"/>
        </w:rPr>
        <w:t>Worship · From The Spiritual Tree August 8, 2010 · 7m 02s · at 1:28:49 · https://youtu.be/H6e9NOrqgHI?t=5329</w:t>
      </w:r>
    </w:p>
    <w:p>
      <w:r>
        <w:rPr>
          <w:i/>
        </w:rPr>
        <w:t>“For the Nikah, do the witnesses need to be Muslims? Kindly comment.”</w:t>
      </w:r>
    </w:p>
    <w:p>
      <w:r>
        <w:rPr>
          <w:sz w:val="20"/>
        </w:rPr>
        <w:t>1:28:49  maulana, agla sawal kiya hai? mister faik ne california se,</w:t>
      </w:r>
      <w:r>
        <w:br/>
      </w:r>
      <w:r>
        <w:rPr>
          <w:sz w:val="20"/>
        </w:rPr>
        <w:t>1:28:53  unhon ne poocha hai ke "for the nikah, do the witnesses need to be muslims?" kindly comment. ji haan, do muslim.</w:t>
      </w:r>
      <w:r>
        <w:br/>
      </w:r>
      <w:r>
        <w:rPr>
          <w:sz w:val="20"/>
        </w:rPr>
        <w:t>1:29:06  ji</w:t>
      </w:r>
      <w:r>
        <w:br/>
      </w:r>
      <w:r>
        <w:rPr>
          <w:sz w:val="20"/>
        </w:rPr>
        <w:t>1:29:10  maulana, aik aur sawal kiya hai unhon ne. unhon ne likha hai ke "in USA, there is always a divide in Ramadan and starting of the Eid.</w:t>
      </w:r>
      <w:r>
        <w:br/>
      </w:r>
      <w:r>
        <w:rPr>
          <w:sz w:val="20"/>
        </w:rPr>
        <w:t>1:29:20  essentially, moon sighting becomes moon fighting.</w:t>
      </w:r>
      <w:r>
        <w:br/>
      </w:r>
      <w:r>
        <w:rPr>
          <w:sz w:val="20"/>
        </w:rPr>
        <w:t>1:29:24  some organizations and mask follow the scientific calculations saying that it is the age of nano technology. therefore, moon visibility should be based on calculations,</w:t>
      </w:r>
      <w:r>
        <w:br/>
      </w:r>
      <w:r>
        <w:rPr>
          <w:sz w:val="20"/>
        </w:rPr>
        <w:t>1:29:37  and some cite the actual sighting with naked eye to be the start for Ramadan or Eid, and narrate hadith in favor of this.</w:t>
      </w:r>
      <w:r>
        <w:br/>
      </w:r>
      <w:r>
        <w:rPr>
          <w:sz w:val="20"/>
        </w:rPr>
        <w:t>1:29:46  maulana, please tell us what should be followed.</w:t>
      </w:r>
      <w:r>
        <w:br/>
      </w:r>
      <w:r>
        <w:rPr>
          <w:sz w:val="20"/>
        </w:rPr>
        <w:t>1:29:51  "dekhen, yeh masla to hal hone wala hai nahin.</w:t>
      </w:r>
      <w:r>
        <w:br/>
      </w:r>
      <w:r>
        <w:rPr>
          <w:sz w:val="20"/>
        </w:rPr>
        <w:t>1:29:56  yeh to aaj se nahin, kam az kam do sau saal se is pe baatein chal rahi hain. baqi masla kya hai? woh arz karta hoon ke jarr kya hai.</w:t>
      </w:r>
      <w:r>
        <w:br/>
      </w:r>
      <w:r>
        <w:rPr>
          <w:sz w:val="20"/>
        </w:rPr>
        <w:t>1:30:07  jarr yeh hai ke hadith mein yeh aaya hai ke "sumo liruyyatihi, wa futro liruyyatihi". to dekh kar roza rakho, dekh kar iftar karo.</w:t>
      </w:r>
      <w:r>
        <w:br/>
      </w:r>
      <w:r>
        <w:rPr>
          <w:sz w:val="20"/>
        </w:rPr>
        <w:t>1:30:19  iftar karo, ma'ni Eid manao. dekh kar roza rakho aur dekh kar Eid manao. ab luro jo ruyyat ka lafz aa gaya na, dekh kar jo us ko literal sense mein lete hain, halanke literal sense lene ki koi wajah nahin hai.</w:t>
      </w:r>
      <w:r>
        <w:br/>
      </w:r>
      <w:r>
        <w:rPr>
          <w:sz w:val="20"/>
        </w:rPr>
        <w:t>1:30:36  kyun? Quran mein dekhen, doosra lafz aaya hai "shahid minkum al-shari'a". Quran majeed mein jo lafz aaya hai, woh dekhen, ruyyat ka lafz nahin aaya hai.</w:t>
      </w:r>
      <w:r>
        <w:br/>
      </w:r>
      <w:r>
        <w:rPr>
          <w:sz w:val="20"/>
        </w:rPr>
        <w:t>1:30:48  "shahid minkum al-shari'a". shahada ke ma'ni hain pana, maujood hona. ya'ni jo aap ne apne ko Ramadan ke mahine maujood paye,</w:t>
      </w:r>
      <w:r>
        <w:br/>
      </w:r>
      <w:r>
        <w:rPr>
          <w:sz w:val="20"/>
        </w:rPr>
        <w:t>1:31:03  ya'ni jis ke upar Ramadan ka mahina aa jaye, matlab yeh hua. shahada ka ma'ni yeh nahin ke dekha jo apni aankh se. to</w:t>
      </w:r>
      <w:r>
        <w:br/>
      </w:r>
      <w:r>
        <w:rPr>
          <w:sz w:val="20"/>
        </w:rPr>
        <w:t>1:31:11  jab aap yeh, jab aap do mutala'a karen aur dekhen ke hadith mein to ruyyat ka lafz zaroor hai, lekin Quran mein nahin hai ruyyat ka lafz.</w:t>
      </w:r>
      <w:r>
        <w:br/>
      </w:r>
      <w:r>
        <w:rPr>
          <w:sz w:val="20"/>
        </w:rPr>
        <w:t>1:31:22  to aap sochen ge, sochen ge, sochen ge to aap us waqt yeh pahunchen ge ke Quran mein jo hai, woh abadi ri'ayat hai, hadith mein zamani ri'ayat hai.</w:t>
      </w:r>
      <w:r>
        <w:br/>
      </w:r>
      <w:r>
        <w:rPr>
          <w:sz w:val="20"/>
        </w:rPr>
        <w:t>1:31:35  ya'ni is zamane mein chand ko dekhne ka ta</w:t>
      </w:r>
      <w:r>
        <w:br/>
      </w:r>
      <w:r>
        <w:rPr>
          <w:sz w:val="20"/>
        </w:rPr>
        <w:t>1:31:39  reeqa kya tha? aankh se dekhna aur koi tareeqa tha nahin. to Quran mein abadi ri'ayat karte hue kaha gaya hai "fashahid minkum al-shari'a", lekin hadith mein zamani ri'ayat hai ke jaisa dekho, waisa karo.</w:t>
      </w:r>
      <w:r>
        <w:br/>
      </w:r>
      <w:r>
        <w:rPr>
          <w:sz w:val="20"/>
        </w:rPr>
        <w:t>1:31:58  yeh baat isi liye is mutalliq nahin hai. aur bohat cheezen hain jis mein aap ko hadith mein aur Quran mein baatein milti hain. misaal ke taur par jang ka ma'mla</w:t>
      </w:r>
      <w:r>
        <w:br/>
      </w:r>
      <w:r>
        <w:rPr>
          <w:sz w:val="20"/>
        </w:rPr>
        <w:t>1:32:09  Quran majeed mein hai ke "a'iddu ma-statum min qowwah". ya'ni apne dushman ke muqable mein taqat faraham karo. taqat lafz taqat wahan par hai, a'dad quwwah.</w:t>
      </w:r>
      <w:r>
        <w:br/>
      </w:r>
      <w:r>
        <w:rPr>
          <w:sz w:val="20"/>
        </w:rPr>
        <w:t>1:32:20  aur hadith mein aata hai ke "kulla al-quwwah". sun lo ke teer marna yeh hai quwwah.</w:t>
      </w:r>
      <w:r>
        <w:br/>
      </w:r>
      <w:r>
        <w:rPr>
          <w:sz w:val="20"/>
        </w:rPr>
        <w:t>1:32:31  ab dekhen, yahan pe ikhtilaf hua ke nahin hua Quran ke bare mein, hadith ke bare mein. to yahan ulama ta'wil karte hain. ulama yeh kehte hain yahan par ke ke ke hadith mein jo hai, woh zamani e'tebar se hai aur Quran mein jo hai, woh abadi e'tebar se hai.</w:t>
      </w:r>
      <w:r>
        <w:br/>
      </w:r>
      <w:r>
        <w:rPr>
          <w:sz w:val="20"/>
        </w:rPr>
        <w:t>1:32:47  to wahan agar kehte hain to yahan bhi kar lo. yahi ulama jo hain, jo itna arsa chala aaye hain, do sau</w:t>
      </w:r>
      <w:r>
        <w:br/>
      </w:r>
      <w:r>
        <w:rPr>
          <w:sz w:val="20"/>
        </w:rPr>
        <w:t>1:32:53  saal se, yeh ulama yeh nahin kehte ke aaj jo koi hukumat ko jang pesh aaye to woh teer chalao. idhar koi aalim nahin kehta, sab hi kehte hain ke waqt ka hathiyar istemal kiya jayega,</w:t>
      </w:r>
      <w:r>
        <w:br/>
      </w:r>
      <w:r>
        <w:rPr>
          <w:sz w:val="20"/>
        </w:rPr>
        <w:t>1:33:06  jo quwwah hai aaj ki. to yeh tazad hai logon ke aur un ki rawish mein ke doosre ma'amlat mein woh ta'wil kar ke is ko zaban ke zamani ke mutabiq banate hain aur yahan ta'wil karne ke liye tayyar nahin hain.</w:t>
      </w:r>
      <w:r>
        <w:br/>
      </w:r>
      <w:r>
        <w:rPr>
          <w:sz w:val="20"/>
        </w:rPr>
        <w:t>1:33:24  ya'ni Saudi Arab mein baqayda aik aik marصد bana'i, al-marصد al-islami bana'i gayi thi. marصد ma'ni observatory, is ka naam tha al-marصد al-islami, abhi bhi hai woh.</w:t>
      </w:r>
      <w:r>
        <w:br/>
      </w:r>
      <w:r>
        <w:rPr>
          <w:sz w:val="20"/>
        </w:rPr>
        <w:t>1:33:36  lekin ulama is ko abhi bhi us waqt behas chhede hue hain ke ja'iz hai ke na-ja'iz. to main zaati taur par yeh manta hoon ke ab yeh bilkul mumkin ho gaya hai 100 fisad ke aap jaan saken ke chand nikla ke nahin nikla.</w:t>
      </w:r>
      <w:r>
        <w:br/>
      </w:r>
      <w:r>
        <w:rPr>
          <w:sz w:val="20"/>
        </w:rPr>
        <w:t>1:33:52  dekhen, chand nikalne</w:t>
      </w:r>
      <w:r>
        <w:br/>
      </w:r>
      <w:r>
        <w:rPr>
          <w:sz w:val="20"/>
        </w:rPr>
        <w:t>1:33:53  ka matlab kya hai? yeh bhi samajh lijiye, chand nikalne ka matlab kya hai? chand nikalne ka matlab yeh hai ke yani woh jab suraj tuloo ho jaye, aakhri shaam ko ramzan ki aakhri shaam ko,</w:t>
      </w:r>
      <w:r>
        <w:br/>
      </w:r>
      <w:r>
        <w:rPr>
          <w:sz w:val="20"/>
        </w:rPr>
        <w:t>1:34:08  toh us waqt chand jo hai, aath darjay ke oopar ho. aath darja jo hai, aath degree, jo yeh iski is observatory ki yeh term hai,</w:t>
      </w:r>
      <w:r>
        <w:br/>
      </w:r>
      <w:r>
        <w:rPr>
          <w:sz w:val="20"/>
        </w:rPr>
        <w:t>1:34:21  aath degree. kyunke aath degree se agar neeche rahega, tab bhi agarche nikla hua hoga, lekin dikhai nahi dega. woh</w:t>
      </w:r>
      <w:r>
        <w:br/>
      </w:r>
      <w:r>
        <w:rPr>
          <w:sz w:val="20"/>
        </w:rPr>
        <w:t>1:34:30  aath degree oopar jo hai, tab dikhai dega. koi suraj ki roshni jab suraj jo yani hamare horizon se neeche le aata hai, toh toh kuch der tak uski roshni itni zyada rehti hai ke chand ho, tab bhi nahi dekh payenge hum.</w:t>
      </w:r>
      <w:r>
        <w:br/>
      </w:r>
      <w:r>
        <w:rPr>
          <w:sz w:val="20"/>
        </w:rPr>
        <w:t>1:34:44  nahi dekh payenge hum jab jo suraj ki roshni kam hoti hai, tab hum dekh paate hain usko. toh aath degree agar se oopar agar chand hai toh dikhai dega, nahi toh nahi dikhai dega.</w:t>
      </w:r>
      <w:r>
        <w:br/>
      </w:r>
      <w:r>
        <w:rPr>
          <w:sz w:val="20"/>
        </w:rPr>
        <w:t>1:34:55  yeh bilkul pata chal jata hai aaj kal ke zamane mein.</w:t>
      </w:r>
      <w:r>
        <w:br/>
      </w:r>
      <w:r>
        <w:rPr>
          <w:sz w:val="20"/>
        </w:rPr>
        <w:t>1:34:58  ek dam bilkul accurate tor par jaan sakte hain aap ke usko maan lijiye. toh zahiri tor par toh mein yeh manta hoon ke usko maan lena chahiye, uski moon sighting ko moon fighting nahi banana chahiye.</w:t>
      </w:r>
      <w:r>
        <w:br/>
      </w:r>
      <w:r>
        <w:rPr>
          <w:sz w:val="20"/>
        </w:rPr>
        <w:t>1:35:13  lekin ab mein khamosh hoon, is par mein koi campaign nahi chalata kyunke itna zyada log traditional hain, itna zyada log rivayat pasand hain ke koi sunne ko tayyar nahi.</w:t>
      </w:r>
      <w:r>
        <w:br/>
      </w:r>
      <w:r>
        <w:rPr>
          <w:sz w:val="20"/>
        </w:rPr>
        <w:t>1:35:24  toh mein jo abhi khamoshi mein sab ke sath mein bhi ja ke namaz padh leta hoon,</w:t>
      </w:r>
      <w:r>
        <w:br/>
      </w:r>
      <w:r>
        <w:rPr>
          <w:sz w:val="20"/>
        </w:rPr>
        <w:t>1:35:31  aap bhi yahi kijiye jo mein karta hoon ke agarche meri yeh rai hai, lekin is rai ko chalane mein aur jhagda badhega.</w:t>
      </w:r>
      <w:r>
        <w:br/>
      </w:r>
      <w:r>
        <w:rPr>
          <w:sz w:val="20"/>
        </w:rPr>
        <w:t>1:35:41  jhagda badhne se acha hai ke chalo hum tumhare sath namaz padh lete hain. meri nazariya hai ke chalo yeh bhi theek hai.</w:t>
      </w:r>
    </w:p>
    <w:p>
      <w:pPr>
        <w:pStyle w:val="Heading2"/>
      </w:pPr>
      <w:r>
        <w:t>Women's Congregation in Mosques After Men's Prayer</w:t>
      </w:r>
    </w:p>
    <w:p>
      <w:r>
        <w:rPr>
          <w:color w:val="666666"/>
          <w:sz w:val="18"/>
        </w:rPr>
        <w:t>Worship · Opportunities of the Modern Age | March 05, 2017 · 1m 01s · at 50:19 · https://youtu.be/Cv8QEwvQ_fY?t=3019</w:t>
      </w:r>
    </w:p>
    <w:p>
      <w:r>
        <w:rPr>
          <w:i/>
        </w:rPr>
        <w:t>“On Friday, after the men's congregation, can women's congregation be held in mosques, because praying in congregation carries greater reward?”</w:t>
      </w:r>
    </w:p>
    <w:p>
      <w:r>
        <w:rPr>
          <w:sz w:val="20"/>
        </w:rPr>
        <w:t>50:19  maulana agla sawal bheja hai greesh jwal ji ne dilli se unhon ne poocha hai aap se ke:</w:t>
      </w:r>
      <w:r>
        <w:br/>
      </w:r>
      <w:r>
        <w:rPr>
          <w:sz w:val="20"/>
        </w:rPr>
        <w:t>50:26  "kya shukr war ko porushon ki jamaat ke baad masjidon mein auraton ki jamaat ki ja sakti hai</w:t>
      </w:r>
      <w:r>
        <w:br/>
      </w:r>
      <w:r>
        <w:rPr>
          <w:sz w:val="20"/>
        </w:rPr>
        <w:t>50:34  kyunke jamaat mein namaz ka sawab ziyada hota hai?" alag karne ki zaroorat hi nahi is mein shamil</w:t>
      </w:r>
      <w:r>
        <w:br/>
      </w:r>
      <w:r>
        <w:rPr>
          <w:sz w:val="20"/>
        </w:rPr>
        <w:t>50:41  ho jayen auratain arab hum ne dek</w:t>
      </w:r>
      <w:r>
        <w:br/>
      </w:r>
      <w:r>
        <w:rPr>
          <w:sz w:val="20"/>
        </w:rPr>
        <w:t>50:49  ha hai ke wahan jo haram hai to aik bara sa bana hua hai wahan auratain shamil rehti</w:t>
      </w:r>
      <w:r>
        <w:br/>
      </w:r>
      <w:r>
        <w:rPr>
          <w:sz w:val="20"/>
        </w:rPr>
        <w:t>50:55  hain yani do jamaat karne ki zaroorat nahi hai yani un ki jamaat alag un ki jamaat alag</w:t>
      </w:r>
      <w:r>
        <w:br/>
      </w:r>
      <w:r>
        <w:rPr>
          <w:sz w:val="20"/>
        </w:rPr>
        <w:t>51:01  is ki zaroorat nahi hai wahi namaz jo hoti hai imam haram jo parhte hain usi mein auratain</w:t>
      </w:r>
      <w:r>
        <w:br/>
      </w:r>
      <w:r>
        <w:rPr>
          <w:sz w:val="20"/>
        </w:rPr>
        <w:t>51:07  bhi shamil ho jayen aur yeh hota hai haramain mein baqayda mein ne dekha hai to har jagah</w:t>
      </w:r>
      <w:r>
        <w:br/>
      </w:r>
      <w:r>
        <w:rPr>
          <w:sz w:val="20"/>
        </w:rPr>
        <w:t>51:14  wohi karna chahiye ji</w:t>
      </w:r>
    </w:p>
    <w:p>
      <w:pPr>
        <w:pStyle w:val="Heading2"/>
      </w:pPr>
      <w:r>
        <w:t>Worship driven by fear and love</w:t>
      </w:r>
    </w:p>
    <w:p>
      <w:r>
        <w:rPr>
          <w:color w:val="666666"/>
          <w:sz w:val="18"/>
        </w:rPr>
        <w:t>Worship · Question &amp; Answer Jan 6th 2013 - Maulana Wahiduddin Kahn · 1m 56s · at 27:31 · https://youtu.be/1FAK1QuHEpw?t=1651</w:t>
      </w:r>
    </w:p>
    <w:p>
      <w:r>
        <w:rPr>
          <w:i/>
        </w:rPr>
        <w:t>“After reading Tazkirul Quran, I understand that real worship is to fear and love God. But I feel that we worship for our personal interest. Is worship done out of greed still considered worship? And how can we become those who fear and love God?”</w:t>
      </w:r>
    </w:p>
    <w:p>
      <w:r>
        <w:rPr>
          <w:sz w:val="20"/>
        </w:rPr>
        <w:t>27:31  Maulana, agla sawal Dilli se hai, Muhammad Anas sahib ka. Unhon ne likha hai: "Tazkir-ul-Quran padhkar yeh samajh mein aata hai ke asal ibaadat Allah se darna aur mohabbat karna hai.</w:t>
      </w:r>
      <w:r>
        <w:br/>
      </w:r>
      <w:r>
        <w:rPr>
          <w:sz w:val="20"/>
        </w:rPr>
        <w:t>27:44  Lekin mujhe aisa mehsoos hota hai ke hum to apne personal interest ke liye ibaadat karte hain. Maulana, jo log lalach ke taur par ibaadat karte hain kya yeh bhi ibaadat hai?</w:t>
      </w:r>
      <w:r>
        <w:br/>
      </w:r>
      <w:r>
        <w:rPr>
          <w:sz w:val="20"/>
        </w:rPr>
        <w:t>27:58  Aur kaise hum Allah se darne wale aur mohabbat karne wale banein? Is ke bare mein</w:t>
      </w:r>
      <w:r>
        <w:br/>
      </w:r>
      <w:r>
        <w:rPr>
          <w:sz w:val="20"/>
        </w:rPr>
        <w:t>28:04  bataiye." Dekhiye, lalach waghera ka lafz jo hai yeh to bekhabaron ke alfaaz hain. Jo jaante nahin kuch. Lalach, main to nahin jaanta ke lalach koi cheez hai.</w:t>
      </w:r>
      <w:r>
        <w:br/>
      </w:r>
      <w:r>
        <w:rPr>
          <w:sz w:val="20"/>
        </w:rPr>
        <w:t>28:14  Is cheez se acknowledge karna, Allah ko acknowledge karna, lalach kya cheez hoti hai? Yeh sab yaani meaningless alfaaz hain jo logon ko jo jo haqeeqat se bechna ho, naachna hote hain.</w:t>
      </w:r>
      <w:r>
        <w:br/>
      </w:r>
      <w:r>
        <w:rPr>
          <w:sz w:val="20"/>
        </w:rPr>
        <w:t>28:26  Isi ko main kehta hoon ke poori poori qaum intellectual dwarfism ka shikaar hai. Isi ko aise alfaaz bolte hain. There is phenomena of intellectual dwarf</w:t>
      </w:r>
      <w:r>
        <w:br/>
      </w:r>
      <w:r>
        <w:rPr>
          <w:sz w:val="20"/>
        </w:rPr>
        <w:t>28:36  ism. Kuch samajhte nahin baaton ko. Khwamkhwah ki baatein kar rahe hain. Hamari ibaadat, hamara zikr, hamara shaoor kya hai? Allah Rabb-ul-Aalameen ko acknowledge karna.</w:t>
      </w:r>
      <w:r>
        <w:br/>
      </w:r>
      <w:r>
        <w:rPr>
          <w:sz w:val="20"/>
        </w:rPr>
        <w:t>28:47  Acknowledge karna to bohat hi highest value hai. Koi aadmi duniya mein aap ke saath kuch kare to aap us ko acknowledge karte hain. To Khuda ko acknowledge nahin karenge?</w:t>
      </w:r>
      <w:r>
        <w:br/>
      </w:r>
      <w:r>
        <w:rPr>
          <w:sz w:val="20"/>
        </w:rPr>
        <w:t>28:58  Jis ne aap ko create kiya, jis ne aap ko itni bari duniya di, jis ne life support system ka nizaam rakha duniya mein waghera waghera. Yeh sab acknowledgement ke phenomena hain.</w:t>
      </w:r>
      <w:r>
        <w:br/>
      </w:r>
      <w:r>
        <w:rPr>
          <w:sz w:val="20"/>
        </w:rPr>
        <w:t>29:10  Yeh lalach waghera ka lafz to is dimaagh mein paida hote hain jo intellectual dwarf hote hain. Jin ke andar koi aala thinking nahin hai. Yeh to main kehta hoon ke aala thinking ghayab ho gayi hai.</w:t>
      </w:r>
      <w:r>
        <w:br/>
      </w:r>
      <w:r>
        <w:rPr>
          <w:sz w:val="20"/>
        </w:rPr>
        <w:t>29:21  Isi liye third class ke alfaaz bolte hain log.</w:t>
      </w:r>
    </w:p>
    <w:p>
      <w:pPr>
        <w:pStyle w:val="Heading2"/>
      </w:pPr>
      <w:r>
        <w:t>Worship for Personal Interest vs Love</w:t>
      </w:r>
    </w:p>
    <w:p>
      <w:r>
        <w:rPr>
          <w:color w:val="666666"/>
          <w:sz w:val="18"/>
        </w:rPr>
        <w:t>Worship · Age of Consumerism January 6, 2013 · 1m 56s · at 1:26:11 · https://youtu.be/zJRZ1OKUhgA?t=5171</w:t>
      </w:r>
    </w:p>
    <w:p>
      <w:r>
        <w:rPr>
          <w:i/>
        </w:rPr>
        <w:t>“After reading Tazkirul Quran, I understand that true worship is to fear and love God, but I feel we worship for our personal interest. Is worship done out of greed still considered worship? And how can we become those who fear and love God?”</w:t>
      </w:r>
    </w:p>
    <w:p>
      <w:r>
        <w:rPr>
          <w:sz w:val="20"/>
        </w:rPr>
        <w:t>1:26:11  maulana, agla sawal dilli se hai, muhammad ans sahib ka. unhon ne likha hai: "tazkir-ul-quran parh kar yeh samajh mein aata hai ke asal ibadat Allah se darna aur mohabbat karna hai,</w:t>
      </w:r>
      <w:r>
        <w:br/>
      </w:r>
      <w:r>
        <w:rPr>
          <w:sz w:val="20"/>
        </w:rPr>
        <w:t>1:26:24  lekin mujhe aisa mehsoos hota hai ke hum to apne personal interest ke liye ibadat karte hain.</w:t>
      </w:r>
      <w:r>
        <w:br/>
      </w:r>
      <w:r>
        <w:rPr>
          <w:sz w:val="20"/>
        </w:rPr>
        <w:t>1:26:32  maulana, jo log lalach ke taur par ibadat karte hain, kya yeh bhi ibadat hai? aur kaise hum Allah se darne wale aur mohabbat karne wale banen?</w:t>
      </w:r>
      <w:r>
        <w:br/>
      </w:r>
      <w:r>
        <w:rPr>
          <w:sz w:val="20"/>
        </w:rPr>
        <w:t>1:26:43  is ke baray mein batayen." yeh lalach waghera ka lafz jo hai, yeh to bekhabaron ke alfaaz hain. jantey nahin kuch. lalach mein to nahin janta ke lalach koi cheez hai.</w:t>
      </w:r>
      <w:r>
        <w:br/>
      </w:r>
      <w:r>
        <w:rPr>
          <w:sz w:val="20"/>
        </w:rPr>
        <w:t>1:26:53  is cheez se acknowledge karna, Allah ko acknowledge karna, lalach kya cheez hoti hai?</w:t>
      </w:r>
      <w:r>
        <w:br/>
      </w:r>
      <w:r>
        <w:rPr>
          <w:sz w:val="20"/>
        </w:rPr>
        <w:t>1:26:59  yeh sab, yeh sab yaani meaningless alfaaz hain jo in logon ko jo jo haqeeqat se bech na ho, naach na hotey hain. isi ko mein kehta hoon ke poori poori qaum intellectual dwarfism ka shikar hai.</w:t>
      </w:r>
      <w:r>
        <w:br/>
      </w:r>
      <w:r>
        <w:rPr>
          <w:sz w:val="20"/>
        </w:rPr>
        <w:t>1:27:11  ise aise alfaaz bolte hain. that is phenomena of intellectual dwarfism. kuch samajhte nahin baaton ko, khwamkhwah ki baatein kar rahe hain.</w:t>
      </w:r>
      <w:r>
        <w:br/>
      </w:r>
      <w:r>
        <w:rPr>
          <w:sz w:val="20"/>
        </w:rPr>
        <w:t>1:27:20  hamari ibadat, hamara zikr, hamara shaoor kya hai? Allah rab-ul-alameen ko acknowledge karna. a</w:t>
      </w:r>
      <w:r>
        <w:br/>
      </w:r>
      <w:r>
        <w:rPr>
          <w:sz w:val="20"/>
        </w:rPr>
        <w:t>1:27:27  cknowledge karna to bohat hi highest value hai. koi aadmi duniya mein aap ke sath kuch kare to aap us ko acknowledge karte hain. to Khuda ko acknowledge nahin karenge?</w:t>
      </w:r>
      <w:r>
        <w:br/>
      </w:r>
      <w:r>
        <w:rPr>
          <w:sz w:val="20"/>
        </w:rPr>
        <w:t>1:27:37  jis ne aap ko create kiya, jis ne aap ko itni bari duniya di, jis ne life support system ka nizam rakha duniya mein, waghera waghera. yeh sab acknowledgement ke phenomena</w:t>
      </w:r>
      <w:r>
        <w:br/>
      </w:r>
      <w:r>
        <w:rPr>
          <w:sz w:val="20"/>
        </w:rPr>
        <w:t>1:27:49  hain. yeh lalach waghera ka lafz to is dimagh mein paida hotey hain jo intellectual dwarf hotey hain, jin ke andar koi aala thinking nahin hai.</w:t>
      </w:r>
      <w:r>
        <w:br/>
      </w:r>
      <w:r>
        <w:rPr>
          <w:sz w:val="20"/>
        </w:rPr>
        <w:t>1:27:58  yeh to mein kehta hoon ke aala thinking ghayab ho gayi hai. isi liye third class ke alfaaz bolte hain log.</w:t>
      </w:r>
    </w:p>
    <w:p>
      <w:pPr>
        <w:pStyle w:val="Heading2"/>
      </w:pPr>
      <w:r>
        <w:t>Worship for personal interest</w:t>
      </w:r>
    </w:p>
    <w:p>
      <w:r>
        <w:rPr>
          <w:color w:val="666666"/>
          <w:sz w:val="18"/>
        </w:rPr>
        <w:t>Worship · Age Of Consumerism I January 6, 2013 Maulana Wahiduddin Khan · 1m 56s · at 1:27:05 · https://youtu.be/CuRYFl7JuEM?t=5225</w:t>
      </w:r>
    </w:p>
    <w:p>
      <w:r>
        <w:rPr>
          <w:i/>
        </w:rPr>
        <w:t>“After reading Tazkirul Quran I understand that true worship is to fear and love God, but I feel we worship for personal interest. Maulana, is worship done out of greed also considered worship? And how can we become those who fear and love God?”</w:t>
      </w:r>
    </w:p>
    <w:p>
      <w:r>
        <w:rPr>
          <w:sz w:val="20"/>
        </w:rPr>
        <w:t>1:27:05  maulana, agla sawal dilli se hai, muhammad ansab sahab ka. unhone likha hai: "tazkir-e-quran padh kar yeh samajh mein aata hai ke asal ibadat Allah se darna aur mohabbat karna hai,</w:t>
      </w:r>
      <w:r>
        <w:br/>
      </w:r>
      <w:r>
        <w:rPr>
          <w:sz w:val="20"/>
        </w:rPr>
        <w:t>1:27:18  lekin mujhe aisa mehsoos hota hai ke hum to apne personal interest ke liye ibadat karte hain.</w:t>
      </w:r>
      <w:r>
        <w:br/>
      </w:r>
      <w:r>
        <w:rPr>
          <w:sz w:val="20"/>
        </w:rPr>
        <w:t>1:27:26  maulana, jo log lalach ke taur par ibadat karte hain, kya yeh bhi ibadat hai? aur kaise hum Allah se darne wale aur mohabbat karne wale banein?</w:t>
      </w:r>
      <w:r>
        <w:br/>
      </w:r>
      <w:r>
        <w:rPr>
          <w:sz w:val="20"/>
        </w:rPr>
        <w:t>1:27:37  is ke bare mein bataiye. ji, lalach waghera ka lafz jo hai, yeh to be khabaron ke alfaz hain. jante nahin kuch. lalach, main to nahin janta ke lalach koi cheez hai.</w:t>
      </w:r>
      <w:r>
        <w:br/>
      </w:r>
      <w:r>
        <w:rPr>
          <w:sz w:val="20"/>
        </w:rPr>
        <w:t>1:27:48  is cheez se acknowledge karna, Allah ko acknowledge karna, lalach kya cheez hoti hai? yeh sab, yeh sab yani meaningless alfaz hain jo in logon ko, jo jo haqeeqat se besh na ho, naach na hote hain.</w:t>
      </w:r>
      <w:r>
        <w:br/>
      </w:r>
      <w:r>
        <w:rPr>
          <w:sz w:val="20"/>
        </w:rPr>
        <w:t>1:28:00  isi ko main kehta hoon ke poori poori qaum intellectual dwarfism ka shikar hai. usay aise alfaz bolte hain.</w:t>
      </w:r>
      <w:r>
        <w:br/>
      </w:r>
      <w:r>
        <w:rPr>
          <w:sz w:val="20"/>
        </w:rPr>
        <w:t>1:28:08  there is phenomena of intellectual dwarfism. kuch samajhte nahin baaton ko, khwamkhwah ki baatein kar rahe hain. hamari ibadat, hamara zikr, hamara shaoor kya hai?</w:t>
      </w:r>
      <w:r>
        <w:br/>
      </w:r>
      <w:r>
        <w:rPr>
          <w:sz w:val="20"/>
        </w:rPr>
        <w:t>1:28:17  Allah rabb ul alameen ko acknowledge karna. acknowledge karna to bohat hi highest value hai. koi aadmi duniya mein aap ke sath kuch kare to aap us ko acknowledge karte hain.</w:t>
      </w:r>
      <w:r>
        <w:br/>
      </w:r>
      <w:r>
        <w:rPr>
          <w:sz w:val="20"/>
        </w:rPr>
        <w:t>1:28:29  to Khuda ko acknowledge nahin karenge? jis ne aap ko create kiya, jis ne aap ko itni bari duniya di, jis ne life support system ka nizam rakha duniya mein, waghera waghera.</w:t>
      </w:r>
      <w:r>
        <w:br/>
      </w:r>
      <w:r>
        <w:rPr>
          <w:sz w:val="20"/>
        </w:rPr>
        <w:t>1:28:40  yeh sab acknowledgement ke phenomena hain. yeh lalach waghera ka lafz to is dimagh mein paida hote hain jo</w:t>
      </w:r>
      <w:r>
        <w:br/>
      </w:r>
      <w:r>
        <w:rPr>
          <w:sz w:val="20"/>
        </w:rPr>
        <w:t>1:28:47  intellectual dwarf hain, jin ke andar koi aala thinking nahin hai. yeh to main kehta hoon ke aala thinking ghayab ho gayi hai. isi liye third class ke alfaz bolte hain log.</w:t>
      </w:r>
    </w:p>
    <w:p>
      <w:pPr>
        <w:pStyle w:val="Heading2"/>
      </w:pPr>
      <w:r>
        <w:t>Worship to attain Paradise</w:t>
      </w:r>
    </w:p>
    <w:p>
      <w:r>
        <w:rPr>
          <w:color w:val="666666"/>
          <w:sz w:val="18"/>
        </w:rPr>
        <w:t>Worship · The Road to Paradise December 30, 2012 Maulana Wahiduddin Khan · 1m 40s · at 1:01:00 · https://youtu.be/vUiaPsYF4Tk?t=3660</w:t>
      </w:r>
    </w:p>
    <w:p>
      <w:r>
        <w:rPr>
          <w:i/>
        </w:rPr>
        <w:t>“What worship should one do to attain Paradise? What is the worship worthy of Paradise? Please explain.”</w:t>
      </w:r>
    </w:p>
    <w:p>
      <w:r>
        <w:rPr>
          <w:sz w:val="20"/>
        </w:rPr>
        <w:t>1:01:00  Maulana, yeh sawal Tamil Nadu se aaya hai, Maulana Iqbal Umri ka. unhon ne likha hai: "Maulana, jannat panay ke liye kon si ibadat karni chahiye?</w:t>
      </w:r>
      <w:r>
        <w:br/>
      </w:r>
      <w:r>
        <w:rPr>
          <w:sz w:val="20"/>
        </w:rPr>
        <w:t>1:01:13  jannat ke laiq ibadat kya hai? is ke baray mein batayen." dekhen, koi special ibadat nahi hai.</w:t>
      </w:r>
      <w:r>
        <w:br/>
      </w:r>
      <w:r>
        <w:rPr>
          <w:sz w:val="20"/>
        </w:rPr>
        <w:t>1:01:24  hamari poori zindagi ko ibadat banana hai, yahi jannati qeemat hai.</w:t>
      </w:r>
      <w:r>
        <w:br/>
      </w:r>
      <w:r>
        <w:rPr>
          <w:sz w:val="20"/>
        </w:rPr>
        <w:t>1:01:31  koi special ibadat, jaise ke log samajhte hain ke sahib, tasbeeh parh lo, jannat mil jayegi, hajj kar lo, jannat mil jayegi, yeh bilkul baseless baatein hain.</w:t>
      </w:r>
      <w:r>
        <w:br/>
      </w:r>
      <w:r>
        <w:rPr>
          <w:sz w:val="20"/>
        </w:rPr>
        <w:t>1:01:44  koi bhi formal ibadat, koi formal rituals ko ada karne se jannat nahi milne wali kisi ko. yeh to poori personality ko banane ka sawal hai.</w:t>
      </w:r>
      <w:r>
        <w:br/>
      </w:r>
      <w:r>
        <w:rPr>
          <w:sz w:val="20"/>
        </w:rPr>
        <w:t>1:01:55  poori zindagi isi niche mein bitani parti hai, tab jannat milti hai kisi ko.</w:t>
      </w:r>
      <w:r>
        <w:br/>
      </w:r>
      <w:r>
        <w:rPr>
          <w:sz w:val="20"/>
        </w:rPr>
        <w:t>1:01:59  yeh bohat hi zyada, yani baseless baat hai. yeh samajhna ke koi falan ritual ada kar lo, jannat mil jayegi, kuch falan jagah chale jao, wahan ja kar do rak'at namaz parh lo, jannat mil jayegi, yeh sab kuch nahi, sab bilkul baseless baatein hain.</w:t>
      </w:r>
      <w:r>
        <w:br/>
      </w:r>
      <w:r>
        <w:rPr>
          <w:sz w:val="20"/>
        </w:rPr>
        <w:t>1:02:17  poori personality ko banana hai jannati shakhsiyat, aur is ka jo super formula hai, woh sabr hai.</w:t>
      </w:r>
      <w:r>
        <w:br/>
      </w:r>
      <w:r>
        <w:rPr>
          <w:sz w:val="20"/>
        </w:rPr>
        <w:t>1:02:28  jo sabr ko nahi apnayega, woh apne andar jannati personality ko develop nahi kar kar sakta hai. yeh hai khulasa.</w:t>
      </w:r>
    </w:p>
    <w:p>
      <w:pPr>
        <w:pStyle w:val="Heading2"/>
      </w:pPr>
      <w:r>
        <w:t>Worship without knowledge as habit</w:t>
      </w:r>
    </w:p>
    <w:p>
      <w:r>
        <w:rPr>
          <w:color w:val="666666"/>
          <w:sz w:val="18"/>
        </w:rPr>
        <w:t>Worship · Self Correction November 09, 2014 · 2m 44s · at 1:09:13 · https://youtu.be/EgAukdSfGRU?t=4153</w:t>
      </w:r>
    </w:p>
    <w:p>
      <w:r>
        <w:rPr>
          <w:i/>
        </w:rPr>
        <w:t>“If worship is not accompanied by knowledge (ma'rifah), will it also be considered a habit?”</w:t>
      </w:r>
    </w:p>
    <w:p>
      <w:r>
        <w:rPr>
          <w:sz w:val="20"/>
        </w:rPr>
        <w:t>1:09:13  maulana, agla sawal lene se pehle ek comment parhna chahenge jo abhi abhi doha, qatar se abdul basit umri sahib ne bheja hai.</w:t>
      </w:r>
      <w:r>
        <w:br/>
      </w:r>
      <w:r>
        <w:rPr>
          <w:sz w:val="20"/>
        </w:rPr>
        <w:t>1:09:22  unhon ne likha hai ke maulana, aaj ke lecture se bohat zyada clarity mili. tauba qareeb ko aaj hi pehli bar samjha.</w:t>
      </w:r>
      <w:r>
        <w:br/>
      </w:r>
      <w:r>
        <w:rPr>
          <w:sz w:val="20"/>
        </w:rPr>
        <w:t>1:09:33  jazak Allah khair. maulana, agla sawal maulana iqbal umri ne bheja hai chennai se aur unhon ne likha hai: maulana, ibadat bhi jab marifat ke sath na ho to woh bhi aadat shumar ki jayegi.</w:t>
      </w:r>
      <w:r>
        <w:br/>
      </w:r>
      <w:r>
        <w:rPr>
          <w:sz w:val="20"/>
        </w:rPr>
        <w:t>1:09:50  ibadat aur aadat mein kya farq hai? is ki wazahat karen. to main ne hadith suna di aap ko ke hadith mein aata hai ke aadmi ibadat karta hai, ibadat karta hai, ibadat karta hai.</w:t>
      </w:r>
      <w:r>
        <w:br/>
      </w:r>
      <w:r>
        <w:rPr>
          <w:sz w:val="20"/>
        </w:rPr>
        <w:t>1:10:04  wala yujza illa bi qadr aqli bas aadat wali ibadat ki nafi is mein hai ke bata aadat ibadat karta hai, karta rehta hai, karta rehta hai lekin kuch milta nahi us ko.</w:t>
      </w:r>
      <w:r>
        <w:br/>
      </w:r>
      <w:r>
        <w:rPr>
          <w:sz w:val="20"/>
        </w:rPr>
        <w:t>1:10:18  shaoor wali ibadat jab kare ga to is is mein uska faida mile ga. main to nahi samajhta ke aadat ke taur par ibadat karenge, Allah khush ho jayega.</w:t>
      </w:r>
      <w:r>
        <w:br/>
      </w:r>
      <w:r>
        <w:rPr>
          <w:sz w:val="20"/>
        </w:rPr>
        <w:t>1:10:29  kaisa ajeeb ghareeb tasawwur hai in logon ka Allah ke bare mein ke bata aadat hai, aap ibadat karen aur Allah khush ho raha hai. yun kehne ke Allah ko sirf form chahiye.</w:t>
      </w:r>
      <w:r>
        <w:br/>
      </w:r>
      <w:r>
        <w:rPr>
          <w:sz w:val="20"/>
        </w:rPr>
        <w:t>1:10:40  yaad rakhiye, yeh Allah ka underestimation hai ke woh form se khush ho jayega.</w:t>
      </w:r>
      <w:r>
        <w:br/>
      </w:r>
      <w:r>
        <w:rPr>
          <w:sz w:val="20"/>
        </w:rPr>
        <w:t>1:10:47  quran mein saaf saaf hai ke lana Allah alhum wala damao wala kin taqwa minkum tumhara gosht aur khoon nahi pohanchta Allah taala ko.</w:t>
      </w:r>
      <w:r>
        <w:br/>
      </w:r>
      <w:r>
        <w:rPr>
          <w:sz w:val="20"/>
        </w:rPr>
        <w:t>1:10:58  taqwa pohanchta hai, dil ka taqwa. ek lakh rupay, ek lakh ka bakra, pachas aur das lakh ka bakra log qurbani karte hain to kya aap samajhte hain ke Allah khush ho jayega is se?</w:t>
      </w:r>
      <w:r>
        <w:br/>
      </w:r>
      <w:r>
        <w:rPr>
          <w:sz w:val="20"/>
        </w:rPr>
        <w:t>1:11:12  lana Allah alhum wala damao wala kin taqwa minkum tumhara tumhari qurbani ka gosht aur khoon nahi pohanchta Allah taala ko, balkay taqwa pohanchta hai.</w:t>
      </w:r>
      <w:r>
        <w:br/>
      </w:r>
      <w:r>
        <w:rPr>
          <w:sz w:val="20"/>
        </w:rPr>
        <w:t>1:11:24  is ka matlab kya hua ke in terms of quantity Allah nahi dekhta kamon cheezon ko.</w:t>
      </w:r>
      <w:r>
        <w:br/>
      </w:r>
      <w:r>
        <w:rPr>
          <w:sz w:val="20"/>
        </w:rPr>
        <w:t>1:11:33  Allah taala jo hai, aap ke amal ko in terms of quantity nahi dekhta, woh in terms of quality dekhta hai.</w:t>
      </w:r>
      <w:r>
        <w:br/>
      </w:r>
      <w:r>
        <w:rPr>
          <w:sz w:val="20"/>
        </w:rPr>
        <w:t>1:11:44  yani bait par kamiyat nahi dekhta, balkay bait par کیفیت dekhta hai.</w:t>
      </w:r>
    </w:p>
    <w:p>
      <w:pPr>
        <w:pStyle w:val="Heading2"/>
      </w:pPr>
      <w:r>
        <w:t>غیر مسلم کالونی میں مسلم گھر اور نماز</w:t>
      </w:r>
    </w:p>
    <w:p>
      <w:r>
        <w:rPr>
          <w:color w:val="666666"/>
          <w:sz w:val="18"/>
        </w:rPr>
        <w:t>Worship · Spirit of Ramadan | June 14, 2015 · 1m 46s · at 56:22 · https://youtu.be/LMQxfxQcnxQ?t=3382</w:t>
      </w:r>
    </w:p>
    <w:p>
      <w:r>
        <w:rPr>
          <w:i/>
        </w:rPr>
        <w:t>“آج کل مسلمانوں کے کچھ گھر اگر کسی غیر مسلم کالونی میں بن جاتے ہیں تو مسلم وہاں نماز پڑھنے کی جگہ ہوتے ہوئے بھی باقاعدہ...”</w:t>
      </w:r>
    </w:p>
    <w:p>
      <w:r>
        <w:rPr>
          <w:sz w:val="20"/>
        </w:rPr>
        <w:t>56:22  mona, yeh agla sawal kya hai doctor iqbal pradhan ne delhi se.</w:t>
      </w:r>
      <w:r>
        <w:br/>
      </w:r>
      <w:r>
        <w:rPr>
          <w:sz w:val="20"/>
        </w:rPr>
        <w:t>56:27  maulana, aaj kal musalmanon ke kuch ghar agar kisi</w:t>
      </w:r>
      <w:r>
        <w:br/>
      </w:r>
      <w:r>
        <w:rPr>
          <w:sz w:val="20"/>
        </w:rPr>
        <w:t>56:32  ghair muslim colony mein ban jaate hain to muslim wahan namaz padhne ki jagah hote hue bhi baqayda</w:t>
      </w:r>
      <w:r>
        <w:br/>
      </w:r>
      <w:r>
        <w:rPr>
          <w:sz w:val="20"/>
        </w:rPr>
        <w:t>56:38  masjid qaim karna chahte hain.</w:t>
      </w:r>
      <w:r>
        <w:br/>
      </w:r>
      <w:r>
        <w:rPr>
          <w:sz w:val="20"/>
        </w:rPr>
        <w:t>56:43  quran aur hadith ki roshni mein is par roshni daliye.</w:t>
      </w:r>
      <w:r>
        <w:br/>
      </w:r>
      <w:r>
        <w:rPr>
          <w:sz w:val="20"/>
        </w:rPr>
        <w:t>56:48  dekhein, yeh to bilkul bahut hi zyada galat zehan hai mere nazdeek.</w:t>
      </w:r>
      <w:r>
        <w:br/>
      </w:r>
      <w:r>
        <w:rPr>
          <w:sz w:val="20"/>
        </w:rPr>
        <w:t>56:53  is mein khwamkhwah jhagda paida hota hai.</w:t>
      </w:r>
      <w:r>
        <w:br/>
      </w:r>
      <w:r>
        <w:rPr>
          <w:sz w:val="20"/>
        </w:rPr>
        <w:t>56:58  masjid banayenge, phir loud speaker lagayenge, phir shor karenge, aur nafratein paida hongi. ek museebat.</w:t>
      </w:r>
      <w:r>
        <w:br/>
      </w:r>
      <w:r>
        <w:rPr>
          <w:sz w:val="20"/>
        </w:rPr>
        <w:t>57:03  dekhen, yeh bani israil jo thay hazrat musa ke zamanay mein, to misr mein woh aqalliyat mein thay,</w:t>
      </w:r>
      <w:r>
        <w:br/>
      </w:r>
      <w:r>
        <w:rPr>
          <w:sz w:val="20"/>
        </w:rPr>
        <w:t>57:09  majority doosray logon ki thi.</w:t>
      </w:r>
      <w:r>
        <w:br/>
      </w:r>
      <w:r>
        <w:rPr>
          <w:sz w:val="20"/>
        </w:rPr>
        <w:t>57:15  to isi tarah ki soorat-e-haal thi wahan par jo india mein.</w:t>
      </w:r>
      <w:r>
        <w:br/>
      </w:r>
      <w:r>
        <w:rPr>
          <w:sz w:val="20"/>
        </w:rPr>
        <w:t>57:21  to quran mein aap parh lijiye yeh ayat: "wajalub qibla waqif al-salam".</w:t>
      </w:r>
      <w:r>
        <w:br/>
      </w:r>
      <w:r>
        <w:rPr>
          <w:sz w:val="20"/>
        </w:rPr>
        <w:t>57:27  apne ghar ki qibla bana lo, apne ghar ki masjid bana lo, apne ghar ki masjid bana ke namaz parh</w:t>
      </w:r>
      <w:r>
        <w:br/>
      </w:r>
      <w:r>
        <w:rPr>
          <w:sz w:val="20"/>
        </w:rPr>
        <w:t>57:33  o.</w:t>
      </w:r>
      <w:r>
        <w:br/>
      </w:r>
      <w:r>
        <w:rPr>
          <w:sz w:val="20"/>
        </w:rPr>
        <w:t>57:38  yeh yeh kuch nahi hai ke aap wahan khwamkhwah larh bher kar kahein ke hum hamein masjid chahiye,</w:t>
      </w:r>
      <w:r>
        <w:br/>
      </w:r>
      <w:r>
        <w:rPr>
          <w:sz w:val="20"/>
        </w:rPr>
        <w:t>57:43  hamara haq hai ke masjid banayein.</w:t>
      </w:r>
      <w:r>
        <w:br/>
      </w:r>
      <w:r>
        <w:rPr>
          <w:sz w:val="20"/>
        </w:rPr>
        <w:t>57:48  yeh islam se koi talluq nahi hai, yeh yeh islam se koi talluq iska nahi hai.</w:t>
      </w:r>
      <w:r>
        <w:br/>
      </w:r>
      <w:r>
        <w:rPr>
          <w:sz w:val="20"/>
        </w:rPr>
        <w:t>57:53  "wajalubiyatqab" majlis do ka, yani apne apne gharon ko masjid bana lo, wahan par namaz parho.</w:t>
      </w:r>
      <w:r>
        <w:br/>
      </w:r>
      <w:r>
        <w:rPr>
          <w:sz w:val="20"/>
        </w:rPr>
        <w:t>57:58  haan, jahan mauqa hai, wahan masjid banaiye. jahan</w:t>
      </w:r>
      <w:r>
        <w:br/>
      </w:r>
      <w:r>
        <w:rPr>
          <w:sz w:val="20"/>
        </w:rPr>
        <w:t>58:03  mauqa nahi hai, to wahan ghar mein namaz parhiye.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