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13 questions · category Worship · full transcripts with timestamps · exported 2026-09-21</w:t>
      </w:r>
    </w:p>
    <w:p>
      <w:pPr>
        <w:pStyle w:val="Heading2"/>
      </w:pPr>
      <w:r>
        <w:t>Best supplication for oneself and family</w:t>
      </w:r>
    </w:p>
    <w:p>
      <w:r>
        <w:rPr>
          <w:color w:val="666666"/>
          <w:sz w:val="18"/>
        </w:rPr>
        <w:t>Worship · The Expression of Faith (Izhar e Deen) September 1, 2013 · 5m 48s · at 45:19 · https://youtu.be/muBDJ8a_8-0?t=2719</w:t>
      </w:r>
    </w:p>
    <w:p>
      <w:r>
        <w:rPr>
          <w:i/>
        </w:rPr>
        <w:t>“Please advise the best dua that a person can ask for himself and his family.”</w:t>
      </w:r>
    </w:p>
    <w:p>
      <w:r>
        <w:rPr>
          <w:sz w:val="20"/>
        </w:rPr>
        <w:t>45:19  maulana, yeh sawal ajmer se aaya hai doctor safeena tabassum ka. unhon ne aap se poocha hai: "maulana, please advise best dua that a person can ask for himself and his family ".</w:t>
      </w:r>
      <w:r>
        <w:br/>
      </w:r>
      <w:r>
        <w:rPr>
          <w:sz w:val="20"/>
        </w:rPr>
        <w:t>45:45  dekhiye, bari baat yeh hai ke dua ke liye kitabein chhapi hui hain. agar aap ko routine ki duaen chahiyen to aap un kitabon mein dekh sakte hain.</w:t>
      </w:r>
      <w:r>
        <w:br/>
      </w:r>
      <w:r>
        <w:rPr>
          <w:sz w:val="20"/>
        </w:rPr>
        <w:t>45:58  masnoon duaen, qurani duaen, buzurgon ki duaen, sab kitabon mein maujood hain. to aap ko agar</w:t>
      </w:r>
      <w:r>
        <w:br/>
      </w:r>
      <w:r>
        <w:rPr>
          <w:sz w:val="20"/>
        </w:rPr>
        <w:t>46:09  routine ki dua chahiye to woh is mein maujood hai.</w:t>
      </w:r>
      <w:r>
        <w:br/>
      </w:r>
      <w:r>
        <w:rPr>
          <w:sz w:val="20"/>
        </w:rPr>
        <w:t>46:13  baqi jo jis dua ko main janta hoon, woh dua ke koi alfaaz nahi hote. woh dua, woh dua aap ke dil ki gehraiyon se nikalti hai.</w:t>
      </w:r>
      <w:r>
        <w:br/>
      </w:r>
      <w:r>
        <w:rPr>
          <w:sz w:val="20"/>
        </w:rPr>
        <w:t>46:27  woh isi waqt is ke alfaaz bante hain jab ke aap ke andar is ki talab paida hoti hai. peshgi tor par aap ko ek lafz bata diya jaye, us ko dohraen aap.</w:t>
      </w:r>
      <w:r>
        <w:br/>
      </w:r>
      <w:r>
        <w:rPr>
          <w:sz w:val="20"/>
        </w:rPr>
        <w:t>46:36  hai woh mere had tak woh dua nahi hai.</w:t>
      </w:r>
      <w:r>
        <w:br/>
      </w:r>
      <w:r>
        <w:rPr>
          <w:sz w:val="20"/>
        </w:rPr>
        <w:t>46:41  dua darasal yeh hai ke aap Allah ko discover karen, akhirat ke bare mein sochen. aap ka consent jannat ban jaye.</w:t>
      </w:r>
      <w:r>
        <w:br/>
      </w:r>
      <w:r>
        <w:rPr>
          <w:sz w:val="20"/>
        </w:rPr>
        <w:t>46:53  aap ko woh cheez aaye, aap ke andar jis ko main kehta hoon "God oriented thinking".</w:t>
      </w:r>
      <w:r>
        <w:br/>
      </w:r>
      <w:r>
        <w:rPr>
          <w:sz w:val="20"/>
        </w:rPr>
        <w:t>47:00  to phir aap ke andar ek naya insaan emerge karta hai, naya insaan. aur woh jo naya insaan emerge karta hai, us ki zuban alag hoti hai, us ki us ki aankh alag hoti hai, us ki soch alag hoti hai.</w:t>
      </w:r>
      <w:r>
        <w:br/>
      </w:r>
      <w:r>
        <w:rPr>
          <w:sz w:val="20"/>
        </w:rPr>
        <w:t>47:15  phir us waqt duaen nikalti hain. aur wohi asli dua hai, wohi asli dua hai.</w:t>
      </w:r>
      <w:r>
        <w:br/>
      </w:r>
      <w:r>
        <w:rPr>
          <w:sz w:val="20"/>
        </w:rPr>
        <w:t>47:24  main aap ko dua ke kuch alfaaz bata doon, woh dohra den aap. to yeh asli dua nahi hai. agar aap ko aisi duaon ki zaroorat ho to aap kitab mein chhapi hui maujood hai, bazaar mein kharid lijiye.</w:t>
      </w:r>
      <w:r>
        <w:br/>
      </w:r>
      <w:r>
        <w:rPr>
          <w:sz w:val="20"/>
        </w:rPr>
        <w:t>47:36  main to aisi dua ka qael nahi hoon. mere had tak dua se se bhi pehle ek cheez hai: pre dua. pre dua ki jo condition hai, usay poori karta hai aadmi, tab us ko dua hasil hoti hai.</w:t>
      </w:r>
      <w:r>
        <w:br/>
      </w:r>
      <w:r>
        <w:rPr>
          <w:sz w:val="20"/>
        </w:rPr>
        <w:t>47:53  wohi hai ke aap apna study barhaen, Allah ke bare mein ghore o fikr karen, aur aap ke ek naya mind aap ke andar emerge kare.</w:t>
      </w:r>
      <w:r>
        <w:br/>
      </w:r>
      <w:r>
        <w:rPr>
          <w:sz w:val="20"/>
        </w:rPr>
        <w:t>48:07  ek nayi baseerat aap ke andar paida ho. us ko le kar phir aap ke dil mein ek tadap aaye gi. woh tadap jo hogi, woh khud hi alfaaz nikalna shuru ho jayenge.</w:t>
      </w:r>
      <w:r>
        <w:br/>
      </w:r>
      <w:r>
        <w:rPr>
          <w:sz w:val="20"/>
        </w:rPr>
        <w:t>48:21  kisi kisi guide ki zaroorat nahi hai. to sab se ahem baat hai ke aap apni study barhaen, apna mutala barhaen, apne andar tadabbur ka izafa karen.</w:t>
      </w:r>
      <w:r>
        <w:br/>
      </w:r>
      <w:r>
        <w:rPr>
          <w:sz w:val="20"/>
        </w:rPr>
        <w:t>48:35  yeh sab baaten jitna taza hongi, utni aap ko</w:t>
      </w:r>
      <w:r>
        <w:br/>
      </w:r>
      <w:r>
        <w:rPr>
          <w:sz w:val="20"/>
        </w:rPr>
        <w:t>48:43  dua ki tofeeq mile gi. aur aisi dua jo Allah ka qabool ho.</w:t>
      </w:r>
      <w:r>
        <w:br/>
      </w:r>
      <w:r>
        <w:rPr>
          <w:sz w:val="20"/>
        </w:rPr>
        <w:t>48:49  jaise main aap ko ek baat arz karoon, kal ki baat ke main jo har waqt sochta hoon, tadabbur karta hoon, to aisi aisi baaten samajh mein aati hain jo poori tareekh mein kisi ne nahi sochi.</w:t>
      </w:r>
      <w:r>
        <w:br/>
      </w:r>
      <w:r>
        <w:rPr>
          <w:sz w:val="20"/>
        </w:rPr>
        <w:t>49:04  misalan kal main baitha hua soch raha tha akele mein, to main ne socha ke Quran mein chand duaen aisi hain jo tasniya ke sighay mein hain.</w:t>
      </w:r>
      <w:r>
        <w:br/>
      </w:r>
      <w:r>
        <w:rPr>
          <w:sz w:val="20"/>
        </w:rPr>
        <w:t>49:16  tasniya ka matlab hai do ka. tasniya ka sigha. masalan Hazrat Adam ne dua ki thi rabbana adlna anfusana yeh tasniya ka sigha hai.</w:t>
      </w:r>
      <w:r>
        <w:br/>
      </w:r>
      <w:r>
        <w:rPr>
          <w:sz w:val="20"/>
        </w:rPr>
        <w:t>49:29  aise hi Hazrat Musa ne dua ki, woh tasniya ke sighay mein</w:t>
      </w:r>
      <w:r>
        <w:br/>
      </w:r>
      <w:r>
        <w:rPr>
          <w:sz w:val="20"/>
        </w:rPr>
        <w:t>49:37  kanusabbaha katheeran wa nazkura katheeran yani apne ko le kar, Haroon ko le kar ke. aise hi Hazrat Rasool Allah (SAW) ne dua ki,</w:t>
      </w:r>
      <w:r>
        <w:br/>
      </w:r>
      <w:r>
        <w:rPr>
          <w:sz w:val="20"/>
        </w:rPr>
        <w:t>49:53  hazrat abubakar se aap ne kaha tha ke la takhaf inna allaha ma'ana to is bhi tasniya ke sighay mein hai. to mujhe aik ajeeb o ghareeb baat samajh aai ke aik shakhs ne dua ki, do ke haq mein qabool hui.</w:t>
      </w:r>
      <w:r>
        <w:br/>
      </w:r>
      <w:r>
        <w:rPr>
          <w:sz w:val="20"/>
        </w:rPr>
        <w:t>50:06  woh bohat ajeeb cheez hai.</w:t>
      </w:r>
      <w:r>
        <w:br/>
      </w:r>
      <w:r>
        <w:rPr>
          <w:sz w:val="20"/>
        </w:rPr>
        <w:t>50:11  adam ne dua ki, hawa ke sath do ke haq mein qabool hui. moosa ne dua ki, aur woh haroon ko le kar do ke haq mein qabool hui.</w:t>
      </w:r>
      <w:r>
        <w:br/>
      </w:r>
      <w:r>
        <w:rPr>
          <w:sz w:val="20"/>
        </w:rPr>
        <w:t>50:22  rasool Allah ne dua ki, woh abubakar ko le kar do ke haq mein qabool hui. to aik aisa darja aata hai ke aadmi, aik aadmi dua karta hai, aur do ke haq mein qabool hoti hai.</w:t>
      </w:r>
      <w:r>
        <w:br/>
      </w:r>
      <w:r>
        <w:rPr>
          <w:sz w:val="20"/>
        </w:rPr>
        <w:t>50:38  yeh bohat anokhi cheez hai.</w:t>
      </w:r>
      <w:r>
        <w:br/>
      </w:r>
      <w:r>
        <w:rPr>
          <w:sz w:val="20"/>
        </w:rPr>
        <w:t>50:42  lekin ratay hue alfaz se aisa nahi hota. ratay hue alfaz se aisa nahi hota. yeh to is ka taluq hai aap ki discovery ka level kya hai, ma'rifat ka level kya hai.</w:t>
      </w:r>
      <w:r>
        <w:br/>
      </w:r>
      <w:r>
        <w:rPr>
          <w:sz w:val="20"/>
        </w:rPr>
        <w:t>50:56  to woh cheez paida kijiye, aur is is mein is ke liye sab zaroori zaroori hai ke aap bohat ziyada study barhayen apni.</w:t>
      </w:r>
    </w:p>
    <w:p>
      <w:pPr>
        <w:pStyle w:val="Heading2"/>
      </w:pPr>
      <w:r>
        <w:t>Clarify the correct method of Tasbih Fatima</w:t>
      </w:r>
    </w:p>
    <w:p>
      <w:r>
        <w:rPr>
          <w:color w:val="666666"/>
          <w:sz w:val="18"/>
        </w:rPr>
        <w:t>Worship · The Story of Hazrat Fatima The Prophet's Cherished Daughter (Part- II) October 1, 2023 · 13m 14s · at 20:42 · https://youtu.be/-fPPxXoii24?t=1242</w:t>
      </w:r>
    </w:p>
    <w:p>
      <w:r>
        <w:rPr>
          <w:i/>
        </w:rPr>
        <w:t>“Could you elaborate on Tasbih Fatima and clarify the correct method?”</w:t>
      </w:r>
    </w:p>
    <w:p>
      <w:r>
        <w:rPr>
          <w:sz w:val="20"/>
        </w:rPr>
        <w:t>20:42  follow kar saken. ji to doctor sahib isi se agla sawal bhi nikalta hai ke tasbeeh Fatima is ke bare mein bhi aap hum sab ko bataen doctor sahib thoda elaborate karen.</w:t>
      </w:r>
      <w:r>
        <w:br/>
      </w:r>
      <w:r>
        <w:rPr>
          <w:sz w:val="20"/>
        </w:rPr>
        <w:t>20:51  haan yeh jo ah ah rasool Allah sallallahu alaihi wasallam ne bataya 33 baar kaho 33 baar aur 34 baar yeh tasbeeh Fatima ke naam se mashhoor ho gayi hai aur log samajhte hain ke tasbeeh ko ginna Allahu Akbar Allahu Akbar subhan Allah subhan Allah subhan Allah Alhamdulillah Alhamdulillah yeh yani kuch karte rahen aur yeh aise ginte rahen.</w:t>
      </w:r>
      <w:r>
        <w:br/>
      </w:r>
      <w:r>
        <w:rPr>
          <w:sz w:val="20"/>
        </w:rPr>
        <w:t>21:10  haan yeh yeh nahi hai tasbeeh Fatima.</w:t>
      </w:r>
      <w:r>
        <w:br/>
      </w:r>
      <w:r>
        <w:rPr>
          <w:sz w:val="20"/>
        </w:rPr>
        <w:t>21:13  hmm tasbeeh Fatima to dekhiye jo yeh teen words hain subhan Allah Alhamdulillah aur Allahu Akbar agar yahi bohat hi ah deep meaning hai is ke andar.</w:t>
      </w:r>
      <w:r>
        <w:br/>
      </w:r>
      <w:r>
        <w:rPr>
          <w:sz w:val="20"/>
        </w:rPr>
        <w:t>21:25  ah yani subhan Allah ka matlab hai glory be to Allah. hmm yani ah its a way of acknowledging the perfection and greatness of God.</w:t>
      </w:r>
      <w:r>
        <w:br/>
      </w:r>
      <w:r>
        <w:rPr>
          <w:sz w:val="20"/>
        </w:rPr>
        <w:t>21:35  yani jab aap koi cheez dekhte hain nature ki koi cheez dekhte hain koi cheez aap ko bohat pasand aati hai to aap subhan Allah kehte hain. yani kitna perfect hai hamare creator ke us ne yeh cheez banai yeh ek ehsaas aur yeh ya koi bhi beautiful cheez aap dekhte hain nature mein ya koi bhi to aap ke munh se nikalta hai.</w:t>
      </w:r>
      <w:r>
        <w:br/>
      </w:r>
      <w:r>
        <w:rPr>
          <w:sz w:val="20"/>
        </w:rPr>
        <w:t>21:56  yani Allah ki jo qudrat hai jo creative power hai us ko acknowledge karte hain us ka aaitraaf hai.</w:t>
      </w:r>
      <w:r>
        <w:br/>
      </w:r>
      <w:r>
        <w:rPr>
          <w:sz w:val="20"/>
        </w:rPr>
        <w:t>22:03  aise hi Alhamdulillah ka matlab hai thank you Allah. ji yani thank you Allah for everything both in good times and in tests and trials.</w:t>
      </w:r>
      <w:r>
        <w:br/>
      </w:r>
      <w:r>
        <w:rPr>
          <w:sz w:val="20"/>
        </w:rPr>
        <w:t>22:13  hmm yeh thank you Allah in ah difficult times also ke ho sakta hai ke Allah taala is se bhi mushkil halaat paida kar sakta tha.</w:t>
      </w:r>
      <w:r>
        <w:br/>
      </w:r>
      <w:r>
        <w:rPr>
          <w:sz w:val="20"/>
        </w:rPr>
        <w:t>22:23  to Alhamdulillah waise hum kehte rehte hain Alhamdulillah lekin is ko bhi yani bohat hi gehri gehra yeh ah word hai.</w:t>
      </w:r>
      <w:r>
        <w:br/>
      </w:r>
      <w:r>
        <w:rPr>
          <w:sz w:val="20"/>
        </w:rPr>
        <w:t>22:33  ah yeh emphasize karta hai ke jo saara praise aur saara hamd saara shukr Allah ke liye hai aur surah Al-Fatiha bhi aaghaz isi se hota hai Alhamdulillah Rabbil Alameen.</w:t>
      </w:r>
      <w:r>
        <w:br/>
      </w:r>
      <w:r>
        <w:rPr>
          <w:sz w:val="20"/>
        </w:rPr>
        <w:t>22:48  to aur Allahu Akbar ka matlab hai ke Allah is the greatest yani there is no power greater than Allah.</w:t>
      </w:r>
      <w:r>
        <w:br/>
      </w:r>
      <w:r>
        <w:rPr>
          <w:sz w:val="20"/>
        </w:rPr>
        <w:t>22:57  ji so we should entrust entrust our all affairs ah to Allah yani koi bhi pareshani hai koi bhi de aap ko aisi cheez hai jo aap ko pareshan kar rahi hai to Allah ke khane mein dalen jaise Maulana kehte the aur Allahu Akbar Maulana ki kitab bhi hai.</w:t>
      </w:r>
      <w:r>
        <w:br/>
      </w:r>
      <w:r>
        <w:rPr>
          <w:sz w:val="20"/>
        </w:rPr>
        <w:t>23:17  hmm bohat hi achi kitab jis ka English translation hai God's Glory is mein yahi saari baaten hain living in God's glory.</w:t>
      </w:r>
      <w:r>
        <w:br/>
      </w:r>
      <w:r>
        <w:rPr>
          <w:sz w:val="20"/>
        </w:rPr>
        <w:t>23:27  tu</w:t>
      </w:r>
      <w:r>
        <w:br/>
      </w:r>
      <w:r>
        <w:rPr>
          <w:sz w:val="20"/>
        </w:rPr>
        <w:t>23:28  maulana ka kehna tha ke yeh aik shoori takrar hai yani ap soch ke alhamdulillah aur bismillah kahein na ke na ke ghaflat mein alhamdulillah bismillah kar rahe hain aur pata nahi kya keh rahe hain sirf repeat kar rahe hain.</w:t>
      </w:r>
      <w:r>
        <w:br/>
      </w:r>
      <w:r>
        <w:rPr>
          <w:sz w:val="20"/>
        </w:rPr>
        <w:t>23:42  tu yeh yeh bohat hi ahem cheez hai aise hi maulana kehte the ke yani yeh aik zikr hai</w:t>
      </w:r>
      <w:r>
        <w:br/>
      </w:r>
      <w:r>
        <w:rPr>
          <w:sz w:val="20"/>
        </w:rPr>
        <w:t>23:50  zikr ka matlab maulana ne hamein hamesha kaha hai ke ke khuda ko daryaft karna is ki azmat ko daryaft karna maulana kehte the ke point of reference se zikr karna.</w:t>
      </w:r>
      <w:r>
        <w:br/>
      </w:r>
      <w:r>
        <w:rPr>
          <w:sz w:val="20"/>
        </w:rPr>
        <w:t>24:03  ji khuda ki yaad point of reference hai khud insan ka wajood bohat bara point of reference hai kaise woh bol raha hai kaise chal raha hai kaise dekh raha hai kaise hamara dil dharak</w:t>
      </w:r>
      <w:r>
        <w:br/>
      </w:r>
      <w:r>
        <w:rPr>
          <w:sz w:val="20"/>
        </w:rPr>
        <w:t>24:14  raha hai poore jo organs hain hamare body ke kaise chal rahe hain itne perfect andaaz mein. ji bana kisi awaz ke tu yeh sari cheezein jab bhi insan dekhta hai koi bhi aisi cheez sochta hai tu us ke liye hamd ke aur praise ke aur shukr ke jazbat us ke andar ah paida hona shuru ho jate</w:t>
      </w:r>
      <w:r>
        <w:br/>
      </w:r>
      <w:r>
        <w:rPr>
          <w:sz w:val="20"/>
        </w:rPr>
        <w:t>24:35  hain. aise hi maulana ne aik mazmoon likha tha bohat acha mazmoon tha aur tasbeeh fatima ke ooper tha aur is ka jo is ka jo unwan tha heading thi woh tasbeeh khawateen.</w:t>
      </w:r>
      <w:r>
        <w:br/>
      </w:r>
      <w:r>
        <w:rPr>
          <w:sz w:val="20"/>
        </w:rPr>
        <w:t>24:46  hmm aur likha tha ke yeh jo tasbeeh hai tasbeeh fatima yeh ah ummat ke tamam khawateen ke liye ah aik bohat hi qeemti tohfa Allah Rasool Allah ne</w:t>
      </w:r>
      <w:r>
        <w:br/>
      </w:r>
      <w:r>
        <w:rPr>
          <w:sz w:val="20"/>
        </w:rPr>
        <w:t>25:00  diya yani aik bohat hi qeemti tohfa hai. maulana ne likha tha ke ke yeh is ko tasbeeh khawateen kehna chahiye chounke jo ladies hain un ko aksar time mil jata hai ghar mein tu phir woh bas baatein idhar udhar ki karti hain koi khaas ah koi discussion aisa nahi bas idhar udhar ki baaton mein chat chet aur ji ke party warty jo aaj kal bohat zyada ho gayi hai</w:t>
      </w:r>
      <w:r>
        <w:br/>
      </w:r>
      <w:r>
        <w:rPr>
          <w:sz w:val="20"/>
        </w:rPr>
        <w:t>25:26  tu is se bachne ka bohat acha zariya hai ke tasbeeh fatima yani tasbeeh mein apna waqt lagayein aur khuda ki yaad mein apna waqt lagayein</w:t>
      </w:r>
      <w:r>
        <w:br/>
      </w:r>
      <w:r>
        <w:rPr>
          <w:sz w:val="20"/>
        </w:rPr>
        <w:t>25:38  tu yeh yani ah repetition of word ka mamla nahi hai. hmm balkeh yeh aik ah aik daryaft ka mamla hai shoori daryaft jis ko maulana ne marifat pe itna zor diya hai ke yeh realization ka kalma hai na ke kuch repetition ka kalma.</w:t>
      </w:r>
      <w:r>
        <w:br/>
      </w:r>
      <w:r>
        <w:rPr>
          <w:sz w:val="20"/>
        </w:rPr>
        <w:t>25:57  ji doctor sahib yeh bohat mein mein kahunga ke yeh bohat ahem baat hai kyunke itna zyada maulana is ko emphasize karte</w:t>
      </w:r>
      <w:r>
        <w:br/>
      </w:r>
      <w:r>
        <w:rPr>
          <w:sz w:val="20"/>
        </w:rPr>
        <w:t>26:05  the aur jaise ap ne kaha ke it is not just mere repetition ah but to think about God. ah jaise doctor sahib ah chapter 2 of the Quran mein aya bhi hai ke ah so you remember me and i will remember you</w:t>
      </w:r>
      <w:r>
        <w:br/>
      </w:r>
      <w:r>
        <w:rPr>
          <w:sz w:val="20"/>
        </w:rPr>
        <w:t>26:18  tu Allah taala ka yeh wada hai ke i will remember you ah which is a big ah hope for all of us and doctor sahib aaj ke zamane mein bhi agar hum dekhein ah matlab ritualistic to ho hi gaya hai lekin itne zyada log tension mein stress mein rehte hain and they try to find out ways to get out of that stress and negativity by either going into holidays or spending a lot of money or getting into entertain</w:t>
      </w:r>
      <w:r>
        <w:br/>
      </w:r>
      <w:r>
        <w:rPr>
          <w:sz w:val="20"/>
        </w:rPr>
        <w:t>26:44  ment tu isi mein yeh remembrance hai hi is mein itni in unequivocal terms mein Quran says in chapter 13 that surely in the remembrance of God hearts find comfort tu ap ne woh jo abhi baat batai ke har cheez mein point of reference ko dhoondna woh bohat important baat hai kyunke that only brings us closer to God tu remembrance ki yahi sirf apne zehn ko activate karna hai.</w:t>
      </w:r>
      <w:r>
        <w:br/>
      </w:r>
      <w:r>
        <w:rPr>
          <w:sz w:val="20"/>
        </w:rPr>
        <w:t>27:11  ji</w:t>
      </w:r>
      <w:r>
        <w:br/>
      </w:r>
      <w:r>
        <w:rPr>
          <w:sz w:val="20"/>
        </w:rPr>
        <w:t>27:12  woh cheezein har taraf hain yeh pani ka glass bhi hai yeh table bhi hai yeh chair bhi hai yeh mic bhi hai light bhi hai har cheez ji jis ke andar ap ko ghiza milti hai khuda ko yaad karne ki bilkul lekin aik unaware insan hai woh samajhta hai ke yeh tu glass hai yeh hum khareed ke laye hain yeh mic hai yeh tu hum wahan se laye hain yani har cheez Allah ki ata kardah hai.</w:t>
      </w:r>
      <w:r>
        <w:br/>
      </w:r>
      <w:r>
        <w:rPr>
          <w:sz w:val="20"/>
        </w:rPr>
        <w:t>27:34  Allah ka gift hai</w:t>
      </w:r>
      <w:r>
        <w:br/>
      </w:r>
      <w:r>
        <w:rPr>
          <w:sz w:val="20"/>
        </w:rPr>
        <w:t>27:36  koi bhi cheez ji jab aap is tarah se soch sochenge ke yeh carpet bhi Allah ne diya hai yeh light bhi Allah ne di hai ji tab aap ke andar bare gehre jazbat Khuda ke liye paida honge.</w:t>
      </w:r>
      <w:r>
        <w:br/>
      </w:r>
      <w:r>
        <w:rPr>
          <w:sz w:val="20"/>
        </w:rPr>
        <w:t>27:48  ji bilkul aur doctor sahib ah yeh yeh tested hai aik dam kabhi bhi jaise love feeling hai if you read some hadith you read some pages of Quran suddenly ap ko aik sukoon mil jata hai</w:t>
      </w:r>
      <w:r>
        <w:br/>
      </w:r>
      <w:r>
        <w:rPr>
          <w:sz w:val="20"/>
        </w:rPr>
        <w:t>28:02  تو وہی ایک طریقے سے صحیح معنی میں it's a true way to remember God مولانا نے وہ</w:t>
      </w:r>
      <w:r>
        <w:br/>
      </w:r>
      <w:r>
        <w:rPr>
          <w:sz w:val="20"/>
        </w:rPr>
        <w:t>28:08  waqia jo sunaya tha ah Sanjay babu ne diya hai haan haan haan ji woh bara zabardast hai</w:t>
      </w:r>
      <w:r>
        <w:br/>
      </w:r>
      <w:r>
        <w:rPr>
          <w:sz w:val="20"/>
        </w:rPr>
        <w:t>28:14  Sanjay babu ki den hai Sanjay babu ki den hai haan har cheez ke liye woh keh raha</w:t>
      </w:r>
      <w:r>
        <w:br/>
      </w:r>
      <w:r>
        <w:rPr>
          <w:sz w:val="20"/>
        </w:rPr>
        <w:t>28:17  hai Sanjay babu ki den hai ji ji ji chunchke Sanjay Gandhi ne is ki kuch help ki</w:t>
      </w:r>
      <w:r>
        <w:br/>
      </w:r>
      <w:r>
        <w:rPr>
          <w:sz w:val="20"/>
        </w:rPr>
        <w:t>28:21  thi woh kuch ban gaya tha MLA waghera ji toh woh jab gaye the milne ke</w:t>
      </w:r>
      <w:r>
        <w:br/>
      </w:r>
      <w:r>
        <w:rPr>
          <w:sz w:val="20"/>
        </w:rPr>
        <w:t>28:25  liye jo sahib toh woh charcha karta raha toh yahi cheez har momin ke liye hai ke woh</w:t>
      </w:r>
      <w:r>
        <w:br/>
      </w:r>
      <w:r>
        <w:rPr>
          <w:sz w:val="20"/>
        </w:rPr>
        <w:t>28:30  charcha karta rahe Allah ka ke yeh Allah ka diya hua hai Allah ka atiya hai Allah ka</w:t>
      </w:r>
      <w:r>
        <w:br/>
      </w:r>
      <w:r>
        <w:rPr>
          <w:sz w:val="20"/>
        </w:rPr>
        <w:t>28:35  gift hai ji toh yahi yahi woh is tasbeeh Fatima ki jazak Allah Doctor sahib bohat bohat achhe</w:t>
      </w:r>
      <w:r>
        <w:br/>
      </w:r>
      <w:r>
        <w:rPr>
          <w:sz w:val="20"/>
        </w:rPr>
        <w:t>28:40  se aap ne is ko wazeh kiya</w:t>
      </w:r>
      <w:r>
        <w:br/>
      </w:r>
      <w:r>
        <w:rPr>
          <w:sz w:val="20"/>
        </w:rPr>
        <w:t>28:42  doctor sahib mein chahunga ke kuch ap interesting kuch episodes un ki zindagi se batayein Hazrat Ali aur Hazrat Fatima ki zindagi se ah tu if you can share some through some light into it haan bara acha relationship tha un ka ah Hazrat Ali chounke ah shayar bhi the he was a poet tu he used to write funny poems for Fatima ji just to make her happy a aur kafi yani this was a house of laughter</w:t>
      </w:r>
      <w:r>
        <w:br/>
      </w:r>
      <w:r>
        <w:rPr>
          <w:sz w:val="20"/>
        </w:rPr>
        <w:t>29:11  kafi hanste the to lekin kabhi ladai bhi ho jati thi ji ek bar bada disagreement ho</w:t>
      </w:r>
      <w:r>
        <w:br/>
      </w:r>
      <w:r>
        <w:rPr>
          <w:sz w:val="20"/>
        </w:rPr>
        <w:t>29:17  gya aur hazrat ali ghar se bahar chale gaye aur ja ke masjid mein so gaye ji to</w:t>
      </w:r>
      <w:r>
        <w:br/>
      </w:r>
      <w:r>
        <w:rPr>
          <w:sz w:val="20"/>
        </w:rPr>
        <w:t>29:24  اگلے دن Prophet آئے گھر میں تو Fatima was upset تو ان کو لگا Prophet کو کچھ گڑبڑ</w:t>
      </w:r>
      <w:r>
        <w:br/>
      </w:r>
      <w:r>
        <w:rPr>
          <w:sz w:val="20"/>
        </w:rPr>
        <w:t>29:32  hai pucha kya baat hai kaha ke hamari ladai ho gayi thi aur hazrat ali chale gaye bahar</w:t>
      </w:r>
      <w:r>
        <w:br/>
      </w:r>
      <w:r>
        <w:rPr>
          <w:sz w:val="20"/>
        </w:rPr>
        <w:t>29:39  sone masjid ke andar</w:t>
      </w:r>
      <w:r>
        <w:br/>
      </w:r>
      <w:r>
        <w:rPr>
          <w:sz w:val="20"/>
        </w:rPr>
        <w:t>29:41  tu prophet gaye masjid mein dekha ke aik corner pe Hazrat Ali so rahe hain aur un ki jo shirt thi woh utar gayi hai ooper ka garment aur chounke woh us zamane mein jaise maine abhi photo dikhaya mitti ka sara farsh hota tha us waqt na carpet thi na koi marble ke floors the sirf mitti thi tu woh sari mitti dhool ah back mein chipak gayi thi</w:t>
      </w:r>
      <w:r>
        <w:br/>
      </w:r>
      <w:r>
        <w:rPr>
          <w:sz w:val="20"/>
        </w:rPr>
        <w:t>30:09  tu Rasool Allah baith gaye aur woh sab mitti chhanane lage ah un ki back se aur bole ke qoom ya abaa turab ke get up sit up o father of dirt abu turab yani father of dirt tu woh bara mashhoor nickname ban gaya Hazrat Ali ka abu turab tu phir Hazrat Ali uth gaye baith gaye aur dono hansne lage bohat</w:t>
      </w:r>
      <w:r>
        <w:br/>
      </w:r>
      <w:r>
        <w:rPr>
          <w:sz w:val="20"/>
        </w:rPr>
        <w:t>30:36  phir woh mamla theek ho gaya aur wapas chale gaye ghar</w:t>
      </w:r>
      <w:r>
        <w:br/>
      </w:r>
      <w:r>
        <w:rPr>
          <w:sz w:val="20"/>
        </w:rPr>
        <w:t>30:40  aise hi jab pehla bachcha paida hua hazrat ali ke haan to unhone naam rakha harb harb</w:t>
      </w:r>
      <w:r>
        <w:br/>
      </w:r>
      <w:r>
        <w:rPr>
          <w:sz w:val="20"/>
        </w:rPr>
        <w:t>30:49  ka matlab hota hai war asal mein woh zamana tha ke sab ladte phirte the har waqt ladai</w:t>
      </w:r>
      <w:r>
        <w:br/>
      </w:r>
      <w:r>
        <w:rPr>
          <w:sz w:val="20"/>
        </w:rPr>
        <w:t>30:55  hoti rehti thi woh tribal culture tha aur closed society thi to ladna bhadna unki zindagi ka</w:t>
      </w:r>
      <w:r>
        <w:br/>
      </w:r>
      <w:r>
        <w:rPr>
          <w:sz w:val="20"/>
        </w:rPr>
        <w:t>31:00  ek bahut hi aham hissa tha to unhone hazrat ali rz ne naam rakha bachche</w:t>
      </w:r>
      <w:r>
        <w:br/>
      </w:r>
      <w:r>
        <w:rPr>
          <w:sz w:val="20"/>
        </w:rPr>
        <w:t>31:05  ka harb yani war to rasool Allah aaye unhone kaha nahi bhai yeh harb nahi hoga naam</w:t>
      </w:r>
      <w:r>
        <w:br/>
      </w:r>
      <w:r>
        <w:rPr>
          <w:sz w:val="20"/>
        </w:rPr>
        <w:t>31:11  is bachche ka naam hoga hasan hasan ka matlab hai</w:t>
      </w:r>
      <w:r>
        <w:br/>
      </w:r>
      <w:r>
        <w:rPr>
          <w:sz w:val="20"/>
        </w:rPr>
        <w:t>31:15  goodness ya excellence to aik saal ke baad taqreeban doosra bachcha paida hua phir hazrat ali ne harb rakh diya naam is ka war to phir prophet ko pata chala prophet ne kaha nahi nahi harb nahi hoga is ka naam rakhte hain hum hussain hussain ka matlab hai little hasan is ko tasgheer kehte hain kisi word ko kisi naam ko chhota karna</w:t>
      </w:r>
      <w:r>
        <w:br/>
      </w:r>
      <w:r>
        <w:rPr>
          <w:sz w:val="20"/>
        </w:rPr>
        <w:t>31:40  hamare haan bhi hota hai jaise beti ko betiya kehte hain pyar se aise hi hasan ka hussain rasool Allah ne bana diya yani another source of goodness</w:t>
      </w:r>
      <w:r>
        <w:br/>
      </w:r>
      <w:r>
        <w:rPr>
          <w:sz w:val="20"/>
        </w:rPr>
        <w:t>31:52  to jo hasan aur hussain thay jab aik do saal ke thay to jo sab se ah un ka mehboob mashgala tha woh yeh tha ke woh rasool Allah s.a.w. jab namaz parhte thay to rasool Allah ki back pe aa ke they used to jump on the back of the prophet while he was in sajdah aur rasool Allah apna sajdah prolong kar dete</w:t>
      </w:r>
      <w:r>
        <w:br/>
      </w:r>
      <w:r>
        <w:rPr>
          <w:sz w:val="20"/>
        </w:rPr>
        <w:t>32:11  thay ji taake aur zara woh ah apna jo un ka shoq hai woh poora karein aur ah aik waqia bohat hi interesting hai ke prophet khutba de rahe thay masjid mein ji masjid ghar ke barabar mein hi thi ah he was on the pulpit giving sermon to yeh dono daurte hue aaye hasan aur hussain chhote chhote do do saal ke to</w:t>
      </w:r>
      <w:r>
        <w:br/>
      </w:r>
      <w:r>
        <w:rPr>
          <w:sz w:val="20"/>
        </w:rPr>
        <w:t>32:36  prophet ne dekha to he came down from the pulpit neeche aa gaye aur baith gaye aur hasan aur hussain ko apne lap pe bitha liya dono aap tasawwur karein ji aur phir khutba dena shuru kar diya yani he both of them sitting on prophet's lap and the prophet is giving khutba yani yeh kis qadar ah in ko mohabbat thi bachchon se yeh bhi aik human touch ji yani prophet bhi insan thay</w:t>
      </w:r>
      <w:r>
        <w:br/>
      </w:r>
      <w:r>
        <w:rPr>
          <w:sz w:val="20"/>
        </w:rPr>
        <w:t>33:04  hmm to is mein bhi hamare liye aik pehlu hai ke hum yeh na samjhein ke rasool Allah s.a.w. koi divine ah woh woh dein attribute balkeh ah woh bhi insan thay aur sari woh cheezein ah un ke sath bhi theen aise hi aik aur waqia hai ke sardi ka zamana tha winter thi to aik bohat hi bara cloak aik jabba pehan rakha tha rasool Allah ne ji bohat hi bara jabba</w:t>
      </w:r>
      <w:r>
        <w:br/>
      </w:r>
      <w:r>
        <w:rPr>
          <w:sz w:val="20"/>
        </w:rPr>
        <w:t>33:31  to yeh dono phir daurte hue aaye hasan aur hussain prophet ke paas aur prophet zameen pe baith gaye aur in dono ke dono ko apne jabbay mein le liya cloak ke andar le liya aur phir fatima ne dekha fatima aaein un ke liye bhi prophet extended his cloak for her woh bhi is mein jabbay mein aa gayeen phir ali aaye un ko bhi le l</w:t>
      </w:r>
    </w:p>
    <w:p>
      <w:pPr>
        <w:pStyle w:val="Heading2"/>
      </w:pPr>
      <w:r>
        <w:t>Importance of form versus spirit in Islam</w:t>
      </w:r>
    </w:p>
    <w:p>
      <w:r>
        <w:rPr>
          <w:color w:val="666666"/>
          <w:sz w:val="18"/>
        </w:rPr>
        <w:t>Worship · Discovering God June 30, 2019 Maulana Wahiduddin Khan · 7m 09s · at 48:59 · https://youtu.be/Yt1-eX7XzYU?t=2939</w:t>
      </w:r>
    </w:p>
    <w:p>
      <w:r>
        <w:rPr>
          <w:i/>
        </w:rPr>
        <w:t>“Maulana, MashaAllah, your lectures are full of spirit. My question is regarding those who accuse you that you don't pay attention to form. In your view, even if someone doesn't perform the form, you still consider it valid. Your entire focus is on spirit. Maulana, what do you say about this? And is form really as important as spirit or not?”</w:t>
      </w:r>
    </w:p>
    <w:p>
      <w:r>
        <w:rPr>
          <w:sz w:val="20"/>
        </w:rPr>
        <w:t>48:59  yeh sawal bheja hai lucknow se anwar hussain sahib ne. unho'n ne likha hai: "maulana, mashallah, aap ke lectures spirit se bhare hue hote hain.</w:t>
      </w:r>
      <w:r>
        <w:br/>
      </w:r>
      <w:r>
        <w:rPr>
          <w:sz w:val="20"/>
        </w:rPr>
        <w:t>49:13  mera sawal hai un logon ko le ke jo aap pe ilzam lagate hain ke aap form ko tawajjuh nahi detey. aap ke nazdeek agar koi form na bhi kare to to bhi aap us ko jaiz qarar dete hain.</w:t>
      </w:r>
      <w:r>
        <w:br/>
      </w:r>
      <w:r>
        <w:rPr>
          <w:sz w:val="20"/>
        </w:rPr>
        <w:t>49:30  aap ka sara focus spirit pe hota hai. maulana, is bare mein aap kya kahenge? aur kya form waqai itna hi zaroori hota hai jitna spirit ya phir nahi?" jo log aisa kehte hain,</w:t>
      </w:r>
      <w:r>
        <w:br/>
      </w:r>
      <w:r>
        <w:rPr>
          <w:sz w:val="20"/>
        </w:rPr>
        <w:t>49:46  un se aap sirf yeh kahiye ke tum lecture in ko suno. aaj hi lecture jo hai record ho chuka hai, us ko suno.</w:t>
      </w:r>
      <w:r>
        <w:br/>
      </w:r>
      <w:r>
        <w:rPr>
          <w:sz w:val="20"/>
        </w:rPr>
        <w:t>49:58  to sara lecture mein form with speed ki baat hoti hai, form without speed ki baat nahi hoti.</w:t>
      </w:r>
      <w:r>
        <w:br/>
      </w:r>
      <w:r>
        <w:rPr>
          <w:sz w:val="20"/>
        </w:rPr>
        <w:t>50:10  aap jo log sunte hain, un se poochen ke kya un ko sookha sookha din milta hai jis mein speed nahi hoti?</w:t>
      </w:r>
      <w:r>
        <w:br/>
      </w:r>
      <w:r>
        <w:rPr>
          <w:sz w:val="20"/>
        </w:rPr>
        <w:t>50:20  yeh kahan woh kis aasman mein rehte hain woh log jin ki woh baat kar rahe hain? har hafte hamara lecture log sunte hain sari dunya mein.</w:t>
      </w:r>
      <w:r>
        <w:br/>
      </w:r>
      <w:r>
        <w:rPr>
          <w:sz w:val="20"/>
        </w:rPr>
        <w:t>50:33  un ko pakriye, un se poochiye ke tum ko lecture se take away kya milta hai? take away kya milta hai?</w:t>
      </w:r>
      <w:r>
        <w:br/>
      </w:r>
      <w:r>
        <w:rPr>
          <w:sz w:val="20"/>
        </w:rPr>
        <w:t>50:42  to aap ka aap ko maloom hoga ke aap ne baseless mafroza ghalat kaam qaim kar rakha hai. ab kuch mat kijiye, sirf yahi kijiye ke jo log sunte hain,</w:t>
      </w:r>
      <w:r>
        <w:br/>
      </w:r>
      <w:r>
        <w:rPr>
          <w:sz w:val="20"/>
        </w:rPr>
        <w:t>50:57  chahe direct sunte hon ya indirect, un se poochen ke tum ko hamare lecture se take away kya milta hai?</w:t>
      </w:r>
      <w:r>
        <w:br/>
      </w:r>
      <w:r>
        <w:rPr>
          <w:sz w:val="20"/>
        </w:rPr>
        <w:t>51:07  bas take away mein apne aap involve hain, dono cheezen, form bhi aur speed bhi. jo log aisa kehte hain, woh to mere nazdeek andhe par ka saboot dete hain,</w:t>
      </w:r>
      <w:r>
        <w:br/>
      </w:r>
      <w:r>
        <w:rPr>
          <w:sz w:val="20"/>
        </w:rPr>
        <w:t>51:20  andhe par ka saboot dete hain. un ko yani ja ko fasiq bain fatabaiyin, woh tehqeeq karen, ghar baithe baithe koi farz kar lete hain.</w:t>
      </w:r>
      <w:r>
        <w:br/>
      </w:r>
      <w:r>
        <w:rPr>
          <w:sz w:val="20"/>
        </w:rPr>
        <w:t>51:32  woh un logon ko milen jo sunte hain hamari aur un se poochen ke tum ko hamare program se take away kya milta hai?</w:t>
      </w:r>
      <w:r>
        <w:br/>
      </w:r>
      <w:r>
        <w:rPr>
          <w:sz w:val="20"/>
        </w:rPr>
        <w:t>51:43  sensor ko hota hai ke hamari kitabon se poochhein, hamari kitabon se sensor ke program se, itwar ke program se take away kya milta hai?</w:t>
      </w:r>
      <w:r>
        <w:br/>
      </w:r>
      <w:r>
        <w:rPr>
          <w:sz w:val="20"/>
        </w:rPr>
        <w:t>51:59  take away ka matlab bata doon mein aap ko ke mein pehli baar jab London gaya to London mein mein ne dekha ke wahan kuch dukaanen hoti hain jis pe likha hota hai take away, sign board par.</w:t>
      </w:r>
      <w:r>
        <w:br/>
      </w:r>
      <w:r>
        <w:rPr>
          <w:sz w:val="20"/>
        </w:rPr>
        <w:t>52:13  sign board pe likha hota hai take away. yeh un logon ke liye hota hai jo jo prepared food lena chahte hain.</w:t>
      </w:r>
      <w:r>
        <w:br/>
      </w:r>
      <w:r>
        <w:rPr>
          <w:sz w:val="20"/>
        </w:rPr>
        <w:t>52:24  ja rahe hain office, un chahiye ke woh office ja ke kuch kha kha lein. to wahan woh sign board kehta hai ke hamare paas to hamare liye prepared food hai,</w:t>
      </w:r>
      <w:r>
        <w:br/>
      </w:r>
      <w:r>
        <w:rPr>
          <w:sz w:val="20"/>
        </w:rPr>
        <w:t>52:37  to paisa do aur le jao, pakane ki zaroorat nahi hai. tum ko kitchen mein ja ke pakana nahi hai, paisa do aur le jao packet.</w:t>
      </w:r>
      <w:r>
        <w:br/>
      </w:r>
      <w:r>
        <w:rPr>
          <w:sz w:val="20"/>
        </w:rPr>
        <w:t>52:52  to take away ka matlab hai ke wahan se bila kya? aap ne program suna to is se bila kya? aap ko to jo log aisa kehte hain, woh to Allah taala ke haan bohat zyada yani un par mein sochta hoon ke bohat zyada kadi saza hogi.</w:t>
      </w:r>
      <w:r>
        <w:br/>
      </w:r>
      <w:r>
        <w:rPr>
          <w:sz w:val="20"/>
        </w:rPr>
        <w:t>53:13  un ko kadi saza ke tehqeeq to kiya nahi aur ghar baith kar ke ek ilzaam laga diya. un ke upar ilzaam lagane ka ki saza hogi un ko ke tehqeeq tehqeeq koi nahi ki.</w:t>
      </w:r>
      <w:r>
        <w:br/>
      </w:r>
      <w:r>
        <w:rPr>
          <w:sz w:val="20"/>
        </w:rPr>
        <w:t>53:32  bohat se log the jo sunte hain program ko har jagah, to un se mil ke poochte tum ke tum ko is program ko sunne se ya kitabon ko padhne se take away kya milta hai?</w:t>
      </w:r>
      <w:r>
        <w:br/>
      </w:r>
      <w:r>
        <w:rPr>
          <w:sz w:val="20"/>
        </w:rPr>
        <w:t>53:49  baghair yeh tehqeeq ke unhone maan liya to woh to Allah ka munafiq qarar paayenge. munafiq yeh saada baat nahi hai.</w:t>
      </w:r>
      <w:r>
        <w:br/>
      </w:r>
      <w:r>
        <w:rPr>
          <w:sz w:val="20"/>
        </w:rPr>
        <w:t>53:59  jo log baghair tehqeeq ke maan lein, woh munafiq hain Allah ki nazar mein.</w:t>
      </w:r>
      <w:r>
        <w:br/>
      </w:r>
      <w:r>
        <w:rPr>
          <w:sz w:val="20"/>
        </w:rPr>
        <w:t>54:08  maulana, agla comment bheja hai professor najma siddiqui ne dilli se. unhone likha hai: "maulana, today you have re-stressed the discovery of God through our capacities of test and appreciation of nature etc.</w:t>
      </w:r>
      <w:r>
        <w:br/>
      </w:r>
      <w:r>
        <w:rPr>
          <w:sz w:val="20"/>
        </w:rPr>
        <w:t>54:27  this further helps us to discover God by reflecting on Surah Rahman in the light of today's lecture." jazak Allah maulana.</w:t>
      </w:r>
      <w:r>
        <w:br/>
      </w:r>
      <w:r>
        <w:rPr>
          <w:sz w:val="20"/>
        </w:rPr>
        <w:t>54:38  doctor naghma siddiqui ne dilli se likha hai: "maulana, I got a big takeaway from today's lecture, which was a reflection on your journey of the discovery of God as God of love.</w:t>
      </w:r>
      <w:r>
        <w:br/>
      </w:r>
      <w:r>
        <w:rPr>
          <w:sz w:val="20"/>
        </w:rPr>
        <w:t>54:52  it touched my heart. I realized today that God gives us two things at the same time for one who has discovered God.</w:t>
      </w:r>
      <w:r>
        <w:br/>
      </w:r>
      <w:r>
        <w:rPr>
          <w:sz w:val="20"/>
        </w:rPr>
        <w:t>55:01  firstly, he gives us need based things like food. secondly, at the same time, he he he has given us an introduction to paradise in it in the form of taste.</w:t>
      </w:r>
      <w:r>
        <w:br/>
      </w:r>
      <w:r>
        <w:rPr>
          <w:sz w:val="20"/>
        </w:rPr>
        <w:t>55:16  but this is for one who has discovered God and paradise. what we have to do is keep our mind open to discover these things at every moment.</w:t>
      </w:r>
      <w:r>
        <w:br/>
      </w:r>
      <w:r>
        <w:rPr>
          <w:sz w:val="20"/>
        </w:rPr>
        <w:t>55:28  then we will be able to find the inner meaning of everything. jazak Allah maulana for opening my mind." maulana, phir comment bheja hai Muhammad Zakariya sahib ne.</w:t>
      </w:r>
      <w:r>
        <w:br/>
      </w:r>
      <w:r>
        <w:rPr>
          <w:sz w:val="20"/>
        </w:rPr>
        <w:t>55:43  unhone likha hai: "thrilling ideas of maulana, opportunities are always there to spread God's message. but the problem with us is that we don't avail it and always complain with the system around." doctor safina tabassum ne saharanpur se likha hai: "really thrilled by your experiences of discovery of God.</w:t>
      </w:r>
    </w:p>
    <w:p>
      <w:pPr>
        <w:pStyle w:val="Heading2"/>
      </w:pPr>
      <w:r>
        <w:t>Levels of prayer based on intentions</w:t>
      </w:r>
    </w:p>
    <w:p>
      <w:r>
        <w:rPr>
          <w:color w:val="666666"/>
          <w:sz w:val="18"/>
        </w:rPr>
        <w:t>Worship · Wisdom of Hadith Maulana Wahiduddin Khan February 23, 2014 · 6m 46s · at 1:35:50 · https://youtu.be/5E_MIQpToK4?t=5750</w:t>
      </w:r>
    </w:p>
    <w:p>
      <w:r>
        <w:rPr>
          <w:i/>
        </w:rPr>
        <w:t>“The hadith 'Actions are by intentions' is referenced. Praying with meaning is the first level. Please explain the levels of prayer.”</w:t>
      </w:r>
    </w:p>
    <w:p>
      <w:r>
        <w:rPr>
          <w:sz w:val="20"/>
        </w:rPr>
        <w:t>1:35:50  maulana, agla sawal Delhi se kiya hai doctor zaheer abbas mir sahib ne.</w:t>
      </w:r>
      <w:r>
        <w:br/>
      </w:r>
      <w:r>
        <w:rPr>
          <w:sz w:val="20"/>
        </w:rPr>
        <w:t>1:35:56  unhon ne ek hadith ka hawala diya hai jo is tarah hai: "in amal aamal niyat".</w:t>
      </w:r>
      <w:r>
        <w:br/>
      </w:r>
      <w:r>
        <w:rPr>
          <w:sz w:val="20"/>
        </w:rPr>
        <w:t>1:36:03  unhon ne likha hai ke namaz ko meaning se parhna pehla level hai aur wo aap se janna</w:t>
      </w:r>
      <w:r>
        <w:br/>
      </w:r>
      <w:r>
        <w:rPr>
          <w:sz w:val="20"/>
        </w:rPr>
        <w:t>1:36:11  chahte hain ke namaz ko tadabbur ke sath parhne se kya murad hai, is ke baray mein batayen.</w:t>
      </w:r>
      <w:r>
        <w:br/>
      </w:r>
      <w:r>
        <w:rPr>
          <w:sz w:val="20"/>
        </w:rPr>
        <w:t>1:36:18  bhai, is par hamari sab kitaben hain, aap parhiye.</w:t>
      </w:r>
      <w:r>
        <w:br/>
      </w:r>
      <w:r>
        <w:rPr>
          <w:sz w:val="20"/>
        </w:rPr>
        <w:t>1:36:22  yahi sab baatein to kitabon mein hoti hain.</w:t>
      </w:r>
      <w:r>
        <w:br/>
      </w:r>
      <w:r>
        <w:rPr>
          <w:sz w:val="20"/>
        </w:rPr>
        <w:t>1:36:26  aap ek kitab hamari hai, is ka naam hai "kitab marifat".</w:t>
      </w:r>
      <w:r>
        <w:br/>
      </w:r>
      <w:r>
        <w:rPr>
          <w:sz w:val="20"/>
        </w:rPr>
        <w:t>1:36:30  is ko aap parhiye, mujhe yaqeen hai ke is se aap ka is sawal ka jawab mil jaye</w:t>
      </w:r>
      <w:r>
        <w:br/>
      </w:r>
      <w:r>
        <w:rPr>
          <w:sz w:val="20"/>
        </w:rPr>
        <w:t>1:36:38  ga.</w:t>
      </w:r>
      <w:r>
        <w:br/>
      </w:r>
      <w:r>
        <w:rPr>
          <w:sz w:val="20"/>
        </w:rPr>
        <w:t>1:36:40  aap is ko aap parhiye, phir bhi agar aap ko wazeh na ho to phir aainda sawal kijiye.</w:t>
      </w:r>
      <w:r>
        <w:br/>
      </w:r>
      <w:r>
        <w:rPr>
          <w:sz w:val="20"/>
        </w:rPr>
        <w:t>1:36:47  maulana, yeh last question hai jo pennsylvania se aya hai khwaja kaleemuddin sahib ka.</w:t>
      </w:r>
      <w:r>
        <w:br/>
      </w:r>
      <w:r>
        <w:rPr>
          <w:sz w:val="20"/>
        </w:rPr>
        <w:t>1:36:54  انہوں نے لکھا ہے: "To my surprise, it is amazing to learn that in almost all religions, be</w:t>
      </w:r>
      <w:r>
        <w:br/>
      </w:r>
      <w:r>
        <w:rPr>
          <w:sz w:val="20"/>
        </w:rPr>
        <w:t>1:37:01  the Semitic and non-Semitic, and Aryan, and even non-religious people, are awaiting for some sort of</w:t>
      </w:r>
      <w:r>
        <w:br/>
      </w:r>
      <w:r>
        <w:rPr>
          <w:sz w:val="20"/>
        </w:rPr>
        <w:t>1:37:09  مسیحہ ہو، will emerge before the end of the world, and fulfill divine will on Earth.</w:t>
      </w:r>
      <w:r>
        <w:br/>
      </w:r>
      <w:r>
        <w:rPr>
          <w:sz w:val="20"/>
        </w:rPr>
        <w:t>1:37:16  He will manifest, he will manifest in his person the righteousness and compassion of God, and he will</w:t>
      </w:r>
      <w:r>
        <w:br/>
      </w:r>
      <w:r>
        <w:rPr>
          <w:sz w:val="20"/>
        </w:rPr>
        <w:t>1:37:24  bring about the final defeat of evil, and establish the kingdom of heaven on earth.</w:t>
      </w:r>
      <w:r>
        <w:br/>
      </w:r>
      <w:r>
        <w:rPr>
          <w:sz w:val="20"/>
        </w:rPr>
        <w:t>1:37:30  Maulana Sahib, why this same type of thinking has been existing among various groups of people from ancient</w:t>
      </w:r>
      <w:r>
        <w:br/>
      </w:r>
      <w:r>
        <w:rPr>
          <w:sz w:val="20"/>
        </w:rPr>
        <w:t>1:37:38  times? Is this due to a religious teaching or due to a human psychological weakness? Please explain this.</w:t>
      </w:r>
      <w:r>
        <w:br/>
      </w:r>
      <w:r>
        <w:rPr>
          <w:sz w:val="20"/>
        </w:rPr>
        <w:t>1:37:46  dekhen, yeh koi yeh bohat hi controversial masla hai aur is par bohat baatein hoti rahi hain.</w:t>
      </w:r>
      <w:r>
        <w:br/>
      </w:r>
      <w:r>
        <w:rPr>
          <w:sz w:val="20"/>
        </w:rPr>
        <w:t>1:37:53  kitaben likhi gayi hain.</w:t>
      </w:r>
      <w:r>
        <w:br/>
      </w:r>
      <w:r>
        <w:rPr>
          <w:sz w:val="20"/>
        </w:rPr>
        <w:t>1:37:55  jahan tak maine samjha hai, woh yeh hai ke Allah taala ko yeh matloob hai ke ke</w:t>
      </w:r>
      <w:r>
        <w:br/>
      </w:r>
      <w:r>
        <w:rPr>
          <w:sz w:val="20"/>
        </w:rPr>
        <w:t>1:38:02  jo qayamat aye gi, jo history and of history jo jo hone wala hai, is se pehle Allah</w:t>
      </w:r>
      <w:r>
        <w:br/>
      </w:r>
      <w:r>
        <w:rPr>
          <w:sz w:val="20"/>
        </w:rPr>
        <w:t>1:38:10  ko matloob hoga ke jo Allah ka creation plan hai, jo Allah ka jo deen hai, yani Allah</w:t>
      </w:r>
      <w:r>
        <w:br/>
      </w:r>
      <w:r>
        <w:rPr>
          <w:sz w:val="20"/>
        </w:rPr>
        <w:t>1:38:18  ne jo paida kiya insan ko, zameen ko, to kyun paida kiya? is ka aakhri elaan ho jaye.</w:t>
      </w:r>
      <w:r>
        <w:br/>
      </w:r>
      <w:r>
        <w:rPr>
          <w:sz w:val="20"/>
        </w:rPr>
        <w:t>1:38:25  yani abhi main jab yahan aya to ek ajib ehsas mujhe hua ke agar koi shakhs space mein</w:t>
      </w:r>
      <w:r>
        <w:br/>
      </w:r>
      <w:r>
        <w:rPr>
          <w:sz w:val="20"/>
        </w:rPr>
        <w:t>1:38:33  ek aisi is ke pas telescope ho ke poori space ko woh dekh sakta ho, is se poori</w:t>
      </w:r>
      <w:r>
        <w:br/>
      </w:r>
      <w:r>
        <w:rPr>
          <w:sz w:val="20"/>
        </w:rPr>
        <w:t>1:38:41  space ko, to kya payega? ke kahin bilkul yani muhib khala hai, kahin sitare ke bohat bare</w:t>
      </w:r>
      <w:r>
        <w:br/>
      </w:r>
      <w:r>
        <w:rPr>
          <w:sz w:val="20"/>
        </w:rPr>
        <w:t>1:38:49  mein gaaye ke sath dhak rahe hain, kahin suraj hai, kahin chand hai, kahin planet hai.</w:t>
      </w:r>
      <w:r>
        <w:br/>
      </w:r>
      <w:r>
        <w:rPr>
          <w:sz w:val="20"/>
        </w:rPr>
        <w:t>1:38:55  is mein phir ek chota spot hai jahan insan hai, ek chota spot, aisa insan jo chalta hai,</w:t>
      </w:r>
      <w:r>
        <w:br/>
      </w:r>
      <w:r>
        <w:rPr>
          <w:sz w:val="20"/>
        </w:rPr>
        <w:t>1:39:03  jo bolta hai, jo sochta hai, jo organize karta hai, jo research karta hai, jo discovery karta hai,</w:t>
      </w:r>
      <w:r>
        <w:br/>
      </w:r>
      <w:r>
        <w:rPr>
          <w:sz w:val="20"/>
        </w:rPr>
        <w:t>1:39:11  jo station banata hai.</w:t>
      </w:r>
      <w:r>
        <w:br/>
      </w:r>
      <w:r>
        <w:rPr>
          <w:sz w:val="20"/>
        </w:rPr>
        <w:t>1:39:13  to yeh ek kaisa ajib waqea hai? kyun hua aisa? itne bare space mein exception kyun? yani itni</w:t>
      </w:r>
      <w:r>
        <w:br/>
      </w:r>
      <w:r>
        <w:rPr>
          <w:sz w:val="20"/>
        </w:rPr>
        <w:t>1:39:20  bohat hi bari hai duniya, is mein ek chota sa tiny part hai hamari zameen.</w:t>
      </w:r>
      <w:r>
        <w:br/>
      </w:r>
      <w:r>
        <w:rPr>
          <w:sz w:val="20"/>
        </w:rPr>
        <w:t>1:39:27  wahan par ek exception hai, yeh to kyun? to aakhri daur mein is ka final elaan chahe ga</w:t>
      </w:r>
      <w:r>
        <w:br/>
      </w:r>
      <w:r>
        <w:rPr>
          <w:sz w:val="20"/>
        </w:rPr>
        <w:t>1:39:34  Allah taala ka ho jaye taake insan jab Allah ke samne khara ho to koi yeh na keh</w:t>
      </w:r>
      <w:r>
        <w:br/>
      </w:r>
      <w:r>
        <w:rPr>
          <w:sz w:val="20"/>
        </w:rPr>
        <w:t>1:39:42  sake ke hum ko to pata nahi tha.</w:t>
      </w:r>
      <w:r>
        <w:br/>
      </w:r>
      <w:r>
        <w:rPr>
          <w:sz w:val="20"/>
        </w:rPr>
        <w:t>1:39:46  to main samajhta hoon ke woh final jo declaration hai, woh hone wala hai.</w:t>
      </w:r>
      <w:r>
        <w:br/>
      </w:r>
      <w:r>
        <w:rPr>
          <w:sz w:val="20"/>
        </w:rPr>
        <w:t>1:39:52  woh har mazhab mein yeh baat batai gayi hai, lekin shakal kya hogi? woh us ko log samajhte</w:t>
      </w:r>
      <w:r>
        <w:br/>
      </w:r>
      <w:r>
        <w:rPr>
          <w:sz w:val="20"/>
        </w:rPr>
        <w:t>1:39:59  hain ke hukoomat qaim hogi.</w:t>
      </w:r>
      <w:r>
        <w:br/>
      </w:r>
      <w:r>
        <w:rPr>
          <w:sz w:val="20"/>
        </w:rPr>
        <w:t>1:40:01  mein nahin samajhta ke hukoomat qaim hogi.</w:t>
      </w:r>
      <w:r>
        <w:br/>
      </w:r>
      <w:r>
        <w:rPr>
          <w:sz w:val="20"/>
        </w:rPr>
        <w:t>1:40:04  کوئی وہ ہوگا in terms of declaration, in terms of state نہیں ہوگا۔</w:t>
      </w:r>
      <w:r>
        <w:br/>
      </w:r>
      <w:r>
        <w:rPr>
          <w:sz w:val="20"/>
        </w:rPr>
        <w:t>1:40:10  to yeh to bohat hi bilkul hi neachral maloom hota hai ke khaliq ko yeh matloob ho ke</w:t>
      </w:r>
      <w:r>
        <w:br/>
      </w:r>
      <w:r>
        <w:rPr>
          <w:sz w:val="20"/>
        </w:rPr>
        <w:t>1:40:18  duniya yaani end of end of history jo hai, jo tareekh ka jo khatma hai, jab aaye, us</w:t>
      </w:r>
      <w:r>
        <w:br/>
      </w:r>
      <w:r>
        <w:rPr>
          <w:sz w:val="20"/>
        </w:rPr>
        <w:t>1:40:25  se pehle aakhri ek elaan ho jaye.</w:t>
      </w:r>
      <w:r>
        <w:br/>
      </w:r>
      <w:r>
        <w:rPr>
          <w:sz w:val="20"/>
        </w:rPr>
        <w:t>1:40:28  jaise airport par aap jante hain ke elaan hota hai final call ke abao yeh to jahaz fly</w:t>
      </w:r>
      <w:r>
        <w:br/>
      </w:r>
      <w:r>
        <w:rPr>
          <w:sz w:val="20"/>
        </w:rPr>
        <w:t>1:40:36  kar jayega.</w:t>
      </w:r>
      <w:r>
        <w:br/>
      </w:r>
      <w:r>
        <w:rPr>
          <w:sz w:val="20"/>
        </w:rPr>
        <w:t>1:40:38  to ek final call to matloob hai.</w:t>
      </w:r>
      <w:r>
        <w:br/>
      </w:r>
      <w:r>
        <w:rPr>
          <w:sz w:val="20"/>
        </w:rPr>
        <w:t>1:40:41  yeh bilkul aqal se baat hai ke ek final call honi chahiye ke itni bari duniya mein itni</w:t>
      </w:r>
      <w:r>
        <w:br/>
      </w:r>
      <w:r>
        <w:rPr>
          <w:sz w:val="20"/>
        </w:rPr>
        <w:t>1:40:48  saari activities hain, phir is mein yeh exception hai, lekin kahin se koi awaaz nahin aa rahi ke</w:t>
      </w:r>
      <w:r>
        <w:br/>
      </w:r>
      <w:r>
        <w:rPr>
          <w:sz w:val="20"/>
        </w:rPr>
        <w:t>1:40:56  kyun Allah taala ne kyun paida kiya? kyun yeh insan hai? kyun yeh duniya hai? to tareekh ke</w:t>
      </w:r>
      <w:r>
        <w:br/>
      </w:r>
      <w:r>
        <w:rPr>
          <w:sz w:val="20"/>
        </w:rPr>
        <w:t>1:41:04  khatme se pehle zaroor Allah ka yeh matloob hoga ke ek final tor par duniya ko bata diya</w:t>
      </w:r>
      <w:r>
        <w:br/>
      </w:r>
      <w:r>
        <w:rPr>
          <w:sz w:val="20"/>
        </w:rPr>
        <w:t>1:41:11  jaye ke paida karne wale ne un ko paida kiya, is ka creation plan kya tha, aur aage</w:t>
      </w:r>
      <w:r>
        <w:br/>
      </w:r>
      <w:r>
        <w:rPr>
          <w:sz w:val="20"/>
        </w:rPr>
        <w:t>1:41:19  kya hone wala hai, yeh bata diya jaye.</w:t>
      </w:r>
      <w:r>
        <w:br/>
      </w:r>
      <w:r>
        <w:rPr>
          <w:sz w:val="20"/>
        </w:rPr>
        <w:t>1:41:23  to isi isi mein is ko final call ke silsile mein leta hoon, na ke hukoomat aur kisi</w:t>
      </w:r>
      <w:r>
        <w:br/>
      </w:r>
      <w:r>
        <w:rPr>
          <w:sz w:val="20"/>
        </w:rPr>
        <w:t>1:41:30  empire qaim karne ke silsile mein.</w:t>
      </w:r>
      <w:r>
        <w:br/>
      </w:r>
      <w:r>
        <w:rPr>
          <w:sz w:val="20"/>
        </w:rPr>
        <w:t>1:41:33  aur is lihaz se mujhe bilkul sahi nazar aata hai.</w:t>
      </w:r>
      <w:r>
        <w:br/>
      </w:r>
      <w:r>
        <w:rPr>
          <w:sz w:val="20"/>
        </w:rPr>
        <w:t>1:41:37  Okay, we will end the session now, just one last announcement.</w:t>
      </w:r>
    </w:p>
    <w:p>
      <w:pPr>
        <w:pStyle w:val="Heading2"/>
      </w:pPr>
      <w:r>
        <w:t>Meaning and observance of Shab-e-Miraj</w:t>
      </w:r>
    </w:p>
    <w:p>
      <w:r>
        <w:rPr>
          <w:color w:val="666666"/>
          <w:sz w:val="18"/>
        </w:rPr>
        <w:t>Worship · Divine Ideology of Life I 11 July 2010 · 9m 55s · at 1:42:25 · https://youtu.be/wOmHVfyjMJY?t=6145</w:t>
      </w:r>
    </w:p>
    <w:p>
      <w:r>
        <w:rPr>
          <w:i/>
        </w:rPr>
        <w:t>“What is Shab-e-Miraj? What should one do on this occasion?”</w:t>
      </w:r>
    </w:p>
    <w:p>
      <w:r>
        <w:rPr>
          <w:sz w:val="20"/>
        </w:rPr>
        <w:t>1:42:25  maulana, un ka ek aur sawal hai. unhon ne poocha hai ke "What is Shab-e-Mairaj? What should one do on this occasion?" kuch nahin, aaj kal jo musalman karte hain woh sab riwaj hai un ka.</w:t>
      </w:r>
      <w:r>
        <w:br/>
      </w:r>
      <w:r>
        <w:rPr>
          <w:sz w:val="20"/>
        </w:rPr>
        <w:t>1:42:38  is ka mazhab Islam se koi ta'alluq nahin. Shab-e-Mairaj yeh bhi pata nahin kis kis din hui thi. koi sabit thodi hai is ka tareekh.</w:t>
      </w:r>
      <w:r>
        <w:br/>
      </w:r>
      <w:r>
        <w:rPr>
          <w:sz w:val="20"/>
        </w:rPr>
        <w:t>1:42:47  koi date koi sabit nahin hai. yeh to musalman ne bana rakha hai ek falan date.</w:t>
      </w:r>
      <w:r>
        <w:br/>
      </w:r>
      <w:r>
        <w:rPr>
          <w:sz w:val="20"/>
        </w:rPr>
        <w:t>1:42:56  beh-haal yeh sab baatein jo hain yeh superstitions hain. superstitions. is ka Islam se koi ta'alluq nahin hai. to us din agar ibadat kar lo to phir jannat mil jayegi?</w:t>
      </w:r>
      <w:r>
        <w:br/>
      </w:r>
      <w:r>
        <w:rPr>
          <w:sz w:val="20"/>
        </w:rPr>
        <w:t>1:43:07  aisa kuch bhi nahin hai. Shab-e-Mairaj ke bare mein aap ne ek hi kaam karna hai ke woh aap woh hadith padhein jis mein koi aap ne apne tajrubaat bataye hain.</w:t>
      </w:r>
      <w:r>
        <w:br/>
      </w:r>
      <w:r>
        <w:rPr>
          <w:sz w:val="20"/>
        </w:rPr>
        <w:t>1:43:18  ke aap ne jahannum ko dekha to wahan yeh anjaam ho raha tha. bure karne walon ka. jannat ko dekha to wahan un ko yeh inaam mil raha tha. is ko padhein, is se sabak lein. to Mairaj ka mauqa sabak lene ke liye, day manane ke liye nahin hai. Mairaj day manana yeh koi Islam nahin hai.</w:t>
      </w:r>
      <w:r>
        <w:br/>
      </w:r>
      <w:r>
        <w:rPr>
          <w:sz w:val="20"/>
        </w:rPr>
        <w:t>1:43:25  yeh Shab-e-Mairaj jo hoti nahin hai to Mairaj day manate hain. to Mairaj day Islam mein har giz nahin hai. sabak leejiyey, is hadith ko padhiye jis mein Rasool Allah (SAW) ne apne tajrubaat bataye hain.</w:t>
      </w:r>
      <w:r>
        <w:br/>
      </w:r>
      <w:r>
        <w:rPr>
          <w:sz w:val="20"/>
        </w:rPr>
        <w:t>1:43:36  to sabak lena asal hai na ke Mairaj day manana.</w:t>
      </w:r>
      <w:r>
        <w:br/>
      </w:r>
      <w:r>
        <w:rPr>
          <w:sz w:val="20"/>
        </w:rPr>
        <w:t>1:43:49  Sajid Ahmed Lucknow se pooch rahe hain Maulana ke "While reading Quran, is it necessary to recite Arabic script or only the translation will be enough?"</w:t>
      </w:r>
      <w:r>
        <w:br/>
      </w:r>
      <w:r>
        <w:rPr>
          <w:sz w:val="20"/>
        </w:rPr>
        <w:t>1:43:55  sajid ahmed lucknow se pooch rahe hain maulana ke "While reading Quran, is it necessary to recite Arabic script or only the translation will be enough?"</w:t>
      </w:r>
      <w:r>
        <w:br/>
      </w:r>
      <w:r>
        <w:rPr>
          <w:sz w:val="20"/>
        </w:rPr>
        <w:t>1:44:09  nahi to yeh to apne halaat par hai. Agar kisi ke paas itna kam time hai to tarjuma padhe. Nahi to arabi padhe, woh arabi padh kar ke is par zyada ghor o fikr kare, zyada soch sakta hai woh.</w:t>
      </w:r>
      <w:r>
        <w:br/>
      </w:r>
      <w:r>
        <w:rPr>
          <w:sz w:val="20"/>
        </w:rPr>
        <w:t>1:44:21  Arabi janne wala zyada soch sakta hai, zyada samajh sakta hai. Lekin is ka matlab nahi ke arabi padhna farz hai kisi ke upar. Jo is ke bas mein jitna hai utna woh karna chah</w:t>
      </w:r>
      <w:r>
        <w:br/>
      </w:r>
      <w:r>
        <w:rPr>
          <w:sz w:val="20"/>
        </w:rPr>
        <w:t>1:44:30  iye. Ittaqullah musta'an.</w:t>
      </w:r>
      <w:r>
        <w:br/>
      </w:r>
      <w:r>
        <w:rPr>
          <w:sz w:val="20"/>
        </w:rPr>
        <w:t>1:44:35  Maulana, yeh sawal kiya hai Mr Arshad Jamal ne New Delhi se.</w:t>
      </w:r>
      <w:r>
        <w:br/>
      </w:r>
      <w:r>
        <w:rPr>
          <w:sz w:val="20"/>
        </w:rPr>
        <w:t>1:44:41  . Unhone likha hai ke "What is the meaning of verse number 6, chapter number 49 of Quran which says, 'Believers, if an evil doer brings you news, assert the correctness of the report fully,</w:t>
      </w:r>
      <w:r>
        <w:br/>
      </w:r>
      <w:r>
        <w:rPr>
          <w:sz w:val="20"/>
        </w:rPr>
        <w:t>1:44:57  lest you unwittingly harm others and then regret what you have done'?" Haan yeh bohat ahem ayat hai</w:t>
      </w:r>
      <w:r>
        <w:br/>
      </w:r>
      <w:r>
        <w:rPr>
          <w:sz w:val="20"/>
        </w:rPr>
        <w:t>1:45:07  ke aadmi jo hai yani misunderstanding ki wajah se rai qaim kar le to yeh Islam mein bohat bara is ko bohat mana kiya gaya hai.</w:t>
      </w:r>
      <w:r>
        <w:br/>
      </w:r>
      <w:r>
        <w:rPr>
          <w:sz w:val="20"/>
        </w:rPr>
        <w:t>1:45:18  Jab tak aap ko pakki knowledge na ho aap ko rai nahi banana chahiye aap ko. Pakki knowledge hona chahiye aap ko tab rai banaiye.</w:t>
      </w:r>
      <w:r>
        <w:br/>
      </w:r>
      <w:r>
        <w:rPr>
          <w:sz w:val="20"/>
        </w:rPr>
        <w:t>1:45:27  To pakki knowledge kaise hogi aap ko tehqeeq karenge, sochenge, mamle ko jajchenge.</w:t>
      </w:r>
      <w:r>
        <w:br/>
      </w:r>
      <w:r>
        <w:rPr>
          <w:sz w:val="20"/>
        </w:rPr>
        <w:t>1:45:32  Lekin is mein ek aur baat mein kahun ke yeh baat itni sada nahi hai. Yeh baat itni sada nahi hai. Jis aadmi se aap jayenge puchne ke liye woh kaise is par bhi depend karta hai.</w:t>
      </w:r>
      <w:r>
        <w:br/>
      </w:r>
      <w:r>
        <w:rPr>
          <w:sz w:val="20"/>
        </w:rPr>
        <w:t>1:45:45  Maslan mein bataun aap ko ek sahab ne mere bare mein ek statement diya paper mein ke mein BJP ka aadmi hoon.</w:t>
      </w:r>
      <w:r>
        <w:br/>
      </w:r>
      <w:r>
        <w:rPr>
          <w:sz w:val="20"/>
        </w:rPr>
        <w:t>1:45:55  Yeh lafz likh ke mein BJP ka aadmi hoon. Mein ne is se telephone kiya</w:t>
      </w:r>
      <w:r>
        <w:br/>
      </w:r>
      <w:r>
        <w:rPr>
          <w:sz w:val="20"/>
        </w:rPr>
        <w:t>1:46:01  , mein ne kaha aap ne keh diya ke BJP ka aadmi hain aap. Kahan aap ke paas kaun sa proof hai? Kaha agar aap jate hain un ke jalse mein. Koi jalse mein jane ka matlab BJP kahan hai?</w:t>
      </w:r>
      <w:r>
        <w:br/>
      </w:r>
      <w:r>
        <w:rPr>
          <w:sz w:val="20"/>
        </w:rPr>
        <w:t>1:46:12  Hum to jate hain message, hum to hamara ek mission hai message pahunchane ke liye jate hain. Meri tauqeer sun lijiye aap jo is stage bolta hoon mein. To kya kehte hain woh?</w:t>
      </w:r>
      <w:r>
        <w:br/>
      </w:r>
      <w:r>
        <w:rPr>
          <w:sz w:val="20"/>
        </w:rPr>
        <w:t>1:46:23  Mana nahi unhone tehqeeq ke baad bhi. Lekin bohat khatarnak baat hai yeh.</w:t>
      </w:r>
      <w:r>
        <w:br/>
      </w:r>
      <w:r>
        <w:rPr>
          <w:sz w:val="20"/>
        </w:rPr>
        <w:t>1:46:29  Yeh do tarafah do dhari talwar hai yeh. Is zamane mein log sach nahi bolte. Pehle zamane mein sach bolte the.</w:t>
      </w:r>
      <w:r>
        <w:br/>
      </w:r>
      <w:r>
        <w:rPr>
          <w:sz w:val="20"/>
        </w:rPr>
        <w:t>1:46:40  Pehle zamane mein aasan tha tehqeeq karna. Ab tehqeeq karna aasan nahi hai. Ab kya aadmi safai pesh karta hai, ghuma phira ke baat karta hai, idhar udhar ki baat karta hai.</w:t>
      </w:r>
      <w:r>
        <w:br/>
      </w:r>
      <w:r>
        <w:rPr>
          <w:sz w:val="20"/>
        </w:rPr>
        <w:t>1:46:49  To unhone kya aap jante hain kya diya unhone? Ek hadith pesh kar di.</w:t>
      </w:r>
      <w:r>
        <w:br/>
      </w:r>
      <w:r>
        <w:rPr>
          <w:sz w:val="20"/>
        </w:rPr>
        <w:t>1:46:54  Ittqoo wa qe'oo al-tuhm. Tohmat ki jagahon se bacho. Matlab wahan jo hai woh ek tohmat ki jagah hai log badnaam jagah wahan kyun jate hain aap?</w:t>
      </w:r>
      <w:r>
        <w:br/>
      </w:r>
      <w:r>
        <w:rPr>
          <w:sz w:val="20"/>
        </w:rPr>
        <w:t>1:47:05  Ab ek naya shosha nikal liya unhone.</w:t>
      </w:r>
      <w:r>
        <w:br/>
      </w:r>
      <w:r>
        <w:rPr>
          <w:sz w:val="20"/>
        </w:rPr>
        <w:t>1:47:12  Yeh bohat bari musibat hai is zamane mein jeena hai yaad rakhiye. Har aadmi jo hai apni safai pesh karna chahta hai. Ke mein saaf suthra bana raha hoon. Mere par koi dhabba na lage.</w:t>
      </w:r>
      <w:r>
        <w:br/>
      </w:r>
      <w:r>
        <w:rPr>
          <w:sz w:val="20"/>
        </w:rPr>
        <w:t>1:47:23  Pehle zamane mein aadmi phir maan leta hai jaldi se. Kahan bhai mujh se ghalati hui aur baat aisi thi waisi thi. To sab tehqeeq kar ke jaldi se maloom haqeeqat maloom ho jati thi.</w:t>
      </w:r>
      <w:r>
        <w:br/>
      </w:r>
      <w:r>
        <w:rPr>
          <w:sz w:val="20"/>
        </w:rPr>
        <w:t>1:47:33  Ab maloom hi nahi thi haqeeqat ab. Kaise aap jane ke firishton ke record to aap ke paas hain nahi.</w:t>
      </w:r>
      <w:r>
        <w:br/>
      </w:r>
      <w:r>
        <w:rPr>
          <w:sz w:val="20"/>
        </w:rPr>
        <w:t>1:47:42  Aap ke paas firishton ke record nahi hain. Jis se aap puche ja rahe hain woh aadmi sahi baat batata nahi.</w:t>
      </w:r>
      <w:r>
        <w:br/>
      </w:r>
      <w:r>
        <w:rPr>
          <w:sz w:val="20"/>
        </w:rPr>
        <w:t>1:47:52  Mein aap ko aise bohat se qisse mere paas hain apni zaati. Ab bataiye ke mein ne jab keh diya use saaf saaf ke mein jata hoon BJP ke jalse mein to jata hoon mein mere saathi hote hain mein speech deta hoon Islam par phir woh Quran bantate hain un logon ko to matlab dawat ke liye jata hoon tab kya kehte hain Ittaqoo wa qe'oo al-tuhm tohmat ki jagahon se bacho matlab woh badnaam party hai to wahan jana hi nahi chahiye aap ko.</w:t>
      </w:r>
      <w:r>
        <w:br/>
      </w:r>
      <w:r>
        <w:rPr>
          <w:sz w:val="20"/>
        </w:rPr>
        <w:t>1:48:21  to kaise aap kaise aap tehqeeq karenge? jab manne wala safai pesh kare ya safai kare jhoote yani jhoote pehlu nikalta rahe shoshe ab kya karenge aap?</w:t>
      </w:r>
      <w:r>
        <w:br/>
      </w:r>
      <w:r>
        <w:rPr>
          <w:sz w:val="20"/>
        </w:rPr>
        <w:t>1:48:35  yeh aisa bura zamana aa gaya hai bura zamana ke ummat hairaan ho gaya hai hum jeena mushkil ho gaya hai. kaise jaye aadmi? pehle zamane mein log seedhe saadhe hote the.</w:t>
      </w:r>
      <w:r>
        <w:br/>
      </w:r>
      <w:r>
        <w:rPr>
          <w:sz w:val="20"/>
        </w:rPr>
        <w:t>1:48:46  ab seedha koi hai nahin. ab koi seedha hi nahin hai.</w:t>
      </w:r>
      <w:r>
        <w:br/>
      </w:r>
      <w:r>
        <w:rPr>
          <w:sz w:val="20"/>
        </w:rPr>
        <w:t>1:48:51  har aadmi charhaye har aadmi charhaye. aur is zamane mein mein kehta hoon ke saare log taqreeban yeh koshish mein hote hain ke mera mere meri meri shakhsiyat bani rahe.</w:t>
      </w:r>
      <w:r>
        <w:br/>
      </w:r>
      <w:r>
        <w:rPr>
          <w:sz w:val="20"/>
        </w:rPr>
        <w:t>1:49:03  meri shakhsiyat par koi dhabba na lagne paye. to ghuma phira ke apne ko safai pesh karte rehte hain. I was wrong kaun kehta hai mujhe bataiye. tehqeeq karne se baat khatam zaroor ho jati hai.</w:t>
      </w:r>
      <w:r>
        <w:br/>
      </w:r>
      <w:r>
        <w:rPr>
          <w:sz w:val="20"/>
        </w:rPr>
        <w:t>1:49:16  pehlay zamane mein tha ke I was wrong. I was wrong.</w:t>
      </w:r>
      <w:r>
        <w:br/>
      </w:r>
      <w:r>
        <w:rPr>
          <w:sz w:val="20"/>
        </w:rPr>
        <w:t>1:49:21  ab kaun kehta hai I was wrong. log ghumate phira baat karte hain pech up kar ke baat karte hain apni safai pesh karte hain false justification pesh karte hain baat kisi se reporting nahin karte.</w:t>
      </w:r>
      <w:r>
        <w:br/>
      </w:r>
      <w:r>
        <w:rPr>
          <w:sz w:val="20"/>
        </w:rPr>
        <w:t>1:49:34  to dekhiye do baatein hain yeh single baat nahin hai yeh. ek yeh hai ke aadmi ko chahiye ke sun kar na maan le.</w:t>
      </w:r>
      <w:r>
        <w:br/>
      </w:r>
      <w:r>
        <w:rPr>
          <w:sz w:val="20"/>
        </w:rPr>
        <w:t>1:49:44  hadith mein aata hai ke kafy bilmar'u kadhiban yahdithu bikulli ma sami'a aadmi ke jhoota hone ke liye baat kaafi hai jo sune us ko bayan kar le jo sune us ko bayan kar lega.</w:t>
      </w:r>
      <w:r>
        <w:br/>
      </w:r>
      <w:r>
        <w:rPr>
          <w:sz w:val="20"/>
        </w:rPr>
        <w:t>1:49:57  is wajah se dekhiye pehle do point hua. ek point yeh hai ke jab aap sunein to us ki tehqeeq karein. jab sunein to tehqeeq karein. relevant logon se</w:t>
      </w:r>
      <w:r>
        <w:br/>
      </w:r>
      <w:r>
        <w:rPr>
          <w:sz w:val="20"/>
        </w:rPr>
        <w:t>1:50:07  tehqeeq kar ke rai banayein. ek baat. doosri baat yeh aap yeh yeh bhi janna hai ke aap ek aise zamane mein hain jahan aap ko yeh musibat hai ke koi aadmi saaf baat karta nahin. saaf baat karta nahin to kaise aap us ko kya k</w:t>
      </w:r>
      <w:r>
        <w:br/>
      </w:r>
      <w:r>
        <w:rPr>
          <w:sz w:val="20"/>
        </w:rPr>
        <w:t>1:50:20  arein? jaise mein ne qissa bataya aap ko ke jab mein ne saaf saaf keh diya ke mein bibi chup jata hoon to mein us se koi ta'alluq nahin koi lena dena nahin hai. mein jata hoon ek message pohanchane ke liye.</w:t>
      </w:r>
      <w:r>
        <w:br/>
      </w:r>
      <w:r>
        <w:rPr>
          <w:sz w:val="20"/>
        </w:rPr>
        <w:t>1:50:30  mere saathi wahan Quran padhte hain. tab kya kehte hain ittaqu wa waqi'u al-tuhum mein ne sar peet liya ke aise logon se Khuda nipt sakta hai aise?</w:t>
      </w:r>
      <w:r>
        <w:br/>
      </w:r>
      <w:r>
        <w:rPr>
          <w:sz w:val="20"/>
        </w:rPr>
        <w:t>1:50:42  Khuda ke farishtay nipt sakte hain hum to nipt nahin sakte aise logon se. yeh mamlaat bohat hi pecheeda hain.</w:t>
      </w:r>
      <w:r>
        <w:br/>
      </w:r>
      <w:r>
        <w:rPr>
          <w:sz w:val="20"/>
        </w:rPr>
        <w:t>1:50:49  yeh zamana pecheedgi ka zamana hai. har taraf har cheez complex ho gayi hai. jaise technology complex ho gayi hai na aisi soch bhi complex ho gayi hai.</w:t>
      </w:r>
      <w:r>
        <w:br/>
      </w:r>
      <w:r>
        <w:rPr>
          <w:sz w:val="20"/>
        </w:rPr>
        <w:t>1:51:00  bohat hi har har taraf complexities. We are living in the in the midst of complexities to mein to itna zyada pareshan ho gaya yaad rakhiye rozah dua karta hoon Khuda ya mujhe maadoom kar de mera wajood mit jaye.</w:t>
      </w:r>
      <w:r>
        <w:br/>
      </w:r>
      <w:r>
        <w:rPr>
          <w:sz w:val="20"/>
        </w:rPr>
        <w:t>1:51:15  yaqeen kijiye meri sab se mehboob dua yahi hai.</w:t>
      </w:r>
      <w:r>
        <w:br/>
      </w:r>
      <w:r>
        <w:rPr>
          <w:sz w:val="20"/>
        </w:rPr>
        <w:t>1:51:20  itna zyada mera haal ho raha hai ke mein dua karta hoon Khuda mujhe maadoom kar de mera wajood hi na rahe na is duniya mein rahe na aakhirat mein rahe.</w:t>
      </w:r>
    </w:p>
    <w:p>
      <w:pPr>
        <w:pStyle w:val="Heading2"/>
      </w:pPr>
      <w:r>
        <w:t>Missing Asr Prayer Due to Work</w:t>
      </w:r>
    </w:p>
    <w:p>
      <w:r>
        <w:rPr>
          <w:color w:val="666666"/>
          <w:sz w:val="18"/>
        </w:rPr>
        <w:t>Worship · How to Lead a Life of Fulfilment September 24, 2017 · 7m 18s · at 53:04 · https://youtu.be/WUoQOo2_zd8?t=3184</w:t>
      </w:r>
    </w:p>
    <w:p>
      <w:r>
        <w:rPr>
          <w:i/>
        </w:rPr>
        <w:t>“I work in Saudi Arabia as a mechanic. My duty time is such that the Asr prayer becomes qada (missed). I cannot offer it on duty. What should I do?”</w:t>
      </w:r>
    </w:p>
    <w:p>
      <w:r>
        <w:rPr>
          <w:sz w:val="20"/>
        </w:rPr>
        <w:t>53:04  molana agla sawal saudi arabia se farooq warsi sahib ne bheja hai unhon ne likha hai molana sahib</w:t>
      </w:r>
      <w:r>
        <w:br/>
      </w:r>
      <w:r>
        <w:rPr>
          <w:sz w:val="20"/>
        </w:rPr>
        <w:t>53:13  main saudi mein job karta hoon as a mechanic</w:t>
      </w:r>
      <w:r>
        <w:br/>
      </w:r>
      <w:r>
        <w:rPr>
          <w:sz w:val="20"/>
        </w:rPr>
        <w:t>53:18  mera duty time kuch aisa hai ke namaz asar qaza ho jati hai duty par ada nahi kar</w:t>
      </w:r>
      <w:r>
        <w:br/>
      </w:r>
      <w:r>
        <w:rPr>
          <w:sz w:val="20"/>
        </w:rPr>
        <w:t>53:25  sakta kyunke mechanic work bohat mushkil kaam hai aur ziyada safai wala kaam nahi hai to kya main</w:t>
      </w:r>
      <w:r>
        <w:br/>
      </w:r>
      <w:r>
        <w:rPr>
          <w:sz w:val="20"/>
        </w:rPr>
        <w:t>53:34  namaz jama kar ke parh sakta hoon zuhar ki aur asar ki ya phir asar ki qaza namaz</w:t>
      </w:r>
      <w:r>
        <w:br/>
      </w:r>
      <w:r>
        <w:rPr>
          <w:sz w:val="20"/>
        </w:rPr>
        <w:t>53:41  ada karna acha hai is ko wazeh karein dekhiye main aap ko</w:t>
      </w:r>
      <w:r>
        <w:br/>
      </w:r>
      <w:r>
        <w:rPr>
          <w:sz w:val="20"/>
        </w:rPr>
        <w:t>53:48  aman abu hanifa ka ek</w:t>
      </w:r>
      <w:r>
        <w:br/>
      </w:r>
      <w:r>
        <w:rPr>
          <w:sz w:val="20"/>
        </w:rPr>
        <w:t>53:50  qol batata hoon bohat hi bohat hi beauty full</w:t>
      </w:r>
      <w:r>
        <w:br/>
      </w:r>
      <w:r>
        <w:rPr>
          <w:sz w:val="20"/>
        </w:rPr>
        <w:t>53:55  elustration hai amaan abu hanifa se poocha gaya ke main</w:t>
      </w:r>
      <w:r>
        <w:br/>
      </w:r>
      <w:r>
        <w:rPr>
          <w:sz w:val="20"/>
        </w:rPr>
        <w:t>54:02  mujhe bhook lagi hai aur khana agaya</w:t>
      </w:r>
      <w:r>
        <w:br/>
      </w:r>
      <w:r>
        <w:rPr>
          <w:sz w:val="20"/>
        </w:rPr>
        <w:t>54:05  aur time namaz ka bhi time agaya</w:t>
      </w:r>
      <w:r>
        <w:br/>
      </w:r>
      <w:r>
        <w:rPr>
          <w:sz w:val="20"/>
        </w:rPr>
        <w:t>54:09  yani bhook bhi hai khana bhi hai lekin namaz ka bhi time hai to main kya karoon</w:t>
      </w:r>
      <w:r>
        <w:br/>
      </w:r>
      <w:r>
        <w:rPr>
          <w:sz w:val="20"/>
        </w:rPr>
        <w:t>54:17  to unhon ne itna acha jawab diya</w:t>
      </w:r>
      <w:r>
        <w:br/>
      </w:r>
      <w:r>
        <w:rPr>
          <w:sz w:val="20"/>
        </w:rPr>
        <w:t>54:22  ke main is ko pasand karoon ga ke main khana khaoon aur namaz ko yaad karoon namaz mere</w:t>
      </w:r>
      <w:r>
        <w:br/>
      </w:r>
      <w:r>
        <w:rPr>
          <w:sz w:val="20"/>
        </w:rPr>
        <w:t>54:29  dil mein rahe is ki bajaye ke main</w:t>
      </w:r>
      <w:r>
        <w:br/>
      </w:r>
      <w:r>
        <w:rPr>
          <w:sz w:val="20"/>
        </w:rPr>
        <w:t>54:34  namaz parhoon aur aur</w:t>
      </w:r>
      <w:r>
        <w:br/>
      </w:r>
      <w:r>
        <w:rPr>
          <w:sz w:val="20"/>
        </w:rPr>
        <w:t>54:35  khane ko yaad karoon mere dil mein khana khana ho kitni bari baat yeh hai namaz dil mein parh jati hai dil mein</w:t>
      </w:r>
      <w:r>
        <w:br/>
      </w:r>
      <w:r>
        <w:rPr>
          <w:sz w:val="20"/>
        </w:rPr>
        <w:t>54:48  to ap office mein hoon duty kar rahe hain aur time hoga namaz ka to imam abu hanifa</w:t>
      </w:r>
      <w:r>
        <w:br/>
      </w:r>
      <w:r>
        <w:rPr>
          <w:sz w:val="20"/>
        </w:rPr>
        <w:t>54:55  ke is qol ke mutabiq</w:t>
      </w:r>
      <w:r>
        <w:br/>
      </w:r>
      <w:r>
        <w:rPr>
          <w:sz w:val="20"/>
        </w:rPr>
        <w:t>54:57  ap apne office ka kaam kijiye aur dil mein namaz ko rakhiye</w:t>
      </w:r>
      <w:r>
        <w:br/>
      </w:r>
      <w:r>
        <w:rPr>
          <w:sz w:val="20"/>
        </w:rPr>
        <w:t>55:03  bataur ap kar rahe hain office ka kaam lekin ap ke dil mein namaz ki adat</w:t>
      </w:r>
      <w:r>
        <w:br/>
      </w:r>
      <w:r>
        <w:rPr>
          <w:sz w:val="20"/>
        </w:rPr>
        <w:t>55:11  to yeh zyada acha hai yani kitni bari baat kahi imam abu hanifa ne ke main</w:t>
      </w:r>
      <w:r>
        <w:br/>
      </w:r>
      <w:r>
        <w:rPr>
          <w:sz w:val="20"/>
        </w:rPr>
        <w:t>55:19  khana khaoon aur namaz mere dil mein basi ho woh woh mere liye acha hai is liye ke</w:t>
      </w:r>
      <w:r>
        <w:br/>
      </w:r>
      <w:r>
        <w:rPr>
          <w:sz w:val="20"/>
        </w:rPr>
        <w:t>55:24  main main aisa karoon ke main namaz parhoon aur khana mere dil mein basa hua ho</w:t>
      </w:r>
      <w:r>
        <w:br/>
      </w:r>
      <w:r>
        <w:rPr>
          <w:sz w:val="20"/>
        </w:rPr>
        <w:t>55:34  is</w:t>
      </w:r>
      <w:r>
        <w:br/>
      </w:r>
      <w:r>
        <w:rPr>
          <w:sz w:val="20"/>
        </w:rPr>
        <w:t>55:34  se acha jawab nahi ho sakta is ka aksar log yeh baat poochte hain aap bas yahi dekhte hain ke namaz ka time ho gaya</w:t>
      </w:r>
      <w:r>
        <w:br/>
      </w:r>
      <w:r>
        <w:rPr>
          <w:sz w:val="20"/>
        </w:rPr>
        <w:t>55:44  wisdom aap ne daryaft nahi ki namaz ki wisdom yeh koi baat hi nahi ke namaz ka time ho gaya agar yeh baat hoti to Imam Hanifa yeh kehte ke bhai time jab hoga to namaz parhna hai yeh nahi kaha unhonay to namaz log parhte hain lekin namaz ki wisdom se bekhabar hain bohat hi ajeeb baat hai</w:t>
      </w:r>
      <w:r>
        <w:br/>
      </w:r>
      <w:r>
        <w:rPr>
          <w:sz w:val="20"/>
        </w:rPr>
        <w:t>56:12  aik martaba mein kya hua ke mein amreeka mein tha to mujh ko logon ne juma ki namaz parhne ke liye keh diya</w:t>
      </w:r>
      <w:r>
        <w:br/>
      </w:r>
      <w:r>
        <w:rPr>
          <w:sz w:val="20"/>
        </w:rPr>
        <w:t>56:24  to mujhe pata nahi tha ke is ke riwaj kya hai to mein khutba diya aur shayad do minute pehle mera khutba khatam ho gaya to mein muhammad ke liye khara ho gaya</w:t>
      </w:r>
      <w:r>
        <w:br/>
      </w:r>
      <w:r>
        <w:rPr>
          <w:sz w:val="20"/>
        </w:rPr>
        <w:t>56:40  namaz parha hi main ne acha sahib kiya hua</w:t>
      </w:r>
      <w:r>
        <w:br/>
      </w:r>
      <w:r>
        <w:rPr>
          <w:sz w:val="20"/>
        </w:rPr>
        <w:t>56:44  namaz jab khatam hui na to aik sahib ne hangama kar diya</w:t>
      </w:r>
      <w:r>
        <w:br/>
      </w:r>
      <w:r>
        <w:rPr>
          <w:sz w:val="20"/>
        </w:rPr>
        <w:t>56:49  hangama kar diya</w:t>
      </w:r>
      <w:r>
        <w:br/>
      </w:r>
      <w:r>
        <w:rPr>
          <w:sz w:val="20"/>
        </w:rPr>
        <w:t>56:52  to main ne pata kiya bhai yeh kya hangama kar rahe hain yeh main ne in ka hangama</w:t>
      </w:r>
      <w:r>
        <w:br/>
      </w:r>
      <w:r>
        <w:rPr>
          <w:sz w:val="20"/>
        </w:rPr>
        <w:t>56:57  yeh tha ke woh kisi se office mein kaam karte the to ghari dekh kar wahan se chalte</w:t>
      </w:r>
      <w:r>
        <w:br/>
      </w:r>
      <w:r>
        <w:rPr>
          <w:sz w:val="20"/>
        </w:rPr>
        <w:t>57:01  the apni car par theek waqt par pohanchte the jab takbeer oola hone wali thi to har har</w:t>
      </w:r>
      <w:r>
        <w:br/>
      </w:r>
      <w:r>
        <w:rPr>
          <w:sz w:val="20"/>
        </w:rPr>
        <w:t>57:10  juma ko unhein takbeer oola mil jati thi</w:t>
      </w:r>
      <w:r>
        <w:br/>
      </w:r>
      <w:r>
        <w:rPr>
          <w:sz w:val="20"/>
        </w:rPr>
        <w:t>57:14  to is tarah ka hangama kar rahe hain</w:t>
      </w:r>
      <w:r>
        <w:br/>
      </w:r>
      <w:r>
        <w:rPr>
          <w:sz w:val="20"/>
        </w:rPr>
        <w:t>57:17  mein ne kaha ke unhein woh namaz parhte hain lekin namaz ke be adab pata hi nahin</w:t>
      </w:r>
      <w:r>
        <w:br/>
      </w:r>
      <w:r>
        <w:rPr>
          <w:sz w:val="20"/>
        </w:rPr>
        <w:t>57:24  dekhie yeh bhi namaz</w:t>
      </w:r>
      <w:r>
        <w:br/>
      </w:r>
      <w:r>
        <w:rPr>
          <w:sz w:val="20"/>
        </w:rPr>
        <w:t>57:26  hai ke ap ko yeh ehsas ho ke af woh aurat to meri takbeer poora fote ho gayi</w:t>
      </w:r>
      <w:r>
        <w:br/>
      </w:r>
      <w:r>
        <w:rPr>
          <w:sz w:val="20"/>
        </w:rPr>
        <w:t>57:33  yani repentance ziyada bari cheez hai ba muqabla is ke keo mein mein mein to kabhi meri namaz</w:t>
      </w:r>
      <w:r>
        <w:br/>
      </w:r>
      <w:r>
        <w:rPr>
          <w:sz w:val="20"/>
        </w:rPr>
        <w:t>57:42  woh kabhi takbeer ul fote fote nahin hoti Allah ko yeh yeh pasand nahin hai ke ap ke dil</w:t>
      </w:r>
      <w:r>
        <w:br/>
      </w:r>
      <w:r>
        <w:rPr>
          <w:sz w:val="20"/>
        </w:rPr>
        <w:t>57:48  mein yeh ho ke mein itna zabardast namazi hoon ke meri kabhi takbeer ul fote nahin hoti nahin tawazu</w:t>
      </w:r>
      <w:r>
        <w:br/>
      </w:r>
      <w:r>
        <w:rPr>
          <w:sz w:val="20"/>
        </w:rPr>
        <w:t>57:57  modesty yeh Allah ko ziyada pasand hai</w:t>
      </w:r>
      <w:r>
        <w:br/>
      </w:r>
      <w:r>
        <w:rPr>
          <w:sz w:val="20"/>
        </w:rPr>
        <w:t>58:03  isi liye hadith mein aata hai ke agar tum gunah na karo yani Allah ko pasand hai ke insan gunah kare aur aur is ke andar repentance aaye</w:t>
      </w:r>
      <w:r>
        <w:br/>
      </w:r>
      <w:r>
        <w:rPr>
          <w:sz w:val="20"/>
        </w:rPr>
        <w:t>58:20  to Allah farmata hai ke agar tum gunah na karo to Allah aik aur makhlooq paida karega</w:t>
      </w:r>
      <w:r>
        <w:br/>
      </w:r>
      <w:r>
        <w:rPr>
          <w:sz w:val="20"/>
        </w:rPr>
        <w:t>58:27  jo gunah kare aur toba kare yeh aik woh cheez nahin hai ke bara ap ko fakhr fakhr</w:t>
      </w:r>
      <w:r>
        <w:br/>
      </w:r>
      <w:r>
        <w:rPr>
          <w:sz w:val="20"/>
        </w:rPr>
        <w:t>58:33  ho ke meri</w:t>
      </w:r>
      <w:r>
        <w:br/>
      </w:r>
      <w:r>
        <w:rPr>
          <w:sz w:val="20"/>
        </w:rPr>
        <w:t>58:36  meri takbeer takbeer ul fote nahin hoti</w:t>
      </w:r>
      <w:r>
        <w:br/>
      </w:r>
      <w:r>
        <w:rPr>
          <w:sz w:val="20"/>
        </w:rPr>
        <w:t>58:41  is fakhr se ziyada Allah ko pasand hai modesty</w:t>
      </w:r>
      <w:r>
        <w:br/>
      </w:r>
      <w:r>
        <w:rPr>
          <w:sz w:val="20"/>
        </w:rPr>
        <w:t>58:46  iftikhar apna izzat</w:t>
      </w:r>
      <w:r>
        <w:br/>
      </w:r>
      <w:r>
        <w:rPr>
          <w:sz w:val="20"/>
        </w:rPr>
        <w:t>58:50  kya namaz parhte hain log mein to samajhta hoon ke namaz parhne wale jante hain nahin ke namaz</w:t>
      </w:r>
      <w:r>
        <w:br/>
      </w:r>
      <w:r>
        <w:rPr>
          <w:sz w:val="20"/>
        </w:rPr>
        <w:t>58:54  ki wisdom kya hai</w:t>
      </w:r>
      <w:r>
        <w:br/>
      </w:r>
      <w:r>
        <w:rPr>
          <w:sz w:val="20"/>
        </w:rPr>
        <w:t>58:57  isi ko namaz samajhte hain ke takbeer ul fote nahin hui</w:t>
      </w:r>
      <w:r>
        <w:br/>
      </w:r>
      <w:r>
        <w:rPr>
          <w:sz w:val="20"/>
        </w:rPr>
        <w:t>59:02  yeh namaz parhne wale jo hai jante hi nahin</w:t>
      </w:r>
      <w:r>
        <w:br/>
      </w:r>
      <w:r>
        <w:rPr>
          <w:sz w:val="20"/>
        </w:rPr>
        <w:t>59:05  ke kya cheez hai bari zyada bari cheez kya hai ke sahib mila woh ji parhiye tarjuma is ka tarjuma bhi parhiye arabi mein yeh hadith suniye wallazi nafsi bi yadihi lawlam tudniboo la rahim Allah bikum walaja bi qawmin yudhiboon fiyastaghfiroon Allah fiyaghfir lahum</w:t>
      </w:r>
      <w:r>
        <w:br/>
      </w:r>
      <w:r>
        <w:rPr>
          <w:sz w:val="20"/>
        </w:rPr>
        <w:t>59:31  sahih muslim hadith number 2749</w:t>
      </w:r>
      <w:r>
        <w:br/>
      </w:r>
      <w:r>
        <w:rPr>
          <w:sz w:val="20"/>
        </w:rPr>
        <w:t>59:37  is zaat ki qasam jis ke hath mein meri jaan hai agar tum gunah na karo to Allah</w:t>
      </w:r>
      <w:r>
        <w:br/>
      </w:r>
      <w:r>
        <w:rPr>
          <w:sz w:val="20"/>
        </w:rPr>
        <w:t>59:42  taala tum ko le jayega aur aik aisi qaum layega jo gunah karegi phir Allah</w:t>
      </w:r>
      <w:r>
        <w:br/>
      </w:r>
      <w:r>
        <w:rPr>
          <w:sz w:val="20"/>
        </w:rPr>
        <w:t>59:49  se woh maghfirat talab karegi aur Allah un ko maaf karega</w:t>
      </w:r>
      <w:r>
        <w:br/>
      </w:r>
      <w:r>
        <w:rPr>
          <w:sz w:val="20"/>
        </w:rPr>
        <w:t>59:56  to ap hazrat hazrat abu imam abu hanifa ke is qaul ko yaad rakhiye ke unhon ne kaha</w:t>
      </w:r>
      <w:r>
        <w:br/>
      </w:r>
      <w:r>
        <w:rPr>
          <w:sz w:val="20"/>
        </w:rPr>
        <w:t>1:00:03  tha ke mujhe yeh pasand hai ke mein</w:t>
      </w:r>
      <w:r>
        <w:br/>
      </w:r>
      <w:r>
        <w:rPr>
          <w:sz w:val="20"/>
        </w:rPr>
        <w:t>1:00:08  khana khaoon aur dil mein namaz yaad arhi ho bajaye is ke ke mein namaz parhoon aur dil</w:t>
      </w:r>
      <w:r>
        <w:br/>
      </w:r>
      <w:r>
        <w:rPr>
          <w:sz w:val="20"/>
        </w:rPr>
        <w:t>1:00:15  mein khana ki yaad arhi ho</w:t>
      </w:r>
    </w:p>
    <w:p>
      <w:pPr>
        <w:pStyle w:val="Heading2"/>
      </w:pPr>
      <w:r>
        <w:t>Number of prayers from Quran?</w:t>
      </w:r>
    </w:p>
    <w:p>
      <w:r>
        <w:rPr>
          <w:color w:val="666666"/>
          <w:sz w:val="18"/>
        </w:rPr>
        <w:t>Worship · Contribution of Sufism in India May 29, 2011 · 5m 15s · at 1:39:19 · https://youtu.be/lzxSaTnomio?t=5959</w:t>
      </w:r>
    </w:p>
    <w:p>
      <w:r>
        <w:rPr>
          <w:i/>
        </w:rPr>
        <w:t>“How many daily prayers are proven from the Quran? Three or five?”</w:t>
      </w:r>
    </w:p>
    <w:p>
      <w:r>
        <w:rPr>
          <w:sz w:val="20"/>
        </w:rPr>
        <w:t>1:39:19  mr syed saleem ne hyderabad se sawal kiya hai. unhone likha hai: "quran se kal kitni namazein sabit hain?</w:t>
      </w:r>
      <w:r>
        <w:br/>
      </w:r>
      <w:r>
        <w:rPr>
          <w:sz w:val="20"/>
        </w:rPr>
        <w:t>1:39:27  teen ya paanch?" dekhiye, quran hi se paanch namaz sabit hoti hai. lafz paanch nahi hai, lekin paanch hadith mein hai.</w:t>
      </w:r>
      <w:r>
        <w:br/>
      </w:r>
      <w:r>
        <w:rPr>
          <w:sz w:val="20"/>
        </w:rPr>
        <w:t>1:39:38  aur jo log hadith quran alag karte hain, woh bilashuba gumrah hain aur bohat zyada bari gumrahi mein mubtala hain. quran ko hadith alag nahi kar sakte.</w:t>
      </w:r>
      <w:r>
        <w:br/>
      </w:r>
      <w:r>
        <w:rPr>
          <w:sz w:val="20"/>
        </w:rPr>
        <w:t>1:39:47  aap mein poochta hoon in logon se: "quran, quran kahan se mila aap ko? kya aap ka, aap ka khud apne direct aap ke ghar aa gaya hai?" yani mujhe bohat taajjub hota hai in logon par jo quran hadith ko alag karte hain.</w:t>
      </w:r>
      <w:r>
        <w:br/>
      </w:r>
      <w:r>
        <w:rPr>
          <w:sz w:val="20"/>
        </w:rPr>
        <w:t>1:40:00  pehle yeh sabit karein: quran ko kahan se mila? direct un ko jibril rakh de gaye hain? quran majeed rasool allah ne quran diya hai hum ko. rasool allah ko hadaf karein to quran bhi hadaf hai.</w:t>
      </w:r>
      <w:r>
        <w:br/>
      </w:r>
      <w:r>
        <w:rPr>
          <w:sz w:val="20"/>
        </w:rPr>
        <w:t>1:40:14  zara ghor kijiye, yani rasool allah ko hadaf kar ke quran hadaf nahi ho jayega? ji, jaise india mein agar ambedkar ko hadaf kar diya aap to kishor bhi hadaf ho jata hai.</w:t>
      </w:r>
      <w:r>
        <w:br/>
      </w:r>
      <w:r>
        <w:rPr>
          <w:sz w:val="20"/>
        </w:rPr>
        <w:t>1:40:27  agar india ki tareekh se aap ambedkar ko hadaf kar dein to dastoor bhi hadaf ho jayega. unhone to banaya tha. aise aap hadith quran rasool allah ko hadaf karein to quran bhi hadaf ho jata hai.</w:t>
      </w:r>
      <w:r>
        <w:br/>
      </w:r>
      <w:r>
        <w:rPr>
          <w:sz w:val="20"/>
        </w:rPr>
        <w:t>1:40:40  yeh to bohat zyada ghair ilmi baat hai. yeh log parhe, yani in ko ilm jo alag si baatein karte hain, in ko ilm ki hudood nahi maloom. ilm ki hudood nahi maloom hai.</w:t>
      </w:r>
      <w:r>
        <w:br/>
      </w:r>
      <w:r>
        <w:rPr>
          <w:sz w:val="20"/>
        </w:rPr>
        <w:t>1:40:54  ilm ki hudood, ilm ki aap janna chahey. ilm ka framework pe bolna chahey. Yaad rakhiye, koi baat wahi valid hai jis jo ilm ke framework pe kahi gayi ho.</w:t>
      </w:r>
      <w:r>
        <w:br/>
      </w:r>
      <w:r>
        <w:rPr>
          <w:sz w:val="20"/>
        </w:rPr>
        <w:t>1:41:05  ilm ke framework se bahar kahi gayi ho to valid hi nahi hai. Woh koi sense nahi hai. Iska Quran mein dekhiye, saaf saaf hai ke laqad kana lakum fi rasool Allahi uswatun hasana.</w:t>
      </w:r>
      <w:r>
        <w:br/>
      </w:r>
      <w:r>
        <w:rPr>
          <w:sz w:val="20"/>
        </w:rPr>
        <w:t>1:41:15  Rasool Allah model hain tumhare liye. Yani Quran ideology deta hai aur model hum ko Rasool Allah se milta hai.</w:t>
      </w:r>
      <w:r>
        <w:br/>
      </w:r>
      <w:r>
        <w:rPr>
          <w:sz w:val="20"/>
        </w:rPr>
        <w:t>1:41:23  Dono mil kar complete hota hai. Islam</w:t>
      </w:r>
      <w:r>
        <w:br/>
      </w:r>
      <w:r>
        <w:rPr>
          <w:sz w:val="20"/>
        </w:rPr>
        <w:t>1:41:29  Dono mil ke Islam complete hota hai. To Quran se ideology hum lete hain, Rasool Allah ke model lete hain. Is tarah hum ko Islam ka poora tasawwur milta hai.</w:t>
      </w:r>
      <w:r>
        <w:br/>
      </w:r>
      <w:r>
        <w:rPr>
          <w:sz w:val="20"/>
        </w:rPr>
        <w:t>1:41:40  Jo log Rasool Allah ko alag kar dein aur kahein Quran kaafi hai, woh to main samajhta hoon ke ghair ilmi baat karte hain. Ilm se koi ta'alluq nahi hai. Unko</w:t>
      </w:r>
      <w:r>
        <w:br/>
      </w:r>
      <w:r>
        <w:rPr>
          <w:sz w:val="20"/>
        </w:rPr>
        <w:t>1:41:49  Sab se pehle yeh baat janiye ke ilm ke framework pe bolna chahiye, warna aap ka bol valid nahi hai. Jo log kehte hain ke namaz paanch kahan kahan likhi hui hai, to main kahunga Quran mein namaz ki ideology hai.</w:t>
      </w:r>
      <w:r>
        <w:br/>
      </w:r>
      <w:r>
        <w:rPr>
          <w:sz w:val="20"/>
        </w:rPr>
        <w:t>1:42:07  Ginti ke ma'ano mein hum paanch jo hai, woh Hadees mein hai.</w:t>
      </w:r>
      <w:r>
        <w:br/>
      </w:r>
      <w:r>
        <w:rPr>
          <w:sz w:val="20"/>
        </w:rPr>
        <w:t>1:42:15  Yeh baatein jo hain, yani serious study ki baatein hain, yeh behas warasi ki baatein nahi hain, jalsay jaloos ki baatein nahi hain.</w:t>
      </w:r>
      <w:r>
        <w:br/>
      </w:r>
      <w:r>
        <w:rPr>
          <w:sz w:val="20"/>
        </w:rPr>
        <w:t>1:42:25  Yeh</w:t>
      </w:r>
      <w:r>
        <w:br/>
      </w:r>
      <w:r>
        <w:rPr>
          <w:sz w:val="20"/>
        </w:rPr>
        <w:t>1:42:29  Aur is mein mujhe is mein zara bhi shakk nahi ke paanch waqt ke farz hain Musalmanon par namaz, aur woh istinbat ke taur par khud Quran se bhi nikalti hai.</w:t>
      </w:r>
      <w:r>
        <w:br/>
      </w:r>
      <w:r>
        <w:rPr>
          <w:sz w:val="20"/>
        </w:rPr>
        <w:t>1:42:39  Ke ba'tor is ba'tor inference ke Quran se bhi nikalti hai paanch waqt ki namaz, aur ba'tor ibadat aur nass ke Hadees se nikalti hai. Matlab ginti paanch ki ginti ke sath Hadees se nikalti hai.</w:t>
      </w:r>
      <w:r>
        <w:br/>
      </w:r>
      <w:r>
        <w:rPr>
          <w:sz w:val="20"/>
        </w:rPr>
        <w:t>1:42:52  As a principle, woh Quran se bhi nikalti hai paanch waqt ki namaz. Is par maine mazmoon likha hai ke paanch waqt ki namaz Quran mein kis tarah nikalti hai, woh aap padh lijiye.</w:t>
      </w:r>
      <w:r>
        <w:br/>
      </w:r>
      <w:r>
        <w:rPr>
          <w:sz w:val="20"/>
        </w:rPr>
        <w:t>1:43:01  Isko risale mein aa chuka hai yeh mazmoon</w:t>
      </w:r>
      <w:r>
        <w:br/>
      </w:r>
      <w:r>
        <w:rPr>
          <w:sz w:val="20"/>
        </w:rPr>
        <w:t>1:43:03  ke paanch waqt ki namaz khud Quran mein bhi maujood hai, lekin istinbat ke andaaz mein aur ibadat o nass ke andaaz mein Hadees mein hai.</w:t>
      </w:r>
      <w:r>
        <w:br/>
      </w:r>
      <w:r>
        <w:rPr>
          <w:sz w:val="20"/>
        </w:rPr>
        <w:t>1:43:11  Woh to baharhaal main yeh keh sakta hoon ke ke Hadees agar Hadees hai to Quran Hadees Qudsi hai.</w:t>
      </w:r>
      <w:r>
        <w:br/>
      </w:r>
      <w:r>
        <w:rPr>
          <w:sz w:val="20"/>
        </w:rPr>
        <w:t>1:43:22  Is mein jo bohat hi zyada ilmi jo statement ho sakta hai, scientific statement wahi ho sakta hai ke Hadees agar Hadees hai, Hadees agar Hadees Rasool hai to Quran Hadees Qudsi hai.</w:t>
      </w:r>
      <w:r>
        <w:br/>
      </w:r>
      <w:r>
        <w:rPr>
          <w:sz w:val="20"/>
        </w:rPr>
        <w:t>1:43:38  Aur haqeeqat yeh hai ke yani jo jo jo log Hadees ko na lein, woh yani woh unko sirf behasein milti hain.</w:t>
      </w:r>
      <w:r>
        <w:br/>
      </w:r>
      <w:r>
        <w:rPr>
          <w:sz w:val="20"/>
        </w:rPr>
        <w:t>1:43:51  Behasein</w:t>
      </w:r>
      <w:r>
        <w:br/>
      </w:r>
      <w:r>
        <w:rPr>
          <w:sz w:val="20"/>
        </w:rPr>
        <w:t>1:43:53  Yani Hadees ko chhod kar ke jo Quran ko lete hain, unki qara'ein maine padhi hain, sirf behasein hoti hain. Manfi behasein, manfi behasein, bas aisi qara'ein maine padhi hain.</w:t>
      </w:r>
      <w:r>
        <w:br/>
      </w:r>
      <w:r>
        <w:rPr>
          <w:sz w:val="20"/>
        </w:rPr>
        <w:t>1:44:02  Jo log Hadees ko chhod kar ke Quran ko lete hain, sirf manfi behasein hain, manfi behasein hain. Yeh galat, woh galat, yeh galat, woh galat. Is mein koi na wisdom hai, na koi hikmat hai, na koi aqal ki baat hai.</w:t>
      </w:r>
      <w:r>
        <w:br/>
      </w:r>
      <w:r>
        <w:rPr>
          <w:sz w:val="20"/>
        </w:rPr>
        <w:t>1:44:16  To mera tajruba to yahi hai.</w:t>
      </w:r>
      <w:r>
        <w:br/>
      </w:r>
      <w:r>
        <w:rPr>
          <w:sz w:val="20"/>
        </w:rPr>
        <w:t>1:44:20  Ah, okay, Doctor Muhammad Ibrahim has asked whether Maulana Sahib conducts his lectures in English. Ah, we would like to tell him that there are more than hundred English lectures of Maulana Sahib, which is uploaded on the CPS website.</w:t>
      </w:r>
    </w:p>
    <w:p>
      <w:pPr>
        <w:pStyle w:val="Heading2"/>
      </w:pPr>
      <w:r>
        <w:t>Significance of form in Islamic worship</w:t>
      </w:r>
    </w:p>
    <w:p>
      <w:r>
        <w:rPr>
          <w:color w:val="666666"/>
          <w:sz w:val="18"/>
        </w:rPr>
        <w:t>Worship · Islam in Daily Life May 26, 2013 · 5m 32s · at 1:14:21 · https://youtu.be/iNyWPrbyyhA?t=4461</w:t>
      </w:r>
    </w:p>
    <w:p>
      <w:r>
        <w:rPr>
          <w:i/>
        </w:rPr>
        <w:t>“Some people say that the real thing is spirit. Form has no importance in Islam. My question is, what is the significance of form in Islam? For example, Salat, Hajj, etc. Please guide us.”</w:t>
      </w:r>
    </w:p>
    <w:p>
      <w:r>
        <w:rPr>
          <w:sz w:val="20"/>
        </w:rPr>
        <w:t>1:14:21  maulana agla sawal delhi se hai, ah mr n rasheed ka. unhon ne likha hai: "Some people say that the real thing is spirit.</w:t>
      </w:r>
      <w:r>
        <w:br/>
      </w:r>
      <w:r>
        <w:rPr>
          <w:sz w:val="20"/>
        </w:rPr>
        <w:t>1:14:31  Form has no importance in Islam</w:t>
      </w:r>
      <w:r>
        <w:br/>
      </w:r>
      <w:r>
        <w:rPr>
          <w:sz w:val="20"/>
        </w:rPr>
        <w:t>1:14:34  ." Maulana sahab "My question is, what is the significance of form in Islam? For example, Salat, Hajj, etc. Please guide us." dekhiye, jo log ye kahin,</w:t>
      </w:r>
      <w:r>
        <w:br/>
      </w:r>
      <w:r>
        <w:rPr>
          <w:sz w:val="20"/>
        </w:rPr>
        <w:t>1:14:48  jaise kuch sufia the, kehte hain ke "أنتُمْ مَا أَوْلَادَكُمْ وَدَانَا مَا وَارْدَاتَنَا" . ye to galat hai. ye ye nazariya galat hai.</w:t>
      </w:r>
      <w:r>
        <w:br/>
      </w:r>
      <w:r>
        <w:rPr>
          <w:sz w:val="20"/>
        </w:rPr>
        <w:t>1:14:59  dekhiye, spirit ka lazmi part hai form. spirit agar rahegi to is ko is ka expression hoga form ki surat mein.</w:t>
      </w:r>
      <w:r>
        <w:br/>
      </w:r>
      <w:r>
        <w:rPr>
          <w:sz w:val="20"/>
        </w:rPr>
        <w:t>1:15:14  aisi cheezen hain ke jo log detach kar dete hain, spirit ko alag kar ke form ko samajhte hain ke bas ye form ada kar diya to sab kuch ho gaya.</w:t>
      </w:r>
      <w:r>
        <w:br/>
      </w:r>
      <w:r>
        <w:rPr>
          <w:sz w:val="20"/>
        </w:rPr>
        <w:t>1:15:22  wo galat hai. yani spirit ko detach kar ke form be haqeeqat hai.</w:t>
      </w:r>
      <w:r>
        <w:br/>
      </w:r>
      <w:r>
        <w:rPr>
          <w:sz w:val="20"/>
        </w:rPr>
        <w:t>1:15:29  ye sahi hai. lekin wo form jo spirit ka manifestation ho, spirit ke izhar ke taur par paida ho, wo to in matloob hai.</w:t>
      </w:r>
      <w:r>
        <w:br/>
      </w:r>
      <w:r>
        <w:rPr>
          <w:sz w:val="20"/>
        </w:rPr>
        <w:t>1:15:41  jitna strong hogi spirit, utna hi zyada form aayega aap ke andar. to yaad rakhiye, ye kehna ke form ki koi zaroorat nahi hai, spirit kafi hoti hai, bilkul galat baat hai.</w:t>
      </w:r>
      <w:r>
        <w:br/>
      </w:r>
      <w:r>
        <w:rPr>
          <w:sz w:val="20"/>
        </w:rPr>
        <w:t>1:15:55  kuch sufi log the, aise jo kaha karte the "</w:t>
      </w:r>
      <w:r>
        <w:br/>
      </w:r>
      <w:r>
        <w:rPr>
          <w:sz w:val="20"/>
        </w:rPr>
        <w:t>1:15:59  ap log jo kehte hain ke spirit jo hai, wo aap ko motivate karti hai, wo muharrik banti hai, andar se aap ko jagati hai. ye ye bilkul galat nazariya hai. ye</w:t>
      </w:r>
      <w:r>
        <w:br/>
      </w:r>
      <w:r>
        <w:rPr>
          <w:sz w:val="20"/>
        </w:rPr>
        <w:t>1:16:08  lekin sahi baat ye hai ke spirit jo hai, wo aap ko motivate karti hai, wo muharrik banti hai, andar se aap ko jagati hai.</w:t>
      </w:r>
      <w:r>
        <w:br/>
      </w:r>
      <w:r>
        <w:rPr>
          <w:sz w:val="20"/>
        </w:rPr>
        <w:t>1:16:19  to phir jab jagaye gi to is ka izhaar hoga. isi izhaar ka naam form hai.</w:t>
      </w:r>
      <w:r>
        <w:br/>
      </w:r>
      <w:r>
        <w:rPr>
          <w:sz w:val="20"/>
        </w:rPr>
        <w:t>1:16:25  jab aap ko Allah ki barai se sarshaar aap hote hain aur bilkul is mein gharaq ho jate hain, to be ikhtiyar aap ka sar zameen pe gir gir parta hai.</w:t>
      </w:r>
      <w:r>
        <w:br/>
      </w:r>
      <w:r>
        <w:rPr>
          <w:sz w:val="20"/>
        </w:rPr>
        <w:t>1:16:37  aap is ko afford nahi kar sakte ke aap Allah ke barai sarshaar hon, aap ko sar zameen pe na gire. impossible hai.</w:t>
      </w:r>
      <w:r>
        <w:br/>
      </w:r>
      <w:r>
        <w:rPr>
          <w:sz w:val="20"/>
        </w:rPr>
        <w:t>1:16:47  to jahan yani jo log ye baatein karein, form spirit ke aur form wahan na ho, to un ka to spirit bhi nahi hai, kuch bhi nahi hai. main dekhein, bohat hi gumrahi ki baat hai ye kehna ke "ap log jo kehte hain ke spirit jo hai, wo aap ko motivate karti hai, wo muharrik banti hai, andar se aap ko jagati hai. ye ye bilkul galat nazariya hai. ye</w:t>
      </w:r>
      <w:r>
        <w:br/>
      </w:r>
      <w:r>
        <w:rPr>
          <w:sz w:val="20"/>
        </w:rPr>
        <w:t>1:17:06  maulana ye sawal hyderabad se hai, zubair ahmed sahab ka</w:t>
      </w:r>
      <w:r>
        <w:br/>
      </w:r>
      <w:r>
        <w:rPr>
          <w:sz w:val="20"/>
        </w:rPr>
        <w:t>1:17:10  . unhon ne likha hai: "maulana, hadithon mein aata hai ke zulm ke khilaf awaz uthana chahiye. maulana, is ki wazahat farmayein, ye kis tarah ke zulm ki baat hai?" kahan awaz uthana to kaha yahi nahi.</w:t>
      </w:r>
      <w:r>
        <w:br/>
      </w:r>
      <w:r>
        <w:rPr>
          <w:sz w:val="20"/>
        </w:rPr>
        <w:t>1:17:24  ye to musalman, ye musalmanon ki zuban hai ye. awaz uthana.</w:t>
      </w:r>
      <w:r>
        <w:br/>
      </w:r>
      <w:r>
        <w:rPr>
          <w:sz w:val="20"/>
        </w:rPr>
        <w:t>1:17:31  ye kahan likha hua hai? kis hadith mein? ke awaz uthao, jhanda uthao.</w:t>
      </w:r>
      <w:r>
        <w:br/>
      </w:r>
      <w:r>
        <w:rPr>
          <w:sz w:val="20"/>
        </w:rPr>
        <w:t>1:17:36  ye bilkul yani ye baat kahin bhi, ye musalmanon ki zuban hai ye. awaz uthana. to hadith mein hai ke ke zalim ke khair khwah bano.</w:t>
      </w:r>
      <w:r>
        <w:br/>
      </w:r>
      <w:r>
        <w:rPr>
          <w:sz w:val="20"/>
        </w:rPr>
        <w:t>1:17:50  khair khwahi farz hai, na ke awaz uthana, jhanda ut</w:t>
      </w:r>
      <w:r>
        <w:br/>
      </w:r>
      <w:r>
        <w:rPr>
          <w:sz w:val="20"/>
        </w:rPr>
        <w:t>1:17:54  hana. yani is ki islaah ke dard mand ho jana, is ki islaah ki fikr karna. sochna is ki islaah ke liye. is se mil kar ke samjhana bujhana.</w:t>
      </w:r>
      <w:r>
        <w:br/>
      </w:r>
      <w:r>
        <w:rPr>
          <w:sz w:val="20"/>
        </w:rPr>
        <w:t>1:18:03  aur ye jhanda uthana, ye to haram hai mehnat islam mein. sarkon par aa kar jaloos nikalte hain aur kehte hain ke dekho, hum zalim ke khilaf wo kar rahe hain. bilkul islam se is ka koi talluq nahi hai.</w:t>
      </w:r>
      <w:r>
        <w:br/>
      </w:r>
      <w:r>
        <w:rPr>
          <w:sz w:val="20"/>
        </w:rPr>
        <w:t>1:18:14  ye street active mein nahi hai. islam mein jo hai, wo cheez street activism hai.</w:t>
      </w:r>
      <w:r>
        <w:br/>
      </w:r>
      <w:r>
        <w:rPr>
          <w:sz w:val="20"/>
        </w:rPr>
        <w:t>1:18:24  ye achi tarah samajh lein ke islam mein street activism nahi hai. islam mein is ko kehte hain nas, noor, saad hai. nas khair khwahi. yani bloosher banna.</w:t>
      </w:r>
      <w:r>
        <w:br/>
      </w:r>
      <w:r>
        <w:rPr>
          <w:sz w:val="20"/>
        </w:rPr>
        <w:t>1:18:35  to zalim ke bloosher baniye. ye hai. zalim ke bloosher bane, zalim ke khair khwah baniye. khair khwah banne ke mani hain ke wo kijiye jo maa apne bete ke sath karti hai.</w:t>
      </w:r>
      <w:r>
        <w:br/>
      </w:r>
      <w:r>
        <w:rPr>
          <w:sz w:val="20"/>
        </w:rPr>
        <w:t>1:18:48  aur jo jhanda uthayein, wo to aur islam ke naam par parties chalate hain apne.</w:t>
      </w:r>
      <w:r>
        <w:br/>
      </w:r>
      <w:r>
        <w:rPr>
          <w:sz w:val="20"/>
        </w:rPr>
        <w:t>1:18:54  wo islam ke naam par lead nahi karte. islam se koi talluq nahi.</w:t>
      </w:r>
    </w:p>
    <w:p>
      <w:pPr>
        <w:pStyle w:val="Heading2"/>
      </w:pPr>
      <w:r>
        <w:t>Significance of post-prayer tasbih</w:t>
      </w:r>
    </w:p>
    <w:p>
      <w:r>
        <w:rPr>
          <w:color w:val="666666"/>
          <w:sz w:val="18"/>
        </w:rPr>
        <w:t>Worship · Paradise in The Making March 27, 2011 · 18m 40s · at 1:21:32 · https://youtu.be/Cn5pC7s16sY?t=4892</w:t>
      </w:r>
    </w:p>
    <w:p>
      <w:r>
        <w:rPr>
          <w:i/>
        </w:rPr>
        <w:t>“What is the significance of tasbih after prayer?”</w:t>
      </w:r>
    </w:p>
    <w:p>
      <w:r>
        <w:rPr>
          <w:sz w:val="20"/>
        </w:rPr>
        <w:t>1:21:32  Yeh farq hai dono mein. Maulana ka ek aur sawal hai, unhon ne likha hai: "What is the significance of tasbeeh after namaz?" Haan, dekhiye, is mein bohat sari riwayatein hain.</w:t>
      </w:r>
      <w:r>
        <w:br/>
      </w:r>
      <w:r>
        <w:rPr>
          <w:sz w:val="20"/>
        </w:rPr>
        <w:t>1:21:47  To log samajhte hain ke woh jo mashhoor ek hai, 33 baar, 33 baar, 33 baar, 34 baar, wahi ek riwayat nahi hai. Aur bohat si riwayatein hain, doosre alfaaz hain.</w:t>
      </w:r>
      <w:r>
        <w:br/>
      </w:r>
      <w:r>
        <w:rPr>
          <w:sz w:val="20"/>
        </w:rPr>
        <w:t>1:22:01  To is par ghor karne se samajh mein aata hai ke asal cheez dana shumari nahi hai, kuch alfaaz ko ginna nahi hai. Asal cheez yeh hai ke namaz ke baad kuch der tak aap par namaz kaifiyat taari rahe,</w:t>
      </w:r>
      <w:r>
        <w:br/>
      </w:r>
      <w:r>
        <w:rPr>
          <w:sz w:val="20"/>
        </w:rPr>
        <w:t>1:22:17  yani Allah ki tasbeeh, Allah ki badai, Allah ki hamd, yeh sab aap sochte rahen baith kar ke. To ek bohat hi yani illustrative waqea hai ke Hazrat Umar Rasool Allah ke zamane ka waqea hai ke Rasool Allah ne namaz padhai,</w:t>
      </w:r>
      <w:r>
        <w:br/>
      </w:r>
      <w:r>
        <w:rPr>
          <w:sz w:val="20"/>
        </w:rPr>
        <w:t>1:22:36  jaise salam phera, aap ne ek aadmi foran khara ho gaya sunnat parhne ke liye.</w:t>
      </w:r>
      <w:r>
        <w:br/>
      </w:r>
      <w:r>
        <w:rPr>
          <w:sz w:val="20"/>
        </w:rPr>
        <w:t>1:22:43  to Rasool Allah ne to Hazrat Umar ne us ke us ke kandhe ko aise kar ke aap baitho bithaa diya, us ko aijlas, aijlas baitho.</w:t>
      </w:r>
      <w:r>
        <w:br/>
      </w:r>
      <w:r>
        <w:rPr>
          <w:sz w:val="20"/>
        </w:rPr>
        <w:t>1:22:56  to unhon ne yeh Rasool Allah ke zamane ka waqea yeh hai ke salam pherne ke baad foran khara ho gaya sunnat parhne ke liye. To Hazrat Umar ne kaha ke aijlas baith.</w:t>
      </w:r>
      <w:r>
        <w:br/>
      </w:r>
      <w:r>
        <w:rPr>
          <w:sz w:val="20"/>
        </w:rPr>
        <w:t>1:23:07  to us waqt Hazrat Umar ne farmaya tha ke pichli qaumein is liye halak huin ke un ke do namazon ke beech mein farz nahi hota tha. Ek namaz khatam ki, dhar se doosri namaz shuru kar di.</w:t>
      </w:r>
      <w:r>
        <w:br/>
      </w:r>
      <w:r>
        <w:rPr>
          <w:sz w:val="20"/>
        </w:rPr>
        <w:t>1:23:21  pichli qaumein is liye halak huin ke un ki do namazon ke beech mein farz nahi hota tha. Yani ek namaz aap ne padhi, us ke baad aap ko sochna chahiye ke hum ne kya padha.</w:t>
      </w:r>
      <w:r>
        <w:br/>
      </w:r>
      <w:r>
        <w:rPr>
          <w:sz w:val="20"/>
        </w:rPr>
        <w:t>1:23:32  hum ne Alhamdulillah padha, hum ne Assalamu Alaikum Wa Rahmatullahi padha, hum ne yeh padha, hum ne woh padha. Is ko sochte rahiyey, Allah ki badai, Allah ki tasbeeh karte rahey.</w:t>
      </w:r>
      <w:r>
        <w:br/>
      </w:r>
      <w:r>
        <w:rPr>
          <w:sz w:val="20"/>
        </w:rPr>
        <w:t>1:23:43  koi zaroori nahi ke aap in alfaaz ko le ke ginein, is ko in alfaaz ke baghair bhi aap soch sakte hain. To maqsad yeh hai ke namaz ke khatme par woh namaz ki spirit kuch der tak aap par taari rahe.</w:t>
      </w:r>
      <w:r>
        <w:br/>
      </w:r>
      <w:r>
        <w:rPr>
          <w:sz w:val="20"/>
        </w:rPr>
        <w:t>1:24:00  to pichli qaum ne kaha tha, unhon ne form ko namaz samajh liya tha. Form pichli qaumon mein jo bigaad aaya, form yani shakal ko namaz samajh liya.</w:t>
      </w:r>
      <w:r>
        <w:br/>
      </w:r>
      <w:r>
        <w:rPr>
          <w:sz w:val="20"/>
        </w:rPr>
        <w:t>1:24:11  yeh chaar rakat namaz padhi, dhar se phir doosre do rakat sunnat shuru kar di. Yeh bhi ek form, woh bhi ek form yani spirited salat aap parhein ge, aap rooh se bhari hui salat aap parhein ge.</w:t>
      </w:r>
      <w:r>
        <w:br/>
      </w:r>
      <w:r>
        <w:rPr>
          <w:sz w:val="20"/>
        </w:rPr>
        <w:t>1:24:23  to mumkin nahi ke aap jaldi jaldi uthein doosri rakat parhne ke liye. Aap sochen ge, sochen ge, sochen ge.</w:t>
      </w:r>
      <w:r>
        <w:br/>
      </w:r>
      <w:r>
        <w:rPr>
          <w:sz w:val="20"/>
        </w:rPr>
        <w:t>1:24:31  jo aap Allah ke aage jhuke hain, Allah ki hamd bayan ki hai, aur log insanon par salamat bhejhi hai waghera waghera, to bas sochte rahen ge, sochte rahen ge, sochte rahen ge.</w:t>
      </w:r>
      <w:r>
        <w:br/>
      </w:r>
      <w:r>
        <w:rPr>
          <w:sz w:val="20"/>
        </w:rPr>
        <w:t>1:24:45  to yeh is tasbeeh ka ke rooh yeh hai ke ek namaz ke baad doosri namaz dhar se mat shuru kar do,</w:t>
      </w:r>
      <w:r>
        <w:br/>
      </w:r>
      <w:r>
        <w:rPr>
          <w:sz w:val="20"/>
        </w:rPr>
        <w:t>1:24:52  balkey yaad karte raho rooh salat ko jo namaz mein tum ne padha hai, us ko, us ko, us ko tajdeed karte, us ko revive karte raho.</w:t>
      </w:r>
      <w:r>
        <w:br/>
      </w:r>
      <w:r>
        <w:rPr>
          <w:sz w:val="20"/>
        </w:rPr>
        <w:t>1:25:04  aur it is but natural, agar aap rooh se, agar aap namaz parhein ge rooh wali namaz, to kabhi aisa nahi hoga ke dhar se uth kar ke lagayein ke jab aap form wali namaz parhte ho, aisa hota hai.</w:t>
      </w:r>
      <w:r>
        <w:br/>
      </w:r>
      <w:r>
        <w:rPr>
          <w:sz w:val="20"/>
        </w:rPr>
        <w:t>1:25:16  aur jo namaz ko form samajhte hain, samajhte hain ke chaar rakat yeh ho gaya, do rakat aur parh lo dhar dhar.</w:t>
      </w:r>
      <w:r>
        <w:br/>
      </w:r>
      <w:r>
        <w:rPr>
          <w:sz w:val="20"/>
        </w:rPr>
        <w:t>1:25:24  to Hazrat Umar ne ka matlab yeh tha ke jab namaz sirf form ka, jab jab form ko namaz samajh lete hain, to yeh hota hai. Aur jab rooh ke saath namaz padhi jaye, to yeh aisa kabhi nahi hoga.</w:t>
      </w:r>
      <w:r>
        <w:br/>
      </w:r>
      <w:r>
        <w:rPr>
          <w:sz w:val="20"/>
        </w:rPr>
        <w:t>1:25:37  to baith ke kuch der aap yani Allah ki tasbeeh karein ge, Allah ko yaad karein ge, Allah ki badai aap ke daman be maun ho jayegi. Kuch der baithe rahen ge, aap woh kaifiyat salat kuch der tak aur mazeed taari rahe gi.</w:t>
      </w:r>
      <w:r>
        <w:br/>
      </w:r>
      <w:r>
        <w:rPr>
          <w:sz w:val="20"/>
        </w:rPr>
        <w:t>1:25:50  yeh matlab hai in riwayaton ka.</w:t>
      </w:r>
      <w:r>
        <w:br/>
      </w:r>
      <w:r>
        <w:rPr>
          <w:sz w:val="20"/>
        </w:rPr>
        <w:t>1:25:54  Maulana Musheer Ahmed ne Tamil Nadu se likha hai: "Saari duniya mein Musalman duniya ki zindagi ke liye ihtijaji hain, akhirat ki nijaat ke liye ihtijaj kyun nahi is ka sabab kya hai?" Is ke baray mein bataein.</w:t>
      </w:r>
      <w:r>
        <w:br/>
      </w:r>
      <w:r>
        <w:rPr>
          <w:sz w:val="20"/>
        </w:rPr>
        <w:t>1:26:12  akhirat ke liye ihtijaj nahi kiya jata, akhirat ke liye introspection kiya jata hai. Ihtijaj to siyasat hai, qaumi siyasat hai.</w:t>
      </w:r>
      <w:r>
        <w:br/>
      </w:r>
      <w:r>
        <w:rPr>
          <w:sz w:val="20"/>
        </w:rPr>
        <w:t>1:26:21  agar akhirat ka ihtijaj hone lage to woh bhi, woh kuch nahi rahe ga, woh bhi, woh bhi siyasat ban jayegi. Woh akhirat ke liye agar protest hone lage, ihtijaj hone lage, demonstration hone lage to woh akhirat nahi hogi.</w:t>
      </w:r>
      <w:r>
        <w:br/>
      </w:r>
      <w:r>
        <w:rPr>
          <w:sz w:val="20"/>
        </w:rPr>
        <w:t>1:26:34  woh, woh to ek aur siyasat ho jayegi. Yeh jo Musalman kar rahe hain, woh to qaumi siyasat hai. Musalman apne qaumi mazhab par hain, Islam se koi taalluq nahi un ka.</w:t>
      </w:r>
      <w:r>
        <w:br/>
      </w:r>
      <w:r>
        <w:rPr>
          <w:sz w:val="20"/>
        </w:rPr>
        <w:t>1:26:46  woh qaumi siyasat un ki hai, us ke liye woh protest karte rehte hain, ihtijaj karte rehte hain. Aur akhirat to aap ko chup kar deti hai, aap ko introspection, muhasiba ada karti hai aap ke andar.</w:t>
      </w:r>
      <w:r>
        <w:br/>
      </w:r>
      <w:r>
        <w:rPr>
          <w:sz w:val="20"/>
        </w:rPr>
        <w:t>1:27:06  apne apne aap ko le kar sochte hain, aap apni zimmedari ko le kar sochte hain. Aap to ihtijaj ka lafz jo hai, woh akhirat ke liye sahi nahi hai,</w:t>
      </w:r>
      <w:r>
        <w:br/>
      </w:r>
      <w:r>
        <w:rPr>
          <w:sz w:val="20"/>
        </w:rPr>
        <w:t>1:27:15  woh sirf qaumi shahadat ke liye sahi hai, akhirat ke liye bilkul irrelevant hai. woh Mr. Muhammad Asjad Tasleem ne Dilli se likha hai: "What are the main differences between Sunni and Shia sects?"</w:t>
      </w:r>
      <w:r>
        <w:br/>
      </w:r>
      <w:r>
        <w:rPr>
          <w:sz w:val="20"/>
        </w:rPr>
        <w:t>1:27:32  According to a wide spread notion, people belonging to Shia sect are not considered or treated as Muslims.</w:t>
      </w:r>
      <w:r>
        <w:br/>
      </w:r>
      <w:r>
        <w:rPr>
          <w:sz w:val="20"/>
        </w:rPr>
        <w:t>1:27:41  Is it true according to Islamic perspective?</w:t>
      </w:r>
      <w:r>
        <w:br/>
      </w:r>
      <w:r>
        <w:rPr>
          <w:sz w:val="20"/>
        </w:rPr>
        <w:t>1:27:45  What is your comment?" Dekhiye, is mein ghalu ki wajah se aisa hua hai. Shia Sunni mein koi itna bara farq nahi tha pehle, ghalu ki wajah se ab aisa ho gaya ke woh unko samajhte hain ke woh ek Muslim nahi hain, woh unko samajhte hain ke Muslim nahi hain.</w:t>
      </w:r>
      <w:r>
        <w:br/>
      </w:r>
      <w:r>
        <w:rPr>
          <w:sz w:val="20"/>
        </w:rPr>
        <w:t>1:28:01  Woh aap jaate hain ke ladaiyan ho rahi hain Pakistan mein, to baqayda ladaiyan ho rahi hain. Yeh sab ghalu ki wajah se hota hai.</w:t>
      </w:r>
      <w:r>
        <w:br/>
      </w:r>
      <w:r>
        <w:rPr>
          <w:sz w:val="20"/>
        </w:rPr>
        <w:t>1:28:11  Basically kuch bhi farq nahi tha, wahi Quran, wahi Hadees, sab kuch tha.</w:t>
      </w:r>
      <w:r>
        <w:br/>
      </w:r>
      <w:r>
        <w:rPr>
          <w:sz w:val="20"/>
        </w:rPr>
        <w:t>1:28:15  Sirf yeh farq tha ke Rasool Allah ke baad khilafat ka haq kaun hai, haqdaraar kaun hai. Bas to Shia jo giroh tha, woh samajhte thay ke khilafat ka haqdaraar Ahl-e-Bait hain,</w:t>
      </w:r>
      <w:r>
        <w:br/>
      </w:r>
      <w:r>
        <w:rPr>
          <w:sz w:val="20"/>
        </w:rPr>
        <w:t>1:28:30  aur Sunni giroh jis ko hum kehte hain, us waqt Sunni ka lafz nahi tha. To woh samajhte hain ke nahi, is tarah se faisla kaisa hoga? Basically yahi farq tha, bas aur kuch nahi.</w:t>
      </w:r>
      <w:r>
        <w:br/>
      </w:r>
      <w:r>
        <w:rPr>
          <w:sz w:val="20"/>
        </w:rPr>
        <w:t>1:28:39  Ab ghalu karte karte, ghalu karte karte, idhar se bhi ghalu, idhar se dono taraf ghalu hua.</w:t>
      </w:r>
      <w:r>
        <w:br/>
      </w:r>
      <w:r>
        <w:rPr>
          <w:sz w:val="20"/>
        </w:rPr>
        <w:t>1:28:45  Ab ek poora mazhab ban gaya hai. To haq haqeeqatan kuch bhi farq aaj bhi Quran wahi siyon ka bhi hai, wahi jo Musalmanon ka hai, Sunnion ka.</w:t>
      </w:r>
      <w:r>
        <w:br/>
      </w:r>
      <w:r>
        <w:rPr>
          <w:sz w:val="20"/>
        </w:rPr>
        <w:t>1:28:55  Yeh jo mashhoor hai ke inka Quran doosra hai, galat hai bilkul. Shia ka Shia Quran bhi wahi hai jo Sunnion ka jo Quran hai, koi farq nahi is mein.</w:t>
      </w:r>
      <w:r>
        <w:br/>
      </w:r>
      <w:r>
        <w:rPr>
          <w:sz w:val="20"/>
        </w:rPr>
        <w:t>1:29:06  To khulasa yahi hai ke moajza Shiaat jo hai, woh ghalu ke nateejay mein bani</w:t>
      </w:r>
      <w:r>
        <w:br/>
      </w:r>
      <w:r>
        <w:rPr>
          <w:sz w:val="20"/>
        </w:rPr>
        <w:t>1:29:12  hai, aur is mein ghalu mein Shion hi ka dakhil nahi hai, Sunnion ka bhi dakhil hai. Unhon ne fatwe diye aur bahtein keen, ek daawa khara kiya Shion ke khilaaf, to unhon ne is ka radd-e-amal bhi hua, un ki taraf se hua.</w:t>
      </w:r>
      <w:r>
        <w:br/>
      </w:r>
      <w:r>
        <w:rPr>
          <w:sz w:val="20"/>
        </w:rPr>
        <w:t>1:29:27  To dono ke amal aur radd-e-amal se itna zyada doori ho gayi, warna haqeeqatan koi aisi doori nahi thi.</w:t>
      </w:r>
      <w:r>
        <w:br/>
      </w:r>
      <w:r>
        <w:rPr>
          <w:sz w:val="20"/>
        </w:rPr>
        <w:t>1:29:38  mister gps bhalwa ne delhi se likha hai:</w:t>
      </w:r>
      <w:r>
        <w:br/>
      </w:r>
      <w:r>
        <w:rPr>
          <w:sz w:val="20"/>
        </w:rPr>
        <w:t>1:29:42  "مولانا، after the establishment of paradise, as you have mentioned, will it remain permanent, or the man's tendency</w:t>
      </w:r>
      <w:r>
        <w:br/>
      </w:r>
      <w:r>
        <w:rPr>
          <w:sz w:val="20"/>
        </w:rPr>
        <w:t>1:29:52  to unfold nature, will after a considerable time, bring the paradise also to the same stage as</w:t>
      </w:r>
      <w:r>
        <w:br/>
      </w:r>
      <w:r>
        <w:rPr>
          <w:sz w:val="20"/>
        </w:rPr>
        <w:t>1:30:00  da world az today?</w:t>
      </w:r>
      <w:r>
        <w:br/>
      </w:r>
      <w:r>
        <w:rPr>
          <w:sz w:val="20"/>
        </w:rPr>
        <w:t>1:30:03  yeh bohat interesting question hai.</w:t>
      </w:r>
      <w:r>
        <w:br/>
      </w:r>
      <w:r>
        <w:rPr>
          <w:sz w:val="20"/>
        </w:rPr>
        <w:t>1:30:10  Dekhiye, jahan tak mein samjha hoon, woh yeh hai ke teesra koi duniya banni wali nahi hai, yahi do hi duniya hain: ek present world, doosra world hereafter,</w:t>
      </w:r>
      <w:r>
        <w:br/>
      </w:r>
      <w:r>
        <w:rPr>
          <w:sz w:val="20"/>
        </w:rPr>
        <w:t>1:30:25  aur nature unfolding, chuki unlimited to ab jaai nahi gi, kyunke woh itni zyada hai, itni zyada hai ke woh kabhi khatam hi na ho.</w:t>
      </w:r>
      <w:r>
        <w:br/>
      </w:r>
      <w:r>
        <w:rPr>
          <w:sz w:val="20"/>
        </w:rPr>
        <w:t>1:30:40  Quran mein ek wahi to nematullah la tuhsa, ginti mein nahi aata, woh maani faqat kalimaat Allah.</w:t>
      </w:r>
      <w:r>
        <w:br/>
      </w:r>
      <w:r>
        <w:rPr>
          <w:sz w:val="20"/>
        </w:rPr>
        <w:t>1:30:48  To jo world of nature hai, woh unlimited hai, is mein to kyunke unfolding bhi unlimited tor par jaari rahe gi, to paradise ki koi had nahi hai.</w:t>
      </w:r>
      <w:r>
        <w:br/>
      </w:r>
      <w:r>
        <w:rPr>
          <w:sz w:val="20"/>
        </w:rPr>
        <w:t>1:31:00  Paradise jo hai, eternity ka doosra naam hai. Paradise ke sath eternity juri hui hai, bilkul koi teesra world nahi hai.</w:t>
      </w:r>
      <w:r>
        <w:br/>
      </w:r>
      <w:r>
        <w:rPr>
          <w:sz w:val="20"/>
        </w:rPr>
        <w:t>1:31:11  Dr. Owais Siddiqui ne Nayi Dilli se likha hai: "Please explain how does believing in God help in developing positive thinking?"</w:t>
      </w:r>
      <w:r>
        <w:br/>
      </w:r>
      <w:r>
        <w:rPr>
          <w:sz w:val="20"/>
        </w:rPr>
        <w:t>1:31:24  Dekhiye, Allah par aqeedah rakhna aisa nahi hai jaise hum is cover par aqeedah rakhte hain. Is se humein hamari personality mein koi shaq nahi lage ga,</w:t>
      </w:r>
      <w:r>
        <w:br/>
      </w:r>
      <w:r>
        <w:rPr>
          <w:sz w:val="20"/>
        </w:rPr>
        <w:t>1:31:38  lekin Allah par aqeedah ke maani hain ke aap aise hasti ko maanna jiske samne aap accountable hain, aap jo aap ka hisab lega, jo aap ko jannat mein aur jahannum mein daalne ki taqat rakhta hai.</w:t>
      </w:r>
      <w:r>
        <w:br/>
      </w:r>
      <w:r>
        <w:rPr>
          <w:sz w:val="20"/>
        </w:rPr>
        <w:t>1:31:53  Yeh cheez to aap ko criticize kar deti hai. Jo aadmi criticize ho jaye, wahi to positive thinker hai.</w:t>
      </w:r>
      <w:r>
        <w:br/>
      </w:r>
      <w:r>
        <w:rPr>
          <w:sz w:val="20"/>
        </w:rPr>
        <w:t>1:32:01  Positive thinking jo hai, do tareeqay se aati hai: ya to aap bohat zyada aap ke andar scientific thinking ho, bohat aap objective hon, aap bohat zyada, agarche itna objective koi hota nahi,</w:t>
      </w:r>
      <w:r>
        <w:br/>
      </w:r>
      <w:r>
        <w:rPr>
          <w:sz w:val="20"/>
        </w:rPr>
        <w:t>1:32:16  poori tarah complex free hoon, to poori tarah complex free hoon, bohat objective hoon, tab aata hai positive thinking.</w:t>
      </w:r>
      <w:r>
        <w:br/>
      </w:r>
      <w:r>
        <w:rPr>
          <w:sz w:val="20"/>
        </w:rPr>
        <w:t>1:32:26  aur doosra yeh ke Allah ka khauf bohat ziyada</w:t>
      </w:r>
      <w:r>
        <w:br/>
      </w:r>
      <w:r>
        <w:rPr>
          <w:sz w:val="20"/>
        </w:rPr>
        <w:t>1:32:28  ho. koi Allah ka khauf bohat ziyada ho to aap tamam bias nikal jaate hain, subjective thinking khatam ho jaati hai, as it is thinking aati hai.</w:t>
      </w:r>
      <w:r>
        <w:br/>
      </w:r>
      <w:r>
        <w:rPr>
          <w:sz w:val="20"/>
        </w:rPr>
        <w:t>1:32:39  doosri ka naam hai positive thinking.</w:t>
      </w:r>
      <w:r>
        <w:br/>
      </w:r>
      <w:r>
        <w:rPr>
          <w:sz w:val="20"/>
        </w:rPr>
        <w:t>1:32:44  to main samajhta hoon ke objective thinking ya scientific thinking se jo aati hai positivity, uski to ek had hai, lekin Khuda ke khauf se jo aati hai positivity,</w:t>
      </w:r>
      <w:r>
        <w:br/>
      </w:r>
      <w:r>
        <w:rPr>
          <w:sz w:val="20"/>
        </w:rPr>
        <w:t>1:32:55  Khuda ka aqeedah ke mani Khuda ka khauf se juda hua hai, bilkul is se jo positive thinking aati hai, woh uski koi limit nahi hai.</w:t>
      </w:r>
      <w:r>
        <w:br/>
      </w:r>
      <w:r>
        <w:rPr>
          <w:sz w:val="20"/>
        </w:rPr>
        <w:t>1:33:07  Doctor Farida Khanam ne Delhi se likha hai: "Why is it that becoming grateful is the most difficult thing? That is why man has failed in this test.</w:t>
      </w:r>
      <w:r>
        <w:br/>
      </w:r>
      <w:r>
        <w:rPr>
          <w:sz w:val="20"/>
        </w:rPr>
        <w:t>1:33:20  Now it seems to be too late to reform our self</w:t>
      </w:r>
      <w:r>
        <w:br/>
      </w:r>
      <w:r>
        <w:rPr>
          <w:sz w:val="20"/>
        </w:rPr>
        <w:t>1:33:24  s. Please comment."</w:t>
      </w:r>
      <w:r>
        <w:br/>
      </w:r>
      <w:r>
        <w:rPr>
          <w:sz w:val="20"/>
        </w:rPr>
        <w:t>1:33:30  asal mein insaan ke andar dekhiye, ego ki tarah bohat ziyada barha hua hai, bohat ziyada. is se pride aata hai, self respect aata hai, main aata hai, ananiyat.</w:t>
      </w:r>
      <w:r>
        <w:br/>
      </w:r>
      <w:r>
        <w:rPr>
          <w:sz w:val="20"/>
        </w:rPr>
        <w:t>1:33:44  to is ki wajah se kya hai?</w:t>
      </w:r>
      <w:r>
        <w:br/>
      </w:r>
      <w:r>
        <w:rPr>
          <w:sz w:val="20"/>
        </w:rPr>
        <w:t>1:33:48  yani acknowledge karne ke mani hain ke ek cheez jo hai, doosre ke khaane mein daalna.</w:t>
      </w:r>
      <w:r>
        <w:br/>
      </w:r>
      <w:r>
        <w:rPr>
          <w:sz w:val="20"/>
        </w:rPr>
        <w:t>1:33:57  jab aap kisi ka iqraar karte hain to is ka matlab yeh hai ke aap ne is ko doosre khaane mein daal diya.</w:t>
      </w:r>
      <w:r>
        <w:br/>
      </w:r>
      <w:r>
        <w:rPr>
          <w:sz w:val="20"/>
        </w:rPr>
        <w:t>1:34:09  jaise mujhe koi cheez de, koi aadmi ek laptop de, to main jab is ka dhoom se iqraar karunga to mani ke maine is ko doosre khaane mein daal diya.</w:t>
      </w:r>
      <w:r>
        <w:br/>
      </w:r>
      <w:r>
        <w:rPr>
          <w:sz w:val="20"/>
        </w:rPr>
        <w:t>1:34:21  jo log kya karte hain? pitch up kar lete hain, ghuma phira kar bolte hain.</w:t>
      </w:r>
      <w:r>
        <w:br/>
      </w:r>
      <w:r>
        <w:rPr>
          <w:sz w:val="20"/>
        </w:rPr>
        <w:t>1:34:24  to apne fakhr ko bahar rakhne ke liye, apne so called self respect ko bahar rakhne ke liye, yeh sab kiya jaata hai.</w:t>
      </w:r>
      <w:r>
        <w:br/>
      </w:r>
      <w:r>
        <w:rPr>
          <w:sz w:val="20"/>
        </w:rPr>
        <w:t>1:34:34  aur Allah ka darr agar sahi maano mein aa jaye to yeh sab khatam ho jaati hain. yeh sab cheezein aadmi criticize ho jaata hai.</w:t>
      </w:r>
      <w:r>
        <w:br/>
      </w:r>
      <w:r>
        <w:rPr>
          <w:sz w:val="20"/>
        </w:rPr>
        <w:t>1:34:43  yeh yeh jo question hai ji,</w:t>
      </w:r>
      <w:r>
        <w:br/>
      </w:r>
      <w:r>
        <w:rPr>
          <w:sz w:val="20"/>
        </w:rPr>
        <w:t>1:34:47  Miss Naghma Siddiqui ne Delhi se likha hai:</w:t>
      </w:r>
      <w:r>
        <w:br/>
      </w:r>
      <w:r>
        <w:rPr>
          <w:sz w:val="20"/>
        </w:rPr>
        <w:t>1:34:51  "Many people are saying these natural calamities as cause and effect result. How can we make them realize the divine hand in these incidents?"</w:t>
      </w:r>
      <w:r>
        <w:br/>
      </w:r>
      <w:r>
        <w:rPr>
          <w:sz w:val="20"/>
        </w:rPr>
        <w:t>1:35:05  nahi, dekhiye, scientist to aisa kehte hain nahi. aam log kehte honge, scientist is ko cause and effect nahi batate kyunke yeh har us ko paar kar chuka hai.</w:t>
      </w:r>
      <w:r>
        <w:br/>
      </w:r>
      <w:r>
        <w:rPr>
          <w:sz w:val="20"/>
        </w:rPr>
        <w:t>1:35:16  abhi jo aa raha hai, har had ko paar kar chuka hai. yeh</w:t>
      </w:r>
      <w:r>
        <w:br/>
      </w:r>
      <w:r>
        <w:rPr>
          <w:sz w:val="20"/>
        </w:rPr>
        <w:t>1:35:23  jo cheez had na paar kare, wahan to aap keh sakte hain aisa, haalanke wahan bhi yani cause and effect jo hai, woh kaafi hai. khud cause and effect kis ne paida kiya?</w:t>
      </w:r>
      <w:r>
        <w:br/>
      </w:r>
      <w:r>
        <w:rPr>
          <w:sz w:val="20"/>
        </w:rPr>
        <w:t>1:35:34  cause and effect kis ne paida kiya? wahi to koi is ko paida karne wala hai.</w:t>
      </w:r>
      <w:r>
        <w:br/>
      </w:r>
      <w:r>
        <w:rPr>
          <w:sz w:val="20"/>
        </w:rPr>
        <w:t>1:35:43  zameen ke andar jo lava hai, woh jo active hota hai, to kis ne is ko active kiya? yeh bhi to sawal paida hota hai.</w:t>
      </w:r>
      <w:r>
        <w:br/>
      </w:r>
      <w:r>
        <w:rPr>
          <w:sz w:val="20"/>
        </w:rPr>
        <w:t>1:35:56  ek to yeh sawal, doosra yeh ke ab jo is waqt jo aa raha hai, woh is is normal limit se zyada hai. normal limit jo hua karti thi, us se bohat zyada hai.</w:t>
      </w:r>
      <w:r>
        <w:br/>
      </w:r>
      <w:r>
        <w:rPr>
          <w:sz w:val="20"/>
        </w:rPr>
        <w:t>1:36:09  to yeh to khud science-daan hairaan hain ke aakhir yeh normal limit se zyada kyun aisa ho raha hai? kya maamla hai yeh? to is ki main samajhta hoon ke is ko explain nahi kiya ja sakta jab tak yeh na maane ke is mein divine intervention ka maamla hai.</w:t>
      </w:r>
      <w:r>
        <w:br/>
      </w:r>
      <w:r>
        <w:rPr>
          <w:sz w:val="20"/>
        </w:rPr>
        <w:t>1:36:22  yeh</w:t>
      </w:r>
      <w:r>
        <w:br/>
      </w:r>
      <w:r>
        <w:rPr>
          <w:sz w:val="20"/>
        </w:rPr>
        <w:t>1:36:25  doctor Fareeda Khanam ne Dilli se likha hai: "a number of programs were held in honor of Imam Haram. The Imam as well as other speakers lavish praises of the companions, but they did not tell how we should follow the companions and what role we have to play in the guidance of the companions in present times.</w:t>
      </w:r>
      <w:r>
        <w:br/>
      </w:r>
      <w:r>
        <w:rPr>
          <w:sz w:val="20"/>
        </w:rPr>
        <w:t>1:36:50  what is your comment on this?"</w:t>
      </w:r>
      <w:r>
        <w:br/>
      </w:r>
      <w:r>
        <w:rPr>
          <w:sz w:val="20"/>
        </w:rPr>
        <w:t>1:36:52  pehli baat yeh hai ke companion ne kya? is tarah ke stage khada kiya tha? kabhi is tarah stage to bidat hai. bataiye ke kab Sahaba ne is stage bana kar ke tareefein keen aur Abu Bakr ki Umar ki tareefein mein taqreerein karne lage?</w:t>
      </w:r>
      <w:r>
        <w:br/>
      </w:r>
      <w:r>
        <w:rPr>
          <w:sz w:val="20"/>
        </w:rPr>
        <w:t>1:37:09  yeh to yeh to khitab bidat hai. yeh yeh khud yeh tareeqa stage banana aur fakhr bayan karna, tareefein karna, bare bare alfaaz bolna, yeh khud apne aap mein bidat hai.</w:t>
      </w:r>
      <w:r>
        <w:br/>
      </w:r>
      <w:r>
        <w:rPr>
          <w:sz w:val="20"/>
        </w:rPr>
        <w:t>1:37:20  Sahaba ke tareeqa khilaf hai.</w:t>
      </w:r>
      <w:r>
        <w:br/>
      </w:r>
      <w:r>
        <w:rPr>
          <w:sz w:val="20"/>
        </w:rPr>
        <w:t>1:37:23  Sahaba ka tareeqa jo hai introspection hai. introspection woh to koi karta nahi. is ko is ko is ko main kaha karta hoon stage activism.</w:t>
      </w:r>
      <w:r>
        <w:br/>
      </w:r>
      <w:r>
        <w:rPr>
          <w:sz w:val="20"/>
        </w:rPr>
        <w:t>1:37:32  aaj kal zamane mein tarah tarah ke activism nikle hain: judicial activism aur media activism aur kya kya activism?</w:t>
      </w:r>
      <w:r>
        <w:br/>
      </w:r>
      <w:r>
        <w:rPr>
          <w:sz w:val="20"/>
        </w:rPr>
        <w:t>1:37:43  bohat saare isi mein se ek yeh hai stage activism. is ka taluq na Islam se hai, na is ka koi</w:t>
      </w:r>
      <w:r>
        <w:br/>
      </w:r>
      <w:r>
        <w:rPr>
          <w:sz w:val="20"/>
        </w:rPr>
        <w:t>1:37:50  faida hai. Millat ki islaah se koi faida is ka nahi hai. ek aadmi bhi is se is ki islaah nahi hogi. yaani ek aadmi bhi aisa nahi hai, aap dhoond ke nikaliye jo is stage activism ke baad yeh kahe ke aaj se maine Sahaba ke model ko apna liya, apni zindagi ko badal liya, maine falan falan ghalti jo mere andar thi, Sahaba ke khilaf, woh theek kar liya.</w:t>
      </w:r>
      <w:r>
        <w:br/>
      </w:r>
      <w:r>
        <w:rPr>
          <w:sz w:val="20"/>
        </w:rPr>
        <w:t>1:38:11  ek aadmi mujhe jhoot ke bataiye, yeh stage activism hai. is ka koi faida na duniya mein hai, na aakhirat mein hai.</w:t>
      </w:r>
      <w:r>
        <w:br/>
      </w:r>
      <w:r>
        <w:rPr>
          <w:sz w:val="20"/>
        </w:rPr>
        <w:t>1:38:19  yeh to sirf media mein chand din ka tamasha hai. is ke baad qissa khatam.</w:t>
      </w:r>
      <w:r>
        <w:br/>
      </w:r>
      <w:r>
        <w:rPr>
          <w:sz w:val="20"/>
        </w:rPr>
        <w:t>1:38:27  Miss Saadia Khan ne Dilli se likha hai: "will man play any role in the making, sustaining and developing of the next world?" please comment.</w:t>
      </w:r>
      <w:r>
        <w:br/>
      </w:r>
      <w:r>
        <w:rPr>
          <w:sz w:val="20"/>
        </w:rPr>
        <w:t>1:38:46  ab main to yahi samajhta hoon ke woh Allah taala ka maamla hai. koi duniya ko banana Allah taala ka maamla hai. hum to sirf yeh hain ke deserving content ban saken, wahan settle hone ke liye.</w:t>
      </w:r>
      <w:r>
        <w:br/>
      </w:r>
      <w:r>
        <w:rPr>
          <w:sz w:val="20"/>
        </w:rPr>
        <w:t>1:39:01  khud is duniya ko banana,</w:t>
      </w:r>
      <w:r>
        <w:br/>
      </w:r>
      <w:r>
        <w:rPr>
          <w:sz w:val="20"/>
        </w:rPr>
        <w:t>1:39:05  wohi unhone kaha: "paradigm in the making". to is duniya ko banana to sar ta pa Allah taala ka maamla hai.</w:t>
      </w:r>
      <w:r>
        <w:br/>
      </w:r>
      <w:r>
        <w:rPr>
          <w:sz w:val="20"/>
        </w:rPr>
        <w:t>1:39:12  humein jo karna hai, woh yeh hai ke hum apne ko is ka deserving content bana saken. bas hamare bas mein yahi hai.</w:t>
      </w:r>
    </w:p>
    <w:p>
      <w:pPr>
        <w:pStyle w:val="Heading2"/>
      </w:pPr>
      <w:r>
        <w:t>Why are non-Muslims banned from Kaaba?</w:t>
      </w:r>
    </w:p>
    <w:p>
      <w:r>
        <w:rPr>
          <w:color w:val="666666"/>
          <w:sz w:val="18"/>
        </w:rPr>
        <w:t>Worship · Paradise as A Goal April 26, 2015 · 5m 00s · at 1:09:58 · https://youtu.be/4IWLd2SIBkw?t=4198</w:t>
      </w:r>
    </w:p>
    <w:p>
      <w:r>
        <w:rPr>
          <w:i/>
        </w:rPr>
        <w:t>“Why are non-Muslims not allowed inside Kaaba? Many people sincerely want to see it.”</w:t>
      </w:r>
    </w:p>
    <w:p>
      <w:r>
        <w:rPr>
          <w:sz w:val="20"/>
        </w:rPr>
        <w:t>1:09:58  Maulana, yeh agla sawal aaya hai Mr. Raj Malik ka Delhi se.</w:t>
      </w:r>
      <w:r>
        <w:br/>
      </w:r>
      <w:r>
        <w:rPr>
          <w:sz w:val="20"/>
        </w:rPr>
        <w:t>1:10:04  Maulana, hamare ek Hindu dost keh rahe the ke Ka'aba ke andar Musalmanon ke ilawa doosre dharam ke logon ko kyun nahi jaane dete?</w:t>
      </w:r>
      <w:r>
        <w:br/>
      </w:r>
      <w:r>
        <w:rPr>
          <w:sz w:val="20"/>
        </w:rPr>
        <w:t>1:10:16  Bohat se log aise hote hain jo sachay dil se darshan karna chahte hain.</w:t>
      </w:r>
      <w:r>
        <w:br/>
      </w:r>
      <w:r>
        <w:rPr>
          <w:sz w:val="20"/>
        </w:rPr>
        <w:t>1:10:24  Dekhein, is se pehle maine yeh baat batai hai ke shuru mein aisa nahi tha. Shuru mein har ek wahan aata tha,</w:t>
      </w:r>
      <w:r>
        <w:br/>
      </w:r>
      <w:r>
        <w:rPr>
          <w:sz w:val="20"/>
        </w:rPr>
        <w:t>1:10:33  lekin hua yeh ke koi aaya wahan to us ne logon ko but parasti ki baat shuru kar di ke yahan but bhi hona chahiye.</w:t>
      </w:r>
      <w:r>
        <w:br/>
      </w:r>
      <w:r>
        <w:rPr>
          <w:sz w:val="20"/>
        </w:rPr>
        <w:t>1:10:43  Dheere dheere dheere dheere wahan ek but rakh diya gaya. Log thoda is se is ke influence ho gaye. Yahan hote hote 360 but is pe ho gaye.</w:t>
      </w:r>
      <w:r>
        <w:br/>
      </w:r>
      <w:r>
        <w:rPr>
          <w:sz w:val="20"/>
        </w:rPr>
        <w:t>1:10:54  Rasool Allah ke zamane mein 360 but is ke andar rakhe hue the.</w:t>
      </w:r>
      <w:r>
        <w:br/>
      </w:r>
      <w:r>
        <w:rPr>
          <w:sz w:val="20"/>
        </w:rPr>
        <w:t>1:10:59  Tab yeh aisa hua ke band kar diya gaya ke yahan par koi but parast dakhil nahi hoga, koi mushrik dakhil nahi hoga. Is tajrube ki bina par ke log itne zyada ghair zimmedar hote hain, yeh nahi ke ja kar wahan dekha aur chale aayein.</w:t>
      </w:r>
      <w:r>
        <w:br/>
      </w:r>
      <w:r>
        <w:rPr>
          <w:sz w:val="20"/>
        </w:rPr>
        <w:t>1:11:16  Wahan woh chahein ke but bhi rakh dein. Warna is se pehle nahi tha. Yeh matlab awwal din se aisa nahi tha. Yeh baad ko aisa hua. To main samajhta hoon ke quite reasonably yeh baat hai</w:t>
      </w:r>
      <w:r>
        <w:br/>
      </w:r>
      <w:r>
        <w:rPr>
          <w:sz w:val="20"/>
        </w:rPr>
        <w:t>1:11:29  ke aage bhi kisi ko, yani koi aisa kar sakta hai, kyunke log to bohat insincere hote hain.</w:t>
      </w:r>
      <w:r>
        <w:br/>
      </w:r>
      <w:r>
        <w:rPr>
          <w:sz w:val="20"/>
        </w:rPr>
        <w:t>1:11:39  Logon mein maine paya hai ke sab se kam jo cheez sincerity hai, to ab kya kiya jayega? Woh ek tauheed ka ghar hai, sirf Allah wahid ki ibadat ka markaz hai, to is ko bahar bachana padega.</w:t>
      </w:r>
      <w:r>
        <w:br/>
      </w:r>
      <w:r>
        <w:rPr>
          <w:sz w:val="20"/>
        </w:rPr>
        <w:t>1:11:52  Humein woh koi tourist center to hai nahi.</w:t>
      </w:r>
      <w:r>
        <w:br/>
      </w:r>
      <w:r>
        <w:rPr>
          <w:sz w:val="20"/>
        </w:rPr>
        <w:t>1:11:55  Tourist center mein is tarah ki cheezon ki zaroorat nahi hoti. Tourist center mein jo bhi chahe jaye, wahan koi bhi baat hai ke chahe kare, lekin woh to ek ek, yani oneness of God ka center hai.</w:t>
      </w:r>
      <w:r>
        <w:br/>
      </w:r>
      <w:r>
        <w:rPr>
          <w:sz w:val="20"/>
        </w:rPr>
        <w:t>1:12:10  Woh to kaise bardasht kiya jayega wahan us ko? Jabke tajruba yeh hai ke insaan insincere hai, wahan yeh safar karta karta ja kar ke.</w:t>
      </w:r>
      <w:r>
        <w:br/>
      </w:r>
      <w:r>
        <w:rPr>
          <w:sz w:val="20"/>
        </w:rPr>
        <w:t>1:12:24  Maulana, yeh agla question kiya hai Mr. Khan ne. Unhon ne apni location mention nahi ki hai. Maulana sahib, the non Muslims who are doing good things in society and are also doing the tazkiyah.</w:t>
      </w:r>
      <w:r>
        <w:br/>
      </w:r>
      <w:r>
        <w:rPr>
          <w:sz w:val="20"/>
        </w:rPr>
        <w:t>1:12:40  waat wel heppen to dem? dekhiye, yeh unhi ki baat nahi hai. musalman apne ko safe side pe samajhta hai.</w:t>
      </w:r>
      <w:r>
        <w:br/>
      </w:r>
      <w:r>
        <w:rPr>
          <w:sz w:val="20"/>
        </w:rPr>
        <w:t>1:12:51  koi safe side pe nahi hai.</w:t>
      </w:r>
      <w:r>
        <w:br/>
      </w:r>
      <w:r>
        <w:rPr>
          <w:sz w:val="20"/>
        </w:rPr>
        <w:t>1:12:55  yeh allah ke ilm mein hai ke kis ke sath kya muamla hoga. rasool allah ne khud apne bare mein kaha: "mai fooli bi wala bikam".</w:t>
      </w:r>
      <w:r>
        <w:br/>
      </w:r>
      <w:r>
        <w:rPr>
          <w:sz w:val="20"/>
        </w:rPr>
        <w:t>1:13:03  mujhe kuch nahi pata ke mere sath kya hoga, tumhare sath kya hoga. to musalman aam taur par samajhte hain ke hum to safe side pe hain. safe side mein yaad rakhein, koi bhi nahi hai, koi bhi nahi hai.</w:t>
      </w:r>
      <w:r>
        <w:br/>
      </w:r>
      <w:r>
        <w:rPr>
          <w:sz w:val="20"/>
        </w:rPr>
        <w:t>1:13:16  yeh yeh allah ke domain ki baat hai ke woh kis ke liye kya</w:t>
      </w:r>
      <w:r>
        <w:br/>
      </w:r>
      <w:r>
        <w:rPr>
          <w:sz w:val="20"/>
        </w:rPr>
        <w:t>1:13:22  faisla kare, kyunke woh dil ka haal janta hai aur uska talluq dil dil se hai. dil mein insan kaisa hai, us par yani intention kaisi hai, us ki us se uska faisla hoga.</w:t>
      </w:r>
      <w:r>
        <w:br/>
      </w:r>
      <w:r>
        <w:rPr>
          <w:sz w:val="20"/>
        </w:rPr>
        <w:t>1:13:36  to matlab yeh yeh sawal jo hai, aksar log karte hain, lekin yeh sawal irrelevant sawal hai. woh kisi ke bare mein bhi yahi baat aa sakti hai, chahe woh musalman kyun na ho, ke kya mera anjam hoga wahan?</w:t>
      </w:r>
      <w:r>
        <w:br/>
      </w:r>
      <w:r>
        <w:rPr>
          <w:sz w:val="20"/>
        </w:rPr>
        <w:t>1:13:50  jab rasool allah ne keh diya ke mujhe nahi pata ke tumhara kya anjam hoga, yeh allah ko pata hai, to aap musalman kaise yeh</w:t>
      </w:r>
      <w:r>
        <w:br/>
      </w:r>
      <w:r>
        <w:rPr>
          <w:sz w:val="20"/>
        </w:rPr>
        <w:t>1:13:59  yani yeh aqeedah bana liya hai ke hum safe side mein hain? kaise right hai un ko ke yeh aqeedah banayein?</w:t>
      </w:r>
    </w:p>
    <w:p>
      <w:pPr>
        <w:pStyle w:val="Heading2"/>
      </w:pPr>
      <w:r>
        <w:t>Why is taking pictures haram for Muslims?</w:t>
      </w:r>
    </w:p>
    <w:p>
      <w:r>
        <w:rPr>
          <w:color w:val="666666"/>
          <w:sz w:val="18"/>
        </w:rPr>
        <w:t>Worship · Contribution of Sufism in India May 29, 2011 · 8m 29s · at 1:44:34 · https://youtu.be/lzxSaTnomio?t=6274</w:t>
      </w:r>
    </w:p>
    <w:p>
      <w:r>
        <w:rPr>
          <w:i/>
        </w:rPr>
        <w:t>“Why is taking pictures considered haram? I have seen many Muslims taking pictures of human beings.”</w:t>
      </w:r>
    </w:p>
    <w:p>
      <w:r>
        <w:rPr>
          <w:sz w:val="20"/>
        </w:rPr>
        <w:t>1:44:34  So, you can leave your contact details with us whenever the next English lecture takes place. We will let you know. Agla sawal hai Miss Fatima Kustandin ka: "I am a new Muslim</w:t>
      </w:r>
      <w:r>
        <w:br/>
      </w:r>
      <w:r>
        <w:rPr>
          <w:sz w:val="20"/>
        </w:rPr>
        <w:t>1:44:48  . I would like to know why taking pictures is haram. I have seen many Muslims taking pictures of human beings."</w:t>
      </w:r>
      <w:r>
        <w:br/>
      </w:r>
      <w:r>
        <w:rPr>
          <w:sz w:val="20"/>
        </w:rPr>
        <w:t>1:44:57  please, give your, please, if its possible, give your answer in english. i dont think it is haram. yeh is quite lawful.</w:t>
      </w:r>
      <w:r>
        <w:br/>
      </w:r>
      <w:r>
        <w:rPr>
          <w:sz w:val="20"/>
        </w:rPr>
        <w:t>1:45:10  it is an old fatwa</w:t>
      </w:r>
      <w:r>
        <w:br/>
      </w:r>
      <w:r>
        <w:rPr>
          <w:sz w:val="20"/>
        </w:rPr>
        <w:t>1:45:12  . previously some is called sir wishod a fatwa that that photo is haram, but now there is no aalim,</w:t>
      </w:r>
      <w:r>
        <w:br/>
      </w:r>
      <w:r>
        <w:rPr>
          <w:sz w:val="20"/>
        </w:rPr>
        <w:t>1:45:22  no such aalim. everywhere muslim ulama are yani using this technique, and it is a, it is a, it is a, it is a, it is old fatwa.</w:t>
      </w:r>
      <w:r>
        <w:br/>
      </w:r>
      <w:r>
        <w:rPr>
          <w:sz w:val="20"/>
        </w:rPr>
        <w:t>1:45:38  now there is no such fatwa.</w:t>
      </w:r>
      <w:r>
        <w:br/>
      </w:r>
      <w:r>
        <w:rPr>
          <w:sz w:val="20"/>
        </w:rPr>
        <w:t>1:45:40  i dont know any aalim who, who, who issue this subject in present day. so, there no doubt about it that photo is lawful in islam.</w:t>
      </w:r>
      <w:r>
        <w:br/>
      </w:r>
      <w:r>
        <w:rPr>
          <w:sz w:val="20"/>
        </w:rPr>
        <w:t>1:45:53  what is unlawful? that is nudity. nudity and u d i t y, nudity is haram, but photo is not haram.</w:t>
      </w:r>
      <w:r>
        <w:br/>
      </w:r>
      <w:r>
        <w:rPr>
          <w:sz w:val="20"/>
        </w:rPr>
        <w:t>1:46:07  ah, Maulana Mr. Amir bin Yusuf ka Pakistan se sawal aaya hai. unhon ne kaha hai ke aap ne abhi yeh kaha ke jis ki marzi ho, woh mazar par jaye.</w:t>
      </w:r>
      <w:r>
        <w:br/>
      </w:r>
      <w:r>
        <w:rPr>
          <w:sz w:val="20"/>
        </w:rPr>
        <w:t>1:46:17  yeh baat mujhe samajh nahi aayi. is ke bare mein phir se bataye. nahi, mein ne yeh nahi kaha ke jis ki marzi ho, yeh nahi mein ne kaha.</w:t>
      </w:r>
      <w:r>
        <w:br/>
      </w:r>
      <w:r>
        <w:rPr>
          <w:sz w:val="20"/>
        </w:rPr>
        <w:t>1:46:25  mein ne kaha jo jo jata hai, woh apni niyat ka khud jayza le ke us ki niyat kya hai, woh kya samajhta hai, kya milta hai wahan. us ko apna apna muhasba khud kare.</w:t>
      </w:r>
      <w:r>
        <w:br/>
      </w:r>
      <w:r>
        <w:rPr>
          <w:sz w:val="20"/>
        </w:rPr>
        <w:t>1:46:35  mein is ka koi muhasib nahi hoon, yeh mein ne kaha hai.</w:t>
      </w:r>
      <w:r>
        <w:br/>
      </w:r>
      <w:r>
        <w:rPr>
          <w:sz w:val="20"/>
        </w:rPr>
        <w:t>1:46:41  Maulana Zakwan Nadvi ne Delhi se likha hai: "Hadees mein aaya hai ke Allah ke kuch aise bande hain jin ke upar Qayamat ke din prophets bhi rush karenge.</w:t>
      </w:r>
      <w:r>
        <w:br/>
      </w:r>
      <w:r>
        <w:rPr>
          <w:sz w:val="20"/>
        </w:rPr>
        <w:t>1:46:54  poochne par prophet ne bataya ke yeh woh log honge jo Allah ke bande ke andar Allah ki mohabbat paida karenge."</w:t>
      </w:r>
      <w:r>
        <w:br/>
      </w:r>
      <w:r>
        <w:rPr>
          <w:sz w:val="20"/>
        </w:rPr>
        <w:t>1:47:03  Maulana, is hadees ko explain kariye. dekhiye, is par ghor karne se mujhe samajh mein aaya hai ke sab se zyada rare jo jo hai, commodity rest of rare, woh Allah se mohabbat hai.</w:t>
      </w:r>
      <w:r>
        <w:br/>
      </w:r>
      <w:r>
        <w:rPr>
          <w:sz w:val="20"/>
        </w:rPr>
        <w:t>1:47:19  yeh ajib baat hai ke hazaron saal guzre chale ja rahe hain, woh banda hi nahi paida ho raha jo Allah se hubb shadeed jis ke andar ho. bohat anokhi baat hai.</w:t>
      </w:r>
      <w:r>
        <w:br/>
      </w:r>
      <w:r>
        <w:rPr>
          <w:sz w:val="20"/>
        </w:rPr>
        <w:t>1:47:30  abhi jo mein ne bataya aap ko ke Haram se Makkah, Madinah, Telugu aaya mere paas. mein ne us ko poocha ke kya mohabbat ilahi ka koi charcha suna aap ne?</w:t>
      </w:r>
      <w:r>
        <w:br/>
      </w:r>
      <w:r>
        <w:rPr>
          <w:sz w:val="20"/>
        </w:rPr>
        <w:t>1:47:38  kaha kuch nahi, mohabbat ilahi ki koi baat hi nahi, woh kyun karta? yani Haram pe, Makkah, Madinah mein, aisi duniya bhar mein to ajib baat hai ke bohat hi rare commodity jo hai duniya mein, woh hai mohabbat ilahi.</w:t>
      </w:r>
      <w:r>
        <w:br/>
      </w:r>
      <w:r>
        <w:rPr>
          <w:sz w:val="20"/>
        </w:rPr>
        <w:t>1:47:54  yani Shaitan aisa zyada bhakata hai ke insaan ko Khuda se mohabbat na paida ho,</w:t>
      </w:r>
      <w:r>
        <w:br/>
      </w:r>
      <w:r>
        <w:rPr>
          <w:sz w:val="20"/>
        </w:rPr>
        <w:t>1:48:00  kyun ke mohabbat paida ho jayegi to Allah ka mehboob ban jayega. woh</w:t>
      </w:r>
      <w:r>
        <w:br/>
      </w:r>
      <w:r>
        <w:rPr>
          <w:sz w:val="20"/>
        </w:rPr>
        <w:t>1:48:07  to aisi halat mein woh bande, woh daai jo insano ko is is yani insaan ke andar yeh yeh zeher banaye ke woh Allah se mohabbat karne wala ban jaye, to yeh bohat hi bara kaam hai.</w:t>
      </w:r>
      <w:r>
        <w:br/>
      </w:r>
      <w:r>
        <w:rPr>
          <w:sz w:val="20"/>
        </w:rPr>
        <w:t>1:48:27  yani hazaron saal se tareekh chal rahi hai, woh insaan paida hi nahi ho rahe hain jo Allah se mohabbat karein. kyun? Shaitan ne bhaka rakha hai logon ko, bhaka rakha hai, bhaka rakha hai.</w:t>
      </w:r>
      <w:r>
        <w:br/>
      </w:r>
      <w:r>
        <w:rPr>
          <w:sz w:val="20"/>
        </w:rPr>
        <w:t>1:48:37  to woh woh daai jo hain, kitne ajib honge jo insano ko samjhayein, un ke mind ko address karein, un ke andar Allah ki mohabbat dalein, aur phir woh insaan, aadmi jo hai, Allah ko discover kar ke us se mohabbat karne wala ban jaye, to bohat anokha insaan hoga woh.</w:t>
      </w:r>
      <w:r>
        <w:br/>
      </w:r>
      <w:r>
        <w:rPr>
          <w:sz w:val="20"/>
        </w:rPr>
        <w:t>1:48:56  to Paighambar sochenge ke dekho yeh kaise log the, yeh kya itna bara kaam kar dala unhon ne. to yeh to phir fitri baat hai.</w:t>
      </w:r>
      <w:r>
        <w:br/>
      </w:r>
      <w:r>
        <w:rPr>
          <w:sz w:val="20"/>
        </w:rPr>
        <w:t>1:49:06  us ko mein ne samjha hai tareekh ki roshni mein. aaj bhi dekhiye, isi Delhi mein aap hazaron lakhon musalman jaiye, kisi majlis mein aap koi mohabbat Khuda ka, koi charcha kahin hota hai, Masjid mein jaiye, Madrase mein jaiye, Jalse mein jaiye, kahin bhi nahi mohabbat ka, Khuda ka charcha.</w:t>
      </w:r>
      <w:r>
        <w:br/>
      </w:r>
      <w:r>
        <w:rPr>
          <w:sz w:val="20"/>
        </w:rPr>
        <w:t>1:49:22  Allah se lip service ke taur par hain log yahan, sirf lip service hai,</w:t>
      </w:r>
      <w:r>
        <w:br/>
      </w:r>
      <w:r>
        <w:rPr>
          <w:sz w:val="20"/>
        </w:rPr>
        <w:t>1:49:27  laf sarvis ke taur par. mohabbat matlab hai strong affection, yani Allah se aap ko strong affection ho. is tarah se mein mujhe dhoond kar bataiye ke woh musalman kaun hai.</w:t>
      </w:r>
      <w:r>
        <w:br/>
      </w:r>
      <w:r>
        <w:rPr>
          <w:sz w:val="20"/>
        </w:rPr>
        <w:t>1:49:38  isi dilli mein sainkaron Islam ke naam par jamaatein qaim hain, sainkaron ki tadad hai. ja kar dekhiye sab ko, aur mujhe bataiye ke falan shakhs ko maine paya hai ke hubb-e-shadeed is ke andar hai Allah ke liye, to main us ko ja ke ziyarat karunga is ki tayyari ki,</w:t>
      </w:r>
      <w:r>
        <w:br/>
      </w:r>
      <w:r>
        <w:rPr>
          <w:sz w:val="20"/>
        </w:rPr>
        <w:t>1:49:54  kyun ke maine aisa paya nahi aadmi.</w:t>
      </w:r>
      <w:r>
        <w:br/>
      </w:r>
      <w:r>
        <w:rPr>
          <w:sz w:val="20"/>
        </w:rPr>
        <w:t>1:49:57  to yeh cheez jo itna zyada jis ki kami hai, wahan pe jo aadmi kaam karega, to us ko yani ajeeb ghareeb darja milega qayamat mein ke woh yeh woh insaan hai jis ne logon ko kehta hai Allah ki mohabbat paida ki, kitna bara kaam kiya us ne.</w:t>
      </w:r>
      <w:r>
        <w:br/>
      </w:r>
      <w:r>
        <w:rPr>
          <w:sz w:val="20"/>
        </w:rPr>
        <w:t>1:50:14  yani shaitan ko kuchal dala. yaad rakhiye, Allah se mohabbat paida karne ke liye shaitan se kuchalna parta hai. shaitan charon taraf se aap ko behka raha hai.</w:t>
      </w:r>
      <w:r>
        <w:br/>
      </w:r>
      <w:r>
        <w:rPr>
          <w:sz w:val="20"/>
        </w:rPr>
        <w:t>1:50:25  yani har cheez ko farz kijiye ke ek glass hai, woh sikhayega ke glass banaya hai ek insani factory ne, aur main jab glass ko dekhta hoon to lagta hai ke Khuda ki taraf bana bana chala aa raha hai.</w:t>
      </w:r>
      <w:r>
        <w:br/>
      </w:r>
      <w:r>
        <w:rPr>
          <w:sz w:val="20"/>
        </w:rPr>
        <w:t>1:50:39  is mein insani factory to kuch one percent bhi is ka hissa nahi hai, sara hissa is mein Khuda ka hai. to mujhe is ko dekh kar Khuda ki mohabbat aati hai, lekin shaitan kya karta hai?</w:t>
      </w:r>
      <w:r>
        <w:br/>
      </w:r>
      <w:r>
        <w:rPr>
          <w:sz w:val="20"/>
        </w:rPr>
        <w:t>1:50:51  use engineer, engineer, engineer dikhata hai, interest dikhata hai.</w:t>
      </w:r>
      <w:r>
        <w:br/>
      </w:r>
      <w:r>
        <w:rPr>
          <w:sz w:val="20"/>
        </w:rPr>
        <w:t>1:50:59  jaise unhon ne likha hai shair ne: "manعلم ka sang aaina sadhu" to main woh hoon ke main pathar se sheesha banata hoon.</w:t>
      </w:r>
      <w:r>
        <w:br/>
      </w:r>
      <w:r>
        <w:rPr>
          <w:sz w:val="20"/>
        </w:rPr>
        <w:t>1:51:07  bataiye ke shair ko ab khud apna wajood dikhai diya. is mein "manعلم ka sang aaina sadhu" to main woh hoon ke pathar se sheesha banata hoon.</w:t>
      </w:r>
      <w:r>
        <w:br/>
      </w:r>
      <w:r>
        <w:rPr>
          <w:sz w:val="20"/>
        </w:rPr>
        <w:t>1:51:18  yani is shishe, glass mein un ko apna wajood dikhai diya. kisi ko engineer dikhai deta hai, kisi ko industry dikhai deti hai. mujhe is mein Khuda ka, Khuda ka manzar dikhai deta hai.</w:t>
      </w:r>
      <w:r>
        <w:br/>
      </w:r>
      <w:r>
        <w:rPr>
          <w:sz w:val="20"/>
        </w:rPr>
        <w:t>1:51:30  yeh mujhe Khuda ki mohabbat ka yaad dilana ban jata hai. yeh glass to is tarah log behke hue hain.</w:t>
      </w:r>
      <w:r>
        <w:br/>
      </w:r>
      <w:r>
        <w:rPr>
          <w:sz w:val="20"/>
        </w:rPr>
        <w:t>1:51:40  har aadmi behka hua hai.</w:t>
      </w:r>
      <w:r>
        <w:br/>
      </w:r>
      <w:r>
        <w:rPr>
          <w:sz w:val="20"/>
        </w:rPr>
        <w:t>1:51:43  yani saare saare idare, saari sargharmiyan logon ko le ja rahi hain aise rastay ki taraf jahan ke Khuda se mohabbat un ke liye ek ajnabi cheez, ajnabi ban jaye cheez.</w:t>
      </w:r>
      <w:r>
        <w:br/>
      </w:r>
      <w:r>
        <w:rPr>
          <w:sz w:val="20"/>
        </w:rPr>
        <w:t>1:51:58  bolein Allah ka naam to laf sarvis ke taur par bolein. bas</w:t>
      </w:r>
      <w:r>
        <w:br/>
      </w:r>
      <w:r>
        <w:rPr>
          <w:sz w:val="20"/>
        </w:rPr>
        <w:t>1:52:04  aisi halat mein jo insaan uthe aur logon ke dilon mein Allah ki mohabbat dale, kisi insaan ko Allah se mohabbat karne wala banaye, to bilashubah woh is qabil hai ke use rash kiya jaye us ko.</w:t>
      </w:r>
    </w:p>
    <w:p>
      <w:pPr>
        <w:pStyle w:val="Heading2"/>
      </w:pPr>
      <w:r>
        <w:t>Why non-Muslims not allowed in Kaaba?</w:t>
      </w:r>
    </w:p>
    <w:p>
      <w:r>
        <w:rPr>
          <w:color w:val="666666"/>
          <w:sz w:val="18"/>
        </w:rPr>
        <w:t>Worship · Paradise as a Goal April 26, 2015 · 5m 08s · at 1:07:16 · https://youtu.be/hnHqhmSJZXA?t=4036</w:t>
      </w:r>
    </w:p>
    <w:p>
      <w:r>
        <w:rPr>
          <w:i/>
        </w:rPr>
        <w:t>“Why are people of other religions not allowed inside the Kaaba?”</w:t>
      </w:r>
    </w:p>
    <w:p>
      <w:r>
        <w:rPr>
          <w:sz w:val="20"/>
        </w:rPr>
        <w:t>1:07:16  molana yeh agla sawal aya hai mister raj malik ka deli se</w:t>
      </w:r>
      <w:r>
        <w:br/>
      </w:r>
      <w:r>
        <w:rPr>
          <w:sz w:val="20"/>
        </w:rPr>
        <w:t>1:07:21  molana hamare ek hindu dost keh rahe the ke kaba ke andar musalmanon</w:t>
      </w:r>
      <w:r>
        <w:br/>
      </w:r>
      <w:r>
        <w:rPr>
          <w:sz w:val="20"/>
        </w:rPr>
        <w:t>1:07:29  ke ilawa doosre dharm ke logon ko kyun nahi jaane dete</w:t>
      </w:r>
      <w:r>
        <w:br/>
      </w:r>
      <w:r>
        <w:rPr>
          <w:sz w:val="20"/>
        </w:rPr>
        <w:t>1:07:33  bahut se log aise hote hain jo sache dil se darshan karna chahte hain</w:t>
      </w:r>
      <w:r>
        <w:br/>
      </w:r>
      <w:r>
        <w:rPr>
          <w:sz w:val="20"/>
        </w:rPr>
        <w:t>1:07:41  dekhen is se pehle maine ek baat batai hai ke shuru mein aisa nahi tha shuru mein</w:t>
      </w:r>
      <w:r>
        <w:br/>
      </w:r>
      <w:r>
        <w:rPr>
          <w:sz w:val="20"/>
        </w:rPr>
        <w:t>1:07:48  har ek wahan aata tha</w:t>
      </w:r>
      <w:r>
        <w:br/>
      </w:r>
      <w:r>
        <w:rPr>
          <w:sz w:val="20"/>
        </w:rPr>
        <w:t>1:07:51  lekin hua yeh ke koi aya hua to usne logon ko but parasti ki baat shuru kar</w:t>
      </w:r>
      <w:r>
        <w:br/>
      </w:r>
      <w:r>
        <w:rPr>
          <w:sz w:val="20"/>
        </w:rPr>
        <w:t>1:07:58  di ke yahan but hona chahiye dheere dheere dheere dheere wahan ek but rakh diya gaya log thoda</w:t>
      </w:r>
      <w:r>
        <w:br/>
      </w:r>
      <w:r>
        <w:rPr>
          <w:sz w:val="20"/>
        </w:rPr>
        <w:t>1:08:05  is se iske influence ho gaye yahan hote hote 360 but is mein ho gaye rasool allah</w:t>
      </w:r>
      <w:r>
        <w:br/>
      </w:r>
      <w:r>
        <w:rPr>
          <w:sz w:val="20"/>
        </w:rPr>
        <w:t>1:08:12  ke zamane mein 360 but is ke andar rakhe hue the</w:t>
      </w:r>
      <w:r>
        <w:br/>
      </w:r>
      <w:r>
        <w:rPr>
          <w:sz w:val="20"/>
        </w:rPr>
        <w:t>1:08:17  tab yeh aisa hua ke band kar diya gaya ke yahan par koi</w:t>
      </w:r>
      <w:r>
        <w:br/>
      </w:r>
      <w:r>
        <w:rPr>
          <w:sz w:val="20"/>
        </w:rPr>
        <w:t>1:08:22  but parast dakhil nahi hoga ke mushrik dakhil nahi hoga is tajrube ki bina par ke log itne</w:t>
      </w:r>
      <w:r>
        <w:br/>
      </w:r>
      <w:r>
        <w:rPr>
          <w:sz w:val="20"/>
        </w:rPr>
        <w:t>1:08:29  zyada ghair zimmedar hote hain yeh nahi ke ja kar wahan dekhen aur chale aayen wahan woh</w:t>
      </w:r>
      <w:r>
        <w:br/>
      </w:r>
      <w:r>
        <w:rPr>
          <w:sz w:val="20"/>
        </w:rPr>
        <w:t>1:08:34  chahenge but rakh den</w:t>
      </w:r>
      <w:r>
        <w:br/>
      </w:r>
      <w:r>
        <w:rPr>
          <w:sz w:val="20"/>
        </w:rPr>
        <w:t>1:08:37  warna is se pehle nahi tha yeh matlab awwal din se aisa nahi tha yeh baad ko aisa</w:t>
      </w:r>
      <w:r>
        <w:br/>
      </w:r>
      <w:r>
        <w:rPr>
          <w:sz w:val="20"/>
        </w:rPr>
        <w:t>1:08:41  hua to main samajhta hoon ke quite reasonable yeh baat hai ke aage bhi kisi ko yani</w:t>
      </w:r>
      <w:r>
        <w:br/>
      </w:r>
      <w:r>
        <w:rPr>
          <w:sz w:val="20"/>
        </w:rPr>
        <w:t>1:08:51  koi aisa kar sakta hai kyunke log to bahut insincere hote hain logon mein maine paya ke</w:t>
      </w:r>
      <w:r>
        <w:br/>
      </w:r>
      <w:r>
        <w:rPr>
          <w:sz w:val="20"/>
        </w:rPr>
        <w:t>1:08:57  sab se kam jo cheez sincerity to ab kya kya jaye</w:t>
      </w:r>
      <w:r>
        <w:br/>
      </w:r>
      <w:r>
        <w:rPr>
          <w:sz w:val="20"/>
        </w:rPr>
        <w:t>1:09:02  woh tauheed ka ghar hai sirf allah wahid ki ibadat ka markaz hai to is ko behal</w:t>
      </w:r>
      <w:r>
        <w:br/>
      </w:r>
      <w:r>
        <w:rPr>
          <w:sz w:val="20"/>
        </w:rPr>
        <w:t>1:09:08  bachana padega woh koi tourist center to hai nahi tourist center mein is tarah ki cheezon ki</w:t>
      </w:r>
      <w:r>
        <w:br/>
      </w:r>
      <w:r>
        <w:rPr>
          <w:sz w:val="20"/>
        </w:rPr>
        <w:t>1:09:15  zarurat nahi hoti</w:t>
      </w:r>
      <w:r>
        <w:br/>
      </w:r>
      <w:r>
        <w:rPr>
          <w:sz w:val="20"/>
        </w:rPr>
        <w:t>1:09:18  tourist center mein jo bhi chahe jaye wahan koi bhi baat hai chahe kare lekin woh to ek</w:t>
      </w:r>
      <w:r>
        <w:br/>
      </w:r>
      <w:r>
        <w:rPr>
          <w:sz w:val="20"/>
        </w:rPr>
        <w:t>1:09:24  ek yani oneness of god ka center hai woh to kaise bardasht kiya jaye ga wahan is ko</w:t>
      </w:r>
      <w:r>
        <w:br/>
      </w:r>
      <w:r>
        <w:rPr>
          <w:sz w:val="20"/>
        </w:rPr>
        <w:t>1:09:31  jabke tajruba yeh hai ke insan insincere hai wahan yeh sab harkat karta hai ja kar ke</w:t>
      </w:r>
      <w:r>
        <w:br/>
      </w:r>
      <w:r>
        <w:rPr>
          <w:sz w:val="20"/>
        </w:rPr>
        <w:t>1:09:41  molana yeh agla question kya hai mister khan ne unhone apni location mention nahi ki hai</w:t>
      </w:r>
      <w:r>
        <w:br/>
      </w:r>
      <w:r>
        <w:rPr>
          <w:sz w:val="20"/>
        </w:rPr>
        <w:t>1:09:49  Maulana Sahib, the non-Muslims who are doing good things in society and are also doing tazkiyah</w:t>
      </w:r>
      <w:r>
        <w:br/>
      </w:r>
      <w:r>
        <w:rPr>
          <w:sz w:val="20"/>
        </w:rPr>
        <w:t>1:09:57  waat will happen to dem</w:t>
      </w:r>
      <w:r>
        <w:br/>
      </w:r>
      <w:r>
        <w:rPr>
          <w:sz w:val="20"/>
        </w:rPr>
        <w:t>1:10:01  dekhiye yeh inhi ki baat nahi hai musalman apne ko safe side pe samajhta hai</w:t>
      </w:r>
      <w:r>
        <w:br/>
      </w:r>
      <w:r>
        <w:rPr>
          <w:sz w:val="20"/>
        </w:rPr>
        <w:t>1:10:08  koi safe side pe nahi hai</w:t>
      </w:r>
      <w:r>
        <w:br/>
      </w:r>
      <w:r>
        <w:rPr>
          <w:sz w:val="20"/>
        </w:rPr>
        <w:t>1:10:12  yeh Allah ke ilm mein hai ke kis ke sath kya muamla hoga</w:t>
      </w:r>
      <w:r>
        <w:br/>
      </w:r>
      <w:r>
        <w:rPr>
          <w:sz w:val="20"/>
        </w:rPr>
        <w:t>1:10:17  rasool Allah ne khud apne bare mein kaha mai fali bi wala bikum mujhe kuch nahi pata ke</w:t>
      </w:r>
      <w:r>
        <w:br/>
      </w:r>
      <w:r>
        <w:rPr>
          <w:sz w:val="20"/>
        </w:rPr>
        <w:t>1:10:22  mere sath kya hoga tumhare sath kya hoga to musalman aam taur pe samajhte hain ke hum to</w:t>
      </w:r>
      <w:r>
        <w:br/>
      </w:r>
      <w:r>
        <w:rPr>
          <w:sz w:val="20"/>
        </w:rPr>
        <w:t>1:10:27  safe side pe hain safe side mein yaad rakhen koi bhi nahi hai koi bhi nahi hai yeh</w:t>
      </w:r>
      <w:r>
        <w:br/>
      </w:r>
      <w:r>
        <w:rPr>
          <w:sz w:val="20"/>
        </w:rPr>
        <w:t>1:10:36  yeh Allah ke domain ki baat hai ke woh kis ke liye kya faisle kare kyunke woh dil</w:t>
      </w:r>
      <w:r>
        <w:br/>
      </w:r>
      <w:r>
        <w:rPr>
          <w:sz w:val="20"/>
        </w:rPr>
        <w:t>1:10:41  ka haal janta hai aur is ka taluq dil dil se hai dil mein insan kaisa hai is</w:t>
      </w:r>
      <w:r>
        <w:br/>
      </w:r>
      <w:r>
        <w:rPr>
          <w:sz w:val="20"/>
        </w:rPr>
        <w:t>1:10:47  par yani intention kaisi hai is ki is se is ka faisla hoga</w:t>
      </w:r>
      <w:r>
        <w:br/>
      </w:r>
      <w:r>
        <w:rPr>
          <w:sz w:val="20"/>
        </w:rPr>
        <w:t>1:10:53  to matlab yeh yeh sawal jo hai aksar log karte hain lekin yeh sawal irrelevant sawal hai</w:t>
      </w:r>
      <w:r>
        <w:br/>
      </w:r>
      <w:r>
        <w:rPr>
          <w:sz w:val="20"/>
        </w:rPr>
        <w:t>1:11:01  woh kisi ke bare mein yahi baat aa sakti hai chahe woh musalman kyun na ho ke kya</w:t>
      </w:r>
      <w:r>
        <w:br/>
      </w:r>
      <w:r>
        <w:rPr>
          <w:sz w:val="20"/>
        </w:rPr>
        <w:t>1:11:06  mera anjam hoga wahan jab rasool Allah ne keh diya ke mujhe nahi pata ke mera kya anjam</w:t>
      </w:r>
      <w:r>
        <w:br/>
      </w:r>
      <w:r>
        <w:rPr>
          <w:sz w:val="20"/>
        </w:rPr>
        <w:t>1:11:11  hoga yeh Allah ko pata hai to aap ne musalman kaise yeh yani yeh aqeedah bana liya ke</w:t>
      </w:r>
      <w:r>
        <w:br/>
      </w:r>
      <w:r>
        <w:rPr>
          <w:sz w:val="20"/>
        </w:rPr>
        <w:t>1:11:19  hum safe side mein hain kaise right hai un ko ke yeh aqeedah banayein okay we line</w:t>
      </w:r>
      <w:r>
        <w:br/>
      </w:r>
      <w:r>
        <w:rPr>
          <w:sz w:val="20"/>
        </w:rPr>
        <w:t>1:11:25  i request everyone to remain seated till we save the talk.</w:t>
      </w:r>
    </w:p>
    <w:p>
      <w:pPr>
        <w:pStyle w:val="Heading2"/>
      </w:pPr>
      <w:r>
        <w:t>Witnesses for Nikah must be Muslims</w:t>
      </w:r>
    </w:p>
    <w:p>
      <w:r>
        <w:rPr>
          <w:color w:val="666666"/>
          <w:sz w:val="18"/>
        </w:rPr>
        <w:t>Worship · From The Spiritual Tree August 8, 2010 · 7m 02s · at 1:28:49 · https://youtu.be/H6e9NOrqgHI?t=5329</w:t>
      </w:r>
    </w:p>
    <w:p>
      <w:r>
        <w:rPr>
          <w:i/>
        </w:rPr>
        <w:t>“For the Nikah, do the witnesses need to be Muslims? Kindly comment.”</w:t>
      </w:r>
    </w:p>
    <w:p>
      <w:r>
        <w:rPr>
          <w:sz w:val="20"/>
        </w:rPr>
        <w:t>1:28:49  maulana, agla sawal kiya hai? mister faik ne california se,</w:t>
      </w:r>
      <w:r>
        <w:br/>
      </w:r>
      <w:r>
        <w:rPr>
          <w:sz w:val="20"/>
        </w:rPr>
        <w:t>1:28:53  unhon ne poocha hai ke "for the nikah, do the witnesses need to be muslims?" kindly comment. ji haan, do muslim.</w:t>
      </w:r>
      <w:r>
        <w:br/>
      </w:r>
      <w:r>
        <w:rPr>
          <w:sz w:val="20"/>
        </w:rPr>
        <w:t>1:29:06  ji</w:t>
      </w:r>
      <w:r>
        <w:br/>
      </w:r>
      <w:r>
        <w:rPr>
          <w:sz w:val="20"/>
        </w:rPr>
        <w:t>1:29:10  maulana, aik aur sawal kiya hai unhon ne. unhon ne likha hai ke "in USA, there is always a divide in Ramadan and starting of the Eid.</w:t>
      </w:r>
      <w:r>
        <w:br/>
      </w:r>
      <w:r>
        <w:rPr>
          <w:sz w:val="20"/>
        </w:rPr>
        <w:t>1:29:20  essentially, moon sighting becomes moon fighting.</w:t>
      </w:r>
      <w:r>
        <w:br/>
      </w:r>
      <w:r>
        <w:rPr>
          <w:sz w:val="20"/>
        </w:rPr>
        <w:t>1:29:24  some organizations and mask follow the scientific calculations saying that it is the age of nano technology. therefore, moon visibility should be based on calculations,</w:t>
      </w:r>
      <w:r>
        <w:br/>
      </w:r>
      <w:r>
        <w:rPr>
          <w:sz w:val="20"/>
        </w:rPr>
        <w:t>1:29:37  and some cite the actual sighting with naked eye to be the start for Ramadan or Eid, and narrate hadith in favor of this.</w:t>
      </w:r>
      <w:r>
        <w:br/>
      </w:r>
      <w:r>
        <w:rPr>
          <w:sz w:val="20"/>
        </w:rPr>
        <w:t>1:29:46  maulana, please tell us what should be followed.</w:t>
      </w:r>
      <w:r>
        <w:br/>
      </w:r>
      <w:r>
        <w:rPr>
          <w:sz w:val="20"/>
        </w:rPr>
        <w:t>1:29:51  "dekhen, yeh masla to hal hone wala hai nahin.</w:t>
      </w:r>
      <w:r>
        <w:br/>
      </w:r>
      <w:r>
        <w:rPr>
          <w:sz w:val="20"/>
        </w:rPr>
        <w:t>1:29:56  yeh to aaj se nahin, kam az kam do sau saal se is pe baatein chal rahi hain. baqi masla kya hai? woh arz karta hoon ke jarr kya hai.</w:t>
      </w:r>
      <w:r>
        <w:br/>
      </w:r>
      <w:r>
        <w:rPr>
          <w:sz w:val="20"/>
        </w:rPr>
        <w:t>1:30:07  jarr yeh hai ke hadith mein yeh aaya hai ke "sumo liruyyatihi, wa futro liruyyatihi". to dekh kar roza rakho, dekh kar iftar karo.</w:t>
      </w:r>
      <w:r>
        <w:br/>
      </w:r>
      <w:r>
        <w:rPr>
          <w:sz w:val="20"/>
        </w:rPr>
        <w:t>1:30:19  iftar karo, ma'ni Eid manao. dekh kar roza rakho aur dekh kar Eid manao. ab luro jo ruyyat ka lafz aa gaya na, dekh kar jo us ko literal sense mein lete hain, halanke literal sense lene ki koi wajah nahin hai.</w:t>
      </w:r>
      <w:r>
        <w:br/>
      </w:r>
      <w:r>
        <w:rPr>
          <w:sz w:val="20"/>
        </w:rPr>
        <w:t>1:30:36  kyun? Quran mein dekhen, doosra lafz aaya hai "shahid minkum al-shari'a". Quran majeed mein jo lafz aaya hai, woh dekhen, ruyyat ka lafz nahin aaya hai.</w:t>
      </w:r>
      <w:r>
        <w:br/>
      </w:r>
      <w:r>
        <w:rPr>
          <w:sz w:val="20"/>
        </w:rPr>
        <w:t>1:30:48  "shahid minkum al-shari'a". shahada ke ma'ni hain pana, maujood hona. ya'ni jo aap ne apne ko Ramadan ke mahine maujood paye,</w:t>
      </w:r>
      <w:r>
        <w:br/>
      </w:r>
      <w:r>
        <w:rPr>
          <w:sz w:val="20"/>
        </w:rPr>
        <w:t>1:31:03  ya'ni jis ke upar Ramadan ka mahina aa jaye, matlab yeh hua. shahada ka ma'ni yeh nahin ke dekha jo apni aankh se. to</w:t>
      </w:r>
      <w:r>
        <w:br/>
      </w:r>
      <w:r>
        <w:rPr>
          <w:sz w:val="20"/>
        </w:rPr>
        <w:t>1:31:11  jab aap yeh, jab aap do mutala'a karen aur dekhen ke hadith mein to ruyyat ka lafz zaroor hai, lekin Quran mein nahin hai ruyyat ka lafz.</w:t>
      </w:r>
      <w:r>
        <w:br/>
      </w:r>
      <w:r>
        <w:rPr>
          <w:sz w:val="20"/>
        </w:rPr>
        <w:t>1:31:22  to aap sochen ge, sochen ge, sochen ge to aap us waqt yeh pahunchen ge ke Quran mein jo hai, woh abadi ri'ayat hai, hadith mein zamani ri'ayat hai.</w:t>
      </w:r>
      <w:r>
        <w:br/>
      </w:r>
      <w:r>
        <w:rPr>
          <w:sz w:val="20"/>
        </w:rPr>
        <w:t>1:31:35  ya'ni is zamane mein chand ko dekhne ka ta</w:t>
      </w:r>
      <w:r>
        <w:br/>
      </w:r>
      <w:r>
        <w:rPr>
          <w:sz w:val="20"/>
        </w:rPr>
        <w:t>1:31:39  reeqa kya tha? aankh se dekhna aur koi tareeqa tha nahin. to Quran mein abadi ri'ayat karte hue kaha gaya hai "fashahid minkum al-shari'a", lekin hadith mein zamani ri'ayat hai ke jaisa dekho, waisa karo.</w:t>
      </w:r>
      <w:r>
        <w:br/>
      </w:r>
      <w:r>
        <w:rPr>
          <w:sz w:val="20"/>
        </w:rPr>
        <w:t>1:31:58  yeh baat isi liye is mutalliq nahin hai. aur bohat cheezen hain jis mein aap ko hadith mein aur Quran mein baatein milti hain. misaal ke taur par jang ka ma'mla</w:t>
      </w:r>
      <w:r>
        <w:br/>
      </w:r>
      <w:r>
        <w:rPr>
          <w:sz w:val="20"/>
        </w:rPr>
        <w:t>1:32:09  Quran majeed mein hai ke "a'iddu ma-statum min qowwah". ya'ni apne dushman ke muqable mein taqat faraham karo. taqat lafz taqat wahan par hai, a'dad quwwah.</w:t>
      </w:r>
      <w:r>
        <w:br/>
      </w:r>
      <w:r>
        <w:rPr>
          <w:sz w:val="20"/>
        </w:rPr>
        <w:t>1:32:20  aur hadith mein aata hai ke "kulla al-quwwah". sun lo ke teer marna yeh hai quwwah.</w:t>
      </w:r>
      <w:r>
        <w:br/>
      </w:r>
      <w:r>
        <w:rPr>
          <w:sz w:val="20"/>
        </w:rPr>
        <w:t>1:32:31  ab dekhen, yahan pe ikhtilaf hua ke nahin hua Quran ke bare mein, hadith ke bare mein. to yahan ulama ta'wil karte hain. ulama yeh kehte hain yahan par ke ke ke hadith mein jo hai, woh zamani e'tebar se hai aur Quran mein jo hai, woh abadi e'tebar se hai.</w:t>
      </w:r>
      <w:r>
        <w:br/>
      </w:r>
      <w:r>
        <w:rPr>
          <w:sz w:val="20"/>
        </w:rPr>
        <w:t>1:32:47  to wahan agar kehte hain to yahan bhi kar lo. yahi ulama jo hain, jo itna arsa chala aaye hain, do sau</w:t>
      </w:r>
      <w:r>
        <w:br/>
      </w:r>
      <w:r>
        <w:rPr>
          <w:sz w:val="20"/>
        </w:rPr>
        <w:t>1:32:53  saal se, yeh ulama yeh nahin kehte ke aaj jo koi hukumat ko jang pesh aaye to woh teer chalao. idhar koi aalim nahin kehta, sab hi kehte hain ke waqt ka hathiyar istemal kiya jayega,</w:t>
      </w:r>
      <w:r>
        <w:br/>
      </w:r>
      <w:r>
        <w:rPr>
          <w:sz w:val="20"/>
        </w:rPr>
        <w:t>1:33:06  jo quwwah hai aaj ki. to yeh tazad hai logon ke aur un ki rawish mein ke doosre ma'amlat mein woh ta'wil kar ke is ko zaban ke zamani ke mutabiq banate hain aur yahan ta'wil karne ke liye tayyar nahin hain.</w:t>
      </w:r>
      <w:r>
        <w:br/>
      </w:r>
      <w:r>
        <w:rPr>
          <w:sz w:val="20"/>
        </w:rPr>
        <w:t>1:33:24  ya'ni Saudi Arab mein baqayda aik aik marصد bana'i, al-marصد al-islami bana'i gayi thi. marصد ma'ni observatory, is ka naam tha al-marصد al-islami, abhi bhi hai woh.</w:t>
      </w:r>
      <w:r>
        <w:br/>
      </w:r>
      <w:r>
        <w:rPr>
          <w:sz w:val="20"/>
        </w:rPr>
        <w:t>1:33:36  lekin ulama is ko abhi bhi us waqt behas chhede hue hain ke ja'iz hai ke na-ja'iz. to main zaati taur par yeh manta hoon ke ab yeh bilkul mumkin ho gaya hai 100 fisad ke aap jaan saken ke chand nikla ke nahin nikla.</w:t>
      </w:r>
      <w:r>
        <w:br/>
      </w:r>
      <w:r>
        <w:rPr>
          <w:sz w:val="20"/>
        </w:rPr>
        <w:t>1:33:52  dekhen, chand nikalne</w:t>
      </w:r>
      <w:r>
        <w:br/>
      </w:r>
      <w:r>
        <w:rPr>
          <w:sz w:val="20"/>
        </w:rPr>
        <w:t>1:33:53  ka matlab kya hai? yeh bhi samajh lijiye, chand nikalne ka matlab kya hai? chand nikalne ka matlab yeh hai ke yani woh jab suraj tuloo ho jaye, aakhri shaam ko ramzan ki aakhri shaam ko,</w:t>
      </w:r>
      <w:r>
        <w:br/>
      </w:r>
      <w:r>
        <w:rPr>
          <w:sz w:val="20"/>
        </w:rPr>
        <w:t>1:34:08  toh us waqt chand jo hai, aath darjay ke oopar ho. aath darja jo hai, aath degree, jo yeh iski is observatory ki yeh term hai,</w:t>
      </w:r>
      <w:r>
        <w:br/>
      </w:r>
      <w:r>
        <w:rPr>
          <w:sz w:val="20"/>
        </w:rPr>
        <w:t>1:34:21  aath degree. kyunke aath degree se agar neeche rahega, tab bhi agarche nikla hua hoga, lekin dikhai nahi dega. woh</w:t>
      </w:r>
      <w:r>
        <w:br/>
      </w:r>
      <w:r>
        <w:rPr>
          <w:sz w:val="20"/>
        </w:rPr>
        <w:t>1:34:30  aath degree oopar jo hai, tab dikhai dega. koi suraj ki roshni jab suraj jo yani hamare horizon se neeche le aata hai, toh toh kuch der tak uski roshni itni zyada rehti hai ke chand ho, tab bhi nahi dekh payenge hum.</w:t>
      </w:r>
      <w:r>
        <w:br/>
      </w:r>
      <w:r>
        <w:rPr>
          <w:sz w:val="20"/>
        </w:rPr>
        <w:t>1:34:44  nahi dekh payenge hum jab jo suraj ki roshni kam hoti hai, tab hum dekh paate hain usko. toh aath degree agar se oopar agar chand hai toh dikhai dega, nahi toh nahi dikhai dega.</w:t>
      </w:r>
      <w:r>
        <w:br/>
      </w:r>
      <w:r>
        <w:rPr>
          <w:sz w:val="20"/>
        </w:rPr>
        <w:t>1:34:55  yeh bilkul pata chal jata hai aaj kal ke zamane mein.</w:t>
      </w:r>
      <w:r>
        <w:br/>
      </w:r>
      <w:r>
        <w:rPr>
          <w:sz w:val="20"/>
        </w:rPr>
        <w:t>1:34:58  ek dam bilkul accurate tor par jaan sakte hain aap ke usko maan lijiye. toh zahiri tor par toh mein yeh manta hoon ke usko maan lena chahiye, uski moon sighting ko moon fighting nahi banana chahiye.</w:t>
      </w:r>
      <w:r>
        <w:br/>
      </w:r>
      <w:r>
        <w:rPr>
          <w:sz w:val="20"/>
        </w:rPr>
        <w:t>1:35:13  lekin ab mein khamosh hoon, is par mein koi campaign nahi chalata kyunke itna zyada log traditional hain, itna zyada log rivayat pasand hain ke koi sunne ko tayyar nahi.</w:t>
      </w:r>
      <w:r>
        <w:br/>
      </w:r>
      <w:r>
        <w:rPr>
          <w:sz w:val="20"/>
        </w:rPr>
        <w:t>1:35:24  toh mein jo abhi khamoshi mein sab ke sath mein bhi ja ke namaz padh leta hoon,</w:t>
      </w:r>
      <w:r>
        <w:br/>
      </w:r>
      <w:r>
        <w:rPr>
          <w:sz w:val="20"/>
        </w:rPr>
        <w:t>1:35:31  aap bhi yahi kijiye jo mein karta hoon ke agarche meri yeh rai hai, lekin is rai ko chalane mein aur jhagda badhega.</w:t>
      </w:r>
      <w:r>
        <w:br/>
      </w:r>
      <w:r>
        <w:rPr>
          <w:sz w:val="20"/>
        </w:rPr>
        <w:t>1:35:41  jhagda badhne se acha hai ke chalo hum tumhare sath namaz padh lete hain. meri nazariya hai ke chalo yeh bhi theek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