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Questions &amp; Answers — Maulana Wahiduddin Khan</w:t>
      </w:r>
    </w:p>
    <w:p>
      <w:r>
        <w:rPr>
          <w:sz w:val="18"/>
        </w:rPr>
        <w:t>78 questions · category Worship · full transcripts with timestamps · exported 2026-09-21</w:t>
      </w:r>
    </w:p>
    <w:p>
      <w:pPr>
        <w:pStyle w:val="Heading2"/>
      </w:pPr>
      <w:r>
        <w:t>Answering questions about the Black Stone</w:t>
      </w:r>
    </w:p>
    <w:p>
      <w:r>
        <w:rPr>
          <w:color w:val="666666"/>
          <w:sz w:val="18"/>
        </w:rPr>
        <w:t>Worship · Hadith-e-Jibril, April 21, 2013 · 36s · at 1:28:58 · https://youtu.be/0rF6Ou0pDog?t=5338</w:t>
      </w:r>
    </w:p>
    <w:p>
      <w:r>
        <w:rPr>
          <w:i/>
        </w:rPr>
        <w:t>“My friend asked me about the Black Stone: why do Muslims go to Mecca and touch that stone, and also in prayer you turn your face towards the Black Stone? How can I give her a satisfactory reply?”</w:t>
      </w:r>
    </w:p>
    <w:p>
      <w:r>
        <w:rPr>
          <w:sz w:val="20"/>
        </w:rPr>
        <w:t>1:28:58  maulana, agla sawal jamia millia islamia se mus tabassum ne kiya hai. unhon ne likha hai once my friend asked me about hajar aswad she said that why you people go to makkah and touch that stone and also in your salat you turn your face towards the black stone maulana sahib please tell me how can I give her a satisfactory reply</w:t>
      </w:r>
      <w:r>
        <w:br/>
      </w:r>
      <w:r>
        <w:rPr>
          <w:sz w:val="20"/>
        </w:rPr>
        <w:t>1:29:26  dekhen is ke bare mein hamari kitab parh lijiye aap haqeeqat e hajj is mein is ki kafi baaten is ke bare mein hain.</w:t>
      </w:r>
    </w:p>
    <w:p>
      <w:pPr>
        <w:pStyle w:val="Heading2"/>
      </w:pPr>
      <w:r>
        <w:t>Best way to thank Allah</w:t>
      </w:r>
    </w:p>
    <w:p>
      <w:r>
        <w:rPr>
          <w:color w:val="666666"/>
          <w:sz w:val="18"/>
        </w:rPr>
        <w:t>Worship · Revival of Ummah January 22, 2017 · 1m 27s · at 53:52 · https://youtu.be/vnPsv0TBCfk?t=3232</w:t>
      </w:r>
    </w:p>
    <w:p>
      <w:r>
        <w:rPr>
          <w:i/>
        </w:rPr>
        <w:t>“Allah has given us numerous blessings that we can neither count nor thank Him enough. My question is what is the best way that Prophet Muhammad has taught us for thanking Allah.”</w:t>
      </w:r>
    </w:p>
    <w:p>
      <w:r>
        <w:rPr>
          <w:sz w:val="20"/>
        </w:rPr>
        <w:t>53:52  ji molana agla sawal bheja hai syed ahmad ali sahib ne delhi se. unhon ne likha hai molana sahib allah has given us numerous blessings that we can neither count nor thank him enough. my question is what is the best way that a prophet muhammad has taught us for thanking allah. kya main samjha nahi kya matlab hai.</w:t>
      </w:r>
      <w:r>
        <w:br/>
      </w:r>
      <w:r>
        <w:rPr>
          <w:sz w:val="20"/>
        </w:rPr>
        <w:t>54:21  haan ke molana allah ka shukr karne ka tareeqa rasool allah ne kis tareeqe se bataya hai ke kitni saari blessings hain khuda ki jo hum count nahi kar sakte. to kis tareeqe se hum shukr. yeh to yeh to aap quran quran ko padhiye seerat rasool ko padhiye aur hamari to saari kitabein isi par hain. hamari saari kitabon ka wohi hai allah ke shukr par hain hamari kitabein. to yeh kitabon ko padhiye aap.</w:t>
      </w:r>
      <w:r>
        <w:br/>
      </w:r>
      <w:r>
        <w:rPr>
          <w:sz w:val="20"/>
        </w:rPr>
        <w:t>54:50  ab hamari kitab bhi chapi hai kitab marifat is ko padhiye. yeh koi woh magic formula nahi hai. aap mutala badhaiye apna study badhaiye aur main kahunga ke aap hamari kitab kitab marifat padhiye. tafsir ki kitab jo hamari tazkir ul quran hai woh padhiye.</w:t>
      </w:r>
      <w:r>
        <w:br/>
      </w:r>
      <w:r>
        <w:rPr>
          <w:sz w:val="20"/>
        </w:rPr>
        <w:t>55:19  molana agla sawal bheja hai muhammad rafi choghlay sahib ne mumbai se. unhon ne likha hai molana quran has recorded a dialogue between prophet ibrahim and king nimrod as under. when ibrahim said my lord is the one who gives life and causes death. he said i give life and cause death.</w:t>
      </w:r>
    </w:p>
    <w:p>
      <w:pPr>
        <w:pStyle w:val="Heading2"/>
      </w:pPr>
      <w:r>
        <w:t>Best way to thank Allah</w:t>
      </w:r>
    </w:p>
    <w:p>
      <w:r>
        <w:rPr>
          <w:color w:val="666666"/>
          <w:sz w:val="18"/>
        </w:rPr>
        <w:t>Worship · God in the Age of Science January 08, 2017 · 1m 07s · at 55:17 · https://youtu.be/au1bRdQDZ0U?t=3317</w:t>
      </w:r>
    </w:p>
    <w:p>
      <w:r>
        <w:rPr>
          <w:i/>
        </w:rPr>
        <w:t>“Allah has given us blessings and ni'mat that we can neither count nor thank Him enough. So according to Prophet Muhammad, what is the best act or way to thank Allah?”</w:t>
      </w:r>
    </w:p>
    <w:p>
      <w:r>
        <w:rPr>
          <w:sz w:val="20"/>
        </w:rPr>
        <w:t>55:17  kijiye Maulana agla sawal Dilli se kya hai Syed Ahmed Ali sahib ne aur unhon ne likha hai</w:t>
      </w:r>
      <w:r>
        <w:br/>
      </w:r>
      <w:r>
        <w:rPr>
          <w:sz w:val="20"/>
        </w:rPr>
        <w:t>55:24  Allah has given us blessings and نعمت that we can neither count nor thank Him enough. So, according</w:t>
      </w:r>
      <w:r>
        <w:br/>
      </w:r>
      <w:r>
        <w:rPr>
          <w:sz w:val="20"/>
        </w:rPr>
        <w:t>55:32  to Prophet Muhammad what is the best act or way to thank Allah in other words please tell</w:t>
      </w:r>
      <w:r>
        <w:br/>
      </w:r>
      <w:r>
        <w:rPr>
          <w:sz w:val="20"/>
        </w:rPr>
        <w:t>55:39  is wich ek act does Allah love the most from us dekhen Quran mein bataya gaya hai ke ke</w:t>
      </w:r>
      <w:r>
        <w:br/>
      </w:r>
      <w:r>
        <w:rPr>
          <w:sz w:val="20"/>
        </w:rPr>
        <w:t>55:46  allazina amanu ashadd hubba lillah jo Allah pe iman rakhne wale log hain woh Allah se sab se</w:t>
      </w:r>
      <w:r>
        <w:br/>
      </w:r>
      <w:r>
        <w:rPr>
          <w:sz w:val="20"/>
        </w:rPr>
        <w:t>55:54  زیادہ محبت کرتے ہیں تو محبت کیا ہے وہ result of discovery ہے یعنی اللہ سے حب شدید</w:t>
      </w:r>
      <w:r>
        <w:br/>
      </w:r>
      <w:r>
        <w:rPr>
          <w:sz w:val="20"/>
        </w:rPr>
        <w:t>56:01  کیا ہے وہ result of discovery ہے جب آپ دریافت کرتے ہیں کہ اللہ بہت ہی بڑا reward</w:t>
      </w:r>
      <w:r>
        <w:br/>
      </w:r>
      <w:r>
        <w:rPr>
          <w:sz w:val="20"/>
        </w:rPr>
        <w:t>56:09  mujhe de rakha hai Allah ne dunya mein mere liye bohat bari jannat bana rakhi hai Allah ne</w:t>
      </w:r>
      <w:r>
        <w:br/>
      </w:r>
      <w:r>
        <w:rPr>
          <w:sz w:val="20"/>
        </w:rPr>
        <w:t>56:16  tab aap mohabbat ke samandar mein gharaq ho jaate hain to yeh yahi sab se bari cheez hai</w:t>
      </w:r>
    </w:p>
    <w:p>
      <w:pPr>
        <w:pStyle w:val="Heading2"/>
      </w:pPr>
      <w:r>
        <w:t>Can Muslims celebrate non-Muslim festivals like Holi Diwali?</w:t>
      </w:r>
    </w:p>
    <w:p>
      <w:r>
        <w:rPr>
          <w:color w:val="666666"/>
          <w:sz w:val="18"/>
        </w:rPr>
        <w:t>Worship · Age Of Consumerism I January 6, 2013 Maulana Wahiduddin Khan · 1m 55s · at 59:44 · https://youtu.be/CuRYFl7JuEM?t=3584</w:t>
      </w:r>
    </w:p>
    <w:p>
      <w:r>
        <w:rPr>
          <w:i/>
        </w:rPr>
        <w:t>“We are living in a country where people are having faith in different religions. Every religion has got its own festival. Is it permissible for a Muslim to celebrate other festivals like Holi and Diwali? What is your advice for us?”</w:t>
      </w:r>
    </w:p>
    <w:p>
      <w:r>
        <w:rPr>
          <w:sz w:val="20"/>
        </w:rPr>
        <w:t>59:44  maulana, yeh sawal kashmir se aya hai, amir jinn mori sahib ka. unhon nay likha hai: "we are living in a country where people are having faith in different religions.</w:t>
      </w:r>
      <w:r>
        <w:br/>
      </w:r>
      <w:r>
        <w:rPr>
          <w:sz w:val="20"/>
        </w:rPr>
        <w:t>59:58  every religion has got its own festival." maulana sahib, my question is:</w:t>
      </w:r>
      <w:r>
        <w:br/>
      </w:r>
      <w:r>
        <w:rPr>
          <w:sz w:val="20"/>
        </w:rPr>
        <w:t>1:00:05  "is it permissible for a muslim to celebrate other festivals like holi and diwali? what is your advice for us?" dekhen, yeh koi sawal nahi hai.</w:t>
      </w:r>
      <w:r>
        <w:br/>
      </w:r>
      <w:r>
        <w:rPr>
          <w:sz w:val="20"/>
        </w:rPr>
        <w:t>1:00:21  asal sawal yeh hai ke aap yeh janiye ke aap ka purpose of life kya hai, goal kya hai aap ka.</w:t>
      </w:r>
      <w:r>
        <w:br/>
      </w:r>
      <w:r>
        <w:rPr>
          <w:sz w:val="20"/>
        </w:rPr>
        <w:t>1:00:30  yeh sab to is ki koi ahmiyat nahi hai. aap yeh koi nahi sochtay ke</w:t>
      </w:r>
      <w:r>
        <w:br/>
      </w:r>
      <w:r>
        <w:rPr>
          <w:sz w:val="20"/>
        </w:rPr>
        <w:t>1:00:38  tarah tarah ke festival hotay hain to hum ko opportunity de rahay hain, wahan ja kar hum islami literature pohanchayein, logon se interact karein, logon se discussion karein, logon se dialogue karein.</w:t>
      </w:r>
      <w:r>
        <w:br/>
      </w:r>
      <w:r>
        <w:rPr>
          <w:sz w:val="20"/>
        </w:rPr>
        <w:t>1:00:51  yani aik jagah aisay sari log mil rahay hain.</w:t>
      </w:r>
      <w:r>
        <w:br/>
      </w:r>
      <w:r>
        <w:rPr>
          <w:sz w:val="20"/>
        </w:rPr>
        <w:t>1:00:56  rasool Allah ke zamanay mein bhi aswaq hua kartay thay, souq yani wahan par aisay jashn manatay thay, log ikhatta hotay thay wahan par.</w:t>
      </w:r>
      <w:r>
        <w:br/>
      </w:r>
      <w:r>
        <w:rPr>
          <w:sz w:val="20"/>
        </w:rPr>
        <w:t>1:01:04  wahan aap jatay thay baqayda, aap parh lijiye sahi kitabon mein. masla yeh nahi ke aap khud bhi jashn manayein, masla hai ke un ke jashn ko avail kijiye.</w:t>
      </w:r>
      <w:r>
        <w:br/>
      </w:r>
      <w:r>
        <w:rPr>
          <w:sz w:val="20"/>
        </w:rPr>
        <w:t>1:01:15  aap</w:t>
      </w:r>
      <w:r>
        <w:br/>
      </w:r>
      <w:r>
        <w:rPr>
          <w:sz w:val="20"/>
        </w:rPr>
        <w:t>1:01:19  take it as an opportunity, un se interaction kijiye, un se discussion kijiye, un se dialogue kijiye, un ki kitabein dijiye, un ko quran ke tarjmay pohanchaiye, yeh sab kijiye.</w:t>
      </w:r>
      <w:r>
        <w:br/>
      </w:r>
      <w:r>
        <w:rPr>
          <w:sz w:val="20"/>
        </w:rPr>
        <w:t>1:01:31  aisay sochne ki cheez yeh hai, woh to koi sochne ki baat nahi hai.</w:t>
      </w:r>
    </w:p>
    <w:p>
      <w:pPr>
        <w:pStyle w:val="Heading2"/>
      </w:pPr>
      <w:r>
        <w:t>Clarity on Zakat calculation method of Prophet</w:t>
      </w:r>
    </w:p>
    <w:p>
      <w:r>
        <w:rPr>
          <w:color w:val="666666"/>
          <w:sz w:val="18"/>
        </w:rPr>
        <w:t>Worship · Natural Warning April 17, 2016 · 53s · at 52:16 · https://youtu.be/fSNOpwgzcss?t=3136</w:t>
      </w:r>
    </w:p>
    <w:p>
      <w:r>
        <w:rPr>
          <w:i/>
        </w:rPr>
        <w:t>“I need clarity on Zakat. What we are traditionally following today is two and a half percent that we give as Zakat, but it was not being followed by the Prophet. Can you please explain what calculation method was followed by him?”</w:t>
      </w:r>
    </w:p>
    <w:p>
      <w:r>
        <w:rPr>
          <w:sz w:val="20"/>
        </w:rPr>
        <w:t>52:16  Allah ki raza mein dono yaksaan taur par insaan hain. Maulana, agla sawal Muinuddin sahib ne kiya hai Karachi Pakistan se aur unhone likha hai ke I need clarity on Zakat</w:t>
      </w:r>
      <w:r>
        <w:br/>
      </w:r>
      <w:r>
        <w:rPr>
          <w:sz w:val="20"/>
        </w:rPr>
        <w:t>52:31  . What we are traditionally following today is two and a half percent that we give as Zakat, but it was not being followed by Rasool Allah.</w:t>
      </w:r>
      <w:r>
        <w:br/>
      </w:r>
      <w:r>
        <w:rPr>
          <w:sz w:val="20"/>
        </w:rPr>
        <w:t>52:41  Can you please explain what calculation method was followed by him?</w:t>
      </w:r>
      <w:r>
        <w:br/>
      </w:r>
      <w:r>
        <w:rPr>
          <w:sz w:val="20"/>
        </w:rPr>
        <w:t>52:48  Dekhiye, Zakat koi calculation ki baat nahi hai. Woh dhai فیصد to ek aam baat hai.</w:t>
      </w:r>
      <w:r>
        <w:br/>
      </w:r>
      <w:r>
        <w:rPr>
          <w:sz w:val="20"/>
        </w:rPr>
        <w:t>52:58  Zakat ka matlab kitaab mein dars keh dijiye. Quran mein hai ke khoon isi ke baad clear ho jayegi.</w:t>
      </w:r>
    </w:p>
    <w:p>
      <w:pPr>
        <w:pStyle w:val="Heading2"/>
      </w:pPr>
      <w:r>
        <w:t>Concept of worship in Islam vs others</w:t>
      </w:r>
    </w:p>
    <w:p>
      <w:r>
        <w:rPr>
          <w:color w:val="666666"/>
          <w:sz w:val="18"/>
        </w:rPr>
        <w:t>Worship · The Purpose of Existence-9th September 2012 · 30s · at 1:37:33 · https://youtu.be/KxCy8m6k_MQ?t=5853</w:t>
      </w:r>
    </w:p>
    <w:p>
      <w:r>
        <w:rPr>
          <w:i/>
        </w:rPr>
        <w:t>“What is the concept of worship in Islam as compared to other religions?”</w:t>
      </w:r>
    </w:p>
    <w:p>
      <w:r>
        <w:rPr>
          <w:sz w:val="20"/>
        </w:rPr>
        <w:t>1:37:33  maulana, un ka ek aur doosra sawal bhi hai ke unhon ne likha hai: "what is the concept</w:t>
      </w:r>
      <w:r>
        <w:br/>
      </w:r>
      <w:r>
        <w:rPr>
          <w:sz w:val="20"/>
        </w:rPr>
        <w:t>1:37:41  "of worship in Islam as compared to other religions?" Is par bhi bahut likha ki hamari kitabein aap</w:t>
      </w:r>
      <w:r>
        <w:br/>
      </w:r>
      <w:r>
        <w:rPr>
          <w:sz w:val="20"/>
        </w:rPr>
        <w:t>1:37:48  parh lijie.</w:t>
      </w:r>
      <w:r>
        <w:br/>
      </w:r>
      <w:r>
        <w:rPr>
          <w:sz w:val="20"/>
        </w:rPr>
        <w:t>1:37:50  ke sahib, ibadat par to kaifi likha hai.</w:t>
      </w:r>
      <w:r>
        <w:br/>
      </w:r>
      <w:r>
        <w:rPr>
          <w:sz w:val="20"/>
        </w:rPr>
        <w:t>1:37:53  hain islami talimat.</w:t>
      </w:r>
      <w:r>
        <w:br/>
      </w:r>
      <w:r>
        <w:rPr>
          <w:sz w:val="20"/>
        </w:rPr>
        <w:t>1:37:55  kis kitab mein? Islami talimat keh rahe hain.</w:t>
      </w:r>
      <w:r>
        <w:br/>
      </w:r>
      <w:r>
        <w:rPr>
          <w:sz w:val="20"/>
        </w:rPr>
        <w:t>1:37:58  islami talimat mein kafi tafseel se hai, us ko aap dekh lijie.</w:t>
      </w:r>
    </w:p>
    <w:p>
      <w:pPr>
        <w:pStyle w:val="Heading2"/>
      </w:pPr>
      <w:r>
        <w:t>Criteria for categorizing voluntary prayers</w:t>
      </w:r>
    </w:p>
    <w:p>
      <w:r>
        <w:rPr>
          <w:color w:val="666666"/>
          <w:sz w:val="18"/>
        </w:rPr>
        <w:t>Worship · Man and The Paradise August 11, 2013 Maulana Wahiduddin Khan · 1m 09s · at 1:11:39 · https://youtu.be/m8XdpnaS95U?t=4299</w:t>
      </w:r>
    </w:p>
    <w:p>
      <w:r>
        <w:rPr>
          <w:i/>
        </w:rPr>
        <w:t>“The Prophet used to offer voluntary prayers such as nafil, sunnah, witr, etc. Since all of them were practiced by the Prophet, they are all sunnah. Then why are they categorized differently as nafil, sunnah, witr? What are the criteria for naming them?”</w:t>
      </w:r>
    </w:p>
    <w:p>
      <w:r>
        <w:rPr>
          <w:sz w:val="20"/>
        </w:rPr>
        <w:t>1:11:39  maulana, agla sawal raipur se hai. idrees sahab ka, unhone likha hai: "prophet used to offer voluntary prayers such as nafl, sunnah, witr, etc.</w:t>
      </w:r>
      <w:r>
        <w:br/>
      </w:r>
      <w:r>
        <w:rPr>
          <w:sz w:val="20"/>
        </w:rPr>
        <w:t>1:11:52  as all of them were practiced by prophet, they all are sunnah of prophet. then why they are categorized as nafl, sunnah, witr?</w:t>
      </w:r>
      <w:r>
        <w:br/>
      </w:r>
      <w:r>
        <w:rPr>
          <w:sz w:val="20"/>
        </w:rPr>
        <w:t>1:12:03  what are the criteria for naming them?</w:t>
      </w:r>
      <w:r>
        <w:br/>
      </w:r>
      <w:r>
        <w:rPr>
          <w:sz w:val="20"/>
        </w:rPr>
        <w:t>1:12:07  and for a muslim, which of these categories are optional and which are compulsory?" dekhiye, ek baat samajh lijiye ke yeh saare term jo hain, yeh baat ko bane hain.</w:t>
      </w:r>
      <w:r>
        <w:br/>
      </w:r>
      <w:r>
        <w:rPr>
          <w:sz w:val="20"/>
        </w:rPr>
        <w:t>1:12:18  hadithon mein yeh term nahi aate hain. khud rasool allah ne yeh term use nahi kiye.</w:t>
      </w:r>
      <w:r>
        <w:br/>
      </w:r>
      <w:r>
        <w:rPr>
          <w:sz w:val="20"/>
        </w:rPr>
        <w:t>1:12:27  yeh to fiqh mein sab term bane hain.</w:t>
      </w:r>
      <w:r>
        <w:br/>
      </w:r>
      <w:r>
        <w:rPr>
          <w:sz w:val="20"/>
        </w:rPr>
        <w:t>1:12:30  is ke bare mein agar aap janna chahte ho to meri kitab padhiye, aap is ka naam hai "tajdeed deen". is mein maine is par, is ki detail aap ko mil jayegi, inshallah.</w:t>
      </w:r>
      <w:r>
        <w:br/>
      </w:r>
      <w:r>
        <w:rPr>
          <w:sz w:val="20"/>
        </w:rPr>
        <w:t>1:12:42  is ka naam hai "tajdeed deen".</w:t>
      </w:r>
    </w:p>
    <w:p>
      <w:pPr>
        <w:pStyle w:val="Heading2"/>
      </w:pPr>
      <w:r>
        <w:t>Daily recitation of Astaghfirullah during repentance</w:t>
      </w:r>
    </w:p>
    <w:p>
      <w:r>
        <w:rPr>
          <w:color w:val="666666"/>
          <w:sz w:val="18"/>
        </w:rPr>
        <w:t>Worship · Dars-e-Quran, Chapter 2, Verse 37 | January  07, 2018 · 1m 53s · at 57:29 · https://youtu.be/ao6Cr57KuEM?t=3449</w:t>
      </w:r>
    </w:p>
    <w:p>
      <w:r>
        <w:rPr>
          <w:i/>
        </w:rPr>
        <w:t>“Maulana Sahib, my question is: If I am doing repentance, then can I recite 'Astaghfirullah, Astaghfirullah' every day?”</w:t>
      </w:r>
    </w:p>
    <w:p>
      <w:r>
        <w:rPr>
          <w:sz w:val="20"/>
        </w:rPr>
        <w:t>57:29  i was wrong kehna second chance ko pana hai, aur second chance mere liye al risala mission hai." maulana, hum agla sawal lete hain. yeh bheja hai muhammad rafiq qureshi ne, jo aik student hain, aur unhon ne yeh comment bheja hai: "beta wad district dhulia, maharashtra." unhon ne likha hai: "maulana sahib</w:t>
      </w:r>
      <w:r>
        <w:br/>
      </w:r>
      <w:r>
        <w:rPr>
          <w:sz w:val="20"/>
        </w:rPr>
        <w:t>57:59  "My question is: If I am doing repentance, then can I recite Astaghfirullah, Astaghfirullah every day?" Is</w:t>
      </w:r>
      <w:r>
        <w:br/>
      </w:r>
      <w:r>
        <w:rPr>
          <w:sz w:val="20"/>
        </w:rPr>
        <w:t>58:06  ke bare mein aap kya kahenge? dekhiye, astaghfirullah ko repeat karna woh to main is ko nutq</w:t>
      </w:r>
      <w:r>
        <w:br/>
      </w:r>
      <w:r>
        <w:rPr>
          <w:sz w:val="20"/>
        </w:rPr>
        <w:t>58:14  samajhta hoon, kuch bhi nahi.</w:t>
      </w:r>
      <w:r>
        <w:br/>
      </w:r>
      <w:r>
        <w:rPr>
          <w:sz w:val="20"/>
        </w:rPr>
        <w:t>58:21  kyun ke jab koi, jab koi experience guzre, koi baat</w:t>
      </w:r>
      <w:r>
        <w:br/>
      </w:r>
      <w:r>
        <w:rPr>
          <w:sz w:val="20"/>
        </w:rPr>
        <w:t>58:29  ho to mind aap ka activate hota hai, aur jab mind activate hua to aap ka, aap ki</w:t>
      </w:r>
      <w:r>
        <w:br/>
      </w:r>
      <w:r>
        <w:rPr>
          <w:sz w:val="20"/>
        </w:rPr>
        <w:t>58:35  yaadein, yaadein jo hain sab jaag uthein.</w:t>
      </w:r>
      <w:r>
        <w:br/>
      </w:r>
      <w:r>
        <w:rPr>
          <w:sz w:val="20"/>
        </w:rPr>
        <w:t>58:41  tab insan pakadta hai, jis ko kehte hain grasp, G R A S P.</w:t>
      </w:r>
      <w:r>
        <w:br/>
      </w:r>
      <w:r>
        <w:rPr>
          <w:sz w:val="20"/>
        </w:rPr>
        <w:t>58:47  tab gras ka aap ka mind gras karta hai, baton ko pakadta hai, baton ko.</w:t>
      </w:r>
      <w:r>
        <w:br/>
      </w:r>
      <w:r>
        <w:rPr>
          <w:sz w:val="20"/>
        </w:rPr>
        <w:t>58:53  jab mind activate na hua ho</w:t>
      </w:r>
      <w:r>
        <w:br/>
      </w:r>
      <w:r>
        <w:rPr>
          <w:sz w:val="20"/>
        </w:rPr>
        <w:t>58:59  , sirf lafzon ko dohraen, aap is se kuch bhi nothing hai, woh nothing hai.</w:t>
      </w:r>
      <w:r>
        <w:br/>
      </w:r>
      <w:r>
        <w:rPr>
          <w:sz w:val="20"/>
        </w:rPr>
        <w:t>59:07  kyunke woh gras ka spirit to jaage nahin, gras ki spirit jaage nahin, aap lafz dohra rahe hain</w:t>
      </w:r>
      <w:r>
        <w:br/>
      </w:r>
      <w:r>
        <w:rPr>
          <w:sz w:val="20"/>
        </w:rPr>
        <w:t>59:14  to is se kuch nahin hua.</w:t>
      </w:r>
    </w:p>
    <w:p>
      <w:pPr>
        <w:pStyle w:val="Heading2"/>
      </w:pPr>
      <w:r>
        <w:t>Dealing with distracting thoughts during prayer</w:t>
      </w:r>
    </w:p>
    <w:p>
      <w:r>
        <w:rPr>
          <w:color w:val="666666"/>
          <w:sz w:val="18"/>
        </w:rPr>
        <w:t>Worship · The Spirit of Namaz | May 21, 2017 · 1m 06s · at 50:04 · https://youtu.be/xN9SA_q272Y?t=3004</w:t>
      </w:r>
    </w:p>
    <w:p>
      <w:r>
        <w:rPr>
          <w:i/>
        </w:rPr>
        <w:t>“Today's talk was very inspiring for me. Jazakallah. My question is that many times it happens that when I am doing my namaz, other thoughts come into my mind. This upsets me and makes me feel that I lack in spirit. So I end up repeating my namaz every time.”</w:t>
      </w:r>
    </w:p>
    <w:p>
      <w:r>
        <w:rPr>
          <w:sz w:val="20"/>
        </w:rPr>
        <w:t>50:04  maulana agla sawal bheja hai shakeel sahib ne ahmedabad se, aur isi se mila</w:t>
      </w:r>
      <w:r>
        <w:br/>
      </w:r>
      <w:r>
        <w:rPr>
          <w:sz w:val="20"/>
        </w:rPr>
        <w:t>50:10  jula sawal Dr. Naghma Siddiqui ka bhi hai. To hum Shakeel sahib ka sawal padhte hain. Unhone likha hai: "Maulana saheb, today talk was very inspiring for me. Jazak Allah. My question is that many a times it happens that when I am doing my namaz, other thoughts come into my mind. This upsets me and makes me feel that I lack in spirit. So I end up repeating my</w:t>
      </w:r>
      <w:r>
        <w:br/>
      </w:r>
      <w:r>
        <w:rPr>
          <w:sz w:val="20"/>
        </w:rPr>
        <w:t>50:40  namaz every time.</w:t>
      </w:r>
      <w:r>
        <w:br/>
      </w:r>
      <w:r>
        <w:rPr>
          <w:sz w:val="20"/>
        </w:rPr>
        <w:t>50:48  Maulana Sahib, please tell me if this is correct on my part.</w:t>
      </w:r>
      <w:r>
        <w:br/>
      </w:r>
      <w:r>
        <w:rPr>
          <w:sz w:val="20"/>
        </w:rPr>
        <w:t>50:56  سیکنڈلی، ٹھیک ہے، سیکنڈلی، how should I deal with these thoughts coming into my mind? Will God accept</w:t>
      </w:r>
      <w:r>
        <w:br/>
      </w:r>
      <w:r>
        <w:rPr>
          <w:sz w:val="20"/>
        </w:rPr>
        <w:t>51:03  my namaz? i am always concerned. bas koshish karte rahiye aur dua karte rahiye. ji</w:t>
      </w:r>
    </w:p>
    <w:p>
      <w:pPr>
        <w:pStyle w:val="Heading2"/>
      </w:pPr>
      <w:r>
        <w:t>Dealing with distractions during prayer</w:t>
      </w:r>
    </w:p>
    <w:p>
      <w:r>
        <w:rPr>
          <w:color w:val="666666"/>
          <w:sz w:val="18"/>
        </w:rPr>
        <w:t>Worship · The Quran September 20, 2020 Maulana Wahiduddin Khan · 1m 13s · at 23:12 · https://youtu.be/yQZGg2A0-Tk?t=1392</w:t>
      </w:r>
    </w:p>
    <w:p>
      <w:r>
        <w:rPr>
          <w:i/>
        </w:rPr>
        <w:t>“Sometimes during prayer, various thoughts come to mind. What should I do so that no thoughts come?”</w:t>
      </w:r>
    </w:p>
    <w:p>
      <w:r>
        <w:rPr>
          <w:sz w:val="20"/>
        </w:rPr>
        <w:t>23:12  maulana, agla sawal bheja hai bhopal se syed ghosh meer sahib ne.</w:t>
      </w:r>
      <w:r>
        <w:br/>
      </w:r>
      <w:r>
        <w:rPr>
          <w:sz w:val="20"/>
        </w:rPr>
        <w:t>23:22  unhon ne likha hai: "maulana sahib, kabhi kabhi namaz padhte waqt mann mein kuch bhi khayal aa jata hai. mann mein khayal nahi aaye, us ke liye kya karein?"</w:t>
      </w:r>
      <w:r>
        <w:br/>
      </w:r>
      <w:r>
        <w:rPr>
          <w:sz w:val="20"/>
        </w:rPr>
        <w:t>23:35  nahi, us ki ek toh zaroori nahi ke doosri baatein na aayen. woh toh aati hain har dafa.</w:t>
      </w:r>
      <w:r>
        <w:br/>
      </w:r>
      <w:r>
        <w:rPr>
          <w:sz w:val="20"/>
        </w:rPr>
        <w:t>23:47  toh yeh koi shart nahi hai.</w:t>
      </w:r>
      <w:r>
        <w:br/>
      </w:r>
      <w:r>
        <w:rPr>
          <w:sz w:val="20"/>
        </w:rPr>
        <w:t>23:51  shart yeh hai ke aap us ke bawajood quran par ghor kar rahe hote hain. yaani doosre khayalat aayen, doosri baatein zehan mein aayen, phir bhi aap quran ki padh ghor fikr karte rahen.</w:t>
      </w:r>
      <w:r>
        <w:br/>
      </w:r>
      <w:r>
        <w:rPr>
          <w:sz w:val="20"/>
        </w:rPr>
        <w:t>24:05  yeh matlab hai ke nahi ke woh cheez koi aur cheez aap ke zehan se nikal jaye. sirf quran hi quran rahe. yeh yeh kabhi ho nahi sakta.</w:t>
      </w:r>
      <w:r>
        <w:br/>
      </w:r>
      <w:r>
        <w:rPr>
          <w:sz w:val="20"/>
        </w:rPr>
        <w:t>24:17  sahaba ke andar bhi aisa nahi hota.</w:t>
      </w:r>
    </w:p>
    <w:p>
      <w:pPr>
        <w:pStyle w:val="Heading2"/>
      </w:pPr>
      <w:r>
        <w:t>Definition, relevance, and authenticity of durood</w:t>
      </w:r>
    </w:p>
    <w:p>
      <w:r>
        <w:rPr>
          <w:color w:val="666666"/>
          <w:sz w:val="18"/>
        </w:rPr>
        <w:t>Worship · Islam Ideology, Team and Method October 09, 2011 · 1m 34s · at 1:09:25 · https://youtu.be/zRilc1fG6c0?t=4165</w:t>
      </w:r>
    </w:p>
    <w:p>
      <w:r>
        <w:rPr>
          <w:i/>
        </w:rPr>
        <w:t>“In today's lecture you mentioned durood. Please guide: what is durood, what is its relevance, and how many authentic duroods are there?”</w:t>
      </w:r>
    </w:p>
    <w:p>
      <w:r>
        <w:rPr>
          <w:sz w:val="20"/>
        </w:rPr>
        <w:t>1:09:25  Mr Idrees ne Raipur se sawal kiya hai. Unhone likha hai: "Maulana sahib, in today lecture you mentioned about Durood.</w:t>
      </w:r>
      <w:r>
        <w:br/>
      </w:r>
      <w:r>
        <w:rPr>
          <w:sz w:val="20"/>
        </w:rPr>
        <w:t>1:09:35  Please guide what is Durood, what is its relevance, and how many authentic Duroods are there?" Dekhen, authentic ka sawal nahi hai.</w:t>
      </w:r>
      <w:r>
        <w:br/>
      </w:r>
      <w:r>
        <w:rPr>
          <w:sz w:val="20"/>
        </w:rPr>
        <w:t>1:09:46  yeh koi bhi Durood jo aap ko yaad ho ya kisi kitab mein, bas wahi Durood hai. Yani tarah tarah ke log likh rakhe hain, us ko chhapte hain, bahut khoobsurat.</w:t>
      </w:r>
      <w:r>
        <w:br/>
      </w:r>
      <w:r>
        <w:rPr>
          <w:sz w:val="20"/>
        </w:rPr>
        <w:t>1:09:56  is ka naam Durood nahi hai, wo to business hai.</w:t>
      </w:r>
      <w:r>
        <w:br/>
      </w:r>
      <w:r>
        <w:rPr>
          <w:sz w:val="20"/>
        </w:rPr>
        <w:t>1:10:03  koi bhi Durood aap ko yaad ho, yaad nahi hai to har kitab mein maujood rehta hai. Wo wahi Durood hai. Durood naam hai spirit ka, Durood naam hai dil ke jazbat ka, kisi alfaz ka naam nahi hai.</w:t>
      </w:r>
      <w:r>
        <w:br/>
      </w:r>
      <w:r>
        <w:rPr>
          <w:sz w:val="20"/>
        </w:rPr>
        <w:t>1:10:17  hata ke aap ko alfaz bilfarz yaad nahi hain, tab bhi aap agar apne dil se is baat ka, yani Rasool Allah ka, ko acknowledge karen, yeh soch kar ke ke unhone kitni museebaten uthayin, tab ja kar yeh yeh ek preserved book of God hamein hasil hui hai.</w:t>
      </w:r>
      <w:r>
        <w:br/>
      </w:r>
      <w:r>
        <w:rPr>
          <w:sz w:val="20"/>
        </w:rPr>
        <w:t>1:10:36  bahut museebaten uthayi hain. Aap ko janna ho to aap sehet ki kitaben padhiye ke kaise kaise kaise museebaten uthayi hain. To koi bhi lafz nahi hai,</w:t>
      </w:r>
      <w:r>
        <w:br/>
      </w:r>
      <w:r>
        <w:rPr>
          <w:sz w:val="20"/>
        </w:rPr>
        <w:t>1:10:47  jo alfaaz hain, un mein se koi bhi alfaaz le lijiye. na alfaaz mile to aap dil se, yaani acknowledge kijiye. wahi durood hai. maine di.</w:t>
      </w:r>
      <w:r>
        <w:br/>
      </w:r>
      <w:r>
        <w:rPr>
          <w:sz w:val="20"/>
        </w:rPr>
        <w:t>1:11:00  Mr. Aamir bin Yusuf ne Karachi Pakistan se sawal kiya hai. unhon ne likha hai: "</w:t>
      </w:r>
    </w:p>
    <w:p>
      <w:pPr>
        <w:pStyle w:val="Heading2"/>
      </w:pPr>
      <w:r>
        <w:t>Difference between dua in different postures</w:t>
      </w:r>
    </w:p>
    <w:p>
      <w:r>
        <w:rPr>
          <w:color w:val="666666"/>
          <w:sz w:val="18"/>
        </w:rPr>
        <w:t>Worship · God and Man February 19, 2012 · 1m 06s · at 1:19:06 · https://youtu.be/rL4g0LOU3wo?t=4746</w:t>
      </w:r>
    </w:p>
    <w:p>
      <w:r>
        <w:rPr>
          <w:i/>
        </w:rPr>
        <w:t>“Is there any difference between doing the dua we do while sitting, standing, or lying, and the dua we do after two units of salat?”</w:t>
      </w:r>
    </w:p>
    <w:p>
      <w:r>
        <w:rPr>
          <w:sz w:val="20"/>
        </w:rPr>
        <w:t>1:19:06  maulana, agla sawal hai doctor owais siddiqui ka dilli se. unhon ne likha hai: "Molana, is there any difference between doing the dua we do while sitting, standing, or lying,</w:t>
      </w:r>
      <w:r>
        <w:br/>
      </w:r>
      <w:r>
        <w:rPr>
          <w:sz w:val="20"/>
        </w:rPr>
        <w:t>1:19:20  and the dua we do after two units of salat?" dekhiye, dua to har waqt karte rehna hai. yeh nahi ke namaz parhne ke baad aap ne haath uthaya aur rati hui dua padh di.</w:t>
      </w:r>
      <w:r>
        <w:br/>
      </w:r>
      <w:r>
        <w:rPr>
          <w:sz w:val="20"/>
        </w:rPr>
        <w:t>1:19:33  itna hi kafi nahi hai.</w:t>
      </w:r>
      <w:r>
        <w:br/>
      </w:r>
      <w:r>
        <w:rPr>
          <w:sz w:val="20"/>
        </w:rPr>
        <w:t>1:19:36  dua to ek zindagi mein shamil hoti hai. har mauqe par nikalti rehti hai dua. dua part of life hai.</w:t>
      </w:r>
      <w:r>
        <w:br/>
      </w:r>
      <w:r>
        <w:rPr>
          <w:sz w:val="20"/>
        </w:rPr>
        <w:t>1:19:45  wo dua jo namaz ke baad hath utha kar aati hai, wo to ek chhota sa hissa hai is ka. ek tiny part hai dua ka. baqi dua to poori life mein shamil rehti hai.</w:t>
      </w:r>
      <w:r>
        <w:br/>
      </w:r>
      <w:r>
        <w:rPr>
          <w:sz w:val="20"/>
        </w:rPr>
        <w:t>1:19:59  har waqt aap ka dil Allah se juda rehta hai, Allah se yani mangta rehta hai. ek hadith mein hai ke "إِنَا جِرَبَّهُ" banda Allah se whisper karta hai.</w:t>
      </w:r>
    </w:p>
    <w:p>
      <w:pPr>
        <w:pStyle w:val="Heading2"/>
      </w:pPr>
      <w:r>
        <w:t>Difference between dua postures and after salah</w:t>
      </w:r>
    </w:p>
    <w:p>
      <w:r>
        <w:rPr>
          <w:color w:val="666666"/>
          <w:sz w:val="18"/>
        </w:rPr>
        <w:t>Worship · God and Man I February 19, 2012 Maulana Wahiduddin Khan · 1m 17s · at 1:19:46 · https://youtu.be/8TP3nlGRZek?t=4786</w:t>
      </w:r>
    </w:p>
    <w:p>
      <w:r>
        <w:rPr>
          <w:i/>
        </w:rPr>
        <w:t>“Is there any difference between doing dua while sitting, standing, or lying? And the dua we do after two units of salah?”</w:t>
      </w:r>
    </w:p>
    <w:p>
      <w:r>
        <w:rPr>
          <w:sz w:val="20"/>
        </w:rPr>
        <w:t>1:19:46  Maulana agla sawal hai doctor Owais Siddiqui ka Delhi se. Unhone likha hai Maulana is there any difference between doing dua we do while sitting, standing, or lying?</w:t>
      </w:r>
      <w:r>
        <w:br/>
      </w:r>
      <w:r>
        <w:rPr>
          <w:sz w:val="20"/>
        </w:rPr>
        <w:t>1:19:58  And the dua we do after two units</w:t>
      </w:r>
      <w:r>
        <w:br/>
      </w:r>
      <w:r>
        <w:rPr>
          <w:sz w:val="20"/>
        </w:rPr>
        <w:t>1:20:04  Salah? Dekhiye dua to har waqt karte rehna hai. Yeh nahi ke namaz padhne ke baad aap ne hath uthaya aur rati hui dua padh di. Itni kafi nahi hai.</w:t>
      </w:r>
      <w:r>
        <w:br/>
      </w:r>
      <w:r>
        <w:rPr>
          <w:sz w:val="20"/>
        </w:rPr>
        <w:t>1:20:14  Dua to ek zindagi mein shamil hoti hai. Har mauqe par nikalti rehti hai dua.</w:t>
      </w:r>
      <w:r>
        <w:br/>
      </w:r>
      <w:r>
        <w:rPr>
          <w:sz w:val="20"/>
        </w:rPr>
        <w:t>1:20:22  Dua part of life hai. Wo dua jo namaz ke baad hath utha kar ke aati hai, wo to ek chhota sa hissa hai iska. Ek tiny part hai dua ka.</w:t>
      </w:r>
      <w:r>
        <w:br/>
      </w:r>
      <w:r>
        <w:rPr>
          <w:sz w:val="20"/>
        </w:rPr>
        <w:t>1:20:32  Baqi dua to poori life mein shamil rehti hai.</w:t>
      </w:r>
      <w:r>
        <w:br/>
      </w:r>
      <w:r>
        <w:rPr>
          <w:sz w:val="20"/>
        </w:rPr>
        <w:t>1:20:37  Har waqt aap ka dil Allah se juda rehta hai. Allah se yani mangta rehta hai. Ek hadith mein hai ke yunaji rabbah banda Allah se whisper karta hai.</w:t>
      </w:r>
      <w:r>
        <w:br/>
      </w:r>
      <w:r>
        <w:rPr>
          <w:sz w:val="20"/>
        </w:rPr>
        <w:t>1:20:51  To whisper jo hai, kya yeh dua to hai yeh?</w:t>
      </w:r>
      <w:r>
        <w:br/>
      </w:r>
      <w:r>
        <w:rPr>
          <w:sz w:val="20"/>
        </w:rPr>
        <w:t>1:20:55  to wo ek ek continuous amal hai, koi waqti cheez nahi hai.</w:t>
      </w:r>
    </w:p>
    <w:p>
      <w:pPr>
        <w:pStyle w:val="Heading2"/>
      </w:pPr>
      <w:r>
        <w:t>Difference in prayer between men and women</w:t>
      </w:r>
    </w:p>
    <w:p>
      <w:r>
        <w:rPr>
          <w:color w:val="666666"/>
          <w:sz w:val="18"/>
        </w:rPr>
        <w:t>Worship · Natural Warning April 17, 2016 · 28s · at 51:48 · https://youtu.be/fSNOpwgzcss?t=3108</w:t>
      </w:r>
    </w:p>
    <w:p>
      <w:r>
        <w:rPr>
          <w:i/>
        </w:rPr>
        <w:t>“Is there any difference between the prayer of a man and a woman in Islam or is it the same?”</w:t>
      </w:r>
    </w:p>
    <w:p>
      <w:r>
        <w:rPr>
          <w:sz w:val="20"/>
        </w:rPr>
        <w:t>51:48  Maulana, agla sawal Kashmir se Javed Wani sahib ne kiya hai aur woh aap se yeh jaanna chahte hain ke kya mard aur aurat ki prayer mein Islam mein kya koi difference hai ya same hai?</w:t>
      </w:r>
      <w:r>
        <w:br/>
      </w:r>
      <w:r>
        <w:rPr>
          <w:sz w:val="20"/>
        </w:rPr>
        <w:t>52:02  Same hai, difference kyun rahega? Baaz hukm mein, baaz Quran mein aata hai Surah Aal-e-Imran mein, baaz hukm mein, baaz aap padh lijiye Surah Aal-e-Imran ke aakhir mein, koi farq nahi hai.</w:t>
      </w:r>
    </w:p>
    <w:p>
      <w:pPr>
        <w:pStyle w:val="Heading2"/>
      </w:pPr>
      <w:r>
        <w:t>Does Quran recitation reward reach deceased?</w:t>
      </w:r>
    </w:p>
    <w:p>
      <w:r>
        <w:rPr>
          <w:color w:val="666666"/>
          <w:sz w:val="18"/>
        </w:rPr>
        <w:t>Worship · Contemplation on The Quran December 16, 2018 Maulana Wahiduddin Khan · 1m 38s · at 55:44 · https://youtu.be/bSOe1_KKEYk?t=3344</w:t>
      </w:r>
    </w:p>
    <w:p>
      <w:r>
        <w:rPr>
          <w:i/>
        </w:rPr>
        <w:t>“In most Muslim families, they recite Quran for Isal-e-Sawab (transmitting reward). Does the reward reach the deceased person?”</w:t>
      </w:r>
    </w:p>
    <w:p>
      <w:r>
        <w:rPr>
          <w:sz w:val="20"/>
        </w:rPr>
        <w:t>55:44  Maulana, agla sawal Mumbai se kiya hai Farooq Shaikh sahib ne. Farooq? Farooq Shaikh sahib ne. hmm, unhon ne likha hai ke "in most of the Muslim families they recide Quran for esal-e-sawab." my question is that the sawab does the sawab reach to the dead person?</w:t>
      </w:r>
      <w:r>
        <w:br/>
      </w:r>
      <w:r>
        <w:rPr>
          <w:sz w:val="20"/>
        </w:rPr>
        <w:t>56:05  dekhiye, yeh ek riwaj hai, is ka Islam se koi ta'alluq nahi. koi Sahabi aap ko nahi milega jis ne esal-e-sawab ke liye Quran parha ho.</w:t>
      </w:r>
      <w:r>
        <w:br/>
      </w:r>
      <w:r>
        <w:rPr>
          <w:sz w:val="20"/>
        </w:rPr>
        <w:t>56:22  main aap ko arz karunga ke Maulana Yusuf sahib, jo tableegh jama'at ke ameer thay, unhon ne bohat lambi barson ki koshish ke baad</w:t>
      </w:r>
      <w:r>
        <w:br/>
      </w:r>
      <w:r>
        <w:rPr>
          <w:sz w:val="20"/>
        </w:rPr>
        <w:t>56:41  teen jildon mein ek kitab likhi hai, "Hayat-us-Sahaba". yeh sab Sahaba ke par hai. yeh kitab Arabi mein hai, Urdu mein hai, English mein hai, aur shayad Hindi mein bhi hai.</w:t>
      </w:r>
      <w:r>
        <w:br/>
      </w:r>
      <w:r>
        <w:rPr>
          <w:sz w:val="20"/>
        </w:rPr>
        <w:t>56:56  aap is kitab ko parh daliye aur koi ek waqia mujhe batayein ke kisi Sahabi ne esal-e-sawab ke liye Quran parha ho. ek waqia, single waqia.</w:t>
      </w:r>
      <w:r>
        <w:br/>
      </w:r>
      <w:r>
        <w:rPr>
          <w:sz w:val="20"/>
        </w:rPr>
        <w:t>57:07  yeh to ek riwaj hai, yeh riwaj hai Islam se, is ka koi ta'alluq nahi.</w:t>
      </w:r>
    </w:p>
    <w:p>
      <w:pPr>
        <w:pStyle w:val="Heading2"/>
      </w:pPr>
      <w:r>
        <w:t>Dua to save from distraction</w:t>
      </w:r>
    </w:p>
    <w:p>
      <w:r>
        <w:rPr>
          <w:color w:val="666666"/>
          <w:sz w:val="18"/>
        </w:rPr>
        <w:t>Worship · Save Yourself from Distraction August 21, 2016 · 1m 10s · at 1:08:18 · https://youtu.be/wP3Dj-tccDQ?t=4098</w:t>
      </w:r>
    </w:p>
    <w:p>
      <w:r>
        <w:rPr>
          <w:i/>
        </w:rPr>
        <w:t>“Is there any dua that one can do to save oneself from distraction?”</w:t>
      </w:r>
    </w:p>
    <w:p>
      <w:r>
        <w:rPr>
          <w:sz w:val="20"/>
        </w:rPr>
        <w:t>1:08:18  Maulana, doosra sawal letay hain jo Mumbai say Fawad Ansari sahib nay bheja hai aur unhon nay aap</w:t>
      </w:r>
      <w:r>
        <w:br/>
      </w:r>
      <w:r>
        <w:rPr>
          <w:sz w:val="20"/>
        </w:rPr>
        <w:t>1:08:26  سے پوچھا ہے کہ: "مولانا صاحب، is there any dua that one can do to save oneself</w:t>
      </w:r>
      <w:r>
        <w:br/>
      </w:r>
      <w:r>
        <w:rPr>
          <w:sz w:val="20"/>
        </w:rPr>
        <w:t>1:08:34  from distraction?" Dekhen, dua dua ka matlab yeh nahi hai ke aap distraction bachnay ke liye dua karen.</w:t>
      </w:r>
      <w:r>
        <w:br/>
      </w:r>
      <w:r>
        <w:rPr>
          <w:sz w:val="20"/>
        </w:rPr>
        <w:t>1:08:42  to aap ka kya kaam rahega? Yani har cheez to dua say hogi, to aap ka kya</w:t>
      </w:r>
      <w:r>
        <w:br/>
      </w:r>
      <w:r>
        <w:rPr>
          <w:sz w:val="20"/>
        </w:rPr>
        <w:t>1:08:49  kaam kaam rahega? Aap ka test kis par liya jayega? Kaisa? Sab kuch dua say honay</w:t>
      </w:r>
      <w:r>
        <w:br/>
      </w:r>
      <w:r>
        <w:rPr>
          <w:sz w:val="20"/>
        </w:rPr>
        <w:t>1:08:57  laga hai ke mein dua kar doon, yahan koi bolnay lagay meri jagah par, to mera kya kaam</w:t>
      </w:r>
      <w:r>
        <w:br/>
      </w:r>
      <w:r>
        <w:rPr>
          <w:sz w:val="20"/>
        </w:rPr>
        <w:t>1:09:05  rahega? Ji koi kaam nahi.</w:t>
      </w:r>
      <w:r>
        <w:br/>
      </w:r>
      <w:r>
        <w:rPr>
          <w:sz w:val="20"/>
        </w:rPr>
        <w:t>1:09:07  dekhen, dua aik ibadat hai, ibadat kaam to aap ko khud karna hai aur dua ho al-ibadah.</w:t>
      </w:r>
      <w:r>
        <w:br/>
      </w:r>
      <w:r>
        <w:rPr>
          <w:sz w:val="20"/>
        </w:rPr>
        <w:t>1:09:15  dua mein dekhen, dua ibadat hai, baqi aap ko khud kaam karna hai, khud planning karna hai, khud</w:t>
      </w:r>
      <w:r>
        <w:br/>
      </w:r>
      <w:r>
        <w:rPr>
          <w:sz w:val="20"/>
        </w:rPr>
        <w:t>1:09:22  sochna hai.</w:t>
      </w:r>
      <w:r>
        <w:br/>
      </w:r>
      <w:r>
        <w:rPr>
          <w:sz w:val="20"/>
        </w:rPr>
        <w:t>1:09:24  kaisa? Clear hai ke nahi? Clear hai? Ji ji Maulana, clear hai.</w:t>
      </w:r>
    </w:p>
    <w:p>
      <w:pPr>
        <w:pStyle w:val="Heading2"/>
      </w:pPr>
      <w:r>
        <w:t>Elaborating on concept of moment of acceptance</w:t>
      </w:r>
    </w:p>
    <w:p>
      <w:r>
        <w:rPr>
          <w:color w:val="666666"/>
          <w:sz w:val="18"/>
        </w:rPr>
        <w:t>Worship · Spirit of the Mission September 16, 2018 · 1m 41s · at 52:05 · https://youtu.be/rjiTU2v3U30?t=3125</w:t>
      </w:r>
    </w:p>
    <w:p>
      <w:r>
        <w:rPr>
          <w:i/>
        </w:rPr>
        <w:t>“Molana, please elaborate on the concept of dua which is called the moment of acceptance. Tell us about it.”</w:t>
      </w:r>
    </w:p>
    <w:p>
      <w:r>
        <w:rPr>
          <w:sz w:val="20"/>
        </w:rPr>
        <w:t>52:05  maulana, agla sawal bheja hai professor najma siddiqui ne delhi se. unhon ne unhon ne likha hai ke: "please elaborate, maulana sahib, please elaborate on the concept of dua which is called as qabooliyat ki ghari.</w:t>
      </w:r>
      <w:r>
        <w:br/>
      </w:r>
      <w:r>
        <w:rPr>
          <w:sz w:val="20"/>
        </w:rPr>
        <w:t>52:23  is ke bare mein batayein."</w:t>
      </w:r>
      <w:r>
        <w:br/>
      </w:r>
      <w:r>
        <w:rPr>
          <w:sz w:val="20"/>
        </w:rPr>
        <w:t>52:29  qabooliyat ki ghari koi nahi hoti, yeh awami baat hai. koi hadith quran mein mere sath koi lafz nahi hai.</w:t>
      </w:r>
      <w:r>
        <w:br/>
      </w:r>
      <w:r>
        <w:rPr>
          <w:sz w:val="20"/>
        </w:rPr>
        <w:t>52:38  qabooliyat ka mamla aap ke dil se taluq rakhta hai, koi ghari nahi hai,</w:t>
      </w:r>
      <w:r>
        <w:br/>
      </w:r>
      <w:r>
        <w:rPr>
          <w:sz w:val="20"/>
        </w:rPr>
        <w:t>52:48  koi ghari nahi hai.</w:t>
      </w:r>
      <w:r>
        <w:br/>
      </w:r>
      <w:r>
        <w:rPr>
          <w:sz w:val="20"/>
        </w:rPr>
        <w:t>52:54  jitna zyada aap phir phir honge, utne hi zyada aap ki dua ki qabooliyat ke chances barh jayenge.</w:t>
      </w:r>
      <w:r>
        <w:br/>
      </w:r>
      <w:r>
        <w:rPr>
          <w:sz w:val="20"/>
        </w:rPr>
        <w:t>53:10  maulana, doctor farida khanum jo is waqt kolkata mein hain, unhon ne likha hai: "in the airplane to kolkata, my seat belt got stuck.</w:t>
      </w:r>
      <w:r>
        <w:br/>
      </w:r>
      <w:r>
        <w:rPr>
          <w:sz w:val="20"/>
        </w:rPr>
        <w:t>53:22  a lady going past helped release it</w:t>
      </w:r>
      <w:r>
        <w:br/>
      </w:r>
      <w:r>
        <w:rPr>
          <w:sz w:val="20"/>
        </w:rPr>
        <w:t>53:25  . i decided immediately to give her the quran. she turned out to be a bangladeshi who working temporarily in india.</w:t>
      </w:r>
      <w:r>
        <w:br/>
      </w:r>
      <w:r>
        <w:rPr>
          <w:sz w:val="20"/>
        </w:rPr>
        <w:t>53:34  when she received the quran, she kissed it and said: 'she was very fortunate to receive something so precious.'"</w:t>
      </w:r>
    </w:p>
    <w:p>
      <w:pPr>
        <w:pStyle w:val="Heading2"/>
      </w:pPr>
      <w:r>
        <w:t>Failing to pray despite CPS mission work</w:t>
      </w:r>
    </w:p>
    <w:p>
      <w:r>
        <w:rPr>
          <w:color w:val="666666"/>
          <w:sz w:val="18"/>
        </w:rPr>
        <w:t>Worship · Islah e Ummat August 10, 2014 · 49s · at 58:08 · https://youtu.be/a7ohKq4Xf0Y?t=3488</w:t>
      </w:r>
    </w:p>
    <w:p>
      <w:r>
        <w:rPr>
          <w:i/>
        </w:rPr>
        <w:t>“I am a very small worker of the CPS mission, trying to do all possible, but personally I am failing to perform the prayer.”</w:t>
      </w:r>
    </w:p>
    <w:p>
      <w:r>
        <w:rPr>
          <w:sz w:val="20"/>
        </w:rPr>
        <w:t>58:08  maulana jo agla sawal aaya hai woh kanpur se aaya hai aur aa muhammad moazzam ali sahib ne</w:t>
      </w:r>
      <w:r>
        <w:br/>
      </w:r>
      <w:r>
        <w:rPr>
          <w:sz w:val="20"/>
        </w:rPr>
        <w:t>58:15  بھیجا ہے انہوں نے لکھا ہے کہ I am a</w:t>
      </w:r>
      <w:r>
        <w:br/>
      </w:r>
      <w:r>
        <w:rPr>
          <w:sz w:val="20"/>
        </w:rPr>
        <w:t>58:19  very small worker of the mission of CPS I am trying to do all that is possible for me however personally I am failing to perform the namaz</w:t>
      </w:r>
      <w:r>
        <w:br/>
      </w:r>
      <w:r>
        <w:rPr>
          <w:sz w:val="20"/>
        </w:rPr>
        <w:t>58:32  maulana please pray for me and also tell me how can i devote myself for namaz</w:t>
      </w:r>
      <w:r>
        <w:br/>
      </w:r>
      <w:r>
        <w:rPr>
          <w:sz w:val="20"/>
        </w:rPr>
        <w:t>58:41  dikhye yeh sawal ki baat nahi hai yeh toh aap kitabein parhiye maslan hamari kitab hai saum o</w:t>
      </w:r>
      <w:r>
        <w:br/>
      </w:r>
      <w:r>
        <w:rPr>
          <w:sz w:val="20"/>
        </w:rPr>
        <w:t>58:49  salaat aap is ko parhiye aur bhi doosri kitabein hain</w:t>
      </w:r>
      <w:r>
        <w:br/>
      </w:r>
      <w:r>
        <w:rPr>
          <w:sz w:val="20"/>
        </w:rPr>
        <w:t>58:54  mutala barhaiye toh yeh cheez aap ki theek ho jaye gi</w:t>
      </w:r>
    </w:p>
    <w:p>
      <w:pPr>
        <w:pStyle w:val="Heading2"/>
      </w:pPr>
      <w:r>
        <w:t>Fasting: ritual or spiritual observanc?</w:t>
      </w:r>
    </w:p>
    <w:p>
      <w:r>
        <w:rPr>
          <w:color w:val="666666"/>
          <w:sz w:val="18"/>
        </w:rPr>
        <w:t>Worship · From The Spiritual Tree August 8, 2010 · 1m 10s · at 1:11:28 · https://youtu.be/H6e9NOrqgHI?t=4288</w:t>
      </w:r>
    </w:p>
    <w:p>
      <w:r>
        <w:rPr>
          <w:i/>
        </w:rPr>
        <w:t>“Is fasting a ritual act rathr than a spiritual act? Kindly advise us how to observe fast with the true spirit.”</w:t>
      </w:r>
    </w:p>
    <w:p>
      <w:r>
        <w:rPr>
          <w:sz w:val="20"/>
        </w:rPr>
        <w:t>1:11:28  maulana, agla sawal mister arshad jamal ne kiya hai nai dilli se. unhon ne likha hai ke "ar fast is a ritual act rather than a spiritual act".</w:t>
      </w:r>
      <w:r>
        <w:br/>
      </w:r>
      <w:r>
        <w:rPr>
          <w:sz w:val="20"/>
        </w:rPr>
        <w:t>1:11:40  kindly advise us how to observe fast with the true spirit. bhai, is mein advise kya hai?</w:t>
      </w:r>
      <w:r>
        <w:br/>
      </w:r>
      <w:r>
        <w:rPr>
          <w:sz w:val="20"/>
        </w:rPr>
        <w:t>1:11:50  is mein yahi ke kitabein parhiye. hamari kitab likhi hai "som ramzan", is ko parhiye aap aur hadith ko mutala kijiyye aap.</w:t>
      </w:r>
      <w:r>
        <w:br/>
      </w:r>
      <w:r>
        <w:rPr>
          <w:sz w:val="20"/>
        </w:rPr>
        <w:t>1:11:58  to yaani ke yeh hain masail aur yeh hain is ki, yaani yeh hain haqeeqat roza aur yeh hai ke masail roza.</w:t>
      </w:r>
      <w:r>
        <w:br/>
      </w:r>
      <w:r>
        <w:rPr>
          <w:sz w:val="20"/>
        </w:rPr>
        <w:t>1:12:09  to dono cheezein maujood hain kitabon mein. aap parhiye is ko. masail roza janna hai to woh bhi kitabein maujood hain. aur roze ki jo rooh hai, us ki jo spirit hai, woh janna hai, woh bhi maujood hai kitabon mein.</w:t>
      </w:r>
      <w:r>
        <w:br/>
      </w:r>
      <w:r>
        <w:rPr>
          <w:sz w:val="20"/>
        </w:rPr>
        <w:t>1:12:21  quran ko parh kar aap jaan sakte hain. hamari kitab chhapi hui hai, kya naam tha kitab ka? "som ramzan". "som ramzan" is ko parhiye aap. yeh sab cheezein ke mutala karne se maloom hoti hain.</w:t>
      </w:r>
      <w:r>
        <w:br/>
      </w:r>
      <w:r>
        <w:rPr>
          <w:sz w:val="20"/>
        </w:rPr>
        <w:t>1:12:33  sirf ek sawal, ek jawab se nahi maloom hoti yeh sab cheezein. aap is ki study kijiyye is kitab ki</w:t>
      </w:r>
      <w:r>
        <w:br/>
      </w:r>
      <w:r>
        <w:rPr>
          <w:sz w:val="20"/>
        </w:rPr>
        <w:t>1:12:39  "som ramzan". yeh mil gayi aap koi good word mein. maulana, agla sawal kya hai mr ameenuddin qazi ne delhi se.</w:t>
      </w:r>
    </w:p>
    <w:p>
      <w:pPr>
        <w:pStyle w:val="Heading2"/>
      </w:pPr>
      <w:r>
        <w:t>Form vs spirit in worship among People of Book</w:t>
      </w:r>
    </w:p>
    <w:p>
      <w:r>
        <w:rPr>
          <w:color w:val="666666"/>
          <w:sz w:val="18"/>
        </w:rPr>
        <w:t>Worship · Revival and Revivalist June 7, 2015 · 1m 25s · at 53:45 · https://youtu.be/MCY8AJ87BXc?t=3225</w:t>
      </w:r>
    </w:p>
    <w:p>
      <w:r>
        <w:rPr>
          <w:i/>
        </w:rPr>
        <w:t>“Nowdays Musims are laing graet emphasis on form in their worship. How does this tendeny develop in the People of the Book? Why does the spirit get lost in later generations of the People of the Book? Please explain.”</w:t>
      </w:r>
    </w:p>
    <w:p>
      <w:r>
        <w:rPr>
          <w:sz w:val="20"/>
        </w:rPr>
        <w:t>53:45  mani yeh agla sawal kiya hai doctor fareeda khanum ne dehli se. nowadays muslims are laying great emphasis on form in their worship.</w:t>
      </w:r>
      <w:r>
        <w:br/>
      </w:r>
      <w:r>
        <w:rPr>
          <w:sz w:val="20"/>
        </w:rPr>
        <w:t>53:57  how this tendency develops in the people of the book? why the spirit gets lost in later generations of the people of the book?</w:t>
      </w:r>
      <w:r>
        <w:br/>
      </w:r>
      <w:r>
        <w:rPr>
          <w:sz w:val="20"/>
        </w:rPr>
        <w:t>54:07  please explain. dekhiye, yehhi yehhi hamesha hota hai.</w:t>
      </w:r>
      <w:r>
        <w:br/>
      </w:r>
      <w:r>
        <w:rPr>
          <w:sz w:val="20"/>
        </w:rPr>
        <w:t>54:12  pichhli ummaton mein bhi hua, musalmanon mein bhi hua. kyunke jab spirit khatam hoti hai to tab bhi deen baqi rehta hai, lekin form ke aitbar se baqi rehta hai.</w:t>
      </w:r>
      <w:r>
        <w:br/>
      </w:r>
      <w:r>
        <w:rPr>
          <w:sz w:val="20"/>
        </w:rPr>
        <w:t>54:25  kabhi bhi deen khatam nahi hota, spirit khatam hoti hai. to mujaddid ka kaam yeh hai ke spirit ko revive karein. woh form ko revive karne ki zaroorat hi nahi hai, woh to already maujood hota hai hamesha.</w:t>
      </w:r>
      <w:r>
        <w:br/>
      </w:r>
      <w:r>
        <w:rPr>
          <w:sz w:val="20"/>
        </w:rPr>
        <w:t>54:38  to mujaddid ka kaam asal mein sach poochhein to revive karna hai spirit ko, aur yeh hamesha jari rahega. kyunke ek rasool Allah sallallahu alaihi wasallam ne kuch logon ke darmiyan kaam kiya, un mein aap ne spirit paida ki.</w:t>
      </w:r>
      <w:r>
        <w:br/>
      </w:r>
      <w:r>
        <w:rPr>
          <w:sz w:val="20"/>
        </w:rPr>
        <w:t>54:54  to hamesha jadid jadid rehte hain, nahi mar jate hain. woh phir un ke bete, phir un ke pote. to baad ki naslon mein kabhi bhi woh spirit baqi nahi rehti.</w:t>
      </w:r>
      <w:r>
        <w:br/>
      </w:r>
      <w:r>
        <w:rPr>
          <w:sz w:val="20"/>
        </w:rPr>
        <w:t>55:04  form to rehta hai, lekin spirit nahi baqi rehti. to tajdid haqiqatan baad ki naslon ke mein aata</w:t>
      </w:r>
    </w:p>
    <w:p>
      <w:pPr>
        <w:pStyle w:val="Heading2"/>
      </w:pPr>
      <w:r>
        <w:t>Hajj or worship in someone else's name</w:t>
      </w:r>
    </w:p>
    <w:p>
      <w:r>
        <w:rPr>
          <w:color w:val="666666"/>
          <w:sz w:val="18"/>
        </w:rPr>
        <w:t>Worship · Roza (Fasting) Shock May 26, 2019 · 1m 01s · at 40:31 · https://youtu.be/GXYhGriFRpM?t=2431</w:t>
      </w:r>
    </w:p>
    <w:p>
      <w:r>
        <w:rPr>
          <w:i/>
        </w:rPr>
        <w:t>“We have been hearing since childhood that Umrah and Hajj can be performed in someone else's name. Similarly, if a child prays or performs any worship in the name of his father or mother, is there any reality to this from the Quran and authentic hadith? Not at all, not at all, not at all. No, no, no, not in Quran, nor in hadith. This is a religion made up by Muslims themselves, they made it up themselves.”</w:t>
      </w:r>
    </w:p>
    <w:p>
      <w:r>
        <w:rPr>
          <w:sz w:val="20"/>
        </w:rPr>
        <w:t>40:31  maulana, agla sawal bheja hai shamrez iqbal sahib ne. unhon ne location nahi likhi hai. un ka sawal hai: "hum bachpan se sunte aa rahe hain ke kisi ke naam se umrah aur hajj kiya ja sakta hai.</w:t>
      </w:r>
      <w:r>
        <w:br/>
      </w:r>
      <w:r>
        <w:rPr>
          <w:sz w:val="20"/>
        </w:rPr>
        <w:t>40:46  jaise koi bachcha apne baap ya maa ke naam se koi nafl parh kar ya koi ibadat kar le, kya isi ki koi kya is ki koi quran aur sahih hadith se haqeeqat hai?</w:t>
      </w:r>
      <w:r>
        <w:br/>
      </w:r>
      <w:r>
        <w:rPr>
          <w:sz w:val="20"/>
        </w:rPr>
        <w:t>41:00  " hargiz nahi, hargiz nahi, hargiz nahi. nahi, nahi, nahi, koi quran mein nahi, hadith mein. yeh musalmanon ka apna banaya hua deen hai, khud hi khud bana liya hai.</w:t>
      </w:r>
      <w:r>
        <w:br/>
      </w:r>
      <w:r>
        <w:rPr>
          <w:sz w:val="20"/>
        </w:rPr>
        <w:t>41:14  aap koi aisi baat jo aap ko sunne mein aati ho to aap quran mein dhoondhiye, tab samjhein ke woh haq hai.</w:t>
      </w:r>
      <w:r>
        <w:br/>
      </w:r>
      <w:r>
        <w:rPr>
          <w:sz w:val="20"/>
        </w:rPr>
        <w:t>41:24  woh na samjhein ke woh banawati hai. is mein sawal karne ki zarurat hi nahi. aap quran kholiye aur nikaliye.</w:t>
      </w:r>
    </w:p>
    <w:p>
      <w:pPr>
        <w:pStyle w:val="Heading2"/>
      </w:pPr>
      <w:r>
        <w:t>Head covering rules for women in namaz</w:t>
      </w:r>
    </w:p>
    <w:p>
      <w:r>
        <w:rPr>
          <w:color w:val="666666"/>
          <w:sz w:val="18"/>
        </w:rPr>
        <w:t>Worship · Realization of God September 15, 2013 · 1m 00s · at 1:05:41 · https://youtu.be/CNEEeM5uyi8?t=3941</w:t>
      </w:r>
    </w:p>
    <w:p>
      <w:r>
        <w:rPr>
          <w:i/>
        </w:rPr>
        <w:t>“I know caps have no importance in namaz for men, but I want to know whether covering head is compulsory for women during namaz. Secondly, during adhan time, is it important to cover head? Is it a sunnah?”</w:t>
      </w:r>
    </w:p>
    <w:p>
      <w:r>
        <w:rPr>
          <w:sz w:val="20"/>
        </w:rPr>
        <w:t>1:05:41  Maulana, yeh sawal aaya hai Miss Attia ka, Ferozpur, Punjab se. Unhone likha hai: "Cap caps no importance in namaz for men, but I want to know whether covering head is compulsory for women or not during namaz.</w:t>
      </w:r>
      <w:r>
        <w:br/>
      </w:r>
      <w:r>
        <w:rPr>
          <w:sz w:val="20"/>
        </w:rPr>
        <w:t>1:05:59  Secondly, during azan time, is it important to cover head or not? Is it a sunnat?" Dekhiye, in baaton par main yahan par kuch nahi</w:t>
      </w:r>
      <w:r>
        <w:br/>
      </w:r>
      <w:r>
        <w:rPr>
          <w:sz w:val="20"/>
        </w:rPr>
        <w:t>1:06:10  kahunga. Main yeh arz karoon ke hamari kai kitabon mein namaz ke bare mein tafseelat hum ne batai hain, to aap usko padhiye. To namaz par to beshumar kitabein hain.</w:t>
      </w:r>
      <w:r>
        <w:br/>
      </w:r>
      <w:r>
        <w:rPr>
          <w:sz w:val="20"/>
        </w:rPr>
        <w:t>1:06:21  agar aap doosron ko janna chahte hain to un ki kitaben parh lijiyega. aap doosron ke khayalat kya hain? jo meri study hai, jo meri tehqeeq hai, jo maine quran o sunnat ke mutale se paya hai, us ko maine apni kitabon mein likh diya hai.</w:t>
      </w:r>
      <w:r>
        <w:br/>
      </w:r>
      <w:r>
        <w:rPr>
          <w:sz w:val="20"/>
        </w:rPr>
        <w:t>1:06:35  us ko pehle aap parhiye, us ke parhne ke baad aap sawal kijiye.</w:t>
      </w:r>
    </w:p>
    <w:p>
      <w:pPr>
        <w:pStyle w:val="Heading2"/>
      </w:pPr>
      <w:r>
        <w:t>History and importance of the Black Stone</w:t>
      </w:r>
    </w:p>
    <w:p>
      <w:r>
        <w:rPr>
          <w:color w:val="666666"/>
          <w:sz w:val="18"/>
        </w:rPr>
        <w:t>Worship · Realisation of God January 19, 2014 · 1m 25s · at 52:06 · https://youtu.be/uIn3AfDkk6Y?t=3126</w:t>
      </w:r>
    </w:p>
    <w:p>
      <w:r>
        <w:rPr>
          <w:i/>
        </w:rPr>
        <w:t>“Please tell us about the Black Stone. What is its history and importance?”</w:t>
      </w:r>
    </w:p>
    <w:p>
      <w:r>
        <w:rPr>
          <w:sz w:val="20"/>
        </w:rPr>
        <w:t>52:06  maulana, agla sawal dhampur se hai mehtab sahab ka. mehtab ahmed sahab ka. unhone likha hai: "maulana, please tell us about sang-e-aswad.</w:t>
      </w:r>
      <w:r>
        <w:br/>
      </w:r>
      <w:r>
        <w:rPr>
          <w:sz w:val="20"/>
        </w:rPr>
        <w:t>52:17  what is its history and importance?" sang-e-aswad, hajar-e-aswad.</w:t>
      </w:r>
      <w:r>
        <w:br/>
      </w:r>
      <w:r>
        <w:rPr>
          <w:sz w:val="20"/>
        </w:rPr>
        <w:t>52:24  bhai, is mein jo bani tehqeeq hai, woh yeh hai ke ajeeb ghareeb qism ke afsaane is ke bare mein hain. mislan kehte hain ke aaya tha aasman se to safed tha aur insaanon ke gunah se kala ho gaya.</w:t>
      </w:r>
      <w:r>
        <w:br/>
      </w:r>
      <w:r>
        <w:rPr>
          <w:sz w:val="20"/>
        </w:rPr>
        <w:t>52:37  yeh bilkul afsaana hai, is ki koi haqeeqat nahi hai. to sang hajar-e-aswad ke bare mein jitne bhi hain, woh sab afsaane hain.</w:t>
      </w:r>
      <w:r>
        <w:br/>
      </w:r>
      <w:r>
        <w:rPr>
          <w:sz w:val="20"/>
        </w:rPr>
        <w:t>52:46  mere nazdeek is ki qissa sirf itni hai ke woh ek jab hazrat ibrahim ne kaaba banaya to hazrat ismail ne kaha chunke is mein tawaf karna tha,</w:t>
      </w:r>
      <w:r>
        <w:br/>
      </w:r>
      <w:r>
        <w:rPr>
          <w:sz w:val="20"/>
        </w:rPr>
        <w:t>53:01  tawaf karne ke liye ek point chahiye jahan se aap shuru karein. saat saat ginti ko shuru karein, ek point chahiye tha, ek different colour ka patthar chahiye tha un ko.</w:t>
      </w:r>
      <w:r>
        <w:br/>
      </w:r>
      <w:r>
        <w:rPr>
          <w:sz w:val="20"/>
        </w:rPr>
        <w:t>53:13  d</w:t>
      </w:r>
      <w:r>
        <w:br/>
      </w:r>
      <w:r>
        <w:rPr>
          <w:sz w:val="20"/>
        </w:rPr>
        <w:t>53:14  ifferent colour ka patthar to unhone dhoond kar ke ek kaale rang ka patthar laye aur chipkaye, woh is ko daal daal diya. to bas woh different colour ka patthar hai, bas aur kuch nahi hai.</w:t>
      </w:r>
      <w:r>
        <w:br/>
      </w:r>
      <w:r>
        <w:rPr>
          <w:sz w:val="20"/>
        </w:rPr>
        <w:t>53:23  jitne afsaane hain, woh sab bhi baseless hain, un ko koi asal nahi hai.</w:t>
      </w:r>
    </w:p>
    <w:p>
      <w:pPr>
        <w:pStyle w:val="Heading2"/>
      </w:pPr>
      <w:r>
        <w:t>How to achieve khushu in prayer?</w:t>
      </w:r>
    </w:p>
    <w:p>
      <w:r>
        <w:rPr>
          <w:color w:val="666666"/>
          <w:sz w:val="18"/>
        </w:rPr>
        <w:t>Worship · The Spirit of Namaz | May 21, 2017 · 34s · at 49:30 · https://youtu.be/xN9SA_q272Y?t=2970</w:t>
      </w:r>
    </w:p>
    <w:p>
      <w:r>
        <w:rPr>
          <w:i/>
        </w:rPr>
        <w:t>“How to bring khushu (concentration) in prayer?”</w:t>
      </w:r>
    </w:p>
    <w:p>
      <w:r>
        <w:rPr>
          <w:sz w:val="20"/>
        </w:rPr>
        <w:t>49:30  pehla sawal bheja hai south korea se ismatullah sahib, jo is waqt program dekh rahe hain.</w:t>
      </w:r>
      <w:r>
        <w:br/>
      </w:r>
      <w:r>
        <w:rPr>
          <w:sz w:val="20"/>
        </w:rPr>
        <w:t>49:35  unhone likha hai: "namaz ki khushu lane ka tarika batayein maulana sahib. mein arz karta hoon ke aap</w:t>
      </w:r>
      <w:r>
        <w:br/>
      </w:r>
      <w:r>
        <w:rPr>
          <w:sz w:val="20"/>
        </w:rPr>
        <w:t>49:40  aaj ka jo program tha, us ko bar bar suniye.</w:t>
      </w:r>
      <w:r>
        <w:br/>
      </w:r>
      <w:r>
        <w:rPr>
          <w:sz w:val="20"/>
        </w:rPr>
        <w:t>49:46  to is ka maqsad yahi tha, aaj ke aaj ki talk ka maqsad yahi tha.</w:t>
      </w:r>
      <w:r>
        <w:br/>
      </w:r>
      <w:r>
        <w:rPr>
          <w:sz w:val="20"/>
        </w:rPr>
        <w:t>49:52  to mein yeh mashwara doonga ke aaj ki jo talk thi, us ko aap bar bar suniye,</w:t>
      </w:r>
      <w:r>
        <w:br/>
      </w:r>
      <w:r>
        <w:rPr>
          <w:sz w:val="20"/>
        </w:rPr>
        <w:t>49:58  download kar ke.</w:t>
      </w:r>
    </w:p>
    <w:p>
      <w:pPr>
        <w:pStyle w:val="Heading2"/>
      </w:pPr>
      <w:r>
        <w:t>How to observe the spirit of Ramadan</w:t>
      </w:r>
    </w:p>
    <w:p>
      <w:r>
        <w:rPr>
          <w:color w:val="666666"/>
          <w:sz w:val="18"/>
        </w:rPr>
        <w:t>Worship · Peace of Mind June 29, 2014 · 46s · at 1:07:37 · https://youtu.be/oVwRc_FcAGk?t=4057</w:t>
      </w:r>
    </w:p>
    <w:p>
      <w:r>
        <w:rPr>
          <w:i/>
        </w:rPr>
        <w:t>“Tomorrow Ramadan is starting. How can we observe the spirit of Ramadan?”</w:t>
      </w:r>
    </w:p>
    <w:p>
      <w:r>
        <w:rPr>
          <w:sz w:val="20"/>
        </w:rPr>
        <w:t>1:07:37  molana, agla sawal mumabi se aaya hai, aur yeh sawal bhejne wale ne, molana, un ka naam kuliar nahin hai.</w:t>
      </w:r>
      <w:r>
        <w:br/>
      </w:r>
      <w:r>
        <w:rPr>
          <w:sz w:val="20"/>
        </w:rPr>
        <w:t>1:07:46  unhone aap se yeh pucha hai ke kal se ramadan shuru ho rahe hain, aur woh chahte hain ke how, aap yeh bataen ke how we can observe the spirit of Ramadan?</w:t>
      </w:r>
      <w:r>
        <w:br/>
      </w:r>
      <w:r>
        <w:rPr>
          <w:sz w:val="20"/>
        </w:rPr>
        <w:t>1:07:59  hamari kitaben padhie, ramadan par ek puri kitab hamari is ko padhie. yeh ek ek ek ek minut ke sawal jawab se nahin yeh bat kuliar hoti hai.</w:t>
      </w:r>
      <w:r>
        <w:br/>
      </w:r>
      <w:r>
        <w:rPr>
          <w:sz w:val="20"/>
        </w:rPr>
        <w:t>1:08:09  ji, yeh bat jo hai ke ek minut ke andar aap sawal karen, dusra aadmi jawab de de, is se nahin hota. ji, so main ramadan kitab hamari hai, is ko padhie.</w:t>
      </w:r>
      <w:r>
        <w:br/>
      </w:r>
      <w:r>
        <w:rPr>
          <w:sz w:val="20"/>
        </w:rPr>
        <w:t>1:08:21  ji,</w:t>
      </w:r>
    </w:p>
    <w:p>
      <w:pPr>
        <w:pStyle w:val="Heading2"/>
      </w:pPr>
      <w:r>
        <w:t>How to properly thank God</w:t>
      </w:r>
    </w:p>
    <w:p>
      <w:r>
        <w:rPr>
          <w:color w:val="666666"/>
          <w:sz w:val="18"/>
        </w:rPr>
        <w:t>Worship · Quran for All Mankind June 3, 2012 · 1m 29s · at 1:10:34 · https://youtu.be/Gp-53Zjugcg?t=4234</w:t>
      </w:r>
    </w:p>
    <w:p>
      <w:r>
        <w:rPr>
          <w:i/>
        </w:rPr>
        <w:t>“How should we thank God?”</w:t>
      </w:r>
    </w:p>
    <w:p>
      <w:r>
        <w:rPr>
          <w:sz w:val="20"/>
        </w:rPr>
        <w:t>1:10:34  Maulana, agla sawal Lucknow se hai, Mr Adnan sahab ka. unhon ne aap se poocha hai ke "how should we thank God?" is ke baray mein bataein.</w:t>
      </w:r>
      <w:r>
        <w:br/>
      </w:r>
      <w:r>
        <w:rPr>
          <w:sz w:val="20"/>
        </w:rPr>
        <w:t>1:10:43  "how should we thank God?"</w:t>
      </w:r>
      <w:r>
        <w:br/>
      </w:r>
      <w:r>
        <w:rPr>
          <w:sz w:val="20"/>
        </w:rPr>
        <w:t>1:10:47  dekhein, thank ya shukriya, shukriya, hamdi, yeh is ka matlab yeh hai acknowledge karna, eteraaf, yani Allah ka shukar karna.</w:t>
      </w:r>
      <w:r>
        <w:br/>
      </w:r>
      <w:r>
        <w:rPr>
          <w:sz w:val="20"/>
        </w:rPr>
        <w:t>1:11:00  ya asal mein yeh wohi cheez hai jis ko hum kehte hain eteraaf, yani acknowledge karna. to</w:t>
      </w:r>
      <w:r>
        <w:br/>
      </w:r>
      <w:r>
        <w:rPr>
          <w:sz w:val="20"/>
        </w:rPr>
        <w:t>1:11:11  hum ko sab kuch jo mila hai, woh Allah ki taraf se mila hai.</w:t>
      </w:r>
      <w:r>
        <w:br/>
      </w:r>
      <w:r>
        <w:rPr>
          <w:sz w:val="20"/>
        </w:rPr>
        <w:t>1:11:14  hamara wajood, hamara dekhna, hamara bolna, zameen par chalna, phirna, life support system, jo kuch bhi hai, jo kuch bhi hai, sab kuch to woh Allah ki taraf se mila hai.</w:t>
      </w:r>
      <w:r>
        <w:br/>
      </w:r>
      <w:r>
        <w:rPr>
          <w:sz w:val="20"/>
        </w:rPr>
        <w:t>1:11:27  jab is ko hum daryaft karte hain to hum dene wale ka eteraaf karna chahte hain, acknowledge karna chahte hain. is se hum hamare zuban se niklta hai ke Khudaaya tera shukar hai, Alhamdulillah Rabb al-Alameen.</w:t>
      </w:r>
      <w:r>
        <w:br/>
      </w:r>
      <w:r>
        <w:rPr>
          <w:sz w:val="20"/>
        </w:rPr>
        <w:t>1:11:41  to shukar ka matlab hai eteraaf aur kuch nahin.</w:t>
      </w:r>
      <w:r>
        <w:br/>
      </w:r>
      <w:r>
        <w:rPr>
          <w:sz w:val="20"/>
        </w:rPr>
        <w:t>1:11:44  koi yeh purasrar cheez nahin hai, koi mysterious cheez nahin hai.</w:t>
      </w:r>
      <w:r>
        <w:br/>
      </w:r>
      <w:r>
        <w:rPr>
          <w:sz w:val="20"/>
        </w:rPr>
        <w:t>1:11:50  eteraaf aik fitri cheez hai jisay aap kuch mile to aap ka dil kehta hai ke mein is ka eteraaf karoon, is ko acknowledge karoon. isi ka naam hai mazhabi zuban mein shukar.</w:t>
      </w:r>
    </w:p>
    <w:p>
      <w:pPr>
        <w:pStyle w:val="Heading2"/>
      </w:pPr>
      <w:r>
        <w:t>Importance of ritual in practice</w:t>
      </w:r>
    </w:p>
    <w:p>
      <w:r>
        <w:rPr>
          <w:color w:val="666666"/>
          <w:sz w:val="18"/>
        </w:rPr>
        <w:t>Worship · The Road to Paradise December 30, 2012 Maulana Wahiduddin Khan · 1m 28s · at 1:22:38 · https://youtu.be/vUiaPsYF4Tk?t=4958</w:t>
      </w:r>
    </w:p>
    <w:p>
      <w:r>
        <w:rPr>
          <w:i/>
        </w:rPr>
        <w:t>“What is the importance of ritual? Please explain.”</w:t>
      </w:r>
    </w:p>
    <w:p>
      <w:r>
        <w:rPr>
          <w:sz w:val="20"/>
        </w:rPr>
        <w:t>1:22:38  maulana, agla sawal hyderabad se hai, zahid sahab ka. unhon ne aap se poocha hai: "what is the importance of ritual?" is ke baray mein batayen.</w:t>
      </w:r>
      <w:r>
        <w:br/>
      </w:r>
      <w:r>
        <w:rPr>
          <w:sz w:val="20"/>
        </w:rPr>
        <w:t>1:22:48  bhai, ritual se kuch important nahi hai, kuch bhi nahi hai, one percent bhi nahi hai.</w:t>
      </w:r>
      <w:r>
        <w:br/>
      </w:r>
      <w:r>
        <w:rPr>
          <w:sz w:val="20"/>
        </w:rPr>
        <w:t>1:22:52  mere nazdeek</w:t>
      </w:r>
      <w:r>
        <w:br/>
      </w:r>
      <w:r>
        <w:rPr>
          <w:sz w:val="20"/>
        </w:rPr>
        <w:t>1:22:57  rituals ki importance islam mein kuch bhi nahi hai. dekhen, aap ek hadith hai namaz ke bare mein: "la salat limullah bait khashah".</w:t>
      </w:r>
      <w:r>
        <w:br/>
      </w:r>
      <w:r>
        <w:rPr>
          <w:sz w:val="20"/>
        </w:rPr>
        <w:t>1:23:07  jis ki namaz mein khushi nahi hai, us ki namaz hi nahi hai. agarche ritual zyada kiya ho, is mein hadith mein aata hai ke ek shakhs ne namaz padhi is masjid nabwi mein, kaha ji is ne sare rituals is ne anjam di.</w:t>
      </w:r>
      <w:r>
        <w:br/>
      </w:r>
      <w:r>
        <w:rPr>
          <w:sz w:val="20"/>
        </w:rPr>
        <w:t>1:23:21  aap ke paas aya to aap ne kaha: "arja fasil le, fandak lam tasil le". jao phir se namaz padho, koi tum ne namaz nahi padhi to rituals to ada kar diya to is ne.</w:t>
      </w:r>
      <w:r>
        <w:br/>
      </w:r>
      <w:r>
        <w:rPr>
          <w:sz w:val="20"/>
        </w:rPr>
        <w:t>1:23:32  yahan tak ke ek hadith mein hai ke ek zamana aye ga jab ke khoob namazein parhe ge log, matlab in terms of ritual.</w:t>
      </w:r>
      <w:r>
        <w:br/>
      </w:r>
      <w:r>
        <w:rPr>
          <w:sz w:val="20"/>
        </w:rPr>
        <w:t>1:23:43  to is mein hai ke: "masaj do maamra wahee kharab bain al-hudaa"</w:t>
      </w:r>
      <w:r>
        <w:br/>
      </w:r>
      <w:r>
        <w:rPr>
          <w:sz w:val="20"/>
        </w:rPr>
        <w:t>1:23:48  . yani koi masjidien ritual wali namaz parhne wali bhari hui hongi lekin wo hidayat se khali hongi. to main samajhta hoon ke rituals ki koi importance nahi hai.</w:t>
      </w:r>
      <w:r>
        <w:br/>
      </w:r>
      <w:r>
        <w:rPr>
          <w:sz w:val="20"/>
        </w:rPr>
        <w:t>1:23:59  jo is ki importance hai, wo khushiyon ki hai.</w:t>
      </w:r>
    </w:p>
    <w:p>
      <w:pPr>
        <w:pStyle w:val="Heading2"/>
      </w:pPr>
      <w:r>
        <w:t>Inculcating the Spirit of Ramadan Despite Lavish Iftar</w:t>
      </w:r>
    </w:p>
    <w:p>
      <w:r>
        <w:rPr>
          <w:color w:val="666666"/>
          <w:sz w:val="18"/>
        </w:rPr>
        <w:t>Worship · Spirit of Ramadan June 14, 2015 · 1m 42s · at 54:16 · https://youtu.be/mKQdhE2rhdQ?t=3256</w:t>
      </w:r>
    </w:p>
    <w:p>
      <w:r>
        <w:rPr>
          <w:i/>
        </w:rPr>
        <w:t>“Many of my Muslim friends spend lavishly in iftar. When they are told it's not right, they say food is a blessing from God, for we fasted all day. How can Muslims in such a situation inculcate the spirit of Ramadan?”</w:t>
      </w:r>
    </w:p>
    <w:p>
      <w:r>
        <w:rPr>
          <w:sz w:val="20"/>
        </w:rPr>
        <w:t>54:16  yeh soch mein bilkul bilkul baseless samajhta hoon aisi soch ko. Maulana, yeh agla sawal aaya hai Mr. Asif ka Mumbai se: "Maulana sahib, many of my Muslim friends they spend lavishly on iftar.</w:t>
      </w:r>
      <w:r>
        <w:br/>
      </w:r>
      <w:r>
        <w:rPr>
          <w:sz w:val="20"/>
        </w:rPr>
        <w:t>54:31  when they are being told its not right, they say food is a blessing from God, for we fasted whole day. Maulana sahib, how Muslims in such a situation can inculcate the spirit of Ramadan?</w:t>
      </w:r>
      <w:r>
        <w:br/>
      </w:r>
      <w:r>
        <w:rPr>
          <w:sz w:val="20"/>
        </w:rPr>
        <w:t>54:47  " dekhiye, yeh baatein jo log kehte hain, un se aap Quran o Hadees ka hawala poochiye. yeh to apni baat kahi inhone, apni baat,</w:t>
      </w:r>
      <w:r>
        <w:br/>
      </w:r>
      <w:r>
        <w:rPr>
          <w:sz w:val="20"/>
        </w:rPr>
        <w:t>55:00  apni baat kahi inhone.</w:t>
      </w:r>
      <w:r>
        <w:br/>
      </w:r>
      <w:r>
        <w:rPr>
          <w:sz w:val="20"/>
        </w:rPr>
        <w:t>55:05  jaise Aqsa se meri baat hui, bohat pehle ki baat hai, woh roza nahi rakhte thay. to inhone kaha, "Allah ke fazl se hum ko sab cheez mila hua hai, to hum roza kyun rakhein</w:t>
      </w:r>
      <w:r>
        <w:br/>
      </w:r>
      <w:r>
        <w:rPr>
          <w:sz w:val="20"/>
        </w:rPr>
        <w:t>55:16  ?" roza woh rakha hai jis ko khane peene na milta ho. to maine us se ladai nahi ki, maine kaha ke yeh yeh kahan se nikala hai aap ne?</w:t>
      </w:r>
      <w:r>
        <w:br/>
      </w:r>
      <w:r>
        <w:rPr>
          <w:sz w:val="20"/>
        </w:rPr>
        <w:t>55:26  kis Quran ki ayat se nikalta hai? yeh kis Hadees se yeh nikalta hai? kis Sahabi ne aisa kaha hai? to aap sawal karna seekhiye, logon ki baaton par sun kar na maaniye, sawal karna seekhiye,</w:t>
      </w:r>
      <w:r>
        <w:br/>
      </w:r>
      <w:r>
        <w:rPr>
          <w:sz w:val="20"/>
        </w:rPr>
        <w:t>55:40  aur sawal yahi kijiye ke aap kahan se bol rahe hain?</w:t>
      </w:r>
      <w:r>
        <w:br/>
      </w:r>
      <w:r>
        <w:rPr>
          <w:sz w:val="20"/>
        </w:rPr>
        <w:t>55:44  yeh ke yeh bohat bol rahe hain Quran se, Hadees se, Sahaba se, kahan se bol rahe hain? aap woh bataiye, apne dimagh se bol rahe hain to aap aap ka dimagh to koi authentic nahi mana jayega.</w:t>
      </w:r>
    </w:p>
    <w:p>
      <w:pPr>
        <w:pStyle w:val="Heading2"/>
      </w:pPr>
      <w:r>
        <w:t>Is Saying 'Remember in Prayers' Islamic?</w:t>
      </w:r>
    </w:p>
    <w:p>
      <w:r>
        <w:rPr>
          <w:color w:val="666666"/>
          <w:sz w:val="18"/>
        </w:rPr>
        <w:t>Worship · The Existence of God July 23, 2017 Maulana Wahiduddin Khan · 56s · at 57:31 · https://youtu.be/shLM_JhG3iE?t=3451</w:t>
      </w:r>
    </w:p>
    <w:p>
      <w:r>
        <w:rPr>
          <w:i/>
        </w:rPr>
        <w:t>“Many people say 'remember me in your prayers'. Is this an Islamic way? Please explain.”</w:t>
      </w:r>
    </w:p>
    <w:p>
      <w:r>
        <w:rPr>
          <w:sz w:val="20"/>
        </w:rPr>
        <w:t>57:31  nafees siddiqui sahib ne dilli se sawal bheja hai. unhon ne likha hai: "bahut se log yeh kehte hain ke duaon mein yaad rakhiyega." kya yeh islami tareeqa hai?</w:t>
      </w:r>
      <w:r>
        <w:br/>
      </w:r>
      <w:r>
        <w:rPr>
          <w:sz w:val="20"/>
        </w:rPr>
        <w:t>57:43  is ke bare mein bataen. bhai, maine jab parha hai sahaba aur tabeen ke halaat to un ka tareeqa nahi tha.</w:t>
      </w:r>
      <w:r>
        <w:br/>
      </w:r>
      <w:r>
        <w:rPr>
          <w:sz w:val="20"/>
        </w:rPr>
        <w:t>57:55  aur ek ek tabei ne kaha hai ke sahaba ke bare mein ke wa al qudwatuhum namoona wahi hai. yani sahaba ke haan maine kabhi nahi paya ke sahabi ne yeh kaha ho ke duaon mein yaad rakhiyega.</w:t>
      </w:r>
      <w:r>
        <w:br/>
      </w:r>
      <w:r>
        <w:rPr>
          <w:sz w:val="20"/>
        </w:rPr>
        <w:t>58:11  to jab tabei kehte hain ke wa al qudwatuhum wahi namoona hai. to aap kahan se nikala yeh?</w:t>
      </w:r>
      <w:r>
        <w:br/>
      </w:r>
      <w:r>
        <w:rPr>
          <w:sz w:val="20"/>
        </w:rPr>
        <w:t>58:20  yeh to khud sakhta baat hai. sahaba ka yeh tareeqa nahi tha.</w:t>
      </w:r>
    </w:p>
    <w:p>
      <w:pPr>
        <w:pStyle w:val="Heading2"/>
      </w:pPr>
      <w:r>
        <w:t>Is a mosque permanent for Judgment Day?</w:t>
      </w:r>
    </w:p>
    <w:p>
      <w:r>
        <w:rPr>
          <w:color w:val="666666"/>
          <w:sz w:val="18"/>
        </w:rPr>
        <w:t>Worship · The Lesson of History September 21, 2014 · 28s · at 1:03:39 · https://youtu.be/aMVHLKMkhcQ?t=3819</w:t>
      </w:r>
    </w:p>
    <w:p>
      <w:r>
        <w:rPr>
          <w:i/>
        </w:rPr>
        <w:t>“Wherever a mosque is built, it is built. That place is a mosque for the Day of Judgment.”</w:t>
      </w:r>
    </w:p>
    <w:p>
      <w:r>
        <w:rPr>
          <w:sz w:val="20"/>
        </w:rPr>
        <w:t>1:03:39  maulana, agla sawal lene se pehle aik comment parhna chahenge jo doctor farida khanam ne bheja hai dilli se. aur unhon ne likha hai ke Today's lecture was an eye-opener.</w:t>
      </w:r>
      <w:r>
        <w:br/>
      </w:r>
      <w:r>
        <w:rPr>
          <w:sz w:val="20"/>
        </w:rPr>
        <w:t>1:03:52  It has become very clear as to how Muslims who are stuck in a blind alley and are groping in the dark can find the way to solve their problems and save themselves from destruction.</w:t>
      </w:r>
    </w:p>
    <w:p>
      <w:pPr>
        <w:pStyle w:val="Heading2"/>
      </w:pPr>
      <w:r>
        <w:t>Is animal sacrifice mandatory on Eid al-Adha?</w:t>
      </w:r>
    </w:p>
    <w:p>
      <w:r>
        <w:rPr>
          <w:color w:val="666666"/>
          <w:sz w:val="18"/>
        </w:rPr>
        <w:t>Worship · Eid-al-Azha I October 13, 2013 · 1m 09s · at 49:33 · https://youtu.be/oy7zn-uODcU?t=2973</w:t>
      </w:r>
    </w:p>
    <w:p>
      <w:r>
        <w:rPr>
          <w:i/>
        </w:rPr>
        <w:t>“Eid al-Adha, is it mandatory for financially capable adults to sacrifice animals?”</w:t>
      </w:r>
    </w:p>
    <w:p>
      <w:r>
        <w:rPr>
          <w:sz w:val="20"/>
        </w:rPr>
        <w:t>49:33  sawal idrees sahib ne kiya hai raipur se unhon ne aap se pucha hai ke in eid</w:t>
      </w:r>
      <w:r>
        <w:br/>
      </w:r>
      <w:r>
        <w:rPr>
          <w:sz w:val="20"/>
        </w:rPr>
        <w:t>49:41  Eid al-Adha is it mandatory for financially capable adults to sacrifice animals? Kya matlab ke Eid al-Adha mein</w:t>
      </w:r>
      <w:r>
        <w:br/>
      </w:r>
      <w:r>
        <w:rPr>
          <w:sz w:val="20"/>
        </w:rPr>
        <w:t>49:48  kya yeh mandatory hai ke agar jo afford bhi kar sakta hai to us ko animal sacrifice karna</w:t>
      </w:r>
      <w:r>
        <w:br/>
      </w:r>
      <w:r>
        <w:rPr>
          <w:sz w:val="20"/>
        </w:rPr>
        <w:t>49:56  hai hai kya yeh mandatory hai nahi dekhen is ko aap is pe aap yeh yahan discuss discuss</w:t>
      </w:r>
      <w:r>
        <w:br/>
      </w:r>
      <w:r>
        <w:rPr>
          <w:sz w:val="20"/>
        </w:rPr>
        <w:t>50:04  karne ki baat nahi hai is pe kitabein maujood hain aap padh lijiye is mein mil jayega</w:t>
      </w:r>
      <w:r>
        <w:br/>
      </w:r>
      <w:r>
        <w:rPr>
          <w:sz w:val="20"/>
        </w:rPr>
        <w:t>50:12  aap ko quran mein mil jayega aur mufti mufti kifaayatullah sahib ki kitaab hai woh kya</w:t>
      </w:r>
      <w:r>
        <w:br/>
      </w:r>
      <w:r>
        <w:rPr>
          <w:sz w:val="20"/>
        </w:rPr>
        <w:t>50:19  naam hai is mufti ka taleem ul islam taleem ul islam woh bohat tafseel se mil jayega aap ko</w:t>
      </w:r>
      <w:r>
        <w:br/>
      </w:r>
      <w:r>
        <w:rPr>
          <w:sz w:val="20"/>
        </w:rPr>
        <w:t>50:27  bushra zevar mein aap ko tafseel se mil jayega hamare paas sawalaat aane chahiye dawat-e-fiqhi nahi</w:t>
      </w:r>
      <w:r>
        <w:br/>
      </w:r>
      <w:r>
        <w:rPr>
          <w:sz w:val="20"/>
        </w:rPr>
        <w:t>50:35  fiqhi sawalaat ke liye be-shumaar kitabein hain un ko dekh lijiye aap hum se aap ko dawat-e</w:t>
      </w:r>
    </w:p>
    <w:p>
      <w:pPr>
        <w:pStyle w:val="Heading2"/>
      </w:pPr>
      <w:r>
        <w:t>Is intention enough at start of prayer?</w:t>
      </w:r>
    </w:p>
    <w:p>
      <w:r>
        <w:rPr>
          <w:color w:val="666666"/>
          <w:sz w:val="18"/>
        </w:rPr>
        <w:t>Worship · Revival and Revivalist | June 7, 2015 · 1m 15s · at 47:13 · https://youtu.be/tJqheiPlZ94?t=2833</w:t>
      </w:r>
    </w:p>
    <w:p>
      <w:r>
        <w:rPr>
          <w:i/>
        </w:rPr>
        <w:t>“At the time of start of prayer, we should tell the intention. Is intention enough?”</w:t>
      </w:r>
    </w:p>
    <w:p>
      <w:r>
        <w:rPr>
          <w:sz w:val="20"/>
        </w:rPr>
        <w:t>47:13  ya nahi gaya. to na batane ki wajah se aisa hai. iska hal yeh hai ke logon ko bataya jaye ke dawat kitni aham baat hai. dawat ki qeemat kya hai? unhone agla sawal kiya hai mukhtar ahmed ne bihar se. at the time of start of our prayer, we should tell the niyat or is intention enough? to niyat aur intention to ek hi</w:t>
      </w:r>
      <w:r>
        <w:br/>
      </w:r>
      <w:r>
        <w:rPr>
          <w:sz w:val="20"/>
        </w:rPr>
        <w:t>47:43  cheez hai.</w:t>
      </w:r>
      <w:r>
        <w:br/>
      </w:r>
      <w:r>
        <w:rPr>
          <w:sz w:val="20"/>
        </w:rPr>
        <w:t>47:47  sawal mere khayal sahi alfaaz mein nahi hai.</w:t>
      </w:r>
      <w:r>
        <w:br/>
      </w:r>
      <w:r>
        <w:rPr>
          <w:sz w:val="20"/>
        </w:rPr>
        <w:t>47:50  sawal karne ka matlab غالباً yeh hai ke lafzon mein niyat ko kehna zaroori hai ke niyat kafi hai.</w:t>
      </w:r>
      <w:r>
        <w:br/>
      </w:r>
      <w:r>
        <w:rPr>
          <w:sz w:val="20"/>
        </w:rPr>
        <w:t>47:54  shayad matlab sawal ka yeh hai kyunke aam taur par log yeh karte hain ke munh mera taraf</w:t>
      </w:r>
      <w:r>
        <w:br/>
      </w:r>
      <w:r>
        <w:rPr>
          <w:sz w:val="20"/>
        </w:rPr>
        <w:t>47:58  kabe ke waghera alfaaz bolte hain.</w:t>
      </w:r>
      <w:r>
        <w:br/>
      </w:r>
      <w:r>
        <w:rPr>
          <w:sz w:val="20"/>
        </w:rPr>
        <w:t>48:02  to yeh alfaaz bolna hargiz zaroori nahi hai.</w:t>
      </w:r>
      <w:r>
        <w:br/>
      </w:r>
      <w:r>
        <w:rPr>
          <w:sz w:val="20"/>
        </w:rPr>
        <w:t>48:06  sahaba aise alfaaz nahi bolte the.</w:t>
      </w:r>
      <w:r>
        <w:br/>
      </w:r>
      <w:r>
        <w:rPr>
          <w:sz w:val="20"/>
        </w:rPr>
        <w:t>48:09  asal cheez yeh hai ke aap</w:t>
      </w:r>
      <w:r>
        <w:br/>
      </w:r>
      <w:r>
        <w:rPr>
          <w:sz w:val="20"/>
        </w:rPr>
        <w:t>48:13  niyat, niyat ka mani yeh hai ke aap yani zehn aap ka bidaar ho.</w:t>
      </w:r>
      <w:r>
        <w:br/>
      </w:r>
      <w:r>
        <w:rPr>
          <w:sz w:val="20"/>
        </w:rPr>
        <w:t>48:18  aap aap samajhte hon, yani aap aap ke zehn mein yeh yeh khayal taza ho ke mein namaz</w:t>
      </w:r>
      <w:r>
        <w:br/>
      </w:r>
      <w:r>
        <w:rPr>
          <w:sz w:val="20"/>
        </w:rPr>
        <w:t>48:23  parhne ke liye khara hua hoon.</w:t>
      </w:r>
    </w:p>
    <w:p>
      <w:pPr>
        <w:pStyle w:val="Heading2"/>
      </w:pPr>
      <w:r>
        <w:t>Is modesty the essence of worship?</w:t>
      </w:r>
    </w:p>
    <w:p>
      <w:r>
        <w:rPr>
          <w:color w:val="666666"/>
          <w:sz w:val="18"/>
        </w:rPr>
        <w:t>Worship · Dars-e-Quran, Chapter 2, Verse 63-71 April 15, 2018 · 52s · at 53:18 · https://youtu.be/4QSHnsRshnI?t=3198</w:t>
      </w:r>
    </w:p>
    <w:p>
      <w:r>
        <w:rPr>
          <w:i/>
        </w:rPr>
        <w:t>“My question is about Saturday talk which you gave yesterday. I want to know that can we say that modesty is the extract of worship?”</w:t>
      </w:r>
    </w:p>
    <w:p>
      <w:r>
        <w:rPr>
          <w:sz w:val="20"/>
        </w:rPr>
        <w:t>53:18  maulana, agla sawal pakistan se miss shabana ansari ne bheja hai. unhon ne likha hai: "maulana sahib, my question is about saturday talk which you gave yesterday.</w:t>
      </w:r>
      <w:r>
        <w:br/>
      </w:r>
      <w:r>
        <w:rPr>
          <w:sz w:val="20"/>
        </w:rPr>
        <w:t>53:31  i want to know that can we say that modesty is the extract of ibadah?"</w:t>
      </w:r>
      <w:r>
        <w:br/>
      </w:r>
      <w:r>
        <w:rPr>
          <w:sz w:val="20"/>
        </w:rPr>
        <w:t>53:41  haan, sahi baat hai. yeh sajda jab aap karte hain to woh modesty,</w:t>
      </w:r>
      <w:r>
        <w:br/>
      </w:r>
      <w:r>
        <w:rPr>
          <w:sz w:val="20"/>
        </w:rPr>
        <w:t>53:51  modesty to hai. woh</w:t>
      </w:r>
      <w:r>
        <w:br/>
      </w:r>
      <w:r>
        <w:rPr>
          <w:sz w:val="20"/>
        </w:rPr>
        <w:t>53:57  to baghair modesty ke, baghair tawazu ke, aadmi sacha sajda nahi kar sakta. to main sochta hoon ke aap theek keh rahe hain.</w:t>
      </w:r>
      <w:r>
        <w:br/>
      </w:r>
      <w:r>
        <w:rPr>
          <w:sz w:val="20"/>
        </w:rPr>
        <w:t>54:07  aap</w:t>
      </w:r>
    </w:p>
    <w:p>
      <w:pPr>
        <w:pStyle w:val="Heading2"/>
      </w:pPr>
      <w:r>
        <w:t>Is performing prayer form enough?</w:t>
      </w:r>
    </w:p>
    <w:p>
      <w:r>
        <w:rPr>
          <w:color w:val="666666"/>
          <w:sz w:val="18"/>
        </w:rPr>
        <w:t>Worship · Concept of God December 7, 2014 · 1m 48s · at 1:11:31 · https://youtu.be/dCgL9lp8EAo?t=4291</w:t>
      </w:r>
    </w:p>
    <w:p>
      <w:r>
        <w:rPr>
          <w:i/>
        </w:rPr>
        <w:t>“People think that once they have performed the form of prayer, that is enough. That they are God's worshippers. Is it right? Please explain this.”</w:t>
      </w:r>
    </w:p>
    <w:p>
      <w:r>
        <w:rPr>
          <w:sz w:val="20"/>
        </w:rPr>
        <w:t>1:11:31  Maulana, agla sawal Delhi se kiya hai Dr. Fareeda Khanam ne, aur unhon ne likha hai: "People think that once they have performed the form of prayer, that is enough.</w:t>
      </w:r>
      <w:r>
        <w:br/>
      </w:r>
      <w:r>
        <w:rPr>
          <w:sz w:val="20"/>
        </w:rPr>
        <w:t>1:11:45  That they are gods' worshippers. Is it right? Please explain this." Dekhein, worship log samajhte hain ke ek form hai, is ko dohrana.</w:t>
      </w:r>
      <w:r>
        <w:br/>
      </w:r>
      <w:r>
        <w:rPr>
          <w:sz w:val="20"/>
        </w:rPr>
        <w:t>1:11:56  Woh worship hai hi nahin.</w:t>
      </w:r>
      <w:r>
        <w:br/>
      </w:r>
      <w:r>
        <w:rPr>
          <w:sz w:val="20"/>
        </w:rPr>
        <w:t>1:11:59  Worship us waqt banegi jab is ke andar is ki spirit maujood ho. Hadees mein aata hai ke la salata liman lam yatakhasha.</w:t>
      </w:r>
      <w:r>
        <w:br/>
      </w:r>
      <w:r>
        <w:rPr>
          <w:sz w:val="20"/>
        </w:rPr>
        <w:t>1:12:11  La salata liman lam yatakhasha. Jis ki namaz mein khushu na ho, yani fear of God na ho, us ki namaz namaz nahin.</w:t>
      </w:r>
      <w:r>
        <w:br/>
      </w:r>
      <w:r>
        <w:rPr>
          <w:sz w:val="20"/>
        </w:rPr>
        <w:t>1:12:22  Ek riwayat mein aata hai ke ek shakhs ne Masjid Nabwi, jo Madina mein hai, woh aaya, wahan us ne do rakat namaz padhi. Phir Rasool Allah ke paas aaya.</w:t>
      </w:r>
      <w:r>
        <w:br/>
      </w:r>
      <w:r>
        <w:rPr>
          <w:sz w:val="20"/>
        </w:rPr>
        <w:t>1:12:34  To Rasool Allah ne farmaya ke irja' fasalli fa innaka lam tusal. Jao, phir se namaz padho, kyunke tum ne namaz nahin padhi.</w:t>
      </w:r>
      <w:r>
        <w:br/>
      </w:r>
      <w:r>
        <w:rPr>
          <w:sz w:val="20"/>
        </w:rPr>
        <w:t>1:12:44  Ke is aadmi ne form ko dohra diya tha, lekin is ke andar khushu maujood nahin tha.</w:t>
      </w:r>
      <w:r>
        <w:br/>
      </w:r>
      <w:r>
        <w:rPr>
          <w:sz w:val="20"/>
        </w:rPr>
        <w:t>1:12:51  To yeh to bohat anokhi baat hai ke log form ke dohrane ko samajhte hain ke unhon ne worship kar liya. Form relative hai, aur khushu jo hai, woh real hai.</w:t>
      </w:r>
      <w:r>
        <w:br/>
      </w:r>
      <w:r>
        <w:rPr>
          <w:sz w:val="20"/>
        </w:rPr>
        <w:t>1:13:05  Jab tak real part na ho, sirf relative part ho, to woh kisi amal ko worship nahin bana sakta.</w:t>
      </w:r>
    </w:p>
    <w:p>
      <w:pPr>
        <w:pStyle w:val="Heading2"/>
      </w:pPr>
      <w:r>
        <w:t>Is reciting Quran for the deceased valid?</w:t>
      </w:r>
    </w:p>
    <w:p>
      <w:r>
        <w:rPr>
          <w:color w:val="666666"/>
          <w:sz w:val="18"/>
        </w:rPr>
        <w:t>Worship · The Importance of Wisdom November 4, 2012 · 1m 04s · at 1:05:29 · https://youtu.be/7e6FvqRSHic?t=3929</w:t>
      </w:r>
    </w:p>
    <w:p>
      <w:r>
        <w:rPr>
          <w:i/>
        </w:rPr>
        <w:t>“After a person dies, is reciting Quran and giving its reward to the deceased correct, and does the reward reach the deceased? Please tell us about this.”</w:t>
      </w:r>
    </w:p>
    <w:p>
      <w:r>
        <w:rPr>
          <w:sz w:val="20"/>
        </w:rPr>
        <w:t>1:05:29  maulana agla sawal bhopal se hai doctor khalid hameed sahib ka</w:t>
      </w:r>
      <w:r>
        <w:br/>
      </w:r>
      <w:r>
        <w:rPr>
          <w:sz w:val="20"/>
        </w:rPr>
        <w:t>1:05:34  unhon ne likha hai insan ke marne ke baad jo quran parh kar bakhsha jata hai kya woh sahi hai aur kya is ka sawab mahroom ko milta hai is ke baray mein bataen yeh to islam mein hai hi nahi yeh to riwaj hai musalmanon ka abhi bhi arbon mein nahi hai yeh to india mein hai bas india aur pakistan mein is ka islam se koi talluq nahi hai</w:t>
      </w:r>
      <w:r>
        <w:br/>
      </w:r>
      <w:r>
        <w:rPr>
          <w:sz w:val="20"/>
        </w:rPr>
        <w:t>1:06:01  yeh quran padhkar bakhsho yeh tasawwur is wajah se ajnabi hai islam mein</w:t>
      </w:r>
      <w:r>
        <w:br/>
      </w:r>
      <w:r>
        <w:rPr>
          <w:sz w:val="20"/>
        </w:rPr>
        <w:t>1:06:08  na to ek quran o hadith mein yeh baat batai gayi hai na aaj bhi arbon mein is</w:t>
      </w:r>
      <w:r>
        <w:br/>
      </w:r>
      <w:r>
        <w:rPr>
          <w:sz w:val="20"/>
        </w:rPr>
        <w:t>1:06:11  ka riwaj nahi hai</w:t>
      </w:r>
      <w:r>
        <w:br/>
      </w:r>
      <w:r>
        <w:rPr>
          <w:sz w:val="20"/>
        </w:rPr>
        <w:t>1:06:14  yeh india aur pakistan mein hai bas to ke isi doosri qaumon se aaya hai doosri qaum mein</w:t>
      </w:r>
      <w:r>
        <w:br/>
      </w:r>
      <w:r>
        <w:rPr>
          <w:sz w:val="20"/>
        </w:rPr>
        <w:t>1:06:18  sab riwaj hain is tarah ke isi ko musalmanon ne pakad rakha hai behal yeh yeh bilkul baseless</w:t>
      </w:r>
      <w:r>
        <w:br/>
      </w:r>
      <w:r>
        <w:rPr>
          <w:sz w:val="20"/>
        </w:rPr>
        <w:t>1:06:24  hai baseless hai iska koi islam se talluq nahi hai iska koi</w:t>
      </w:r>
    </w:p>
    <w:p>
      <w:pPr>
        <w:pStyle w:val="Heading2"/>
      </w:pPr>
      <w:r>
        <w:t>Islam's stand on praying without head cover</w:t>
      </w:r>
    </w:p>
    <w:p>
      <w:r>
        <w:rPr>
          <w:color w:val="666666"/>
          <w:sz w:val="18"/>
        </w:rPr>
        <w:t>Worship · Realization of God September 15, 2013 · 1m 57s · at 55:13 · https://youtu.be/CNEEeM5uyi8?t=3313</w:t>
      </w:r>
    </w:p>
    <w:p>
      <w:r>
        <w:rPr>
          <w:i/>
        </w:rPr>
        <w:t>“These days more and more people are undergoing prayer without covering their heads, which seems a little bit awkward and undisciplined. Please advise the stand of Islam in such matters.”</w:t>
      </w:r>
    </w:p>
    <w:p>
      <w:r>
        <w:rPr>
          <w:sz w:val="20"/>
        </w:rPr>
        <w:t>55:13  Maulana, un ka doosra sawal yeh hai, unhon ne likha hai: "these days more and more people are undergoing prayer without covering their heads, which seems a little bit awkward and undisciplined.</w:t>
      </w:r>
      <w:r>
        <w:br/>
      </w:r>
      <w:r>
        <w:rPr>
          <w:sz w:val="20"/>
        </w:rPr>
        <w:t>55:27  please advise the stand of Islam in such matters." dekhein, namaz ka ta'alluq sar dhakne se nahi hai. yeh bohat bari bhool hai ke agar aap samjhein ke sar dhak liya to namaz ho gayi,</w:t>
      </w:r>
      <w:r>
        <w:br/>
      </w:r>
      <w:r>
        <w:rPr>
          <w:sz w:val="20"/>
        </w:rPr>
        <w:t>55:40  nahi dhaka to namaz nahi hui. yeh namaz ko understatement karna hai, yeh namaz ko understatement karna hai ke sar dhak liya to namaz ho gayi, aur nahi dhaka to namaz nahi hui.</w:t>
      </w:r>
      <w:r>
        <w:br/>
      </w:r>
      <w:r>
        <w:rPr>
          <w:sz w:val="20"/>
        </w:rPr>
        <w:t>55:55  bilkul aise log jo hain, namaz ka lafz bolne ka haq nahi rakhte. woh</w:t>
      </w:r>
      <w:r>
        <w:br/>
      </w:r>
      <w:r>
        <w:rPr>
          <w:sz w:val="20"/>
        </w:rPr>
        <w:t>56:01  dekhiye, hadith mein aata hai ke: "la salata liman la tukhshaa." is ki namaz, namaz nahi jis ke andar khushu na ho.</w:t>
      </w:r>
      <w:r>
        <w:br/>
      </w:r>
      <w:r>
        <w:rPr>
          <w:sz w:val="20"/>
        </w:rPr>
        <w:t>56:11  to masla topi ka nahi hai, balkeh khushu ka hai.</w:t>
      </w:r>
      <w:r>
        <w:br/>
      </w:r>
      <w:r>
        <w:rPr>
          <w:sz w:val="20"/>
        </w:rPr>
        <w:t>56:17  "la salata liman la tukhshaa" bohat bara yeh ek ek fitna hai. main samjhta hoon ke bas topi sar par hai to namaz ho gayi, paaon paaon ooncha hai to namaz ho gayi,</w:t>
      </w:r>
      <w:r>
        <w:br/>
      </w:r>
      <w:r>
        <w:rPr>
          <w:sz w:val="20"/>
        </w:rPr>
        <w:t>56:29  harghiz nahi. khushu hai to namaz hui, nahi to nahi hui. "la salata liman la tukhshaa"</w:t>
      </w:r>
      <w:r>
        <w:br/>
      </w:r>
      <w:r>
        <w:rPr>
          <w:sz w:val="20"/>
        </w:rPr>
        <w:t>56:39  aur bohat si hadith hain, is ki tafseel mein jaane ki zarurat nahi hai. khulasa yeh main kahunga ke paajaon, pajama ooncha hai, neecha hai, sar par topi hai, nahi topi hai, is se namaz ke hone ya na hone ka koi ta'alluq nahi hai.</w:t>
      </w:r>
      <w:r>
        <w:br/>
      </w:r>
      <w:r>
        <w:rPr>
          <w:sz w:val="20"/>
        </w:rPr>
        <w:t>56:56  namaz hone na hone ka ta'alluq yeh hai ke dil mein khushu hai ya nahi,</w:t>
      </w:r>
      <w:r>
        <w:br/>
      </w:r>
      <w:r>
        <w:rPr>
          <w:sz w:val="20"/>
        </w:rPr>
        <w:t>57:03  is se namaz ke hone ya na hone ka ta'alluq hai.</w:t>
      </w:r>
    </w:p>
    <w:p>
      <w:pPr>
        <w:pStyle w:val="Heading2"/>
      </w:pPr>
      <w:r>
        <w:t>Lavish spending on iftar as blessing from God</w:t>
      </w:r>
    </w:p>
    <w:p>
      <w:r>
        <w:rPr>
          <w:color w:val="666666"/>
          <w:sz w:val="18"/>
        </w:rPr>
        <w:t>Worship · Spirit of Ramadan | June 14, 2015 · 1m 31s · at 54:50 · https://youtu.be/LMQxfxQcnxQ?t=3290</w:t>
      </w:r>
    </w:p>
    <w:p>
      <w:r>
        <w:rPr>
          <w:i/>
        </w:rPr>
        <w:t>“Many of my Muslim friends spend lavishly on iftar. When told it's not right, they say food is a blessing from God. Please clarify.”</w:t>
      </w:r>
    </w:p>
    <w:p>
      <w:r>
        <w:rPr>
          <w:sz w:val="20"/>
        </w:rPr>
        <w:t>54:50  yeh agla sawal aya hai mister asif ka mumbai se.</w:t>
      </w:r>
      <w:r>
        <w:br/>
      </w:r>
      <w:r>
        <w:rPr>
          <w:sz w:val="20"/>
        </w:rPr>
        <w:t>54:54  Maulana Sahab, many of my Muslim friends, they spend lavishly on Iftar.</w:t>
      </w:r>
      <w:r>
        <w:br/>
      </w:r>
      <w:r>
        <w:rPr>
          <w:sz w:val="20"/>
        </w:rPr>
        <w:t>54:58  When they are being told it's not right, they say food is a blessing from God</w:t>
      </w:r>
      <w:r>
        <w:br/>
      </w:r>
      <w:r>
        <w:rPr>
          <w:sz w:val="20"/>
        </w:rPr>
        <w:t>55:02  far we fasted hol day.</w:t>
      </w:r>
      <w:r>
        <w:br/>
      </w:r>
      <w:r>
        <w:rPr>
          <w:sz w:val="20"/>
        </w:rPr>
        <w:t>55:08  Maulana Sahib, how Muslims in such a situation can inculcate the spirit of Ramadan? Dekhiye, yeh baatein jo</w:t>
      </w:r>
      <w:r>
        <w:br/>
      </w:r>
      <w:r>
        <w:rPr>
          <w:sz w:val="20"/>
        </w:rPr>
        <w:t>55:14  log kehte hain, in se aap quran o hadith ka hawala poochhiye.</w:t>
      </w:r>
      <w:r>
        <w:br/>
      </w:r>
      <w:r>
        <w:rPr>
          <w:sz w:val="20"/>
        </w:rPr>
        <w:t>55:20  yeh to apni baat kahi unhon ne, na? apni baat, apni baat kahi unhon ne.</w:t>
      </w:r>
      <w:r>
        <w:br/>
      </w:r>
      <w:r>
        <w:rPr>
          <w:sz w:val="20"/>
        </w:rPr>
        <w:t>55:26  jaise aqsa se meri baat hui</w:t>
      </w:r>
      <w:r>
        <w:br/>
      </w:r>
      <w:r>
        <w:rPr>
          <w:sz w:val="20"/>
        </w:rPr>
        <w:t>55:32  bahut pehle ki baat hai, woh roze nahi rakhte the.</w:t>
      </w:r>
      <w:r>
        <w:br/>
      </w:r>
      <w:r>
        <w:rPr>
          <w:sz w:val="20"/>
        </w:rPr>
        <w:t>55:35  to unhon ne kaha, allah ke fazl se aap ko sab cheez mila hua hai, to aap roze</w:t>
      </w:r>
      <w:r>
        <w:br/>
      </w:r>
      <w:r>
        <w:rPr>
          <w:sz w:val="20"/>
        </w:rPr>
        <w:t>55:39  kyun rakhein? roze woh rakhein jisko khane peene na milta ho.</w:t>
      </w:r>
      <w:r>
        <w:br/>
      </w:r>
      <w:r>
        <w:rPr>
          <w:sz w:val="20"/>
        </w:rPr>
        <w:t>55:43  to maine is se ladai nahi ki.</w:t>
      </w:r>
      <w:r>
        <w:br/>
      </w:r>
      <w:r>
        <w:rPr>
          <w:sz w:val="20"/>
        </w:rPr>
        <w:t>55:47  maine kaha ke yeh yeh kahan se nikala hai aap ne? kis quran ki ayat se nikalta</w:t>
      </w:r>
      <w:r>
        <w:br/>
      </w:r>
      <w:r>
        <w:rPr>
          <w:sz w:val="20"/>
        </w:rPr>
        <w:t>55:51  hai? yeh kis hadith se yeh nikalta hai? kis sahabi ne aisa kaha hai? to aap sawal karna</w:t>
      </w:r>
      <w:r>
        <w:br/>
      </w:r>
      <w:r>
        <w:rPr>
          <w:sz w:val="20"/>
        </w:rPr>
        <w:t>55:54  seekhiye, logon ki baaton par sun kar na maniye.</w:t>
      </w:r>
      <w:r>
        <w:br/>
      </w:r>
      <w:r>
        <w:rPr>
          <w:sz w:val="20"/>
        </w:rPr>
        <w:t>55:58  sawal karna seekhi</w:t>
      </w:r>
      <w:r>
        <w:br/>
      </w:r>
      <w:r>
        <w:rPr>
          <w:sz w:val="20"/>
        </w:rPr>
        <w:t>56:02  ye, aur sawal yahi kijiye ke aap kahan se bol rahe hain? yeh yeh bahut bol rahe hain</w:t>
      </w:r>
      <w:r>
        <w:br/>
      </w:r>
      <w:r>
        <w:rPr>
          <w:sz w:val="20"/>
        </w:rPr>
        <w:t>56:07  quran se, hadith se, sahaba se.</w:t>
      </w:r>
      <w:r>
        <w:br/>
      </w:r>
      <w:r>
        <w:rPr>
          <w:sz w:val="20"/>
        </w:rPr>
        <w:t>56:12  kahan se bol rahe hain aap? woh bataiye, apne dimagh se bol rahe hain to aap aap ko</w:t>
      </w:r>
      <w:r>
        <w:br/>
      </w:r>
      <w:r>
        <w:rPr>
          <w:sz w:val="20"/>
        </w:rPr>
        <w:t>56:17  dimagh to koi authentic nahi mana jayega.</w:t>
      </w:r>
    </w:p>
    <w:p>
      <w:pPr>
        <w:pStyle w:val="Heading2"/>
      </w:pPr>
      <w:r>
        <w:t>Legal status of offering sacrifice on Eid</w:t>
      </w:r>
    </w:p>
    <w:p>
      <w:r>
        <w:rPr>
          <w:color w:val="666666"/>
          <w:sz w:val="18"/>
        </w:rPr>
        <w:t>Worship · Revival of Abrahamic Mission October 28, 2012 · 1m 06s · at 59:41 · https://youtu.be/9mV72V5gsqM?t=3581</w:t>
      </w:r>
    </w:p>
    <w:p>
      <w:r>
        <w:rPr>
          <w:i/>
        </w:rPr>
        <w:t>“What is the legal status of offering sacrifice on Eid al-Adha? Is Qurbani obligatory, sunnah, or nafl? Can a person in debt offer sacrifice? The hadith says: 'Whoever does not offer sacrifice should not come to our Eidgah.'”</w:t>
      </w:r>
    </w:p>
    <w:p>
      <w:r>
        <w:rPr>
          <w:sz w:val="20"/>
        </w:rPr>
        <w:t>59:41  maulana, yeh sawal aya hai karachi pakistan se miss saira latif ka. unhon ne likha hai: "eid al-adha ke din qurbani karne ki sharai hesiyat kya hai?</w:t>
      </w:r>
      <w:r>
        <w:br/>
      </w:r>
      <w:r>
        <w:rPr>
          <w:sz w:val="20"/>
        </w:rPr>
        <w:t>59:54  kya qurbani karna farz hai ya sunt hai ya nafl? kya ek qarzdaar qurbani kar sakta hai?</w:t>
      </w:r>
      <w:r>
        <w:br/>
      </w:r>
      <w:r>
        <w:rPr>
          <w:sz w:val="20"/>
        </w:rPr>
        <w:t>1:00:03  hadith mein aya hai ke jo shakhs qurbani na kare, woh humare eidgah mein na aaye.</w:t>
      </w:r>
      <w:r>
        <w:br/>
      </w:r>
      <w:r>
        <w:rPr>
          <w:sz w:val="20"/>
        </w:rPr>
        <w:t>1:00:10  is hadith ka matlab kya hai? wazahat karen." dekhen, aaj maine jo baaten kahi hain, woh isi mauzu par thi.</w:t>
      </w:r>
      <w:r>
        <w:br/>
      </w:r>
      <w:r>
        <w:rPr>
          <w:sz w:val="20"/>
        </w:rPr>
        <w:t>1:00:20  aaj meri jo taqreer hai, us ko aap dobara suniye aur meri kitab hai "haqeeqat-e-haqq", us ko padhiye. phir us ke baad aindah aap sawal kijiye.</w:t>
      </w:r>
      <w:r>
        <w:br/>
      </w:r>
      <w:r>
        <w:rPr>
          <w:sz w:val="20"/>
        </w:rPr>
        <w:t>1:00:32  aaj ki taqreer ko dobara suniye aur "haqeeqat-e-haqq" ka mutala kijiye.</w:t>
      </w:r>
      <w:r>
        <w:br/>
      </w:r>
      <w:r>
        <w:rPr>
          <w:sz w:val="20"/>
        </w:rPr>
        <w:t>1:00:39  is ke baad jo aap ke zehn mein sawal hai, woh agle ijtima, agle sunday mein kijiye.</w:t>
      </w:r>
    </w:p>
    <w:p>
      <w:pPr>
        <w:pStyle w:val="Heading2"/>
      </w:pPr>
      <w:r>
        <w:t>Literal meaning of the word Namaz</w:t>
      </w:r>
    </w:p>
    <w:p>
      <w:r>
        <w:rPr>
          <w:color w:val="666666"/>
          <w:sz w:val="18"/>
        </w:rPr>
        <w:t>Worship · Interpretation of History October 23, 2016 · 1m 12s · at 48:59 · https://youtu.be/P-JhH3q-Mdg?t=2939</w:t>
      </w:r>
    </w:p>
    <w:p>
      <w:r>
        <w:rPr>
          <w:i/>
        </w:rPr>
        <w:t>“What is the literal meaning of the word Namaz?”</w:t>
      </w:r>
    </w:p>
    <w:p>
      <w:r>
        <w:rPr>
          <w:sz w:val="20"/>
        </w:rPr>
        <w:t>48:59  maulana, agla sawal kya hai Mahtab Sahab ne Dhampur se.</w:t>
      </w:r>
      <w:r>
        <w:br/>
      </w:r>
      <w:r>
        <w:rPr>
          <w:sz w:val="20"/>
        </w:rPr>
        <w:t>49:06  unhon ne aap se poocha hai ke "What is the literal meaning of word namaz?" is ke baare mein bataein.</w:t>
      </w:r>
      <w:r>
        <w:br/>
      </w:r>
      <w:r>
        <w:rPr>
          <w:sz w:val="20"/>
        </w:rPr>
        <w:t>49:14  namaz to farsi lafz hai, asal to salat hai, yani salat par ghaur kar lein to hum samajh</w:t>
      </w:r>
      <w:r>
        <w:br/>
      </w:r>
      <w:r>
        <w:rPr>
          <w:sz w:val="20"/>
        </w:rPr>
        <w:t>49:21  sakte hain ke namaz kya cheez hai.</w:t>
      </w:r>
      <w:r>
        <w:br/>
      </w:r>
      <w:r>
        <w:rPr>
          <w:sz w:val="20"/>
        </w:rPr>
        <w:t>49:28  namaz, roza, yeh sab farsi alfaaz hain.</w:t>
      </w:r>
      <w:r>
        <w:br/>
      </w:r>
      <w:r>
        <w:rPr>
          <w:sz w:val="20"/>
        </w:rPr>
        <w:t>49:36  to main samajhta hoon ke aap ko namaz ko salat ke hawaale se ghaur karna chahiye, na ke</w:t>
      </w:r>
      <w:r>
        <w:br/>
      </w:r>
      <w:r>
        <w:rPr>
          <w:sz w:val="20"/>
        </w:rPr>
        <w:t>49:43  namaz ke hawaale se.</w:t>
      </w:r>
      <w:r>
        <w:br/>
      </w:r>
      <w:r>
        <w:rPr>
          <w:sz w:val="20"/>
        </w:rPr>
        <w:t>49:50  yeh to istemaal ke liye hai.</w:t>
      </w:r>
      <w:r>
        <w:br/>
      </w:r>
      <w:r>
        <w:rPr>
          <w:sz w:val="20"/>
        </w:rPr>
        <w:t>49:57  namaz arab log salat kehte hain, namaz nahi kehte.</w:t>
      </w:r>
      <w:r>
        <w:br/>
      </w:r>
      <w:r>
        <w:rPr>
          <w:sz w:val="20"/>
        </w:rPr>
        <w:t>50:05  to agar samajhna hai ke is ko gehrai ke sath, to hamein is ko salat ke hawale se samajhna chahiye.</w:t>
      </w:r>
    </w:p>
    <w:p>
      <w:pPr>
        <w:pStyle w:val="Heading2"/>
      </w:pPr>
      <w:r>
        <w:t>Loss of Spirit After Ramadan</w:t>
      </w:r>
    </w:p>
    <w:p>
      <w:r>
        <w:rPr>
          <w:color w:val="666666"/>
          <w:sz w:val="18"/>
        </w:rPr>
        <w:t>Worship · Roza and Quran July 18, 2010 · 1m 20s · at 1:09:16 · https://youtu.be/TSjqSQEb0EQ?t=4156</w:t>
      </w:r>
    </w:p>
    <w:p>
      <w:r>
        <w:rPr>
          <w:i/>
        </w:rPr>
        <w:t>“During Ramadan, the entire Muslim world practices Islam so intensely, but after Ramadan is over, loses the spirit. Why does this happen, and what is the remedy for it?”</w:t>
      </w:r>
    </w:p>
    <w:p>
      <w:r>
        <w:rPr>
          <w:sz w:val="20"/>
        </w:rPr>
        <w:t>1:09:16  maulana, agla sawal mr. zahid mohammad ka hai, nai dilli se. unhon ne likha hai ke "During Ramadan, the entire Muslim world practices Islam so intensely, but after Ramadan is over, loses the spirit.</w:t>
      </w:r>
      <w:r>
        <w:br/>
      </w:r>
      <w:r>
        <w:rPr>
          <w:sz w:val="20"/>
        </w:rPr>
        <w:t>1:09:33  why does this happen, and what is the remedy for it?" yeh baat sahi nahin hai ke intensely us ko follow karte hain.</w:t>
      </w:r>
      <w:r>
        <w:br/>
      </w:r>
      <w:r>
        <w:rPr>
          <w:sz w:val="20"/>
        </w:rPr>
        <w:t>1:09:42  sirf ritual karte hain, ritual bas. yeh spiritless roza hota hai in ka. yeh nahin sahi hai, bilkul sahi nahin hai.</w:t>
      </w:r>
      <w:r>
        <w:br/>
      </w:r>
      <w:r>
        <w:rPr>
          <w:sz w:val="20"/>
        </w:rPr>
        <w:t>1:09:51  agar koi sach much hi intensely follow kare to woh saal bhar khatam hi nahin hone wala. kabhi nahin khatam hoga. woh to ritual ki taraf hota hai, dhoom machate hain khane peene ki aur sehri aur iftar ki aur taraweeh ki dhoom, dhoom, dhoom.</w:t>
      </w:r>
      <w:r>
        <w:br/>
      </w:r>
      <w:r>
        <w:rPr>
          <w:sz w:val="20"/>
        </w:rPr>
        <w:t>1:10:07  woh nahin kahin ke in in ke woh ke follow kar rahe hain. woh kuch rituals hain, bas us ko poora kar rahe hain.</w:t>
      </w:r>
      <w:r>
        <w:br/>
      </w:r>
      <w:r>
        <w:rPr>
          <w:sz w:val="20"/>
        </w:rPr>
        <w:t>1:10:17  woh oopar oopar us ka un ke rooh se koi ta'alluq nahin, un ki spirit se koi ta'alluq nahin. to yeh mein nahin samajhta sahi ke aik mahine mein to khoob rakhte hain, baat par nahin hai.</w:t>
      </w:r>
      <w:r>
        <w:br/>
      </w:r>
      <w:r>
        <w:rPr>
          <w:sz w:val="20"/>
        </w:rPr>
        <w:t>1:10:29  aik mahine mein bhi nahin rakhte. woh asal baat yeh hai.</w:t>
      </w:r>
    </w:p>
    <w:p>
      <w:pPr>
        <w:pStyle w:val="Heading2"/>
      </w:pPr>
      <w:r>
        <w:t>Making dua for Muslims and non-Muslims</w:t>
      </w:r>
    </w:p>
    <w:p>
      <w:r>
        <w:rPr>
          <w:color w:val="666666"/>
          <w:sz w:val="18"/>
        </w:rPr>
        <w:t>Worship · Journey of History December 23, 2012 · 39s · at 1:03:00 · https://youtu.be/bvjWl3U3Dmw?t=3780</w:t>
      </w:r>
    </w:p>
    <w:p>
      <w:r>
        <w:rPr>
          <w:i/>
        </w:rPr>
        <w:t>“When all explaining fails, we have to do dua for people. How can we do dua with well-wishing for both Muslims and non-Muslims? Please advise.”</w:t>
      </w:r>
    </w:p>
    <w:p>
      <w:r>
        <w:rPr>
          <w:sz w:val="20"/>
        </w:rPr>
        <w:t>1:03:00  maulana, agla sawal dilli se hai miss naghma siddiqui ka</w:t>
      </w:r>
      <w:r>
        <w:br/>
      </w:r>
      <w:r>
        <w:rPr>
          <w:sz w:val="20"/>
        </w:rPr>
        <w:t>1:03:04  . unhon ne likha hai: "when all explaining fails, we have to do dua for people.</w:t>
      </w:r>
      <w:r>
        <w:br/>
      </w:r>
      <w:r>
        <w:rPr>
          <w:sz w:val="20"/>
        </w:rPr>
        <w:t>1:03:12  how can we do dua with well wishing for both muslims and non muslims? please advice." is mein dua mein koi farq to hota nahi.</w:t>
      </w:r>
      <w:r>
        <w:br/>
      </w:r>
      <w:r>
        <w:rPr>
          <w:sz w:val="20"/>
        </w:rPr>
        <w:t>1:03:22  aap dua sab ke liye kijiye.</w:t>
      </w:r>
      <w:r>
        <w:br/>
      </w:r>
      <w:r>
        <w:rPr>
          <w:sz w:val="20"/>
        </w:rPr>
        <w:t>1:03:26  dua mein to koi farq nahi hai, hatta ke jo koi so called zalim ke liye bhi dua karna hai, so called conspirator ke liye bhi dua karna hai, sab ke liye ek sath tor par.</w:t>
      </w:r>
    </w:p>
    <w:p>
      <w:pPr>
        <w:pStyle w:val="Heading2"/>
      </w:pPr>
      <w:r>
        <w:t>Meaning and obligation of Umrah</w:t>
      </w:r>
    </w:p>
    <w:p>
      <w:r>
        <w:rPr>
          <w:color w:val="666666"/>
          <w:sz w:val="18"/>
        </w:rPr>
        <w:t>Worship · Principle of Loss | May 31, 2015 · 1m 13s · at 45:35 · https://youtu.be/IEf7QfU3BmY?t=2735</w:t>
      </w:r>
    </w:p>
    <w:p>
      <w:r>
        <w:rPr>
          <w:i/>
        </w:rPr>
        <w:t>“What is the meaning of Umrah? Why is it performed? Is it obligatory?”</w:t>
      </w:r>
    </w:p>
    <w:p>
      <w:r>
        <w:rPr>
          <w:sz w:val="20"/>
        </w:rPr>
        <w:t>45:35  taqdeer kaha gaya hai. Maulana kya yeh sahi hai? Theek theek kaha aap ne, sahi kaha aap ne, bilkul durust hai. Maulana agla sawal Dhampur se bheja hai Mahtab Sahab ne, aur unhone aapse poocha hai ke Maulana Sahab Umrah ka matlab kya hai aur kyun kiya jata hai, aur kya yeh karna zaroori hai? Iske bare mein batayein. Nahi, zaroori nahi hai. Farz to sirf Hajj hai,</w:t>
      </w:r>
      <w:r>
        <w:br/>
      </w:r>
      <w:r>
        <w:rPr>
          <w:sz w:val="20"/>
        </w:rPr>
        <w:t>46:05  umrah farz nahin hai, lekin haj ke ayyam ke ilawa ek momin chahta hai ke woh kaaba ko</w:t>
      </w:r>
      <w:r>
        <w:br/>
      </w:r>
      <w:r>
        <w:rPr>
          <w:sz w:val="20"/>
        </w:rPr>
        <w:t>46:12  dekhe, kaaba ka tawaf kare, to yeh us ki is tabarruan ek jaiz tabarruan hai.</w:t>
      </w:r>
      <w:r>
        <w:br/>
      </w:r>
      <w:r>
        <w:rPr>
          <w:sz w:val="20"/>
        </w:rPr>
        <w:t>46:20  us ke liye umrah rakh diya gaya hai, yaani isi liye kaha jata hai ke umrah chota haj</w:t>
      </w:r>
      <w:r>
        <w:br/>
      </w:r>
      <w:r>
        <w:rPr>
          <w:sz w:val="20"/>
        </w:rPr>
        <w:t>46:27  hai, haj bada haj hai, umr</w:t>
      </w:r>
      <w:r>
        <w:br/>
      </w:r>
      <w:r>
        <w:rPr>
          <w:sz w:val="20"/>
        </w:rPr>
        <w:t>46:35  ah chota haj hai.</w:t>
      </w:r>
      <w:r>
        <w:br/>
      </w:r>
      <w:r>
        <w:rPr>
          <w:sz w:val="20"/>
        </w:rPr>
        <w:t>46:39  yeh to ek momin ki ek ek tabarruan hai jis ki takmeel ka saman kiya gaya hai umre</w:t>
      </w:r>
      <w:r>
        <w:br/>
      </w:r>
      <w:r>
        <w:rPr>
          <w:sz w:val="20"/>
        </w:rPr>
        <w:t>46:44  ki shakal mein.</w:t>
      </w:r>
    </w:p>
    <w:p>
      <w:pPr>
        <w:pStyle w:val="Heading2"/>
      </w:pPr>
      <w:r>
        <w:t>Meaning and obligation of Umrah pilgrimage</w:t>
      </w:r>
    </w:p>
    <w:p>
      <w:r>
        <w:rPr>
          <w:color w:val="666666"/>
          <w:sz w:val="18"/>
        </w:rPr>
        <w:t>Worship · Principle of Loss May 31, 2015 · 1m 06s · at 46:15 · https://youtu.be/vM-CUyBiDkc?t=2775</w:t>
      </w:r>
    </w:p>
    <w:p>
      <w:r>
        <w:rPr>
          <w:i/>
        </w:rPr>
        <w:t>“What is the meaning of Umrah and why is it performed? And is it obligatory to do it?”</w:t>
      </w:r>
    </w:p>
    <w:p>
      <w:r>
        <w:rPr>
          <w:sz w:val="20"/>
        </w:rPr>
        <w:t>46:15  bilkul durust hai. maulana, agla sawal dhampur se bheja hai mehtab sahib ne, aur unhon ne aapse poocha hai ke maulana sahib, umre ka matlab kya hai aur kyun kiya jata hai?</w:t>
      </w:r>
      <w:r>
        <w:br/>
      </w:r>
      <w:r>
        <w:rPr>
          <w:sz w:val="20"/>
        </w:rPr>
        <w:t>46:30  aur kya yeh karna zaroori hai? is ke bare mein bataein. nahi, zaroori nahi hai. farz to sirf hajj hai, umra farz nahi hai.</w:t>
      </w:r>
      <w:r>
        <w:br/>
      </w:r>
      <w:r>
        <w:rPr>
          <w:sz w:val="20"/>
        </w:rPr>
        <w:t>46:42  lekin</w:t>
      </w:r>
      <w:r>
        <w:br/>
      </w:r>
      <w:r>
        <w:rPr>
          <w:sz w:val="20"/>
        </w:rPr>
        <w:t>46:47  hajj ke ayyam ke ilawa ek momin chahta hai ke woh kaaba ko dekhe, kaaba ka tawaf kare, to yeh us ki is tabar ek jaiz tabar hai.</w:t>
      </w:r>
      <w:r>
        <w:br/>
      </w:r>
      <w:r>
        <w:rPr>
          <w:sz w:val="20"/>
        </w:rPr>
        <w:t>47:00  us ke liye umra rakh diya gaya hai, yaani isi liye kaha jata hai ke umra chota hajj hai, hajj bada hajj hai, umra chota hajj hai.</w:t>
      </w:r>
      <w:r>
        <w:br/>
      </w:r>
      <w:r>
        <w:rPr>
          <w:sz w:val="20"/>
        </w:rPr>
        <w:t>47:10  yeh to hai momin ki ek ek tabar hai jis ki takmeel ka saman kiya gaya hai umre ki shakal mein.</w:t>
      </w:r>
    </w:p>
    <w:p>
      <w:pPr>
        <w:pStyle w:val="Heading2"/>
      </w:pPr>
      <w:r>
        <w:t>Meaning of khushu' and khudu' in prayer</w:t>
      </w:r>
    </w:p>
    <w:p>
      <w:r>
        <w:rPr>
          <w:color w:val="666666"/>
          <w:sz w:val="18"/>
        </w:rPr>
        <w:t>Worship · Wisdom of Hadith Maulana Wahiduddin Khan February 23, 2014 · 1m 37s · at 1:08:42 · https://youtu.be/5E_MIQpToK4?t=4122</w:t>
      </w:r>
    </w:p>
    <w:p>
      <w:r>
        <w:rPr>
          <w:i/>
        </w:rPr>
        <w:t>“What is the meaning of khushu' and khudu' in prayer?”</w:t>
      </w:r>
    </w:p>
    <w:p>
      <w:r>
        <w:rPr>
          <w:sz w:val="20"/>
        </w:rPr>
        <w:t>1:08:42  Maulana, agla sawal Dhampur se kiya hai Mehtab Sahab ne.</w:t>
      </w:r>
      <w:r>
        <w:br/>
      </w:r>
      <w:r>
        <w:rPr>
          <w:sz w:val="20"/>
        </w:rPr>
        <w:t>1:08:46  unhon ne likha hai: "Maulana Sahab, what is the meaning of khushu and khuzu in namaz?" dekhein, asal</w:t>
      </w:r>
      <w:r>
        <w:br/>
      </w:r>
      <w:r>
        <w:rPr>
          <w:sz w:val="20"/>
        </w:rPr>
        <w:t>1:08:54  baat yeh hai ke namaz mein hum kuch zuban se kuch alfaaz ada karte hain, jaise Alhamdulillah Rabb</w:t>
      </w:r>
      <w:r>
        <w:br/>
      </w:r>
      <w:r>
        <w:rPr>
          <w:sz w:val="20"/>
        </w:rPr>
        <w:t>1:09:01  al-alameen kaha aap ne, Allahu Akbar hum ne kaha, Quran ki ayat padhi hum ne.</w:t>
      </w:r>
      <w:r>
        <w:br/>
      </w:r>
      <w:r>
        <w:rPr>
          <w:sz w:val="20"/>
        </w:rPr>
        <w:t>1:09:08  is ke is ka jo meaning hai, is pe dhyan rakhna.</w:t>
      </w:r>
      <w:r>
        <w:br/>
      </w:r>
      <w:r>
        <w:rPr>
          <w:sz w:val="20"/>
        </w:rPr>
        <w:t>1:09:13  jab dhyan rakhenge to apne aap hi sare result niklenge.</w:t>
      </w:r>
      <w:r>
        <w:br/>
      </w:r>
      <w:r>
        <w:rPr>
          <w:sz w:val="20"/>
        </w:rPr>
        <w:t>1:09:18  yani pehle aadmi alfaaz munh se bolta hai, dimaagh is ke maani ko sochta hai, phir jab sochta</w:t>
      </w:r>
      <w:r>
        <w:br/>
      </w:r>
      <w:r>
        <w:rPr>
          <w:sz w:val="20"/>
        </w:rPr>
        <w:t>1:09:25  hai to is ke baad aadmi ke andar ek storm aata hai.</w:t>
      </w:r>
      <w:r>
        <w:br/>
      </w:r>
      <w:r>
        <w:rPr>
          <w:sz w:val="20"/>
        </w:rPr>
        <w:t>1:09:31  isi storm ka naam hai khushu khuzu.</w:t>
      </w:r>
      <w:r>
        <w:br/>
      </w:r>
      <w:r>
        <w:rPr>
          <w:sz w:val="20"/>
        </w:rPr>
        <w:t>1:09:34  jaise aap ne kaha ke Alhamdulillah Rabb al-alameen, hamd hai is Rab ki jo sare alam ka malik</w:t>
      </w:r>
      <w:r>
        <w:br/>
      </w:r>
      <w:r>
        <w:rPr>
          <w:sz w:val="20"/>
        </w:rPr>
        <w:t>1:09:41  hai.</w:t>
      </w:r>
      <w:r>
        <w:br/>
      </w:r>
      <w:r>
        <w:rPr>
          <w:sz w:val="20"/>
        </w:rPr>
        <w:t>1:09:43  yeh kaha aap ne, ab is ke maani par socha aap ne ke Khuda kitna azeem hai, kitni</w:t>
      </w:r>
      <w:r>
        <w:br/>
      </w:r>
      <w:r>
        <w:rPr>
          <w:sz w:val="20"/>
        </w:rPr>
        <w:t>1:09:51  badi glory is ki hai, itni badi kainat ko woh paida kiya, us ko control kiya gaya hai.</w:t>
      </w:r>
      <w:r>
        <w:br/>
      </w:r>
      <w:r>
        <w:rPr>
          <w:sz w:val="20"/>
        </w:rPr>
        <w:t>1:09:58  is se aap ke andar ek, aap ke dimaagh mein, aap ke dil mein, aap ke rooh mein</w:t>
      </w:r>
      <w:r>
        <w:br/>
      </w:r>
      <w:r>
        <w:rPr>
          <w:sz w:val="20"/>
        </w:rPr>
        <w:t>1:10:06  ek ek bhonchal aata hai.</w:t>
      </w:r>
      <w:r>
        <w:br/>
      </w:r>
      <w:r>
        <w:rPr>
          <w:sz w:val="20"/>
        </w:rPr>
        <w:t>1:10:08  isi bhonchal ka naam khushu khuzu hai.</w:t>
      </w:r>
      <w:r>
        <w:br/>
      </w:r>
      <w:r>
        <w:rPr>
          <w:sz w:val="20"/>
        </w:rPr>
        <w:t>1:10:11  khushu khuzu koi koi mysterious cheez nahi hai, ek waqe'a ka shadeed ehsaas ka naam hai khushu khuzu.</w:t>
      </w:r>
    </w:p>
    <w:p>
      <w:pPr>
        <w:pStyle w:val="Heading2"/>
      </w:pPr>
      <w:r>
        <w:t>Multiple hajj trips due to affordability</w:t>
      </w:r>
    </w:p>
    <w:p>
      <w:r>
        <w:rPr>
          <w:color w:val="666666"/>
          <w:sz w:val="18"/>
        </w:rPr>
        <w:t>Worship · History of Kaaba March 19, 2017 · 1m 39s · at 56:21 · https://youtu.be/HPvWnoueeqg?t=3381</w:t>
      </w:r>
    </w:p>
    <w:p>
      <w:r>
        <w:rPr>
          <w:i/>
        </w:rPr>
        <w:t>“Some people go for hajj two to three times. They say we go because we can afford to do so. What is your view on this?”</w:t>
      </w:r>
    </w:p>
    <w:p>
      <w:r>
        <w:rPr>
          <w:sz w:val="20"/>
        </w:rPr>
        <w:t>56:21  ji maulana agla sawal lete hain jo bashir ahmed sahib ne bheja hai ahmedabad se unhone</w:t>
      </w:r>
      <w:r>
        <w:br/>
      </w:r>
      <w:r>
        <w:rPr>
          <w:sz w:val="20"/>
        </w:rPr>
        <w:t>56:29  likha hai maulana some people go for hajj two to three times</w:t>
      </w:r>
      <w:r>
        <w:br/>
      </w:r>
      <w:r>
        <w:rPr>
          <w:sz w:val="20"/>
        </w:rPr>
        <w:t>56:36  they say we go because we can afford to do so</w:t>
      </w:r>
      <w:r>
        <w:br/>
      </w:r>
      <w:r>
        <w:rPr>
          <w:sz w:val="20"/>
        </w:rPr>
        <w:t>56:41  my</w:t>
      </w:r>
      <w:r>
        <w:br/>
      </w:r>
      <w:r>
        <w:rPr>
          <w:sz w:val="20"/>
        </w:rPr>
        <w:t>56:41  question is that is this allowed in Islam and does a person get double reward if the person visits Kaba again and again</w:t>
      </w:r>
      <w:r>
        <w:br/>
      </w:r>
      <w:r>
        <w:rPr>
          <w:sz w:val="20"/>
        </w:rPr>
        <w:t>56:52  please clarify this doubt of mine dekhiye yeh koi baat nahi hai ke afford kar sakte hain aap ka paisa zyada hai to doosre kaam kijiye dawat ka kaam kijiye Quran ko phailaiye main to is ko Islam nahi samajhta ke bar bar hajj karayein aap aur Quran ko phailana jo hai asal kaam woh na karein is mein paisa lage</w:t>
      </w:r>
      <w:r>
        <w:br/>
      </w:r>
      <w:r>
        <w:rPr>
          <w:sz w:val="20"/>
        </w:rPr>
        <w:t>57:17  aap afford kar sakte hain to aap paise ko divert kijiye dawat ke kaam mein Quran ko phailane ke kaam mein</w:t>
      </w:r>
      <w:r>
        <w:br/>
      </w:r>
      <w:r>
        <w:rPr>
          <w:sz w:val="20"/>
        </w:rPr>
        <w:t>57:29  Rasool Allah ne sirf ek hajj kiya tha gaur kijiye ke Rasool Allah ne sirf ek hajj kiya tha yahan har saal hajj karte hain log kyunke Rasool Allah ko zindagi bhar hajj nahi karna tha doosre doosre kaam karne the</w:t>
      </w:r>
      <w:r>
        <w:br/>
      </w:r>
      <w:r>
        <w:rPr>
          <w:sz w:val="20"/>
        </w:rPr>
        <w:t>57:46  to woh ab woh aap kijiye ek hajj aap ne kar liya to farz ada hoga doosre doosre kaam kijiye jaise Rasool Allah Sallallahu Alaihi Wasallam ne kiya</w:t>
      </w:r>
    </w:p>
    <w:p>
      <w:pPr>
        <w:pStyle w:val="Heading2"/>
      </w:pPr>
      <w:r>
        <w:t>Obstacles to acceptance of prayer in individual life</w:t>
      </w:r>
    </w:p>
    <w:p>
      <w:r>
        <w:rPr>
          <w:color w:val="666666"/>
          <w:sz w:val="18"/>
        </w:rPr>
        <w:t>Worship · Dars-e-Quran, Chapter 2, Verses 67-73, May 6, 2018 · 52s · at 44:04 · https://youtu.be/JAsg4SpiVDU?t=2644</w:t>
      </w:r>
    </w:p>
    <w:p>
      <w:r>
        <w:rPr>
          <w:i/>
        </w:rPr>
        <w:t>“Is there any obstacle in individual life that becomes a barrier to the acceptance of prayer? Please explain.”</w:t>
      </w:r>
    </w:p>
    <w:p>
      <w:r>
        <w:rPr>
          <w:sz w:val="20"/>
        </w:rPr>
        <w:t>44:04  Maulana, agla sawal bheja hai Javed. Javed Hayat sahab ne Mumbai se, unhone likha hai: "Maulana, kya infradi zindagi mein bhi koi baqra hota hai jo dua ki qubooliyat mein rukawat ban jata hai?</w:t>
      </w:r>
      <w:r>
        <w:br/>
      </w:r>
      <w:r>
        <w:rPr>
          <w:sz w:val="20"/>
        </w:rPr>
        <w:t>44:22  Is ke bare mein bataein." Zaroor, zaroor hota hai, aur sab se bara baqra hai ke apni ghalti ka ilzam doosron ko dena.</w:t>
      </w:r>
      <w:r>
        <w:br/>
      </w:r>
      <w:r>
        <w:rPr>
          <w:sz w:val="20"/>
        </w:rPr>
        <w:t>44:32  Har ghar mein dekhiye, biwi ilzam deti hai shohar ko, aur shohar ilzam deta hai biwi ko. Har ghar mein yahi dajjal chal rahi hai, har paros mein, har jagah.</w:t>
      </w:r>
      <w:r>
        <w:br/>
      </w:r>
      <w:r>
        <w:rPr>
          <w:sz w:val="20"/>
        </w:rPr>
        <w:t>44:47  Blame others ka culture yahi dajali hai, yeh sari duniya mein chal raha hai. Blame others, blame others!</w:t>
      </w:r>
    </w:p>
    <w:p>
      <w:pPr>
        <w:pStyle w:val="Heading2"/>
      </w:pPr>
      <w:r>
        <w:t>Prayer for Repaying Debts</w:t>
      </w:r>
    </w:p>
    <w:p>
      <w:r>
        <w:rPr>
          <w:color w:val="666666"/>
          <w:sz w:val="18"/>
        </w:rPr>
        <w:t>Worship · Materialism and Intellectual Dwarfism 29th April 2012 · 1m 50s · at 1:01:57 · https://youtu.be/qHzARL_r3I4?t=3717</w:t>
      </w:r>
    </w:p>
    <w:p>
      <w:r>
        <w:rPr>
          <w:i/>
        </w:rPr>
        <w:t>“A person has taken loans from people. Later, that person became associated with the Al-Risala Mission and reformed his life. Now that person prays like this: 'O Allah! Make my circumstances in this world such that I am able to repay the debts of people.'”</w:t>
      </w:r>
    </w:p>
    <w:p>
      <w:r>
        <w:rPr>
          <w:sz w:val="20"/>
        </w:rPr>
        <w:t>1:01:57  Maulana, agla sawal abhi Karachi se hai Miss Saira Latif ka. unhon ne likha hai: "aik shakhs ne logon se qarz le rakha hai, baad mein woh shakhs Al-Risala mission se wabasta ho gaya aur apni zindagi ki islaah kar li.</w:t>
      </w:r>
      <w:r>
        <w:br/>
      </w:r>
      <w:r>
        <w:rPr>
          <w:sz w:val="20"/>
        </w:rPr>
        <w:t>1:02:14  ab woh shakhs is tarah dua mangne laga</w:t>
      </w:r>
      <w:r>
        <w:br/>
      </w:r>
      <w:r>
        <w:rPr>
          <w:sz w:val="20"/>
        </w:rPr>
        <w:t>1:02:17  : aye Allah! is dunya mein mere halaat is tarah bana de aur mujhe tofeeq de ke mein logon ka qarz ada karoon.</w:t>
      </w:r>
      <w:r>
        <w:br/>
      </w:r>
      <w:r>
        <w:rPr>
          <w:sz w:val="20"/>
        </w:rPr>
        <w:t>1:02:26  aur agar mein qarz ki adai se pehle mar gaya to aye Allah! tu meri taraf se meri talafi kar dena." sawal yeh hai ke kya Allah taala aik bande ki taraf se us ke qarz ki talafi kar dega?</w:t>
      </w:r>
      <w:r>
        <w:br/>
      </w:r>
      <w:r>
        <w:rPr>
          <w:sz w:val="20"/>
        </w:rPr>
        <w:t>1:02:45  nahi, yeh sahi baat nahi hai. is qarz ki talafi sirf wohi aadmi kar sakta hai jis se aap ne qarz liya hai.</w:t>
      </w:r>
      <w:r>
        <w:br/>
      </w:r>
      <w:r>
        <w:rPr>
          <w:sz w:val="20"/>
        </w:rPr>
        <w:t>1:02:55  jo log, jis aadmi ne kisi se qarz liya hai, ya to woh qarz ada kare ya us se insaan ja ke kahe ke mujhe maaf kar do. agar insaan, us insaan ne maaf kar diya to maaf ho jayega.</w:t>
      </w:r>
      <w:r>
        <w:br/>
      </w:r>
      <w:r>
        <w:rPr>
          <w:sz w:val="20"/>
        </w:rPr>
        <w:t>1:03:07  baqi yeh is tarah ki dua jo hai, yeh sahi tareeqa nahi hai. yeh sahi tareeqa nahi hai.</w:t>
      </w:r>
      <w:r>
        <w:br/>
      </w:r>
      <w:r>
        <w:rPr>
          <w:sz w:val="20"/>
        </w:rPr>
        <w:t>1:03:14  qarz ke muamle mein dekhiye, yeh hai shariat ka masla ke qarz maaf nahi hota. ya to aap qarz ada karein ya usi insaan se ja kar kahein ke bhai, mein mein is haal mein nahi hoon ke tum ko de sakoon qarz, to mujhe maaf kar do.</w:t>
      </w:r>
      <w:r>
        <w:br/>
      </w:r>
      <w:r>
        <w:rPr>
          <w:sz w:val="20"/>
        </w:rPr>
        <w:t>1:03:32  dua se yeh masla khatam nahi ho sakta hai. usi insaan se miliye, us insaan se kahiye, agar woh insaan maaf kar de to maaf ho jayega.</w:t>
      </w:r>
    </w:p>
    <w:p>
      <w:pPr>
        <w:pStyle w:val="Heading2"/>
      </w:pPr>
      <w:r>
        <w:t>Praying behind an imam committing shirk</w:t>
      </w:r>
    </w:p>
    <w:p>
      <w:r>
        <w:rPr>
          <w:color w:val="666666"/>
          <w:sz w:val="18"/>
        </w:rPr>
        <w:t>Worship · The Existence of God July 23, 2017 Maulana Wahiduddin Khan · 1m 25s · at 51:57 · https://youtu.be/shLM_JhG3iE?t=3117</w:t>
      </w:r>
    </w:p>
    <w:p>
      <w:r>
        <w:rPr>
          <w:i/>
        </w:rPr>
        <w:t>“If an imam of a mosque is doing shirk and it is known to me, is it permissible to pray after him? Maulana sahib, what is your guidance on this?”</w:t>
      </w:r>
    </w:p>
    <w:p>
      <w:r>
        <w:rPr>
          <w:sz w:val="20"/>
        </w:rPr>
        <w:t>51:57  Maulana, agla sawal Srinagar se Abdul Raheed Pandit sahib ne bheja hai. unhone likha hai: "If an imam of masjid is doing shirk and it is known to me, is it permissible to pray after him?</w:t>
      </w:r>
      <w:r>
        <w:br/>
      </w:r>
      <w:r>
        <w:rPr>
          <w:sz w:val="20"/>
        </w:rPr>
        <w:t>52:12  Maulana sahib, what is your guidance on this?" nahi, dekhen, yeh bohat hi zyada galat baat hai ke imam ko shirk ka mujrim bana kar ke log masjid kha karte hain.</w:t>
      </w:r>
      <w:r>
        <w:br/>
      </w:r>
      <w:r>
        <w:rPr>
          <w:sz w:val="20"/>
        </w:rPr>
        <w:t>52:25  misalan, dekhen, Sunan Abi Dawud bohat shokh kitaab hai hadith ki. is mein saaf saaf ek likha hua hai, kai riwayat hain ke salu khulfa kulli bir wa faajir har achhe aur bure ke peeche namaz padho.</w:t>
      </w:r>
      <w:r>
        <w:br/>
      </w:r>
      <w:r>
        <w:rPr>
          <w:sz w:val="20"/>
        </w:rPr>
        <w:t>52:42  kyun ke dekhen, imamat jo hai, woh aap yeh nahi hai ke aap namaz padhte hain apni, na imam ki. yeh jhootha masla bana rakha hai ke imam ki namaz agar galat hai to meri bhi galat ho jayegi.</w:t>
      </w:r>
      <w:r>
        <w:br/>
      </w:r>
      <w:r>
        <w:rPr>
          <w:sz w:val="20"/>
        </w:rPr>
        <w:t>52:56  aisa hai hi nahi, aisa hai hi nahi ke namaz padhte hain aap apni. aap hargiz yeh masla na khada kijiye masjid mein, warna aap jurm karenge Allah ke nazdeek ke sahib imam mushrik hai, is liye namaz zyada nahi.</w:t>
      </w:r>
      <w:r>
        <w:br/>
      </w:r>
      <w:r>
        <w:rPr>
          <w:sz w:val="20"/>
        </w:rPr>
        <w:t>53:11  yeh sab bohat hi zyada galat baat hai. jo bhi imam par raazi ho jayen log masjid ke, bas usi peeche namaz padhiye aap.</w:t>
      </w:r>
    </w:p>
    <w:p>
      <w:pPr>
        <w:pStyle w:val="Heading2"/>
      </w:pPr>
      <w:r>
        <w:t>Principle of seeking help from God</w:t>
      </w:r>
    </w:p>
    <w:p>
      <w:r>
        <w:rPr>
          <w:color w:val="666666"/>
          <w:sz w:val="18"/>
        </w:rPr>
        <w:t>Worship · The Existence of God July 23, 2017 Maulana Wahiduddin Khan · 1m 38s · at 48:19 · https://youtu.be/shLM_JhG3iE?t=2899</w:t>
      </w:r>
    </w:p>
    <w:p>
      <w:r>
        <w:rPr>
          <w:i/>
        </w:rPr>
        <w:t>“What is the principle of seeking help from God? Please advise all of us.”</w:t>
      </w:r>
    </w:p>
    <w:p>
      <w:r>
        <w:rPr>
          <w:sz w:val="20"/>
        </w:rPr>
        <w:t>48:19  Maulana, ab sawal lete hain. yeh sawal bheja hai azhar mubarak sahib ne, unhon ne location nahi likha hai.</w:t>
      </w:r>
      <w:r>
        <w:br/>
      </w:r>
      <w:r>
        <w:rPr>
          <w:sz w:val="20"/>
        </w:rPr>
        <w:t>48:29  un ka sawal yeh hai: "Maulana Sahib, what is the principle of seeking help from the God?</w:t>
      </w:r>
      <w:r>
        <w:br/>
      </w:r>
      <w:r>
        <w:rPr>
          <w:sz w:val="20"/>
        </w:rPr>
        <w:t>48:37  Please advise all of us." dekhen, is mamle mein sab se bara jo masla hai woh yeh hai ke insaan khuda se mangta hai apne mindset ke mutabiq, kyunke khuda deta hai apne mindset ke mutabiq.</w:t>
      </w:r>
      <w:r>
        <w:br/>
      </w:r>
      <w:r>
        <w:rPr>
          <w:sz w:val="20"/>
        </w:rPr>
        <w:t>48:58  is wajah se kabhi aisa hota hai ke insaan mayoos ho jata hai, halanke woh mayoosi ki zaroorat nahi hoti. khuda ke, ki jo, khuda ka jo plan hai, use aap ko discover karna parega ke khuda ki madad ayegi apne naqshe ke mutabiq, aap ke naqshe ke mutabiq nahi.</w:t>
      </w:r>
      <w:r>
        <w:br/>
      </w:r>
      <w:r>
        <w:rPr>
          <w:sz w:val="20"/>
        </w:rPr>
        <w:t>49:20  hamesha yeh hota hai ke insaan mangta hai to chahta hai ke mere naqshe ke mutabiq mile mujhe, magar jab aisa nahi hoga, milega khuda ke naqshe ke mutabiq, kyunke jo greater good hai aap ke liye, us ko sirf khuda janta hai.</w:t>
      </w:r>
      <w:r>
        <w:br/>
      </w:r>
      <w:r>
        <w:rPr>
          <w:sz w:val="20"/>
        </w:rPr>
        <w:t>49:36  greater good, hum to sirf phanse rehte hain, yaani immediate cheezon mein. immediate, hum future ko nahi jaan paate, to jo future ke aitbar se jo greater good hai hum ke liye, us ka faisla karta hai khuda.</w:t>
      </w:r>
      <w:r>
        <w:br/>
      </w:r>
      <w:r>
        <w:rPr>
          <w:sz w:val="20"/>
        </w:rPr>
        <w:t>49:50  agar hum mangne mein sachhe hon to.</w:t>
      </w:r>
    </w:p>
    <w:p>
      <w:pPr>
        <w:pStyle w:val="Heading2"/>
      </w:pPr>
      <w:r>
        <w:t>Purpose and mandatory status of Tarawih</w:t>
      </w:r>
    </w:p>
    <w:p>
      <w:r>
        <w:rPr>
          <w:color w:val="666666"/>
          <w:sz w:val="18"/>
        </w:rPr>
        <w:t>Worship · Roza and Quran July 18, 2010 · 1m 28s · at 1:10:36 · https://youtu.be/TSjqSQEb0EQ?t=4236</w:t>
      </w:r>
    </w:p>
    <w:p>
      <w:r>
        <w:rPr>
          <w:i/>
        </w:rPr>
        <w:t>“What is the main purpose of Tarawih? If someone does not pray it, will it be a sin? Is Tarawih obligatory?”</w:t>
      </w:r>
    </w:p>
    <w:p>
      <w:r>
        <w:rPr>
          <w:sz w:val="20"/>
        </w:rPr>
        <w:t>1:10:36  maulana, agla sawal mr. mazhar ka hai, dilli se. unhon ne likha hai ke ramzan ke mahine mein jo masjid mein taraweeh padhai jati hai, us ka main maqsad kya hai?</w:t>
      </w:r>
      <w:r>
        <w:br/>
      </w:r>
      <w:r>
        <w:rPr>
          <w:sz w:val="20"/>
        </w:rPr>
        <w:t>1:10:50  agar koi insaan use na parhe to kya gunaah hoga? kya taraweeh farz hai? nahin, dekhein, taraweeh na to farz hai na sunnat hai.</w:t>
      </w:r>
      <w:r>
        <w:br/>
      </w:r>
      <w:r>
        <w:rPr>
          <w:sz w:val="20"/>
        </w:rPr>
        <w:t>1:11:02  aisa nahin hai. lekin taraweeh mein sawab hai, tareekh faida hai. taraweeh ko mein ijtimai mutaala-e-quran samajhta hoon.</w:t>
      </w:r>
      <w:r>
        <w:br/>
      </w:r>
      <w:r>
        <w:rPr>
          <w:sz w:val="20"/>
        </w:rPr>
        <w:t>1:11:13  yaani sab mil kar bohat se log quran ka mutaala karein to woh hai taraweeh. lekin yeh taraweeh sunana to koi cheez nahin hai. taraweeh sunana koi cheez nahin hai.</w:t>
      </w:r>
      <w:r>
        <w:br/>
      </w:r>
      <w:r>
        <w:rPr>
          <w:sz w:val="20"/>
        </w:rPr>
        <w:t>1:11:25  yeh woh hai ijtimai mutaala-e-quran. yaani jo parhe qari, bohat ruk ruk ke parhe, aik aik lafz sunai de aur aap ka dhyan laga rahe ke kya baat kahi gayi.</w:t>
      </w:r>
      <w:r>
        <w:br/>
      </w:r>
      <w:r>
        <w:rPr>
          <w:sz w:val="20"/>
        </w:rPr>
        <w:t>1:11:38  us us tukre mein jo taraweeh mein padha gaya, farz kiye ke log samajh nahin sakte to taraweeh se pehle ya taraweeh ke baad koi aalim wahan ho jo bataye ke aaj jo padha gaya, us ka kya us ka tarjuma sunaya jaye ya bataya jaye.</w:t>
      </w:r>
      <w:r>
        <w:br/>
      </w:r>
      <w:r>
        <w:rPr>
          <w:sz w:val="20"/>
        </w:rPr>
        <w:t>1:11:54  to taraweeh bohat achhi cheez hai, lekin mo'ajza taraweeh to aik woh bhi aik rasam hai, bas rasam se zyada us ki koi haqeeqat nahin hai.</w:t>
      </w:r>
    </w:p>
    <w:p>
      <w:pPr>
        <w:pStyle w:val="Heading2"/>
      </w:pPr>
      <w:r>
        <w:t>Qurbani Spending vs Welfare Work</w:t>
      </w:r>
    </w:p>
    <w:p>
      <w:r>
        <w:rPr>
          <w:color w:val="666666"/>
          <w:sz w:val="18"/>
        </w:rPr>
        <w:t>Worship · Revival of Abrahamic Mission October 28, 2012 · 50s · at 1:10:47 · https://youtu.be/9mV72V5gsqM?t=4247</w:t>
      </w:r>
    </w:p>
    <w:p>
      <w:r>
        <w:rPr>
          <w:i/>
        </w:rPr>
        <w:t>“Some Muslims say that the money spent on Qurbani (sacrifice) is of no benefit. Instead, if that money is spent on some welfare work, it would be very beneficial. How correct is this statement?”</w:t>
      </w:r>
    </w:p>
    <w:p>
      <w:r>
        <w:rPr>
          <w:sz w:val="20"/>
        </w:rPr>
        <w:t>1:10:47  maulana, agla sawal karachi pakistan se aaya hai mrs abdul latif ka.</w:t>
      </w:r>
      <w:r>
        <w:br/>
      </w:r>
      <w:r>
        <w:rPr>
          <w:sz w:val="20"/>
        </w:rPr>
        <w:t>1:10:52  unhon ne likha hai: "musalmanon mein se kuch log kehte hain ke qurbani par jo raqam kharch ki jati hai, is ka koi faida nahi.</w:t>
      </w:r>
      <w:r>
        <w:br/>
      </w:r>
      <w:r>
        <w:rPr>
          <w:sz w:val="20"/>
        </w:rPr>
        <w:t>1:11:04  is ke bajaye agar is raqam ko kisi rifahi kaam mein lagaya jaye to is ka bohat faida hoga." Maulana sahib, yeh baat kis had tak sahi hai?</w:t>
      </w:r>
      <w:r>
        <w:br/>
      </w:r>
      <w:r>
        <w:rPr>
          <w:sz w:val="20"/>
        </w:rPr>
        <w:t>1:11:16  nahi, bilkul absurd hai. bilkul absurd baat hai.</w:t>
      </w:r>
      <w:r>
        <w:br/>
      </w:r>
      <w:r>
        <w:rPr>
          <w:sz w:val="20"/>
        </w:rPr>
        <w:t>1:11:22  main is se hargiz ittefaq nahi karta. yeh bohat dair se yeh soch logon mein pai jati hai, lekin bilkul yeh yeh bilkul absurd baat hai.</w:t>
      </w:r>
      <w:r>
        <w:br/>
      </w:r>
      <w:r>
        <w:rPr>
          <w:sz w:val="20"/>
        </w:rPr>
        <w:t>1:11:31  is ka koi haqeeqat is ki nahi hai.</w:t>
      </w:r>
    </w:p>
    <w:p>
      <w:pPr>
        <w:pStyle w:val="Heading2"/>
      </w:pPr>
      <w:r>
        <w:t>Reason for animal sacrifice in worship</w:t>
      </w:r>
    </w:p>
    <w:p>
      <w:r>
        <w:rPr>
          <w:color w:val="666666"/>
          <w:sz w:val="18"/>
        </w:rPr>
        <w:t>Worship · Man and the Laws of Nature April 1, 2012 · 1m 08s · at 1:44:49 · https://youtu.be/coIrwYQgb6Y?t=6289</w:t>
      </w:r>
    </w:p>
    <w:p>
      <w:r>
        <w:rPr>
          <w:i/>
        </w:rPr>
        <w:t>“Why was animal sacrifice made a part of worship?”</w:t>
      </w:r>
    </w:p>
    <w:p>
      <w:r>
        <w:rPr>
          <w:sz w:val="20"/>
        </w:rPr>
        <w:t>1:44:49  Maulana, agla sawal Mr. Satish Chand Gupta ka hai. Delhi se unhon ne likha hai: "janwar ko qurbani karne ko ibadat ka hissa kyun banaya gaya hai?</w:t>
      </w:r>
      <w:r>
        <w:br/>
      </w:r>
      <w:r>
        <w:rPr>
          <w:sz w:val="20"/>
        </w:rPr>
        <w:t>1:45:00  is ke bare mein bataein." is ke bare mein main likh chuka hoon. aadmi yeh do mind alag alag hain aur yeh is mindset ki wajah se log samajh nahi paate.</w:t>
      </w:r>
      <w:r>
        <w:br/>
      </w:r>
      <w:r>
        <w:rPr>
          <w:sz w:val="20"/>
        </w:rPr>
        <w:t>1:45:13  ek mindset ban jata hai ke main khud to vegetarian hoon, yani I am a bond vegetarian, to mera to yeh problem nahi hai.</w:t>
      </w:r>
      <w:r>
        <w:br/>
      </w:r>
      <w:r>
        <w:rPr>
          <w:sz w:val="20"/>
        </w:rPr>
        <w:t>1:45:24  lekin kuch log jo hain apne mindset ki wajah se jo doosra point of view hai, us ko samajh nahi paate. to is bare mein maine likha hai, us ko aap padh lijiye aur inshallah us se aap ko itminan</w:t>
      </w:r>
      <w:r>
        <w:br/>
      </w:r>
      <w:r>
        <w:rPr>
          <w:sz w:val="20"/>
        </w:rPr>
        <w:t>1:45:40  ho jayega. dekhen, hamara magazine nikalta hai Al-Risala, us ka December 2009 mein tafseel se detail ke sath aaya hai.</w:t>
      </w:r>
      <w:r>
        <w:br/>
      </w:r>
      <w:r>
        <w:rPr>
          <w:sz w:val="20"/>
        </w:rPr>
        <w:t>1:45:49  us par us ko aap padh lijiye. December 2009 Al-Risala, yeh hamara magazine hai.</w:t>
      </w:r>
    </w:p>
    <w:p>
      <w:pPr>
        <w:pStyle w:val="Heading2"/>
      </w:pPr>
      <w:r>
        <w:t>Reason for five daily prayers in Quran</w:t>
      </w:r>
    </w:p>
    <w:p>
      <w:r>
        <w:rPr>
          <w:color w:val="666666"/>
          <w:sz w:val="18"/>
        </w:rPr>
        <w:t>Worship · Interpretation of History October 23, 2016 · 1m 27s · at 50:12 · https://youtu.be/P-JhH3q-Mdg?t=3012</w:t>
      </w:r>
    </w:p>
    <w:p>
      <w:r>
        <w:rPr>
          <w:i/>
        </w:rPr>
        <w:t>“Why we should attend five times prayer and where it is shown in Holy Quran? Please comment on this.”</w:t>
      </w:r>
    </w:p>
    <w:p>
      <w:r>
        <w:rPr>
          <w:sz w:val="20"/>
        </w:rPr>
        <w:t>50:12  ji, maulana, agla sawal doctor fazal kairal sahib ne kiya hai dilli se, aur unhon ne likha hai</w:t>
      </w:r>
      <w:r>
        <w:br/>
      </w:r>
      <w:r>
        <w:rPr>
          <w:sz w:val="20"/>
        </w:rPr>
        <w:t>50:19  "Why we should attend five times namaz and where it is shown in Holy Quran?</w:t>
      </w:r>
      <w:r>
        <w:br/>
      </w:r>
      <w:r>
        <w:rPr>
          <w:sz w:val="20"/>
        </w:rPr>
        <w:t>50:27  please comment on this.</w:t>
      </w:r>
      <w:r>
        <w:br/>
      </w:r>
      <w:r>
        <w:rPr>
          <w:sz w:val="20"/>
        </w:rPr>
        <w:t>50:33  dekhen, yeh sawal sahi nahi hai, kyunke quran ko samajhne ke liye sunnat zarori hai, rasool Allah ki sunnat.</w:t>
      </w:r>
      <w:r>
        <w:br/>
      </w:r>
      <w:r>
        <w:rPr>
          <w:sz w:val="20"/>
        </w:rPr>
        <w:t>50:39  agar aap quran se hadith ko alag kar den to quran ko bhi samajh nahi sakte aap.</w:t>
      </w:r>
      <w:r>
        <w:br/>
      </w:r>
      <w:r>
        <w:rPr>
          <w:sz w:val="20"/>
        </w:rPr>
        <w:t>50:45  to quran mein lafz panch to nahi aaya hai, lekin hadith mein lafz panch aaya hai.</w:t>
      </w:r>
      <w:r>
        <w:br/>
      </w:r>
      <w:r>
        <w:rPr>
          <w:sz w:val="20"/>
        </w:rPr>
        <w:t>50:51  to jo log hadith ko alag kar ke quran ko samajhna chahte hain, main un ko bohat ziyada</w:t>
      </w:r>
      <w:r>
        <w:br/>
      </w:r>
      <w:r>
        <w:rPr>
          <w:sz w:val="20"/>
        </w:rPr>
        <w:t>50:57  phatka hua samajhta hoon, phatka hua, kyuki yeh mere nazdeek acceptable nahi hai ke hadees ko alag kar</w:t>
      </w:r>
      <w:r>
        <w:br/>
      </w:r>
      <w:r>
        <w:rPr>
          <w:sz w:val="20"/>
        </w:rPr>
        <w:t>51:03  ke aap quran ko samjhen.</w:t>
      </w:r>
      <w:r>
        <w:br/>
      </w:r>
      <w:r>
        <w:rPr>
          <w:sz w:val="20"/>
        </w:rPr>
        <w:t>51:09  main ne is ki bohat si misalen di hain, apne mazameen chhapen hain mere risalon mein, kitabon mein bhi.</w:t>
      </w:r>
      <w:r>
        <w:br/>
      </w:r>
      <w:r>
        <w:rPr>
          <w:sz w:val="20"/>
        </w:rPr>
        <w:t>51:15  to yeh mere nazdeek aik aik bilkul, yani baseless question hai, quran ko alag karna aur hadith</w:t>
      </w:r>
      <w:r>
        <w:br/>
      </w:r>
      <w:r>
        <w:rPr>
          <w:sz w:val="20"/>
        </w:rPr>
        <w:t>51:21  ko alag karna.</w:t>
      </w:r>
      <w:r>
        <w:br/>
      </w:r>
      <w:r>
        <w:rPr>
          <w:sz w:val="20"/>
        </w:rPr>
        <w:t>51:27  mere nazdeek jo hadith sabit ho jaye ke sunnat rasool hai, wo itni hi important ho jati hai</w:t>
      </w:r>
      <w:r>
        <w:br/>
      </w:r>
      <w:r>
        <w:rPr>
          <w:sz w:val="20"/>
        </w:rPr>
        <w:t>51:34  jitni important quran hai.</w:t>
      </w:r>
    </w:p>
    <w:p>
      <w:pPr>
        <w:pStyle w:val="Heading2"/>
      </w:pPr>
      <w:r>
        <w:t>Repentance after sin weakens willpower</w:t>
      </w:r>
    </w:p>
    <w:p>
      <w:r>
        <w:rPr>
          <w:color w:val="666666"/>
          <w:sz w:val="18"/>
        </w:rPr>
        <w:t>Worship · Spirit of the Age Nov 6, 2016 · 1m 17s · at 57:43 · https://youtu.be/QAW9LP53xQk?t=3463</w:t>
      </w:r>
    </w:p>
    <w:p>
      <w:r>
        <w:rPr>
          <w:i/>
        </w:rPr>
        <w:t>“After sin, will power becomes weak. In such a state, how do we repent, and how do we hope for forgiveness from Allah?”</w:t>
      </w:r>
    </w:p>
    <w:p>
      <w:r>
        <w:rPr>
          <w:sz w:val="20"/>
        </w:rPr>
        <w:t>57:43  maulana, agla sawal dilli se bheja hai anwar subhani sahib ne, aur unhon ne likha hai: gunah ke</w:t>
      </w:r>
      <w:r>
        <w:br/>
      </w:r>
      <w:r>
        <w:rPr>
          <w:sz w:val="20"/>
        </w:rPr>
        <w:t>57:49  baad will power kamzor par jati hai.</w:t>
      </w:r>
      <w:r>
        <w:br/>
      </w:r>
      <w:r>
        <w:rPr>
          <w:sz w:val="20"/>
        </w:rPr>
        <w:t>57:55  aisi halat mein hum tauba kaise karein, aur Allah pak se maafi ki umeed kaise rakhein, is ke</w:t>
      </w:r>
      <w:r>
        <w:br/>
      </w:r>
      <w:r>
        <w:rPr>
          <w:sz w:val="20"/>
        </w:rPr>
        <w:t>58:01  baray mein bataein.</w:t>
      </w:r>
      <w:r>
        <w:br/>
      </w:r>
      <w:r>
        <w:rPr>
          <w:sz w:val="20"/>
        </w:rPr>
        <w:t>58:07  yeh baat jo hai psychology ke khilaf hai, bilkul khilaf.</w:t>
      </w:r>
      <w:r>
        <w:br/>
      </w:r>
      <w:r>
        <w:rPr>
          <w:sz w:val="20"/>
        </w:rPr>
        <w:t>58:13  consciousness ka jo concept hai, us ke khilaf hai.</w:t>
      </w:r>
      <w:r>
        <w:br/>
      </w:r>
      <w:r>
        <w:rPr>
          <w:sz w:val="20"/>
        </w:rPr>
        <w:t>58:19  nature ka ek mechanism hai aadmi ke andar jo kehte hain conscious zamir.</w:t>
      </w:r>
      <w:r>
        <w:br/>
      </w:r>
      <w:r>
        <w:rPr>
          <w:sz w:val="20"/>
        </w:rPr>
        <w:t>58:25  aadmi ke sath gunah ho to foran woh activate ho jata hai, woh woh system activate ho jata hai.</w:t>
      </w:r>
      <w:r>
        <w:br/>
      </w:r>
      <w:r>
        <w:rPr>
          <w:sz w:val="20"/>
        </w:rPr>
        <w:t>58:31  yeh baat aap jo keh rahe hain, bilkul insani nafsiyat ke khilaf hai, psychology ke khilaf hai.</w:t>
      </w:r>
      <w:r>
        <w:br/>
      </w:r>
      <w:r>
        <w:rPr>
          <w:sz w:val="20"/>
        </w:rPr>
        <w:t>58:37  yeh fitrat mein interwoven hai ke agar ek aadmi koi galat kaam kar de to foran hi instantly</w:t>
      </w:r>
      <w:r>
        <w:br/>
      </w:r>
      <w:r>
        <w:rPr>
          <w:sz w:val="20"/>
        </w:rPr>
        <w:t>58:43  us ke andar zamir ka mechanism jaag uthta hai.</w:t>
      </w:r>
      <w:r>
        <w:br/>
      </w:r>
      <w:r>
        <w:rPr>
          <w:sz w:val="20"/>
        </w:rPr>
        <w:t>58:49  is ki awaz suniye.</w:t>
      </w:r>
      <w:r>
        <w:br/>
      </w:r>
      <w:r>
        <w:rPr>
          <w:sz w:val="20"/>
        </w:rPr>
        <w:t>58:55  mein samajhta hoon ke yeh baat jo unhon ne kahi hai, yeh bilkul unnatural hai aur khilaf waqea hai.</w:t>
      </w:r>
    </w:p>
    <w:p>
      <w:pPr>
        <w:pStyle w:val="Heading2"/>
      </w:pPr>
      <w:r>
        <w:t>Reward multiplication based on quality</w:t>
      </w:r>
    </w:p>
    <w:p>
      <w:r>
        <w:rPr>
          <w:color w:val="666666"/>
          <w:sz w:val="18"/>
        </w:rPr>
        <w:t>Worship · Peace of Mind June 29, 2014 · 1m 34s · at 49:00 · https://youtu.be/oVwRc_FcAGk?t=2940</w:t>
      </w:r>
    </w:p>
    <w:p>
      <w:r>
        <w:rPr>
          <w:i/>
        </w:rPr>
        <w:t>“We know that in certain months or times, the reward for worship or action is multiplied many times, like in Ramadan the reward for prayer becomes seventy times more. I feel that the increase in reward depends on the quality of one's worship or action. It is not that whoever prays in Ramadan gets seventy times more reward, but rather the reward is according to the quality of one's worship. Please clarify this.”</w:t>
      </w:r>
    </w:p>
    <w:p>
      <w:r>
        <w:rPr>
          <w:sz w:val="20"/>
        </w:rPr>
        <w:t>49:00  maulana, yeh sawal aaya hai dilli se Shahnawaz Zafar sahib ka, aur unhone likha hai ke hum jante hain ke kuch khaas mahine ya kuch khaas auqat mein kisi ibadat ya kisi amal ka sawab kai guna badha diya jata hai, jaisa ke Ramzan mein namaz ka sawab satar guna zyada ho jata hai.</w:t>
      </w:r>
      <w:r>
        <w:br/>
      </w:r>
      <w:r>
        <w:rPr>
          <w:sz w:val="20"/>
        </w:rPr>
        <w:t>49:26  mujhe aisa lagta hai ke sawab ka zyada hona insaan ki ibadat ya amal ki کیفیت ke upar hai. aisa nahi hai ke Ramzan mein jo bhi namaz padhe, use satar guna zyada sawab mila, balkeh jis ki کیفیت jaisi rahi, use waisa sawab mila.</w:t>
      </w:r>
      <w:r>
        <w:br/>
      </w:r>
      <w:r>
        <w:rPr>
          <w:sz w:val="20"/>
        </w:rPr>
        <w:t>49:46  meherbani kar ke is ki wazahat karen.</w:t>
      </w:r>
      <w:r>
        <w:br/>
      </w:r>
      <w:r>
        <w:rPr>
          <w:sz w:val="20"/>
        </w:rPr>
        <w:t>49:50  dekhiye, yeh mamla aisa hai ke is par bohat likh chuke hain apni kitabon mein, aur sawab ka taluq kisi waqt se nahi hai, کیفیت se hai.</w:t>
      </w:r>
      <w:r>
        <w:br/>
      </w:r>
      <w:r>
        <w:rPr>
          <w:sz w:val="20"/>
        </w:rPr>
        <w:t>50:02  aap hamari kitab Ramzan par aik kitab hai, Haj par aik kitab hai, is ko aap padhiye.</w:t>
      </w:r>
      <w:r>
        <w:br/>
      </w:r>
      <w:r>
        <w:rPr>
          <w:sz w:val="20"/>
        </w:rPr>
        <w:t>50:08  jab bohat detail ke sath hum ne yeh baat kahi hai, aur us ko hum ne disply kiya hai, is is is rawayati tasawwur ko ke kisi waqt se juda hua hai,</w:t>
      </w:r>
      <w:r>
        <w:br/>
      </w:r>
      <w:r>
        <w:rPr>
          <w:sz w:val="20"/>
        </w:rPr>
        <w:t>50:21  bara sawab, bara sawab, bari bari کیفیت par hota hai, bara sawab bari کیفیت mein hota hai, na ke kisi waqt par.</w:t>
      </w:r>
      <w:r>
        <w:br/>
      </w:r>
      <w:r>
        <w:rPr>
          <w:sz w:val="20"/>
        </w:rPr>
        <w:t>50:30  is par hum tafseel se likh chuke hain, aap us ko padhiye.</w:t>
      </w:r>
    </w:p>
    <w:p>
      <w:pPr>
        <w:pStyle w:val="Heading2"/>
      </w:pPr>
      <w:r>
        <w:t>Sending Quranic reward to the deceased</w:t>
      </w:r>
    </w:p>
    <w:p>
      <w:r>
        <w:rPr>
          <w:color w:val="666666"/>
          <w:sz w:val="18"/>
        </w:rPr>
        <w:t>Worship · Art of Crisis Management I 3 October, 2010 Maulana Wahiduddin Khan · 1m 40s · at 1:33:49 · https://youtu.be/mcJZ0YEOolk?t=5629</w:t>
      </w:r>
    </w:p>
    <w:p>
      <w:r>
        <w:rPr>
          <w:i/>
        </w:rPr>
        <w:t>“Can a husband, parents, siblings recite Quran and send the reward (إیصال ثواب) to a deceased person for their forgiveness? What is the correct method?”</w:t>
      </w:r>
    </w:p>
    <w:p>
      <w:r>
        <w:rPr>
          <w:sz w:val="20"/>
        </w:rPr>
        <w:t>1:33:49  Maulana, yeh sawal kya hai? Miss Abida ne New Delhi se unhone poocha hai: Kya shohar, maa baap, bhai behan marne wale ki maghfirat ke liye tilawat e quran kar ke esal e sawab pahuncha sakta hai?</w:t>
      </w:r>
      <w:r>
        <w:br/>
      </w:r>
      <w:r>
        <w:rPr>
          <w:sz w:val="20"/>
        </w:rPr>
        <w:t>1:34:06  Is ka sahi tareeqa kya hai? Bhai, to main abhi jawab de chuka hoon. Is ka esal e sawab concept hi ghair islami hai.</w:t>
      </w:r>
      <w:r>
        <w:br/>
      </w:r>
      <w:r>
        <w:rPr>
          <w:sz w:val="20"/>
        </w:rPr>
        <w:t>1:34:17  Esal e sawab mani sawab pahunchana, yani amal aap karein aur yeh niyat karein ke yeh mera amal jo hai, is ka sawab pahunch jaye falan shakhs ko.</w:t>
      </w:r>
      <w:r>
        <w:br/>
      </w:r>
      <w:r>
        <w:rPr>
          <w:sz w:val="20"/>
        </w:rPr>
        <w:t>1:34:26  Yeh kahin yeh bilkul alien hai Islam mein. Kahin bhi Quran o Hadees mein nahi hai ke kisi aur ka amal kisi aur ko pahunch sakta hai. Kuch bhi nahi hai, is ki koi haqeeqat hi nahi hai.</w:t>
      </w:r>
      <w:r>
        <w:br/>
      </w:r>
      <w:r>
        <w:rPr>
          <w:sz w:val="20"/>
        </w:rPr>
        <w:t>1:34:37  Is ki jaden bhi esal e sawab ke</w:t>
      </w:r>
      <w:r>
        <w:br/>
      </w:r>
      <w:r>
        <w:rPr>
          <w:sz w:val="20"/>
        </w:rPr>
        <w:t>1:34:42  ke ke jo riwaj hain, hamare India mein, Arabon mein to nahi hain. India mein sab bilkul baseless hain, Islam se is ka koi talluq nahi hai, aur marne wale ko is se kuch bhi faida nahi pahunchta,</w:t>
      </w:r>
      <w:r>
        <w:br/>
      </w:r>
      <w:r>
        <w:rPr>
          <w:sz w:val="20"/>
        </w:rPr>
        <w:t>1:34:56  one percent bhi nahi. Yeh yeh concept Islam mein ajnabi hai. Amal koi kare, sawab kisi aur ko mil jaye.</w:t>
      </w:r>
      <w:r>
        <w:br/>
      </w:r>
      <w:r>
        <w:rPr>
          <w:sz w:val="20"/>
        </w:rPr>
        <w:t>1:35:07  Saaf saaf Quran mein hai ke "Laisa lil insaani illa ma sa" . Khud aadmi ne jo kuch kiya hoga, marne se pehle bas wahi is ka amal hai, wahi is ke kaam aayega marne ke baad.</w:t>
      </w:r>
      <w:r>
        <w:br/>
      </w:r>
      <w:r>
        <w:rPr>
          <w:sz w:val="20"/>
        </w:rPr>
        <w:t>1:35:21  Kisi aur ka amal marne ke baad is ke kaam aane wala nahi hai.</w:t>
      </w:r>
    </w:p>
    <w:p>
      <w:pPr>
        <w:pStyle w:val="Heading2"/>
      </w:pPr>
      <w:r>
        <w:t>Specific Method of Repentance in Islam</w:t>
      </w:r>
    </w:p>
    <w:p>
      <w:r>
        <w:rPr>
          <w:color w:val="666666"/>
          <w:sz w:val="18"/>
        </w:rPr>
        <w:t>Worship · Self Correction November 09, 2014 Maulana Wahiduddin Khan · 1m 06s · at 55:45 · https://youtu.be/PpwTmeCQkSQ?t=3345</w:t>
      </w:r>
    </w:p>
    <w:p>
      <w:r>
        <w:rPr>
          <w:i/>
        </w:rPr>
        <w:t>“Has Islam prescribed any specific method for making repentance (tawbah)? Please explain.”</w:t>
      </w:r>
    </w:p>
    <w:p>
      <w:r>
        <w:rPr>
          <w:sz w:val="20"/>
        </w:rPr>
        <w:t>55:45  meri yeh aap se ek darkhwast hai." aur unhon ne jo sawal poocha hai, maulana, woh is tarah</w:t>
      </w:r>
      <w:r>
        <w:br/>
      </w:r>
      <w:r>
        <w:rPr>
          <w:sz w:val="20"/>
        </w:rPr>
        <w:t>55:50  hai ke "kya tauba karne ka islam mein koi khaas tareeqa bhi bataya gaya hai?" is ke</w:t>
      </w:r>
      <w:r>
        <w:br/>
      </w:r>
      <w:r>
        <w:rPr>
          <w:sz w:val="20"/>
        </w:rPr>
        <w:t>55:56  baare mein batayein.</w:t>
      </w:r>
      <w:r>
        <w:br/>
      </w:r>
      <w:r>
        <w:rPr>
          <w:sz w:val="20"/>
        </w:rPr>
        <w:t>56:01  dekhein, tareeqa kisi cheez ka nahi hota.</w:t>
      </w:r>
      <w:r>
        <w:br/>
      </w:r>
      <w:r>
        <w:rPr>
          <w:sz w:val="20"/>
        </w:rPr>
        <w:t>56:07  saara ek zehni amal hai: tadabbur, tafakkur, tawassul.</w:t>
      </w:r>
      <w:r>
        <w:br/>
      </w:r>
      <w:r>
        <w:rPr>
          <w:sz w:val="20"/>
        </w:rPr>
        <w:t>56:12  zehni amal koi tareeqa is se nahi hota.</w:t>
      </w:r>
      <w:r>
        <w:br/>
      </w:r>
      <w:r>
        <w:rPr>
          <w:sz w:val="20"/>
        </w:rPr>
        <w:t>56:18  bas sochiye, sochiye, sochiye, soch kar apna correction kijiye.</w:t>
      </w:r>
      <w:r>
        <w:br/>
      </w:r>
      <w:r>
        <w:rPr>
          <w:sz w:val="20"/>
        </w:rPr>
        <w:t>56:23  beh-haal, yeh bohat hi khatarnak baat hai ke aadmi tauba qareeb na kare aur tauba baeed tak nabat</w:t>
      </w:r>
      <w:r>
        <w:br/>
      </w:r>
      <w:r>
        <w:rPr>
          <w:sz w:val="20"/>
        </w:rPr>
        <w:t>56:29  aa jaye to phir tauba hi nahi.</w:t>
      </w:r>
      <w:r>
        <w:br/>
      </w:r>
      <w:r>
        <w:rPr>
          <w:sz w:val="20"/>
        </w:rPr>
        <w:t>56:34  is waqt tauba ki nabat hi nahi aayegi.</w:t>
      </w:r>
      <w:r>
        <w:br/>
      </w:r>
      <w:r>
        <w:rPr>
          <w:sz w:val="20"/>
        </w:rPr>
        <w:t>56:40  tauba ya to qareeb mein hogi, baeed mein tauba hi nahi hogi.</w:t>
      </w:r>
      <w:r>
        <w:br/>
      </w:r>
      <w:r>
        <w:rPr>
          <w:sz w:val="20"/>
        </w:rPr>
        <w:t>56:45  yeh is se maloom hota hai.</w:t>
      </w:r>
    </w:p>
    <w:p>
      <w:pPr>
        <w:pStyle w:val="Heading2"/>
      </w:pPr>
      <w:r>
        <w:t>Specific method for repentance in Islam</w:t>
      </w:r>
    </w:p>
    <w:p>
      <w:r>
        <w:rPr>
          <w:color w:val="666666"/>
          <w:sz w:val="18"/>
        </w:rPr>
        <w:t>Worship · Self Correction November 09, 2014 · 1m 18s · at 55:32 · https://youtu.be/EgAukdSfGRU?t=3332</w:t>
      </w:r>
    </w:p>
    <w:p>
      <w:r>
        <w:rPr>
          <w:i/>
        </w:rPr>
        <w:t>“Has Islam prescribed any specific method for making repentance?”</w:t>
      </w:r>
    </w:p>
    <w:p>
      <w:r>
        <w:rPr>
          <w:sz w:val="20"/>
        </w:rPr>
        <w:t>55:32  maulana, agla ek comment aur sawal hai mazhar sahib ka dilli se. unhon ne likha hai comment ke tor par: "maulana, please aaj ke topic par agar ek book likhain to yeh samaj mein bohat faida mand ho gi.</w:t>
      </w:r>
      <w:r>
        <w:br/>
      </w:r>
      <w:r>
        <w:rPr>
          <w:sz w:val="20"/>
        </w:rPr>
        <w:t>55:48  meri yeh aap se ek request hai." aur unhon ne jo sawal poocha hai maulana, woh is tarah hai ke "kya tauba kareem karne ka islam mein koi khaas tareeqa bhi bataya gaya hai?"</w:t>
      </w:r>
      <w:r>
        <w:br/>
      </w:r>
      <w:r>
        <w:rPr>
          <w:sz w:val="20"/>
        </w:rPr>
        <w:t>56:01  is ke baray mein batayen. dekhen, tareeqa kisi cheez ka nahi hota. sara ek zehni amal hai. tadabbur, tafakkur, tasawwur, zehni amal.</w:t>
      </w:r>
      <w:r>
        <w:br/>
      </w:r>
      <w:r>
        <w:rPr>
          <w:sz w:val="20"/>
        </w:rPr>
        <w:t>56:15  koi tareeqa is se nahi hota. bas sochiye, sochiye, sochiye. soch kar application kijiye.</w:t>
      </w:r>
      <w:r>
        <w:br/>
      </w:r>
      <w:r>
        <w:rPr>
          <w:sz w:val="20"/>
        </w:rPr>
        <w:t>56:25  beh-haal, yeh bohat hi khatarnak baat hai ke aadmi tauba kareeb na kare aur tauba baeed tak nabat aa jaye.</w:t>
      </w:r>
      <w:r>
        <w:br/>
      </w:r>
      <w:r>
        <w:rPr>
          <w:sz w:val="20"/>
        </w:rPr>
        <w:t>56:34  to phir tauba hi nahi. is waqt tauba hi tauba ki nabat hi nahi aye gi. tauba ya to qareeb mein ho gi, baeed mein tauba hi nahi ho gi.</w:t>
      </w:r>
      <w:r>
        <w:br/>
      </w:r>
      <w:r>
        <w:rPr>
          <w:sz w:val="20"/>
        </w:rPr>
        <w:t>56:45  yeh is se maloom hota hai.</w:t>
      </w:r>
    </w:p>
    <w:p>
      <w:pPr>
        <w:pStyle w:val="Heading2"/>
      </w:pPr>
      <w:r>
        <w:t>Spirit of God's presence in prayer</w:t>
      </w:r>
    </w:p>
    <w:p>
      <w:r>
        <w:rPr>
          <w:color w:val="666666"/>
          <w:sz w:val="18"/>
        </w:rPr>
        <w:t>Worship · Hadith-e-Jibril, April 21, 2013 · 1m 56s · at 1:42:12 · https://youtu.be/0rF6Ou0pDog?t=6132</w:t>
      </w:r>
    </w:p>
    <w:p>
      <w:r>
        <w:rPr>
          <w:i/>
        </w:rPr>
        <w:t>“How can we imbibe the spirit of presence of God while offering prayer?”</w:t>
      </w:r>
    </w:p>
    <w:p>
      <w:r>
        <w:rPr>
          <w:sz w:val="20"/>
        </w:rPr>
        <w:t>1:42:12  maulana, yeh sawal aaya hai kashmir se aamir jaan mori sahib ka. unhon ne aap se poocha hai how can we imbibe the spirit of presence of God while offering namaz?</w:t>
      </w:r>
      <w:r>
        <w:br/>
      </w:r>
      <w:r>
        <w:rPr>
          <w:sz w:val="20"/>
        </w:rPr>
        <w:t>1:42:27  dekhiye, sab se bari cheez jo hai, apne ko distraction se bachana. distraction se bachana. log distraction se to bachate nahin aur kehte hain ke hum kaise humein presence of God ke sath hi raho.</w:t>
      </w:r>
      <w:r>
        <w:br/>
      </w:r>
      <w:r>
        <w:rPr>
          <w:sz w:val="20"/>
        </w:rPr>
        <w:t>1:42:42  misalan masjidon mein jayenge aur jeeb mein mobile hai. itna bhi nahin kar sakte ke mobile ghar mein rakh kar aayen. itna bhi nahin kar sakte. to kahan se in ko presence of God ka tas</w:t>
      </w:r>
      <w:r>
        <w:br/>
      </w:r>
      <w:r>
        <w:rPr>
          <w:sz w:val="20"/>
        </w:rPr>
        <w:t>1:42:55  awwur hoga? woh to presence of mobile ka tasawwur hota hai. dekhiye, price deni parti hai har cheez ki. itni price bhi dene ko tayyar nahin koi ke apne mobile ko ghar par chhod kar aayen.</w:t>
      </w:r>
      <w:r>
        <w:br/>
      </w:r>
      <w:r>
        <w:rPr>
          <w:sz w:val="20"/>
        </w:rPr>
        <w:t>1:43:08  to kya aisi baatein karne se faida kya hai?</w:t>
      </w:r>
    </w:p>
    <w:p>
      <w:pPr>
        <w:pStyle w:val="Heading2"/>
      </w:pPr>
      <w:r>
        <w:t>Spirit vs form of a ritual</w:t>
      </w:r>
    </w:p>
    <w:p>
      <w:r>
        <w:rPr>
          <w:color w:val="666666"/>
          <w:sz w:val="18"/>
        </w:rPr>
        <w:t>Worship · Man and Paradise May 05, 2013 · 1m 00s · at 59:07 · https://youtu.be/VyFgim3pvts?t=3547</w:t>
      </w:r>
    </w:p>
    <w:p>
      <w:r>
        <w:rPr>
          <w:i/>
        </w:rPr>
        <w:t>“What is the difference between the spirit and the form of a ritual? Are both necessary? What is your opinion on this?”</w:t>
      </w:r>
    </w:p>
    <w:p>
      <w:r>
        <w:rPr>
          <w:sz w:val="20"/>
        </w:rPr>
        <w:t>59:07  Maulana, agla sawal Kolkata se hai, Miss Shagufta Ansari ka. unhon ne likha hai: "What is the difference between the spirit and the form of a ritual?</w:t>
      </w:r>
      <w:r>
        <w:br/>
      </w:r>
      <w:r>
        <w:rPr>
          <w:sz w:val="20"/>
        </w:rPr>
        <w:t>59:19  Are both necessary? What is your opinion on this?" daikhen, necessary ki baat nahin hai. spirit jo hai, woh asal asal hai aur form jo hai, us ka us ka manifestation hai,</w:t>
      </w:r>
      <w:r>
        <w:br/>
      </w:r>
      <w:r>
        <w:rPr>
          <w:sz w:val="20"/>
        </w:rPr>
        <w:t>59:36  us ka appearance hai. jab spirit hogi to zaroor kisi na kisi form mein zahir bhi hogi. woh andar chup ke baithi nahin rahegi.</w:t>
      </w:r>
      <w:r>
        <w:br/>
      </w:r>
      <w:r>
        <w:rPr>
          <w:sz w:val="20"/>
        </w:rPr>
        <w:t>59:47  to form yaqeenan hota hai, lekin form jo hai, woh yeh spirit ke manifestation ke taur par aata hai, na ke bazat khud form hi asal hai.</w:t>
      </w:r>
    </w:p>
    <w:p>
      <w:pPr>
        <w:pStyle w:val="Heading2"/>
      </w:pPr>
      <w:r>
        <w:t>The meaning and significance of masjid</w:t>
      </w:r>
    </w:p>
    <w:p>
      <w:r>
        <w:rPr>
          <w:color w:val="666666"/>
          <w:sz w:val="18"/>
        </w:rPr>
        <w:t>Worship · Art of Crisis Management I 3 October, 2010 Maulana Wahiduddin Khan · 1m 45s · at 1:49:04 · https://youtu.be/mcJZ0YEOolk?t=6544</w:t>
      </w:r>
    </w:p>
    <w:p>
      <w:r>
        <w:rPr>
          <w:i/>
        </w:rPr>
        <w:t>“What is the meaning of masjid? Please explain.”</w:t>
      </w:r>
    </w:p>
    <w:p>
      <w:r>
        <w:rPr>
          <w:sz w:val="20"/>
        </w:rPr>
        <w:t>1:49:04  maulana, yeh sawal kiya hai mister muhammad tauqeer alam ne muzaffarpur se. unhon ne poocha hai: "what is the meaning of masjid?" is ke baray mein batayen.</w:t>
      </w:r>
      <w:r>
        <w:br/>
      </w:r>
      <w:r>
        <w:rPr>
          <w:sz w:val="20"/>
        </w:rPr>
        <w:t>1:49:19  dekhen, masjid ke literal meaning to hai sajda karne ki jagah ya ibadat karne ki jagah. jahan namaz parhi jaye, wo masjid hai aur namaz to sari zameen par parhi ja sakti hai.</w:t>
      </w:r>
      <w:r>
        <w:br/>
      </w:r>
      <w:r>
        <w:rPr>
          <w:sz w:val="20"/>
        </w:rPr>
        <w:t>1:49:36  ek lehaz se sari masjid, sari zameen hi masjid hai.</w:t>
      </w:r>
      <w:r>
        <w:br/>
      </w:r>
      <w:r>
        <w:rPr>
          <w:sz w:val="20"/>
        </w:rPr>
        <w:t>1:49:41  aur jo masjid banayi jati hai, us ke baray mein hadith mein aata hai ke "al masajid buyoot al mutaqeen" masjiden muttaqeen ka ghar hain, yaani Allah se darne walon ka ghar hain.</w:t>
      </w:r>
      <w:r>
        <w:br/>
      </w:r>
      <w:r>
        <w:rPr>
          <w:sz w:val="20"/>
        </w:rPr>
        <w:t>1:49:55  "al masajid buyoot al mutaqeen" aaj kal kya hai? aaj kal yeh ho gaya "al masajid buyoot al siyaseen".</w:t>
      </w:r>
      <w:r>
        <w:br/>
      </w:r>
      <w:r>
        <w:rPr>
          <w:sz w:val="20"/>
        </w:rPr>
        <w:t>1:50:02  aaj kal yeh ho gaya har jagah, india mein bhi aur dunya mein bhi, pakistan mein har jagah "al masajid buyoot al siyaseen" yaani siyasat pasand log, siyasi leader logon ka markaz ban gaya hai.</w:t>
      </w:r>
      <w:r>
        <w:br/>
      </w:r>
      <w:r>
        <w:rPr>
          <w:sz w:val="20"/>
        </w:rPr>
        <w:t>1:50:14  wo takheerain karen ge jazbat ke andaaz ke, logon ko bharkayen ge. yeh to is is ka misuse hai, yaani mazhab ko, yeh masjid ka misuse hai.</w:t>
      </w:r>
      <w:r>
        <w:br/>
      </w:r>
      <w:r>
        <w:rPr>
          <w:sz w:val="20"/>
        </w:rPr>
        <w:t>1:50:27  "almasajid buyoot almuttaqeen" yani masjid ke andar kya hai? akhirat ki baat ho, jannat jahannum ki baat ho, accountability ki baat ho aur insaniyat ki baat ho, dawat ki baat ho.</w:t>
      </w:r>
      <w:r>
        <w:br/>
      </w:r>
      <w:r>
        <w:rPr>
          <w:sz w:val="20"/>
        </w:rPr>
        <w:t>1:50:40  baqi yeh jo siyasat ki baatein hoti hain masjidon mein, yeh toh masjid ka misuse hai.</w:t>
      </w:r>
    </w:p>
    <w:p>
      <w:pPr>
        <w:pStyle w:val="Heading2"/>
      </w:pPr>
      <w:r>
        <w:t>Understanding the Meaning of Masjid</w:t>
      </w:r>
    </w:p>
    <w:p>
      <w:r>
        <w:rPr>
          <w:color w:val="666666"/>
          <w:sz w:val="18"/>
        </w:rPr>
        <w:t>Worship · Art of Crisis Management October 3, 2010 · 1m 45s · at 1:49:04 · https://youtu.be/sKdyThFThXo?t=6544</w:t>
      </w:r>
    </w:p>
    <w:p>
      <w:r>
        <w:rPr>
          <w:i/>
        </w:rPr>
        <w:t>“What is the meaning of Masjid?”</w:t>
      </w:r>
    </w:p>
    <w:p>
      <w:r>
        <w:rPr>
          <w:sz w:val="20"/>
        </w:rPr>
        <w:t>1:49:04  maulana, yeh sawal kiya hai mr muhammad tauqeer alam ne muzaffarpur se. unhon ne poocha hai: "what is the meaning of masjid?" is ke baray mein batayein.</w:t>
      </w:r>
      <w:r>
        <w:br/>
      </w:r>
      <w:r>
        <w:rPr>
          <w:sz w:val="20"/>
        </w:rPr>
        <w:t>1:49:20  dekhein, masjid ke literal meaning to hai sajda karne ki jagah ya ibadat karne ki jagah. jahan namaz parhi jaye, woh masjid hai aur namaz to sari zameen par parhi ja sakti hai.</w:t>
      </w:r>
      <w:r>
        <w:br/>
      </w:r>
      <w:r>
        <w:rPr>
          <w:sz w:val="20"/>
        </w:rPr>
        <w:t>1:49:36  ek lehaz se sari masjid, sari zameen masjid hai aur jo masjid banayi jati hai, us ke baray mein hadith mein aata hai ke: "al masajid buyoot ul muttaqeen"</w:t>
      </w:r>
      <w:r>
        <w:br/>
      </w:r>
      <w:r>
        <w:rPr>
          <w:sz w:val="20"/>
        </w:rPr>
        <w:t>1:49:50  . masjidain muttaqeen ka ghar hain, yani Allah se darne walon ka ghar hai. "al masajid buyoot ul muttaqeen" aaj kal kya hai?</w:t>
      </w:r>
      <w:r>
        <w:br/>
      </w:r>
      <w:r>
        <w:rPr>
          <w:sz w:val="20"/>
        </w:rPr>
        <w:t>1:49:58  aaj kal yeh hoga: "al masajid buyoot siyaseen". aaj kal yeh ho gaya har jagah, india mein bhi aur arab dunya mein bhi, pakistan mein har jagah.</w:t>
      </w:r>
      <w:r>
        <w:br/>
      </w:r>
      <w:r>
        <w:rPr>
          <w:sz w:val="20"/>
        </w:rPr>
        <w:t>1:50:07  "al masajid buyoot siyaseen" yani siyasat pasand log, siyasi leader logon ka markaz ban gaya aur takhliyan karenge jazbat ke andaaz ke logon ko bharkayenge.</w:t>
      </w:r>
      <w:r>
        <w:br/>
      </w:r>
      <w:r>
        <w:rPr>
          <w:sz w:val="20"/>
        </w:rPr>
        <w:t>1:50:19  yeh to is is ka misuse hai, yani mazhab ko yeh masjid ka misuse hai. "al masajid buyoot ul muttaqeen" yani masjid ke andar kya hai?</w:t>
      </w:r>
      <w:r>
        <w:br/>
      </w:r>
      <w:r>
        <w:rPr>
          <w:sz w:val="20"/>
        </w:rPr>
        <w:t>1:50:31  aakhirat ki baat ho, jannat jahannum ki baat ho, accountability ki baat ho aur insaniyat ki baat ho, dawat ki baat ho.</w:t>
      </w:r>
      <w:r>
        <w:br/>
      </w:r>
      <w:r>
        <w:rPr>
          <w:sz w:val="20"/>
        </w:rPr>
        <w:t>1:50:41  baqi yeh jo siyasat ki baatein hoti hain masjidon mein, yeh to masjid ka misuse hai.</w:t>
      </w:r>
    </w:p>
    <w:p>
      <w:pPr>
        <w:pStyle w:val="Heading2"/>
      </w:pPr>
      <w:r>
        <w:t>Value of Qurbani expenditure in Islam</w:t>
      </w:r>
    </w:p>
    <w:p>
      <w:r>
        <w:rPr>
          <w:color w:val="666666"/>
          <w:sz w:val="18"/>
        </w:rPr>
        <w:t>Worship · The Revival of Ibrahimi Mission-28th October 2012 · 52s · at 1:13:03 · https://youtu.be/kniEYfMCz9w?t=4383</w:t>
      </w:r>
    </w:p>
    <w:p>
      <w:r>
        <w:rPr>
          <w:i/>
        </w:rPr>
        <w:t>“Some Muslims say that the money spent on Qurbani (sacrifice) is of no benefit.”</w:t>
      </w:r>
    </w:p>
    <w:p>
      <w:r>
        <w:rPr>
          <w:sz w:val="20"/>
        </w:rPr>
        <w:t>1:13:03  maulana, agla sawal karachi pakistan se aya hai mrs abdul latif ka.</w:t>
      </w:r>
      <w:r>
        <w:br/>
      </w:r>
      <w:r>
        <w:rPr>
          <w:sz w:val="20"/>
        </w:rPr>
        <w:t>1:13:09  unhon ne likha hai: "musalmanon mein se kuch log kehte hain ke qurbani par jo raqam kharch ki</w:t>
      </w:r>
      <w:r>
        <w:br/>
      </w:r>
      <w:r>
        <w:rPr>
          <w:sz w:val="20"/>
        </w:rPr>
        <w:t>1:13:15  jati hai, is ka koi faida nahi.</w:t>
      </w:r>
      <w:r>
        <w:br/>
      </w:r>
      <w:r>
        <w:rPr>
          <w:sz w:val="20"/>
        </w:rPr>
        <w:t>1:13:21  is ke bajaye agar is raqam ko kisi rifahi kaam mein lagaya jaye to is ka bohat faida</w:t>
      </w:r>
      <w:r>
        <w:br/>
      </w:r>
      <w:r>
        <w:rPr>
          <w:sz w:val="20"/>
        </w:rPr>
        <w:t>1:13:26  ہوگا۔" مولانا صاحب، یہ بات کس حد تک صحیح ہے؟ نہیں، بالکل absurd ہے۔</w:t>
      </w:r>
      <w:r>
        <w:br/>
      </w:r>
      <w:r>
        <w:rPr>
          <w:sz w:val="20"/>
        </w:rPr>
        <w:t>1:13:32  bilkul absort baat hai.</w:t>
      </w:r>
      <w:r>
        <w:br/>
      </w:r>
      <w:r>
        <w:rPr>
          <w:sz w:val="20"/>
        </w:rPr>
        <w:t>1:13:38  mein is se har giz ittefaq nahi karta.</w:t>
      </w:r>
      <w:r>
        <w:br/>
      </w:r>
      <w:r>
        <w:rPr>
          <w:sz w:val="20"/>
        </w:rPr>
        <w:t>1:13:44  یہ بہت ایسی سوچ لوگوں میں پائی جاتی ہے، لیکن بالکل یہ یہ بالکل absurd بات ہے۔</w:t>
      </w:r>
      <w:r>
        <w:br/>
      </w:r>
      <w:r>
        <w:rPr>
          <w:sz w:val="20"/>
        </w:rPr>
        <w:t>1:13:50  is ka koi haqeeqat is ki nahi hai.</w:t>
      </w:r>
    </w:p>
    <w:p>
      <w:pPr>
        <w:pStyle w:val="Heading2"/>
      </w:pPr>
      <w:r>
        <w:t>Verbalizing intention in prayer</w:t>
      </w:r>
    </w:p>
    <w:p>
      <w:r>
        <w:rPr>
          <w:color w:val="666666"/>
          <w:sz w:val="18"/>
        </w:rPr>
        <w:t>Worship · Revival and Revivalist June 7, 2015 · 1m 39s · at 47:02 · https://youtu.be/MCY8AJ87BXc?t=2822</w:t>
      </w:r>
    </w:p>
    <w:p>
      <w:r>
        <w:rPr>
          <w:i/>
        </w:rPr>
        <w:t>“At the time of starting our prayer, should we verbalize the intention? Is intention enough?”</w:t>
      </w:r>
    </w:p>
    <w:p>
      <w:r>
        <w:rPr>
          <w:sz w:val="20"/>
        </w:rPr>
        <w:t>47:02  is ka hal yeh hai ke logon ko bataya jaye ke dawah karti aam baat hai. dawah ki qeemat kya hai? ma'ni agla sawal kya hai?</w:t>
      </w:r>
      <w:r>
        <w:br/>
      </w:r>
      <w:r>
        <w:rPr>
          <w:sz w:val="20"/>
        </w:rPr>
        <w:t>47:11  mukhtar ahmed ne bihar se e</w:t>
      </w:r>
      <w:r>
        <w:br/>
      </w:r>
      <w:r>
        <w:rPr>
          <w:sz w:val="20"/>
        </w:rPr>
        <w:t>47:14  at the time of start of our prayer, we should tell the niyat or is intention enough.</w:t>
      </w:r>
      <w:r>
        <w:br/>
      </w:r>
      <w:r>
        <w:rPr>
          <w:sz w:val="20"/>
        </w:rPr>
        <w:t>47:27  to niyat aur intention to ek hi cheez hai. sawal mere khayal se sahi alfaaz mein nahin hai. sawal karne ka matlab ghaleban yeh hai ke lafzon mein niyat ko kehna zaroori hai ke niyat kafi hai.</w:t>
      </w:r>
      <w:r>
        <w:br/>
      </w:r>
      <w:r>
        <w:rPr>
          <w:sz w:val="20"/>
        </w:rPr>
        <w:t>47:40  shayad matlab sawal ka yeh hai</w:t>
      </w:r>
      <w:r>
        <w:br/>
      </w:r>
      <w:r>
        <w:rPr>
          <w:sz w:val="20"/>
        </w:rPr>
        <w:t>47:43  kiyunke aam taur par log yeh karte hain ke munh mera taraf kabe ke waghera alfaaz bolte hain. to yeh alfaaz bolna hargiz zaroori nahin hai.</w:t>
      </w:r>
      <w:r>
        <w:br/>
      </w:r>
      <w:r>
        <w:rPr>
          <w:sz w:val="20"/>
        </w:rPr>
        <w:t>47:54  sahaba aise alfaaz nahin bolte the. yeh to awam ke liye hain. yeh saare alfaaz</w:t>
      </w:r>
      <w:r>
        <w:br/>
      </w:r>
      <w:r>
        <w:rPr>
          <w:sz w:val="20"/>
        </w:rPr>
        <w:t>48:00  . agli cheez yeh hai ke aap niyat. niyat ke ma'ni yeh hain ke aap, yani zehn aap ka bedaar ho. aap aap samajhte hon, yani aap aap ke zehn mein yeh yeh khayal taza ho ke main namaz parhne ke khada hua hoon.</w:t>
      </w:r>
      <w:r>
        <w:br/>
      </w:r>
      <w:r>
        <w:rPr>
          <w:sz w:val="20"/>
        </w:rPr>
        <w:t>48:18  to alfaaz dohrana hargiz zaroori nahin hai, lekin niyat zaroori hai.</w:t>
      </w:r>
      <w:r>
        <w:br/>
      </w:r>
      <w:r>
        <w:rPr>
          <w:sz w:val="20"/>
        </w:rPr>
        <w:t>48:24  niyat ke ma'ni hain, yani</w:t>
      </w:r>
      <w:r>
        <w:br/>
      </w:r>
      <w:r>
        <w:rPr>
          <w:sz w:val="20"/>
        </w:rPr>
        <w:t>48:29  yani yani</w:t>
      </w:r>
      <w:r>
        <w:br/>
      </w:r>
      <w:r>
        <w:rPr>
          <w:sz w:val="20"/>
        </w:rPr>
        <w:t>48:33  zehn ke zehn idhar udhar na bhatak raha ho, balkeh sach much ehsaas aap par taari ho ke hum Allah ki namaz parh rahe hain.</w:t>
      </w:r>
    </w:p>
    <w:p>
      <w:pPr>
        <w:pStyle w:val="Heading2"/>
      </w:pPr>
      <w:r>
        <w:t>Ways to serve God as servants</w:t>
      </w:r>
    </w:p>
    <w:p>
      <w:r>
        <w:rPr>
          <w:color w:val="666666"/>
          <w:sz w:val="18"/>
        </w:rPr>
        <w:t>Worship · Islamic Pacifism Q&amp;A 8 May 2011 · 1m 57s · at 13:43 · https://youtu.be/5ZersGDNVcw?t=823</w:t>
      </w:r>
    </w:p>
    <w:p>
      <w:r>
        <w:rPr>
          <w:i/>
        </w:rPr>
        <w:t>“What are the ways by which we servants should serve God?”</w:t>
      </w:r>
    </w:p>
    <w:p>
      <w:r>
        <w:rPr>
          <w:sz w:val="20"/>
        </w:rPr>
        <w:t>13:42  yeh matlab hai is</w:t>
      </w:r>
      <w:r>
        <w:br/>
      </w:r>
      <w:r>
        <w:rPr>
          <w:sz w:val="20"/>
        </w:rPr>
        <w:t>13:43  ka. mister muhammad ibrahim ne gurgaon se sawal kiya hai. unhon ne likha hai: "What are the ways by which we servants should serve God?" I request Maulana sahib to reply my question in English as I can't understand Urdu.</w:t>
      </w:r>
      <w:r>
        <w:br/>
      </w:r>
      <w:r>
        <w:rPr>
          <w:sz w:val="20"/>
        </w:rPr>
        <w:t>14:00  kya aap phir se padhiye? "What are the ways by which we servants should serve God?" What is, what, what is service</w:t>
      </w:r>
      <w:r>
        <w:br/>
      </w:r>
      <w:r>
        <w:rPr>
          <w:sz w:val="20"/>
        </w:rPr>
        <w:t>14:12  ? I fail to understand what is service. Service here means ibadat, worship, or something else than ibadat?</w:t>
      </w:r>
      <w:r>
        <w:br/>
      </w:r>
      <w:r>
        <w:rPr>
          <w:sz w:val="20"/>
        </w:rPr>
        <w:t>14:20  What is service? Maulana, he has not clarified that, but I think basically Khuda ka kaam kaise karein hum?</w:t>
      </w:r>
      <w:r>
        <w:br/>
      </w:r>
      <w:r>
        <w:rPr>
          <w:sz w:val="20"/>
        </w:rPr>
        <w:t>14:29  is ke bare mein.</w:t>
      </w:r>
      <w:r>
        <w:br/>
      </w:r>
      <w:r>
        <w:rPr>
          <w:sz w:val="20"/>
        </w:rPr>
        <w:t>14:33  According to my study,</w:t>
      </w:r>
      <w:r>
        <w:br/>
      </w:r>
      <w:r>
        <w:rPr>
          <w:sz w:val="20"/>
        </w:rPr>
        <w:t>14:38  the work is the divine work. In the Quran, there are several verses in which God says, "In terms of law and circum,</w:t>
      </w:r>
      <w:r>
        <w:br/>
      </w:r>
      <w:r>
        <w:rPr>
          <w:sz w:val="20"/>
        </w:rPr>
        <w:t>14:54  man and soul is law."</w:t>
      </w:r>
      <w:r>
        <w:br/>
      </w:r>
      <w:r>
        <w:rPr>
          <w:sz w:val="20"/>
        </w:rPr>
        <w:t>14:57  In these verses, nusrat means help. In these verses, nusrat means da'wah.</w:t>
      </w:r>
      <w:r>
        <w:br/>
      </w:r>
      <w:r>
        <w:rPr>
          <w:sz w:val="20"/>
        </w:rPr>
        <w:t>15:09  So according to my study, there are two</w:t>
      </w:r>
      <w:r>
        <w:br/>
      </w:r>
      <w:r>
        <w:rPr>
          <w:sz w:val="20"/>
        </w:rPr>
        <w:t>15:14  responsibilities for a faithful person. One, to worship God as prescribed in Quran and Hadith.</w:t>
      </w:r>
      <w:r>
        <w:br/>
      </w:r>
      <w:r>
        <w:rPr>
          <w:sz w:val="20"/>
        </w:rPr>
        <w:t>15:25  And the other duty is to do da'wah work. Da'wah work, you can say the da'wah work is service to God.</w:t>
      </w:r>
      <w:r>
        <w:br/>
      </w:r>
      <w:r>
        <w:rPr>
          <w:sz w:val="20"/>
        </w:rPr>
        <w:t>15:35  Is it clear?</w:t>
      </w:r>
      <w:r>
        <w:br/>
      </w:r>
      <w:r>
        <w:rPr>
          <w:sz w:val="20"/>
        </w:rPr>
        <w:t>15:36  ji.</w:t>
      </w:r>
    </w:p>
    <w:p>
      <w:pPr>
        <w:pStyle w:val="Heading2"/>
      </w:pPr>
      <w:r>
        <w:t>Why Muslims fail to learn from Hajj</w:t>
      </w:r>
    </w:p>
    <w:p>
      <w:r>
        <w:rPr>
          <w:color w:val="666666"/>
          <w:sz w:val="18"/>
        </w:rPr>
        <w:t>Worship · History of Kaaba March 19, 2017 · 1m 10s · at 50:53 · https://youtu.be/HPvWnoueeqg?t=3053</w:t>
      </w:r>
    </w:p>
    <w:p>
      <w:r>
        <w:rPr>
          <w:i/>
        </w:rPr>
        <w:t>“Today Muslims go for Hajj to fulfill the mandatory requirement of Islam but they fail to retrieve the lesson you mentioned today. What is the reason that Muslims' journey to...”</w:t>
      </w:r>
    </w:p>
    <w:p>
      <w:r>
        <w:rPr>
          <w:sz w:val="20"/>
        </w:rPr>
        <w:t>50:53  ji maulana agla sawal bheja hai abbas khan sahab ne lucknow se unhone likha hai</w:t>
      </w:r>
      <w:r>
        <w:br/>
      </w:r>
      <w:r>
        <w:rPr>
          <w:sz w:val="20"/>
        </w:rPr>
        <w:t>51:01  maulana today muslims go for hajj to fulfill the mandatory requirement of islam</w:t>
      </w:r>
      <w:r>
        <w:br/>
      </w:r>
      <w:r>
        <w:rPr>
          <w:sz w:val="20"/>
        </w:rPr>
        <w:t>51:07  but they fail to retrieve the lesson you mentioned today what is the reason that muslims journey to</w:t>
      </w:r>
      <w:r>
        <w:br/>
      </w:r>
      <w:r>
        <w:rPr>
          <w:sz w:val="20"/>
        </w:rPr>
        <w:t>51:14  kaba is only ritualistic and not for rediscovering islam</w:t>
      </w:r>
      <w:r>
        <w:br/>
      </w:r>
      <w:r>
        <w:rPr>
          <w:sz w:val="20"/>
        </w:rPr>
        <w:t>51:22  dekhiye rediscovery jo hai kabhi bhi</w:t>
      </w:r>
      <w:r>
        <w:br/>
      </w:r>
      <w:r>
        <w:rPr>
          <w:sz w:val="20"/>
        </w:rPr>
        <w:t>51:27  kabhi bhi mass level par nahi hoti</w:t>
      </w:r>
      <w:r>
        <w:br/>
      </w:r>
      <w:r>
        <w:rPr>
          <w:sz w:val="20"/>
        </w:rPr>
        <w:t>51:31  individual level par hoti hai aap ye samjhein ke mass level par discovery ho jaye to kabhi hui</w:t>
      </w:r>
      <w:r>
        <w:br/>
      </w:r>
      <w:r>
        <w:rPr>
          <w:sz w:val="20"/>
        </w:rPr>
        <w:t>51:36  nahi na ho na aage hogi</w:t>
      </w:r>
      <w:r>
        <w:br/>
      </w:r>
      <w:r>
        <w:rPr>
          <w:sz w:val="20"/>
        </w:rPr>
        <w:t>51:39  koi individual discover karta hai log chahe ke is ko manein is ko phailayein is ki baat ko</w:t>
      </w:r>
      <w:r>
        <w:br/>
      </w:r>
      <w:r>
        <w:rPr>
          <w:sz w:val="20"/>
        </w:rPr>
        <w:t>51:45  agar aap ye chahte hain ke mass level par discovery ho ye to kabhi hua nahi na na</w:t>
      </w:r>
      <w:r>
        <w:br/>
      </w:r>
      <w:r>
        <w:rPr>
          <w:sz w:val="20"/>
        </w:rPr>
        <w:t>51:51  na pehle hua na aaj ho sakta hai individual level par hoti hai discovery logon ka farz hai</w:t>
      </w:r>
      <w:r>
        <w:br/>
      </w:r>
      <w:r>
        <w:rPr>
          <w:sz w:val="20"/>
        </w:rPr>
        <w:t>51:56  ke woh phailayein phailayein phailayein</w:t>
      </w:r>
      <w:r>
        <w:br/>
      </w:r>
      <w:r>
        <w:rPr>
          <w:sz w:val="20"/>
        </w:rPr>
        <w:t>51:59  yehi process sahi process hai</w:t>
      </w:r>
    </w:p>
    <w:p>
      <w:pPr>
        <w:pStyle w:val="Heading2"/>
      </w:pPr>
      <w:r>
        <w:t>Why Specific Steps Exist in Namaz</w:t>
      </w:r>
    </w:p>
    <w:p>
      <w:r>
        <w:rPr>
          <w:color w:val="666666"/>
          <w:sz w:val="18"/>
        </w:rPr>
        <w:t>Worship · Q&amp;A 04 DEC 2011 Maulana Wahiduddin Khan · 30s · at 48:22 · https://youtu.be/KIMNmuUZoGo?t=2902</w:t>
      </w:r>
    </w:p>
    <w:p>
      <w:r>
        <w:rPr>
          <w:i/>
        </w:rPr>
        <w:t>“In namaz there are certain steps like sajdah, ruku, etc. Why these steps come in namaz? Could you give reason behind this?”</w:t>
      </w:r>
    </w:p>
    <w:p>
      <w:r>
        <w:rPr>
          <w:sz w:val="20"/>
        </w:rPr>
        <w:t>48:22  mister israr khan ne deli se sawal kiya hai. unhon ne likha hai: "In namaz there are certain steps like sajda, ruku etc.</w:t>
      </w:r>
      <w:r>
        <w:br/>
      </w:r>
      <w:r>
        <w:rPr>
          <w:sz w:val="20"/>
        </w:rPr>
        <w:t>48:34  why these steps come in namaz? could you give reason behind this?" to behrahal main yeh kahunga hamari kitab hai islami talimat is mein tafseeli mazmoon hai namaz ke bare mein us ko parh lijie phir sawal kijiye.</w:t>
      </w:r>
      <w:r>
        <w:br/>
      </w:r>
      <w:r>
        <w:rPr>
          <w:sz w:val="20"/>
        </w:rPr>
        <w:t>48:50  aainda parhne ke baad sawal kijiye.</w:t>
      </w:r>
    </w:p>
    <w:p>
      <w:pPr>
        <w:pStyle w:val="Heading2"/>
      </w:pPr>
      <w:r>
        <w:t>Why do Muslims pray most in congregation?</w:t>
      </w:r>
    </w:p>
    <w:p>
      <w:r>
        <w:rPr>
          <w:color w:val="666666"/>
          <w:sz w:val="18"/>
        </w:rPr>
        <w:t>Worship · Wisdom of Hadith Maulana Wahiduddin Khan February 23, 2014 · 39s · at 1:17:52 · https://youtu.be/5E_MIQpToK4?t=4672</w:t>
      </w:r>
    </w:p>
    <w:p>
      <w:r>
        <w:rPr>
          <w:i/>
        </w:rPr>
        <w:t>“In the whole world, Muslims pray the most in congregation. Why is that?”</w:t>
      </w:r>
    </w:p>
    <w:p>
      <w:r>
        <w:rPr>
          <w:sz w:val="20"/>
        </w:rPr>
        <w:t>1:17:52  ji maulana, agla sawal lete hain.</w:t>
      </w:r>
      <w:r>
        <w:br/>
      </w:r>
      <w:r>
        <w:rPr>
          <w:sz w:val="20"/>
        </w:rPr>
        <w:t>1:17:55  agla sawal aya hai muhammad altaf inamdar sahib ka beer se.</w:t>
      </w:r>
      <w:r>
        <w:br/>
      </w:r>
      <w:r>
        <w:rPr>
          <w:sz w:val="20"/>
        </w:rPr>
        <w:t>1:17:59  unhon ne likha hai: "poori dunya mein musalman sab se ziyada namaz mein rafa'atain karte hain, aisa kyun?</w:t>
      </w:r>
      <w:r>
        <w:br/>
      </w:r>
      <w:r>
        <w:rPr>
          <w:sz w:val="20"/>
        </w:rPr>
        <w:t>1:18:07  namaz, namaz nabvi ka sahi tareeqa mojood hai.</w:t>
      </w:r>
      <w:r>
        <w:br/>
      </w:r>
      <w:r>
        <w:rPr>
          <w:sz w:val="20"/>
        </w:rPr>
        <w:t>1:18:11  tafseel se namaz ke ta'alluq se quran aur hadith ki roshni mein batayein." mein abhi arz kar chuka</w:t>
      </w:r>
      <w:r>
        <w:br/>
      </w:r>
      <w:r>
        <w:rPr>
          <w:sz w:val="20"/>
        </w:rPr>
        <w:t>1:18:18  hoon, mazeed tafseel aap ko janna hai to aap meri kitab parh lijiyay "tajdeed deen", woh isi mozu</w:t>
      </w:r>
      <w:r>
        <w:br/>
      </w:r>
      <w:r>
        <w:rPr>
          <w:sz w:val="20"/>
        </w:rPr>
        <w:t>1:18:26  par hai.</w:t>
      </w:r>
      <w:r>
        <w:br/>
      </w:r>
      <w:r>
        <w:rPr>
          <w:sz w:val="20"/>
        </w:rPr>
        <w:t>1:18:28  woh kitab is mein aap ko tafseel mil jaye gi.</w:t>
      </w:r>
    </w:p>
    <w:p>
      <w:pPr>
        <w:pStyle w:val="Heading2"/>
      </w:pPr>
      <w:r>
        <w:t>Why emphasis on form in worship?</w:t>
      </w:r>
    </w:p>
    <w:p>
      <w:r>
        <w:rPr>
          <w:color w:val="666666"/>
          <w:sz w:val="18"/>
        </w:rPr>
        <w:t>Worship · Revival and Revivalist | June 7, 2015 · 1m 34s · at 54:12 · https://youtu.be/tJqheiPlZ94?t=3252</w:t>
      </w:r>
    </w:p>
    <w:p>
      <w:r>
        <w:rPr>
          <w:i/>
        </w:rPr>
        <w:t>“Nowadays Muslims are placing great emphasis on the form of their worship. What should be the correct approach?”</w:t>
      </w:r>
    </w:p>
    <w:p>
      <w:r>
        <w:rPr>
          <w:sz w:val="20"/>
        </w:rPr>
        <w:t>54:12  unhon ne yeh agla sawal kiya hai doctor Fareeda Khanam ne Delhi se.</w:t>
      </w:r>
      <w:r>
        <w:br/>
      </w:r>
      <w:r>
        <w:rPr>
          <w:sz w:val="20"/>
        </w:rPr>
        <w:t>54:15  nowadays Muslims are laying</w:t>
      </w:r>
      <w:r>
        <w:br/>
      </w:r>
      <w:r>
        <w:rPr>
          <w:sz w:val="20"/>
        </w:rPr>
        <w:t>54:18  great emphasis on form in their worship.</w:t>
      </w:r>
      <w:r>
        <w:br/>
      </w:r>
      <w:r>
        <w:rPr>
          <w:sz w:val="20"/>
        </w:rPr>
        <w:t>54:24  How this tendency develops in the people of the book? Why the spirit gets lost in later generations?</w:t>
      </w:r>
      <w:r>
        <w:br/>
      </w:r>
      <w:r>
        <w:rPr>
          <w:sz w:val="20"/>
        </w:rPr>
        <w:t>54:29  of the people of the Book? Please explain.</w:t>
      </w:r>
      <w:r>
        <w:br/>
      </w:r>
      <w:r>
        <w:rPr>
          <w:sz w:val="20"/>
        </w:rPr>
        <w:t>54:34  dekhen, yahi yahi hamesha hota hai.</w:t>
      </w:r>
      <w:r>
        <w:br/>
      </w:r>
      <w:r>
        <w:rPr>
          <w:sz w:val="20"/>
        </w:rPr>
        <w:t>54:39  pichhli ummaton mein bhi hua, musalmanon mein bhi hua.</w:t>
      </w:r>
      <w:r>
        <w:br/>
      </w:r>
      <w:r>
        <w:rPr>
          <w:sz w:val="20"/>
        </w:rPr>
        <w:t>54:44  kyunke jab isprt khatm hoti hai to to tab bhi deen baqi rehta hai. lekin far</w:t>
      </w:r>
      <w:r>
        <w:br/>
      </w:r>
      <w:r>
        <w:rPr>
          <w:sz w:val="20"/>
        </w:rPr>
        <w:t>54:49  ke aitbar se baqi rehta hai. kabhi bhi deen khatam nahin hota. spirit khatam hoti hai. to mujaddid ka kaam yahi hai ke spirit ko revive kare. woh form ko revive karne ki zaroorat hi nahin. woh to already maujood hota hai hamesha. to mujaddid ka kaam asal mein sach poochhein to revive karna hai spirit ko. aur yeh hamesha jari rahega. kyun ke ek rasool Allah salallahu alaihi wasallam ne kuch logon ke darmiyan kaam kiya. un mein aap ne</w:t>
      </w:r>
      <w:r>
        <w:br/>
      </w:r>
      <w:r>
        <w:rPr>
          <w:sz w:val="20"/>
        </w:rPr>
        <w:t>55:19  isprt paida ki.</w:t>
      </w:r>
      <w:r>
        <w:br/>
      </w:r>
      <w:r>
        <w:rPr>
          <w:sz w:val="20"/>
        </w:rPr>
        <w:t>55:21  to hamesha zinda to rehte nahin.</w:t>
      </w:r>
      <w:r>
        <w:br/>
      </w:r>
      <w:r>
        <w:rPr>
          <w:sz w:val="20"/>
        </w:rPr>
        <w:t>55:24  mar jaate hain woh.</w:t>
      </w:r>
      <w:r>
        <w:br/>
      </w:r>
      <w:r>
        <w:rPr>
          <w:sz w:val="20"/>
        </w:rPr>
        <w:t>55:27  phir unke bete, phir unke pote.</w:t>
      </w:r>
      <w:r>
        <w:br/>
      </w:r>
      <w:r>
        <w:rPr>
          <w:sz w:val="20"/>
        </w:rPr>
        <w:t>55:30  to baad ki naslon mein kabhi bhi woh isprt baqi nahin rehti.</w:t>
      </w:r>
      <w:r>
        <w:br/>
      </w:r>
      <w:r>
        <w:rPr>
          <w:sz w:val="20"/>
        </w:rPr>
        <w:t>55:33  farm to rehta hai lekin isprt nahin baqi rehti.</w:t>
      </w:r>
      <w:r>
        <w:br/>
      </w:r>
      <w:r>
        <w:rPr>
          <w:sz w:val="20"/>
        </w:rPr>
        <w:t>55:35  to tajdeed haqiqatan baad ki naslon ki mein aata hai.</w:t>
      </w:r>
      <w:r>
        <w:br/>
      </w:r>
      <w:r>
        <w:rPr>
          <w:sz w:val="20"/>
        </w:rPr>
        <w:t>55:38  pehli nasl ki nahin hai.</w:t>
      </w:r>
      <w:r>
        <w:br/>
      </w:r>
      <w:r>
        <w:rPr>
          <w:sz w:val="20"/>
        </w:rPr>
        <w:t>55:41  yeh to ek ek law of nature hai.</w:t>
      </w:r>
      <w:r>
        <w:br/>
      </w:r>
      <w:r>
        <w:rPr>
          <w:sz w:val="20"/>
        </w:rPr>
        <w:t>55:44  yeh chalta rahega.</w:t>
      </w:r>
    </w:p>
    <w:p>
      <w:pPr>
        <w:pStyle w:val="Heading2"/>
      </w:pPr>
      <w:r>
        <w:t>Why is prayer concentration not achieved?</w:t>
      </w:r>
    </w:p>
    <w:p>
      <w:r>
        <w:rPr>
          <w:color w:val="666666"/>
          <w:sz w:val="18"/>
        </w:rPr>
        <w:t>Worship · Discovery of Paradise March 22, 2015 · 1m 57s · at 46:30 · https://youtu.be/2axrfd7sZkE?t=2790</w:t>
      </w:r>
    </w:p>
    <w:p>
      <w:r>
        <w:rPr>
          <w:i/>
        </w:rPr>
        <w:t>“In prayer, the concentration on God that is obtained by reading the Quran or by examining various situations is not achieved. What is the reason for this?”</w:t>
      </w:r>
    </w:p>
    <w:p>
      <w:r>
        <w:rPr>
          <w:sz w:val="20"/>
        </w:rPr>
        <w:t>46:30  Maulana, yeh sawal aaya hai Muhammad Abrar sahib ka Allahabad se, aur unhone aapse poocha hai ke Maulana, namaz mein woh Khuda par concentration nahi hasil hota jo Quran ko parhne se ya mukhtalif halaat ka jaiza lene se hasil hota hai.</w:t>
      </w:r>
      <w:r>
        <w:br/>
      </w:r>
      <w:r>
        <w:rPr>
          <w:sz w:val="20"/>
        </w:rPr>
        <w:t>46:50  is ka kya karan hai?</w:t>
      </w:r>
      <w:r>
        <w:br/>
      </w:r>
      <w:r>
        <w:rPr>
          <w:sz w:val="20"/>
        </w:rPr>
        <w:t>46:56  dekhein, aaj kal jo hai namaz ko log form samajhne lage hain, form bas samajhte hain ke yani ek form hai, us ko dohra diya to namaz ho gayi.</w:t>
      </w:r>
      <w:r>
        <w:br/>
      </w:r>
      <w:r>
        <w:rPr>
          <w:sz w:val="20"/>
        </w:rPr>
        <w:t>47:10  to consciously ya unconsciously aadmi ka mind isi form pe laga rehta hai, haalanke form jo hai secretary cheez hai.</w:t>
      </w:r>
      <w:r>
        <w:br/>
      </w:r>
      <w:r>
        <w:rPr>
          <w:sz w:val="20"/>
        </w:rPr>
        <w:t>47:19  asal cheez hai woh jo aap Quran mein parhte hain, woh jo woh namaz mein parhte hain.</w:t>
      </w:r>
      <w:r>
        <w:br/>
      </w:r>
      <w:r>
        <w:rPr>
          <w:sz w:val="20"/>
        </w:rPr>
        <w:t>47:26  misal ke taur par aap ne farz kare ke namaz shuru ki aur us ke baad kaha ke Allah o Akbar. to aap, aap agar aap sochein ke Allah o Akbar kitni badi cheez hai ke is universe mein sab se badi cheez Allah hai,</w:t>
      </w:r>
      <w:r>
        <w:br/>
      </w:r>
      <w:r>
        <w:rPr>
          <w:sz w:val="20"/>
        </w:rPr>
        <w:t>47:40  yeh sochte hi aap ko ek dam ek dil ke andar ek nayi kaifiyat paida ho jayegi.</w:t>
      </w:r>
      <w:r>
        <w:br/>
      </w:r>
      <w:r>
        <w:rPr>
          <w:sz w:val="20"/>
        </w:rPr>
        <w:t>47:50  to yeh jo phenomena hai, yeh form based namaz ka hai, marifat based namaz ka nahi hai. to namaz mein jo aap parhte hain,</w:t>
      </w:r>
      <w:r>
        <w:br/>
      </w:r>
      <w:r>
        <w:rPr>
          <w:sz w:val="20"/>
        </w:rPr>
        <w:t>48:04  Allah o Akbar ya Alhamdulillah ya aur aur jo cheezein hain, us ko jitna zyada us ke maani par jitna zyada dhyan karein ge aap, utna hi aap ke andar yani haqeeqi namaz paida</w:t>
      </w:r>
      <w:r>
        <w:br/>
      </w:r>
      <w:r>
        <w:rPr>
          <w:sz w:val="20"/>
        </w:rPr>
        <w:t>48:16  hogi. agar sirf form ko aap ne yaad kar liya, usi ko dohra rahe hain to us se khushbu wali namaz nahi aa sakti.</w:t>
      </w:r>
    </w:p>
    <w:p>
      <w:pPr>
        <w:pStyle w:val="Heading2"/>
      </w:pPr>
      <w:r>
        <w:t>Why no positive change from prayers?</w:t>
      </w:r>
    </w:p>
    <w:p>
      <w:r>
        <w:rPr>
          <w:color w:val="666666"/>
          <w:sz w:val="18"/>
        </w:rPr>
        <w:t>Worship · The Age of Alternative April 24, 2016 · 1m 15s · at 44:55 · https://youtu.be/JoilI-TK4Ig?t=2695</w:t>
      </w:r>
    </w:p>
    <w:p>
      <w:r>
        <w:rPr>
          <w:i/>
        </w:rPr>
        <w:t>“Nowadays most emphasis is on prayers, but the result is zero. No positive change is seen in Muslims. Why is that? The reason is that they have taken the meaning of prayer as form. They emphasize form, not speed.”</w:t>
      </w:r>
    </w:p>
    <w:p>
      <w:r>
        <w:rPr>
          <w:sz w:val="20"/>
        </w:rPr>
        <w:t>44:55  allah taala aap ko aur gul zeeba sahiba ko jaza-e-khair ata farmaye. maulana, agla sawal dhampur se aaya hai mehtab sahib ka, aur unhon ne likha hai ke maulana sahib, aaj kal sab se ziyada zor namazon par diya ja raha hai,</w:t>
      </w:r>
      <w:r>
        <w:br/>
      </w:r>
      <w:r>
        <w:rPr>
          <w:sz w:val="20"/>
        </w:rPr>
        <w:t>45:13  magar nateeja zero hai. musalman mein koi positive change nahi dikhta. aisa kyun? is ki wajah yeh hai ke namaz ka matlab le liya unhon ne form.</w:t>
      </w:r>
      <w:r>
        <w:br/>
      </w:r>
      <w:r>
        <w:rPr>
          <w:sz w:val="20"/>
        </w:rPr>
        <w:t>45:26  jo dua zor de rahe hain, woh form par zor de rahe hain, speed par nahi. aap in ki taqreerein parh ke suniye, in ke program mein jaiye. woh log namaz par zor rahe hain sirf form ke aitbaar se, speed ke aitbaar se nahi.</w:t>
      </w:r>
      <w:r>
        <w:br/>
      </w:r>
      <w:r>
        <w:rPr>
          <w:sz w:val="20"/>
        </w:rPr>
        <w:t>45:41  aur yeh hadees mein aata hai ke "masahib amirah wa kharab min al-huda". yeh hadees hai ke aik zamana aaye ga jab ke musalmanon ki masjidain namaziyon se bhari hongi,</w:t>
      </w:r>
      <w:r>
        <w:br/>
      </w:r>
      <w:r>
        <w:rPr>
          <w:sz w:val="20"/>
        </w:rPr>
        <w:t>45:57  lekin hidayat se khali hongi. is ka matlab kya hai? yaani form walay namaziyon se, form walay namaziyon se bhari hongi, aur speed walay namaziyon se khali hongi.</w:t>
      </w:r>
    </w:p>
    <w:p>
      <w:pPr>
        <w:pStyle w:val="Heading2"/>
      </w:pPr>
      <w:r>
        <w:t>Why not four rak'at Sunnah in Zuhr?</w:t>
      </w:r>
    </w:p>
    <w:p>
      <w:r>
        <w:rPr>
          <w:color w:val="666666"/>
          <w:sz w:val="18"/>
        </w:rPr>
        <w:t>Worship · Social Reform | December 22, 2013 | Maulana Wahiduddin Khan · 30s · at 54:23 · https://youtu.be/kGP903BvDto?t=3263</w:t>
      </w:r>
    </w:p>
    <w:p>
      <w:r>
        <w:rPr>
          <w:i/>
        </w:rPr>
        <w:t>“Why do we not offer four rak'at of Sunnah in Zuhr prayer?”</w:t>
      </w:r>
    </w:p>
    <w:p>
      <w:r>
        <w:rPr>
          <w:sz w:val="20"/>
        </w:rPr>
        <w:t>54:23  Maulana, agla sawal Delhi se hai.</w:t>
      </w:r>
      <w:r>
        <w:br/>
      </w:r>
      <w:r>
        <w:rPr>
          <w:sz w:val="20"/>
        </w:rPr>
        <w:t>54:28  Muhammad Usman sahib ne kiya hai.</w:t>
      </w:r>
      <w:r>
        <w:br/>
      </w:r>
      <w:r>
        <w:rPr>
          <w:sz w:val="20"/>
        </w:rPr>
        <w:t>54:33  unhon ne likha hai: "Maulana sahib, why do we not offer four rak'at of Sunnah in Zuhr namaz h</w:t>
      </w:r>
      <w:r>
        <w:br/>
      </w:r>
      <w:r>
        <w:rPr>
          <w:sz w:val="20"/>
        </w:rPr>
        <w:t>54:38  ere?" aap mere office mein aaiye ga toh main is ka jawab doon ga aap ko.</w:t>
      </w:r>
      <w:r>
        <w:br/>
      </w:r>
      <w:r>
        <w:rPr>
          <w:sz w:val="20"/>
        </w:rPr>
        <w:t>54:46  yahan fiqhi masail ke liye hamara ijtima nahi hota hai.</w:t>
      </w:r>
    </w:p>
    <w:p>
      <w:pPr>
        <w:pStyle w:val="Heading2"/>
      </w:pPr>
      <w:r>
        <w:t>Women's Congregation in Mosques After Men's Prayer</w:t>
      </w:r>
    </w:p>
    <w:p>
      <w:r>
        <w:rPr>
          <w:color w:val="666666"/>
          <w:sz w:val="18"/>
        </w:rPr>
        <w:t>Worship · Opportunities of the Modern Age | March 05, 2017 · 1m 01s · at 50:19 · https://youtu.be/Cv8QEwvQ_fY?t=3019</w:t>
      </w:r>
    </w:p>
    <w:p>
      <w:r>
        <w:rPr>
          <w:i/>
        </w:rPr>
        <w:t>“On Friday, after the men's congregation, can women's congregation be held in mosques, because praying in congregation carries greater reward?”</w:t>
      </w:r>
    </w:p>
    <w:p>
      <w:r>
        <w:rPr>
          <w:sz w:val="20"/>
        </w:rPr>
        <w:t>50:19  maulana agla sawal bheja hai greesh jwal ji ne dilli se unhon ne poocha hai aap se ke:</w:t>
      </w:r>
      <w:r>
        <w:br/>
      </w:r>
      <w:r>
        <w:rPr>
          <w:sz w:val="20"/>
        </w:rPr>
        <w:t>50:26  "kya shukr war ko porushon ki jamaat ke baad masjidon mein auraton ki jamaat ki ja sakti hai</w:t>
      </w:r>
      <w:r>
        <w:br/>
      </w:r>
      <w:r>
        <w:rPr>
          <w:sz w:val="20"/>
        </w:rPr>
        <w:t>50:34  kyunke jamaat mein namaz ka sawab ziyada hota hai?" alag karne ki zaroorat hi nahi is mein shamil</w:t>
      </w:r>
      <w:r>
        <w:br/>
      </w:r>
      <w:r>
        <w:rPr>
          <w:sz w:val="20"/>
        </w:rPr>
        <w:t>50:41  ho jayen auratain arab hum ne dek</w:t>
      </w:r>
      <w:r>
        <w:br/>
      </w:r>
      <w:r>
        <w:rPr>
          <w:sz w:val="20"/>
        </w:rPr>
        <w:t>50:49  ha hai ke wahan jo haram hai to aik bara sa bana hua hai wahan auratain shamil rehti</w:t>
      </w:r>
      <w:r>
        <w:br/>
      </w:r>
      <w:r>
        <w:rPr>
          <w:sz w:val="20"/>
        </w:rPr>
        <w:t>50:55  hain yani do jamaat karne ki zaroorat nahi hai yani un ki jamaat alag un ki jamaat alag</w:t>
      </w:r>
      <w:r>
        <w:br/>
      </w:r>
      <w:r>
        <w:rPr>
          <w:sz w:val="20"/>
        </w:rPr>
        <w:t>51:01  is ki zaroorat nahi hai wahi namaz jo hoti hai imam haram jo parhte hain usi mein auratain</w:t>
      </w:r>
      <w:r>
        <w:br/>
      </w:r>
      <w:r>
        <w:rPr>
          <w:sz w:val="20"/>
        </w:rPr>
        <w:t>51:07  bhi shamil ho jayen aur yeh hota hai haramain mein baqayda mein ne dekha hai to har jagah</w:t>
      </w:r>
      <w:r>
        <w:br/>
      </w:r>
      <w:r>
        <w:rPr>
          <w:sz w:val="20"/>
        </w:rPr>
        <w:t>51:14  wohi karna chahiye ji</w:t>
      </w:r>
    </w:p>
    <w:p>
      <w:pPr>
        <w:pStyle w:val="Heading2"/>
      </w:pPr>
      <w:r>
        <w:t>Worship driven by fear and love</w:t>
      </w:r>
    </w:p>
    <w:p>
      <w:r>
        <w:rPr>
          <w:color w:val="666666"/>
          <w:sz w:val="18"/>
        </w:rPr>
        <w:t>Worship · Question &amp; Answer Jan 6th 2013 - Maulana Wahiduddin Kahn · 1m 56s · at 27:31 · https://youtu.be/1FAK1QuHEpw?t=1651</w:t>
      </w:r>
    </w:p>
    <w:p>
      <w:r>
        <w:rPr>
          <w:i/>
        </w:rPr>
        <w:t>“After reading Tazkirul Quran, I understand that real worship is to fear and love God. But I feel that we worship for our personal interest. Is worship done out of greed still considered worship? And how can we become those who fear and love God?”</w:t>
      </w:r>
    </w:p>
    <w:p>
      <w:r>
        <w:rPr>
          <w:sz w:val="20"/>
        </w:rPr>
        <w:t>27:31  Maulana, agla sawal Dilli se hai, Muhammad Anas sahib ka. Unhon ne likha hai: "Tazkir-ul-Quran padhkar yeh samajh mein aata hai ke asal ibaadat Allah se darna aur mohabbat karna hai.</w:t>
      </w:r>
      <w:r>
        <w:br/>
      </w:r>
      <w:r>
        <w:rPr>
          <w:sz w:val="20"/>
        </w:rPr>
        <w:t>27:44  Lekin mujhe aisa mehsoos hota hai ke hum to apne personal interest ke liye ibaadat karte hain. Maulana, jo log lalach ke taur par ibaadat karte hain kya yeh bhi ibaadat hai?</w:t>
      </w:r>
      <w:r>
        <w:br/>
      </w:r>
      <w:r>
        <w:rPr>
          <w:sz w:val="20"/>
        </w:rPr>
        <w:t>27:58  Aur kaise hum Allah se darne wale aur mohabbat karne wale banein? Is ke bare mein</w:t>
      </w:r>
      <w:r>
        <w:br/>
      </w:r>
      <w:r>
        <w:rPr>
          <w:sz w:val="20"/>
        </w:rPr>
        <w:t>28:04  bataiye." Dekhiye, lalach waghera ka lafz jo hai yeh to bekhabaron ke alfaaz hain. Jo jaante nahin kuch. Lalach, main to nahin jaanta ke lalach koi cheez hai.</w:t>
      </w:r>
      <w:r>
        <w:br/>
      </w:r>
      <w:r>
        <w:rPr>
          <w:sz w:val="20"/>
        </w:rPr>
        <w:t>28:14  Is cheez se acknowledge karna, Allah ko acknowledge karna, lalach kya cheez hoti hai? Yeh sab yaani meaningless alfaaz hain jo logon ko jo jo haqeeqat se bechna ho, naachna hote hain.</w:t>
      </w:r>
      <w:r>
        <w:br/>
      </w:r>
      <w:r>
        <w:rPr>
          <w:sz w:val="20"/>
        </w:rPr>
        <w:t>28:26  Isi ko main kehta hoon ke poori poori qaum intellectual dwarfism ka shikaar hai. Isi ko aise alfaaz bolte hain. There is phenomena of intellectual dwarf</w:t>
      </w:r>
      <w:r>
        <w:br/>
      </w:r>
      <w:r>
        <w:rPr>
          <w:sz w:val="20"/>
        </w:rPr>
        <w:t>28:36  ism. Kuch samajhte nahin baaton ko. Khwamkhwah ki baatein kar rahe hain. Hamari ibaadat, hamara zikr, hamara shaoor kya hai? Allah Rabb-ul-Aalameen ko acknowledge karna.</w:t>
      </w:r>
      <w:r>
        <w:br/>
      </w:r>
      <w:r>
        <w:rPr>
          <w:sz w:val="20"/>
        </w:rPr>
        <w:t>28:47  Acknowledge karna to bohat hi highest value hai. Koi aadmi duniya mein aap ke saath kuch kare to aap us ko acknowledge karte hain. To Khuda ko acknowledge nahin karenge?</w:t>
      </w:r>
      <w:r>
        <w:br/>
      </w:r>
      <w:r>
        <w:rPr>
          <w:sz w:val="20"/>
        </w:rPr>
        <w:t>28:58  Jis ne aap ko create kiya, jis ne aap ko itni bari duniya di, jis ne life support system ka nizaam rakha duniya mein waghera waghera. Yeh sab acknowledgement ke phenomena hain.</w:t>
      </w:r>
      <w:r>
        <w:br/>
      </w:r>
      <w:r>
        <w:rPr>
          <w:sz w:val="20"/>
        </w:rPr>
        <w:t>29:10  Yeh lalach waghera ka lafz to is dimaagh mein paida hote hain jo intellectual dwarf hote hain. Jin ke andar koi aala thinking nahin hai. Yeh to main kehta hoon ke aala thinking ghayab ho gayi hai.</w:t>
      </w:r>
      <w:r>
        <w:br/>
      </w:r>
      <w:r>
        <w:rPr>
          <w:sz w:val="20"/>
        </w:rPr>
        <w:t>29:21  Isi liye third class ke alfaaz bolte hain log.</w:t>
      </w:r>
    </w:p>
    <w:p>
      <w:pPr>
        <w:pStyle w:val="Heading2"/>
      </w:pPr>
      <w:r>
        <w:t>Worship for Personal Interest vs Love</w:t>
      </w:r>
    </w:p>
    <w:p>
      <w:r>
        <w:rPr>
          <w:color w:val="666666"/>
          <w:sz w:val="18"/>
        </w:rPr>
        <w:t>Worship · Age of Consumerism January 6, 2013 · 1m 56s · at 1:26:11 · https://youtu.be/zJRZ1OKUhgA?t=5171</w:t>
      </w:r>
    </w:p>
    <w:p>
      <w:r>
        <w:rPr>
          <w:i/>
        </w:rPr>
        <w:t>“After reading Tazkirul Quran, I understand that true worship is to fear and love God, but I feel we worship for our personal interest. Is worship done out of greed still considered worship? And how can we become those who fear and love God?”</w:t>
      </w:r>
    </w:p>
    <w:p>
      <w:r>
        <w:rPr>
          <w:sz w:val="20"/>
        </w:rPr>
        <w:t>1:26:11  maulana, agla sawal dilli se hai, muhammad ans sahib ka. unhon ne likha hai: "tazkir-ul-quran parh kar yeh samajh mein aata hai ke asal ibadat Allah se darna aur mohabbat karna hai,</w:t>
      </w:r>
      <w:r>
        <w:br/>
      </w:r>
      <w:r>
        <w:rPr>
          <w:sz w:val="20"/>
        </w:rPr>
        <w:t>1:26:24  lekin mujhe aisa mehsoos hota hai ke hum to apne personal interest ke liye ibadat karte hain.</w:t>
      </w:r>
      <w:r>
        <w:br/>
      </w:r>
      <w:r>
        <w:rPr>
          <w:sz w:val="20"/>
        </w:rPr>
        <w:t>1:26:32  maulana, jo log lalach ke taur par ibadat karte hain, kya yeh bhi ibadat hai? aur kaise hum Allah se darne wale aur mohabbat karne wale banen?</w:t>
      </w:r>
      <w:r>
        <w:br/>
      </w:r>
      <w:r>
        <w:rPr>
          <w:sz w:val="20"/>
        </w:rPr>
        <w:t>1:26:43  is ke baray mein batayen." yeh lalach waghera ka lafz jo hai, yeh to bekhabaron ke alfaaz hain. jantey nahin kuch. lalach mein to nahin janta ke lalach koi cheez hai.</w:t>
      </w:r>
      <w:r>
        <w:br/>
      </w:r>
      <w:r>
        <w:rPr>
          <w:sz w:val="20"/>
        </w:rPr>
        <w:t>1:26:53  is cheez se acknowledge karna, Allah ko acknowledge karna, lalach kya cheez hoti hai?</w:t>
      </w:r>
      <w:r>
        <w:br/>
      </w:r>
      <w:r>
        <w:rPr>
          <w:sz w:val="20"/>
        </w:rPr>
        <w:t>1:26:59  yeh sab, yeh sab yaani meaningless alfaaz hain jo in logon ko jo jo haqeeqat se bech na ho, naach na hotey hain. isi ko mein kehta hoon ke poori poori qaum intellectual dwarfism ka shikar hai.</w:t>
      </w:r>
      <w:r>
        <w:br/>
      </w:r>
      <w:r>
        <w:rPr>
          <w:sz w:val="20"/>
        </w:rPr>
        <w:t>1:27:11  ise aise alfaaz bolte hain. that is phenomena of intellectual dwarfism. kuch samajhte nahin baaton ko, khwamkhwah ki baatein kar rahe hain.</w:t>
      </w:r>
      <w:r>
        <w:br/>
      </w:r>
      <w:r>
        <w:rPr>
          <w:sz w:val="20"/>
        </w:rPr>
        <w:t>1:27:20  hamari ibadat, hamara zikr, hamara shaoor kya hai? Allah rab-ul-alameen ko acknowledge karna. a</w:t>
      </w:r>
      <w:r>
        <w:br/>
      </w:r>
      <w:r>
        <w:rPr>
          <w:sz w:val="20"/>
        </w:rPr>
        <w:t>1:27:27  cknowledge karna to bohat hi highest value hai. koi aadmi duniya mein aap ke sath kuch kare to aap us ko acknowledge karte hain. to Khuda ko acknowledge nahin karenge?</w:t>
      </w:r>
      <w:r>
        <w:br/>
      </w:r>
      <w:r>
        <w:rPr>
          <w:sz w:val="20"/>
        </w:rPr>
        <w:t>1:27:37  jis ne aap ko create kiya, jis ne aap ko itni bari duniya di, jis ne life support system ka nizam rakha duniya mein, waghera waghera. yeh sab acknowledgement ke phenomena</w:t>
      </w:r>
      <w:r>
        <w:br/>
      </w:r>
      <w:r>
        <w:rPr>
          <w:sz w:val="20"/>
        </w:rPr>
        <w:t>1:27:49  hain. yeh lalach waghera ka lafz to is dimagh mein paida hotey hain jo intellectual dwarf hotey hain, jin ke andar koi aala thinking nahin hai.</w:t>
      </w:r>
      <w:r>
        <w:br/>
      </w:r>
      <w:r>
        <w:rPr>
          <w:sz w:val="20"/>
        </w:rPr>
        <w:t>1:27:58  yeh to mein kehta hoon ke aala thinking ghayab ho gayi hai. isi liye third class ke alfaaz bolte hain log.</w:t>
      </w:r>
    </w:p>
    <w:p>
      <w:pPr>
        <w:pStyle w:val="Heading2"/>
      </w:pPr>
      <w:r>
        <w:t>Worship for personal interest</w:t>
      </w:r>
    </w:p>
    <w:p>
      <w:r>
        <w:rPr>
          <w:color w:val="666666"/>
          <w:sz w:val="18"/>
        </w:rPr>
        <w:t>Worship · Age Of Consumerism I January 6, 2013 Maulana Wahiduddin Khan · 1m 56s · at 1:27:05 · https://youtu.be/CuRYFl7JuEM?t=5225</w:t>
      </w:r>
    </w:p>
    <w:p>
      <w:r>
        <w:rPr>
          <w:i/>
        </w:rPr>
        <w:t>“After reading Tazkirul Quran I understand that true worship is to fear and love God, but I feel we worship for personal interest. Maulana, is worship done out of greed also considered worship? And how can we become those who fear and love God?”</w:t>
      </w:r>
    </w:p>
    <w:p>
      <w:r>
        <w:rPr>
          <w:sz w:val="20"/>
        </w:rPr>
        <w:t>1:27:05  maulana, agla sawal dilli se hai, muhammad ansab sahab ka. unhone likha hai: "tazkir-e-quran padh kar yeh samajh mein aata hai ke asal ibadat Allah se darna aur mohabbat karna hai,</w:t>
      </w:r>
      <w:r>
        <w:br/>
      </w:r>
      <w:r>
        <w:rPr>
          <w:sz w:val="20"/>
        </w:rPr>
        <w:t>1:27:18  lekin mujhe aisa mehsoos hota hai ke hum to apne personal interest ke liye ibadat karte hain.</w:t>
      </w:r>
      <w:r>
        <w:br/>
      </w:r>
      <w:r>
        <w:rPr>
          <w:sz w:val="20"/>
        </w:rPr>
        <w:t>1:27:26  maulana, jo log lalach ke taur par ibadat karte hain, kya yeh bhi ibadat hai? aur kaise hum Allah se darne wale aur mohabbat karne wale banein?</w:t>
      </w:r>
      <w:r>
        <w:br/>
      </w:r>
      <w:r>
        <w:rPr>
          <w:sz w:val="20"/>
        </w:rPr>
        <w:t>1:27:37  is ke bare mein bataiye. ji, lalach waghera ka lafz jo hai, yeh to be khabaron ke alfaz hain. jante nahin kuch. lalach, main to nahin janta ke lalach koi cheez hai.</w:t>
      </w:r>
      <w:r>
        <w:br/>
      </w:r>
      <w:r>
        <w:rPr>
          <w:sz w:val="20"/>
        </w:rPr>
        <w:t>1:27:48  is cheez se acknowledge karna, Allah ko acknowledge karna, lalach kya cheez hoti hai? yeh sab, yeh sab yani meaningless alfaz hain jo in logon ko, jo jo haqeeqat se besh na ho, naach na hote hain.</w:t>
      </w:r>
      <w:r>
        <w:br/>
      </w:r>
      <w:r>
        <w:rPr>
          <w:sz w:val="20"/>
        </w:rPr>
        <w:t>1:28:00  isi ko main kehta hoon ke poori poori qaum intellectual dwarfism ka shikar hai. usay aise alfaz bolte hain.</w:t>
      </w:r>
      <w:r>
        <w:br/>
      </w:r>
      <w:r>
        <w:rPr>
          <w:sz w:val="20"/>
        </w:rPr>
        <w:t>1:28:08  there is phenomena of intellectual dwarfism. kuch samajhte nahin baaton ko, khwamkhwah ki baatein kar rahe hain. hamari ibadat, hamara zikr, hamara shaoor kya hai?</w:t>
      </w:r>
      <w:r>
        <w:br/>
      </w:r>
      <w:r>
        <w:rPr>
          <w:sz w:val="20"/>
        </w:rPr>
        <w:t>1:28:17  Allah rabb ul alameen ko acknowledge karna. acknowledge karna to bohat hi highest value hai. koi aadmi duniya mein aap ke sath kuch kare to aap us ko acknowledge karte hain.</w:t>
      </w:r>
      <w:r>
        <w:br/>
      </w:r>
      <w:r>
        <w:rPr>
          <w:sz w:val="20"/>
        </w:rPr>
        <w:t>1:28:29  to Khuda ko acknowledge nahin karenge? jis ne aap ko create kiya, jis ne aap ko itni bari duniya di, jis ne life support system ka nizam rakha duniya mein, waghera waghera.</w:t>
      </w:r>
      <w:r>
        <w:br/>
      </w:r>
      <w:r>
        <w:rPr>
          <w:sz w:val="20"/>
        </w:rPr>
        <w:t>1:28:40  yeh sab acknowledgement ke phenomena hain. yeh lalach waghera ka lafz to is dimagh mein paida hote hain jo</w:t>
      </w:r>
      <w:r>
        <w:br/>
      </w:r>
      <w:r>
        <w:rPr>
          <w:sz w:val="20"/>
        </w:rPr>
        <w:t>1:28:47  intellectual dwarf hain, jin ke andar koi aala thinking nahin hai. yeh to main kehta hoon ke aala thinking ghayab ho gayi hai. isi liye third class ke alfaz bolte hain log.</w:t>
      </w:r>
    </w:p>
    <w:p>
      <w:pPr>
        <w:pStyle w:val="Heading2"/>
      </w:pPr>
      <w:r>
        <w:t>Worship to attain Paradise</w:t>
      </w:r>
    </w:p>
    <w:p>
      <w:r>
        <w:rPr>
          <w:color w:val="666666"/>
          <w:sz w:val="18"/>
        </w:rPr>
        <w:t>Worship · The Road to Paradise December 30, 2012 Maulana Wahiduddin Khan · 1m 40s · at 1:01:00 · https://youtu.be/vUiaPsYF4Tk?t=3660</w:t>
      </w:r>
    </w:p>
    <w:p>
      <w:r>
        <w:rPr>
          <w:i/>
        </w:rPr>
        <w:t>“What worship should one do to attain Paradise? What is the worship worthy of Paradise? Please explain.”</w:t>
      </w:r>
    </w:p>
    <w:p>
      <w:r>
        <w:rPr>
          <w:sz w:val="20"/>
        </w:rPr>
        <w:t>1:01:00  Maulana, yeh sawal Tamil Nadu se aaya hai, Maulana Iqbal Umri ka. unhon ne likha hai: "Maulana, jannat panay ke liye kon si ibadat karni chahiye?</w:t>
      </w:r>
      <w:r>
        <w:br/>
      </w:r>
      <w:r>
        <w:rPr>
          <w:sz w:val="20"/>
        </w:rPr>
        <w:t>1:01:13  jannat ke laiq ibadat kya hai? is ke baray mein batayen." dekhen, koi special ibadat nahi hai.</w:t>
      </w:r>
      <w:r>
        <w:br/>
      </w:r>
      <w:r>
        <w:rPr>
          <w:sz w:val="20"/>
        </w:rPr>
        <w:t>1:01:24  hamari poori zindagi ko ibadat banana hai, yahi jannati qeemat hai.</w:t>
      </w:r>
      <w:r>
        <w:br/>
      </w:r>
      <w:r>
        <w:rPr>
          <w:sz w:val="20"/>
        </w:rPr>
        <w:t>1:01:31  koi special ibadat, jaise ke log samajhte hain ke sahib, tasbeeh parh lo, jannat mil jayegi, hajj kar lo, jannat mil jayegi, yeh bilkul baseless baatein hain.</w:t>
      </w:r>
      <w:r>
        <w:br/>
      </w:r>
      <w:r>
        <w:rPr>
          <w:sz w:val="20"/>
        </w:rPr>
        <w:t>1:01:44  koi bhi formal ibadat, koi formal rituals ko ada karne se jannat nahi milne wali kisi ko. yeh to poori personality ko banane ka sawal hai.</w:t>
      </w:r>
      <w:r>
        <w:br/>
      </w:r>
      <w:r>
        <w:rPr>
          <w:sz w:val="20"/>
        </w:rPr>
        <w:t>1:01:55  poori zindagi isi niche mein bitani parti hai, tab jannat milti hai kisi ko.</w:t>
      </w:r>
      <w:r>
        <w:br/>
      </w:r>
      <w:r>
        <w:rPr>
          <w:sz w:val="20"/>
        </w:rPr>
        <w:t>1:01:59  yeh bohat hi zyada, yani baseless baat hai. yeh samajhna ke koi falan ritual ada kar lo, jannat mil jayegi, kuch falan jagah chale jao, wahan ja kar do rak'at namaz parh lo, jannat mil jayegi, yeh sab kuch nahi, sab bilkul baseless baatein hain.</w:t>
      </w:r>
      <w:r>
        <w:br/>
      </w:r>
      <w:r>
        <w:rPr>
          <w:sz w:val="20"/>
        </w:rPr>
        <w:t>1:02:17  poori personality ko banana hai jannati shakhsiyat, aur is ka jo super formula hai, woh sabr hai.</w:t>
      </w:r>
      <w:r>
        <w:br/>
      </w:r>
      <w:r>
        <w:rPr>
          <w:sz w:val="20"/>
        </w:rPr>
        <w:t>1:02:28  jo sabr ko nahi apnayega, woh apne andar jannati personality ko develop nahi kar kar sakta hai. yeh hai khulasa.</w:t>
      </w:r>
    </w:p>
    <w:p>
      <w:pPr>
        <w:pStyle w:val="Heading2"/>
      </w:pPr>
      <w:r>
        <w:t>غیر مسلم کالونی میں مسلم گھر اور نماز</w:t>
      </w:r>
    </w:p>
    <w:p>
      <w:r>
        <w:rPr>
          <w:color w:val="666666"/>
          <w:sz w:val="18"/>
        </w:rPr>
        <w:t>Worship · Spirit of Ramadan | June 14, 2015 · 1m 46s · at 56:22 · https://youtu.be/LMQxfxQcnxQ?t=3382</w:t>
      </w:r>
    </w:p>
    <w:p>
      <w:r>
        <w:rPr>
          <w:i/>
        </w:rPr>
        <w:t>“آج کل مسلمانوں کے کچھ گھر اگر کسی غیر مسلم کالونی میں بن جاتے ہیں تو مسلم وہاں نماز پڑھنے کی جگہ ہوتے ہوئے بھی باقاعدہ...”</w:t>
      </w:r>
    </w:p>
    <w:p>
      <w:r>
        <w:rPr>
          <w:sz w:val="20"/>
        </w:rPr>
        <w:t>56:22  mona, yeh agla sawal kya hai doctor iqbal pradhan ne delhi se.</w:t>
      </w:r>
      <w:r>
        <w:br/>
      </w:r>
      <w:r>
        <w:rPr>
          <w:sz w:val="20"/>
        </w:rPr>
        <w:t>56:27  maulana, aaj kal musalmanon ke kuch ghar agar kisi</w:t>
      </w:r>
      <w:r>
        <w:br/>
      </w:r>
      <w:r>
        <w:rPr>
          <w:sz w:val="20"/>
        </w:rPr>
        <w:t>56:32  ghair muslim colony mein ban jaate hain to muslim wahan namaz padhne ki jagah hote hue bhi baqayda</w:t>
      </w:r>
      <w:r>
        <w:br/>
      </w:r>
      <w:r>
        <w:rPr>
          <w:sz w:val="20"/>
        </w:rPr>
        <w:t>56:38  masjid qaim karna chahte hain.</w:t>
      </w:r>
      <w:r>
        <w:br/>
      </w:r>
      <w:r>
        <w:rPr>
          <w:sz w:val="20"/>
        </w:rPr>
        <w:t>56:43  quran aur hadith ki roshni mein is par roshni daliye.</w:t>
      </w:r>
      <w:r>
        <w:br/>
      </w:r>
      <w:r>
        <w:rPr>
          <w:sz w:val="20"/>
        </w:rPr>
        <w:t>56:48  dekhein, yeh to bilkul bahut hi zyada galat zehan hai mere nazdeek.</w:t>
      </w:r>
      <w:r>
        <w:br/>
      </w:r>
      <w:r>
        <w:rPr>
          <w:sz w:val="20"/>
        </w:rPr>
        <w:t>56:53  is mein khwamkhwah jhagda paida hota hai.</w:t>
      </w:r>
      <w:r>
        <w:br/>
      </w:r>
      <w:r>
        <w:rPr>
          <w:sz w:val="20"/>
        </w:rPr>
        <w:t>56:58  masjid banayenge, phir loud speaker lagayenge, phir shor karenge, aur nafratein paida hongi. ek museebat.</w:t>
      </w:r>
      <w:r>
        <w:br/>
      </w:r>
      <w:r>
        <w:rPr>
          <w:sz w:val="20"/>
        </w:rPr>
        <w:t>57:03  dekhen, yeh bani israil jo thay hazrat musa ke zamanay mein, to misr mein woh aqalliyat mein thay,</w:t>
      </w:r>
      <w:r>
        <w:br/>
      </w:r>
      <w:r>
        <w:rPr>
          <w:sz w:val="20"/>
        </w:rPr>
        <w:t>57:09  majority doosray logon ki thi.</w:t>
      </w:r>
      <w:r>
        <w:br/>
      </w:r>
      <w:r>
        <w:rPr>
          <w:sz w:val="20"/>
        </w:rPr>
        <w:t>57:15  to isi tarah ki soorat-e-haal thi wahan par jo india mein.</w:t>
      </w:r>
      <w:r>
        <w:br/>
      </w:r>
      <w:r>
        <w:rPr>
          <w:sz w:val="20"/>
        </w:rPr>
        <w:t>57:21  to quran mein aap parh lijiye yeh ayat: "wajalub qibla waqif al-salam".</w:t>
      </w:r>
      <w:r>
        <w:br/>
      </w:r>
      <w:r>
        <w:rPr>
          <w:sz w:val="20"/>
        </w:rPr>
        <w:t>57:27  apne ghar ki qibla bana lo, apne ghar ki masjid bana lo, apne ghar ki masjid bana ke namaz parh</w:t>
      </w:r>
      <w:r>
        <w:br/>
      </w:r>
      <w:r>
        <w:rPr>
          <w:sz w:val="20"/>
        </w:rPr>
        <w:t>57:33  o.</w:t>
      </w:r>
      <w:r>
        <w:br/>
      </w:r>
      <w:r>
        <w:rPr>
          <w:sz w:val="20"/>
        </w:rPr>
        <w:t>57:38  yeh yeh kuch nahi hai ke aap wahan khwamkhwah larh bher kar kahein ke hum hamein masjid chahiye,</w:t>
      </w:r>
      <w:r>
        <w:br/>
      </w:r>
      <w:r>
        <w:rPr>
          <w:sz w:val="20"/>
        </w:rPr>
        <w:t>57:43  hamara haq hai ke masjid banayein.</w:t>
      </w:r>
      <w:r>
        <w:br/>
      </w:r>
      <w:r>
        <w:rPr>
          <w:sz w:val="20"/>
        </w:rPr>
        <w:t>57:48  yeh islam se koi talluq nahi hai, yeh yeh islam se koi talluq iska nahi hai.</w:t>
      </w:r>
      <w:r>
        <w:br/>
      </w:r>
      <w:r>
        <w:rPr>
          <w:sz w:val="20"/>
        </w:rPr>
        <w:t>57:53  "wajalubiyatqab" majlis do ka, yani apne apne gharon ko masjid bana lo, wahan par namaz parho.</w:t>
      </w:r>
      <w:r>
        <w:br/>
      </w:r>
      <w:r>
        <w:rPr>
          <w:sz w:val="20"/>
        </w:rPr>
        <w:t>57:58  haan, jahan mauqa hai, wahan masjid banaiye. jahan</w:t>
      </w:r>
      <w:r>
        <w:br/>
      </w:r>
      <w:r>
        <w:rPr>
          <w:sz w:val="20"/>
        </w:rPr>
        <w:t>58:03  mauqa nahi hai, to wahan ghar mein namaz parhiye.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